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2A8DD1A1" w14:textId="77777777">
        <w:trPr>
          <w:cantSplit/>
          <w:jc w:val="center"/>
        </w:trPr>
        <w:tc>
          <w:tcPr>
            <w:tcW w:w="14060" w:type="dxa"/>
            <w:gridSpan w:val="6"/>
            <w:tcMar>
              <w:top w:w="70" w:type="dxa"/>
              <w:left w:w="90" w:type="dxa"/>
              <w:bottom w:w="70" w:type="dxa"/>
              <w:right w:w="90" w:type="dxa"/>
            </w:tcMar>
            <w:vAlign w:val="center"/>
          </w:tcPr>
          <w:p w14:paraId="40878889" w14:textId="77777777" w:rsidR="005B3871" w:rsidRDefault="00000000">
            <w:pPr>
              <w:jc w:val="center"/>
            </w:pPr>
            <w:r>
              <w:rPr>
                <w:b/>
                <w:color w:val="000000"/>
                <w:sz w:val="24"/>
              </w:rPr>
              <w:t>UČNA PRIPRAVA 1/39</w:t>
            </w:r>
          </w:p>
        </w:tc>
      </w:tr>
      <w:tr w:rsidR="005B3871" w14:paraId="45A2722D" w14:textId="77777777">
        <w:trPr>
          <w:jc w:val="center"/>
        </w:trPr>
        <w:tc>
          <w:tcPr>
            <w:tcW w:w="2665" w:type="dxa"/>
            <w:tcMar>
              <w:top w:w="70" w:type="dxa"/>
              <w:left w:w="90" w:type="dxa"/>
              <w:bottom w:w="70" w:type="dxa"/>
              <w:right w:w="90" w:type="dxa"/>
            </w:tcMar>
            <w:vAlign w:val="center"/>
          </w:tcPr>
          <w:p w14:paraId="1DAFC982"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BD246A8"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4CED9158"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0EDAF9D" w14:textId="77777777" w:rsidR="005B3871" w:rsidRDefault="00000000">
            <w:r>
              <w:rPr>
                <w:b/>
                <w:color w:val="000000"/>
                <w:sz w:val="16"/>
              </w:rPr>
              <w:t xml:space="preserve">NAČRTOVANI TERMIN: </w:t>
            </w:r>
            <w:r>
              <w:rPr>
                <w:color w:val="000000"/>
                <w:sz w:val="16"/>
              </w:rPr>
              <w:t>1. teden • 1.–4. 9. 2026</w:t>
            </w:r>
          </w:p>
        </w:tc>
        <w:tc>
          <w:tcPr>
            <w:tcW w:w="2268" w:type="dxa"/>
            <w:tcMar>
              <w:top w:w="70" w:type="dxa"/>
              <w:left w:w="90" w:type="dxa"/>
              <w:bottom w:w="70" w:type="dxa"/>
              <w:right w:w="90" w:type="dxa"/>
            </w:tcMar>
            <w:vAlign w:val="center"/>
          </w:tcPr>
          <w:p w14:paraId="49770149"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57932E5" w14:textId="77777777" w:rsidR="005B3871" w:rsidRDefault="00000000">
            <w:r>
              <w:rPr>
                <w:b/>
                <w:color w:val="000000"/>
                <w:sz w:val="16"/>
              </w:rPr>
              <w:t xml:space="preserve">ŠTEVILO UR: </w:t>
            </w:r>
            <w:r>
              <w:rPr>
                <w:color w:val="000000"/>
                <w:sz w:val="16"/>
              </w:rPr>
              <w:t>3</w:t>
            </w:r>
          </w:p>
        </w:tc>
      </w:tr>
      <w:tr w:rsidR="005B3871" w14:paraId="05071FA1" w14:textId="77777777">
        <w:trPr>
          <w:jc w:val="center"/>
        </w:trPr>
        <w:tc>
          <w:tcPr>
            <w:tcW w:w="14061" w:type="dxa"/>
            <w:gridSpan w:val="6"/>
            <w:tcMar>
              <w:top w:w="70" w:type="dxa"/>
              <w:left w:w="90" w:type="dxa"/>
              <w:bottom w:w="70" w:type="dxa"/>
              <w:right w:w="90" w:type="dxa"/>
            </w:tcMar>
            <w:vAlign w:val="center"/>
          </w:tcPr>
          <w:p w14:paraId="04031346"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61EA3804" w14:textId="77777777">
        <w:trPr>
          <w:cantSplit/>
          <w:jc w:val="center"/>
        </w:trPr>
        <w:tc>
          <w:tcPr>
            <w:tcW w:w="14060" w:type="dxa"/>
            <w:gridSpan w:val="6"/>
            <w:tcMar>
              <w:top w:w="70" w:type="dxa"/>
              <w:left w:w="90" w:type="dxa"/>
              <w:bottom w:w="70" w:type="dxa"/>
              <w:right w:w="90" w:type="dxa"/>
            </w:tcMar>
            <w:vAlign w:val="center"/>
          </w:tcPr>
          <w:p w14:paraId="7D5503A1" w14:textId="77777777" w:rsidR="005B3871" w:rsidRDefault="005B3871"/>
          <w:p w14:paraId="417934C5" w14:textId="77777777" w:rsidR="005B3871" w:rsidRDefault="00000000">
            <w:pPr>
              <w:spacing w:line="245" w:lineRule="auto"/>
            </w:pPr>
            <w:r>
              <w:rPr>
                <w:b/>
                <w:color w:val="000000"/>
                <w:sz w:val="16"/>
              </w:rPr>
              <w:t xml:space="preserve">UČNI SKLOP: </w:t>
            </w:r>
            <w:r>
              <w:rPr>
                <w:color w:val="000000"/>
                <w:sz w:val="16"/>
              </w:rPr>
              <w:t>V ŠOLO – JAZ, ODNOSI IN UČENJE</w:t>
            </w:r>
          </w:p>
        </w:tc>
      </w:tr>
      <w:tr w:rsidR="005B3871" w14:paraId="3DD22DE3" w14:textId="77777777">
        <w:trPr>
          <w:cantSplit/>
          <w:jc w:val="center"/>
        </w:trPr>
        <w:tc>
          <w:tcPr>
            <w:tcW w:w="14060" w:type="dxa"/>
            <w:gridSpan w:val="6"/>
            <w:tcMar>
              <w:top w:w="70" w:type="dxa"/>
              <w:left w:w="90" w:type="dxa"/>
              <w:bottom w:w="70" w:type="dxa"/>
              <w:right w:w="90" w:type="dxa"/>
            </w:tcMar>
            <w:vAlign w:val="center"/>
          </w:tcPr>
          <w:p w14:paraId="7173D21C" w14:textId="77777777" w:rsidR="005B3871" w:rsidRDefault="005B3871"/>
          <w:p w14:paraId="03506227" w14:textId="77777777" w:rsidR="005B3871" w:rsidRDefault="00000000">
            <w:pPr>
              <w:spacing w:line="245" w:lineRule="auto"/>
            </w:pPr>
            <w:r>
              <w:rPr>
                <w:b/>
                <w:color w:val="000000"/>
                <w:sz w:val="16"/>
              </w:rPr>
              <w:t xml:space="preserve">UČNA TEMA: </w:t>
            </w:r>
            <w:r>
              <w:rPr>
                <w:color w:val="000000"/>
                <w:sz w:val="16"/>
              </w:rPr>
              <w:t>OPAZOVANJE IN RAZVRŠČANJE</w:t>
            </w:r>
          </w:p>
        </w:tc>
      </w:tr>
      <w:tr w:rsidR="005B3871" w14:paraId="69ECCE6C" w14:textId="77777777">
        <w:trPr>
          <w:cantSplit/>
          <w:jc w:val="center"/>
        </w:trPr>
        <w:tc>
          <w:tcPr>
            <w:tcW w:w="14060" w:type="dxa"/>
            <w:gridSpan w:val="6"/>
            <w:tcMar>
              <w:top w:w="70" w:type="dxa"/>
              <w:left w:w="90" w:type="dxa"/>
              <w:bottom w:w="70" w:type="dxa"/>
              <w:right w:w="90" w:type="dxa"/>
            </w:tcMar>
            <w:vAlign w:val="center"/>
          </w:tcPr>
          <w:p w14:paraId="43372E64" w14:textId="77777777" w:rsidR="005B3871" w:rsidRDefault="005B3871"/>
          <w:p w14:paraId="36FB8367" w14:textId="77777777" w:rsidR="005B3871" w:rsidRDefault="00000000">
            <w:pPr>
              <w:spacing w:line="245" w:lineRule="auto"/>
            </w:pPr>
            <w:r>
              <w:rPr>
                <w:b/>
                <w:color w:val="000000"/>
                <w:sz w:val="16"/>
              </w:rPr>
              <w:t xml:space="preserve">KNJIŽEVNO IZHODIŠČE IN MOTIV: </w:t>
            </w:r>
            <w:r>
              <w:rPr>
                <w:color w:val="000000"/>
                <w:sz w:val="16"/>
              </w:rPr>
              <w:t>»Muca Copatarica« – Ela Peroci • urejenost, odgovornost in pripadnost razredu</w:t>
            </w:r>
          </w:p>
        </w:tc>
      </w:tr>
      <w:tr w:rsidR="005B3871" w14:paraId="54749CA1" w14:textId="77777777">
        <w:trPr>
          <w:cantSplit/>
          <w:jc w:val="center"/>
        </w:trPr>
        <w:tc>
          <w:tcPr>
            <w:tcW w:w="14060" w:type="dxa"/>
            <w:gridSpan w:val="6"/>
            <w:tcMar>
              <w:top w:w="70" w:type="dxa"/>
              <w:left w:w="90" w:type="dxa"/>
              <w:bottom w:w="70" w:type="dxa"/>
              <w:right w:w="90" w:type="dxa"/>
            </w:tcMar>
            <w:vAlign w:val="center"/>
          </w:tcPr>
          <w:p w14:paraId="3CB7F46E" w14:textId="77777777" w:rsidR="005B3871" w:rsidRDefault="005B3871"/>
          <w:p w14:paraId="7828E8B7" w14:textId="77777777" w:rsidR="005B3871" w:rsidRDefault="00000000">
            <w:pPr>
              <w:spacing w:line="245" w:lineRule="auto"/>
            </w:pPr>
            <w:r>
              <w:rPr>
                <w:b/>
                <w:color w:val="000000"/>
                <w:sz w:val="16"/>
              </w:rPr>
              <w:t xml:space="preserve">UČNE ENOTE: </w:t>
            </w:r>
            <w:r>
              <w:rPr>
                <w:color w:val="000000"/>
                <w:sz w:val="16"/>
              </w:rPr>
              <w:t>1. ura – Detektivi parov copat • 2. ura – Žive skupine • 3. ura – Copatni vzorec</w:t>
            </w:r>
          </w:p>
        </w:tc>
      </w:tr>
      <w:tr w:rsidR="005B3871" w14:paraId="03B6BDB7" w14:textId="77777777">
        <w:trPr>
          <w:cantSplit/>
          <w:jc w:val="center"/>
        </w:trPr>
        <w:tc>
          <w:tcPr>
            <w:tcW w:w="14060" w:type="dxa"/>
            <w:gridSpan w:val="6"/>
            <w:tcMar>
              <w:top w:w="70" w:type="dxa"/>
              <w:left w:w="90" w:type="dxa"/>
              <w:bottom w:w="70" w:type="dxa"/>
              <w:right w:w="90" w:type="dxa"/>
            </w:tcMar>
            <w:vAlign w:val="center"/>
          </w:tcPr>
          <w:p w14:paraId="18A9B8EA" w14:textId="77777777" w:rsidR="005B3871" w:rsidRDefault="005B3871"/>
          <w:p w14:paraId="4227961D"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4CB97191" w14:textId="77777777">
        <w:trPr>
          <w:cantSplit/>
          <w:jc w:val="center"/>
        </w:trPr>
        <w:tc>
          <w:tcPr>
            <w:tcW w:w="14060" w:type="dxa"/>
            <w:gridSpan w:val="6"/>
            <w:tcMar>
              <w:top w:w="70" w:type="dxa"/>
              <w:left w:w="90" w:type="dxa"/>
              <w:bottom w:w="70" w:type="dxa"/>
              <w:right w:w="90" w:type="dxa"/>
            </w:tcMar>
            <w:vAlign w:val="center"/>
          </w:tcPr>
          <w:p w14:paraId="1498CD88" w14:textId="77777777" w:rsidR="005B3871" w:rsidRDefault="005B3871"/>
          <w:p w14:paraId="451188C9"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2E45DD1E" w14:textId="77777777">
        <w:trPr>
          <w:cantSplit/>
          <w:jc w:val="center"/>
        </w:trPr>
        <w:tc>
          <w:tcPr>
            <w:tcW w:w="14060" w:type="dxa"/>
            <w:gridSpan w:val="6"/>
            <w:tcMar>
              <w:top w:w="70" w:type="dxa"/>
              <w:left w:w="90" w:type="dxa"/>
              <w:bottom w:w="70" w:type="dxa"/>
              <w:right w:w="90" w:type="dxa"/>
            </w:tcMar>
            <w:vAlign w:val="center"/>
          </w:tcPr>
          <w:p w14:paraId="0146ACC2" w14:textId="77777777" w:rsidR="005B3871" w:rsidRDefault="005B3871"/>
          <w:p w14:paraId="0F5E433B"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41381E6E" w14:textId="77777777">
        <w:trPr>
          <w:cantSplit/>
          <w:jc w:val="center"/>
        </w:trPr>
        <w:tc>
          <w:tcPr>
            <w:tcW w:w="14060" w:type="dxa"/>
            <w:gridSpan w:val="6"/>
            <w:tcMar>
              <w:top w:w="70" w:type="dxa"/>
              <w:left w:w="90" w:type="dxa"/>
              <w:bottom w:w="70" w:type="dxa"/>
              <w:right w:w="90" w:type="dxa"/>
            </w:tcMar>
            <w:vAlign w:val="center"/>
          </w:tcPr>
          <w:p w14:paraId="49408D18" w14:textId="77777777" w:rsidR="005B3871" w:rsidRDefault="005B3871"/>
          <w:p w14:paraId="4C71B4F6" w14:textId="77777777" w:rsidR="005B3871" w:rsidRDefault="00000000">
            <w:pPr>
              <w:spacing w:line="245" w:lineRule="auto"/>
            </w:pPr>
            <w:r>
              <w:rPr>
                <w:b/>
                <w:color w:val="000000"/>
                <w:sz w:val="16"/>
              </w:rPr>
              <w:t xml:space="preserve">MEDPREDMETNE POVEZAVE: </w:t>
            </w:r>
            <w:r>
              <w:rPr>
                <w:color w:val="000000"/>
                <w:sz w:val="16"/>
              </w:rPr>
              <w:t>SLJ – opis lastnosti in razlaga; SPO – skrb za predmete; LUM – barva in vzorec; ŠPO – žive skupine</w:t>
            </w:r>
          </w:p>
        </w:tc>
      </w:tr>
      <w:tr w:rsidR="005B3871" w14:paraId="6807A45A" w14:textId="77777777">
        <w:trPr>
          <w:cantSplit/>
          <w:jc w:val="center"/>
        </w:trPr>
        <w:tc>
          <w:tcPr>
            <w:tcW w:w="14060" w:type="dxa"/>
            <w:gridSpan w:val="6"/>
            <w:tcMar>
              <w:top w:w="70" w:type="dxa"/>
              <w:left w:w="90" w:type="dxa"/>
              <w:bottom w:w="70" w:type="dxa"/>
              <w:right w:w="90" w:type="dxa"/>
            </w:tcMar>
            <w:vAlign w:val="center"/>
          </w:tcPr>
          <w:p w14:paraId="20F42C5E" w14:textId="77777777" w:rsidR="005B3871" w:rsidRDefault="005B3871"/>
          <w:p w14:paraId="5256D3C9" w14:textId="77777777" w:rsidR="005B3871" w:rsidRDefault="00000000">
            <w:pPr>
              <w:spacing w:line="245" w:lineRule="auto"/>
            </w:pPr>
            <w:r>
              <w:rPr>
                <w:b/>
                <w:color w:val="000000"/>
                <w:sz w:val="16"/>
              </w:rPr>
              <w:t xml:space="preserve">UČNA SREDSTVA IN PRIPOMOČKI: </w:t>
            </w:r>
            <w:r>
              <w:rPr>
                <w:color w:val="000000"/>
                <w:sz w:val="16"/>
              </w:rPr>
              <w:t>pari copat ali kartice, obroči, znaki lastnosti, barvne kartice, vrvica, list za slikovni zapis</w:t>
            </w:r>
          </w:p>
        </w:tc>
      </w:tr>
      <w:tr w:rsidR="005B3871" w14:paraId="2B6E0711" w14:textId="77777777">
        <w:trPr>
          <w:cantSplit/>
          <w:jc w:val="center"/>
        </w:trPr>
        <w:tc>
          <w:tcPr>
            <w:tcW w:w="14060" w:type="dxa"/>
            <w:gridSpan w:val="6"/>
            <w:tcMar>
              <w:top w:w="70" w:type="dxa"/>
              <w:left w:w="90" w:type="dxa"/>
              <w:bottom w:w="70" w:type="dxa"/>
              <w:right w:w="90" w:type="dxa"/>
            </w:tcMar>
            <w:vAlign w:val="center"/>
          </w:tcPr>
          <w:p w14:paraId="083904D7" w14:textId="77777777" w:rsidR="005B3871" w:rsidRDefault="005B3871"/>
          <w:p w14:paraId="0E7B4E0D"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3C9D6DFF" w14:textId="77777777">
        <w:trPr>
          <w:cantSplit/>
          <w:jc w:val="center"/>
        </w:trPr>
        <w:tc>
          <w:tcPr>
            <w:tcW w:w="14060" w:type="dxa"/>
            <w:gridSpan w:val="6"/>
            <w:tcMar>
              <w:top w:w="70" w:type="dxa"/>
              <w:left w:w="90" w:type="dxa"/>
              <w:bottom w:w="70" w:type="dxa"/>
              <w:right w:w="90" w:type="dxa"/>
            </w:tcMar>
            <w:vAlign w:val="center"/>
          </w:tcPr>
          <w:p w14:paraId="3711CF73" w14:textId="77777777" w:rsidR="005B3871" w:rsidRDefault="005B3871"/>
          <w:p w14:paraId="41503210"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27B9EFB3" w14:textId="77777777">
        <w:trPr>
          <w:cantSplit/>
          <w:jc w:val="center"/>
        </w:trPr>
        <w:tc>
          <w:tcPr>
            <w:tcW w:w="14060" w:type="dxa"/>
            <w:gridSpan w:val="6"/>
            <w:tcMar>
              <w:top w:w="70" w:type="dxa"/>
              <w:left w:w="90" w:type="dxa"/>
              <w:bottom w:w="70" w:type="dxa"/>
              <w:right w:w="90" w:type="dxa"/>
            </w:tcMar>
            <w:vAlign w:val="center"/>
          </w:tcPr>
          <w:p w14:paraId="7E91B5D6" w14:textId="77777777" w:rsidR="005B3871" w:rsidRDefault="005B3871"/>
          <w:p w14:paraId="36F9C9A7"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232D6C50"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0122660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0A0FB1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ACCE2B7" w14:textId="77777777" w:rsidR="005B3871" w:rsidRDefault="00000000">
            <w:pPr>
              <w:jc w:val="center"/>
            </w:pPr>
            <w:r>
              <w:rPr>
                <w:b/>
                <w:color w:val="000000"/>
                <w:sz w:val="20"/>
              </w:rPr>
              <w:t>UČNE DEJAVNOSTI, METODE IN FORMATIVNO SPREMLJANJE</w:t>
            </w:r>
          </w:p>
        </w:tc>
      </w:tr>
      <w:tr w:rsidR="005B3871" w14:paraId="3EDF1BCC" w14:textId="77777777">
        <w:trPr>
          <w:tblHeader/>
          <w:jc w:val="center"/>
        </w:trPr>
        <w:tc>
          <w:tcPr>
            <w:tcW w:w="4422" w:type="dxa"/>
            <w:vMerge/>
            <w:tcMar>
              <w:top w:w="70" w:type="dxa"/>
              <w:left w:w="90" w:type="dxa"/>
              <w:bottom w:w="70" w:type="dxa"/>
              <w:right w:w="90" w:type="dxa"/>
            </w:tcMar>
            <w:vAlign w:val="center"/>
          </w:tcPr>
          <w:p w14:paraId="1FB071A2" w14:textId="77777777" w:rsidR="005B3871" w:rsidRDefault="005B3871"/>
        </w:tc>
        <w:tc>
          <w:tcPr>
            <w:tcW w:w="7087" w:type="dxa"/>
            <w:shd w:val="clear" w:color="auto" w:fill="FFFFFF"/>
            <w:tcMar>
              <w:top w:w="70" w:type="dxa"/>
              <w:left w:w="90" w:type="dxa"/>
              <w:bottom w:w="70" w:type="dxa"/>
              <w:right w:w="90" w:type="dxa"/>
            </w:tcMar>
            <w:vAlign w:val="center"/>
          </w:tcPr>
          <w:p w14:paraId="4F0426F3"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D57081C" w14:textId="77777777" w:rsidR="005B3871" w:rsidRDefault="00000000">
            <w:pPr>
              <w:jc w:val="center"/>
            </w:pPr>
            <w:r>
              <w:rPr>
                <w:b/>
                <w:color w:val="000000"/>
              </w:rPr>
              <w:t>UČENEC</w:t>
            </w:r>
          </w:p>
        </w:tc>
      </w:tr>
      <w:tr w:rsidR="005B3871" w14:paraId="7DEB84C9" w14:textId="77777777">
        <w:trPr>
          <w:jc w:val="center"/>
        </w:trPr>
        <w:tc>
          <w:tcPr>
            <w:tcW w:w="4422" w:type="dxa"/>
            <w:tcMar>
              <w:top w:w="70" w:type="dxa"/>
              <w:left w:w="90" w:type="dxa"/>
              <w:bottom w:w="70" w:type="dxa"/>
              <w:right w:w="90" w:type="dxa"/>
            </w:tcMar>
          </w:tcPr>
          <w:p w14:paraId="103A443E" w14:textId="77777777" w:rsidR="005B3871" w:rsidRDefault="005B3871"/>
          <w:p w14:paraId="2658BDEA" w14:textId="77777777" w:rsidR="005B3871" w:rsidRDefault="00000000">
            <w:pPr>
              <w:spacing w:after="60" w:line="245" w:lineRule="auto"/>
            </w:pPr>
            <w:r>
              <w:rPr>
                <w:b/>
                <w:color w:val="000000"/>
              </w:rPr>
              <w:t>UČNI CILJI</w:t>
            </w:r>
          </w:p>
          <w:p w14:paraId="357A871C" w14:textId="77777777" w:rsidR="005B3871" w:rsidRDefault="00000000">
            <w:pPr>
              <w:spacing w:after="20" w:line="245" w:lineRule="auto"/>
            </w:pPr>
            <w:r>
              <w:rPr>
                <w:b/>
                <w:color w:val="000000"/>
                <w:sz w:val="17"/>
              </w:rPr>
              <w:t>SPLOŠNI</w:t>
            </w:r>
          </w:p>
          <w:p w14:paraId="389E137D" w14:textId="77777777" w:rsidR="005B3871" w:rsidRDefault="00000000">
            <w:pPr>
              <w:pStyle w:val="Oznaenseznam"/>
              <w:spacing w:after="16"/>
            </w:pPr>
            <w:r>
              <w:rPr>
                <w:color w:val="000000"/>
                <w:sz w:val="16"/>
              </w:rPr>
              <w:t>razvija številske, prostorske in količinske predstave s konkretnimi izkušnjami</w:t>
            </w:r>
          </w:p>
          <w:p w14:paraId="235E85D8" w14:textId="77777777" w:rsidR="005B3871" w:rsidRDefault="00000000">
            <w:pPr>
              <w:pStyle w:val="Oznaenseznam"/>
              <w:spacing w:after="16"/>
            </w:pPr>
            <w:r>
              <w:rPr>
                <w:color w:val="000000"/>
                <w:sz w:val="16"/>
              </w:rPr>
              <w:t>rešuje matematične probleme s predmetom, gibanjem, risbo, modelom in simbolom</w:t>
            </w:r>
          </w:p>
          <w:p w14:paraId="7C41645D" w14:textId="77777777" w:rsidR="005B3871" w:rsidRDefault="00000000">
            <w:pPr>
              <w:pStyle w:val="Oznaenseznam"/>
              <w:spacing w:after="16"/>
            </w:pPr>
            <w:r>
              <w:rPr>
                <w:color w:val="000000"/>
                <w:sz w:val="16"/>
              </w:rPr>
              <w:t>pojasnjuje izbrano strategijo, preverja smiselnost rešitve in posluša rešitve drugih</w:t>
            </w:r>
          </w:p>
          <w:p w14:paraId="73B44D20" w14:textId="77777777" w:rsidR="005B3871" w:rsidRDefault="00000000">
            <w:pPr>
              <w:pStyle w:val="Oznaenseznam"/>
              <w:spacing w:after="16"/>
            </w:pPr>
            <w:r>
              <w:rPr>
                <w:color w:val="000000"/>
                <w:sz w:val="16"/>
              </w:rPr>
              <w:t>ob namenih in kriterijih spremlja svoje učenje ter uporabi opisno povratno informacijo</w:t>
            </w:r>
          </w:p>
          <w:p w14:paraId="66FFC2E1" w14:textId="77777777" w:rsidR="005B3871" w:rsidRDefault="00000000">
            <w:pPr>
              <w:spacing w:before="40" w:after="20" w:line="245" w:lineRule="auto"/>
            </w:pPr>
            <w:r>
              <w:rPr>
                <w:b/>
                <w:color w:val="000000"/>
                <w:sz w:val="17"/>
              </w:rPr>
              <w:t>OPERATIVNI</w:t>
            </w:r>
          </w:p>
          <w:p w14:paraId="7CE40E1F" w14:textId="77777777" w:rsidR="005B3871" w:rsidRDefault="00000000">
            <w:pPr>
              <w:pStyle w:val="Oznaenseznam"/>
              <w:spacing w:after="16"/>
            </w:pPr>
            <w:r>
              <w:rPr>
                <w:color w:val="000000"/>
                <w:sz w:val="16"/>
              </w:rPr>
              <w:t>opazuje podobnosti in razlike</w:t>
            </w:r>
          </w:p>
          <w:p w14:paraId="53FEBA0A" w14:textId="77777777" w:rsidR="005B3871" w:rsidRDefault="00000000">
            <w:pPr>
              <w:pStyle w:val="Oznaenseznam"/>
              <w:spacing w:after="16"/>
            </w:pPr>
            <w:r>
              <w:rPr>
                <w:color w:val="000000"/>
                <w:sz w:val="16"/>
              </w:rPr>
              <w:t>razvršča po eni lastnosti</w:t>
            </w:r>
          </w:p>
          <w:p w14:paraId="6E33F85B" w14:textId="77777777" w:rsidR="005B3871" w:rsidRDefault="00000000">
            <w:pPr>
              <w:pStyle w:val="Oznaenseznam"/>
              <w:spacing w:after="16"/>
            </w:pPr>
            <w:r>
              <w:rPr>
                <w:color w:val="000000"/>
                <w:sz w:val="16"/>
              </w:rPr>
              <w:t>nadaljuje preprost vzorec</w:t>
            </w:r>
          </w:p>
          <w:p w14:paraId="5ACBBC62" w14:textId="77777777" w:rsidR="005B3871" w:rsidRDefault="00000000">
            <w:pPr>
              <w:spacing w:before="40" w:after="20" w:line="245" w:lineRule="auto"/>
            </w:pPr>
            <w:r>
              <w:rPr>
                <w:b/>
                <w:color w:val="000000"/>
                <w:sz w:val="17"/>
              </w:rPr>
              <w:t>PRIČAKOVANI DOSEŽKI / STANDARDI</w:t>
            </w:r>
          </w:p>
          <w:p w14:paraId="5506E938" w14:textId="77777777" w:rsidR="005B3871" w:rsidRDefault="00000000">
            <w:pPr>
              <w:pStyle w:val="Oznaenseznam"/>
              <w:spacing w:after="16"/>
            </w:pPr>
            <w:r>
              <w:rPr>
                <w:color w:val="000000"/>
                <w:sz w:val="16"/>
              </w:rPr>
              <w:t>ob konkretni, slikovni ali gibalni opori opazuje podobnosti in razlike</w:t>
            </w:r>
          </w:p>
          <w:p w14:paraId="052DFF96" w14:textId="77777777" w:rsidR="005B3871" w:rsidRDefault="00000000">
            <w:pPr>
              <w:pStyle w:val="Oznaenseznam"/>
              <w:spacing w:after="16"/>
            </w:pPr>
            <w:r>
              <w:rPr>
                <w:color w:val="000000"/>
                <w:sz w:val="16"/>
              </w:rPr>
              <w:t>ob konkretni, slikovni ali gibalni opori razvršča po eni lastnosti</w:t>
            </w:r>
          </w:p>
          <w:p w14:paraId="50B2C2BB" w14:textId="77777777" w:rsidR="005B3871" w:rsidRDefault="00000000">
            <w:pPr>
              <w:pStyle w:val="Oznaenseznam"/>
              <w:spacing w:after="16"/>
            </w:pPr>
            <w:r>
              <w:rPr>
                <w:color w:val="000000"/>
                <w:sz w:val="16"/>
              </w:rPr>
              <w:t>ob konkretni, slikovni ali gibalni opori nadaljuje preprost vzorec</w:t>
            </w:r>
          </w:p>
        </w:tc>
        <w:tc>
          <w:tcPr>
            <w:tcW w:w="7087" w:type="dxa"/>
            <w:tcMar>
              <w:top w:w="70" w:type="dxa"/>
              <w:left w:w="90" w:type="dxa"/>
              <w:bottom w:w="70" w:type="dxa"/>
              <w:right w:w="90" w:type="dxa"/>
            </w:tcMar>
          </w:tcPr>
          <w:p w14:paraId="74E56456"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6B189FF" w14:textId="77777777">
              <w:trPr>
                <w:jc w:val="center"/>
              </w:trPr>
              <w:tc>
                <w:tcPr>
                  <w:tcW w:w="7087" w:type="dxa"/>
                  <w:shd w:val="clear" w:color="auto" w:fill="C6E7F3"/>
                  <w:tcMar>
                    <w:top w:w="45" w:type="dxa"/>
                    <w:left w:w="70" w:type="dxa"/>
                    <w:bottom w:w="45" w:type="dxa"/>
                    <w:right w:w="70" w:type="dxa"/>
                  </w:tcMar>
                </w:tcPr>
                <w:p w14:paraId="1F47205E" w14:textId="77777777" w:rsidR="005B3871" w:rsidRDefault="00000000">
                  <w:pPr>
                    <w:keepNext/>
                  </w:pPr>
                  <w:r>
                    <w:rPr>
                      <w:b/>
                      <w:color w:val="000000"/>
                    </w:rPr>
                    <w:t>UVODNI DEL – motivacija, aktivacija predznanja in namen učenja (15–20 min)</w:t>
                  </w:r>
                </w:p>
              </w:tc>
            </w:tr>
          </w:tbl>
          <w:p w14:paraId="6407B8ED" w14:textId="77777777" w:rsidR="005B3871" w:rsidRDefault="005B3871">
            <w:pPr>
              <w:spacing w:line="20" w:lineRule="exact"/>
            </w:pPr>
          </w:p>
          <w:p w14:paraId="174E4C45" w14:textId="77777777" w:rsidR="005B3871" w:rsidRDefault="00000000">
            <w:pPr>
              <w:spacing w:before="40" w:after="60" w:line="245" w:lineRule="auto"/>
            </w:pPr>
            <w:r>
              <w:rPr>
                <w:color w:val="000000"/>
                <w:sz w:val="16"/>
              </w:rPr>
              <w:t>Muca Copatarica prinese košaro nepovezanih copat. Učenci najprej brez navodila iščejo pare, nato povedo, po kateri lastnosti so jih povezali.</w:t>
            </w:r>
          </w:p>
          <w:tbl>
            <w:tblPr>
              <w:tblStyle w:val="Tabelamrea"/>
              <w:tblW w:w="0" w:type="auto"/>
              <w:jc w:val="center"/>
              <w:tblLayout w:type="fixed"/>
              <w:tblLook w:val="04A0" w:firstRow="1" w:lastRow="0" w:firstColumn="1" w:lastColumn="0" w:noHBand="0" w:noVBand="1"/>
            </w:tblPr>
            <w:tblGrid>
              <w:gridCol w:w="7087"/>
            </w:tblGrid>
            <w:tr w:rsidR="005B3871" w14:paraId="2C1659BB" w14:textId="77777777">
              <w:trPr>
                <w:jc w:val="center"/>
              </w:trPr>
              <w:tc>
                <w:tcPr>
                  <w:tcW w:w="7087" w:type="dxa"/>
                  <w:shd w:val="clear" w:color="auto" w:fill="EDC9EA"/>
                  <w:tcMar>
                    <w:top w:w="45" w:type="dxa"/>
                    <w:left w:w="70" w:type="dxa"/>
                    <w:bottom w:w="45" w:type="dxa"/>
                    <w:right w:w="70" w:type="dxa"/>
                  </w:tcMar>
                </w:tcPr>
                <w:p w14:paraId="31D0A352" w14:textId="77777777" w:rsidR="005B3871" w:rsidRDefault="00000000">
                  <w:pPr>
                    <w:keepNext/>
                  </w:pPr>
                  <w:r>
                    <w:rPr>
                      <w:b/>
                      <w:color w:val="000000"/>
                    </w:rPr>
                    <w:t>NAMENI UČENJA</w:t>
                  </w:r>
                </w:p>
              </w:tc>
            </w:tr>
          </w:tbl>
          <w:p w14:paraId="707D25B6" w14:textId="77777777" w:rsidR="005B3871" w:rsidRDefault="005B3871">
            <w:pPr>
              <w:spacing w:line="20" w:lineRule="exact"/>
            </w:pPr>
          </w:p>
          <w:p w14:paraId="0C1C9B99"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408A0663" w14:textId="77777777" w:rsidR="005B3871" w:rsidRDefault="00000000">
            <w:pPr>
              <w:pStyle w:val="Oznaenseznam"/>
              <w:spacing w:after="16"/>
            </w:pPr>
            <w:r>
              <w:rPr>
                <w:color w:val="000000"/>
                <w:sz w:val="16"/>
              </w:rPr>
              <w:t>opazujem podobnosti in razlike</w:t>
            </w:r>
          </w:p>
          <w:p w14:paraId="0A23DA96" w14:textId="77777777" w:rsidR="005B3871" w:rsidRDefault="00000000">
            <w:pPr>
              <w:pStyle w:val="Oznaenseznam"/>
              <w:spacing w:after="16"/>
            </w:pPr>
            <w:r>
              <w:rPr>
                <w:color w:val="000000"/>
                <w:sz w:val="16"/>
              </w:rPr>
              <w:t>razvrščam po eni lastnosti</w:t>
            </w:r>
          </w:p>
          <w:p w14:paraId="1C855F12" w14:textId="77777777" w:rsidR="005B3871" w:rsidRDefault="00000000">
            <w:pPr>
              <w:pStyle w:val="Oznaenseznam"/>
              <w:spacing w:after="16"/>
            </w:pPr>
            <w:r>
              <w:rPr>
                <w:color w:val="000000"/>
                <w:sz w:val="16"/>
              </w:rPr>
              <w:t>nadaljujem preprost vzorec</w:t>
            </w:r>
          </w:p>
          <w:tbl>
            <w:tblPr>
              <w:tblStyle w:val="Tabelamrea"/>
              <w:tblW w:w="0" w:type="auto"/>
              <w:jc w:val="center"/>
              <w:tblLayout w:type="fixed"/>
              <w:tblLook w:val="04A0" w:firstRow="1" w:lastRow="0" w:firstColumn="1" w:lastColumn="0" w:noHBand="0" w:noVBand="1"/>
            </w:tblPr>
            <w:tblGrid>
              <w:gridCol w:w="7087"/>
            </w:tblGrid>
            <w:tr w:rsidR="005B3871" w14:paraId="792207E7" w14:textId="77777777">
              <w:trPr>
                <w:jc w:val="center"/>
              </w:trPr>
              <w:tc>
                <w:tcPr>
                  <w:tcW w:w="7087" w:type="dxa"/>
                  <w:shd w:val="clear" w:color="auto" w:fill="EDC9EA"/>
                  <w:tcMar>
                    <w:top w:w="45" w:type="dxa"/>
                    <w:left w:w="70" w:type="dxa"/>
                    <w:bottom w:w="45" w:type="dxa"/>
                    <w:right w:w="70" w:type="dxa"/>
                  </w:tcMar>
                </w:tcPr>
                <w:p w14:paraId="439D0051" w14:textId="77777777" w:rsidR="005B3871" w:rsidRDefault="00000000">
                  <w:pPr>
                    <w:keepNext/>
                  </w:pPr>
                  <w:r>
                    <w:rPr>
                      <w:b/>
                      <w:color w:val="000000"/>
                    </w:rPr>
                    <w:t>PREVERJANJE PREDZNANJA</w:t>
                  </w:r>
                </w:p>
              </w:tc>
            </w:tr>
          </w:tbl>
          <w:p w14:paraId="29961903" w14:textId="77777777" w:rsidR="005B3871" w:rsidRDefault="005B3871">
            <w:pPr>
              <w:spacing w:line="20" w:lineRule="exact"/>
            </w:pPr>
          </w:p>
          <w:p w14:paraId="7E4A57BC" w14:textId="77777777" w:rsidR="005B3871" w:rsidRDefault="00000000">
            <w:pPr>
              <w:pStyle w:val="Oznaenseznam"/>
              <w:spacing w:after="16"/>
            </w:pPr>
            <w:r>
              <w:rPr>
                <w:color w:val="000000"/>
                <w:sz w:val="16"/>
              </w:rPr>
              <w:t>Po čem sta si dva predmeta podobna ali različna?</w:t>
            </w:r>
          </w:p>
          <w:p w14:paraId="0514CABA" w14:textId="77777777" w:rsidR="005B3871" w:rsidRDefault="00000000">
            <w:pPr>
              <w:pStyle w:val="Oznaenseznam"/>
              <w:spacing w:after="16"/>
            </w:pPr>
            <w:r>
              <w:rPr>
                <w:color w:val="000000"/>
                <w:sz w:val="16"/>
              </w:rPr>
              <w:t>Kako lahko uredim predmete, da bo pravilo razvrščanja razvidno?</w:t>
            </w:r>
          </w:p>
          <w:p w14:paraId="09B1E5C4"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044F6D9B" w14:textId="77777777">
              <w:trPr>
                <w:jc w:val="center"/>
              </w:trPr>
              <w:tc>
                <w:tcPr>
                  <w:tcW w:w="7087" w:type="dxa"/>
                  <w:shd w:val="clear" w:color="auto" w:fill="EDC9EA"/>
                  <w:tcMar>
                    <w:top w:w="45" w:type="dxa"/>
                    <w:left w:w="70" w:type="dxa"/>
                    <w:bottom w:w="45" w:type="dxa"/>
                    <w:right w:w="70" w:type="dxa"/>
                  </w:tcMar>
                </w:tcPr>
                <w:p w14:paraId="08C8396B" w14:textId="77777777" w:rsidR="005B3871" w:rsidRDefault="00000000">
                  <w:pPr>
                    <w:keepNext/>
                  </w:pPr>
                  <w:r>
                    <w:rPr>
                      <w:b/>
                      <w:color w:val="000000"/>
                    </w:rPr>
                    <w:t>KRITERIJI USPEŠNOSTI</w:t>
                  </w:r>
                </w:p>
              </w:tc>
            </w:tr>
          </w:tbl>
          <w:p w14:paraId="762C7B78" w14:textId="77777777" w:rsidR="005B3871" w:rsidRDefault="005B3871"/>
          <w:p w14:paraId="23899239" w14:textId="77777777" w:rsidR="005B3871" w:rsidRDefault="00000000">
            <w:pPr>
              <w:spacing w:before="20" w:after="20" w:line="245" w:lineRule="auto"/>
            </w:pPr>
            <w:r>
              <w:rPr>
                <w:b/>
                <w:color w:val="000000"/>
                <w:sz w:val="16"/>
              </w:rPr>
              <w:t>Uspešen/-na bom, ko:</w:t>
            </w:r>
          </w:p>
          <w:p w14:paraId="6FBB5046" w14:textId="77777777" w:rsidR="005B3871" w:rsidRDefault="00000000">
            <w:pPr>
              <w:pStyle w:val="Oznaenseznam"/>
              <w:spacing w:after="16"/>
            </w:pPr>
            <w:r>
              <w:rPr>
                <w:color w:val="000000"/>
                <w:sz w:val="16"/>
              </w:rPr>
              <w:t>opazujem podobnosti in razlike</w:t>
            </w:r>
          </w:p>
          <w:p w14:paraId="000376C8" w14:textId="77777777" w:rsidR="005B3871" w:rsidRDefault="00000000">
            <w:pPr>
              <w:pStyle w:val="Oznaenseznam"/>
              <w:spacing w:after="16"/>
            </w:pPr>
            <w:r>
              <w:rPr>
                <w:color w:val="000000"/>
                <w:sz w:val="16"/>
              </w:rPr>
              <w:t>razvrščam po eni lastnosti</w:t>
            </w:r>
          </w:p>
          <w:p w14:paraId="1FF0991F" w14:textId="77777777" w:rsidR="005B3871" w:rsidRDefault="00000000">
            <w:pPr>
              <w:pStyle w:val="Oznaenseznam"/>
              <w:spacing w:after="16"/>
            </w:pPr>
            <w:r>
              <w:rPr>
                <w:color w:val="000000"/>
                <w:sz w:val="16"/>
              </w:rPr>
              <w:t>nadaljujem preprost vzorec</w:t>
            </w:r>
          </w:p>
          <w:p w14:paraId="6C2EF228"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600CE386" w14:textId="77777777" w:rsidR="005B3871" w:rsidRDefault="005B3871"/>
          <w:p w14:paraId="69817EFE"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27F1C505" w14:textId="77777777" w:rsidR="005B3871" w:rsidRDefault="00000000">
            <w:pPr>
              <w:spacing w:after="80" w:line="245" w:lineRule="auto"/>
            </w:pPr>
            <w:r>
              <w:rPr>
                <w:color w:val="000000"/>
                <w:sz w:val="16"/>
              </w:rPr>
              <w:t>Pove, pokaže ali nariše, kako bi nalogo začel. Posluša tudi drugačne strategije.</w:t>
            </w:r>
          </w:p>
          <w:p w14:paraId="01201621" w14:textId="77777777" w:rsidR="005B3871" w:rsidRDefault="00000000">
            <w:pPr>
              <w:spacing w:after="100" w:line="245" w:lineRule="auto"/>
            </w:pPr>
            <w:r>
              <w:rPr>
                <w:color w:val="000000"/>
                <w:sz w:val="16"/>
              </w:rPr>
              <w:t>Sodeluje pri razumevanju namenov in kriterijev uspešnosti.</w:t>
            </w:r>
          </w:p>
          <w:p w14:paraId="46FDA423" w14:textId="77777777" w:rsidR="005B3871" w:rsidRDefault="00000000">
            <w:pPr>
              <w:spacing w:after="20" w:line="245" w:lineRule="auto"/>
            </w:pPr>
            <w:r>
              <w:rPr>
                <w:b/>
                <w:color w:val="D95BC6"/>
                <w:sz w:val="17"/>
              </w:rPr>
              <w:t>DOKAZ O UČENJU</w:t>
            </w:r>
          </w:p>
          <w:p w14:paraId="0B8EBCBE" w14:textId="77777777" w:rsidR="005B3871" w:rsidRDefault="00000000">
            <w:pPr>
              <w:spacing w:after="30" w:line="245" w:lineRule="auto"/>
            </w:pPr>
            <w:r>
              <w:rPr>
                <w:color w:val="D95BC6"/>
                <w:sz w:val="16"/>
              </w:rPr>
              <w:t>začetna strategija, razvrstitev, model, risba, gib ali ustni odgovor</w:t>
            </w:r>
          </w:p>
        </w:tc>
      </w:tr>
    </w:tbl>
    <w:p w14:paraId="4F5202F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6A3FB7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487F98"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053B719" w14:textId="77777777" w:rsidR="005B3871" w:rsidRDefault="00000000">
            <w:pPr>
              <w:jc w:val="center"/>
            </w:pPr>
            <w:r>
              <w:rPr>
                <w:b/>
                <w:color w:val="000000"/>
                <w:sz w:val="20"/>
              </w:rPr>
              <w:t>UČNE DEJAVNOSTI, METODE IN FORMATIVNO SPREMLJANJE</w:t>
            </w:r>
          </w:p>
        </w:tc>
      </w:tr>
      <w:tr w:rsidR="005B3871" w14:paraId="42FA4414" w14:textId="77777777">
        <w:trPr>
          <w:tblHeader/>
          <w:jc w:val="center"/>
        </w:trPr>
        <w:tc>
          <w:tcPr>
            <w:tcW w:w="4422" w:type="dxa"/>
            <w:vMerge/>
            <w:tcMar>
              <w:top w:w="70" w:type="dxa"/>
              <w:left w:w="90" w:type="dxa"/>
              <w:bottom w:w="70" w:type="dxa"/>
              <w:right w:w="90" w:type="dxa"/>
            </w:tcMar>
            <w:vAlign w:val="center"/>
          </w:tcPr>
          <w:p w14:paraId="2BF40091" w14:textId="77777777" w:rsidR="005B3871" w:rsidRDefault="005B3871"/>
        </w:tc>
        <w:tc>
          <w:tcPr>
            <w:tcW w:w="7087" w:type="dxa"/>
            <w:shd w:val="clear" w:color="auto" w:fill="FFFFFF"/>
            <w:tcMar>
              <w:top w:w="70" w:type="dxa"/>
              <w:left w:w="90" w:type="dxa"/>
              <w:bottom w:w="70" w:type="dxa"/>
              <w:right w:w="90" w:type="dxa"/>
            </w:tcMar>
            <w:vAlign w:val="center"/>
          </w:tcPr>
          <w:p w14:paraId="4AC694D0"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F47DD1C" w14:textId="77777777" w:rsidR="005B3871" w:rsidRDefault="00000000">
            <w:pPr>
              <w:jc w:val="center"/>
            </w:pPr>
            <w:r>
              <w:rPr>
                <w:b/>
                <w:color w:val="000000"/>
              </w:rPr>
              <w:t>UČENEC</w:t>
            </w:r>
          </w:p>
        </w:tc>
      </w:tr>
      <w:tr w:rsidR="005B3871" w14:paraId="335E1C74" w14:textId="77777777">
        <w:trPr>
          <w:jc w:val="center"/>
        </w:trPr>
        <w:tc>
          <w:tcPr>
            <w:tcW w:w="4422" w:type="dxa"/>
            <w:tcMar>
              <w:top w:w="70" w:type="dxa"/>
              <w:left w:w="90" w:type="dxa"/>
              <w:bottom w:w="70" w:type="dxa"/>
              <w:right w:w="90" w:type="dxa"/>
            </w:tcMar>
          </w:tcPr>
          <w:p w14:paraId="161282FE" w14:textId="77777777" w:rsidR="005B3871" w:rsidRDefault="005B3871"/>
          <w:p w14:paraId="5F3807F0" w14:textId="77777777" w:rsidR="005B3871" w:rsidRDefault="00000000">
            <w:pPr>
              <w:spacing w:after="40" w:line="245" w:lineRule="auto"/>
            </w:pPr>
            <w:r>
              <w:rPr>
                <w:b/>
                <w:color w:val="000000"/>
              </w:rPr>
              <w:t>KLJUČNI POJMI</w:t>
            </w:r>
          </w:p>
          <w:p w14:paraId="03956ED6" w14:textId="77777777" w:rsidR="005B3871" w:rsidRDefault="00000000">
            <w:pPr>
              <w:spacing w:after="60" w:line="245" w:lineRule="auto"/>
            </w:pPr>
            <w:r>
              <w:rPr>
                <w:color w:val="000000"/>
                <w:sz w:val="16"/>
              </w:rPr>
              <w:t>podobnost, razlika, lastnost, par, razvrščanje, množica, vzorec, člen, pravilo</w:t>
            </w:r>
          </w:p>
          <w:p w14:paraId="16C9C9C2" w14:textId="77777777" w:rsidR="005B3871" w:rsidRDefault="00000000">
            <w:pPr>
              <w:spacing w:after="20" w:line="245" w:lineRule="auto"/>
            </w:pPr>
            <w:r>
              <w:rPr>
                <w:b/>
                <w:color w:val="000000"/>
                <w:sz w:val="17"/>
              </w:rPr>
              <w:t>DOKAZI O UČENJU</w:t>
            </w:r>
          </w:p>
          <w:p w14:paraId="564DCBED" w14:textId="77777777" w:rsidR="005B3871" w:rsidRDefault="00000000">
            <w:pPr>
              <w:pStyle w:val="Oznaenseznam"/>
              <w:spacing w:after="16"/>
            </w:pPr>
            <w:r>
              <w:rPr>
                <w:color w:val="000000"/>
                <w:sz w:val="16"/>
              </w:rPr>
              <w:t>pravilno prirejeni pari in ustna razlaga</w:t>
            </w:r>
          </w:p>
          <w:p w14:paraId="019522A3" w14:textId="77777777" w:rsidR="005B3871" w:rsidRDefault="00000000">
            <w:pPr>
              <w:pStyle w:val="Oznaenseznam"/>
              <w:spacing w:after="16"/>
            </w:pPr>
            <w:r>
              <w:rPr>
                <w:color w:val="000000"/>
                <w:sz w:val="16"/>
              </w:rPr>
              <w:t>razvrstitev v prostoru in poimenovan kriterij</w:t>
            </w:r>
          </w:p>
          <w:p w14:paraId="515E6B08" w14:textId="77777777" w:rsidR="005B3871" w:rsidRDefault="00000000">
            <w:pPr>
              <w:pStyle w:val="Oznaenseznam"/>
              <w:spacing w:after="16"/>
            </w:pPr>
            <w:r>
              <w:rPr>
                <w:color w:val="000000"/>
                <w:sz w:val="16"/>
              </w:rPr>
              <w:t>nadaljevan in ustvarjen ponavljajoči vzorec</w:t>
            </w:r>
          </w:p>
          <w:p w14:paraId="2E3CE501" w14:textId="77777777" w:rsidR="005B3871" w:rsidRDefault="00000000">
            <w:pPr>
              <w:spacing w:before="40" w:after="20" w:line="245" w:lineRule="auto"/>
            </w:pPr>
            <w:r>
              <w:rPr>
                <w:b/>
                <w:color w:val="000000"/>
                <w:sz w:val="17"/>
              </w:rPr>
              <w:t>MEDPREDMETNA POVEZAVA</w:t>
            </w:r>
          </w:p>
          <w:p w14:paraId="712A2729" w14:textId="77777777" w:rsidR="005B3871" w:rsidRDefault="00000000">
            <w:pPr>
              <w:spacing w:after="60" w:line="245" w:lineRule="auto"/>
            </w:pPr>
            <w:r>
              <w:rPr>
                <w:color w:val="000000"/>
                <w:sz w:val="16"/>
              </w:rPr>
              <w:t>SLJ – opis lastnosti in razlaga; SPO – skrb za predmete; LUM – barva in vzorec; ŠPO – žive skupine</w:t>
            </w:r>
          </w:p>
          <w:p w14:paraId="792D3AE4" w14:textId="77777777" w:rsidR="005B3871" w:rsidRDefault="00000000">
            <w:pPr>
              <w:spacing w:after="20" w:line="245" w:lineRule="auto"/>
            </w:pPr>
            <w:r>
              <w:rPr>
                <w:b/>
                <w:color w:val="000000"/>
                <w:sz w:val="17"/>
              </w:rPr>
              <w:t>POUČEVANJE V GIBANJU</w:t>
            </w:r>
          </w:p>
          <w:p w14:paraId="5739255A"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465AD685" w14:textId="77777777" w:rsidR="005B3871" w:rsidRDefault="00000000">
            <w:pPr>
              <w:spacing w:after="20" w:line="245" w:lineRule="auto"/>
            </w:pPr>
            <w:r>
              <w:rPr>
                <w:b/>
                <w:color w:val="000000"/>
                <w:sz w:val="17"/>
              </w:rPr>
              <w:t>DELO PO POSTAJAH</w:t>
            </w:r>
          </w:p>
          <w:p w14:paraId="25E48A94" w14:textId="77777777" w:rsidR="005B3871" w:rsidRDefault="00000000">
            <w:pPr>
              <w:spacing w:after="60" w:line="245" w:lineRule="auto"/>
            </w:pPr>
            <w:r>
              <w:rPr>
                <w:color w:val="000000"/>
                <w:sz w:val="15"/>
              </w:rPr>
              <w:t>Načrtovana rotacija: konkretno-izkušenjska – Detektivi parov copat; gibalna/sodelovalna – Žive skupine; slikovno-simbolna – Copatni vzorec. Pri pisnem ocenjevanju se postaje izvedejo v pripravi, analizi in ponovnem učenju.</w:t>
            </w:r>
          </w:p>
          <w:p w14:paraId="4BA51693" w14:textId="77777777" w:rsidR="005B3871" w:rsidRDefault="00000000">
            <w:pPr>
              <w:spacing w:after="20" w:line="245" w:lineRule="auto"/>
            </w:pPr>
            <w:r>
              <w:rPr>
                <w:b/>
                <w:color w:val="000000"/>
                <w:sz w:val="17"/>
              </w:rPr>
              <w:t>DIFERENCIACIJA IN VKLJUČEVANJE</w:t>
            </w:r>
          </w:p>
          <w:p w14:paraId="175FD1D5"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52019658" w14:textId="77777777" w:rsidR="005B3871" w:rsidRDefault="00000000">
            <w:pPr>
              <w:spacing w:after="20" w:line="245" w:lineRule="auto"/>
            </w:pPr>
            <w:r>
              <w:rPr>
                <w:b/>
                <w:color w:val="000000"/>
                <w:sz w:val="17"/>
              </w:rPr>
              <w:t>SPREMLJANJE</w:t>
            </w:r>
          </w:p>
          <w:p w14:paraId="21F19021"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4B32F384"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3B26126" w14:textId="77777777">
              <w:trPr>
                <w:jc w:val="center"/>
              </w:trPr>
              <w:tc>
                <w:tcPr>
                  <w:tcW w:w="7087" w:type="dxa"/>
                  <w:shd w:val="clear" w:color="auto" w:fill="C6E7F3"/>
                  <w:tcMar>
                    <w:top w:w="45" w:type="dxa"/>
                    <w:left w:w="70" w:type="dxa"/>
                    <w:bottom w:w="45" w:type="dxa"/>
                    <w:right w:w="70" w:type="dxa"/>
                  </w:tcMar>
                </w:tcPr>
                <w:p w14:paraId="7CB4EB43" w14:textId="77777777" w:rsidR="005B3871" w:rsidRDefault="00000000">
                  <w:pPr>
                    <w:keepNext/>
                  </w:pPr>
                  <w:r>
                    <w:rPr>
                      <w:b/>
                      <w:color w:val="000000"/>
                    </w:rPr>
                    <w:t>GLAVNI DEL – IZKUŠENJSKO IN PROBLEMSKO UČENJE (3 šolske ure)</w:t>
                  </w:r>
                </w:p>
              </w:tc>
            </w:tr>
          </w:tbl>
          <w:p w14:paraId="2D45D9BB" w14:textId="77777777" w:rsidR="005B3871" w:rsidRDefault="005B3871">
            <w:pPr>
              <w:spacing w:line="20" w:lineRule="exact"/>
            </w:pPr>
          </w:p>
          <w:p w14:paraId="6BBE9620" w14:textId="77777777" w:rsidR="005B3871" w:rsidRDefault="00000000">
            <w:pPr>
              <w:keepNext/>
              <w:spacing w:before="40" w:after="10" w:line="245" w:lineRule="auto"/>
            </w:pPr>
            <w:r>
              <w:rPr>
                <w:b/>
                <w:color w:val="000000"/>
                <w:sz w:val="17"/>
              </w:rPr>
              <w:t>1. URA – Detektivi parov copat</w:t>
            </w:r>
          </w:p>
          <w:p w14:paraId="09923680" w14:textId="77777777" w:rsidR="005B3871" w:rsidRDefault="00000000">
            <w:pPr>
              <w:spacing w:after="14" w:line="245" w:lineRule="auto"/>
            </w:pPr>
            <w:r>
              <w:rPr>
                <w:b/>
                <w:color w:val="000000"/>
                <w:sz w:val="16"/>
              </w:rPr>
              <w:t xml:space="preserve">Dejavnost učiteljice: </w:t>
            </w:r>
            <w:r>
              <w:rPr>
                <w:color w:val="000000"/>
                <w:sz w:val="16"/>
              </w:rPr>
              <w:t>Ponudi raznolike pare in modelira natančno opazovanje barve, velikosti, vzorca ter načina zapenjanja.</w:t>
            </w:r>
          </w:p>
          <w:p w14:paraId="49417D21" w14:textId="77777777" w:rsidR="005B3871" w:rsidRDefault="00000000">
            <w:pPr>
              <w:spacing w:after="14" w:line="245" w:lineRule="auto"/>
            </w:pPr>
            <w:r>
              <w:rPr>
                <w:b/>
                <w:color w:val="000000"/>
                <w:sz w:val="16"/>
              </w:rPr>
              <w:t xml:space="preserve">Dejavnost učencev: </w:t>
            </w:r>
            <w:r>
              <w:rPr>
                <w:color w:val="000000"/>
                <w:sz w:val="16"/>
              </w:rPr>
              <w:t>Poiščejo pare, pokažejo skupno lastnost in pojasnijo eno odločitev.</w:t>
            </w:r>
          </w:p>
          <w:p w14:paraId="706A3067" w14:textId="77777777" w:rsidR="005B3871" w:rsidRDefault="00000000">
            <w:pPr>
              <w:spacing w:after="24" w:line="245" w:lineRule="auto"/>
            </w:pPr>
            <w:r>
              <w:rPr>
                <w:i/>
                <w:color w:val="D95BC6"/>
                <w:sz w:val="16"/>
              </w:rPr>
              <w:t>Predvideni dokaz: pravilno prirejeni pari in ustna razlaga.</w:t>
            </w:r>
          </w:p>
          <w:p w14:paraId="34CFE252" w14:textId="77777777" w:rsidR="005B3871" w:rsidRDefault="00000000">
            <w:pPr>
              <w:keepNext/>
              <w:spacing w:before="40" w:after="10" w:line="245" w:lineRule="auto"/>
            </w:pPr>
            <w:r>
              <w:rPr>
                <w:b/>
                <w:color w:val="000000"/>
                <w:sz w:val="17"/>
              </w:rPr>
              <w:t>2. URA – Žive skupine</w:t>
            </w:r>
          </w:p>
          <w:p w14:paraId="262A23DB" w14:textId="77777777" w:rsidR="005B3871" w:rsidRDefault="00000000">
            <w:pPr>
              <w:spacing w:after="14" w:line="245" w:lineRule="auto"/>
            </w:pPr>
            <w:r>
              <w:rPr>
                <w:b/>
                <w:color w:val="000000"/>
                <w:sz w:val="16"/>
              </w:rPr>
              <w:t xml:space="preserve">Dejavnost učiteljice: </w:t>
            </w:r>
            <w:r>
              <w:rPr>
                <w:color w:val="000000"/>
                <w:sz w:val="16"/>
              </w:rPr>
              <w:t>Na tla postavi obroče z dogovorjenimi znaki ter spreminja kriterij razvrščanja.</w:t>
            </w:r>
          </w:p>
          <w:p w14:paraId="39AE47A6" w14:textId="77777777" w:rsidR="005B3871" w:rsidRDefault="00000000">
            <w:pPr>
              <w:spacing w:after="14" w:line="245" w:lineRule="auto"/>
            </w:pPr>
            <w:r>
              <w:rPr>
                <w:b/>
                <w:color w:val="000000"/>
                <w:sz w:val="16"/>
              </w:rPr>
              <w:t xml:space="preserve">Dejavnost učencev: </w:t>
            </w:r>
            <w:r>
              <w:rPr>
                <w:color w:val="000000"/>
                <w:sz w:val="16"/>
              </w:rPr>
              <w:t>S predmetom se premaknejo v ustrezno množico, preverijo sošolce in poimenujejo kriterij.</w:t>
            </w:r>
          </w:p>
          <w:p w14:paraId="6DFF82E5" w14:textId="77777777" w:rsidR="005B3871" w:rsidRDefault="00000000">
            <w:pPr>
              <w:spacing w:after="24" w:line="245" w:lineRule="auto"/>
            </w:pPr>
            <w:r>
              <w:rPr>
                <w:i/>
                <w:color w:val="D95BC6"/>
                <w:sz w:val="16"/>
              </w:rPr>
              <w:t>Predvideni dokaz: razvrstitev v prostoru in poimenovan kriterij.</w:t>
            </w:r>
          </w:p>
          <w:p w14:paraId="7E4D71FD" w14:textId="77777777" w:rsidR="005B3871" w:rsidRDefault="00000000">
            <w:pPr>
              <w:keepNext/>
              <w:spacing w:before="40" w:after="10" w:line="245" w:lineRule="auto"/>
            </w:pPr>
            <w:r>
              <w:rPr>
                <w:b/>
                <w:color w:val="000000"/>
                <w:sz w:val="17"/>
              </w:rPr>
              <w:t>3. URA – Copatni vzorec</w:t>
            </w:r>
          </w:p>
          <w:p w14:paraId="7C1AFF34" w14:textId="77777777" w:rsidR="005B3871" w:rsidRDefault="00000000">
            <w:pPr>
              <w:spacing w:after="14" w:line="245" w:lineRule="auto"/>
            </w:pPr>
            <w:r>
              <w:rPr>
                <w:b/>
                <w:color w:val="000000"/>
                <w:sz w:val="16"/>
              </w:rPr>
              <w:t xml:space="preserve">Dejavnost učiteljice: </w:t>
            </w:r>
            <w:r>
              <w:rPr>
                <w:color w:val="000000"/>
                <w:sz w:val="16"/>
              </w:rPr>
              <w:t>Začne vzorec AB in AAB ter z vprašanji vodi od členov do pravila.</w:t>
            </w:r>
          </w:p>
          <w:p w14:paraId="32BD5751" w14:textId="77777777" w:rsidR="005B3871" w:rsidRDefault="00000000">
            <w:pPr>
              <w:spacing w:after="14" w:line="245" w:lineRule="auto"/>
            </w:pPr>
            <w:r>
              <w:rPr>
                <w:b/>
                <w:color w:val="000000"/>
                <w:sz w:val="16"/>
              </w:rPr>
              <w:t xml:space="preserve">Dejavnost učencev: </w:t>
            </w:r>
            <w:r>
              <w:rPr>
                <w:color w:val="000000"/>
                <w:sz w:val="16"/>
              </w:rPr>
              <w:t>Nadaljujejo vzorec s karticami ali gibi, nato ustvarijo svoj primer.</w:t>
            </w:r>
          </w:p>
          <w:p w14:paraId="24CB87C8" w14:textId="77777777" w:rsidR="005B3871" w:rsidRDefault="00000000">
            <w:pPr>
              <w:spacing w:after="24" w:line="245" w:lineRule="auto"/>
            </w:pPr>
            <w:r>
              <w:rPr>
                <w:i/>
                <w:color w:val="D95BC6"/>
                <w:sz w:val="16"/>
              </w:rPr>
              <w:t>Predvideni dokaz: nadaljevan in ustvarjen ponavljajoči vzorec.</w:t>
            </w:r>
          </w:p>
          <w:tbl>
            <w:tblPr>
              <w:tblStyle w:val="Tabelamrea"/>
              <w:tblW w:w="0" w:type="auto"/>
              <w:jc w:val="center"/>
              <w:tblLayout w:type="fixed"/>
              <w:tblLook w:val="04A0" w:firstRow="1" w:lastRow="0" w:firstColumn="1" w:lastColumn="0" w:noHBand="0" w:noVBand="1"/>
            </w:tblPr>
            <w:tblGrid>
              <w:gridCol w:w="7087"/>
            </w:tblGrid>
            <w:tr w:rsidR="005B3871" w14:paraId="33524E52" w14:textId="77777777">
              <w:trPr>
                <w:jc w:val="center"/>
              </w:trPr>
              <w:tc>
                <w:tcPr>
                  <w:tcW w:w="7087" w:type="dxa"/>
                  <w:shd w:val="clear" w:color="auto" w:fill="EDC9EA"/>
                  <w:tcMar>
                    <w:top w:w="45" w:type="dxa"/>
                    <w:left w:w="70" w:type="dxa"/>
                    <w:bottom w:w="45" w:type="dxa"/>
                    <w:right w:w="70" w:type="dxa"/>
                  </w:tcMar>
                </w:tcPr>
                <w:p w14:paraId="2F24D6D4" w14:textId="77777777" w:rsidR="005B3871" w:rsidRDefault="00000000">
                  <w:pPr>
                    <w:keepNext/>
                  </w:pPr>
                  <w:r>
                    <w:rPr>
                      <w:b/>
                      <w:color w:val="000000"/>
                    </w:rPr>
                    <w:t>POVRATNA INFORMACIJA UČITELJICE MED DELOM</w:t>
                  </w:r>
                </w:p>
              </w:tc>
            </w:tr>
          </w:tbl>
          <w:p w14:paraId="77936851" w14:textId="77777777" w:rsidR="005B3871" w:rsidRDefault="005B3871"/>
          <w:p w14:paraId="6D15E508"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7C005C9D" w14:textId="77777777" w:rsidR="005B3871" w:rsidRDefault="005B3871"/>
          <w:p w14:paraId="34EDE4DA" w14:textId="77777777" w:rsidR="005B3871" w:rsidRDefault="00000000">
            <w:pPr>
              <w:spacing w:after="10" w:line="245" w:lineRule="auto"/>
            </w:pPr>
            <w:r>
              <w:rPr>
                <w:b/>
                <w:color w:val="000000"/>
                <w:sz w:val="16"/>
              </w:rPr>
              <w:t>1. URA</w:t>
            </w:r>
          </w:p>
          <w:p w14:paraId="257155BD" w14:textId="77777777" w:rsidR="005B3871" w:rsidRDefault="00000000">
            <w:pPr>
              <w:spacing w:after="30" w:line="245" w:lineRule="auto"/>
            </w:pPr>
            <w:r>
              <w:rPr>
                <w:color w:val="000000"/>
                <w:sz w:val="16"/>
              </w:rPr>
              <w:t>Poiščejo pare, pokažejo skupno lastnost in pojasnijo eno odločitev.</w:t>
            </w:r>
          </w:p>
          <w:p w14:paraId="07F305A3" w14:textId="77777777" w:rsidR="005B3871" w:rsidRDefault="00000000">
            <w:pPr>
              <w:spacing w:line="245" w:lineRule="auto"/>
            </w:pPr>
            <w:r>
              <w:rPr>
                <w:b/>
                <w:color w:val="D95BC6"/>
                <w:sz w:val="16"/>
              </w:rPr>
              <w:t>DOKAZ</w:t>
            </w:r>
          </w:p>
          <w:p w14:paraId="112BE6C1" w14:textId="77777777" w:rsidR="005B3871" w:rsidRDefault="00000000">
            <w:pPr>
              <w:spacing w:after="40" w:line="245" w:lineRule="auto"/>
            </w:pPr>
            <w:r>
              <w:rPr>
                <w:color w:val="D95BC6"/>
                <w:sz w:val="15"/>
              </w:rPr>
              <w:t>pravilno prirejeni pari in ustna razlaga</w:t>
            </w:r>
          </w:p>
          <w:p w14:paraId="5C4037DA" w14:textId="77777777" w:rsidR="005B3871" w:rsidRDefault="00000000">
            <w:pPr>
              <w:spacing w:after="10" w:line="245" w:lineRule="auto"/>
            </w:pPr>
            <w:r>
              <w:rPr>
                <w:b/>
                <w:color w:val="000000"/>
                <w:sz w:val="16"/>
              </w:rPr>
              <w:t>2. URA</w:t>
            </w:r>
          </w:p>
          <w:p w14:paraId="26AB99D0" w14:textId="77777777" w:rsidR="005B3871" w:rsidRDefault="00000000">
            <w:pPr>
              <w:spacing w:after="30" w:line="245" w:lineRule="auto"/>
            </w:pPr>
            <w:r>
              <w:rPr>
                <w:color w:val="000000"/>
                <w:sz w:val="16"/>
              </w:rPr>
              <w:t>S predmetom se premaknejo v ustrezno množico, preverijo sošolce in poimenujejo kriterij.</w:t>
            </w:r>
          </w:p>
          <w:p w14:paraId="20387E75" w14:textId="77777777" w:rsidR="005B3871" w:rsidRDefault="00000000">
            <w:pPr>
              <w:spacing w:line="245" w:lineRule="auto"/>
            </w:pPr>
            <w:r>
              <w:rPr>
                <w:b/>
                <w:color w:val="D95BC6"/>
                <w:sz w:val="16"/>
              </w:rPr>
              <w:t>DOKAZ</w:t>
            </w:r>
          </w:p>
          <w:p w14:paraId="32580354" w14:textId="77777777" w:rsidR="005B3871" w:rsidRDefault="00000000">
            <w:pPr>
              <w:spacing w:after="40" w:line="245" w:lineRule="auto"/>
            </w:pPr>
            <w:r>
              <w:rPr>
                <w:color w:val="D95BC6"/>
                <w:sz w:val="15"/>
              </w:rPr>
              <w:t>razvrstitev v prostoru in poimenovan kriterij</w:t>
            </w:r>
          </w:p>
          <w:p w14:paraId="75848986" w14:textId="77777777" w:rsidR="005B3871" w:rsidRDefault="00000000">
            <w:pPr>
              <w:spacing w:after="10" w:line="245" w:lineRule="auto"/>
            </w:pPr>
            <w:r>
              <w:rPr>
                <w:b/>
                <w:color w:val="000000"/>
                <w:sz w:val="16"/>
              </w:rPr>
              <w:t>3. URA</w:t>
            </w:r>
          </w:p>
          <w:p w14:paraId="789CDBFA" w14:textId="77777777" w:rsidR="005B3871" w:rsidRDefault="00000000">
            <w:pPr>
              <w:spacing w:after="30" w:line="245" w:lineRule="auto"/>
            </w:pPr>
            <w:r>
              <w:rPr>
                <w:color w:val="000000"/>
                <w:sz w:val="16"/>
              </w:rPr>
              <w:t>Nadaljujejo vzorec s karticami ali gibi, nato ustvarijo svoj primer.</w:t>
            </w:r>
          </w:p>
          <w:p w14:paraId="34B0013A" w14:textId="77777777" w:rsidR="005B3871" w:rsidRDefault="00000000">
            <w:pPr>
              <w:spacing w:line="245" w:lineRule="auto"/>
            </w:pPr>
            <w:r>
              <w:rPr>
                <w:b/>
                <w:color w:val="D95BC6"/>
                <w:sz w:val="16"/>
              </w:rPr>
              <w:t>DOKAZ</w:t>
            </w:r>
          </w:p>
          <w:p w14:paraId="5F2BEE34" w14:textId="77777777" w:rsidR="005B3871" w:rsidRDefault="00000000">
            <w:pPr>
              <w:spacing w:after="40" w:line="245" w:lineRule="auto"/>
            </w:pPr>
            <w:r>
              <w:rPr>
                <w:color w:val="D95BC6"/>
                <w:sz w:val="15"/>
              </w:rPr>
              <w:t>nadaljevan in ustvarjen ponavljajoči vzorec</w:t>
            </w:r>
          </w:p>
        </w:tc>
      </w:tr>
    </w:tbl>
    <w:p w14:paraId="3C7666A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23CB7D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54C1C2F"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E20DEA" w14:textId="77777777" w:rsidR="005B3871" w:rsidRDefault="00000000">
            <w:pPr>
              <w:jc w:val="center"/>
            </w:pPr>
            <w:r>
              <w:rPr>
                <w:b/>
                <w:color w:val="000000"/>
                <w:sz w:val="20"/>
              </w:rPr>
              <w:t>UČNE DEJAVNOSTI, METODE IN FORMATIVNO SPREMLJANJE</w:t>
            </w:r>
          </w:p>
        </w:tc>
      </w:tr>
      <w:tr w:rsidR="005B3871" w14:paraId="49BBA1C9" w14:textId="77777777">
        <w:trPr>
          <w:tblHeader/>
          <w:jc w:val="center"/>
        </w:trPr>
        <w:tc>
          <w:tcPr>
            <w:tcW w:w="4422" w:type="dxa"/>
            <w:vMerge/>
            <w:tcMar>
              <w:top w:w="70" w:type="dxa"/>
              <w:left w:w="90" w:type="dxa"/>
              <w:bottom w:w="70" w:type="dxa"/>
              <w:right w:w="90" w:type="dxa"/>
            </w:tcMar>
            <w:vAlign w:val="center"/>
          </w:tcPr>
          <w:p w14:paraId="2E660B20" w14:textId="77777777" w:rsidR="005B3871" w:rsidRDefault="005B3871"/>
        </w:tc>
        <w:tc>
          <w:tcPr>
            <w:tcW w:w="7087" w:type="dxa"/>
            <w:shd w:val="clear" w:color="auto" w:fill="FFFFFF"/>
            <w:tcMar>
              <w:top w:w="70" w:type="dxa"/>
              <w:left w:w="90" w:type="dxa"/>
              <w:bottom w:w="70" w:type="dxa"/>
              <w:right w:w="90" w:type="dxa"/>
            </w:tcMar>
            <w:vAlign w:val="center"/>
          </w:tcPr>
          <w:p w14:paraId="1BC597C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65D70C3" w14:textId="77777777" w:rsidR="005B3871" w:rsidRDefault="00000000">
            <w:pPr>
              <w:jc w:val="center"/>
            </w:pPr>
            <w:r>
              <w:rPr>
                <w:b/>
                <w:color w:val="000000"/>
              </w:rPr>
              <w:t>UČENEC</w:t>
            </w:r>
          </w:p>
        </w:tc>
      </w:tr>
      <w:tr w:rsidR="005B3871" w14:paraId="4306B049" w14:textId="77777777">
        <w:trPr>
          <w:jc w:val="center"/>
        </w:trPr>
        <w:tc>
          <w:tcPr>
            <w:tcW w:w="4422" w:type="dxa"/>
            <w:tcMar>
              <w:top w:w="70" w:type="dxa"/>
              <w:left w:w="90" w:type="dxa"/>
              <w:bottom w:w="70" w:type="dxa"/>
              <w:right w:w="90" w:type="dxa"/>
            </w:tcMar>
          </w:tcPr>
          <w:p w14:paraId="3E3A77A8" w14:textId="77777777" w:rsidR="005B3871" w:rsidRDefault="005B3871"/>
          <w:p w14:paraId="640D477D" w14:textId="77777777" w:rsidR="005B3871" w:rsidRDefault="00000000">
            <w:pPr>
              <w:spacing w:after="40" w:line="245" w:lineRule="auto"/>
            </w:pPr>
            <w:r>
              <w:rPr>
                <w:b/>
                <w:color w:val="000000"/>
              </w:rPr>
              <w:t>FORMATIVNO SPREMLJANJE</w:t>
            </w:r>
          </w:p>
          <w:p w14:paraId="6C7C6FFB" w14:textId="77777777" w:rsidR="005B3871" w:rsidRDefault="00000000">
            <w:pPr>
              <w:pStyle w:val="Oznaenseznam"/>
              <w:spacing w:after="16"/>
            </w:pPr>
            <w:r>
              <w:rPr>
                <w:color w:val="000000"/>
                <w:sz w:val="16"/>
              </w:rPr>
              <w:t>predznanje: začetna strategija, ocena, razvrstitev, model ali risba</w:t>
            </w:r>
          </w:p>
          <w:p w14:paraId="7CE0EDC3" w14:textId="77777777" w:rsidR="005B3871" w:rsidRDefault="00000000">
            <w:pPr>
              <w:pStyle w:val="Oznaenseznam"/>
              <w:spacing w:after="16"/>
            </w:pPr>
            <w:r>
              <w:rPr>
                <w:color w:val="000000"/>
                <w:sz w:val="16"/>
              </w:rPr>
              <w:t>dokazi med učenjem: konkretni, gibalni, slikovni in simbolni prikaz ter razlaga postopka</w:t>
            </w:r>
          </w:p>
          <w:p w14:paraId="5C0E3C29" w14:textId="77777777" w:rsidR="005B3871" w:rsidRDefault="00000000">
            <w:pPr>
              <w:pStyle w:val="Oznaenseznam"/>
              <w:spacing w:after="16"/>
            </w:pPr>
            <w:r>
              <w:rPr>
                <w:color w:val="000000"/>
                <w:sz w:val="16"/>
              </w:rPr>
              <w:t>povratna informacija: konkretna, vezana na kriterij in usmerjena v preverjanje ali naslednji korak</w:t>
            </w:r>
          </w:p>
          <w:p w14:paraId="2926E782" w14:textId="77777777" w:rsidR="005B3871" w:rsidRDefault="00000000">
            <w:pPr>
              <w:pStyle w:val="Oznaenseznam"/>
              <w:spacing w:after="16"/>
            </w:pPr>
            <w:r>
              <w:rPr>
                <w:color w:val="000000"/>
                <w:sz w:val="16"/>
              </w:rPr>
              <w:t>samovrednotenje: semafor, lestvica samostojnosti, izbrani dokaz ali kratka poved</w:t>
            </w:r>
          </w:p>
          <w:p w14:paraId="548C2E4F" w14:textId="77777777" w:rsidR="005B3871" w:rsidRDefault="00000000">
            <w:pPr>
              <w:spacing w:before="40" w:after="20" w:line="245" w:lineRule="auto"/>
            </w:pPr>
            <w:r>
              <w:rPr>
                <w:b/>
                <w:color w:val="000000"/>
                <w:sz w:val="17"/>
              </w:rPr>
              <w:t>VARNOST IN ODGOVORNOST</w:t>
            </w:r>
          </w:p>
          <w:p w14:paraId="20D95C80"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4DBE5F22" w14:textId="77777777" w:rsidR="005B3871" w:rsidRDefault="00000000">
            <w:pPr>
              <w:spacing w:after="20" w:line="245" w:lineRule="auto"/>
            </w:pPr>
            <w:r>
              <w:rPr>
                <w:b/>
                <w:color w:val="000000"/>
                <w:sz w:val="17"/>
              </w:rPr>
              <w:t>EVIDENCA PO IZVEDBI</w:t>
            </w:r>
          </w:p>
          <w:p w14:paraId="1B5483E1"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14541121"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432354D" w14:textId="77777777">
              <w:trPr>
                <w:jc w:val="center"/>
              </w:trPr>
              <w:tc>
                <w:tcPr>
                  <w:tcW w:w="7087" w:type="dxa"/>
                  <w:shd w:val="clear" w:color="auto" w:fill="EDC9EA"/>
                  <w:tcMar>
                    <w:top w:w="45" w:type="dxa"/>
                    <w:left w:w="70" w:type="dxa"/>
                    <w:bottom w:w="45" w:type="dxa"/>
                    <w:right w:w="70" w:type="dxa"/>
                  </w:tcMar>
                </w:tcPr>
                <w:p w14:paraId="7821CFEA" w14:textId="77777777" w:rsidR="005B3871" w:rsidRDefault="00000000">
                  <w:pPr>
                    <w:keepNext/>
                  </w:pPr>
                  <w:r>
                    <w:rPr>
                      <w:b/>
                      <w:color w:val="000000"/>
                    </w:rPr>
                    <w:t>VPRAŠANJA V PODPORO MATEMATIČNEMU UČENJU</w:t>
                  </w:r>
                </w:p>
              </w:tc>
            </w:tr>
          </w:tbl>
          <w:p w14:paraId="55339706" w14:textId="77777777" w:rsidR="005B3871" w:rsidRDefault="005B3871">
            <w:pPr>
              <w:spacing w:line="20" w:lineRule="exact"/>
            </w:pPr>
          </w:p>
          <w:p w14:paraId="3735A908" w14:textId="77777777" w:rsidR="005B3871" w:rsidRDefault="00000000">
            <w:pPr>
              <w:pStyle w:val="Oznaenseznam"/>
              <w:spacing w:after="16"/>
            </w:pPr>
            <w:r>
              <w:rPr>
                <w:color w:val="000000"/>
                <w:sz w:val="16"/>
              </w:rPr>
              <w:t>Kaj v tvojem modelu, risbi ali zapisu predstavlja posamezni del naloge?</w:t>
            </w:r>
          </w:p>
          <w:p w14:paraId="20A2684E" w14:textId="77777777" w:rsidR="005B3871" w:rsidRDefault="00000000">
            <w:pPr>
              <w:pStyle w:val="Oznaenseznam"/>
              <w:spacing w:after="16"/>
            </w:pPr>
            <w:r>
              <w:rPr>
                <w:color w:val="000000"/>
                <w:sz w:val="16"/>
              </w:rPr>
              <w:t>Kako si prišel/-la do rešitve in kako veš, da je smiselna?</w:t>
            </w:r>
          </w:p>
          <w:p w14:paraId="11884E5B" w14:textId="77777777" w:rsidR="005B3871" w:rsidRDefault="00000000">
            <w:pPr>
              <w:pStyle w:val="Oznaenseznam"/>
              <w:spacing w:after="16"/>
            </w:pPr>
            <w:r>
              <w:rPr>
                <w:color w:val="000000"/>
                <w:sz w:val="16"/>
              </w:rPr>
              <w:t>Ali lahko isto pokažeš še s predmetom, gibanjem, risbo ali drugim zapisom?</w:t>
            </w:r>
          </w:p>
          <w:p w14:paraId="3532C09E" w14:textId="77777777" w:rsidR="005B3871" w:rsidRDefault="00000000">
            <w:pPr>
              <w:pStyle w:val="Oznaenseznam"/>
              <w:spacing w:after="16"/>
            </w:pPr>
            <w:r>
              <w:rPr>
                <w:color w:val="000000"/>
                <w:sz w:val="16"/>
              </w:rPr>
              <w:t>Kje bi se lahko zmotil/-a in kako boš rešitev preveril/-a?</w:t>
            </w:r>
          </w:p>
          <w:p w14:paraId="771432C7"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0BC498B2" w14:textId="77777777">
              <w:trPr>
                <w:jc w:val="center"/>
              </w:trPr>
              <w:tc>
                <w:tcPr>
                  <w:tcW w:w="7087" w:type="dxa"/>
                  <w:shd w:val="clear" w:color="auto" w:fill="C6E7F3"/>
                  <w:tcMar>
                    <w:top w:w="45" w:type="dxa"/>
                    <w:left w:w="70" w:type="dxa"/>
                    <w:bottom w:w="45" w:type="dxa"/>
                    <w:right w:w="70" w:type="dxa"/>
                  </w:tcMar>
                </w:tcPr>
                <w:p w14:paraId="5CED0423" w14:textId="77777777" w:rsidR="005B3871" w:rsidRDefault="00000000">
                  <w:pPr>
                    <w:keepNext/>
                  </w:pPr>
                  <w:r>
                    <w:rPr>
                      <w:b/>
                      <w:color w:val="000000"/>
                    </w:rPr>
                    <w:t>ZAKLJUČNI DEL – UTRJEVANJE IN REFLEKSIJA (10–15 min)</w:t>
                  </w:r>
                </w:p>
              </w:tc>
            </w:tr>
          </w:tbl>
          <w:p w14:paraId="1022A04F" w14:textId="77777777" w:rsidR="005B3871" w:rsidRDefault="005B3871">
            <w:pPr>
              <w:spacing w:line="20" w:lineRule="exact"/>
            </w:pPr>
          </w:p>
          <w:p w14:paraId="1B6CC0A8"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2AE07A68" w14:textId="77777777">
              <w:trPr>
                <w:jc w:val="center"/>
              </w:trPr>
              <w:tc>
                <w:tcPr>
                  <w:tcW w:w="7087" w:type="dxa"/>
                  <w:shd w:val="clear" w:color="auto" w:fill="EDC9EA"/>
                  <w:tcMar>
                    <w:top w:w="45" w:type="dxa"/>
                    <w:left w:w="70" w:type="dxa"/>
                    <w:bottom w:w="45" w:type="dxa"/>
                    <w:right w:w="70" w:type="dxa"/>
                  </w:tcMar>
                </w:tcPr>
                <w:p w14:paraId="3627AB39" w14:textId="77777777" w:rsidR="005B3871" w:rsidRDefault="00000000">
                  <w:pPr>
                    <w:keepNext/>
                  </w:pPr>
                  <w:r>
                    <w:rPr>
                      <w:b/>
                      <w:color w:val="000000"/>
                    </w:rPr>
                    <w:t>SAMOVREDNOTENJE</w:t>
                  </w:r>
                </w:p>
              </w:tc>
            </w:tr>
          </w:tbl>
          <w:p w14:paraId="00C4B350" w14:textId="77777777" w:rsidR="005B3871" w:rsidRDefault="005B3871">
            <w:pPr>
              <w:spacing w:line="20" w:lineRule="exact"/>
            </w:pPr>
          </w:p>
          <w:p w14:paraId="151FBB23"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2566707B" w14:textId="77777777">
              <w:trPr>
                <w:jc w:val="center"/>
              </w:trPr>
              <w:tc>
                <w:tcPr>
                  <w:tcW w:w="7087" w:type="dxa"/>
                  <w:shd w:val="clear" w:color="auto" w:fill="EDC9EA"/>
                  <w:tcMar>
                    <w:top w:w="45" w:type="dxa"/>
                    <w:left w:w="70" w:type="dxa"/>
                    <w:bottom w:w="45" w:type="dxa"/>
                    <w:right w:w="70" w:type="dxa"/>
                  </w:tcMar>
                </w:tcPr>
                <w:p w14:paraId="7D5AF498" w14:textId="77777777" w:rsidR="005B3871" w:rsidRDefault="00000000">
                  <w:pPr>
                    <w:keepNext/>
                  </w:pPr>
                  <w:r>
                    <w:rPr>
                      <w:b/>
                      <w:color w:val="000000"/>
                    </w:rPr>
                    <w:t>VRSTNIŠKO VREDNOTENJE</w:t>
                  </w:r>
                </w:p>
              </w:tc>
            </w:tr>
          </w:tbl>
          <w:p w14:paraId="65F5E74A" w14:textId="77777777" w:rsidR="005B3871" w:rsidRDefault="005B3871">
            <w:pPr>
              <w:spacing w:line="20" w:lineRule="exact"/>
            </w:pPr>
          </w:p>
          <w:p w14:paraId="25B6DC19"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2605B795" w14:textId="77777777">
              <w:trPr>
                <w:jc w:val="center"/>
              </w:trPr>
              <w:tc>
                <w:tcPr>
                  <w:tcW w:w="7087" w:type="dxa"/>
                  <w:shd w:val="clear" w:color="auto" w:fill="EDC9EA"/>
                  <w:tcMar>
                    <w:top w:w="45" w:type="dxa"/>
                    <w:left w:w="70" w:type="dxa"/>
                    <w:bottom w:w="45" w:type="dxa"/>
                    <w:right w:w="70" w:type="dxa"/>
                  </w:tcMar>
                </w:tcPr>
                <w:p w14:paraId="7326793B" w14:textId="77777777" w:rsidR="005B3871" w:rsidRDefault="00000000">
                  <w:pPr>
                    <w:keepNext/>
                  </w:pPr>
                  <w:r>
                    <w:rPr>
                      <w:b/>
                      <w:color w:val="000000"/>
                    </w:rPr>
                    <w:t>SKUPNI POVZETEK</w:t>
                  </w:r>
                </w:p>
              </w:tc>
            </w:tr>
          </w:tbl>
          <w:p w14:paraId="44609F61" w14:textId="77777777" w:rsidR="005B3871" w:rsidRDefault="005B3871"/>
          <w:p w14:paraId="49CF1452" w14:textId="77777777" w:rsidR="005B3871" w:rsidRDefault="00000000">
            <w:pPr>
              <w:spacing w:before="20" w:after="40" w:line="245" w:lineRule="auto"/>
            </w:pPr>
            <w:r>
              <w:rPr>
                <w:b/>
                <w:color w:val="000000"/>
                <w:sz w:val="16"/>
              </w:rPr>
              <w:t>Predmete opazujem, razvrstim po dogovorjeni lastnosti in nadaljujem preprost vzorec.</w:t>
            </w:r>
          </w:p>
        </w:tc>
        <w:tc>
          <w:tcPr>
            <w:tcW w:w="2551" w:type="dxa"/>
            <w:tcMar>
              <w:top w:w="70" w:type="dxa"/>
              <w:left w:w="90" w:type="dxa"/>
              <w:bottom w:w="70" w:type="dxa"/>
              <w:right w:w="90" w:type="dxa"/>
            </w:tcMar>
          </w:tcPr>
          <w:p w14:paraId="284B5D97" w14:textId="77777777" w:rsidR="005B3871" w:rsidRDefault="005B3871"/>
          <w:p w14:paraId="6E522E7D" w14:textId="77777777" w:rsidR="005B3871" w:rsidRDefault="00000000">
            <w:pPr>
              <w:spacing w:after="100" w:line="245" w:lineRule="auto"/>
            </w:pPr>
            <w:r>
              <w:rPr>
                <w:color w:val="000000"/>
                <w:sz w:val="16"/>
              </w:rPr>
              <w:t>Odgovarja na podporna vprašanja in se sklicuje na svoj model, zapis ali izvedbo.</w:t>
            </w:r>
          </w:p>
          <w:p w14:paraId="61CE59EF" w14:textId="77777777" w:rsidR="005B3871" w:rsidRDefault="00000000">
            <w:pPr>
              <w:spacing w:after="100" w:line="245" w:lineRule="auto"/>
            </w:pPr>
            <w:r>
              <w:rPr>
                <w:color w:val="000000"/>
                <w:sz w:val="16"/>
              </w:rPr>
              <w:t>Primerja začetno strategijo z novim dokazom ter pojasni, kaj se je naučil/-a.</w:t>
            </w:r>
          </w:p>
          <w:p w14:paraId="445D0EA6" w14:textId="77777777" w:rsidR="005B3871" w:rsidRDefault="00000000">
            <w:pPr>
              <w:spacing w:after="100" w:line="245" w:lineRule="auto"/>
            </w:pPr>
            <w:r>
              <w:rPr>
                <w:color w:val="000000"/>
                <w:sz w:val="16"/>
              </w:rPr>
              <w:t>Izbere raven samostojnosti in določi naslednji korak.</w:t>
            </w:r>
          </w:p>
          <w:p w14:paraId="4107D491" w14:textId="77777777" w:rsidR="005B3871" w:rsidRDefault="00000000">
            <w:pPr>
              <w:spacing w:after="100" w:line="245" w:lineRule="auto"/>
            </w:pPr>
            <w:r>
              <w:rPr>
                <w:color w:val="000000"/>
                <w:sz w:val="16"/>
              </w:rPr>
              <w:t>Sošolcu poda prijazen in konkreten odziv, vezan na kriterij.</w:t>
            </w:r>
          </w:p>
          <w:p w14:paraId="6472857B" w14:textId="77777777" w:rsidR="005B3871" w:rsidRDefault="00000000">
            <w:pPr>
              <w:spacing w:after="20" w:line="245" w:lineRule="auto"/>
            </w:pPr>
            <w:r>
              <w:rPr>
                <w:b/>
                <w:color w:val="D95BC6"/>
                <w:sz w:val="17"/>
              </w:rPr>
              <w:t>DOKAZ O UČENJU</w:t>
            </w:r>
          </w:p>
          <w:p w14:paraId="1877B27A"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72A5C2A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5BB5B50C" w14:textId="77777777">
        <w:trPr>
          <w:cantSplit/>
          <w:jc w:val="center"/>
        </w:trPr>
        <w:tc>
          <w:tcPr>
            <w:tcW w:w="14060" w:type="dxa"/>
            <w:gridSpan w:val="6"/>
            <w:tcMar>
              <w:top w:w="70" w:type="dxa"/>
              <w:left w:w="90" w:type="dxa"/>
              <w:bottom w:w="70" w:type="dxa"/>
              <w:right w:w="90" w:type="dxa"/>
            </w:tcMar>
            <w:vAlign w:val="center"/>
          </w:tcPr>
          <w:p w14:paraId="5C2A3EBD" w14:textId="77777777" w:rsidR="005B3871" w:rsidRDefault="00000000">
            <w:pPr>
              <w:jc w:val="center"/>
            </w:pPr>
            <w:r>
              <w:rPr>
                <w:b/>
                <w:color w:val="000000"/>
                <w:sz w:val="24"/>
              </w:rPr>
              <w:lastRenderedPageBreak/>
              <w:t>UČNA PRIPRAVA 2/39</w:t>
            </w:r>
          </w:p>
        </w:tc>
      </w:tr>
      <w:tr w:rsidR="005B3871" w14:paraId="2A02494B" w14:textId="77777777">
        <w:trPr>
          <w:jc w:val="center"/>
        </w:trPr>
        <w:tc>
          <w:tcPr>
            <w:tcW w:w="2665" w:type="dxa"/>
            <w:tcMar>
              <w:top w:w="70" w:type="dxa"/>
              <w:left w:w="90" w:type="dxa"/>
              <w:bottom w:w="70" w:type="dxa"/>
              <w:right w:w="90" w:type="dxa"/>
            </w:tcMar>
            <w:vAlign w:val="center"/>
          </w:tcPr>
          <w:p w14:paraId="64EF65C6"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F2043A8"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23D05EFF"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BD923BF" w14:textId="77777777" w:rsidR="005B3871" w:rsidRDefault="00000000">
            <w:r>
              <w:rPr>
                <w:b/>
                <w:color w:val="000000"/>
                <w:sz w:val="16"/>
              </w:rPr>
              <w:t xml:space="preserve">NAČRTOVANI TERMIN: </w:t>
            </w:r>
            <w:r>
              <w:rPr>
                <w:color w:val="000000"/>
                <w:sz w:val="16"/>
              </w:rPr>
              <w:t>2. teden • 7.–11. 9. 2026</w:t>
            </w:r>
          </w:p>
        </w:tc>
        <w:tc>
          <w:tcPr>
            <w:tcW w:w="2268" w:type="dxa"/>
            <w:tcMar>
              <w:top w:w="70" w:type="dxa"/>
              <w:left w:w="90" w:type="dxa"/>
              <w:bottom w:w="70" w:type="dxa"/>
              <w:right w:w="90" w:type="dxa"/>
            </w:tcMar>
            <w:vAlign w:val="center"/>
          </w:tcPr>
          <w:p w14:paraId="243D1853"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6DAFBFF" w14:textId="77777777" w:rsidR="005B3871" w:rsidRDefault="00000000">
            <w:r>
              <w:rPr>
                <w:b/>
                <w:color w:val="000000"/>
                <w:sz w:val="16"/>
              </w:rPr>
              <w:t xml:space="preserve">ŠTEVILO UR: </w:t>
            </w:r>
            <w:r>
              <w:rPr>
                <w:color w:val="000000"/>
                <w:sz w:val="16"/>
              </w:rPr>
              <w:t>4</w:t>
            </w:r>
          </w:p>
        </w:tc>
      </w:tr>
      <w:tr w:rsidR="005B3871" w14:paraId="2683A557" w14:textId="77777777">
        <w:trPr>
          <w:jc w:val="center"/>
        </w:trPr>
        <w:tc>
          <w:tcPr>
            <w:tcW w:w="14061" w:type="dxa"/>
            <w:gridSpan w:val="6"/>
            <w:tcMar>
              <w:top w:w="70" w:type="dxa"/>
              <w:left w:w="90" w:type="dxa"/>
              <w:bottom w:w="70" w:type="dxa"/>
              <w:right w:w="90" w:type="dxa"/>
            </w:tcMar>
            <w:vAlign w:val="center"/>
          </w:tcPr>
          <w:p w14:paraId="34C28C0D"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134E8DB2" w14:textId="77777777">
        <w:trPr>
          <w:cantSplit/>
          <w:jc w:val="center"/>
        </w:trPr>
        <w:tc>
          <w:tcPr>
            <w:tcW w:w="14060" w:type="dxa"/>
            <w:gridSpan w:val="6"/>
            <w:tcMar>
              <w:top w:w="70" w:type="dxa"/>
              <w:left w:w="90" w:type="dxa"/>
              <w:bottom w:w="70" w:type="dxa"/>
              <w:right w:w="90" w:type="dxa"/>
            </w:tcMar>
            <w:vAlign w:val="center"/>
          </w:tcPr>
          <w:p w14:paraId="236AD38C" w14:textId="77777777" w:rsidR="005B3871" w:rsidRDefault="005B3871"/>
          <w:p w14:paraId="54426CA3" w14:textId="77777777" w:rsidR="005B3871" w:rsidRDefault="00000000">
            <w:pPr>
              <w:spacing w:line="245" w:lineRule="auto"/>
            </w:pPr>
            <w:r>
              <w:rPr>
                <w:b/>
                <w:color w:val="000000"/>
                <w:sz w:val="16"/>
              </w:rPr>
              <w:t xml:space="preserve">UČNI SKLOP: </w:t>
            </w:r>
            <w:r>
              <w:rPr>
                <w:color w:val="000000"/>
                <w:sz w:val="16"/>
              </w:rPr>
              <w:t>V ŠOLO – JAZ, ODNOSI IN UČENJE</w:t>
            </w:r>
          </w:p>
        </w:tc>
      </w:tr>
      <w:tr w:rsidR="005B3871" w14:paraId="0DF737AB" w14:textId="77777777">
        <w:trPr>
          <w:cantSplit/>
          <w:jc w:val="center"/>
        </w:trPr>
        <w:tc>
          <w:tcPr>
            <w:tcW w:w="14060" w:type="dxa"/>
            <w:gridSpan w:val="6"/>
            <w:tcMar>
              <w:top w:w="70" w:type="dxa"/>
              <w:left w:w="90" w:type="dxa"/>
              <w:bottom w:w="70" w:type="dxa"/>
              <w:right w:w="90" w:type="dxa"/>
            </w:tcMar>
            <w:vAlign w:val="center"/>
          </w:tcPr>
          <w:p w14:paraId="479EAF65" w14:textId="77777777" w:rsidR="005B3871" w:rsidRDefault="005B3871"/>
          <w:p w14:paraId="2DBB8557" w14:textId="77777777" w:rsidR="005B3871" w:rsidRDefault="00000000">
            <w:pPr>
              <w:spacing w:line="245" w:lineRule="auto"/>
            </w:pPr>
            <w:r>
              <w:rPr>
                <w:b/>
                <w:color w:val="000000"/>
                <w:sz w:val="16"/>
              </w:rPr>
              <w:t xml:space="preserve">UČNA TEMA: </w:t>
            </w:r>
            <w:r>
              <w:rPr>
                <w:color w:val="000000"/>
                <w:sz w:val="16"/>
              </w:rPr>
              <w:t>ORIENTACIJA</w:t>
            </w:r>
          </w:p>
        </w:tc>
      </w:tr>
      <w:tr w:rsidR="005B3871" w14:paraId="5CC1CA8B" w14:textId="77777777">
        <w:trPr>
          <w:cantSplit/>
          <w:jc w:val="center"/>
        </w:trPr>
        <w:tc>
          <w:tcPr>
            <w:tcW w:w="14060" w:type="dxa"/>
            <w:gridSpan w:val="6"/>
            <w:tcMar>
              <w:top w:w="70" w:type="dxa"/>
              <w:left w:w="90" w:type="dxa"/>
              <w:bottom w:w="70" w:type="dxa"/>
              <w:right w:w="90" w:type="dxa"/>
            </w:tcMar>
            <w:vAlign w:val="center"/>
          </w:tcPr>
          <w:p w14:paraId="601F6586" w14:textId="77777777" w:rsidR="005B3871" w:rsidRDefault="005B3871"/>
          <w:p w14:paraId="2F86ADAE" w14:textId="77777777" w:rsidR="005B3871" w:rsidRDefault="00000000">
            <w:pPr>
              <w:spacing w:line="245" w:lineRule="auto"/>
            </w:pPr>
            <w:r>
              <w:rPr>
                <w:b/>
                <w:color w:val="000000"/>
                <w:sz w:val="16"/>
              </w:rPr>
              <w:t xml:space="preserve">KNJIŽEVNO IZHODIŠČE IN MOTIV: </w:t>
            </w:r>
            <w:r>
              <w:rPr>
                <w:color w:val="000000"/>
                <w:sz w:val="16"/>
              </w:rPr>
              <w:t>»Pedenjped« – Niko Grafenauer • jaz, moje značilnosti in radovedno učenje</w:t>
            </w:r>
          </w:p>
        </w:tc>
      </w:tr>
      <w:tr w:rsidR="005B3871" w14:paraId="274A0E06" w14:textId="77777777">
        <w:trPr>
          <w:cantSplit/>
          <w:jc w:val="center"/>
        </w:trPr>
        <w:tc>
          <w:tcPr>
            <w:tcW w:w="14060" w:type="dxa"/>
            <w:gridSpan w:val="6"/>
            <w:tcMar>
              <w:top w:w="70" w:type="dxa"/>
              <w:left w:w="90" w:type="dxa"/>
              <w:bottom w:w="70" w:type="dxa"/>
              <w:right w:w="90" w:type="dxa"/>
            </w:tcMar>
            <w:vAlign w:val="center"/>
          </w:tcPr>
          <w:p w14:paraId="11842AA3" w14:textId="77777777" w:rsidR="005B3871" w:rsidRDefault="005B3871"/>
          <w:p w14:paraId="16647786" w14:textId="77777777" w:rsidR="005B3871" w:rsidRDefault="00000000">
            <w:pPr>
              <w:spacing w:line="245" w:lineRule="auto"/>
            </w:pPr>
            <w:r>
              <w:rPr>
                <w:b/>
                <w:color w:val="000000"/>
                <w:sz w:val="16"/>
              </w:rPr>
              <w:t xml:space="preserve">UČNE ENOTE: </w:t>
            </w:r>
            <w:r>
              <w:rPr>
                <w:color w:val="000000"/>
                <w:sz w:val="16"/>
              </w:rPr>
              <w:t>1. ura – Pedenjpedovo ogledalo • 2. ura – Lov na lego • 3. ura – Živi načrt sobe • 4. ura – Od najmanjšega do največjega</w:t>
            </w:r>
          </w:p>
        </w:tc>
      </w:tr>
      <w:tr w:rsidR="005B3871" w14:paraId="4547F8C8" w14:textId="77777777">
        <w:trPr>
          <w:cantSplit/>
          <w:jc w:val="center"/>
        </w:trPr>
        <w:tc>
          <w:tcPr>
            <w:tcW w:w="14060" w:type="dxa"/>
            <w:gridSpan w:val="6"/>
            <w:tcMar>
              <w:top w:w="70" w:type="dxa"/>
              <w:left w:w="90" w:type="dxa"/>
              <w:bottom w:w="70" w:type="dxa"/>
              <w:right w:w="90" w:type="dxa"/>
            </w:tcMar>
            <w:vAlign w:val="center"/>
          </w:tcPr>
          <w:p w14:paraId="5F08B473" w14:textId="77777777" w:rsidR="005B3871" w:rsidRDefault="005B3871"/>
          <w:p w14:paraId="6BFF896D"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4D6D1770" w14:textId="77777777">
        <w:trPr>
          <w:cantSplit/>
          <w:jc w:val="center"/>
        </w:trPr>
        <w:tc>
          <w:tcPr>
            <w:tcW w:w="14060" w:type="dxa"/>
            <w:gridSpan w:val="6"/>
            <w:tcMar>
              <w:top w:w="70" w:type="dxa"/>
              <w:left w:w="90" w:type="dxa"/>
              <w:bottom w:w="70" w:type="dxa"/>
              <w:right w:w="90" w:type="dxa"/>
            </w:tcMar>
            <w:vAlign w:val="center"/>
          </w:tcPr>
          <w:p w14:paraId="751FF6EE" w14:textId="77777777" w:rsidR="005B3871" w:rsidRDefault="005B3871"/>
          <w:p w14:paraId="66510657"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4FBEB31F" w14:textId="77777777">
        <w:trPr>
          <w:cantSplit/>
          <w:jc w:val="center"/>
        </w:trPr>
        <w:tc>
          <w:tcPr>
            <w:tcW w:w="14060" w:type="dxa"/>
            <w:gridSpan w:val="6"/>
            <w:tcMar>
              <w:top w:w="70" w:type="dxa"/>
              <w:left w:w="90" w:type="dxa"/>
              <w:bottom w:w="70" w:type="dxa"/>
              <w:right w:w="90" w:type="dxa"/>
            </w:tcMar>
            <w:vAlign w:val="center"/>
          </w:tcPr>
          <w:p w14:paraId="6D2909BD" w14:textId="77777777" w:rsidR="005B3871" w:rsidRDefault="005B3871"/>
          <w:p w14:paraId="5A6780A2"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3BA8B8F0" w14:textId="77777777">
        <w:trPr>
          <w:cantSplit/>
          <w:jc w:val="center"/>
        </w:trPr>
        <w:tc>
          <w:tcPr>
            <w:tcW w:w="14060" w:type="dxa"/>
            <w:gridSpan w:val="6"/>
            <w:tcMar>
              <w:top w:w="70" w:type="dxa"/>
              <w:left w:w="90" w:type="dxa"/>
              <w:bottom w:w="70" w:type="dxa"/>
              <w:right w:w="90" w:type="dxa"/>
            </w:tcMar>
            <w:vAlign w:val="center"/>
          </w:tcPr>
          <w:p w14:paraId="61EA9828" w14:textId="77777777" w:rsidR="005B3871" w:rsidRDefault="005B3871"/>
          <w:p w14:paraId="7FDC25F2" w14:textId="77777777" w:rsidR="005B3871" w:rsidRDefault="00000000">
            <w:pPr>
              <w:spacing w:line="245" w:lineRule="auto"/>
            </w:pPr>
            <w:r>
              <w:rPr>
                <w:b/>
                <w:color w:val="000000"/>
                <w:sz w:val="16"/>
              </w:rPr>
              <w:t xml:space="preserve">MEDPREDMETNE POVEZAVE: </w:t>
            </w:r>
            <w:r>
              <w:rPr>
                <w:color w:val="000000"/>
                <w:sz w:val="16"/>
              </w:rPr>
              <w:t>SLJ – razumevanje in tvorjenje navodila; SPO – orientacija v prostoru; ŠPO – gibanje po poti; LUM – talni načrt</w:t>
            </w:r>
          </w:p>
        </w:tc>
      </w:tr>
      <w:tr w:rsidR="005B3871" w14:paraId="02730350" w14:textId="77777777">
        <w:trPr>
          <w:cantSplit/>
          <w:jc w:val="center"/>
        </w:trPr>
        <w:tc>
          <w:tcPr>
            <w:tcW w:w="14060" w:type="dxa"/>
            <w:gridSpan w:val="6"/>
            <w:tcMar>
              <w:top w:w="70" w:type="dxa"/>
              <w:left w:w="90" w:type="dxa"/>
              <w:bottom w:w="70" w:type="dxa"/>
              <w:right w:w="90" w:type="dxa"/>
            </w:tcMar>
            <w:vAlign w:val="center"/>
          </w:tcPr>
          <w:p w14:paraId="52CBAB20" w14:textId="77777777" w:rsidR="005B3871" w:rsidRDefault="005B3871"/>
          <w:p w14:paraId="6A70BF97" w14:textId="77777777" w:rsidR="005B3871" w:rsidRDefault="00000000">
            <w:pPr>
              <w:spacing w:line="245" w:lineRule="auto"/>
            </w:pPr>
            <w:r>
              <w:rPr>
                <w:b/>
                <w:color w:val="000000"/>
                <w:sz w:val="16"/>
              </w:rPr>
              <w:t xml:space="preserve">UČNA SREDSTVA IN PRIPOMOČKI: </w:t>
            </w:r>
            <w:r>
              <w:rPr>
                <w:color w:val="000000"/>
                <w:sz w:val="16"/>
              </w:rPr>
              <w:t>Pedenjped, predmeti različnih velikosti, talni trak, puščice, kartice levo/desno/zgoraj/spodaj, obroči</w:t>
            </w:r>
          </w:p>
        </w:tc>
      </w:tr>
      <w:tr w:rsidR="005B3871" w14:paraId="28F9FCDF" w14:textId="77777777">
        <w:trPr>
          <w:cantSplit/>
          <w:jc w:val="center"/>
        </w:trPr>
        <w:tc>
          <w:tcPr>
            <w:tcW w:w="14060" w:type="dxa"/>
            <w:gridSpan w:val="6"/>
            <w:tcMar>
              <w:top w:w="70" w:type="dxa"/>
              <w:left w:w="90" w:type="dxa"/>
              <w:bottom w:w="70" w:type="dxa"/>
              <w:right w:w="90" w:type="dxa"/>
            </w:tcMar>
            <w:vAlign w:val="center"/>
          </w:tcPr>
          <w:p w14:paraId="1152C66B" w14:textId="77777777" w:rsidR="005B3871" w:rsidRDefault="005B3871"/>
          <w:p w14:paraId="2F92ACC0"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11DA4A6B" w14:textId="77777777">
        <w:trPr>
          <w:cantSplit/>
          <w:jc w:val="center"/>
        </w:trPr>
        <w:tc>
          <w:tcPr>
            <w:tcW w:w="14060" w:type="dxa"/>
            <w:gridSpan w:val="6"/>
            <w:tcMar>
              <w:top w:w="70" w:type="dxa"/>
              <w:left w:w="90" w:type="dxa"/>
              <w:bottom w:w="70" w:type="dxa"/>
              <w:right w:w="90" w:type="dxa"/>
            </w:tcMar>
            <w:vAlign w:val="center"/>
          </w:tcPr>
          <w:p w14:paraId="1966B68E" w14:textId="77777777" w:rsidR="005B3871" w:rsidRDefault="005B3871"/>
          <w:p w14:paraId="14761A43"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6CE1AAA9" w14:textId="77777777">
        <w:trPr>
          <w:cantSplit/>
          <w:jc w:val="center"/>
        </w:trPr>
        <w:tc>
          <w:tcPr>
            <w:tcW w:w="14060" w:type="dxa"/>
            <w:gridSpan w:val="6"/>
            <w:tcMar>
              <w:top w:w="70" w:type="dxa"/>
              <w:left w:w="90" w:type="dxa"/>
              <w:bottom w:w="70" w:type="dxa"/>
              <w:right w:w="90" w:type="dxa"/>
            </w:tcMar>
            <w:vAlign w:val="center"/>
          </w:tcPr>
          <w:p w14:paraId="7E65A8AF" w14:textId="77777777" w:rsidR="005B3871" w:rsidRDefault="005B3871"/>
          <w:p w14:paraId="1D053C29"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285D175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A61380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6547D6F"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5CBA3B" w14:textId="77777777" w:rsidR="005B3871" w:rsidRDefault="00000000">
            <w:pPr>
              <w:jc w:val="center"/>
            </w:pPr>
            <w:r>
              <w:rPr>
                <w:b/>
                <w:color w:val="000000"/>
                <w:sz w:val="20"/>
              </w:rPr>
              <w:t>UČNE DEJAVNOSTI, METODE IN FORMATIVNO SPREMLJANJE</w:t>
            </w:r>
          </w:p>
        </w:tc>
      </w:tr>
      <w:tr w:rsidR="005B3871" w14:paraId="6552135E" w14:textId="77777777">
        <w:trPr>
          <w:tblHeader/>
          <w:jc w:val="center"/>
        </w:trPr>
        <w:tc>
          <w:tcPr>
            <w:tcW w:w="4422" w:type="dxa"/>
            <w:vMerge/>
            <w:tcMar>
              <w:top w:w="70" w:type="dxa"/>
              <w:left w:w="90" w:type="dxa"/>
              <w:bottom w:w="70" w:type="dxa"/>
              <w:right w:w="90" w:type="dxa"/>
            </w:tcMar>
            <w:vAlign w:val="center"/>
          </w:tcPr>
          <w:p w14:paraId="7EAF797F" w14:textId="77777777" w:rsidR="005B3871" w:rsidRDefault="005B3871"/>
        </w:tc>
        <w:tc>
          <w:tcPr>
            <w:tcW w:w="7087" w:type="dxa"/>
            <w:shd w:val="clear" w:color="auto" w:fill="FFFFFF"/>
            <w:tcMar>
              <w:top w:w="70" w:type="dxa"/>
              <w:left w:w="90" w:type="dxa"/>
              <w:bottom w:w="70" w:type="dxa"/>
              <w:right w:w="90" w:type="dxa"/>
            </w:tcMar>
            <w:vAlign w:val="center"/>
          </w:tcPr>
          <w:p w14:paraId="2CD5013D"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29D3DA2" w14:textId="77777777" w:rsidR="005B3871" w:rsidRDefault="00000000">
            <w:pPr>
              <w:jc w:val="center"/>
            </w:pPr>
            <w:r>
              <w:rPr>
                <w:b/>
                <w:color w:val="000000"/>
              </w:rPr>
              <w:t>UČENEC</w:t>
            </w:r>
          </w:p>
        </w:tc>
      </w:tr>
      <w:tr w:rsidR="005B3871" w14:paraId="780F9FE6" w14:textId="77777777">
        <w:trPr>
          <w:jc w:val="center"/>
        </w:trPr>
        <w:tc>
          <w:tcPr>
            <w:tcW w:w="4422" w:type="dxa"/>
            <w:tcMar>
              <w:top w:w="70" w:type="dxa"/>
              <w:left w:w="90" w:type="dxa"/>
              <w:bottom w:w="70" w:type="dxa"/>
              <w:right w:w="90" w:type="dxa"/>
            </w:tcMar>
          </w:tcPr>
          <w:p w14:paraId="18BDDABD" w14:textId="77777777" w:rsidR="005B3871" w:rsidRDefault="005B3871"/>
          <w:p w14:paraId="467D4A1E" w14:textId="77777777" w:rsidR="005B3871" w:rsidRDefault="00000000">
            <w:pPr>
              <w:spacing w:after="60" w:line="245" w:lineRule="auto"/>
            </w:pPr>
            <w:r>
              <w:rPr>
                <w:b/>
                <w:color w:val="000000"/>
              </w:rPr>
              <w:t>UČNI CILJI</w:t>
            </w:r>
          </w:p>
          <w:p w14:paraId="4F914959" w14:textId="77777777" w:rsidR="005B3871" w:rsidRDefault="00000000">
            <w:pPr>
              <w:spacing w:after="20" w:line="245" w:lineRule="auto"/>
            </w:pPr>
            <w:r>
              <w:rPr>
                <w:b/>
                <w:color w:val="000000"/>
                <w:sz w:val="17"/>
              </w:rPr>
              <w:t>SPLOŠNI</w:t>
            </w:r>
          </w:p>
          <w:p w14:paraId="13B7BD1E" w14:textId="77777777" w:rsidR="005B3871" w:rsidRDefault="00000000">
            <w:pPr>
              <w:pStyle w:val="Oznaenseznam"/>
              <w:spacing w:after="16"/>
            </w:pPr>
            <w:r>
              <w:rPr>
                <w:color w:val="000000"/>
                <w:sz w:val="16"/>
              </w:rPr>
              <w:t>razvija številske, prostorske in količinske predstave s konkretnimi izkušnjami</w:t>
            </w:r>
          </w:p>
          <w:p w14:paraId="0ADEDCF4" w14:textId="77777777" w:rsidR="005B3871" w:rsidRDefault="00000000">
            <w:pPr>
              <w:pStyle w:val="Oznaenseznam"/>
              <w:spacing w:after="16"/>
            </w:pPr>
            <w:r>
              <w:rPr>
                <w:color w:val="000000"/>
                <w:sz w:val="16"/>
              </w:rPr>
              <w:t>rešuje matematične probleme s predmetom, gibanjem, risbo, modelom in simbolom</w:t>
            </w:r>
          </w:p>
          <w:p w14:paraId="22CF20D5" w14:textId="77777777" w:rsidR="005B3871" w:rsidRDefault="00000000">
            <w:pPr>
              <w:pStyle w:val="Oznaenseznam"/>
              <w:spacing w:after="16"/>
            </w:pPr>
            <w:r>
              <w:rPr>
                <w:color w:val="000000"/>
                <w:sz w:val="16"/>
              </w:rPr>
              <w:t>pojasnjuje izbrano strategijo, preverja smiselnost rešitve in posluša rešitve drugih</w:t>
            </w:r>
          </w:p>
          <w:p w14:paraId="7F2B5AF3" w14:textId="77777777" w:rsidR="005B3871" w:rsidRDefault="00000000">
            <w:pPr>
              <w:pStyle w:val="Oznaenseznam"/>
              <w:spacing w:after="16"/>
            </w:pPr>
            <w:r>
              <w:rPr>
                <w:color w:val="000000"/>
                <w:sz w:val="16"/>
              </w:rPr>
              <w:t>ob namenih in kriterijih spremlja svoje učenje ter uporabi opisno povratno informacijo</w:t>
            </w:r>
          </w:p>
          <w:p w14:paraId="3D4D18BC" w14:textId="77777777" w:rsidR="005B3871" w:rsidRDefault="00000000">
            <w:pPr>
              <w:spacing w:before="40" w:after="20" w:line="245" w:lineRule="auto"/>
            </w:pPr>
            <w:r>
              <w:rPr>
                <w:b/>
                <w:color w:val="000000"/>
                <w:sz w:val="17"/>
              </w:rPr>
              <w:t>OPERATIVNI</w:t>
            </w:r>
          </w:p>
          <w:p w14:paraId="51BAB2E5" w14:textId="77777777" w:rsidR="005B3871" w:rsidRDefault="00000000">
            <w:pPr>
              <w:pStyle w:val="Oznaenseznam"/>
              <w:spacing w:after="16"/>
            </w:pPr>
            <w:r>
              <w:rPr>
                <w:color w:val="000000"/>
                <w:sz w:val="16"/>
              </w:rPr>
              <w:t>uporablja levo, desno, zgoraj in spodaj</w:t>
            </w:r>
          </w:p>
          <w:p w14:paraId="026DE9CA" w14:textId="77777777" w:rsidR="005B3871" w:rsidRDefault="00000000">
            <w:pPr>
              <w:pStyle w:val="Oznaenseznam"/>
              <w:spacing w:after="16"/>
            </w:pPr>
            <w:r>
              <w:rPr>
                <w:color w:val="000000"/>
                <w:sz w:val="16"/>
              </w:rPr>
              <w:t>opiše lego predmeta glede na sebe</w:t>
            </w:r>
          </w:p>
          <w:p w14:paraId="4DAEA1C1" w14:textId="77777777" w:rsidR="005B3871" w:rsidRDefault="00000000">
            <w:pPr>
              <w:pStyle w:val="Oznaenseznam"/>
              <w:spacing w:after="16"/>
            </w:pPr>
            <w:r>
              <w:rPr>
                <w:color w:val="000000"/>
                <w:sz w:val="16"/>
              </w:rPr>
              <w:t>uredi predmete po velikosti</w:t>
            </w:r>
          </w:p>
          <w:p w14:paraId="3F804BDF" w14:textId="77777777" w:rsidR="005B3871" w:rsidRDefault="00000000">
            <w:pPr>
              <w:spacing w:before="40" w:after="20" w:line="245" w:lineRule="auto"/>
            </w:pPr>
            <w:r>
              <w:rPr>
                <w:b/>
                <w:color w:val="000000"/>
                <w:sz w:val="17"/>
              </w:rPr>
              <w:t>PRIČAKOVANI DOSEŽKI / STANDARDI</w:t>
            </w:r>
          </w:p>
          <w:p w14:paraId="37EB83ED" w14:textId="77777777" w:rsidR="005B3871" w:rsidRDefault="00000000">
            <w:pPr>
              <w:pStyle w:val="Oznaenseznam"/>
              <w:spacing w:after="16"/>
            </w:pPr>
            <w:r>
              <w:rPr>
                <w:color w:val="000000"/>
                <w:sz w:val="16"/>
              </w:rPr>
              <w:t>ob konkretni, slikovni ali gibalni opori uporablja levo, desno, zgoraj in spodaj</w:t>
            </w:r>
          </w:p>
          <w:p w14:paraId="6130F3BC" w14:textId="77777777" w:rsidR="005B3871" w:rsidRDefault="00000000">
            <w:pPr>
              <w:pStyle w:val="Oznaenseznam"/>
              <w:spacing w:after="16"/>
            </w:pPr>
            <w:r>
              <w:rPr>
                <w:color w:val="000000"/>
                <w:sz w:val="16"/>
              </w:rPr>
              <w:t>ob konkretni, slikovni ali gibalni opori opiše lego predmeta glede na sebe</w:t>
            </w:r>
          </w:p>
          <w:p w14:paraId="2E036EEE" w14:textId="77777777" w:rsidR="005B3871" w:rsidRDefault="00000000">
            <w:pPr>
              <w:pStyle w:val="Oznaenseznam"/>
              <w:spacing w:after="16"/>
            </w:pPr>
            <w:r>
              <w:rPr>
                <w:color w:val="000000"/>
                <w:sz w:val="16"/>
              </w:rPr>
              <w:t>ob konkretni, slikovni ali gibalni opori uredi predmete po velikosti</w:t>
            </w:r>
          </w:p>
        </w:tc>
        <w:tc>
          <w:tcPr>
            <w:tcW w:w="7087" w:type="dxa"/>
            <w:tcMar>
              <w:top w:w="70" w:type="dxa"/>
              <w:left w:w="90" w:type="dxa"/>
              <w:bottom w:w="70" w:type="dxa"/>
              <w:right w:w="90" w:type="dxa"/>
            </w:tcMar>
          </w:tcPr>
          <w:p w14:paraId="54C36F0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7CB60BB" w14:textId="77777777">
              <w:trPr>
                <w:jc w:val="center"/>
              </w:trPr>
              <w:tc>
                <w:tcPr>
                  <w:tcW w:w="7087" w:type="dxa"/>
                  <w:shd w:val="clear" w:color="auto" w:fill="C6E7F3"/>
                  <w:tcMar>
                    <w:top w:w="45" w:type="dxa"/>
                    <w:left w:w="70" w:type="dxa"/>
                    <w:bottom w:w="45" w:type="dxa"/>
                    <w:right w:w="70" w:type="dxa"/>
                  </w:tcMar>
                </w:tcPr>
                <w:p w14:paraId="6888810B" w14:textId="77777777" w:rsidR="005B3871" w:rsidRDefault="00000000">
                  <w:pPr>
                    <w:keepNext/>
                  </w:pPr>
                  <w:r>
                    <w:rPr>
                      <w:b/>
                      <w:color w:val="000000"/>
                    </w:rPr>
                    <w:t>UVODNI DEL – motivacija, aktivacija predznanja in namen učenja (15–20 min)</w:t>
                  </w:r>
                </w:p>
              </w:tc>
            </w:tr>
          </w:tbl>
          <w:p w14:paraId="304AC8B1" w14:textId="77777777" w:rsidR="005B3871" w:rsidRDefault="005B3871">
            <w:pPr>
              <w:spacing w:line="20" w:lineRule="exact"/>
            </w:pPr>
          </w:p>
          <w:p w14:paraId="4001F136" w14:textId="77777777" w:rsidR="005B3871" w:rsidRDefault="00000000">
            <w:pPr>
              <w:spacing w:before="40" w:after="60" w:line="245" w:lineRule="auto"/>
            </w:pPr>
            <w:r>
              <w:rPr>
                <w:color w:val="000000"/>
                <w:sz w:val="16"/>
              </w:rPr>
              <w:t>Pedenjped je pomešal predmete v svoji sobi. Učenci mu z gibi in prostorskimi izrazi pomagajo urediti, kaj je levo, desno, zgoraj, spodaj, bližje in dlje.</w:t>
            </w:r>
          </w:p>
          <w:tbl>
            <w:tblPr>
              <w:tblStyle w:val="Tabelamrea"/>
              <w:tblW w:w="0" w:type="auto"/>
              <w:jc w:val="center"/>
              <w:tblLayout w:type="fixed"/>
              <w:tblLook w:val="04A0" w:firstRow="1" w:lastRow="0" w:firstColumn="1" w:lastColumn="0" w:noHBand="0" w:noVBand="1"/>
            </w:tblPr>
            <w:tblGrid>
              <w:gridCol w:w="7087"/>
            </w:tblGrid>
            <w:tr w:rsidR="005B3871" w14:paraId="0E20F29A" w14:textId="77777777">
              <w:trPr>
                <w:jc w:val="center"/>
              </w:trPr>
              <w:tc>
                <w:tcPr>
                  <w:tcW w:w="7087" w:type="dxa"/>
                  <w:shd w:val="clear" w:color="auto" w:fill="EDC9EA"/>
                  <w:tcMar>
                    <w:top w:w="45" w:type="dxa"/>
                    <w:left w:w="70" w:type="dxa"/>
                    <w:bottom w:w="45" w:type="dxa"/>
                    <w:right w:w="70" w:type="dxa"/>
                  </w:tcMar>
                </w:tcPr>
                <w:p w14:paraId="258F8653" w14:textId="77777777" w:rsidR="005B3871" w:rsidRDefault="00000000">
                  <w:pPr>
                    <w:keepNext/>
                  </w:pPr>
                  <w:r>
                    <w:rPr>
                      <w:b/>
                      <w:color w:val="000000"/>
                    </w:rPr>
                    <w:t>NAMENI UČENJA</w:t>
                  </w:r>
                </w:p>
              </w:tc>
            </w:tr>
          </w:tbl>
          <w:p w14:paraId="2107A642" w14:textId="77777777" w:rsidR="005B3871" w:rsidRDefault="005B3871">
            <w:pPr>
              <w:spacing w:line="20" w:lineRule="exact"/>
            </w:pPr>
          </w:p>
          <w:p w14:paraId="3D82012D"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3F73F4F6" w14:textId="77777777" w:rsidR="005B3871" w:rsidRDefault="00000000">
            <w:pPr>
              <w:pStyle w:val="Oznaenseznam"/>
              <w:spacing w:after="16"/>
            </w:pPr>
            <w:r>
              <w:rPr>
                <w:color w:val="000000"/>
                <w:sz w:val="16"/>
              </w:rPr>
              <w:t>uporabljam levo, desno, zgoraj in spodaj</w:t>
            </w:r>
          </w:p>
          <w:p w14:paraId="5E89647F" w14:textId="77777777" w:rsidR="005B3871" w:rsidRDefault="00000000">
            <w:pPr>
              <w:pStyle w:val="Oznaenseznam"/>
              <w:spacing w:after="16"/>
            </w:pPr>
            <w:r>
              <w:rPr>
                <w:color w:val="000000"/>
                <w:sz w:val="16"/>
              </w:rPr>
              <w:t>opišem lego predmeta glede na sebe</w:t>
            </w:r>
          </w:p>
          <w:p w14:paraId="57E141E3" w14:textId="77777777" w:rsidR="005B3871" w:rsidRDefault="00000000">
            <w:pPr>
              <w:pStyle w:val="Oznaenseznam"/>
              <w:spacing w:after="16"/>
            </w:pPr>
            <w:r>
              <w:rPr>
                <w:color w:val="000000"/>
                <w:sz w:val="16"/>
              </w:rPr>
              <w:t>uredim predmete po velikosti</w:t>
            </w:r>
          </w:p>
          <w:tbl>
            <w:tblPr>
              <w:tblStyle w:val="Tabelamrea"/>
              <w:tblW w:w="0" w:type="auto"/>
              <w:jc w:val="center"/>
              <w:tblLayout w:type="fixed"/>
              <w:tblLook w:val="04A0" w:firstRow="1" w:lastRow="0" w:firstColumn="1" w:lastColumn="0" w:noHBand="0" w:noVBand="1"/>
            </w:tblPr>
            <w:tblGrid>
              <w:gridCol w:w="7087"/>
            </w:tblGrid>
            <w:tr w:rsidR="005B3871" w14:paraId="3FC344C7" w14:textId="77777777">
              <w:trPr>
                <w:jc w:val="center"/>
              </w:trPr>
              <w:tc>
                <w:tcPr>
                  <w:tcW w:w="7087" w:type="dxa"/>
                  <w:shd w:val="clear" w:color="auto" w:fill="EDC9EA"/>
                  <w:tcMar>
                    <w:top w:w="45" w:type="dxa"/>
                    <w:left w:w="70" w:type="dxa"/>
                    <w:bottom w:w="45" w:type="dxa"/>
                    <w:right w:w="70" w:type="dxa"/>
                  </w:tcMar>
                </w:tcPr>
                <w:p w14:paraId="77A994ED" w14:textId="77777777" w:rsidR="005B3871" w:rsidRDefault="00000000">
                  <w:pPr>
                    <w:keepNext/>
                  </w:pPr>
                  <w:r>
                    <w:rPr>
                      <w:b/>
                      <w:color w:val="000000"/>
                    </w:rPr>
                    <w:t>PREVERJANJE PREDZNANJA</w:t>
                  </w:r>
                </w:p>
              </w:tc>
            </w:tr>
          </w:tbl>
          <w:p w14:paraId="413269B9" w14:textId="77777777" w:rsidR="005B3871" w:rsidRDefault="005B3871">
            <w:pPr>
              <w:spacing w:line="20" w:lineRule="exact"/>
            </w:pPr>
          </w:p>
          <w:p w14:paraId="460EB978" w14:textId="77777777" w:rsidR="005B3871" w:rsidRDefault="00000000">
            <w:pPr>
              <w:pStyle w:val="Oznaenseznam"/>
              <w:spacing w:after="16"/>
            </w:pPr>
            <w:r>
              <w:rPr>
                <w:color w:val="000000"/>
                <w:sz w:val="16"/>
              </w:rPr>
              <w:t>Katera roka je moja leva in katera desna?</w:t>
            </w:r>
          </w:p>
          <w:p w14:paraId="3DEE1393" w14:textId="77777777" w:rsidR="005B3871" w:rsidRDefault="00000000">
            <w:pPr>
              <w:pStyle w:val="Oznaenseznam"/>
              <w:spacing w:after="16"/>
            </w:pPr>
            <w:r>
              <w:rPr>
                <w:color w:val="000000"/>
                <w:sz w:val="16"/>
              </w:rPr>
              <w:t>Kako lahko nekomu natančno povem, kje je predmet?</w:t>
            </w:r>
          </w:p>
          <w:p w14:paraId="7171C637"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63D56094" w14:textId="77777777">
              <w:trPr>
                <w:jc w:val="center"/>
              </w:trPr>
              <w:tc>
                <w:tcPr>
                  <w:tcW w:w="7087" w:type="dxa"/>
                  <w:shd w:val="clear" w:color="auto" w:fill="EDC9EA"/>
                  <w:tcMar>
                    <w:top w:w="45" w:type="dxa"/>
                    <w:left w:w="70" w:type="dxa"/>
                    <w:bottom w:w="45" w:type="dxa"/>
                    <w:right w:w="70" w:type="dxa"/>
                  </w:tcMar>
                </w:tcPr>
                <w:p w14:paraId="34CE27B0" w14:textId="77777777" w:rsidR="005B3871" w:rsidRDefault="00000000">
                  <w:pPr>
                    <w:keepNext/>
                  </w:pPr>
                  <w:r>
                    <w:rPr>
                      <w:b/>
                      <w:color w:val="000000"/>
                    </w:rPr>
                    <w:t>KRITERIJI USPEŠNOSTI</w:t>
                  </w:r>
                </w:p>
              </w:tc>
            </w:tr>
          </w:tbl>
          <w:p w14:paraId="0BE6FF36" w14:textId="77777777" w:rsidR="005B3871" w:rsidRDefault="005B3871"/>
          <w:p w14:paraId="37D96E3E" w14:textId="77777777" w:rsidR="005B3871" w:rsidRDefault="00000000">
            <w:pPr>
              <w:spacing w:before="20" w:after="20" w:line="245" w:lineRule="auto"/>
            </w:pPr>
            <w:r>
              <w:rPr>
                <w:b/>
                <w:color w:val="000000"/>
                <w:sz w:val="16"/>
              </w:rPr>
              <w:t>Uspešen/-na bom, ko:</w:t>
            </w:r>
          </w:p>
          <w:p w14:paraId="2B672022" w14:textId="77777777" w:rsidR="005B3871" w:rsidRDefault="00000000">
            <w:pPr>
              <w:pStyle w:val="Oznaenseznam"/>
              <w:spacing w:after="16"/>
            </w:pPr>
            <w:r>
              <w:rPr>
                <w:color w:val="000000"/>
                <w:sz w:val="16"/>
              </w:rPr>
              <w:t>uporabljam levo, desno, zgoraj in spodaj</w:t>
            </w:r>
          </w:p>
          <w:p w14:paraId="2E488980" w14:textId="77777777" w:rsidR="005B3871" w:rsidRDefault="00000000">
            <w:pPr>
              <w:pStyle w:val="Oznaenseznam"/>
              <w:spacing w:after="16"/>
            </w:pPr>
            <w:r>
              <w:rPr>
                <w:color w:val="000000"/>
                <w:sz w:val="16"/>
              </w:rPr>
              <w:t>opišem lego predmeta glede na sebe</w:t>
            </w:r>
          </w:p>
          <w:p w14:paraId="2FCFC27A" w14:textId="77777777" w:rsidR="005B3871" w:rsidRDefault="00000000">
            <w:pPr>
              <w:pStyle w:val="Oznaenseznam"/>
              <w:spacing w:after="16"/>
            </w:pPr>
            <w:r>
              <w:rPr>
                <w:color w:val="000000"/>
                <w:sz w:val="16"/>
              </w:rPr>
              <w:t>uredim predmete po velikosti</w:t>
            </w:r>
          </w:p>
          <w:p w14:paraId="50648707"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3B9D0709" w14:textId="77777777" w:rsidR="005B3871" w:rsidRDefault="005B3871"/>
          <w:p w14:paraId="1223C8E7"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01DEF73A" w14:textId="77777777" w:rsidR="005B3871" w:rsidRDefault="00000000">
            <w:pPr>
              <w:spacing w:after="80" w:line="245" w:lineRule="auto"/>
            </w:pPr>
            <w:r>
              <w:rPr>
                <w:color w:val="000000"/>
                <w:sz w:val="16"/>
              </w:rPr>
              <w:t>Pove, pokaže ali nariše, kako bi nalogo začel. Posluša tudi drugačne strategije.</w:t>
            </w:r>
          </w:p>
          <w:p w14:paraId="61BF0D1D" w14:textId="77777777" w:rsidR="005B3871" w:rsidRDefault="00000000">
            <w:pPr>
              <w:spacing w:after="100" w:line="245" w:lineRule="auto"/>
            </w:pPr>
            <w:r>
              <w:rPr>
                <w:color w:val="000000"/>
                <w:sz w:val="16"/>
              </w:rPr>
              <w:t>Sodeluje pri razumevanju namenov in kriterijev uspešnosti.</w:t>
            </w:r>
          </w:p>
          <w:p w14:paraId="7966EF58" w14:textId="77777777" w:rsidR="005B3871" w:rsidRDefault="00000000">
            <w:pPr>
              <w:spacing w:after="20" w:line="245" w:lineRule="auto"/>
            </w:pPr>
            <w:r>
              <w:rPr>
                <w:b/>
                <w:color w:val="D95BC6"/>
                <w:sz w:val="17"/>
              </w:rPr>
              <w:t>DOKAZ O UČENJU</w:t>
            </w:r>
          </w:p>
          <w:p w14:paraId="7CF903B1" w14:textId="77777777" w:rsidR="005B3871" w:rsidRDefault="00000000">
            <w:pPr>
              <w:spacing w:after="30" w:line="245" w:lineRule="auto"/>
            </w:pPr>
            <w:r>
              <w:rPr>
                <w:color w:val="D95BC6"/>
                <w:sz w:val="16"/>
              </w:rPr>
              <w:t>začetna strategija, razvrstitev, model, risba, gib ali ustni odgovor</w:t>
            </w:r>
          </w:p>
        </w:tc>
      </w:tr>
    </w:tbl>
    <w:p w14:paraId="0A762B7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BC0721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26E909A"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6AE675F" w14:textId="77777777" w:rsidR="005B3871" w:rsidRDefault="00000000">
            <w:pPr>
              <w:jc w:val="center"/>
            </w:pPr>
            <w:r>
              <w:rPr>
                <w:b/>
                <w:color w:val="000000"/>
                <w:sz w:val="20"/>
              </w:rPr>
              <w:t>UČNE DEJAVNOSTI, METODE IN FORMATIVNO SPREMLJANJE</w:t>
            </w:r>
          </w:p>
        </w:tc>
      </w:tr>
      <w:tr w:rsidR="005B3871" w14:paraId="5C9D7FE6" w14:textId="77777777">
        <w:trPr>
          <w:tblHeader/>
          <w:jc w:val="center"/>
        </w:trPr>
        <w:tc>
          <w:tcPr>
            <w:tcW w:w="4422" w:type="dxa"/>
            <w:vMerge/>
            <w:tcMar>
              <w:top w:w="70" w:type="dxa"/>
              <w:left w:w="90" w:type="dxa"/>
              <w:bottom w:w="70" w:type="dxa"/>
              <w:right w:w="90" w:type="dxa"/>
            </w:tcMar>
            <w:vAlign w:val="center"/>
          </w:tcPr>
          <w:p w14:paraId="60E4C5BF" w14:textId="77777777" w:rsidR="005B3871" w:rsidRDefault="005B3871"/>
        </w:tc>
        <w:tc>
          <w:tcPr>
            <w:tcW w:w="7087" w:type="dxa"/>
            <w:shd w:val="clear" w:color="auto" w:fill="FFFFFF"/>
            <w:tcMar>
              <w:top w:w="70" w:type="dxa"/>
              <w:left w:w="90" w:type="dxa"/>
              <w:bottom w:w="70" w:type="dxa"/>
              <w:right w:w="90" w:type="dxa"/>
            </w:tcMar>
            <w:vAlign w:val="center"/>
          </w:tcPr>
          <w:p w14:paraId="43832CD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A5C28FF" w14:textId="77777777" w:rsidR="005B3871" w:rsidRDefault="00000000">
            <w:pPr>
              <w:jc w:val="center"/>
            </w:pPr>
            <w:r>
              <w:rPr>
                <w:b/>
                <w:color w:val="000000"/>
              </w:rPr>
              <w:t>UČENEC</w:t>
            </w:r>
          </w:p>
        </w:tc>
      </w:tr>
      <w:tr w:rsidR="005B3871" w14:paraId="7C6A4A2B" w14:textId="77777777">
        <w:trPr>
          <w:jc w:val="center"/>
        </w:trPr>
        <w:tc>
          <w:tcPr>
            <w:tcW w:w="4422" w:type="dxa"/>
            <w:tcMar>
              <w:top w:w="70" w:type="dxa"/>
              <w:left w:w="90" w:type="dxa"/>
              <w:bottom w:w="70" w:type="dxa"/>
              <w:right w:w="90" w:type="dxa"/>
            </w:tcMar>
          </w:tcPr>
          <w:p w14:paraId="21407C6A" w14:textId="77777777" w:rsidR="005B3871" w:rsidRDefault="005B3871"/>
          <w:p w14:paraId="41F1AA87" w14:textId="77777777" w:rsidR="005B3871" w:rsidRDefault="00000000">
            <w:pPr>
              <w:spacing w:after="40" w:line="245" w:lineRule="auto"/>
            </w:pPr>
            <w:r>
              <w:rPr>
                <w:b/>
                <w:color w:val="000000"/>
              </w:rPr>
              <w:t>KLJUČNI POJMI</w:t>
            </w:r>
          </w:p>
          <w:p w14:paraId="6F27C379" w14:textId="77777777" w:rsidR="005B3871" w:rsidRDefault="00000000">
            <w:pPr>
              <w:spacing w:after="60" w:line="245" w:lineRule="auto"/>
            </w:pPr>
            <w:r>
              <w:rPr>
                <w:color w:val="000000"/>
                <w:sz w:val="16"/>
              </w:rPr>
              <w:t>levo, desno, zgoraj, spodaj, pred, za, blizu, daleč, pot, velikost, manjši, večji</w:t>
            </w:r>
          </w:p>
          <w:p w14:paraId="6382EF44" w14:textId="77777777" w:rsidR="005B3871" w:rsidRDefault="00000000">
            <w:pPr>
              <w:spacing w:after="20" w:line="245" w:lineRule="auto"/>
            </w:pPr>
            <w:r>
              <w:rPr>
                <w:b/>
                <w:color w:val="000000"/>
                <w:sz w:val="17"/>
              </w:rPr>
              <w:t>DOKAZI O UČENJU</w:t>
            </w:r>
          </w:p>
          <w:p w14:paraId="3121FCB7" w14:textId="77777777" w:rsidR="005B3871" w:rsidRDefault="00000000">
            <w:pPr>
              <w:pStyle w:val="Oznaenseznam"/>
              <w:spacing w:after="16"/>
            </w:pPr>
            <w:r>
              <w:rPr>
                <w:color w:val="000000"/>
                <w:sz w:val="16"/>
              </w:rPr>
              <w:t>pravilno izveden gib po prostorskem navodilu</w:t>
            </w:r>
          </w:p>
          <w:p w14:paraId="7FE8B95D" w14:textId="77777777" w:rsidR="005B3871" w:rsidRDefault="00000000">
            <w:pPr>
              <w:pStyle w:val="Oznaenseznam"/>
              <w:spacing w:after="16"/>
            </w:pPr>
            <w:r>
              <w:rPr>
                <w:color w:val="000000"/>
                <w:sz w:val="16"/>
              </w:rPr>
              <w:t>ustni opis lege z ustreznim izrazom</w:t>
            </w:r>
          </w:p>
          <w:p w14:paraId="1E1C3087" w14:textId="77777777" w:rsidR="005B3871" w:rsidRDefault="00000000">
            <w:pPr>
              <w:pStyle w:val="Oznaenseznam"/>
              <w:spacing w:after="16"/>
            </w:pPr>
            <w:r>
              <w:rPr>
                <w:color w:val="000000"/>
                <w:sz w:val="16"/>
              </w:rPr>
              <w:t>izvedena in ubesedena pot</w:t>
            </w:r>
          </w:p>
          <w:p w14:paraId="3A7E7BBE" w14:textId="77777777" w:rsidR="005B3871" w:rsidRDefault="00000000">
            <w:pPr>
              <w:pStyle w:val="Oznaenseznam"/>
              <w:spacing w:after="16"/>
            </w:pPr>
            <w:r>
              <w:rPr>
                <w:color w:val="000000"/>
                <w:sz w:val="16"/>
              </w:rPr>
              <w:t>urejena vrsta in pojasnjena primerjava</w:t>
            </w:r>
          </w:p>
          <w:p w14:paraId="215DF38E" w14:textId="77777777" w:rsidR="005B3871" w:rsidRDefault="00000000">
            <w:pPr>
              <w:spacing w:before="40" w:after="20" w:line="245" w:lineRule="auto"/>
            </w:pPr>
            <w:r>
              <w:rPr>
                <w:b/>
                <w:color w:val="000000"/>
                <w:sz w:val="17"/>
              </w:rPr>
              <w:t>MEDPREDMETNA POVEZAVA</w:t>
            </w:r>
          </w:p>
          <w:p w14:paraId="2C5545A9" w14:textId="77777777" w:rsidR="005B3871" w:rsidRDefault="00000000">
            <w:pPr>
              <w:spacing w:after="60" w:line="245" w:lineRule="auto"/>
            </w:pPr>
            <w:r>
              <w:rPr>
                <w:color w:val="000000"/>
                <w:sz w:val="16"/>
              </w:rPr>
              <w:t>SLJ – razumevanje in tvorjenje navodila; SPO – orientacija v prostoru; ŠPO – gibanje po poti; LUM – talni načrt</w:t>
            </w:r>
          </w:p>
          <w:p w14:paraId="5E5E2B46" w14:textId="77777777" w:rsidR="005B3871" w:rsidRDefault="00000000">
            <w:pPr>
              <w:spacing w:after="20" w:line="245" w:lineRule="auto"/>
            </w:pPr>
            <w:r>
              <w:rPr>
                <w:b/>
                <w:color w:val="000000"/>
                <w:sz w:val="17"/>
              </w:rPr>
              <w:t>POUČEVANJE V GIBANJU</w:t>
            </w:r>
          </w:p>
          <w:p w14:paraId="5DAF1630"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20F30FA6" w14:textId="77777777" w:rsidR="005B3871" w:rsidRDefault="00000000">
            <w:pPr>
              <w:spacing w:after="20" w:line="245" w:lineRule="auto"/>
            </w:pPr>
            <w:r>
              <w:rPr>
                <w:b/>
                <w:color w:val="000000"/>
                <w:sz w:val="17"/>
              </w:rPr>
              <w:t>DELO PO POSTAJAH</w:t>
            </w:r>
          </w:p>
          <w:p w14:paraId="27AC0F79" w14:textId="77777777" w:rsidR="005B3871" w:rsidRDefault="00000000">
            <w:pPr>
              <w:spacing w:after="60" w:line="245" w:lineRule="auto"/>
            </w:pPr>
            <w:r>
              <w:rPr>
                <w:color w:val="000000"/>
                <w:sz w:val="15"/>
              </w:rPr>
              <w:t>Načrtovana rotacija: konkretno-izkušenjska – Pedenjpedovo ogledalo; gibalna/sodelovalna – Lov na lego; slikovno-simbolna – Živi načrt sobe; izziv, dokaz in povratna informacija – Od najmanjšega do največjega. Pri pisnem ocenjevanju se postaje izvedejo v pripravi, analizi in ponovnem učenju.</w:t>
            </w:r>
          </w:p>
          <w:p w14:paraId="0EDA6954" w14:textId="77777777" w:rsidR="005B3871" w:rsidRDefault="00000000">
            <w:pPr>
              <w:spacing w:after="20" w:line="245" w:lineRule="auto"/>
            </w:pPr>
            <w:r>
              <w:rPr>
                <w:b/>
                <w:color w:val="000000"/>
                <w:sz w:val="17"/>
              </w:rPr>
              <w:t>DIFERENCIACIJA IN VKLJUČEVANJE</w:t>
            </w:r>
          </w:p>
          <w:p w14:paraId="6C078338"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7741F506" w14:textId="77777777" w:rsidR="005B3871" w:rsidRDefault="00000000">
            <w:pPr>
              <w:spacing w:after="20" w:line="245" w:lineRule="auto"/>
            </w:pPr>
            <w:r>
              <w:rPr>
                <w:b/>
                <w:color w:val="000000"/>
                <w:sz w:val="17"/>
              </w:rPr>
              <w:t>SPREMLJANJE</w:t>
            </w:r>
          </w:p>
          <w:p w14:paraId="3861E6C9"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1EDF6D63"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E8538C9" w14:textId="77777777">
              <w:trPr>
                <w:jc w:val="center"/>
              </w:trPr>
              <w:tc>
                <w:tcPr>
                  <w:tcW w:w="7087" w:type="dxa"/>
                  <w:shd w:val="clear" w:color="auto" w:fill="C6E7F3"/>
                  <w:tcMar>
                    <w:top w:w="45" w:type="dxa"/>
                    <w:left w:w="70" w:type="dxa"/>
                    <w:bottom w:w="45" w:type="dxa"/>
                    <w:right w:w="70" w:type="dxa"/>
                  </w:tcMar>
                </w:tcPr>
                <w:p w14:paraId="7C742390" w14:textId="77777777" w:rsidR="005B3871" w:rsidRDefault="00000000">
                  <w:pPr>
                    <w:keepNext/>
                  </w:pPr>
                  <w:r>
                    <w:rPr>
                      <w:b/>
                      <w:color w:val="000000"/>
                    </w:rPr>
                    <w:t>GLAVNI DEL – IZKUŠENJSKO IN PROBLEMSKO UČENJE (4 šolske ure)</w:t>
                  </w:r>
                </w:p>
              </w:tc>
            </w:tr>
          </w:tbl>
          <w:p w14:paraId="27E03908" w14:textId="77777777" w:rsidR="005B3871" w:rsidRDefault="005B3871">
            <w:pPr>
              <w:spacing w:line="20" w:lineRule="exact"/>
            </w:pPr>
          </w:p>
          <w:p w14:paraId="5FF8C2B8" w14:textId="77777777" w:rsidR="005B3871" w:rsidRDefault="00000000">
            <w:pPr>
              <w:keepNext/>
              <w:spacing w:before="40" w:after="10" w:line="245" w:lineRule="auto"/>
            </w:pPr>
            <w:r>
              <w:rPr>
                <w:b/>
                <w:color w:val="000000"/>
                <w:sz w:val="17"/>
              </w:rPr>
              <w:t>1. URA – Pedenjpedovo ogledalo</w:t>
            </w:r>
          </w:p>
          <w:p w14:paraId="6552EC60" w14:textId="77777777" w:rsidR="005B3871" w:rsidRDefault="00000000">
            <w:pPr>
              <w:spacing w:after="14" w:line="245" w:lineRule="auto"/>
            </w:pPr>
            <w:r>
              <w:rPr>
                <w:b/>
                <w:color w:val="000000"/>
                <w:sz w:val="16"/>
              </w:rPr>
              <w:t xml:space="preserve">Dejavnost učiteljice: </w:t>
            </w:r>
            <w:r>
              <w:rPr>
                <w:color w:val="000000"/>
                <w:sz w:val="16"/>
              </w:rPr>
              <w:t>Vodi zrcalne gibe in vedno preveri orientacijo na lastnem telesu.</w:t>
            </w:r>
          </w:p>
          <w:p w14:paraId="39430F6B" w14:textId="77777777" w:rsidR="005B3871" w:rsidRDefault="00000000">
            <w:pPr>
              <w:spacing w:after="14" w:line="245" w:lineRule="auto"/>
            </w:pPr>
            <w:r>
              <w:rPr>
                <w:b/>
                <w:color w:val="000000"/>
                <w:sz w:val="16"/>
              </w:rPr>
              <w:t xml:space="preserve">Dejavnost učencev: </w:t>
            </w:r>
            <w:r>
              <w:rPr>
                <w:color w:val="000000"/>
                <w:sz w:val="16"/>
              </w:rPr>
              <w:t>Dotaknejo se levega/desnega dela telesa ter poimenujejo smer.</w:t>
            </w:r>
          </w:p>
          <w:p w14:paraId="5CB34EF7" w14:textId="77777777" w:rsidR="005B3871" w:rsidRDefault="00000000">
            <w:pPr>
              <w:spacing w:after="24" w:line="245" w:lineRule="auto"/>
            </w:pPr>
            <w:r>
              <w:rPr>
                <w:i/>
                <w:color w:val="D95BC6"/>
                <w:sz w:val="16"/>
              </w:rPr>
              <w:t>Predvideni dokaz: pravilno izveden gib po prostorskem navodilu.</w:t>
            </w:r>
          </w:p>
          <w:p w14:paraId="65E9446D" w14:textId="77777777" w:rsidR="005B3871" w:rsidRDefault="00000000">
            <w:pPr>
              <w:keepNext/>
              <w:spacing w:before="40" w:after="10" w:line="245" w:lineRule="auto"/>
            </w:pPr>
            <w:r>
              <w:rPr>
                <w:b/>
                <w:color w:val="000000"/>
                <w:sz w:val="17"/>
              </w:rPr>
              <w:t>2. URA – Lov na lego</w:t>
            </w:r>
          </w:p>
          <w:p w14:paraId="40F2FC9D" w14:textId="77777777" w:rsidR="005B3871" w:rsidRDefault="00000000">
            <w:pPr>
              <w:spacing w:after="14" w:line="245" w:lineRule="auto"/>
            </w:pPr>
            <w:r>
              <w:rPr>
                <w:b/>
                <w:color w:val="000000"/>
                <w:sz w:val="16"/>
              </w:rPr>
              <w:t xml:space="preserve">Dejavnost učiteljice: </w:t>
            </w:r>
            <w:r>
              <w:rPr>
                <w:color w:val="000000"/>
                <w:sz w:val="16"/>
              </w:rPr>
              <w:t>Skrije predmete na različno lego in ponudi začetke povedi.</w:t>
            </w:r>
          </w:p>
          <w:p w14:paraId="44D1E5E8" w14:textId="77777777" w:rsidR="005B3871" w:rsidRDefault="00000000">
            <w:pPr>
              <w:spacing w:after="14" w:line="245" w:lineRule="auto"/>
            </w:pPr>
            <w:r>
              <w:rPr>
                <w:b/>
                <w:color w:val="000000"/>
                <w:sz w:val="16"/>
              </w:rPr>
              <w:t xml:space="preserve">Dejavnost učencev: </w:t>
            </w:r>
            <w:r>
              <w:rPr>
                <w:color w:val="000000"/>
                <w:sz w:val="16"/>
              </w:rPr>
              <w:t>Poiščejo predmet in ga opišejo glede na sebe ali drug predmet.</w:t>
            </w:r>
          </w:p>
          <w:p w14:paraId="436DCB13" w14:textId="77777777" w:rsidR="005B3871" w:rsidRDefault="00000000">
            <w:pPr>
              <w:spacing w:after="24" w:line="245" w:lineRule="auto"/>
            </w:pPr>
            <w:r>
              <w:rPr>
                <w:i/>
                <w:color w:val="D95BC6"/>
                <w:sz w:val="16"/>
              </w:rPr>
              <w:t>Predvideni dokaz: ustni opis lege z ustreznim izrazom.</w:t>
            </w:r>
          </w:p>
          <w:p w14:paraId="661470EA" w14:textId="77777777" w:rsidR="005B3871" w:rsidRDefault="00000000">
            <w:pPr>
              <w:keepNext/>
              <w:spacing w:before="40" w:after="10" w:line="245" w:lineRule="auto"/>
            </w:pPr>
            <w:r>
              <w:rPr>
                <w:b/>
                <w:color w:val="000000"/>
                <w:sz w:val="17"/>
              </w:rPr>
              <w:t>3. URA – Živi načrt sobe</w:t>
            </w:r>
          </w:p>
          <w:p w14:paraId="393CB91E" w14:textId="77777777" w:rsidR="005B3871" w:rsidRDefault="00000000">
            <w:pPr>
              <w:spacing w:after="14" w:line="245" w:lineRule="auto"/>
            </w:pPr>
            <w:r>
              <w:rPr>
                <w:b/>
                <w:color w:val="000000"/>
                <w:sz w:val="16"/>
              </w:rPr>
              <w:t xml:space="preserve">Dejavnost učiteljice: </w:t>
            </w:r>
            <w:r>
              <w:rPr>
                <w:color w:val="000000"/>
                <w:sz w:val="16"/>
              </w:rPr>
              <w:t>S trakovi oblikuje talni načrt in modelira kratko pot z dvema korakoma.</w:t>
            </w:r>
          </w:p>
          <w:p w14:paraId="69969441" w14:textId="77777777" w:rsidR="005B3871" w:rsidRDefault="00000000">
            <w:pPr>
              <w:spacing w:after="14" w:line="245" w:lineRule="auto"/>
            </w:pPr>
            <w:r>
              <w:rPr>
                <w:b/>
                <w:color w:val="000000"/>
                <w:sz w:val="16"/>
              </w:rPr>
              <w:t xml:space="preserve">Dejavnost učencev: </w:t>
            </w:r>
            <w:r>
              <w:rPr>
                <w:color w:val="000000"/>
                <w:sz w:val="16"/>
              </w:rPr>
              <w:t>Sledijo poti, nato sošolcu narekujejo premik naprej, levo ali desno.</w:t>
            </w:r>
          </w:p>
          <w:p w14:paraId="50C27214" w14:textId="77777777" w:rsidR="005B3871" w:rsidRDefault="00000000">
            <w:pPr>
              <w:spacing w:after="24" w:line="245" w:lineRule="auto"/>
            </w:pPr>
            <w:r>
              <w:rPr>
                <w:i/>
                <w:color w:val="D95BC6"/>
                <w:sz w:val="16"/>
              </w:rPr>
              <w:t>Predvideni dokaz: izvedena in ubesedena pot.</w:t>
            </w:r>
          </w:p>
          <w:p w14:paraId="4E9F5BC1" w14:textId="77777777" w:rsidR="005B3871" w:rsidRDefault="00000000">
            <w:pPr>
              <w:keepNext/>
              <w:spacing w:before="40" w:after="10" w:line="245" w:lineRule="auto"/>
            </w:pPr>
            <w:r>
              <w:rPr>
                <w:b/>
                <w:color w:val="000000"/>
                <w:sz w:val="17"/>
              </w:rPr>
              <w:t>4. URA – Od najmanjšega do največjega</w:t>
            </w:r>
          </w:p>
          <w:p w14:paraId="528FE9EE" w14:textId="77777777" w:rsidR="005B3871" w:rsidRDefault="00000000">
            <w:pPr>
              <w:spacing w:after="14" w:line="245" w:lineRule="auto"/>
            </w:pPr>
            <w:r>
              <w:rPr>
                <w:b/>
                <w:color w:val="000000"/>
                <w:sz w:val="16"/>
              </w:rPr>
              <w:t xml:space="preserve">Dejavnost učiteljice: </w:t>
            </w:r>
            <w:r>
              <w:rPr>
                <w:color w:val="000000"/>
                <w:sz w:val="16"/>
              </w:rPr>
              <w:t>Ponudi predmete različnih velikosti in zahteva preverjanje z neposredno primerjavo.</w:t>
            </w:r>
          </w:p>
          <w:p w14:paraId="760E4219" w14:textId="77777777" w:rsidR="005B3871" w:rsidRDefault="00000000">
            <w:pPr>
              <w:spacing w:after="14" w:line="245" w:lineRule="auto"/>
            </w:pPr>
            <w:r>
              <w:rPr>
                <w:b/>
                <w:color w:val="000000"/>
                <w:sz w:val="16"/>
              </w:rPr>
              <w:t xml:space="preserve">Dejavnost učencev: </w:t>
            </w:r>
            <w:r>
              <w:rPr>
                <w:color w:val="000000"/>
                <w:sz w:val="16"/>
              </w:rPr>
              <w:t>Predmete uredijo po velikosti ter utemeljijo začetek in konec zaporedja.</w:t>
            </w:r>
          </w:p>
          <w:p w14:paraId="1C0AB5D7" w14:textId="77777777" w:rsidR="005B3871" w:rsidRDefault="00000000">
            <w:pPr>
              <w:spacing w:after="24" w:line="245" w:lineRule="auto"/>
            </w:pPr>
            <w:r>
              <w:rPr>
                <w:i/>
                <w:color w:val="D95BC6"/>
                <w:sz w:val="16"/>
              </w:rPr>
              <w:t>Predvideni dokaz: urejena vrsta in pojasnjena primerjava.</w:t>
            </w:r>
          </w:p>
          <w:tbl>
            <w:tblPr>
              <w:tblStyle w:val="Tabelamrea"/>
              <w:tblW w:w="0" w:type="auto"/>
              <w:jc w:val="center"/>
              <w:tblLayout w:type="fixed"/>
              <w:tblLook w:val="04A0" w:firstRow="1" w:lastRow="0" w:firstColumn="1" w:lastColumn="0" w:noHBand="0" w:noVBand="1"/>
            </w:tblPr>
            <w:tblGrid>
              <w:gridCol w:w="7087"/>
            </w:tblGrid>
            <w:tr w:rsidR="005B3871" w14:paraId="1EDDC518" w14:textId="77777777">
              <w:trPr>
                <w:jc w:val="center"/>
              </w:trPr>
              <w:tc>
                <w:tcPr>
                  <w:tcW w:w="7087" w:type="dxa"/>
                  <w:shd w:val="clear" w:color="auto" w:fill="EDC9EA"/>
                  <w:tcMar>
                    <w:top w:w="45" w:type="dxa"/>
                    <w:left w:w="70" w:type="dxa"/>
                    <w:bottom w:w="45" w:type="dxa"/>
                    <w:right w:w="70" w:type="dxa"/>
                  </w:tcMar>
                </w:tcPr>
                <w:p w14:paraId="61EEBD37" w14:textId="77777777" w:rsidR="005B3871" w:rsidRDefault="00000000">
                  <w:pPr>
                    <w:keepNext/>
                  </w:pPr>
                  <w:r>
                    <w:rPr>
                      <w:b/>
                      <w:color w:val="000000"/>
                    </w:rPr>
                    <w:t>POVRATNA INFORMACIJA UČITELJICE MED DELOM</w:t>
                  </w:r>
                </w:p>
              </w:tc>
            </w:tr>
          </w:tbl>
          <w:p w14:paraId="3CDEE297" w14:textId="77777777" w:rsidR="005B3871" w:rsidRDefault="005B3871"/>
          <w:p w14:paraId="4DA78F86"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3039EB43" w14:textId="77777777" w:rsidR="005B3871" w:rsidRDefault="005B3871"/>
          <w:p w14:paraId="39032C2D" w14:textId="77777777" w:rsidR="005B3871" w:rsidRDefault="00000000">
            <w:pPr>
              <w:spacing w:after="10" w:line="245" w:lineRule="auto"/>
            </w:pPr>
            <w:r>
              <w:rPr>
                <w:b/>
                <w:color w:val="000000"/>
                <w:sz w:val="16"/>
              </w:rPr>
              <w:t>1. URA</w:t>
            </w:r>
          </w:p>
          <w:p w14:paraId="49C29516" w14:textId="77777777" w:rsidR="005B3871" w:rsidRDefault="00000000">
            <w:pPr>
              <w:spacing w:after="30" w:line="245" w:lineRule="auto"/>
            </w:pPr>
            <w:r>
              <w:rPr>
                <w:color w:val="000000"/>
                <w:sz w:val="16"/>
              </w:rPr>
              <w:t>Dotaknejo se levega/desnega dela telesa ter poimenujejo smer.</w:t>
            </w:r>
          </w:p>
          <w:p w14:paraId="48DE458F" w14:textId="77777777" w:rsidR="005B3871" w:rsidRDefault="00000000">
            <w:pPr>
              <w:spacing w:line="245" w:lineRule="auto"/>
            </w:pPr>
            <w:r>
              <w:rPr>
                <w:b/>
                <w:color w:val="D95BC6"/>
                <w:sz w:val="16"/>
              </w:rPr>
              <w:t>DOKAZ</w:t>
            </w:r>
          </w:p>
          <w:p w14:paraId="121F4D41" w14:textId="77777777" w:rsidR="005B3871" w:rsidRDefault="00000000">
            <w:pPr>
              <w:spacing w:after="40" w:line="245" w:lineRule="auto"/>
            </w:pPr>
            <w:r>
              <w:rPr>
                <w:color w:val="D95BC6"/>
                <w:sz w:val="15"/>
              </w:rPr>
              <w:t>pravilno izveden gib po prostorskem navodilu</w:t>
            </w:r>
          </w:p>
          <w:p w14:paraId="55E362F8" w14:textId="77777777" w:rsidR="005B3871" w:rsidRDefault="00000000">
            <w:pPr>
              <w:spacing w:after="10" w:line="245" w:lineRule="auto"/>
            </w:pPr>
            <w:r>
              <w:rPr>
                <w:b/>
                <w:color w:val="000000"/>
                <w:sz w:val="16"/>
              </w:rPr>
              <w:t>2. URA</w:t>
            </w:r>
          </w:p>
          <w:p w14:paraId="0F58B251" w14:textId="77777777" w:rsidR="005B3871" w:rsidRDefault="00000000">
            <w:pPr>
              <w:spacing w:after="30" w:line="245" w:lineRule="auto"/>
            </w:pPr>
            <w:r>
              <w:rPr>
                <w:color w:val="000000"/>
                <w:sz w:val="16"/>
              </w:rPr>
              <w:t>Poiščejo predmet in ga opišejo glede na sebe ali drug predmet.</w:t>
            </w:r>
          </w:p>
          <w:p w14:paraId="58BD8851" w14:textId="77777777" w:rsidR="005B3871" w:rsidRDefault="00000000">
            <w:pPr>
              <w:spacing w:line="245" w:lineRule="auto"/>
            </w:pPr>
            <w:r>
              <w:rPr>
                <w:b/>
                <w:color w:val="D95BC6"/>
                <w:sz w:val="16"/>
              </w:rPr>
              <w:t>DOKAZ</w:t>
            </w:r>
          </w:p>
          <w:p w14:paraId="7A2382C9" w14:textId="77777777" w:rsidR="005B3871" w:rsidRDefault="00000000">
            <w:pPr>
              <w:spacing w:after="40" w:line="245" w:lineRule="auto"/>
            </w:pPr>
            <w:r>
              <w:rPr>
                <w:color w:val="D95BC6"/>
                <w:sz w:val="15"/>
              </w:rPr>
              <w:t>ustni opis lege z ustreznim izrazom</w:t>
            </w:r>
          </w:p>
          <w:p w14:paraId="3F5D406C" w14:textId="77777777" w:rsidR="005B3871" w:rsidRDefault="00000000">
            <w:pPr>
              <w:spacing w:after="10" w:line="245" w:lineRule="auto"/>
            </w:pPr>
            <w:r>
              <w:rPr>
                <w:b/>
                <w:color w:val="000000"/>
                <w:sz w:val="16"/>
              </w:rPr>
              <w:t>3. URA</w:t>
            </w:r>
          </w:p>
          <w:p w14:paraId="777D3C2F" w14:textId="77777777" w:rsidR="005B3871" w:rsidRDefault="00000000">
            <w:pPr>
              <w:spacing w:after="30" w:line="245" w:lineRule="auto"/>
            </w:pPr>
            <w:r>
              <w:rPr>
                <w:color w:val="000000"/>
                <w:sz w:val="16"/>
              </w:rPr>
              <w:t>Sledijo poti, nato sošolcu narekujejo premik naprej, levo ali desno.</w:t>
            </w:r>
          </w:p>
          <w:p w14:paraId="1A7AC5D2" w14:textId="77777777" w:rsidR="005B3871" w:rsidRDefault="00000000">
            <w:pPr>
              <w:spacing w:line="245" w:lineRule="auto"/>
            </w:pPr>
            <w:r>
              <w:rPr>
                <w:b/>
                <w:color w:val="D95BC6"/>
                <w:sz w:val="16"/>
              </w:rPr>
              <w:t>DOKAZ</w:t>
            </w:r>
          </w:p>
          <w:p w14:paraId="7303CEBF" w14:textId="77777777" w:rsidR="005B3871" w:rsidRDefault="00000000">
            <w:pPr>
              <w:spacing w:after="40" w:line="245" w:lineRule="auto"/>
            </w:pPr>
            <w:r>
              <w:rPr>
                <w:color w:val="D95BC6"/>
                <w:sz w:val="15"/>
              </w:rPr>
              <w:t>izvedena in ubesedena pot</w:t>
            </w:r>
          </w:p>
          <w:p w14:paraId="741F5DD5" w14:textId="77777777" w:rsidR="005B3871" w:rsidRDefault="00000000">
            <w:pPr>
              <w:spacing w:after="10" w:line="245" w:lineRule="auto"/>
            </w:pPr>
            <w:r>
              <w:rPr>
                <w:b/>
                <w:color w:val="000000"/>
                <w:sz w:val="16"/>
              </w:rPr>
              <w:t>4. URA</w:t>
            </w:r>
          </w:p>
          <w:p w14:paraId="725FBCAC" w14:textId="77777777" w:rsidR="005B3871" w:rsidRDefault="00000000">
            <w:pPr>
              <w:spacing w:after="30" w:line="245" w:lineRule="auto"/>
            </w:pPr>
            <w:r>
              <w:rPr>
                <w:color w:val="000000"/>
                <w:sz w:val="16"/>
              </w:rPr>
              <w:t>Predmete uredijo po velikosti ter utemeljijo začetek in konec zaporedja.</w:t>
            </w:r>
          </w:p>
          <w:p w14:paraId="5DD5FBE8" w14:textId="77777777" w:rsidR="005B3871" w:rsidRDefault="00000000">
            <w:pPr>
              <w:spacing w:line="245" w:lineRule="auto"/>
            </w:pPr>
            <w:r>
              <w:rPr>
                <w:b/>
                <w:color w:val="D95BC6"/>
                <w:sz w:val="16"/>
              </w:rPr>
              <w:t>DOKAZ</w:t>
            </w:r>
          </w:p>
          <w:p w14:paraId="752DE2FF" w14:textId="77777777" w:rsidR="005B3871" w:rsidRDefault="00000000">
            <w:pPr>
              <w:spacing w:after="40" w:line="245" w:lineRule="auto"/>
            </w:pPr>
            <w:r>
              <w:rPr>
                <w:color w:val="D95BC6"/>
                <w:sz w:val="15"/>
              </w:rPr>
              <w:t>urejena vrsta in pojasnjena primerjava</w:t>
            </w:r>
          </w:p>
        </w:tc>
      </w:tr>
    </w:tbl>
    <w:p w14:paraId="14AC457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EFAF9A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FF0B03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FA59968" w14:textId="77777777" w:rsidR="005B3871" w:rsidRDefault="00000000">
            <w:pPr>
              <w:jc w:val="center"/>
            </w:pPr>
            <w:r>
              <w:rPr>
                <w:b/>
                <w:color w:val="000000"/>
                <w:sz w:val="20"/>
              </w:rPr>
              <w:t>UČNE DEJAVNOSTI, METODE IN FORMATIVNO SPREMLJANJE</w:t>
            </w:r>
          </w:p>
        </w:tc>
      </w:tr>
      <w:tr w:rsidR="005B3871" w14:paraId="1DC439A3" w14:textId="77777777">
        <w:trPr>
          <w:tblHeader/>
          <w:jc w:val="center"/>
        </w:trPr>
        <w:tc>
          <w:tcPr>
            <w:tcW w:w="4422" w:type="dxa"/>
            <w:vMerge/>
            <w:tcMar>
              <w:top w:w="70" w:type="dxa"/>
              <w:left w:w="90" w:type="dxa"/>
              <w:bottom w:w="70" w:type="dxa"/>
              <w:right w:w="90" w:type="dxa"/>
            </w:tcMar>
            <w:vAlign w:val="center"/>
          </w:tcPr>
          <w:p w14:paraId="0D496C52" w14:textId="77777777" w:rsidR="005B3871" w:rsidRDefault="005B3871"/>
        </w:tc>
        <w:tc>
          <w:tcPr>
            <w:tcW w:w="7087" w:type="dxa"/>
            <w:shd w:val="clear" w:color="auto" w:fill="FFFFFF"/>
            <w:tcMar>
              <w:top w:w="70" w:type="dxa"/>
              <w:left w:w="90" w:type="dxa"/>
              <w:bottom w:w="70" w:type="dxa"/>
              <w:right w:w="90" w:type="dxa"/>
            </w:tcMar>
            <w:vAlign w:val="center"/>
          </w:tcPr>
          <w:p w14:paraId="54CD2CAD"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E37CD1A" w14:textId="77777777" w:rsidR="005B3871" w:rsidRDefault="00000000">
            <w:pPr>
              <w:jc w:val="center"/>
            </w:pPr>
            <w:r>
              <w:rPr>
                <w:b/>
                <w:color w:val="000000"/>
              </w:rPr>
              <w:t>UČENEC</w:t>
            </w:r>
          </w:p>
        </w:tc>
      </w:tr>
      <w:tr w:rsidR="005B3871" w14:paraId="510DC2A2" w14:textId="77777777">
        <w:trPr>
          <w:jc w:val="center"/>
        </w:trPr>
        <w:tc>
          <w:tcPr>
            <w:tcW w:w="4422" w:type="dxa"/>
            <w:tcMar>
              <w:top w:w="70" w:type="dxa"/>
              <w:left w:w="90" w:type="dxa"/>
              <w:bottom w:w="70" w:type="dxa"/>
              <w:right w:w="90" w:type="dxa"/>
            </w:tcMar>
          </w:tcPr>
          <w:p w14:paraId="0BE3D7DE" w14:textId="77777777" w:rsidR="005B3871" w:rsidRDefault="005B3871"/>
          <w:p w14:paraId="3EDD1539" w14:textId="77777777" w:rsidR="005B3871" w:rsidRDefault="00000000">
            <w:pPr>
              <w:spacing w:after="40" w:line="245" w:lineRule="auto"/>
            </w:pPr>
            <w:r>
              <w:rPr>
                <w:b/>
                <w:color w:val="000000"/>
              </w:rPr>
              <w:t>FORMATIVNO SPREMLJANJE</w:t>
            </w:r>
          </w:p>
          <w:p w14:paraId="428400AD" w14:textId="77777777" w:rsidR="005B3871" w:rsidRDefault="00000000">
            <w:pPr>
              <w:pStyle w:val="Oznaenseznam"/>
              <w:spacing w:after="16"/>
            </w:pPr>
            <w:r>
              <w:rPr>
                <w:color w:val="000000"/>
                <w:sz w:val="16"/>
              </w:rPr>
              <w:t>predznanje: začetna strategija, ocena, razvrstitev, model ali risba</w:t>
            </w:r>
          </w:p>
          <w:p w14:paraId="5D1AC5F0" w14:textId="77777777" w:rsidR="005B3871" w:rsidRDefault="00000000">
            <w:pPr>
              <w:pStyle w:val="Oznaenseznam"/>
              <w:spacing w:after="16"/>
            </w:pPr>
            <w:r>
              <w:rPr>
                <w:color w:val="000000"/>
                <w:sz w:val="16"/>
              </w:rPr>
              <w:t>dokazi med učenjem: konkretni, gibalni, slikovni in simbolni prikaz ter razlaga postopka</w:t>
            </w:r>
          </w:p>
          <w:p w14:paraId="672860E7" w14:textId="77777777" w:rsidR="005B3871" w:rsidRDefault="00000000">
            <w:pPr>
              <w:pStyle w:val="Oznaenseznam"/>
              <w:spacing w:after="16"/>
            </w:pPr>
            <w:r>
              <w:rPr>
                <w:color w:val="000000"/>
                <w:sz w:val="16"/>
              </w:rPr>
              <w:t>povratna informacija: konkretna, vezana na kriterij in usmerjena v preverjanje ali naslednji korak</w:t>
            </w:r>
          </w:p>
          <w:p w14:paraId="131A5A28" w14:textId="77777777" w:rsidR="005B3871" w:rsidRDefault="00000000">
            <w:pPr>
              <w:pStyle w:val="Oznaenseznam"/>
              <w:spacing w:after="16"/>
            </w:pPr>
            <w:r>
              <w:rPr>
                <w:color w:val="000000"/>
                <w:sz w:val="16"/>
              </w:rPr>
              <w:t>samovrednotenje: semafor, lestvica samostojnosti, izbrani dokaz ali kratka poved</w:t>
            </w:r>
          </w:p>
          <w:p w14:paraId="75017B02" w14:textId="77777777" w:rsidR="005B3871" w:rsidRDefault="00000000">
            <w:pPr>
              <w:spacing w:before="40" w:after="20" w:line="245" w:lineRule="auto"/>
            </w:pPr>
            <w:r>
              <w:rPr>
                <w:b/>
                <w:color w:val="000000"/>
                <w:sz w:val="17"/>
              </w:rPr>
              <w:t>VARNOST IN ODGOVORNOST</w:t>
            </w:r>
          </w:p>
          <w:p w14:paraId="54D8EAB2"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20B088F4" w14:textId="77777777" w:rsidR="005B3871" w:rsidRDefault="00000000">
            <w:pPr>
              <w:spacing w:after="20" w:line="245" w:lineRule="auto"/>
            </w:pPr>
            <w:r>
              <w:rPr>
                <w:b/>
                <w:color w:val="000000"/>
                <w:sz w:val="17"/>
              </w:rPr>
              <w:t>EVIDENCA PO IZVEDBI</w:t>
            </w:r>
          </w:p>
          <w:p w14:paraId="2F82CDC3"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481C7281"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7C4B33A" w14:textId="77777777">
              <w:trPr>
                <w:jc w:val="center"/>
              </w:trPr>
              <w:tc>
                <w:tcPr>
                  <w:tcW w:w="7087" w:type="dxa"/>
                  <w:shd w:val="clear" w:color="auto" w:fill="EDC9EA"/>
                  <w:tcMar>
                    <w:top w:w="45" w:type="dxa"/>
                    <w:left w:w="70" w:type="dxa"/>
                    <w:bottom w:w="45" w:type="dxa"/>
                    <w:right w:w="70" w:type="dxa"/>
                  </w:tcMar>
                </w:tcPr>
                <w:p w14:paraId="06618F57" w14:textId="77777777" w:rsidR="005B3871" w:rsidRDefault="00000000">
                  <w:pPr>
                    <w:keepNext/>
                  </w:pPr>
                  <w:r>
                    <w:rPr>
                      <w:b/>
                      <w:color w:val="000000"/>
                    </w:rPr>
                    <w:t>VPRAŠANJA V PODPORO MATEMATIČNEMU UČENJU</w:t>
                  </w:r>
                </w:p>
              </w:tc>
            </w:tr>
          </w:tbl>
          <w:p w14:paraId="001CA1E0" w14:textId="77777777" w:rsidR="005B3871" w:rsidRDefault="005B3871">
            <w:pPr>
              <w:spacing w:line="20" w:lineRule="exact"/>
            </w:pPr>
          </w:p>
          <w:p w14:paraId="657AADC5" w14:textId="77777777" w:rsidR="005B3871" w:rsidRDefault="00000000">
            <w:pPr>
              <w:pStyle w:val="Oznaenseznam"/>
              <w:spacing w:after="16"/>
            </w:pPr>
            <w:r>
              <w:rPr>
                <w:color w:val="000000"/>
                <w:sz w:val="16"/>
              </w:rPr>
              <w:t>Kaj v tvojem modelu, risbi ali zapisu predstavlja posamezni del naloge?</w:t>
            </w:r>
          </w:p>
          <w:p w14:paraId="2E693C88" w14:textId="77777777" w:rsidR="005B3871" w:rsidRDefault="00000000">
            <w:pPr>
              <w:pStyle w:val="Oznaenseznam"/>
              <w:spacing w:after="16"/>
            </w:pPr>
            <w:r>
              <w:rPr>
                <w:color w:val="000000"/>
                <w:sz w:val="16"/>
              </w:rPr>
              <w:t>Kako si prišel/-la do rešitve in kako veš, da je smiselna?</w:t>
            </w:r>
          </w:p>
          <w:p w14:paraId="1643E6BB" w14:textId="77777777" w:rsidR="005B3871" w:rsidRDefault="00000000">
            <w:pPr>
              <w:pStyle w:val="Oznaenseznam"/>
              <w:spacing w:after="16"/>
            </w:pPr>
            <w:r>
              <w:rPr>
                <w:color w:val="000000"/>
                <w:sz w:val="16"/>
              </w:rPr>
              <w:t>Ali lahko isto pokažeš še s predmetom, gibanjem, risbo ali drugim zapisom?</w:t>
            </w:r>
          </w:p>
          <w:p w14:paraId="45F745B0" w14:textId="77777777" w:rsidR="005B3871" w:rsidRDefault="00000000">
            <w:pPr>
              <w:pStyle w:val="Oznaenseznam"/>
              <w:spacing w:after="16"/>
            </w:pPr>
            <w:r>
              <w:rPr>
                <w:color w:val="000000"/>
                <w:sz w:val="16"/>
              </w:rPr>
              <w:t>Kje bi se lahko zmotil/-a in kako boš rešitev preveril/-a?</w:t>
            </w:r>
          </w:p>
          <w:p w14:paraId="3A393BCB"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F7B73FC" w14:textId="77777777">
              <w:trPr>
                <w:jc w:val="center"/>
              </w:trPr>
              <w:tc>
                <w:tcPr>
                  <w:tcW w:w="7087" w:type="dxa"/>
                  <w:shd w:val="clear" w:color="auto" w:fill="C6E7F3"/>
                  <w:tcMar>
                    <w:top w:w="45" w:type="dxa"/>
                    <w:left w:w="70" w:type="dxa"/>
                    <w:bottom w:w="45" w:type="dxa"/>
                    <w:right w:w="70" w:type="dxa"/>
                  </w:tcMar>
                </w:tcPr>
                <w:p w14:paraId="40B79FD5" w14:textId="77777777" w:rsidR="005B3871" w:rsidRDefault="00000000">
                  <w:pPr>
                    <w:keepNext/>
                  </w:pPr>
                  <w:r>
                    <w:rPr>
                      <w:b/>
                      <w:color w:val="000000"/>
                    </w:rPr>
                    <w:t>ZAKLJUČNI DEL – UTRJEVANJE IN REFLEKSIJA (10–15 min)</w:t>
                  </w:r>
                </w:p>
              </w:tc>
            </w:tr>
          </w:tbl>
          <w:p w14:paraId="1E1D80F0" w14:textId="77777777" w:rsidR="005B3871" w:rsidRDefault="005B3871">
            <w:pPr>
              <w:spacing w:line="20" w:lineRule="exact"/>
            </w:pPr>
          </w:p>
          <w:p w14:paraId="6CE82A5C"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2D59E6F0" w14:textId="77777777">
              <w:trPr>
                <w:jc w:val="center"/>
              </w:trPr>
              <w:tc>
                <w:tcPr>
                  <w:tcW w:w="7087" w:type="dxa"/>
                  <w:shd w:val="clear" w:color="auto" w:fill="EDC9EA"/>
                  <w:tcMar>
                    <w:top w:w="45" w:type="dxa"/>
                    <w:left w:w="70" w:type="dxa"/>
                    <w:bottom w:w="45" w:type="dxa"/>
                    <w:right w:w="70" w:type="dxa"/>
                  </w:tcMar>
                </w:tcPr>
                <w:p w14:paraId="21AE0DF3" w14:textId="77777777" w:rsidR="005B3871" w:rsidRDefault="00000000">
                  <w:pPr>
                    <w:keepNext/>
                  </w:pPr>
                  <w:r>
                    <w:rPr>
                      <w:b/>
                      <w:color w:val="000000"/>
                    </w:rPr>
                    <w:t>SAMOVREDNOTENJE</w:t>
                  </w:r>
                </w:p>
              </w:tc>
            </w:tr>
          </w:tbl>
          <w:p w14:paraId="6CFD5FD9" w14:textId="77777777" w:rsidR="005B3871" w:rsidRDefault="005B3871">
            <w:pPr>
              <w:spacing w:line="20" w:lineRule="exact"/>
            </w:pPr>
          </w:p>
          <w:p w14:paraId="4F52FFCB"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346CE0D7" w14:textId="77777777">
              <w:trPr>
                <w:jc w:val="center"/>
              </w:trPr>
              <w:tc>
                <w:tcPr>
                  <w:tcW w:w="7087" w:type="dxa"/>
                  <w:shd w:val="clear" w:color="auto" w:fill="EDC9EA"/>
                  <w:tcMar>
                    <w:top w:w="45" w:type="dxa"/>
                    <w:left w:w="70" w:type="dxa"/>
                    <w:bottom w:w="45" w:type="dxa"/>
                    <w:right w:w="70" w:type="dxa"/>
                  </w:tcMar>
                </w:tcPr>
                <w:p w14:paraId="3E2BE13E" w14:textId="77777777" w:rsidR="005B3871" w:rsidRDefault="00000000">
                  <w:pPr>
                    <w:keepNext/>
                  </w:pPr>
                  <w:r>
                    <w:rPr>
                      <w:b/>
                      <w:color w:val="000000"/>
                    </w:rPr>
                    <w:t>VRSTNIŠKO VREDNOTENJE</w:t>
                  </w:r>
                </w:p>
              </w:tc>
            </w:tr>
          </w:tbl>
          <w:p w14:paraId="4FFA5F5D" w14:textId="77777777" w:rsidR="005B3871" w:rsidRDefault="005B3871">
            <w:pPr>
              <w:spacing w:line="20" w:lineRule="exact"/>
            </w:pPr>
          </w:p>
          <w:p w14:paraId="532942A8"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1F9ED30B" w14:textId="77777777">
              <w:trPr>
                <w:jc w:val="center"/>
              </w:trPr>
              <w:tc>
                <w:tcPr>
                  <w:tcW w:w="7087" w:type="dxa"/>
                  <w:shd w:val="clear" w:color="auto" w:fill="EDC9EA"/>
                  <w:tcMar>
                    <w:top w:w="45" w:type="dxa"/>
                    <w:left w:w="70" w:type="dxa"/>
                    <w:bottom w:w="45" w:type="dxa"/>
                    <w:right w:w="70" w:type="dxa"/>
                  </w:tcMar>
                </w:tcPr>
                <w:p w14:paraId="70EF18FF" w14:textId="77777777" w:rsidR="005B3871" w:rsidRDefault="00000000">
                  <w:pPr>
                    <w:keepNext/>
                  </w:pPr>
                  <w:r>
                    <w:rPr>
                      <w:b/>
                      <w:color w:val="000000"/>
                    </w:rPr>
                    <w:t>SKUPNI POVZETEK</w:t>
                  </w:r>
                </w:p>
              </w:tc>
            </w:tr>
          </w:tbl>
          <w:p w14:paraId="2B130FC2" w14:textId="77777777" w:rsidR="005B3871" w:rsidRDefault="005B3871"/>
          <w:p w14:paraId="15505940" w14:textId="77777777" w:rsidR="005B3871" w:rsidRDefault="00000000">
            <w:pPr>
              <w:spacing w:before="20" w:after="40" w:line="245" w:lineRule="auto"/>
            </w:pPr>
            <w:r>
              <w:rPr>
                <w:b/>
                <w:color w:val="000000"/>
                <w:sz w:val="16"/>
              </w:rPr>
              <w:t>Na sebi in v prostoru razlikujem smeri, opišem lego ter uredim predmete po velikosti.</w:t>
            </w:r>
          </w:p>
        </w:tc>
        <w:tc>
          <w:tcPr>
            <w:tcW w:w="2551" w:type="dxa"/>
            <w:tcMar>
              <w:top w:w="70" w:type="dxa"/>
              <w:left w:w="90" w:type="dxa"/>
              <w:bottom w:w="70" w:type="dxa"/>
              <w:right w:w="90" w:type="dxa"/>
            </w:tcMar>
          </w:tcPr>
          <w:p w14:paraId="467CA293" w14:textId="77777777" w:rsidR="005B3871" w:rsidRDefault="005B3871"/>
          <w:p w14:paraId="3675AF54" w14:textId="77777777" w:rsidR="005B3871" w:rsidRDefault="00000000">
            <w:pPr>
              <w:spacing w:after="100" w:line="245" w:lineRule="auto"/>
            </w:pPr>
            <w:r>
              <w:rPr>
                <w:color w:val="000000"/>
                <w:sz w:val="16"/>
              </w:rPr>
              <w:t>Odgovarja na podporna vprašanja in se sklicuje na svoj model, zapis ali izvedbo.</w:t>
            </w:r>
          </w:p>
          <w:p w14:paraId="5BD3FFC2" w14:textId="77777777" w:rsidR="005B3871" w:rsidRDefault="00000000">
            <w:pPr>
              <w:spacing w:after="100" w:line="245" w:lineRule="auto"/>
            </w:pPr>
            <w:r>
              <w:rPr>
                <w:color w:val="000000"/>
                <w:sz w:val="16"/>
              </w:rPr>
              <w:t>Primerja začetno strategijo z novim dokazom ter pojasni, kaj se je naučil/-a.</w:t>
            </w:r>
          </w:p>
          <w:p w14:paraId="6F0791EF" w14:textId="77777777" w:rsidR="005B3871" w:rsidRDefault="00000000">
            <w:pPr>
              <w:spacing w:after="100" w:line="245" w:lineRule="auto"/>
            </w:pPr>
            <w:r>
              <w:rPr>
                <w:color w:val="000000"/>
                <w:sz w:val="16"/>
              </w:rPr>
              <w:t>Izbere raven samostojnosti in določi naslednji korak.</w:t>
            </w:r>
          </w:p>
          <w:p w14:paraId="10768393" w14:textId="77777777" w:rsidR="005B3871" w:rsidRDefault="00000000">
            <w:pPr>
              <w:spacing w:after="100" w:line="245" w:lineRule="auto"/>
            </w:pPr>
            <w:r>
              <w:rPr>
                <w:color w:val="000000"/>
                <w:sz w:val="16"/>
              </w:rPr>
              <w:t>Sošolcu poda prijazen in konkreten odziv, vezan na kriterij.</w:t>
            </w:r>
          </w:p>
          <w:p w14:paraId="2DA25AB9" w14:textId="77777777" w:rsidR="005B3871" w:rsidRDefault="00000000">
            <w:pPr>
              <w:spacing w:after="20" w:line="245" w:lineRule="auto"/>
            </w:pPr>
            <w:r>
              <w:rPr>
                <w:b/>
                <w:color w:val="D95BC6"/>
                <w:sz w:val="17"/>
              </w:rPr>
              <w:t>DOKAZ O UČENJU</w:t>
            </w:r>
          </w:p>
          <w:p w14:paraId="487F2726"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17F094ED"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77D3D543" w14:textId="77777777">
        <w:trPr>
          <w:cantSplit/>
          <w:jc w:val="center"/>
        </w:trPr>
        <w:tc>
          <w:tcPr>
            <w:tcW w:w="14060" w:type="dxa"/>
            <w:gridSpan w:val="6"/>
            <w:tcMar>
              <w:top w:w="70" w:type="dxa"/>
              <w:left w:w="90" w:type="dxa"/>
              <w:bottom w:w="70" w:type="dxa"/>
              <w:right w:w="90" w:type="dxa"/>
            </w:tcMar>
            <w:vAlign w:val="center"/>
          </w:tcPr>
          <w:p w14:paraId="038DF3EF" w14:textId="77777777" w:rsidR="005B3871" w:rsidRDefault="00000000">
            <w:pPr>
              <w:jc w:val="center"/>
            </w:pPr>
            <w:r>
              <w:rPr>
                <w:b/>
                <w:color w:val="000000"/>
                <w:sz w:val="24"/>
              </w:rPr>
              <w:lastRenderedPageBreak/>
              <w:t>UČNA PRIPRAVA 3/39</w:t>
            </w:r>
          </w:p>
        </w:tc>
      </w:tr>
      <w:tr w:rsidR="005B3871" w14:paraId="4D17B767" w14:textId="77777777">
        <w:trPr>
          <w:jc w:val="center"/>
        </w:trPr>
        <w:tc>
          <w:tcPr>
            <w:tcW w:w="2665" w:type="dxa"/>
            <w:tcMar>
              <w:top w:w="70" w:type="dxa"/>
              <w:left w:w="90" w:type="dxa"/>
              <w:bottom w:w="70" w:type="dxa"/>
              <w:right w:w="90" w:type="dxa"/>
            </w:tcMar>
            <w:vAlign w:val="center"/>
          </w:tcPr>
          <w:p w14:paraId="14A96972"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23F08DD"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0743E6F2"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2FF9187" w14:textId="77777777" w:rsidR="005B3871" w:rsidRDefault="00000000">
            <w:r>
              <w:rPr>
                <w:b/>
                <w:color w:val="000000"/>
                <w:sz w:val="16"/>
              </w:rPr>
              <w:t xml:space="preserve">NAČRTOVANI TERMIN: </w:t>
            </w:r>
            <w:r>
              <w:rPr>
                <w:color w:val="000000"/>
                <w:sz w:val="16"/>
              </w:rPr>
              <w:t>3. teden • 14.–18. 9. 2026</w:t>
            </w:r>
          </w:p>
        </w:tc>
        <w:tc>
          <w:tcPr>
            <w:tcW w:w="2268" w:type="dxa"/>
            <w:tcMar>
              <w:top w:w="70" w:type="dxa"/>
              <w:left w:w="90" w:type="dxa"/>
              <w:bottom w:w="70" w:type="dxa"/>
              <w:right w:w="90" w:type="dxa"/>
            </w:tcMar>
            <w:vAlign w:val="center"/>
          </w:tcPr>
          <w:p w14:paraId="317ECA0D"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81A1EAD" w14:textId="77777777" w:rsidR="005B3871" w:rsidRDefault="00000000">
            <w:r>
              <w:rPr>
                <w:b/>
                <w:color w:val="000000"/>
                <w:sz w:val="16"/>
              </w:rPr>
              <w:t xml:space="preserve">ŠTEVILO UR: </w:t>
            </w:r>
            <w:r>
              <w:rPr>
                <w:color w:val="000000"/>
                <w:sz w:val="16"/>
              </w:rPr>
              <w:t>4</w:t>
            </w:r>
          </w:p>
        </w:tc>
      </w:tr>
      <w:tr w:rsidR="005B3871" w14:paraId="388E396D" w14:textId="77777777">
        <w:trPr>
          <w:jc w:val="center"/>
        </w:trPr>
        <w:tc>
          <w:tcPr>
            <w:tcW w:w="14061" w:type="dxa"/>
            <w:gridSpan w:val="6"/>
            <w:tcMar>
              <w:top w:w="70" w:type="dxa"/>
              <w:left w:w="90" w:type="dxa"/>
              <w:bottom w:w="70" w:type="dxa"/>
              <w:right w:w="90" w:type="dxa"/>
            </w:tcMar>
            <w:vAlign w:val="center"/>
          </w:tcPr>
          <w:p w14:paraId="21E3BB1E"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1FD77391" w14:textId="77777777">
        <w:trPr>
          <w:cantSplit/>
          <w:jc w:val="center"/>
        </w:trPr>
        <w:tc>
          <w:tcPr>
            <w:tcW w:w="14060" w:type="dxa"/>
            <w:gridSpan w:val="6"/>
            <w:tcMar>
              <w:top w:w="70" w:type="dxa"/>
              <w:left w:w="90" w:type="dxa"/>
              <w:bottom w:w="70" w:type="dxa"/>
              <w:right w:w="90" w:type="dxa"/>
            </w:tcMar>
            <w:vAlign w:val="center"/>
          </w:tcPr>
          <w:p w14:paraId="433DE809" w14:textId="77777777" w:rsidR="005B3871" w:rsidRDefault="005B3871"/>
          <w:p w14:paraId="38FB6827" w14:textId="77777777" w:rsidR="005B3871" w:rsidRDefault="00000000">
            <w:pPr>
              <w:spacing w:line="245" w:lineRule="auto"/>
            </w:pPr>
            <w:r>
              <w:rPr>
                <w:b/>
                <w:color w:val="000000"/>
                <w:sz w:val="16"/>
              </w:rPr>
              <w:t xml:space="preserve">UČNI SKLOP: </w:t>
            </w:r>
            <w:r>
              <w:rPr>
                <w:color w:val="000000"/>
                <w:sz w:val="16"/>
              </w:rPr>
              <w:t>V ŠOLO – JAZ, ODNOSI IN UČENJE</w:t>
            </w:r>
          </w:p>
        </w:tc>
      </w:tr>
      <w:tr w:rsidR="005B3871" w14:paraId="58B73C33" w14:textId="77777777">
        <w:trPr>
          <w:cantSplit/>
          <w:jc w:val="center"/>
        </w:trPr>
        <w:tc>
          <w:tcPr>
            <w:tcW w:w="14060" w:type="dxa"/>
            <w:gridSpan w:val="6"/>
            <w:tcMar>
              <w:top w:w="70" w:type="dxa"/>
              <w:left w:w="90" w:type="dxa"/>
              <w:bottom w:w="70" w:type="dxa"/>
              <w:right w:w="90" w:type="dxa"/>
            </w:tcMar>
            <w:vAlign w:val="center"/>
          </w:tcPr>
          <w:p w14:paraId="27793B86" w14:textId="77777777" w:rsidR="005B3871" w:rsidRDefault="005B3871"/>
          <w:p w14:paraId="70ED3FD8" w14:textId="77777777" w:rsidR="005B3871" w:rsidRDefault="00000000">
            <w:pPr>
              <w:spacing w:line="245" w:lineRule="auto"/>
            </w:pPr>
            <w:r>
              <w:rPr>
                <w:b/>
                <w:color w:val="000000"/>
                <w:sz w:val="16"/>
              </w:rPr>
              <w:t xml:space="preserve">UČNA TEMA: </w:t>
            </w:r>
            <w:r>
              <w:rPr>
                <w:color w:val="000000"/>
                <w:sz w:val="16"/>
              </w:rPr>
              <w:t>MNOŽICE</w:t>
            </w:r>
          </w:p>
        </w:tc>
      </w:tr>
      <w:tr w:rsidR="005B3871" w14:paraId="599DD8F0" w14:textId="77777777">
        <w:trPr>
          <w:cantSplit/>
          <w:jc w:val="center"/>
        </w:trPr>
        <w:tc>
          <w:tcPr>
            <w:tcW w:w="14060" w:type="dxa"/>
            <w:gridSpan w:val="6"/>
            <w:tcMar>
              <w:top w:w="70" w:type="dxa"/>
              <w:left w:w="90" w:type="dxa"/>
              <w:bottom w:w="70" w:type="dxa"/>
              <w:right w:w="90" w:type="dxa"/>
            </w:tcMar>
            <w:vAlign w:val="center"/>
          </w:tcPr>
          <w:p w14:paraId="088D5EC0" w14:textId="77777777" w:rsidR="005B3871" w:rsidRDefault="005B3871"/>
          <w:p w14:paraId="3278A6A5" w14:textId="77777777" w:rsidR="005B3871" w:rsidRDefault="00000000">
            <w:pPr>
              <w:spacing w:line="245" w:lineRule="auto"/>
            </w:pPr>
            <w:r>
              <w:rPr>
                <w:b/>
                <w:color w:val="000000"/>
                <w:sz w:val="16"/>
              </w:rPr>
              <w:t xml:space="preserve">KNJIŽEVNO IZHODIŠČE IN MOTIV: </w:t>
            </w:r>
            <w:r>
              <w:rPr>
                <w:color w:val="000000"/>
                <w:sz w:val="16"/>
              </w:rPr>
              <w:t>»Moj prijatelj Piki Jakob« – Kajetan Kovič • prijateljstvo, empatija in sodelovanje</w:t>
            </w:r>
          </w:p>
        </w:tc>
      </w:tr>
      <w:tr w:rsidR="005B3871" w14:paraId="6151EC94" w14:textId="77777777">
        <w:trPr>
          <w:cantSplit/>
          <w:jc w:val="center"/>
        </w:trPr>
        <w:tc>
          <w:tcPr>
            <w:tcW w:w="14060" w:type="dxa"/>
            <w:gridSpan w:val="6"/>
            <w:tcMar>
              <w:top w:w="70" w:type="dxa"/>
              <w:left w:w="90" w:type="dxa"/>
              <w:bottom w:w="70" w:type="dxa"/>
              <w:right w:w="90" w:type="dxa"/>
            </w:tcMar>
            <w:vAlign w:val="center"/>
          </w:tcPr>
          <w:p w14:paraId="17985697" w14:textId="77777777" w:rsidR="005B3871" w:rsidRDefault="005B3871"/>
          <w:p w14:paraId="4A3EABCE" w14:textId="77777777" w:rsidR="005B3871" w:rsidRDefault="00000000">
            <w:pPr>
              <w:spacing w:line="245" w:lineRule="auto"/>
            </w:pPr>
            <w:r>
              <w:rPr>
                <w:b/>
                <w:color w:val="000000"/>
                <w:sz w:val="16"/>
              </w:rPr>
              <w:t xml:space="preserve">UČNE ENOTE: </w:t>
            </w:r>
            <w:r>
              <w:rPr>
                <w:color w:val="000000"/>
                <w:sz w:val="16"/>
              </w:rPr>
              <w:t>1. ura – Množice igrač • 2. ura – Živi Carrollov prikaz • 3. ura – Drevo odločitev • 4. ura – Ugani mojo množico</w:t>
            </w:r>
          </w:p>
        </w:tc>
      </w:tr>
      <w:tr w:rsidR="005B3871" w14:paraId="2508028E" w14:textId="77777777">
        <w:trPr>
          <w:cantSplit/>
          <w:jc w:val="center"/>
        </w:trPr>
        <w:tc>
          <w:tcPr>
            <w:tcW w:w="14060" w:type="dxa"/>
            <w:gridSpan w:val="6"/>
            <w:tcMar>
              <w:top w:w="70" w:type="dxa"/>
              <w:left w:w="90" w:type="dxa"/>
              <w:bottom w:w="70" w:type="dxa"/>
              <w:right w:w="90" w:type="dxa"/>
            </w:tcMar>
            <w:vAlign w:val="center"/>
          </w:tcPr>
          <w:p w14:paraId="1EEDD571" w14:textId="77777777" w:rsidR="005B3871" w:rsidRDefault="005B3871"/>
          <w:p w14:paraId="25220434"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388C133C" w14:textId="77777777">
        <w:trPr>
          <w:cantSplit/>
          <w:jc w:val="center"/>
        </w:trPr>
        <w:tc>
          <w:tcPr>
            <w:tcW w:w="14060" w:type="dxa"/>
            <w:gridSpan w:val="6"/>
            <w:tcMar>
              <w:top w:w="70" w:type="dxa"/>
              <w:left w:w="90" w:type="dxa"/>
              <w:bottom w:w="70" w:type="dxa"/>
              <w:right w:w="90" w:type="dxa"/>
            </w:tcMar>
            <w:vAlign w:val="center"/>
          </w:tcPr>
          <w:p w14:paraId="3F56B5E3" w14:textId="77777777" w:rsidR="005B3871" w:rsidRDefault="005B3871"/>
          <w:p w14:paraId="7C8C970F"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6ADE34F0" w14:textId="77777777">
        <w:trPr>
          <w:cantSplit/>
          <w:jc w:val="center"/>
        </w:trPr>
        <w:tc>
          <w:tcPr>
            <w:tcW w:w="14060" w:type="dxa"/>
            <w:gridSpan w:val="6"/>
            <w:tcMar>
              <w:top w:w="70" w:type="dxa"/>
              <w:left w:w="90" w:type="dxa"/>
              <w:bottom w:w="70" w:type="dxa"/>
              <w:right w:w="90" w:type="dxa"/>
            </w:tcMar>
            <w:vAlign w:val="center"/>
          </w:tcPr>
          <w:p w14:paraId="70CAB724" w14:textId="77777777" w:rsidR="005B3871" w:rsidRDefault="005B3871"/>
          <w:p w14:paraId="2BE0D1D2"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61846368" w14:textId="77777777">
        <w:trPr>
          <w:cantSplit/>
          <w:jc w:val="center"/>
        </w:trPr>
        <w:tc>
          <w:tcPr>
            <w:tcW w:w="14060" w:type="dxa"/>
            <w:gridSpan w:val="6"/>
            <w:tcMar>
              <w:top w:w="70" w:type="dxa"/>
              <w:left w:w="90" w:type="dxa"/>
              <w:bottom w:w="70" w:type="dxa"/>
              <w:right w:w="90" w:type="dxa"/>
            </w:tcMar>
            <w:vAlign w:val="center"/>
          </w:tcPr>
          <w:p w14:paraId="69A1B83F" w14:textId="77777777" w:rsidR="005B3871" w:rsidRDefault="005B3871"/>
          <w:p w14:paraId="7C2639CD" w14:textId="77777777" w:rsidR="005B3871" w:rsidRDefault="00000000">
            <w:pPr>
              <w:spacing w:line="245" w:lineRule="auto"/>
            </w:pPr>
            <w:r>
              <w:rPr>
                <w:b/>
                <w:color w:val="000000"/>
                <w:sz w:val="16"/>
              </w:rPr>
              <w:t xml:space="preserve">MEDPREDMETNE POVEZAVE: </w:t>
            </w:r>
            <w:r>
              <w:rPr>
                <w:color w:val="000000"/>
                <w:sz w:val="16"/>
              </w:rPr>
              <w:t>SLJ – poimenovanje lastnosti in vprašanja; SPO – razvrščanje predmetov; ŠPO – živi prikaz; LUM – znaki lastnosti</w:t>
            </w:r>
          </w:p>
        </w:tc>
      </w:tr>
      <w:tr w:rsidR="005B3871" w14:paraId="4DBF6FFB" w14:textId="77777777">
        <w:trPr>
          <w:cantSplit/>
          <w:jc w:val="center"/>
        </w:trPr>
        <w:tc>
          <w:tcPr>
            <w:tcW w:w="14060" w:type="dxa"/>
            <w:gridSpan w:val="6"/>
            <w:tcMar>
              <w:top w:w="70" w:type="dxa"/>
              <w:left w:w="90" w:type="dxa"/>
              <w:bottom w:w="70" w:type="dxa"/>
              <w:right w:w="90" w:type="dxa"/>
            </w:tcMar>
            <w:vAlign w:val="center"/>
          </w:tcPr>
          <w:p w14:paraId="2EE68963" w14:textId="77777777" w:rsidR="005B3871" w:rsidRDefault="005B3871"/>
          <w:p w14:paraId="5D31776D" w14:textId="77777777" w:rsidR="005B3871" w:rsidRDefault="00000000">
            <w:pPr>
              <w:spacing w:line="245" w:lineRule="auto"/>
            </w:pPr>
            <w:r>
              <w:rPr>
                <w:b/>
                <w:color w:val="000000"/>
                <w:sz w:val="16"/>
              </w:rPr>
              <w:t xml:space="preserve">UČNA SREDSTVA IN PRIPOMOČKI: </w:t>
            </w:r>
            <w:r>
              <w:rPr>
                <w:color w:val="000000"/>
                <w:sz w:val="16"/>
              </w:rPr>
              <w:t>igrače ali slike medvedkov, obroči, talne oznake da/ne, puščice, kartice lastnosti, Carrollova podloga</w:t>
            </w:r>
          </w:p>
        </w:tc>
      </w:tr>
      <w:tr w:rsidR="005B3871" w14:paraId="5470FECB" w14:textId="77777777">
        <w:trPr>
          <w:cantSplit/>
          <w:jc w:val="center"/>
        </w:trPr>
        <w:tc>
          <w:tcPr>
            <w:tcW w:w="14060" w:type="dxa"/>
            <w:gridSpan w:val="6"/>
            <w:tcMar>
              <w:top w:w="70" w:type="dxa"/>
              <w:left w:w="90" w:type="dxa"/>
              <w:bottom w:w="70" w:type="dxa"/>
              <w:right w:w="90" w:type="dxa"/>
            </w:tcMar>
            <w:vAlign w:val="center"/>
          </w:tcPr>
          <w:p w14:paraId="4437D2CA" w14:textId="77777777" w:rsidR="005B3871" w:rsidRDefault="005B3871"/>
          <w:p w14:paraId="2C9E6AB9"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6A2EF89C" w14:textId="77777777">
        <w:trPr>
          <w:cantSplit/>
          <w:jc w:val="center"/>
        </w:trPr>
        <w:tc>
          <w:tcPr>
            <w:tcW w:w="14060" w:type="dxa"/>
            <w:gridSpan w:val="6"/>
            <w:tcMar>
              <w:top w:w="70" w:type="dxa"/>
              <w:left w:w="90" w:type="dxa"/>
              <w:bottom w:w="70" w:type="dxa"/>
              <w:right w:w="90" w:type="dxa"/>
            </w:tcMar>
            <w:vAlign w:val="center"/>
          </w:tcPr>
          <w:p w14:paraId="0DEB8572" w14:textId="77777777" w:rsidR="005B3871" w:rsidRDefault="005B3871"/>
          <w:p w14:paraId="1F6B15C5"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0020E88C" w14:textId="77777777">
        <w:trPr>
          <w:cantSplit/>
          <w:jc w:val="center"/>
        </w:trPr>
        <w:tc>
          <w:tcPr>
            <w:tcW w:w="14060" w:type="dxa"/>
            <w:gridSpan w:val="6"/>
            <w:tcMar>
              <w:top w:w="70" w:type="dxa"/>
              <w:left w:w="90" w:type="dxa"/>
              <w:bottom w:w="70" w:type="dxa"/>
              <w:right w:w="90" w:type="dxa"/>
            </w:tcMar>
            <w:vAlign w:val="center"/>
          </w:tcPr>
          <w:p w14:paraId="270474E8" w14:textId="77777777" w:rsidR="005B3871" w:rsidRDefault="005B3871"/>
          <w:p w14:paraId="7105A1E6"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0985FD3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0B4992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50870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05890B7" w14:textId="77777777" w:rsidR="005B3871" w:rsidRDefault="00000000">
            <w:pPr>
              <w:jc w:val="center"/>
            </w:pPr>
            <w:r>
              <w:rPr>
                <w:b/>
                <w:color w:val="000000"/>
                <w:sz w:val="20"/>
              </w:rPr>
              <w:t>UČNE DEJAVNOSTI, METODE IN FORMATIVNO SPREMLJANJE</w:t>
            </w:r>
          </w:p>
        </w:tc>
      </w:tr>
      <w:tr w:rsidR="005B3871" w14:paraId="6B5DFDAA" w14:textId="77777777">
        <w:trPr>
          <w:tblHeader/>
          <w:jc w:val="center"/>
        </w:trPr>
        <w:tc>
          <w:tcPr>
            <w:tcW w:w="4422" w:type="dxa"/>
            <w:vMerge/>
            <w:tcMar>
              <w:top w:w="70" w:type="dxa"/>
              <w:left w:w="90" w:type="dxa"/>
              <w:bottom w:w="70" w:type="dxa"/>
              <w:right w:w="90" w:type="dxa"/>
            </w:tcMar>
            <w:vAlign w:val="center"/>
          </w:tcPr>
          <w:p w14:paraId="5B64D48C" w14:textId="77777777" w:rsidR="005B3871" w:rsidRDefault="005B3871"/>
        </w:tc>
        <w:tc>
          <w:tcPr>
            <w:tcW w:w="7087" w:type="dxa"/>
            <w:shd w:val="clear" w:color="auto" w:fill="FFFFFF"/>
            <w:tcMar>
              <w:top w:w="70" w:type="dxa"/>
              <w:left w:w="90" w:type="dxa"/>
              <w:bottom w:w="70" w:type="dxa"/>
              <w:right w:w="90" w:type="dxa"/>
            </w:tcMar>
            <w:vAlign w:val="center"/>
          </w:tcPr>
          <w:p w14:paraId="463AD51A"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A0E22E8" w14:textId="77777777" w:rsidR="005B3871" w:rsidRDefault="00000000">
            <w:pPr>
              <w:jc w:val="center"/>
            </w:pPr>
            <w:r>
              <w:rPr>
                <w:b/>
                <w:color w:val="000000"/>
              </w:rPr>
              <w:t>UČENEC</w:t>
            </w:r>
          </w:p>
        </w:tc>
      </w:tr>
      <w:tr w:rsidR="005B3871" w14:paraId="2D0900B2" w14:textId="77777777">
        <w:trPr>
          <w:jc w:val="center"/>
        </w:trPr>
        <w:tc>
          <w:tcPr>
            <w:tcW w:w="4422" w:type="dxa"/>
            <w:tcMar>
              <w:top w:w="70" w:type="dxa"/>
              <w:left w:w="90" w:type="dxa"/>
              <w:bottom w:w="70" w:type="dxa"/>
              <w:right w:w="90" w:type="dxa"/>
            </w:tcMar>
          </w:tcPr>
          <w:p w14:paraId="0FD9455E" w14:textId="77777777" w:rsidR="005B3871" w:rsidRDefault="005B3871"/>
          <w:p w14:paraId="1D46DC20" w14:textId="77777777" w:rsidR="005B3871" w:rsidRDefault="00000000">
            <w:pPr>
              <w:spacing w:after="60" w:line="245" w:lineRule="auto"/>
            </w:pPr>
            <w:r>
              <w:rPr>
                <w:b/>
                <w:color w:val="000000"/>
              </w:rPr>
              <w:t>UČNI CILJI</w:t>
            </w:r>
          </w:p>
          <w:p w14:paraId="42777B36" w14:textId="77777777" w:rsidR="005B3871" w:rsidRDefault="00000000">
            <w:pPr>
              <w:spacing w:after="20" w:line="245" w:lineRule="auto"/>
            </w:pPr>
            <w:r>
              <w:rPr>
                <w:b/>
                <w:color w:val="000000"/>
                <w:sz w:val="17"/>
              </w:rPr>
              <w:t>SPLOŠNI</w:t>
            </w:r>
          </w:p>
          <w:p w14:paraId="7CBE9A4F" w14:textId="77777777" w:rsidR="005B3871" w:rsidRDefault="00000000">
            <w:pPr>
              <w:pStyle w:val="Oznaenseznam"/>
              <w:spacing w:after="16"/>
            </w:pPr>
            <w:r>
              <w:rPr>
                <w:color w:val="000000"/>
                <w:sz w:val="16"/>
              </w:rPr>
              <w:t>razvija številske, prostorske in količinske predstave s konkretnimi izkušnjami</w:t>
            </w:r>
          </w:p>
          <w:p w14:paraId="3732C4C8" w14:textId="77777777" w:rsidR="005B3871" w:rsidRDefault="00000000">
            <w:pPr>
              <w:pStyle w:val="Oznaenseznam"/>
              <w:spacing w:after="16"/>
            </w:pPr>
            <w:r>
              <w:rPr>
                <w:color w:val="000000"/>
                <w:sz w:val="16"/>
              </w:rPr>
              <w:t>rešuje matematične probleme s predmetom, gibanjem, risbo, modelom in simbolom</w:t>
            </w:r>
          </w:p>
          <w:p w14:paraId="31B3FEB4" w14:textId="77777777" w:rsidR="005B3871" w:rsidRDefault="00000000">
            <w:pPr>
              <w:pStyle w:val="Oznaenseznam"/>
              <w:spacing w:after="16"/>
            </w:pPr>
            <w:r>
              <w:rPr>
                <w:color w:val="000000"/>
                <w:sz w:val="16"/>
              </w:rPr>
              <w:t>pojasnjuje izbrano strategijo, preverja smiselnost rešitve in posluša rešitve drugih</w:t>
            </w:r>
          </w:p>
          <w:p w14:paraId="613F1542" w14:textId="77777777" w:rsidR="005B3871" w:rsidRDefault="00000000">
            <w:pPr>
              <w:pStyle w:val="Oznaenseznam"/>
              <w:spacing w:after="16"/>
            </w:pPr>
            <w:r>
              <w:rPr>
                <w:color w:val="000000"/>
                <w:sz w:val="16"/>
              </w:rPr>
              <w:t>ob namenih in kriterijih spremlja svoje učenje ter uporabi opisno povratno informacijo</w:t>
            </w:r>
          </w:p>
          <w:p w14:paraId="4C1F64F6" w14:textId="77777777" w:rsidR="005B3871" w:rsidRDefault="00000000">
            <w:pPr>
              <w:spacing w:before="40" w:after="20" w:line="245" w:lineRule="auto"/>
            </w:pPr>
            <w:r>
              <w:rPr>
                <w:b/>
                <w:color w:val="000000"/>
                <w:sz w:val="17"/>
              </w:rPr>
              <w:t>OPERATIVNI</w:t>
            </w:r>
          </w:p>
          <w:p w14:paraId="6B70FEFE" w14:textId="77777777" w:rsidR="005B3871" w:rsidRDefault="00000000">
            <w:pPr>
              <w:pStyle w:val="Oznaenseznam"/>
              <w:spacing w:after="16"/>
            </w:pPr>
            <w:r>
              <w:rPr>
                <w:color w:val="000000"/>
                <w:sz w:val="16"/>
              </w:rPr>
              <w:t>oblikuje množico po eni lastnosti</w:t>
            </w:r>
          </w:p>
          <w:p w14:paraId="68F33701" w14:textId="77777777" w:rsidR="005B3871" w:rsidRDefault="00000000">
            <w:pPr>
              <w:pStyle w:val="Oznaenseznam"/>
              <w:spacing w:after="16"/>
            </w:pPr>
            <w:r>
              <w:rPr>
                <w:color w:val="000000"/>
                <w:sz w:val="16"/>
              </w:rPr>
              <w:t>lastnost poimenuje</w:t>
            </w:r>
          </w:p>
          <w:p w14:paraId="55920E62" w14:textId="77777777" w:rsidR="005B3871" w:rsidRDefault="00000000">
            <w:pPr>
              <w:pStyle w:val="Oznaenseznam"/>
              <w:spacing w:after="16"/>
            </w:pPr>
            <w:r>
              <w:rPr>
                <w:color w:val="000000"/>
                <w:sz w:val="16"/>
              </w:rPr>
              <w:t>uporabi Carrollov ali drevesni prikaz na konkretni ravni</w:t>
            </w:r>
          </w:p>
          <w:p w14:paraId="5F3EAA74" w14:textId="77777777" w:rsidR="005B3871" w:rsidRDefault="00000000">
            <w:pPr>
              <w:spacing w:before="40" w:after="20" w:line="245" w:lineRule="auto"/>
            </w:pPr>
            <w:r>
              <w:rPr>
                <w:b/>
                <w:color w:val="000000"/>
                <w:sz w:val="17"/>
              </w:rPr>
              <w:t>PRIČAKOVANI DOSEŽKI / STANDARDI</w:t>
            </w:r>
          </w:p>
          <w:p w14:paraId="021E10B7" w14:textId="77777777" w:rsidR="005B3871" w:rsidRDefault="00000000">
            <w:pPr>
              <w:pStyle w:val="Oznaenseznam"/>
              <w:spacing w:after="16"/>
            </w:pPr>
            <w:r>
              <w:rPr>
                <w:color w:val="000000"/>
                <w:sz w:val="16"/>
              </w:rPr>
              <w:t>ob konkretni, slikovni ali gibalni opori oblikuje množico po eni lastnosti</w:t>
            </w:r>
          </w:p>
          <w:p w14:paraId="5673F786" w14:textId="77777777" w:rsidR="005B3871" w:rsidRDefault="00000000">
            <w:pPr>
              <w:pStyle w:val="Oznaenseznam"/>
              <w:spacing w:after="16"/>
            </w:pPr>
            <w:r>
              <w:rPr>
                <w:color w:val="000000"/>
                <w:sz w:val="16"/>
              </w:rPr>
              <w:t>ob konkretni, slikovni ali gibalni opori lastnost poimenuje</w:t>
            </w:r>
          </w:p>
          <w:p w14:paraId="39EBAE9E" w14:textId="77777777" w:rsidR="005B3871" w:rsidRDefault="00000000">
            <w:pPr>
              <w:pStyle w:val="Oznaenseznam"/>
              <w:spacing w:after="16"/>
            </w:pPr>
            <w:r>
              <w:rPr>
                <w:color w:val="000000"/>
                <w:sz w:val="16"/>
              </w:rPr>
              <w:t>ob konkretni, slikovni ali gibalni opori uporabi Carrollov ali drevesni prikaz na konkretni ravni</w:t>
            </w:r>
          </w:p>
        </w:tc>
        <w:tc>
          <w:tcPr>
            <w:tcW w:w="7087" w:type="dxa"/>
            <w:tcMar>
              <w:top w:w="70" w:type="dxa"/>
              <w:left w:w="90" w:type="dxa"/>
              <w:bottom w:w="70" w:type="dxa"/>
              <w:right w:w="90" w:type="dxa"/>
            </w:tcMar>
          </w:tcPr>
          <w:p w14:paraId="2196B333"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78CBD6C" w14:textId="77777777">
              <w:trPr>
                <w:jc w:val="center"/>
              </w:trPr>
              <w:tc>
                <w:tcPr>
                  <w:tcW w:w="7087" w:type="dxa"/>
                  <w:shd w:val="clear" w:color="auto" w:fill="C6E7F3"/>
                  <w:tcMar>
                    <w:top w:w="45" w:type="dxa"/>
                    <w:left w:w="70" w:type="dxa"/>
                    <w:bottom w:w="45" w:type="dxa"/>
                    <w:right w:w="70" w:type="dxa"/>
                  </w:tcMar>
                </w:tcPr>
                <w:p w14:paraId="2D65702A" w14:textId="77777777" w:rsidR="005B3871" w:rsidRDefault="00000000">
                  <w:pPr>
                    <w:keepNext/>
                  </w:pPr>
                  <w:r>
                    <w:rPr>
                      <w:b/>
                      <w:color w:val="000000"/>
                    </w:rPr>
                    <w:t>UVODNI DEL – motivacija, aktivacija predznanja in namen učenja (15–20 min)</w:t>
                  </w:r>
                </w:p>
              </w:tc>
            </w:tr>
          </w:tbl>
          <w:p w14:paraId="5D4B9A9F" w14:textId="77777777" w:rsidR="005B3871" w:rsidRDefault="005B3871">
            <w:pPr>
              <w:spacing w:line="20" w:lineRule="exact"/>
            </w:pPr>
          </w:p>
          <w:p w14:paraId="38779D0E" w14:textId="77777777" w:rsidR="005B3871" w:rsidRDefault="00000000">
            <w:pPr>
              <w:spacing w:before="40" w:after="60" w:line="245" w:lineRule="auto"/>
            </w:pPr>
            <w:r>
              <w:rPr>
                <w:color w:val="000000"/>
                <w:sz w:val="16"/>
              </w:rPr>
              <w:t>Piki Jakob prinese škatlo igrač, ki jih je mogoče urediti na več načinov. Učenci napovedo, ali je pri razvrščanju lahko pravilnih več rešitev.</w:t>
            </w:r>
          </w:p>
          <w:tbl>
            <w:tblPr>
              <w:tblStyle w:val="Tabelamrea"/>
              <w:tblW w:w="0" w:type="auto"/>
              <w:jc w:val="center"/>
              <w:tblLayout w:type="fixed"/>
              <w:tblLook w:val="04A0" w:firstRow="1" w:lastRow="0" w:firstColumn="1" w:lastColumn="0" w:noHBand="0" w:noVBand="1"/>
            </w:tblPr>
            <w:tblGrid>
              <w:gridCol w:w="7087"/>
            </w:tblGrid>
            <w:tr w:rsidR="005B3871" w14:paraId="6D217E81" w14:textId="77777777">
              <w:trPr>
                <w:jc w:val="center"/>
              </w:trPr>
              <w:tc>
                <w:tcPr>
                  <w:tcW w:w="7087" w:type="dxa"/>
                  <w:shd w:val="clear" w:color="auto" w:fill="EDC9EA"/>
                  <w:tcMar>
                    <w:top w:w="45" w:type="dxa"/>
                    <w:left w:w="70" w:type="dxa"/>
                    <w:bottom w:w="45" w:type="dxa"/>
                    <w:right w:w="70" w:type="dxa"/>
                  </w:tcMar>
                </w:tcPr>
                <w:p w14:paraId="5FD0ED03" w14:textId="77777777" w:rsidR="005B3871" w:rsidRDefault="00000000">
                  <w:pPr>
                    <w:keepNext/>
                  </w:pPr>
                  <w:r>
                    <w:rPr>
                      <w:b/>
                      <w:color w:val="000000"/>
                    </w:rPr>
                    <w:t>NAMENI UČENJA</w:t>
                  </w:r>
                </w:p>
              </w:tc>
            </w:tr>
          </w:tbl>
          <w:p w14:paraId="38FF02B7" w14:textId="77777777" w:rsidR="005B3871" w:rsidRDefault="005B3871">
            <w:pPr>
              <w:spacing w:line="20" w:lineRule="exact"/>
            </w:pPr>
          </w:p>
          <w:p w14:paraId="2A17F708"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746CAB7F" w14:textId="77777777" w:rsidR="005B3871" w:rsidRDefault="00000000">
            <w:pPr>
              <w:pStyle w:val="Oznaenseznam"/>
              <w:spacing w:after="16"/>
            </w:pPr>
            <w:r>
              <w:rPr>
                <w:color w:val="000000"/>
                <w:sz w:val="16"/>
              </w:rPr>
              <w:t>oblikujem množico po eni lastnosti</w:t>
            </w:r>
          </w:p>
          <w:p w14:paraId="07FC0CD1" w14:textId="77777777" w:rsidR="005B3871" w:rsidRDefault="00000000">
            <w:pPr>
              <w:pStyle w:val="Oznaenseznam"/>
              <w:spacing w:after="16"/>
            </w:pPr>
            <w:r>
              <w:rPr>
                <w:color w:val="000000"/>
                <w:sz w:val="16"/>
              </w:rPr>
              <w:t>lastnost poimenujem</w:t>
            </w:r>
          </w:p>
          <w:p w14:paraId="6B847422" w14:textId="77777777" w:rsidR="005B3871" w:rsidRDefault="00000000">
            <w:pPr>
              <w:pStyle w:val="Oznaenseznam"/>
              <w:spacing w:after="16"/>
            </w:pPr>
            <w:r>
              <w:rPr>
                <w:color w:val="000000"/>
                <w:sz w:val="16"/>
              </w:rPr>
              <w:t>uporabim Carrollov ali drevesni prikaz na konkretni ravni</w:t>
            </w:r>
          </w:p>
          <w:tbl>
            <w:tblPr>
              <w:tblStyle w:val="Tabelamrea"/>
              <w:tblW w:w="0" w:type="auto"/>
              <w:jc w:val="center"/>
              <w:tblLayout w:type="fixed"/>
              <w:tblLook w:val="04A0" w:firstRow="1" w:lastRow="0" w:firstColumn="1" w:lastColumn="0" w:noHBand="0" w:noVBand="1"/>
            </w:tblPr>
            <w:tblGrid>
              <w:gridCol w:w="7087"/>
            </w:tblGrid>
            <w:tr w:rsidR="005B3871" w14:paraId="5C4A7A69" w14:textId="77777777">
              <w:trPr>
                <w:jc w:val="center"/>
              </w:trPr>
              <w:tc>
                <w:tcPr>
                  <w:tcW w:w="7087" w:type="dxa"/>
                  <w:shd w:val="clear" w:color="auto" w:fill="EDC9EA"/>
                  <w:tcMar>
                    <w:top w:w="45" w:type="dxa"/>
                    <w:left w:w="70" w:type="dxa"/>
                    <w:bottom w:w="45" w:type="dxa"/>
                    <w:right w:w="70" w:type="dxa"/>
                  </w:tcMar>
                </w:tcPr>
                <w:p w14:paraId="53681DC2" w14:textId="77777777" w:rsidR="005B3871" w:rsidRDefault="00000000">
                  <w:pPr>
                    <w:keepNext/>
                  </w:pPr>
                  <w:r>
                    <w:rPr>
                      <w:b/>
                      <w:color w:val="000000"/>
                    </w:rPr>
                    <w:t>PREVERJANJE PREDZNANJA</w:t>
                  </w:r>
                </w:p>
              </w:tc>
            </w:tr>
          </w:tbl>
          <w:p w14:paraId="3046ED4E" w14:textId="77777777" w:rsidR="005B3871" w:rsidRDefault="005B3871">
            <w:pPr>
              <w:spacing w:line="20" w:lineRule="exact"/>
            </w:pPr>
          </w:p>
          <w:p w14:paraId="2C0A970A" w14:textId="77777777" w:rsidR="005B3871" w:rsidRDefault="00000000">
            <w:pPr>
              <w:pStyle w:val="Oznaenseznam"/>
              <w:spacing w:after="16"/>
            </w:pPr>
            <w:r>
              <w:rPr>
                <w:color w:val="000000"/>
                <w:sz w:val="16"/>
              </w:rPr>
              <w:t>Kaj pomeni, da predmeti sodijo skupaj?</w:t>
            </w:r>
          </w:p>
          <w:p w14:paraId="2D511BF9" w14:textId="77777777" w:rsidR="005B3871" w:rsidRDefault="00000000">
            <w:pPr>
              <w:pStyle w:val="Oznaenseznam"/>
              <w:spacing w:after="16"/>
            </w:pPr>
            <w:r>
              <w:rPr>
                <w:color w:val="000000"/>
                <w:sz w:val="16"/>
              </w:rPr>
              <w:t>Kako drugi ugotovi pravilo moje množice?</w:t>
            </w:r>
          </w:p>
          <w:p w14:paraId="1BAAE1EC"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5F0257A8" w14:textId="77777777">
              <w:trPr>
                <w:jc w:val="center"/>
              </w:trPr>
              <w:tc>
                <w:tcPr>
                  <w:tcW w:w="7087" w:type="dxa"/>
                  <w:shd w:val="clear" w:color="auto" w:fill="EDC9EA"/>
                  <w:tcMar>
                    <w:top w:w="45" w:type="dxa"/>
                    <w:left w:w="70" w:type="dxa"/>
                    <w:bottom w:w="45" w:type="dxa"/>
                    <w:right w:w="70" w:type="dxa"/>
                  </w:tcMar>
                </w:tcPr>
                <w:p w14:paraId="05A9D2A3" w14:textId="77777777" w:rsidR="005B3871" w:rsidRDefault="00000000">
                  <w:pPr>
                    <w:keepNext/>
                  </w:pPr>
                  <w:r>
                    <w:rPr>
                      <w:b/>
                      <w:color w:val="000000"/>
                    </w:rPr>
                    <w:t>KRITERIJI USPEŠNOSTI</w:t>
                  </w:r>
                </w:p>
              </w:tc>
            </w:tr>
          </w:tbl>
          <w:p w14:paraId="77E9BAD1" w14:textId="77777777" w:rsidR="005B3871" w:rsidRDefault="005B3871"/>
          <w:p w14:paraId="5CB0EE9E" w14:textId="77777777" w:rsidR="005B3871" w:rsidRDefault="00000000">
            <w:pPr>
              <w:spacing w:before="20" w:after="20" w:line="245" w:lineRule="auto"/>
            </w:pPr>
            <w:r>
              <w:rPr>
                <w:b/>
                <w:color w:val="000000"/>
                <w:sz w:val="16"/>
              </w:rPr>
              <w:t>Uspešen/-na bom, ko:</w:t>
            </w:r>
          </w:p>
          <w:p w14:paraId="0ABF05A2" w14:textId="77777777" w:rsidR="005B3871" w:rsidRDefault="00000000">
            <w:pPr>
              <w:pStyle w:val="Oznaenseznam"/>
              <w:spacing w:after="16"/>
            </w:pPr>
            <w:r>
              <w:rPr>
                <w:color w:val="000000"/>
                <w:sz w:val="16"/>
              </w:rPr>
              <w:t>oblikujem množico po eni lastnosti</w:t>
            </w:r>
          </w:p>
          <w:p w14:paraId="5D47D059" w14:textId="77777777" w:rsidR="005B3871" w:rsidRDefault="00000000">
            <w:pPr>
              <w:pStyle w:val="Oznaenseznam"/>
              <w:spacing w:after="16"/>
            </w:pPr>
            <w:r>
              <w:rPr>
                <w:color w:val="000000"/>
                <w:sz w:val="16"/>
              </w:rPr>
              <w:t>lastnost poimenujem</w:t>
            </w:r>
          </w:p>
          <w:p w14:paraId="2710BE86" w14:textId="77777777" w:rsidR="005B3871" w:rsidRDefault="00000000">
            <w:pPr>
              <w:pStyle w:val="Oznaenseznam"/>
              <w:spacing w:after="16"/>
            </w:pPr>
            <w:r>
              <w:rPr>
                <w:color w:val="000000"/>
                <w:sz w:val="16"/>
              </w:rPr>
              <w:t>uporabim Carrollov ali drevesni prikaz na konkretni ravni</w:t>
            </w:r>
          </w:p>
          <w:p w14:paraId="4869EC80"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22A2D1D4" w14:textId="77777777" w:rsidR="005B3871" w:rsidRDefault="005B3871"/>
          <w:p w14:paraId="5B5877FF"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6C006480" w14:textId="77777777" w:rsidR="005B3871" w:rsidRDefault="00000000">
            <w:pPr>
              <w:spacing w:after="80" w:line="245" w:lineRule="auto"/>
            </w:pPr>
            <w:r>
              <w:rPr>
                <w:color w:val="000000"/>
                <w:sz w:val="16"/>
              </w:rPr>
              <w:t>Pove, pokaže ali nariše, kako bi nalogo začel. Posluša tudi drugačne strategije.</w:t>
            </w:r>
          </w:p>
          <w:p w14:paraId="661C6DCC" w14:textId="77777777" w:rsidR="005B3871" w:rsidRDefault="00000000">
            <w:pPr>
              <w:spacing w:after="100" w:line="245" w:lineRule="auto"/>
            </w:pPr>
            <w:r>
              <w:rPr>
                <w:color w:val="000000"/>
                <w:sz w:val="16"/>
              </w:rPr>
              <w:t>Sodeluje pri razumevanju namenov in kriterijev uspešnosti.</w:t>
            </w:r>
          </w:p>
          <w:p w14:paraId="6BAD0924" w14:textId="77777777" w:rsidR="005B3871" w:rsidRDefault="00000000">
            <w:pPr>
              <w:spacing w:after="20" w:line="245" w:lineRule="auto"/>
            </w:pPr>
            <w:r>
              <w:rPr>
                <w:b/>
                <w:color w:val="D95BC6"/>
                <w:sz w:val="17"/>
              </w:rPr>
              <w:t>DOKAZ O UČENJU</w:t>
            </w:r>
          </w:p>
          <w:p w14:paraId="6844A8B4" w14:textId="77777777" w:rsidR="005B3871" w:rsidRDefault="00000000">
            <w:pPr>
              <w:spacing w:after="30" w:line="245" w:lineRule="auto"/>
            </w:pPr>
            <w:r>
              <w:rPr>
                <w:color w:val="D95BC6"/>
                <w:sz w:val="16"/>
              </w:rPr>
              <w:t>začetna strategija, razvrstitev, model, risba, gib ali ustni odgovor</w:t>
            </w:r>
          </w:p>
        </w:tc>
      </w:tr>
    </w:tbl>
    <w:p w14:paraId="4D6C777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3C8AB5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52F0E87"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94D4124" w14:textId="77777777" w:rsidR="005B3871" w:rsidRDefault="00000000">
            <w:pPr>
              <w:jc w:val="center"/>
            </w:pPr>
            <w:r>
              <w:rPr>
                <w:b/>
                <w:color w:val="000000"/>
                <w:sz w:val="20"/>
              </w:rPr>
              <w:t>UČNE DEJAVNOSTI, METODE IN FORMATIVNO SPREMLJANJE</w:t>
            </w:r>
          </w:p>
        </w:tc>
      </w:tr>
      <w:tr w:rsidR="005B3871" w14:paraId="0819F31A" w14:textId="77777777">
        <w:trPr>
          <w:tblHeader/>
          <w:jc w:val="center"/>
        </w:trPr>
        <w:tc>
          <w:tcPr>
            <w:tcW w:w="4422" w:type="dxa"/>
            <w:vMerge/>
            <w:tcMar>
              <w:top w:w="70" w:type="dxa"/>
              <w:left w:w="90" w:type="dxa"/>
              <w:bottom w:w="70" w:type="dxa"/>
              <w:right w:w="90" w:type="dxa"/>
            </w:tcMar>
            <w:vAlign w:val="center"/>
          </w:tcPr>
          <w:p w14:paraId="7462EBD8" w14:textId="77777777" w:rsidR="005B3871" w:rsidRDefault="005B3871"/>
        </w:tc>
        <w:tc>
          <w:tcPr>
            <w:tcW w:w="7087" w:type="dxa"/>
            <w:shd w:val="clear" w:color="auto" w:fill="FFFFFF"/>
            <w:tcMar>
              <w:top w:w="70" w:type="dxa"/>
              <w:left w:w="90" w:type="dxa"/>
              <w:bottom w:w="70" w:type="dxa"/>
              <w:right w:w="90" w:type="dxa"/>
            </w:tcMar>
            <w:vAlign w:val="center"/>
          </w:tcPr>
          <w:p w14:paraId="11FEAE64"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274DB9C" w14:textId="77777777" w:rsidR="005B3871" w:rsidRDefault="00000000">
            <w:pPr>
              <w:jc w:val="center"/>
            </w:pPr>
            <w:r>
              <w:rPr>
                <w:b/>
                <w:color w:val="000000"/>
              </w:rPr>
              <w:t>UČENEC</w:t>
            </w:r>
          </w:p>
        </w:tc>
      </w:tr>
      <w:tr w:rsidR="005B3871" w14:paraId="21814E43" w14:textId="77777777">
        <w:trPr>
          <w:jc w:val="center"/>
        </w:trPr>
        <w:tc>
          <w:tcPr>
            <w:tcW w:w="4422" w:type="dxa"/>
            <w:tcMar>
              <w:top w:w="70" w:type="dxa"/>
              <w:left w:w="90" w:type="dxa"/>
              <w:bottom w:w="70" w:type="dxa"/>
              <w:right w:w="90" w:type="dxa"/>
            </w:tcMar>
          </w:tcPr>
          <w:p w14:paraId="668FD0A2" w14:textId="77777777" w:rsidR="005B3871" w:rsidRDefault="005B3871"/>
          <w:p w14:paraId="3643CCCA" w14:textId="77777777" w:rsidR="005B3871" w:rsidRDefault="00000000">
            <w:pPr>
              <w:spacing w:after="40" w:line="245" w:lineRule="auto"/>
            </w:pPr>
            <w:r>
              <w:rPr>
                <w:b/>
                <w:color w:val="000000"/>
              </w:rPr>
              <w:t>KLJUČNI POJMI</w:t>
            </w:r>
          </w:p>
          <w:p w14:paraId="62143779" w14:textId="77777777" w:rsidR="005B3871" w:rsidRDefault="00000000">
            <w:pPr>
              <w:spacing w:after="60" w:line="245" w:lineRule="auto"/>
            </w:pPr>
            <w:r>
              <w:rPr>
                <w:color w:val="000000"/>
                <w:sz w:val="16"/>
              </w:rPr>
              <w:t>množica, element, lastnost, kriterij, vsiljivec, Carrollov prikaz, drevesni prikaz, odločitev</w:t>
            </w:r>
          </w:p>
          <w:p w14:paraId="3CA111D8" w14:textId="77777777" w:rsidR="005B3871" w:rsidRDefault="00000000">
            <w:pPr>
              <w:spacing w:after="20" w:line="245" w:lineRule="auto"/>
            </w:pPr>
            <w:r>
              <w:rPr>
                <w:b/>
                <w:color w:val="000000"/>
                <w:sz w:val="17"/>
              </w:rPr>
              <w:t>DOKAZI O UČENJU</w:t>
            </w:r>
          </w:p>
          <w:p w14:paraId="0A367319" w14:textId="77777777" w:rsidR="005B3871" w:rsidRDefault="00000000">
            <w:pPr>
              <w:pStyle w:val="Oznaenseznam"/>
              <w:spacing w:after="16"/>
            </w:pPr>
            <w:r>
              <w:rPr>
                <w:color w:val="000000"/>
                <w:sz w:val="16"/>
              </w:rPr>
              <w:t>množica s pojasnjenim kriterijem</w:t>
            </w:r>
          </w:p>
          <w:p w14:paraId="65EA4193" w14:textId="77777777" w:rsidR="005B3871" w:rsidRDefault="00000000">
            <w:pPr>
              <w:pStyle w:val="Oznaenseznam"/>
              <w:spacing w:after="16"/>
            </w:pPr>
            <w:r>
              <w:rPr>
                <w:color w:val="000000"/>
                <w:sz w:val="16"/>
              </w:rPr>
              <w:t>pravilna lega elementa v Carrollovem prikazu</w:t>
            </w:r>
          </w:p>
          <w:p w14:paraId="66E286C8" w14:textId="77777777" w:rsidR="005B3871" w:rsidRDefault="00000000">
            <w:pPr>
              <w:pStyle w:val="Oznaenseznam"/>
              <w:spacing w:after="16"/>
            </w:pPr>
            <w:r>
              <w:rPr>
                <w:color w:val="000000"/>
                <w:sz w:val="16"/>
              </w:rPr>
              <w:t>konkretni drevesni prikaz in razlaga poti</w:t>
            </w:r>
          </w:p>
          <w:p w14:paraId="1B599374" w14:textId="77777777" w:rsidR="005B3871" w:rsidRDefault="00000000">
            <w:pPr>
              <w:pStyle w:val="Oznaenseznam"/>
              <w:spacing w:after="16"/>
            </w:pPr>
            <w:r>
              <w:rPr>
                <w:color w:val="000000"/>
                <w:sz w:val="16"/>
              </w:rPr>
              <w:t>samostojno oblikovana množica in vrstniški odziv</w:t>
            </w:r>
          </w:p>
          <w:p w14:paraId="567A9917" w14:textId="77777777" w:rsidR="005B3871" w:rsidRDefault="00000000">
            <w:pPr>
              <w:spacing w:before="40" w:after="20" w:line="245" w:lineRule="auto"/>
            </w:pPr>
            <w:r>
              <w:rPr>
                <w:b/>
                <w:color w:val="000000"/>
                <w:sz w:val="17"/>
              </w:rPr>
              <w:t>MEDPREDMETNA POVEZAVA</w:t>
            </w:r>
          </w:p>
          <w:p w14:paraId="384FD9ED" w14:textId="77777777" w:rsidR="005B3871" w:rsidRDefault="00000000">
            <w:pPr>
              <w:spacing w:after="60" w:line="245" w:lineRule="auto"/>
            </w:pPr>
            <w:r>
              <w:rPr>
                <w:color w:val="000000"/>
                <w:sz w:val="16"/>
              </w:rPr>
              <w:t>SLJ – poimenovanje lastnosti in vprašanja; SPO – razvrščanje predmetov; ŠPO – živi prikaz; LUM – znaki lastnosti</w:t>
            </w:r>
          </w:p>
          <w:p w14:paraId="6A683961" w14:textId="77777777" w:rsidR="005B3871" w:rsidRDefault="00000000">
            <w:pPr>
              <w:spacing w:after="20" w:line="245" w:lineRule="auto"/>
            </w:pPr>
            <w:r>
              <w:rPr>
                <w:b/>
                <w:color w:val="000000"/>
                <w:sz w:val="17"/>
              </w:rPr>
              <w:t>POUČEVANJE V GIBANJU</w:t>
            </w:r>
          </w:p>
          <w:p w14:paraId="3B6E27BD"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0BF74DE9" w14:textId="77777777" w:rsidR="005B3871" w:rsidRDefault="00000000">
            <w:pPr>
              <w:spacing w:after="20" w:line="245" w:lineRule="auto"/>
            </w:pPr>
            <w:r>
              <w:rPr>
                <w:b/>
                <w:color w:val="000000"/>
                <w:sz w:val="17"/>
              </w:rPr>
              <w:t>DELO PO POSTAJAH</w:t>
            </w:r>
          </w:p>
          <w:p w14:paraId="2974ABBA" w14:textId="77777777" w:rsidR="005B3871" w:rsidRDefault="00000000">
            <w:pPr>
              <w:spacing w:after="60" w:line="245" w:lineRule="auto"/>
            </w:pPr>
            <w:r>
              <w:rPr>
                <w:color w:val="000000"/>
                <w:sz w:val="15"/>
              </w:rPr>
              <w:t>Načrtovana rotacija: konkretno-izkušenjska – Množice igrač; gibalna/sodelovalna – Živi Carrollov prikaz; slikovno-simbolna – Drevo odločitev; izziv, dokaz in povratna informacija – Ugani mojo množico. Pri pisnem ocenjevanju se postaje izvedejo v pripravi, analizi in ponovnem učenju.</w:t>
            </w:r>
          </w:p>
          <w:p w14:paraId="7BECCE5E" w14:textId="77777777" w:rsidR="005B3871" w:rsidRDefault="00000000">
            <w:pPr>
              <w:spacing w:after="20" w:line="245" w:lineRule="auto"/>
            </w:pPr>
            <w:r>
              <w:rPr>
                <w:b/>
                <w:color w:val="000000"/>
                <w:sz w:val="17"/>
              </w:rPr>
              <w:t>DIFERENCIACIJA IN VKLJUČEVANJE</w:t>
            </w:r>
          </w:p>
          <w:p w14:paraId="46B5D725"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490B8EF7" w14:textId="77777777" w:rsidR="005B3871" w:rsidRDefault="00000000">
            <w:pPr>
              <w:spacing w:after="20" w:line="245" w:lineRule="auto"/>
            </w:pPr>
            <w:r>
              <w:rPr>
                <w:b/>
                <w:color w:val="000000"/>
                <w:sz w:val="17"/>
              </w:rPr>
              <w:t>SPREMLJANJE</w:t>
            </w:r>
          </w:p>
          <w:p w14:paraId="5B78827B"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39327FFA"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379E5CD" w14:textId="77777777">
              <w:trPr>
                <w:jc w:val="center"/>
              </w:trPr>
              <w:tc>
                <w:tcPr>
                  <w:tcW w:w="7087" w:type="dxa"/>
                  <w:shd w:val="clear" w:color="auto" w:fill="C6E7F3"/>
                  <w:tcMar>
                    <w:top w:w="45" w:type="dxa"/>
                    <w:left w:w="70" w:type="dxa"/>
                    <w:bottom w:w="45" w:type="dxa"/>
                    <w:right w:w="70" w:type="dxa"/>
                  </w:tcMar>
                </w:tcPr>
                <w:p w14:paraId="616464BF" w14:textId="77777777" w:rsidR="005B3871" w:rsidRDefault="00000000">
                  <w:pPr>
                    <w:keepNext/>
                  </w:pPr>
                  <w:r>
                    <w:rPr>
                      <w:b/>
                      <w:color w:val="000000"/>
                    </w:rPr>
                    <w:t>GLAVNI DEL – IZKUŠENJSKO IN PROBLEMSKO UČENJE (4 šolske ure)</w:t>
                  </w:r>
                </w:p>
              </w:tc>
            </w:tr>
          </w:tbl>
          <w:p w14:paraId="5671D152" w14:textId="77777777" w:rsidR="005B3871" w:rsidRDefault="005B3871">
            <w:pPr>
              <w:spacing w:line="20" w:lineRule="exact"/>
            </w:pPr>
          </w:p>
          <w:p w14:paraId="67782D8C" w14:textId="77777777" w:rsidR="005B3871" w:rsidRDefault="00000000">
            <w:pPr>
              <w:keepNext/>
              <w:spacing w:before="40" w:after="10" w:line="245" w:lineRule="auto"/>
            </w:pPr>
            <w:r>
              <w:rPr>
                <w:b/>
                <w:color w:val="000000"/>
                <w:sz w:val="17"/>
              </w:rPr>
              <w:t>1. URA – Množice igrač</w:t>
            </w:r>
          </w:p>
          <w:p w14:paraId="0878503E" w14:textId="77777777" w:rsidR="005B3871" w:rsidRDefault="00000000">
            <w:pPr>
              <w:spacing w:after="14" w:line="245" w:lineRule="auto"/>
            </w:pPr>
            <w:r>
              <w:rPr>
                <w:b/>
                <w:color w:val="000000"/>
                <w:sz w:val="16"/>
              </w:rPr>
              <w:t xml:space="preserve">Dejavnost učiteljice: </w:t>
            </w:r>
            <w:r>
              <w:rPr>
                <w:color w:val="000000"/>
                <w:sz w:val="16"/>
              </w:rPr>
              <w:t>Ponudi igrače z jasno vidnimi lastnostmi in ne določi kriterija vnaprej.</w:t>
            </w:r>
          </w:p>
          <w:p w14:paraId="0AAB2215" w14:textId="77777777" w:rsidR="005B3871" w:rsidRDefault="00000000">
            <w:pPr>
              <w:spacing w:after="14" w:line="245" w:lineRule="auto"/>
            </w:pPr>
            <w:r>
              <w:rPr>
                <w:b/>
                <w:color w:val="000000"/>
                <w:sz w:val="16"/>
              </w:rPr>
              <w:t xml:space="preserve">Dejavnost učencev: </w:t>
            </w:r>
            <w:r>
              <w:rPr>
                <w:color w:val="000000"/>
                <w:sz w:val="16"/>
              </w:rPr>
              <w:t>Oblikujejo množico po eni lastnosti, lastnost poimenujejo in poiščejo morebitnega vsiljivca.</w:t>
            </w:r>
          </w:p>
          <w:p w14:paraId="62474503" w14:textId="77777777" w:rsidR="005B3871" w:rsidRDefault="00000000">
            <w:pPr>
              <w:spacing w:after="24" w:line="245" w:lineRule="auto"/>
            </w:pPr>
            <w:r>
              <w:rPr>
                <w:i/>
                <w:color w:val="D95BC6"/>
                <w:sz w:val="16"/>
              </w:rPr>
              <w:t>Predvideni dokaz: množica s pojasnjenim kriterijem.</w:t>
            </w:r>
          </w:p>
          <w:p w14:paraId="632F6592" w14:textId="77777777" w:rsidR="005B3871" w:rsidRDefault="00000000">
            <w:pPr>
              <w:keepNext/>
              <w:spacing w:before="40" w:after="10" w:line="245" w:lineRule="auto"/>
            </w:pPr>
            <w:r>
              <w:rPr>
                <w:b/>
                <w:color w:val="000000"/>
                <w:sz w:val="17"/>
              </w:rPr>
              <w:t>2. URA – Živi Carrollov prikaz</w:t>
            </w:r>
          </w:p>
          <w:p w14:paraId="2C5877F1" w14:textId="77777777" w:rsidR="005B3871" w:rsidRDefault="00000000">
            <w:pPr>
              <w:spacing w:after="14" w:line="245" w:lineRule="auto"/>
            </w:pPr>
            <w:r>
              <w:rPr>
                <w:b/>
                <w:color w:val="000000"/>
                <w:sz w:val="16"/>
              </w:rPr>
              <w:t xml:space="preserve">Dejavnost učiteljice: </w:t>
            </w:r>
            <w:r>
              <w:rPr>
                <w:color w:val="000000"/>
                <w:sz w:val="16"/>
              </w:rPr>
              <w:t>Na tleh označi dve področji da/ne in vodi razvrščanje po eni lastnosti.</w:t>
            </w:r>
          </w:p>
          <w:p w14:paraId="58FE3396" w14:textId="77777777" w:rsidR="005B3871" w:rsidRDefault="00000000">
            <w:pPr>
              <w:spacing w:after="14" w:line="245" w:lineRule="auto"/>
            </w:pPr>
            <w:r>
              <w:rPr>
                <w:b/>
                <w:color w:val="000000"/>
                <w:sz w:val="16"/>
              </w:rPr>
              <w:t xml:space="preserve">Dejavnost učencev: </w:t>
            </w:r>
            <w:r>
              <w:rPr>
                <w:color w:val="000000"/>
                <w:sz w:val="16"/>
              </w:rPr>
              <w:t>S kartico stopijo v pravilno polje ter svojo odločitev preverijo ob kriteriju.</w:t>
            </w:r>
          </w:p>
          <w:p w14:paraId="2B0DF5EF" w14:textId="77777777" w:rsidR="005B3871" w:rsidRDefault="00000000">
            <w:pPr>
              <w:spacing w:after="24" w:line="245" w:lineRule="auto"/>
            </w:pPr>
            <w:r>
              <w:rPr>
                <w:i/>
                <w:color w:val="D95BC6"/>
                <w:sz w:val="16"/>
              </w:rPr>
              <w:t>Predvideni dokaz: pravilna lega elementa v Carrollovem prikazu.</w:t>
            </w:r>
          </w:p>
          <w:p w14:paraId="51A08FA4" w14:textId="77777777" w:rsidR="005B3871" w:rsidRDefault="00000000">
            <w:pPr>
              <w:keepNext/>
              <w:spacing w:before="40" w:after="10" w:line="245" w:lineRule="auto"/>
            </w:pPr>
            <w:r>
              <w:rPr>
                <w:b/>
                <w:color w:val="000000"/>
                <w:sz w:val="17"/>
              </w:rPr>
              <w:t>3. URA – Drevo odločitev</w:t>
            </w:r>
          </w:p>
          <w:p w14:paraId="17B35ACD" w14:textId="77777777" w:rsidR="005B3871" w:rsidRDefault="00000000">
            <w:pPr>
              <w:spacing w:after="14" w:line="245" w:lineRule="auto"/>
            </w:pPr>
            <w:r>
              <w:rPr>
                <w:b/>
                <w:color w:val="000000"/>
                <w:sz w:val="16"/>
              </w:rPr>
              <w:t xml:space="preserve">Dejavnost učiteljice: </w:t>
            </w:r>
            <w:r>
              <w:rPr>
                <w:color w:val="000000"/>
                <w:sz w:val="16"/>
              </w:rPr>
              <w:t>S puščicami oblikuje dve poti in glasno modelira odločanje po vprašanju.</w:t>
            </w:r>
          </w:p>
          <w:p w14:paraId="56AF243E" w14:textId="77777777" w:rsidR="005B3871" w:rsidRDefault="00000000">
            <w:pPr>
              <w:spacing w:after="14" w:line="245" w:lineRule="auto"/>
            </w:pPr>
            <w:r>
              <w:rPr>
                <w:b/>
                <w:color w:val="000000"/>
                <w:sz w:val="16"/>
              </w:rPr>
              <w:t xml:space="preserve">Dejavnost učencev: </w:t>
            </w:r>
            <w:r>
              <w:rPr>
                <w:color w:val="000000"/>
                <w:sz w:val="16"/>
              </w:rPr>
              <w:t>Sledijo drevesni poti, razvrstijo element in povedo zaporedje odločitev.</w:t>
            </w:r>
          </w:p>
          <w:p w14:paraId="180E3A17" w14:textId="77777777" w:rsidR="005B3871" w:rsidRDefault="00000000">
            <w:pPr>
              <w:spacing w:after="24" w:line="245" w:lineRule="auto"/>
            </w:pPr>
            <w:r>
              <w:rPr>
                <w:i/>
                <w:color w:val="D95BC6"/>
                <w:sz w:val="16"/>
              </w:rPr>
              <w:t>Predvideni dokaz: konkretni drevesni prikaz in razlaga poti.</w:t>
            </w:r>
          </w:p>
          <w:p w14:paraId="74D7367B" w14:textId="77777777" w:rsidR="005B3871" w:rsidRDefault="00000000">
            <w:pPr>
              <w:keepNext/>
              <w:spacing w:before="40" w:after="10" w:line="245" w:lineRule="auto"/>
            </w:pPr>
            <w:r>
              <w:rPr>
                <w:b/>
                <w:color w:val="000000"/>
                <w:sz w:val="17"/>
              </w:rPr>
              <w:t>4. URA – Ugani mojo množico</w:t>
            </w:r>
          </w:p>
          <w:p w14:paraId="7F51FA60" w14:textId="77777777" w:rsidR="005B3871" w:rsidRDefault="00000000">
            <w:pPr>
              <w:spacing w:after="14" w:line="245" w:lineRule="auto"/>
            </w:pPr>
            <w:r>
              <w:rPr>
                <w:b/>
                <w:color w:val="000000"/>
                <w:sz w:val="16"/>
              </w:rPr>
              <w:t xml:space="preserve">Dejavnost učiteljice: </w:t>
            </w:r>
            <w:r>
              <w:rPr>
                <w:color w:val="000000"/>
                <w:sz w:val="16"/>
              </w:rPr>
              <w:t>Spodbuja izbiro jasnega kriterija in vrstniška vprašanja brez razkritja odgovora.</w:t>
            </w:r>
          </w:p>
          <w:p w14:paraId="06FF3216" w14:textId="77777777" w:rsidR="005B3871" w:rsidRDefault="00000000">
            <w:pPr>
              <w:spacing w:after="14" w:line="245" w:lineRule="auto"/>
            </w:pPr>
            <w:r>
              <w:rPr>
                <w:b/>
                <w:color w:val="000000"/>
                <w:sz w:val="16"/>
              </w:rPr>
              <w:t xml:space="preserve">Dejavnost učencev: </w:t>
            </w:r>
            <w:r>
              <w:rPr>
                <w:color w:val="000000"/>
                <w:sz w:val="16"/>
              </w:rPr>
              <w:t>Ustvarijo množico, sošolec ugane pravilo, nato si podata odziv po kriteriju.</w:t>
            </w:r>
          </w:p>
          <w:p w14:paraId="07311730" w14:textId="77777777" w:rsidR="005B3871" w:rsidRDefault="00000000">
            <w:pPr>
              <w:spacing w:after="24" w:line="245" w:lineRule="auto"/>
            </w:pPr>
            <w:r>
              <w:rPr>
                <w:i/>
                <w:color w:val="D95BC6"/>
                <w:sz w:val="16"/>
              </w:rPr>
              <w:t>Predvideni dokaz: samostojno oblikovana množica in vrstniški odziv.</w:t>
            </w:r>
          </w:p>
          <w:tbl>
            <w:tblPr>
              <w:tblStyle w:val="Tabelamrea"/>
              <w:tblW w:w="0" w:type="auto"/>
              <w:jc w:val="center"/>
              <w:tblLayout w:type="fixed"/>
              <w:tblLook w:val="04A0" w:firstRow="1" w:lastRow="0" w:firstColumn="1" w:lastColumn="0" w:noHBand="0" w:noVBand="1"/>
            </w:tblPr>
            <w:tblGrid>
              <w:gridCol w:w="7087"/>
            </w:tblGrid>
            <w:tr w:rsidR="005B3871" w14:paraId="7476C6C5" w14:textId="77777777">
              <w:trPr>
                <w:jc w:val="center"/>
              </w:trPr>
              <w:tc>
                <w:tcPr>
                  <w:tcW w:w="7087" w:type="dxa"/>
                  <w:shd w:val="clear" w:color="auto" w:fill="EDC9EA"/>
                  <w:tcMar>
                    <w:top w:w="45" w:type="dxa"/>
                    <w:left w:w="70" w:type="dxa"/>
                    <w:bottom w:w="45" w:type="dxa"/>
                    <w:right w:w="70" w:type="dxa"/>
                  </w:tcMar>
                </w:tcPr>
                <w:p w14:paraId="015351D3" w14:textId="77777777" w:rsidR="005B3871" w:rsidRDefault="00000000">
                  <w:pPr>
                    <w:keepNext/>
                  </w:pPr>
                  <w:r>
                    <w:rPr>
                      <w:b/>
                      <w:color w:val="000000"/>
                    </w:rPr>
                    <w:t>POVRATNA INFORMACIJA UČITELJICE MED DELOM</w:t>
                  </w:r>
                </w:p>
              </w:tc>
            </w:tr>
          </w:tbl>
          <w:p w14:paraId="0BB45979" w14:textId="77777777" w:rsidR="005B3871" w:rsidRDefault="005B3871"/>
          <w:p w14:paraId="20D9372C"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48266003" w14:textId="77777777" w:rsidR="005B3871" w:rsidRDefault="005B3871"/>
          <w:p w14:paraId="033E2271" w14:textId="77777777" w:rsidR="005B3871" w:rsidRDefault="00000000">
            <w:pPr>
              <w:spacing w:after="10" w:line="245" w:lineRule="auto"/>
            </w:pPr>
            <w:r>
              <w:rPr>
                <w:b/>
                <w:color w:val="000000"/>
                <w:sz w:val="16"/>
              </w:rPr>
              <w:t>1. URA</w:t>
            </w:r>
          </w:p>
          <w:p w14:paraId="01BC0A3E" w14:textId="77777777" w:rsidR="005B3871" w:rsidRDefault="00000000">
            <w:pPr>
              <w:spacing w:after="30" w:line="245" w:lineRule="auto"/>
            </w:pPr>
            <w:r>
              <w:rPr>
                <w:color w:val="000000"/>
                <w:sz w:val="16"/>
              </w:rPr>
              <w:t>Oblikujejo množico po eni lastnosti, lastnost poimenujejo in poiščejo morebitnega vsiljivca.</w:t>
            </w:r>
          </w:p>
          <w:p w14:paraId="25E1A10D" w14:textId="77777777" w:rsidR="005B3871" w:rsidRDefault="00000000">
            <w:pPr>
              <w:spacing w:line="245" w:lineRule="auto"/>
            </w:pPr>
            <w:r>
              <w:rPr>
                <w:b/>
                <w:color w:val="D95BC6"/>
                <w:sz w:val="16"/>
              </w:rPr>
              <w:t>DOKAZ</w:t>
            </w:r>
          </w:p>
          <w:p w14:paraId="5BEC46DC" w14:textId="77777777" w:rsidR="005B3871" w:rsidRDefault="00000000">
            <w:pPr>
              <w:spacing w:after="40" w:line="245" w:lineRule="auto"/>
            </w:pPr>
            <w:r>
              <w:rPr>
                <w:color w:val="D95BC6"/>
                <w:sz w:val="15"/>
              </w:rPr>
              <w:t>množica s pojasnjenim kriterijem</w:t>
            </w:r>
          </w:p>
          <w:p w14:paraId="126741A3" w14:textId="77777777" w:rsidR="005B3871" w:rsidRDefault="00000000">
            <w:pPr>
              <w:spacing w:after="10" w:line="245" w:lineRule="auto"/>
            </w:pPr>
            <w:r>
              <w:rPr>
                <w:b/>
                <w:color w:val="000000"/>
                <w:sz w:val="16"/>
              </w:rPr>
              <w:t>2. URA</w:t>
            </w:r>
          </w:p>
          <w:p w14:paraId="1E4DCA48" w14:textId="77777777" w:rsidR="005B3871" w:rsidRDefault="00000000">
            <w:pPr>
              <w:spacing w:after="30" w:line="245" w:lineRule="auto"/>
            </w:pPr>
            <w:r>
              <w:rPr>
                <w:color w:val="000000"/>
                <w:sz w:val="16"/>
              </w:rPr>
              <w:t>S kartico stopijo v pravilno polje ter svojo odločitev preverijo ob kriteriju.</w:t>
            </w:r>
          </w:p>
          <w:p w14:paraId="2955EB3F" w14:textId="77777777" w:rsidR="005B3871" w:rsidRDefault="00000000">
            <w:pPr>
              <w:spacing w:line="245" w:lineRule="auto"/>
            </w:pPr>
            <w:r>
              <w:rPr>
                <w:b/>
                <w:color w:val="D95BC6"/>
                <w:sz w:val="16"/>
              </w:rPr>
              <w:t>DOKAZ</w:t>
            </w:r>
          </w:p>
          <w:p w14:paraId="602EA77A" w14:textId="77777777" w:rsidR="005B3871" w:rsidRDefault="00000000">
            <w:pPr>
              <w:spacing w:after="40" w:line="245" w:lineRule="auto"/>
            </w:pPr>
            <w:r>
              <w:rPr>
                <w:color w:val="D95BC6"/>
                <w:sz w:val="15"/>
              </w:rPr>
              <w:t>pravilna lega elementa v Carrollovem prikazu</w:t>
            </w:r>
          </w:p>
          <w:p w14:paraId="78DBDA1E" w14:textId="77777777" w:rsidR="005B3871" w:rsidRDefault="00000000">
            <w:pPr>
              <w:spacing w:after="10" w:line="245" w:lineRule="auto"/>
            </w:pPr>
            <w:r>
              <w:rPr>
                <w:b/>
                <w:color w:val="000000"/>
                <w:sz w:val="16"/>
              </w:rPr>
              <w:t>3. URA</w:t>
            </w:r>
          </w:p>
          <w:p w14:paraId="254BB932" w14:textId="77777777" w:rsidR="005B3871" w:rsidRDefault="00000000">
            <w:pPr>
              <w:spacing w:after="30" w:line="245" w:lineRule="auto"/>
            </w:pPr>
            <w:r>
              <w:rPr>
                <w:color w:val="000000"/>
                <w:sz w:val="16"/>
              </w:rPr>
              <w:t>Sledijo drevesni poti, razvrstijo element in povedo zaporedje odločitev.</w:t>
            </w:r>
          </w:p>
          <w:p w14:paraId="650C7639" w14:textId="77777777" w:rsidR="005B3871" w:rsidRDefault="00000000">
            <w:pPr>
              <w:spacing w:line="245" w:lineRule="auto"/>
            </w:pPr>
            <w:r>
              <w:rPr>
                <w:b/>
                <w:color w:val="D95BC6"/>
                <w:sz w:val="16"/>
              </w:rPr>
              <w:t>DOKAZ</w:t>
            </w:r>
          </w:p>
          <w:p w14:paraId="2A20585A" w14:textId="77777777" w:rsidR="005B3871" w:rsidRDefault="00000000">
            <w:pPr>
              <w:spacing w:after="40" w:line="245" w:lineRule="auto"/>
            </w:pPr>
            <w:r>
              <w:rPr>
                <w:color w:val="D95BC6"/>
                <w:sz w:val="15"/>
              </w:rPr>
              <w:t>konkretni drevesni prikaz in razlaga poti</w:t>
            </w:r>
          </w:p>
          <w:p w14:paraId="35EA40E6" w14:textId="77777777" w:rsidR="005B3871" w:rsidRDefault="00000000">
            <w:pPr>
              <w:spacing w:after="10" w:line="245" w:lineRule="auto"/>
            </w:pPr>
            <w:r>
              <w:rPr>
                <w:b/>
                <w:color w:val="000000"/>
                <w:sz w:val="16"/>
              </w:rPr>
              <w:t>4. URA</w:t>
            </w:r>
          </w:p>
          <w:p w14:paraId="76C886FA" w14:textId="77777777" w:rsidR="005B3871" w:rsidRDefault="00000000">
            <w:pPr>
              <w:spacing w:after="30" w:line="245" w:lineRule="auto"/>
            </w:pPr>
            <w:r>
              <w:rPr>
                <w:color w:val="000000"/>
                <w:sz w:val="16"/>
              </w:rPr>
              <w:t>Ustvarijo množico, sošolec ugane pravilo, nato si podata odziv po kriteriju.</w:t>
            </w:r>
          </w:p>
          <w:p w14:paraId="05EF1358" w14:textId="77777777" w:rsidR="005B3871" w:rsidRDefault="00000000">
            <w:pPr>
              <w:spacing w:line="245" w:lineRule="auto"/>
            </w:pPr>
            <w:r>
              <w:rPr>
                <w:b/>
                <w:color w:val="D95BC6"/>
                <w:sz w:val="16"/>
              </w:rPr>
              <w:t>DOKAZ</w:t>
            </w:r>
          </w:p>
          <w:p w14:paraId="3FC5C773" w14:textId="77777777" w:rsidR="005B3871" w:rsidRDefault="00000000">
            <w:pPr>
              <w:spacing w:after="40" w:line="245" w:lineRule="auto"/>
            </w:pPr>
            <w:r>
              <w:rPr>
                <w:color w:val="D95BC6"/>
                <w:sz w:val="15"/>
              </w:rPr>
              <w:t>samostojno oblikovana množica in vrstniški odziv</w:t>
            </w:r>
          </w:p>
        </w:tc>
      </w:tr>
    </w:tbl>
    <w:p w14:paraId="78A41EC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3A5A44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B3CB7B7"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60CD01" w14:textId="77777777" w:rsidR="005B3871" w:rsidRDefault="00000000">
            <w:pPr>
              <w:jc w:val="center"/>
            </w:pPr>
            <w:r>
              <w:rPr>
                <w:b/>
                <w:color w:val="000000"/>
                <w:sz w:val="20"/>
              </w:rPr>
              <w:t>UČNE DEJAVNOSTI, METODE IN FORMATIVNO SPREMLJANJE</w:t>
            </w:r>
          </w:p>
        </w:tc>
      </w:tr>
      <w:tr w:rsidR="005B3871" w14:paraId="188C8BBB" w14:textId="77777777">
        <w:trPr>
          <w:tblHeader/>
          <w:jc w:val="center"/>
        </w:trPr>
        <w:tc>
          <w:tcPr>
            <w:tcW w:w="4422" w:type="dxa"/>
            <w:vMerge/>
            <w:tcMar>
              <w:top w:w="70" w:type="dxa"/>
              <w:left w:w="90" w:type="dxa"/>
              <w:bottom w:w="70" w:type="dxa"/>
              <w:right w:w="90" w:type="dxa"/>
            </w:tcMar>
            <w:vAlign w:val="center"/>
          </w:tcPr>
          <w:p w14:paraId="649C6759" w14:textId="77777777" w:rsidR="005B3871" w:rsidRDefault="005B3871"/>
        </w:tc>
        <w:tc>
          <w:tcPr>
            <w:tcW w:w="7087" w:type="dxa"/>
            <w:shd w:val="clear" w:color="auto" w:fill="FFFFFF"/>
            <w:tcMar>
              <w:top w:w="70" w:type="dxa"/>
              <w:left w:w="90" w:type="dxa"/>
              <w:bottom w:w="70" w:type="dxa"/>
              <w:right w:w="90" w:type="dxa"/>
            </w:tcMar>
            <w:vAlign w:val="center"/>
          </w:tcPr>
          <w:p w14:paraId="5F35B193"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9EA31FD" w14:textId="77777777" w:rsidR="005B3871" w:rsidRDefault="00000000">
            <w:pPr>
              <w:jc w:val="center"/>
            </w:pPr>
            <w:r>
              <w:rPr>
                <w:b/>
                <w:color w:val="000000"/>
              </w:rPr>
              <w:t>UČENEC</w:t>
            </w:r>
          </w:p>
        </w:tc>
      </w:tr>
      <w:tr w:rsidR="005B3871" w14:paraId="7A73A310" w14:textId="77777777">
        <w:trPr>
          <w:jc w:val="center"/>
        </w:trPr>
        <w:tc>
          <w:tcPr>
            <w:tcW w:w="4422" w:type="dxa"/>
            <w:tcMar>
              <w:top w:w="70" w:type="dxa"/>
              <w:left w:w="90" w:type="dxa"/>
              <w:bottom w:w="70" w:type="dxa"/>
              <w:right w:w="90" w:type="dxa"/>
            </w:tcMar>
          </w:tcPr>
          <w:p w14:paraId="62D95016" w14:textId="77777777" w:rsidR="005B3871" w:rsidRDefault="005B3871"/>
          <w:p w14:paraId="45E23CF3" w14:textId="77777777" w:rsidR="005B3871" w:rsidRDefault="00000000">
            <w:pPr>
              <w:spacing w:after="40" w:line="245" w:lineRule="auto"/>
            </w:pPr>
            <w:r>
              <w:rPr>
                <w:b/>
                <w:color w:val="000000"/>
              </w:rPr>
              <w:t>FORMATIVNO SPREMLJANJE</w:t>
            </w:r>
          </w:p>
          <w:p w14:paraId="134911C5" w14:textId="77777777" w:rsidR="005B3871" w:rsidRDefault="00000000">
            <w:pPr>
              <w:pStyle w:val="Oznaenseznam"/>
              <w:spacing w:after="16"/>
            </w:pPr>
            <w:r>
              <w:rPr>
                <w:color w:val="000000"/>
                <w:sz w:val="16"/>
              </w:rPr>
              <w:t>predznanje: začetna strategija, ocena, razvrstitev, model ali risba</w:t>
            </w:r>
          </w:p>
          <w:p w14:paraId="753B5DB9" w14:textId="77777777" w:rsidR="005B3871" w:rsidRDefault="00000000">
            <w:pPr>
              <w:pStyle w:val="Oznaenseznam"/>
              <w:spacing w:after="16"/>
            </w:pPr>
            <w:r>
              <w:rPr>
                <w:color w:val="000000"/>
                <w:sz w:val="16"/>
              </w:rPr>
              <w:t>dokazi med učenjem: konkretni, gibalni, slikovni in simbolni prikaz ter razlaga postopka</w:t>
            </w:r>
          </w:p>
          <w:p w14:paraId="01877407" w14:textId="77777777" w:rsidR="005B3871" w:rsidRDefault="00000000">
            <w:pPr>
              <w:pStyle w:val="Oznaenseznam"/>
              <w:spacing w:after="16"/>
            </w:pPr>
            <w:r>
              <w:rPr>
                <w:color w:val="000000"/>
                <w:sz w:val="16"/>
              </w:rPr>
              <w:t>povratna informacija: konkretna, vezana na kriterij in usmerjena v preverjanje ali naslednji korak</w:t>
            </w:r>
          </w:p>
          <w:p w14:paraId="447AE0B9" w14:textId="77777777" w:rsidR="005B3871" w:rsidRDefault="00000000">
            <w:pPr>
              <w:pStyle w:val="Oznaenseznam"/>
              <w:spacing w:after="16"/>
            </w:pPr>
            <w:r>
              <w:rPr>
                <w:color w:val="000000"/>
                <w:sz w:val="16"/>
              </w:rPr>
              <w:t>samovrednotenje: semafor, lestvica samostojnosti, izbrani dokaz ali kratka poved</w:t>
            </w:r>
          </w:p>
          <w:p w14:paraId="390BEB2E" w14:textId="77777777" w:rsidR="005B3871" w:rsidRDefault="00000000">
            <w:pPr>
              <w:spacing w:before="40" w:after="20" w:line="245" w:lineRule="auto"/>
            </w:pPr>
            <w:r>
              <w:rPr>
                <w:b/>
                <w:color w:val="000000"/>
                <w:sz w:val="17"/>
              </w:rPr>
              <w:t>VARNOST IN ODGOVORNOST</w:t>
            </w:r>
          </w:p>
          <w:p w14:paraId="194A1E14"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4B709AFD" w14:textId="77777777" w:rsidR="005B3871" w:rsidRDefault="00000000">
            <w:pPr>
              <w:spacing w:after="20" w:line="245" w:lineRule="auto"/>
            </w:pPr>
            <w:r>
              <w:rPr>
                <w:b/>
                <w:color w:val="000000"/>
                <w:sz w:val="17"/>
              </w:rPr>
              <w:t>EVIDENCA PO IZVEDBI</w:t>
            </w:r>
          </w:p>
          <w:p w14:paraId="39F6BED1"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4A0328C6"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24EB0E3" w14:textId="77777777">
              <w:trPr>
                <w:jc w:val="center"/>
              </w:trPr>
              <w:tc>
                <w:tcPr>
                  <w:tcW w:w="7087" w:type="dxa"/>
                  <w:shd w:val="clear" w:color="auto" w:fill="EDC9EA"/>
                  <w:tcMar>
                    <w:top w:w="45" w:type="dxa"/>
                    <w:left w:w="70" w:type="dxa"/>
                    <w:bottom w:w="45" w:type="dxa"/>
                    <w:right w:w="70" w:type="dxa"/>
                  </w:tcMar>
                </w:tcPr>
                <w:p w14:paraId="76400D64" w14:textId="77777777" w:rsidR="005B3871" w:rsidRDefault="00000000">
                  <w:pPr>
                    <w:keepNext/>
                  </w:pPr>
                  <w:r>
                    <w:rPr>
                      <w:b/>
                      <w:color w:val="000000"/>
                    </w:rPr>
                    <w:t>VPRAŠANJA V PODPORO MATEMATIČNEMU UČENJU</w:t>
                  </w:r>
                </w:p>
              </w:tc>
            </w:tr>
          </w:tbl>
          <w:p w14:paraId="6FE4BC2B" w14:textId="77777777" w:rsidR="005B3871" w:rsidRDefault="005B3871">
            <w:pPr>
              <w:spacing w:line="20" w:lineRule="exact"/>
            </w:pPr>
          </w:p>
          <w:p w14:paraId="3513B74E" w14:textId="77777777" w:rsidR="005B3871" w:rsidRDefault="00000000">
            <w:pPr>
              <w:pStyle w:val="Oznaenseznam"/>
              <w:spacing w:after="16"/>
            </w:pPr>
            <w:r>
              <w:rPr>
                <w:color w:val="000000"/>
                <w:sz w:val="16"/>
              </w:rPr>
              <w:t>Kaj v tvojem modelu, risbi ali zapisu predstavlja posamezni del naloge?</w:t>
            </w:r>
          </w:p>
          <w:p w14:paraId="506C0493" w14:textId="77777777" w:rsidR="005B3871" w:rsidRDefault="00000000">
            <w:pPr>
              <w:pStyle w:val="Oznaenseznam"/>
              <w:spacing w:after="16"/>
            </w:pPr>
            <w:r>
              <w:rPr>
                <w:color w:val="000000"/>
                <w:sz w:val="16"/>
              </w:rPr>
              <w:t>Kako si prišel/-la do rešitve in kako veš, da je smiselna?</w:t>
            </w:r>
          </w:p>
          <w:p w14:paraId="5AF8620E" w14:textId="77777777" w:rsidR="005B3871" w:rsidRDefault="00000000">
            <w:pPr>
              <w:pStyle w:val="Oznaenseznam"/>
              <w:spacing w:after="16"/>
            </w:pPr>
            <w:r>
              <w:rPr>
                <w:color w:val="000000"/>
                <w:sz w:val="16"/>
              </w:rPr>
              <w:t>Ali lahko isto pokažeš še s predmetom, gibanjem, risbo ali drugim zapisom?</w:t>
            </w:r>
          </w:p>
          <w:p w14:paraId="05D68716" w14:textId="77777777" w:rsidR="005B3871" w:rsidRDefault="00000000">
            <w:pPr>
              <w:pStyle w:val="Oznaenseznam"/>
              <w:spacing w:after="16"/>
            </w:pPr>
            <w:r>
              <w:rPr>
                <w:color w:val="000000"/>
                <w:sz w:val="16"/>
              </w:rPr>
              <w:t>Kje bi se lahko zmotil/-a in kako boš rešitev preveril/-a?</w:t>
            </w:r>
          </w:p>
          <w:p w14:paraId="1208FBDC"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38DB46A" w14:textId="77777777">
              <w:trPr>
                <w:jc w:val="center"/>
              </w:trPr>
              <w:tc>
                <w:tcPr>
                  <w:tcW w:w="7087" w:type="dxa"/>
                  <w:shd w:val="clear" w:color="auto" w:fill="C6E7F3"/>
                  <w:tcMar>
                    <w:top w:w="45" w:type="dxa"/>
                    <w:left w:w="70" w:type="dxa"/>
                    <w:bottom w:w="45" w:type="dxa"/>
                    <w:right w:w="70" w:type="dxa"/>
                  </w:tcMar>
                </w:tcPr>
                <w:p w14:paraId="7DB2E87B" w14:textId="77777777" w:rsidR="005B3871" w:rsidRDefault="00000000">
                  <w:pPr>
                    <w:keepNext/>
                  </w:pPr>
                  <w:r>
                    <w:rPr>
                      <w:b/>
                      <w:color w:val="000000"/>
                    </w:rPr>
                    <w:t>ZAKLJUČNI DEL – UTRJEVANJE IN REFLEKSIJA (10–15 min)</w:t>
                  </w:r>
                </w:p>
              </w:tc>
            </w:tr>
          </w:tbl>
          <w:p w14:paraId="7E4F188D" w14:textId="77777777" w:rsidR="005B3871" w:rsidRDefault="005B3871">
            <w:pPr>
              <w:spacing w:line="20" w:lineRule="exact"/>
            </w:pPr>
          </w:p>
          <w:p w14:paraId="3B6DD574"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1D5E8FFF" w14:textId="77777777">
              <w:trPr>
                <w:jc w:val="center"/>
              </w:trPr>
              <w:tc>
                <w:tcPr>
                  <w:tcW w:w="7087" w:type="dxa"/>
                  <w:shd w:val="clear" w:color="auto" w:fill="EDC9EA"/>
                  <w:tcMar>
                    <w:top w:w="45" w:type="dxa"/>
                    <w:left w:w="70" w:type="dxa"/>
                    <w:bottom w:w="45" w:type="dxa"/>
                    <w:right w:w="70" w:type="dxa"/>
                  </w:tcMar>
                </w:tcPr>
                <w:p w14:paraId="7FA2A345" w14:textId="77777777" w:rsidR="005B3871" w:rsidRDefault="00000000">
                  <w:pPr>
                    <w:keepNext/>
                  </w:pPr>
                  <w:r>
                    <w:rPr>
                      <w:b/>
                      <w:color w:val="000000"/>
                    </w:rPr>
                    <w:t>SAMOVREDNOTENJE</w:t>
                  </w:r>
                </w:p>
              </w:tc>
            </w:tr>
          </w:tbl>
          <w:p w14:paraId="4FC6DBEA" w14:textId="77777777" w:rsidR="005B3871" w:rsidRDefault="005B3871">
            <w:pPr>
              <w:spacing w:line="20" w:lineRule="exact"/>
            </w:pPr>
          </w:p>
          <w:p w14:paraId="1AEF7547"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27F031ED" w14:textId="77777777">
              <w:trPr>
                <w:jc w:val="center"/>
              </w:trPr>
              <w:tc>
                <w:tcPr>
                  <w:tcW w:w="7087" w:type="dxa"/>
                  <w:shd w:val="clear" w:color="auto" w:fill="EDC9EA"/>
                  <w:tcMar>
                    <w:top w:w="45" w:type="dxa"/>
                    <w:left w:w="70" w:type="dxa"/>
                    <w:bottom w:w="45" w:type="dxa"/>
                    <w:right w:w="70" w:type="dxa"/>
                  </w:tcMar>
                </w:tcPr>
                <w:p w14:paraId="6F72F364" w14:textId="77777777" w:rsidR="005B3871" w:rsidRDefault="00000000">
                  <w:pPr>
                    <w:keepNext/>
                  </w:pPr>
                  <w:r>
                    <w:rPr>
                      <w:b/>
                      <w:color w:val="000000"/>
                    </w:rPr>
                    <w:t>VRSTNIŠKO VREDNOTENJE</w:t>
                  </w:r>
                </w:p>
              </w:tc>
            </w:tr>
          </w:tbl>
          <w:p w14:paraId="44B80878" w14:textId="77777777" w:rsidR="005B3871" w:rsidRDefault="005B3871">
            <w:pPr>
              <w:spacing w:line="20" w:lineRule="exact"/>
            </w:pPr>
          </w:p>
          <w:p w14:paraId="6329C659"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46017504" w14:textId="77777777">
              <w:trPr>
                <w:jc w:val="center"/>
              </w:trPr>
              <w:tc>
                <w:tcPr>
                  <w:tcW w:w="7087" w:type="dxa"/>
                  <w:shd w:val="clear" w:color="auto" w:fill="EDC9EA"/>
                  <w:tcMar>
                    <w:top w:w="45" w:type="dxa"/>
                    <w:left w:w="70" w:type="dxa"/>
                    <w:bottom w:w="45" w:type="dxa"/>
                    <w:right w:w="70" w:type="dxa"/>
                  </w:tcMar>
                </w:tcPr>
                <w:p w14:paraId="54AB2D9B" w14:textId="77777777" w:rsidR="005B3871" w:rsidRDefault="00000000">
                  <w:pPr>
                    <w:keepNext/>
                  </w:pPr>
                  <w:r>
                    <w:rPr>
                      <w:b/>
                      <w:color w:val="000000"/>
                    </w:rPr>
                    <w:t>SKUPNI POVZETEK</w:t>
                  </w:r>
                </w:p>
              </w:tc>
            </w:tr>
          </w:tbl>
          <w:p w14:paraId="40F2EEE6" w14:textId="77777777" w:rsidR="005B3871" w:rsidRDefault="005B3871"/>
          <w:p w14:paraId="42C3BC3B" w14:textId="77777777" w:rsidR="005B3871" w:rsidRDefault="00000000">
            <w:pPr>
              <w:spacing w:before="20" w:after="40" w:line="245" w:lineRule="auto"/>
            </w:pPr>
            <w:r>
              <w:rPr>
                <w:b/>
                <w:color w:val="000000"/>
                <w:sz w:val="16"/>
              </w:rPr>
              <w:t>Oblikujem množico po eni lastnosti, element pravilno razvrstim in razložim svojo odločitev.</w:t>
            </w:r>
          </w:p>
        </w:tc>
        <w:tc>
          <w:tcPr>
            <w:tcW w:w="2551" w:type="dxa"/>
            <w:tcMar>
              <w:top w:w="70" w:type="dxa"/>
              <w:left w:w="90" w:type="dxa"/>
              <w:bottom w:w="70" w:type="dxa"/>
              <w:right w:w="90" w:type="dxa"/>
            </w:tcMar>
          </w:tcPr>
          <w:p w14:paraId="6A18F2A1" w14:textId="77777777" w:rsidR="005B3871" w:rsidRDefault="005B3871"/>
          <w:p w14:paraId="5A210A77" w14:textId="77777777" w:rsidR="005B3871" w:rsidRDefault="00000000">
            <w:pPr>
              <w:spacing w:after="100" w:line="245" w:lineRule="auto"/>
            </w:pPr>
            <w:r>
              <w:rPr>
                <w:color w:val="000000"/>
                <w:sz w:val="16"/>
              </w:rPr>
              <w:t>Odgovarja na podporna vprašanja in se sklicuje na svoj model, zapis ali izvedbo.</w:t>
            </w:r>
          </w:p>
          <w:p w14:paraId="409B5A5C" w14:textId="77777777" w:rsidR="005B3871" w:rsidRDefault="00000000">
            <w:pPr>
              <w:spacing w:after="100" w:line="245" w:lineRule="auto"/>
            </w:pPr>
            <w:r>
              <w:rPr>
                <w:color w:val="000000"/>
                <w:sz w:val="16"/>
              </w:rPr>
              <w:t>Primerja začetno strategijo z novim dokazom ter pojasni, kaj se je naučil/-a.</w:t>
            </w:r>
          </w:p>
          <w:p w14:paraId="22E6612D" w14:textId="77777777" w:rsidR="005B3871" w:rsidRDefault="00000000">
            <w:pPr>
              <w:spacing w:after="100" w:line="245" w:lineRule="auto"/>
            </w:pPr>
            <w:r>
              <w:rPr>
                <w:color w:val="000000"/>
                <w:sz w:val="16"/>
              </w:rPr>
              <w:t>Izbere raven samostojnosti in določi naslednji korak.</w:t>
            </w:r>
          </w:p>
          <w:p w14:paraId="7B2AC872" w14:textId="77777777" w:rsidR="005B3871" w:rsidRDefault="00000000">
            <w:pPr>
              <w:spacing w:after="100" w:line="245" w:lineRule="auto"/>
            </w:pPr>
            <w:r>
              <w:rPr>
                <w:color w:val="000000"/>
                <w:sz w:val="16"/>
              </w:rPr>
              <w:t>Sošolcu poda prijazen in konkreten odziv, vezan na kriterij.</w:t>
            </w:r>
          </w:p>
          <w:p w14:paraId="3358BA19" w14:textId="77777777" w:rsidR="005B3871" w:rsidRDefault="00000000">
            <w:pPr>
              <w:spacing w:after="20" w:line="245" w:lineRule="auto"/>
            </w:pPr>
            <w:r>
              <w:rPr>
                <w:b/>
                <w:color w:val="D95BC6"/>
                <w:sz w:val="17"/>
              </w:rPr>
              <w:t>DOKAZ O UČENJU</w:t>
            </w:r>
          </w:p>
          <w:p w14:paraId="6DE80E25"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4143A64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22F0F354" w14:textId="77777777">
        <w:trPr>
          <w:cantSplit/>
          <w:jc w:val="center"/>
        </w:trPr>
        <w:tc>
          <w:tcPr>
            <w:tcW w:w="14060" w:type="dxa"/>
            <w:gridSpan w:val="6"/>
            <w:tcMar>
              <w:top w:w="70" w:type="dxa"/>
              <w:left w:w="90" w:type="dxa"/>
              <w:bottom w:w="70" w:type="dxa"/>
              <w:right w:w="90" w:type="dxa"/>
            </w:tcMar>
            <w:vAlign w:val="center"/>
          </w:tcPr>
          <w:p w14:paraId="5B4FE42A" w14:textId="77777777" w:rsidR="005B3871" w:rsidRDefault="00000000">
            <w:pPr>
              <w:jc w:val="center"/>
            </w:pPr>
            <w:r>
              <w:rPr>
                <w:b/>
                <w:color w:val="000000"/>
                <w:sz w:val="24"/>
              </w:rPr>
              <w:lastRenderedPageBreak/>
              <w:t>UČNA PRIPRAVA 4/39</w:t>
            </w:r>
          </w:p>
        </w:tc>
      </w:tr>
      <w:tr w:rsidR="005B3871" w14:paraId="0E5C5062" w14:textId="77777777">
        <w:trPr>
          <w:jc w:val="center"/>
        </w:trPr>
        <w:tc>
          <w:tcPr>
            <w:tcW w:w="2665" w:type="dxa"/>
            <w:tcMar>
              <w:top w:w="70" w:type="dxa"/>
              <w:left w:w="90" w:type="dxa"/>
              <w:bottom w:w="70" w:type="dxa"/>
              <w:right w:w="90" w:type="dxa"/>
            </w:tcMar>
            <w:vAlign w:val="center"/>
          </w:tcPr>
          <w:p w14:paraId="10B3AFB7"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868BCEC"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4524817A"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487F3B3" w14:textId="77777777" w:rsidR="005B3871" w:rsidRDefault="00000000">
            <w:r>
              <w:rPr>
                <w:b/>
                <w:color w:val="000000"/>
                <w:sz w:val="16"/>
              </w:rPr>
              <w:t xml:space="preserve">NAČRTOVANI TERMIN: </w:t>
            </w:r>
            <w:r>
              <w:rPr>
                <w:color w:val="000000"/>
                <w:sz w:val="16"/>
              </w:rPr>
              <w:t>4. teden • 21.–25. 9. 2026</w:t>
            </w:r>
          </w:p>
        </w:tc>
        <w:tc>
          <w:tcPr>
            <w:tcW w:w="2268" w:type="dxa"/>
            <w:tcMar>
              <w:top w:w="70" w:type="dxa"/>
              <w:left w:w="90" w:type="dxa"/>
              <w:bottom w:w="70" w:type="dxa"/>
              <w:right w:w="90" w:type="dxa"/>
            </w:tcMar>
            <w:vAlign w:val="center"/>
          </w:tcPr>
          <w:p w14:paraId="0E9CCD5B"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07EDFCC" w14:textId="77777777" w:rsidR="005B3871" w:rsidRDefault="00000000">
            <w:r>
              <w:rPr>
                <w:b/>
                <w:color w:val="000000"/>
                <w:sz w:val="16"/>
              </w:rPr>
              <w:t xml:space="preserve">ŠTEVILO UR: </w:t>
            </w:r>
            <w:r>
              <w:rPr>
                <w:color w:val="000000"/>
                <w:sz w:val="16"/>
              </w:rPr>
              <w:t>3</w:t>
            </w:r>
          </w:p>
        </w:tc>
      </w:tr>
      <w:tr w:rsidR="005B3871" w14:paraId="20654D47" w14:textId="77777777">
        <w:trPr>
          <w:jc w:val="center"/>
        </w:trPr>
        <w:tc>
          <w:tcPr>
            <w:tcW w:w="14061" w:type="dxa"/>
            <w:gridSpan w:val="6"/>
            <w:tcMar>
              <w:top w:w="70" w:type="dxa"/>
              <w:left w:w="90" w:type="dxa"/>
              <w:bottom w:w="70" w:type="dxa"/>
              <w:right w:w="90" w:type="dxa"/>
            </w:tcMar>
            <w:vAlign w:val="center"/>
          </w:tcPr>
          <w:p w14:paraId="068466B8"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43987E24" w14:textId="77777777">
        <w:trPr>
          <w:cantSplit/>
          <w:jc w:val="center"/>
        </w:trPr>
        <w:tc>
          <w:tcPr>
            <w:tcW w:w="14060" w:type="dxa"/>
            <w:gridSpan w:val="6"/>
            <w:tcMar>
              <w:top w:w="70" w:type="dxa"/>
              <w:left w:w="90" w:type="dxa"/>
              <w:bottom w:w="70" w:type="dxa"/>
              <w:right w:w="90" w:type="dxa"/>
            </w:tcMar>
            <w:vAlign w:val="center"/>
          </w:tcPr>
          <w:p w14:paraId="69526B9E" w14:textId="77777777" w:rsidR="005B3871" w:rsidRDefault="005B3871"/>
          <w:p w14:paraId="19F76989" w14:textId="77777777" w:rsidR="005B3871" w:rsidRDefault="00000000">
            <w:pPr>
              <w:spacing w:line="245" w:lineRule="auto"/>
            </w:pPr>
            <w:r>
              <w:rPr>
                <w:b/>
                <w:color w:val="000000"/>
                <w:sz w:val="16"/>
              </w:rPr>
              <w:t xml:space="preserve">UČNI SKLOP: </w:t>
            </w:r>
            <w:r>
              <w:rPr>
                <w:color w:val="000000"/>
                <w:sz w:val="16"/>
              </w:rPr>
              <w:t>V ŠOLO – JAZ, ODNOSI IN UČENJE</w:t>
            </w:r>
          </w:p>
        </w:tc>
      </w:tr>
      <w:tr w:rsidR="005B3871" w14:paraId="1F3655BD" w14:textId="77777777">
        <w:trPr>
          <w:cantSplit/>
          <w:jc w:val="center"/>
        </w:trPr>
        <w:tc>
          <w:tcPr>
            <w:tcW w:w="14060" w:type="dxa"/>
            <w:gridSpan w:val="6"/>
            <w:tcMar>
              <w:top w:w="70" w:type="dxa"/>
              <w:left w:w="90" w:type="dxa"/>
              <w:bottom w:w="70" w:type="dxa"/>
              <w:right w:w="90" w:type="dxa"/>
            </w:tcMar>
            <w:vAlign w:val="center"/>
          </w:tcPr>
          <w:p w14:paraId="4C2C0EF5" w14:textId="77777777" w:rsidR="005B3871" w:rsidRDefault="005B3871"/>
          <w:p w14:paraId="5146ABB6" w14:textId="77777777" w:rsidR="005B3871" w:rsidRDefault="00000000">
            <w:pPr>
              <w:spacing w:line="245" w:lineRule="auto"/>
            </w:pPr>
            <w:r>
              <w:rPr>
                <w:b/>
                <w:color w:val="000000"/>
                <w:sz w:val="16"/>
              </w:rPr>
              <w:t xml:space="preserve">UČNA TEMA: </w:t>
            </w:r>
            <w:r>
              <w:rPr>
                <w:color w:val="000000"/>
                <w:sz w:val="16"/>
              </w:rPr>
              <w:t>VZORCI IN PRIREJANJE</w:t>
            </w:r>
          </w:p>
        </w:tc>
      </w:tr>
      <w:tr w:rsidR="005B3871" w14:paraId="1DFA1C08" w14:textId="77777777">
        <w:trPr>
          <w:cantSplit/>
          <w:jc w:val="center"/>
        </w:trPr>
        <w:tc>
          <w:tcPr>
            <w:tcW w:w="14060" w:type="dxa"/>
            <w:gridSpan w:val="6"/>
            <w:tcMar>
              <w:top w:w="70" w:type="dxa"/>
              <w:left w:w="90" w:type="dxa"/>
              <w:bottom w:w="70" w:type="dxa"/>
              <w:right w:w="90" w:type="dxa"/>
            </w:tcMar>
            <w:vAlign w:val="center"/>
          </w:tcPr>
          <w:p w14:paraId="0283E75D" w14:textId="77777777" w:rsidR="005B3871" w:rsidRDefault="005B3871"/>
          <w:p w14:paraId="194F9B00" w14:textId="77777777" w:rsidR="005B3871" w:rsidRDefault="00000000">
            <w:pPr>
              <w:spacing w:line="245" w:lineRule="auto"/>
            </w:pPr>
            <w:r>
              <w:rPr>
                <w:b/>
                <w:color w:val="000000"/>
                <w:sz w:val="16"/>
              </w:rPr>
              <w:t xml:space="preserve">KNJIŽEVNO IZHODIŠČE IN MOTIV: </w:t>
            </w:r>
            <w:r>
              <w:rPr>
                <w:color w:val="000000"/>
                <w:sz w:val="16"/>
              </w:rPr>
              <w:t>»Maček Muri« – Kajetan Kovič • dnevna rutina, skupnost in pot po znanem okolju</w:t>
            </w:r>
          </w:p>
        </w:tc>
      </w:tr>
      <w:tr w:rsidR="005B3871" w14:paraId="23A46990" w14:textId="77777777">
        <w:trPr>
          <w:cantSplit/>
          <w:jc w:val="center"/>
        </w:trPr>
        <w:tc>
          <w:tcPr>
            <w:tcW w:w="14060" w:type="dxa"/>
            <w:gridSpan w:val="6"/>
            <w:tcMar>
              <w:top w:w="70" w:type="dxa"/>
              <w:left w:w="90" w:type="dxa"/>
              <w:bottom w:w="70" w:type="dxa"/>
              <w:right w:w="90" w:type="dxa"/>
            </w:tcMar>
            <w:vAlign w:val="center"/>
          </w:tcPr>
          <w:p w14:paraId="1F121EE6" w14:textId="77777777" w:rsidR="005B3871" w:rsidRDefault="005B3871"/>
          <w:p w14:paraId="153815AE" w14:textId="77777777" w:rsidR="005B3871" w:rsidRDefault="00000000">
            <w:pPr>
              <w:spacing w:line="245" w:lineRule="auto"/>
            </w:pPr>
            <w:r>
              <w:rPr>
                <w:b/>
                <w:color w:val="000000"/>
                <w:sz w:val="16"/>
              </w:rPr>
              <w:t xml:space="preserve">UČNE ENOTE: </w:t>
            </w:r>
            <w:r>
              <w:rPr>
                <w:color w:val="000000"/>
                <w:sz w:val="16"/>
              </w:rPr>
              <w:t>1. ura – Vsakemu njegov par • 2. ura – Več, manj ali enako • 3. ura – Murijev ritmični vzorec</w:t>
            </w:r>
          </w:p>
        </w:tc>
      </w:tr>
      <w:tr w:rsidR="005B3871" w14:paraId="01E89743" w14:textId="77777777">
        <w:trPr>
          <w:cantSplit/>
          <w:jc w:val="center"/>
        </w:trPr>
        <w:tc>
          <w:tcPr>
            <w:tcW w:w="14060" w:type="dxa"/>
            <w:gridSpan w:val="6"/>
            <w:tcMar>
              <w:top w:w="70" w:type="dxa"/>
              <w:left w:w="90" w:type="dxa"/>
              <w:bottom w:w="70" w:type="dxa"/>
              <w:right w:w="90" w:type="dxa"/>
            </w:tcMar>
            <w:vAlign w:val="center"/>
          </w:tcPr>
          <w:p w14:paraId="75727960" w14:textId="77777777" w:rsidR="005B3871" w:rsidRDefault="005B3871"/>
          <w:p w14:paraId="43A73D54"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652FA3B3" w14:textId="77777777">
        <w:trPr>
          <w:cantSplit/>
          <w:jc w:val="center"/>
        </w:trPr>
        <w:tc>
          <w:tcPr>
            <w:tcW w:w="14060" w:type="dxa"/>
            <w:gridSpan w:val="6"/>
            <w:tcMar>
              <w:top w:w="70" w:type="dxa"/>
              <w:left w:w="90" w:type="dxa"/>
              <w:bottom w:w="70" w:type="dxa"/>
              <w:right w:w="90" w:type="dxa"/>
            </w:tcMar>
            <w:vAlign w:val="center"/>
          </w:tcPr>
          <w:p w14:paraId="52FF8D5A" w14:textId="77777777" w:rsidR="005B3871" w:rsidRDefault="005B3871"/>
          <w:p w14:paraId="30DE8F63"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06AA1C23" w14:textId="77777777">
        <w:trPr>
          <w:cantSplit/>
          <w:jc w:val="center"/>
        </w:trPr>
        <w:tc>
          <w:tcPr>
            <w:tcW w:w="14060" w:type="dxa"/>
            <w:gridSpan w:val="6"/>
            <w:tcMar>
              <w:top w:w="70" w:type="dxa"/>
              <w:left w:w="90" w:type="dxa"/>
              <w:bottom w:w="70" w:type="dxa"/>
              <w:right w:w="90" w:type="dxa"/>
            </w:tcMar>
            <w:vAlign w:val="center"/>
          </w:tcPr>
          <w:p w14:paraId="6FA808F4" w14:textId="77777777" w:rsidR="005B3871" w:rsidRDefault="005B3871"/>
          <w:p w14:paraId="1C6C6D4E"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470CA06B" w14:textId="77777777">
        <w:trPr>
          <w:cantSplit/>
          <w:jc w:val="center"/>
        </w:trPr>
        <w:tc>
          <w:tcPr>
            <w:tcW w:w="14060" w:type="dxa"/>
            <w:gridSpan w:val="6"/>
            <w:tcMar>
              <w:top w:w="70" w:type="dxa"/>
              <w:left w:w="90" w:type="dxa"/>
              <w:bottom w:w="70" w:type="dxa"/>
              <w:right w:w="90" w:type="dxa"/>
            </w:tcMar>
            <w:vAlign w:val="center"/>
          </w:tcPr>
          <w:p w14:paraId="4706132D" w14:textId="77777777" w:rsidR="005B3871" w:rsidRDefault="005B3871"/>
          <w:p w14:paraId="4F1A827C" w14:textId="77777777" w:rsidR="005B3871" w:rsidRDefault="00000000">
            <w:pPr>
              <w:spacing w:line="245" w:lineRule="auto"/>
            </w:pPr>
            <w:r>
              <w:rPr>
                <w:b/>
                <w:color w:val="000000"/>
                <w:sz w:val="16"/>
              </w:rPr>
              <w:t xml:space="preserve">MEDPREDMETNE POVEZAVE: </w:t>
            </w:r>
            <w:r>
              <w:rPr>
                <w:color w:val="000000"/>
                <w:sz w:val="16"/>
              </w:rPr>
              <w:t>SLJ – primerjalne povedi; SPO – dnevna rutina; GUM – ritem; ŠPO – žive skupine</w:t>
            </w:r>
          </w:p>
        </w:tc>
      </w:tr>
      <w:tr w:rsidR="005B3871" w14:paraId="7FC7791E" w14:textId="77777777">
        <w:trPr>
          <w:cantSplit/>
          <w:jc w:val="center"/>
        </w:trPr>
        <w:tc>
          <w:tcPr>
            <w:tcW w:w="14060" w:type="dxa"/>
            <w:gridSpan w:val="6"/>
            <w:tcMar>
              <w:top w:w="70" w:type="dxa"/>
              <w:left w:w="90" w:type="dxa"/>
              <w:bottom w:w="70" w:type="dxa"/>
              <w:right w:w="90" w:type="dxa"/>
            </w:tcMar>
            <w:vAlign w:val="center"/>
          </w:tcPr>
          <w:p w14:paraId="4A730CC0" w14:textId="77777777" w:rsidR="005B3871" w:rsidRDefault="005B3871"/>
          <w:p w14:paraId="3ABD0076" w14:textId="77777777" w:rsidR="005B3871" w:rsidRDefault="00000000">
            <w:pPr>
              <w:spacing w:line="245" w:lineRule="auto"/>
            </w:pPr>
            <w:r>
              <w:rPr>
                <w:b/>
                <w:color w:val="000000"/>
                <w:sz w:val="16"/>
              </w:rPr>
              <w:t xml:space="preserve">UČNA SREDSTVA IN PRIPOMOČKI: </w:t>
            </w:r>
            <w:r>
              <w:rPr>
                <w:color w:val="000000"/>
                <w:sz w:val="16"/>
              </w:rPr>
              <w:t>skodelice, žličke, prtički, kartice mačk, obroči, ritmične kartice, predmeti za vzorce</w:t>
            </w:r>
          </w:p>
        </w:tc>
      </w:tr>
      <w:tr w:rsidR="005B3871" w14:paraId="3313E4B4" w14:textId="77777777">
        <w:trPr>
          <w:cantSplit/>
          <w:jc w:val="center"/>
        </w:trPr>
        <w:tc>
          <w:tcPr>
            <w:tcW w:w="14060" w:type="dxa"/>
            <w:gridSpan w:val="6"/>
            <w:tcMar>
              <w:top w:w="70" w:type="dxa"/>
              <w:left w:w="90" w:type="dxa"/>
              <w:bottom w:w="70" w:type="dxa"/>
              <w:right w:w="90" w:type="dxa"/>
            </w:tcMar>
            <w:vAlign w:val="center"/>
          </w:tcPr>
          <w:p w14:paraId="227E7454" w14:textId="77777777" w:rsidR="005B3871" w:rsidRDefault="005B3871"/>
          <w:p w14:paraId="68417AE0"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13D10089" w14:textId="77777777">
        <w:trPr>
          <w:cantSplit/>
          <w:jc w:val="center"/>
        </w:trPr>
        <w:tc>
          <w:tcPr>
            <w:tcW w:w="14060" w:type="dxa"/>
            <w:gridSpan w:val="6"/>
            <w:tcMar>
              <w:top w:w="70" w:type="dxa"/>
              <w:left w:w="90" w:type="dxa"/>
              <w:bottom w:w="70" w:type="dxa"/>
              <w:right w:w="90" w:type="dxa"/>
            </w:tcMar>
            <w:vAlign w:val="center"/>
          </w:tcPr>
          <w:p w14:paraId="1D399480" w14:textId="77777777" w:rsidR="005B3871" w:rsidRDefault="005B3871"/>
          <w:p w14:paraId="4502B470" w14:textId="77777777" w:rsidR="005B3871" w:rsidRDefault="00000000">
            <w:pPr>
              <w:spacing w:line="245" w:lineRule="auto"/>
            </w:pPr>
            <w:r>
              <w:rPr>
                <w:b/>
                <w:color w:val="000000"/>
                <w:sz w:val="16"/>
              </w:rPr>
              <w:t xml:space="preserve">OCENJEVANJE / DAN DEJAVNOSTI: </w:t>
            </w:r>
            <w:r>
              <w:rPr>
                <w:color w:val="000000"/>
                <w:sz w:val="16"/>
              </w:rPr>
              <w:t>ŠPORTNI DAN • ŠPORTNI DAN</w:t>
            </w:r>
          </w:p>
        </w:tc>
      </w:tr>
      <w:tr w:rsidR="005B3871" w14:paraId="33C7C404" w14:textId="77777777">
        <w:trPr>
          <w:cantSplit/>
          <w:jc w:val="center"/>
        </w:trPr>
        <w:tc>
          <w:tcPr>
            <w:tcW w:w="14060" w:type="dxa"/>
            <w:gridSpan w:val="6"/>
            <w:tcMar>
              <w:top w:w="70" w:type="dxa"/>
              <w:left w:w="90" w:type="dxa"/>
              <w:bottom w:w="70" w:type="dxa"/>
              <w:right w:w="90" w:type="dxa"/>
            </w:tcMar>
            <w:vAlign w:val="center"/>
          </w:tcPr>
          <w:p w14:paraId="540E450F" w14:textId="77777777" w:rsidR="005B3871" w:rsidRDefault="005B3871"/>
          <w:p w14:paraId="427C409E"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11B7A66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8B355A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D773B78"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314F12" w14:textId="77777777" w:rsidR="005B3871" w:rsidRDefault="00000000">
            <w:pPr>
              <w:jc w:val="center"/>
            </w:pPr>
            <w:r>
              <w:rPr>
                <w:b/>
                <w:color w:val="000000"/>
                <w:sz w:val="20"/>
              </w:rPr>
              <w:t>UČNE DEJAVNOSTI, METODE IN FORMATIVNO SPREMLJANJE</w:t>
            </w:r>
          </w:p>
        </w:tc>
      </w:tr>
      <w:tr w:rsidR="005B3871" w14:paraId="1E64F08F" w14:textId="77777777">
        <w:trPr>
          <w:tblHeader/>
          <w:jc w:val="center"/>
        </w:trPr>
        <w:tc>
          <w:tcPr>
            <w:tcW w:w="4422" w:type="dxa"/>
            <w:vMerge/>
            <w:tcMar>
              <w:top w:w="70" w:type="dxa"/>
              <w:left w:w="90" w:type="dxa"/>
              <w:bottom w:w="70" w:type="dxa"/>
              <w:right w:w="90" w:type="dxa"/>
            </w:tcMar>
            <w:vAlign w:val="center"/>
          </w:tcPr>
          <w:p w14:paraId="42E8F780" w14:textId="77777777" w:rsidR="005B3871" w:rsidRDefault="005B3871"/>
        </w:tc>
        <w:tc>
          <w:tcPr>
            <w:tcW w:w="7087" w:type="dxa"/>
            <w:shd w:val="clear" w:color="auto" w:fill="FFFFFF"/>
            <w:tcMar>
              <w:top w:w="70" w:type="dxa"/>
              <w:left w:w="90" w:type="dxa"/>
              <w:bottom w:w="70" w:type="dxa"/>
              <w:right w:w="90" w:type="dxa"/>
            </w:tcMar>
            <w:vAlign w:val="center"/>
          </w:tcPr>
          <w:p w14:paraId="7E6BC68F"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7AD4CB8" w14:textId="77777777" w:rsidR="005B3871" w:rsidRDefault="00000000">
            <w:pPr>
              <w:jc w:val="center"/>
            </w:pPr>
            <w:r>
              <w:rPr>
                <w:b/>
                <w:color w:val="000000"/>
              </w:rPr>
              <w:t>UČENEC</w:t>
            </w:r>
          </w:p>
        </w:tc>
      </w:tr>
      <w:tr w:rsidR="005B3871" w14:paraId="2D324237" w14:textId="77777777">
        <w:trPr>
          <w:jc w:val="center"/>
        </w:trPr>
        <w:tc>
          <w:tcPr>
            <w:tcW w:w="4422" w:type="dxa"/>
            <w:tcMar>
              <w:top w:w="70" w:type="dxa"/>
              <w:left w:w="90" w:type="dxa"/>
              <w:bottom w:w="70" w:type="dxa"/>
              <w:right w:w="90" w:type="dxa"/>
            </w:tcMar>
          </w:tcPr>
          <w:p w14:paraId="216D5CE4" w14:textId="77777777" w:rsidR="005B3871" w:rsidRDefault="005B3871"/>
          <w:p w14:paraId="7B91607B" w14:textId="77777777" w:rsidR="005B3871" w:rsidRDefault="00000000">
            <w:pPr>
              <w:spacing w:after="60" w:line="245" w:lineRule="auto"/>
            </w:pPr>
            <w:r>
              <w:rPr>
                <w:b/>
                <w:color w:val="000000"/>
              </w:rPr>
              <w:t>UČNI CILJI</w:t>
            </w:r>
          </w:p>
          <w:p w14:paraId="132F3DBB" w14:textId="77777777" w:rsidR="005B3871" w:rsidRDefault="00000000">
            <w:pPr>
              <w:spacing w:after="20" w:line="245" w:lineRule="auto"/>
            </w:pPr>
            <w:r>
              <w:rPr>
                <w:b/>
                <w:color w:val="000000"/>
                <w:sz w:val="17"/>
              </w:rPr>
              <w:t>SPLOŠNI</w:t>
            </w:r>
          </w:p>
          <w:p w14:paraId="165FE9E8" w14:textId="77777777" w:rsidR="005B3871" w:rsidRDefault="00000000">
            <w:pPr>
              <w:pStyle w:val="Oznaenseznam"/>
              <w:spacing w:after="16"/>
            </w:pPr>
            <w:r>
              <w:rPr>
                <w:color w:val="000000"/>
                <w:sz w:val="16"/>
              </w:rPr>
              <w:t>razvija številske, prostorske in količinske predstave s konkretnimi izkušnjami</w:t>
            </w:r>
          </w:p>
          <w:p w14:paraId="789D1AE1" w14:textId="77777777" w:rsidR="005B3871" w:rsidRDefault="00000000">
            <w:pPr>
              <w:pStyle w:val="Oznaenseznam"/>
              <w:spacing w:after="16"/>
            </w:pPr>
            <w:r>
              <w:rPr>
                <w:color w:val="000000"/>
                <w:sz w:val="16"/>
              </w:rPr>
              <w:t>rešuje matematične probleme s predmetom, gibanjem, risbo, modelom in simbolom</w:t>
            </w:r>
          </w:p>
          <w:p w14:paraId="3E1D3362" w14:textId="77777777" w:rsidR="005B3871" w:rsidRDefault="00000000">
            <w:pPr>
              <w:pStyle w:val="Oznaenseznam"/>
              <w:spacing w:after="16"/>
            </w:pPr>
            <w:r>
              <w:rPr>
                <w:color w:val="000000"/>
                <w:sz w:val="16"/>
              </w:rPr>
              <w:t>pojasnjuje izbrano strategijo, preverja smiselnost rešitve in posluša rešitve drugih</w:t>
            </w:r>
          </w:p>
          <w:p w14:paraId="01490402" w14:textId="77777777" w:rsidR="005B3871" w:rsidRDefault="00000000">
            <w:pPr>
              <w:pStyle w:val="Oznaenseznam"/>
              <w:spacing w:after="16"/>
            </w:pPr>
            <w:r>
              <w:rPr>
                <w:color w:val="000000"/>
                <w:sz w:val="16"/>
              </w:rPr>
              <w:t>ob namenih in kriterijih spremlja svoje učenje ter uporabi opisno povratno informacijo</w:t>
            </w:r>
          </w:p>
          <w:p w14:paraId="692B6630" w14:textId="77777777" w:rsidR="005B3871" w:rsidRDefault="00000000">
            <w:pPr>
              <w:spacing w:before="40" w:after="20" w:line="245" w:lineRule="auto"/>
            </w:pPr>
            <w:r>
              <w:rPr>
                <w:b/>
                <w:color w:val="000000"/>
                <w:sz w:val="17"/>
              </w:rPr>
              <w:t>OPERATIVNI</w:t>
            </w:r>
          </w:p>
          <w:p w14:paraId="40FC38BF" w14:textId="77777777" w:rsidR="005B3871" w:rsidRDefault="00000000">
            <w:pPr>
              <w:pStyle w:val="Oznaenseznam"/>
              <w:spacing w:after="16"/>
            </w:pPr>
            <w:r>
              <w:rPr>
                <w:color w:val="000000"/>
                <w:sz w:val="16"/>
              </w:rPr>
              <w:t>prireja predmete ena proti ena</w:t>
            </w:r>
          </w:p>
          <w:p w14:paraId="2719DF9D" w14:textId="77777777" w:rsidR="005B3871" w:rsidRDefault="00000000">
            <w:pPr>
              <w:pStyle w:val="Oznaenseznam"/>
              <w:spacing w:after="16"/>
            </w:pPr>
            <w:r>
              <w:rPr>
                <w:color w:val="000000"/>
                <w:sz w:val="16"/>
              </w:rPr>
              <w:t>primerja več, manj, enako mnogo</w:t>
            </w:r>
          </w:p>
          <w:p w14:paraId="26A456EA" w14:textId="77777777" w:rsidR="005B3871" w:rsidRDefault="00000000">
            <w:pPr>
              <w:pStyle w:val="Oznaenseznam"/>
              <w:spacing w:after="16"/>
            </w:pPr>
            <w:r>
              <w:rPr>
                <w:color w:val="000000"/>
                <w:sz w:val="16"/>
              </w:rPr>
              <w:t>ustvari in nadaljuje ponavljajoče zaporedje</w:t>
            </w:r>
          </w:p>
          <w:p w14:paraId="09A7106D" w14:textId="77777777" w:rsidR="005B3871" w:rsidRDefault="00000000">
            <w:pPr>
              <w:spacing w:before="40" w:after="20" w:line="245" w:lineRule="auto"/>
            </w:pPr>
            <w:r>
              <w:rPr>
                <w:b/>
                <w:color w:val="000000"/>
                <w:sz w:val="17"/>
              </w:rPr>
              <w:t>PRIČAKOVANI DOSEŽKI / STANDARDI</w:t>
            </w:r>
          </w:p>
          <w:p w14:paraId="692DC8A9" w14:textId="77777777" w:rsidR="005B3871" w:rsidRDefault="00000000">
            <w:pPr>
              <w:pStyle w:val="Oznaenseznam"/>
              <w:spacing w:after="16"/>
            </w:pPr>
            <w:r>
              <w:rPr>
                <w:color w:val="000000"/>
                <w:sz w:val="16"/>
              </w:rPr>
              <w:t>ob konkretni, slikovni ali gibalni opori prireja predmete ena proti ena</w:t>
            </w:r>
          </w:p>
          <w:p w14:paraId="1C77FBE6" w14:textId="77777777" w:rsidR="005B3871" w:rsidRDefault="00000000">
            <w:pPr>
              <w:pStyle w:val="Oznaenseznam"/>
              <w:spacing w:after="16"/>
            </w:pPr>
            <w:r>
              <w:rPr>
                <w:color w:val="000000"/>
                <w:sz w:val="16"/>
              </w:rPr>
              <w:t>ob konkretni, slikovni ali gibalni opori primerja več, manj, enako mnogo</w:t>
            </w:r>
          </w:p>
          <w:p w14:paraId="42076DBD" w14:textId="77777777" w:rsidR="005B3871" w:rsidRDefault="00000000">
            <w:pPr>
              <w:pStyle w:val="Oznaenseznam"/>
              <w:spacing w:after="16"/>
            </w:pPr>
            <w:r>
              <w:rPr>
                <w:color w:val="000000"/>
                <w:sz w:val="16"/>
              </w:rPr>
              <w:t>ob konkretni, slikovni ali gibalni opori ustvari in nadaljuje ponavljajoče zaporedje</w:t>
            </w:r>
          </w:p>
        </w:tc>
        <w:tc>
          <w:tcPr>
            <w:tcW w:w="7087" w:type="dxa"/>
            <w:tcMar>
              <w:top w:w="70" w:type="dxa"/>
              <w:left w:w="90" w:type="dxa"/>
              <w:bottom w:w="70" w:type="dxa"/>
              <w:right w:w="90" w:type="dxa"/>
            </w:tcMar>
          </w:tcPr>
          <w:p w14:paraId="3209B491"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6A6A315" w14:textId="77777777">
              <w:trPr>
                <w:jc w:val="center"/>
              </w:trPr>
              <w:tc>
                <w:tcPr>
                  <w:tcW w:w="7087" w:type="dxa"/>
                  <w:shd w:val="clear" w:color="auto" w:fill="C6E7F3"/>
                  <w:tcMar>
                    <w:top w:w="45" w:type="dxa"/>
                    <w:left w:w="70" w:type="dxa"/>
                    <w:bottom w:w="45" w:type="dxa"/>
                    <w:right w:w="70" w:type="dxa"/>
                  </w:tcMar>
                </w:tcPr>
                <w:p w14:paraId="3960EE66" w14:textId="77777777" w:rsidR="005B3871" w:rsidRDefault="00000000">
                  <w:pPr>
                    <w:keepNext/>
                  </w:pPr>
                  <w:r>
                    <w:rPr>
                      <w:b/>
                      <w:color w:val="000000"/>
                    </w:rPr>
                    <w:t>UVODNI DEL – motivacija, aktivacija predznanja in namen učenja (15–20 min)</w:t>
                  </w:r>
                </w:p>
              </w:tc>
            </w:tr>
          </w:tbl>
          <w:p w14:paraId="51CB4946" w14:textId="77777777" w:rsidR="005B3871" w:rsidRDefault="005B3871">
            <w:pPr>
              <w:spacing w:line="20" w:lineRule="exact"/>
            </w:pPr>
          </w:p>
          <w:p w14:paraId="7EC6EACD" w14:textId="77777777" w:rsidR="005B3871" w:rsidRDefault="00000000">
            <w:pPr>
              <w:spacing w:before="40" w:after="60" w:line="245" w:lineRule="auto"/>
            </w:pPr>
            <w:r>
              <w:rPr>
                <w:color w:val="000000"/>
                <w:sz w:val="16"/>
              </w:rPr>
              <w:t>Maček Muri pripravlja zajtrk, vendar skodelice, žličke in prtički niso prirejeni. Učenci ugotavljajo, kaj pomeni ena proti ena in kako hitro opazimo več, manj ali enako mnogo.</w:t>
            </w:r>
          </w:p>
          <w:tbl>
            <w:tblPr>
              <w:tblStyle w:val="Tabelamrea"/>
              <w:tblW w:w="0" w:type="auto"/>
              <w:jc w:val="center"/>
              <w:tblLayout w:type="fixed"/>
              <w:tblLook w:val="04A0" w:firstRow="1" w:lastRow="0" w:firstColumn="1" w:lastColumn="0" w:noHBand="0" w:noVBand="1"/>
            </w:tblPr>
            <w:tblGrid>
              <w:gridCol w:w="7087"/>
            </w:tblGrid>
            <w:tr w:rsidR="005B3871" w14:paraId="726DAED6" w14:textId="77777777">
              <w:trPr>
                <w:jc w:val="center"/>
              </w:trPr>
              <w:tc>
                <w:tcPr>
                  <w:tcW w:w="7087" w:type="dxa"/>
                  <w:shd w:val="clear" w:color="auto" w:fill="EDC9EA"/>
                  <w:tcMar>
                    <w:top w:w="45" w:type="dxa"/>
                    <w:left w:w="70" w:type="dxa"/>
                    <w:bottom w:w="45" w:type="dxa"/>
                    <w:right w:w="70" w:type="dxa"/>
                  </w:tcMar>
                </w:tcPr>
                <w:p w14:paraId="302ABBA6" w14:textId="77777777" w:rsidR="005B3871" w:rsidRDefault="00000000">
                  <w:pPr>
                    <w:keepNext/>
                  </w:pPr>
                  <w:r>
                    <w:rPr>
                      <w:b/>
                      <w:color w:val="000000"/>
                    </w:rPr>
                    <w:t>NAMENI UČENJA</w:t>
                  </w:r>
                </w:p>
              </w:tc>
            </w:tr>
          </w:tbl>
          <w:p w14:paraId="74D93848" w14:textId="77777777" w:rsidR="005B3871" w:rsidRDefault="005B3871">
            <w:pPr>
              <w:spacing w:line="20" w:lineRule="exact"/>
            </w:pPr>
          </w:p>
          <w:p w14:paraId="4C511BC4"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5EA3008C" w14:textId="77777777" w:rsidR="005B3871" w:rsidRDefault="00000000">
            <w:pPr>
              <w:pStyle w:val="Oznaenseznam"/>
              <w:spacing w:after="16"/>
            </w:pPr>
            <w:r>
              <w:rPr>
                <w:color w:val="000000"/>
                <w:sz w:val="16"/>
              </w:rPr>
              <w:t>prirejam predmete ena proti ena</w:t>
            </w:r>
          </w:p>
          <w:p w14:paraId="2E58EC9A" w14:textId="77777777" w:rsidR="005B3871" w:rsidRDefault="00000000">
            <w:pPr>
              <w:pStyle w:val="Oznaenseznam"/>
              <w:spacing w:after="16"/>
            </w:pPr>
            <w:r>
              <w:rPr>
                <w:color w:val="000000"/>
                <w:sz w:val="16"/>
              </w:rPr>
              <w:t>primerjam več, manj, enako mnogo</w:t>
            </w:r>
          </w:p>
          <w:p w14:paraId="24799F72" w14:textId="77777777" w:rsidR="005B3871" w:rsidRDefault="00000000">
            <w:pPr>
              <w:pStyle w:val="Oznaenseznam"/>
              <w:spacing w:after="16"/>
            </w:pPr>
            <w:r>
              <w:rPr>
                <w:color w:val="000000"/>
                <w:sz w:val="16"/>
              </w:rPr>
              <w:t>ustvarim in nadaljujem ponavljajoče zaporedje</w:t>
            </w:r>
          </w:p>
          <w:tbl>
            <w:tblPr>
              <w:tblStyle w:val="Tabelamrea"/>
              <w:tblW w:w="0" w:type="auto"/>
              <w:jc w:val="center"/>
              <w:tblLayout w:type="fixed"/>
              <w:tblLook w:val="04A0" w:firstRow="1" w:lastRow="0" w:firstColumn="1" w:lastColumn="0" w:noHBand="0" w:noVBand="1"/>
            </w:tblPr>
            <w:tblGrid>
              <w:gridCol w:w="7087"/>
            </w:tblGrid>
            <w:tr w:rsidR="005B3871" w14:paraId="73B62BC7" w14:textId="77777777">
              <w:trPr>
                <w:jc w:val="center"/>
              </w:trPr>
              <w:tc>
                <w:tcPr>
                  <w:tcW w:w="7087" w:type="dxa"/>
                  <w:shd w:val="clear" w:color="auto" w:fill="EDC9EA"/>
                  <w:tcMar>
                    <w:top w:w="45" w:type="dxa"/>
                    <w:left w:w="70" w:type="dxa"/>
                    <w:bottom w:w="45" w:type="dxa"/>
                    <w:right w:w="70" w:type="dxa"/>
                  </w:tcMar>
                </w:tcPr>
                <w:p w14:paraId="68E6A789" w14:textId="77777777" w:rsidR="005B3871" w:rsidRDefault="00000000">
                  <w:pPr>
                    <w:keepNext/>
                  </w:pPr>
                  <w:r>
                    <w:rPr>
                      <w:b/>
                      <w:color w:val="000000"/>
                    </w:rPr>
                    <w:t>PREVERJANJE PREDZNANJA</w:t>
                  </w:r>
                </w:p>
              </w:tc>
            </w:tr>
          </w:tbl>
          <w:p w14:paraId="2EBA588C" w14:textId="77777777" w:rsidR="005B3871" w:rsidRDefault="005B3871">
            <w:pPr>
              <w:spacing w:line="20" w:lineRule="exact"/>
            </w:pPr>
          </w:p>
          <w:p w14:paraId="3DE3B206" w14:textId="77777777" w:rsidR="005B3871" w:rsidRDefault="00000000">
            <w:pPr>
              <w:pStyle w:val="Oznaenseznam"/>
              <w:spacing w:after="16"/>
            </w:pPr>
            <w:r>
              <w:rPr>
                <w:color w:val="000000"/>
                <w:sz w:val="16"/>
              </w:rPr>
              <w:t>Kako brez ponovnega štetja preverim, ali ima vsak predmet svoj par?</w:t>
            </w:r>
          </w:p>
          <w:p w14:paraId="63316EBD" w14:textId="77777777" w:rsidR="005B3871" w:rsidRDefault="00000000">
            <w:pPr>
              <w:pStyle w:val="Oznaenseznam"/>
              <w:spacing w:after="16"/>
            </w:pPr>
            <w:r>
              <w:rPr>
                <w:color w:val="000000"/>
                <w:sz w:val="16"/>
              </w:rPr>
              <w:t>Kdaj sta dve skupini enako številni?</w:t>
            </w:r>
          </w:p>
          <w:p w14:paraId="7A722B56"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4EDEF279" w14:textId="77777777">
              <w:trPr>
                <w:jc w:val="center"/>
              </w:trPr>
              <w:tc>
                <w:tcPr>
                  <w:tcW w:w="7087" w:type="dxa"/>
                  <w:shd w:val="clear" w:color="auto" w:fill="EDC9EA"/>
                  <w:tcMar>
                    <w:top w:w="45" w:type="dxa"/>
                    <w:left w:w="70" w:type="dxa"/>
                    <w:bottom w:w="45" w:type="dxa"/>
                    <w:right w:w="70" w:type="dxa"/>
                  </w:tcMar>
                </w:tcPr>
                <w:p w14:paraId="08F58AEA" w14:textId="77777777" w:rsidR="005B3871" w:rsidRDefault="00000000">
                  <w:pPr>
                    <w:keepNext/>
                  </w:pPr>
                  <w:r>
                    <w:rPr>
                      <w:b/>
                      <w:color w:val="000000"/>
                    </w:rPr>
                    <w:t>KRITERIJI USPEŠNOSTI</w:t>
                  </w:r>
                </w:p>
              </w:tc>
            </w:tr>
          </w:tbl>
          <w:p w14:paraId="5A08E006" w14:textId="77777777" w:rsidR="005B3871" w:rsidRDefault="005B3871"/>
          <w:p w14:paraId="21873EBE" w14:textId="77777777" w:rsidR="005B3871" w:rsidRDefault="00000000">
            <w:pPr>
              <w:spacing w:before="20" w:after="20" w:line="245" w:lineRule="auto"/>
            </w:pPr>
            <w:r>
              <w:rPr>
                <w:b/>
                <w:color w:val="000000"/>
                <w:sz w:val="16"/>
              </w:rPr>
              <w:t>Uspešen/-na bom, ko:</w:t>
            </w:r>
          </w:p>
          <w:p w14:paraId="5C7EBC77" w14:textId="77777777" w:rsidR="005B3871" w:rsidRDefault="00000000">
            <w:pPr>
              <w:pStyle w:val="Oznaenseznam"/>
              <w:spacing w:after="16"/>
            </w:pPr>
            <w:r>
              <w:rPr>
                <w:color w:val="000000"/>
                <w:sz w:val="16"/>
              </w:rPr>
              <w:t>prirejam predmete ena proti ena</w:t>
            </w:r>
          </w:p>
          <w:p w14:paraId="0510F8FA" w14:textId="77777777" w:rsidR="005B3871" w:rsidRDefault="00000000">
            <w:pPr>
              <w:pStyle w:val="Oznaenseznam"/>
              <w:spacing w:after="16"/>
            </w:pPr>
            <w:r>
              <w:rPr>
                <w:color w:val="000000"/>
                <w:sz w:val="16"/>
              </w:rPr>
              <w:t>primerjam več, manj, enako mnogo</w:t>
            </w:r>
          </w:p>
          <w:p w14:paraId="772C36D4" w14:textId="77777777" w:rsidR="005B3871" w:rsidRDefault="00000000">
            <w:pPr>
              <w:pStyle w:val="Oznaenseznam"/>
              <w:spacing w:after="16"/>
            </w:pPr>
            <w:r>
              <w:rPr>
                <w:color w:val="000000"/>
                <w:sz w:val="16"/>
              </w:rPr>
              <w:t>ustvarim in nadaljujem ponavljajoče zaporedje</w:t>
            </w:r>
          </w:p>
          <w:p w14:paraId="76406311"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1F256D5A" w14:textId="77777777" w:rsidR="005B3871" w:rsidRDefault="005B3871"/>
          <w:p w14:paraId="79E0D801"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41CB950D" w14:textId="77777777" w:rsidR="005B3871" w:rsidRDefault="00000000">
            <w:pPr>
              <w:spacing w:after="80" w:line="245" w:lineRule="auto"/>
            </w:pPr>
            <w:r>
              <w:rPr>
                <w:color w:val="000000"/>
                <w:sz w:val="16"/>
              </w:rPr>
              <w:t>Pove, pokaže ali nariše, kako bi nalogo začel. Posluša tudi drugačne strategije.</w:t>
            </w:r>
          </w:p>
          <w:p w14:paraId="3A21E2C6" w14:textId="77777777" w:rsidR="005B3871" w:rsidRDefault="00000000">
            <w:pPr>
              <w:spacing w:after="100" w:line="245" w:lineRule="auto"/>
            </w:pPr>
            <w:r>
              <w:rPr>
                <w:color w:val="000000"/>
                <w:sz w:val="16"/>
              </w:rPr>
              <w:t>Sodeluje pri razumevanju namenov in kriterijev uspešnosti.</w:t>
            </w:r>
          </w:p>
          <w:p w14:paraId="4105919C" w14:textId="77777777" w:rsidR="005B3871" w:rsidRDefault="00000000">
            <w:pPr>
              <w:spacing w:after="20" w:line="245" w:lineRule="auto"/>
            </w:pPr>
            <w:r>
              <w:rPr>
                <w:b/>
                <w:color w:val="D95BC6"/>
                <w:sz w:val="17"/>
              </w:rPr>
              <w:t>DOKAZ O UČENJU</w:t>
            </w:r>
          </w:p>
          <w:p w14:paraId="0DAFD2AF" w14:textId="77777777" w:rsidR="005B3871" w:rsidRDefault="00000000">
            <w:pPr>
              <w:spacing w:after="30" w:line="245" w:lineRule="auto"/>
            </w:pPr>
            <w:r>
              <w:rPr>
                <w:color w:val="D95BC6"/>
                <w:sz w:val="16"/>
              </w:rPr>
              <w:t>začetna strategija, razvrstitev, model, risba, gib ali ustni odgovor</w:t>
            </w:r>
          </w:p>
        </w:tc>
      </w:tr>
    </w:tbl>
    <w:p w14:paraId="7C230C1F"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63C950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79500CA"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A4C2537" w14:textId="77777777" w:rsidR="005B3871" w:rsidRDefault="00000000">
            <w:pPr>
              <w:jc w:val="center"/>
            </w:pPr>
            <w:r>
              <w:rPr>
                <w:b/>
                <w:color w:val="000000"/>
                <w:sz w:val="20"/>
              </w:rPr>
              <w:t>UČNE DEJAVNOSTI, METODE IN FORMATIVNO SPREMLJANJE</w:t>
            </w:r>
          </w:p>
        </w:tc>
      </w:tr>
      <w:tr w:rsidR="005B3871" w14:paraId="2E75A14B" w14:textId="77777777">
        <w:trPr>
          <w:tblHeader/>
          <w:jc w:val="center"/>
        </w:trPr>
        <w:tc>
          <w:tcPr>
            <w:tcW w:w="4422" w:type="dxa"/>
            <w:vMerge/>
            <w:tcMar>
              <w:top w:w="70" w:type="dxa"/>
              <w:left w:w="90" w:type="dxa"/>
              <w:bottom w:w="70" w:type="dxa"/>
              <w:right w:w="90" w:type="dxa"/>
            </w:tcMar>
            <w:vAlign w:val="center"/>
          </w:tcPr>
          <w:p w14:paraId="4D2E3CE1" w14:textId="77777777" w:rsidR="005B3871" w:rsidRDefault="005B3871"/>
        </w:tc>
        <w:tc>
          <w:tcPr>
            <w:tcW w:w="7087" w:type="dxa"/>
            <w:shd w:val="clear" w:color="auto" w:fill="FFFFFF"/>
            <w:tcMar>
              <w:top w:w="70" w:type="dxa"/>
              <w:left w:w="90" w:type="dxa"/>
              <w:bottom w:w="70" w:type="dxa"/>
              <w:right w:w="90" w:type="dxa"/>
            </w:tcMar>
            <w:vAlign w:val="center"/>
          </w:tcPr>
          <w:p w14:paraId="01E26FF0"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6ED08C0" w14:textId="77777777" w:rsidR="005B3871" w:rsidRDefault="00000000">
            <w:pPr>
              <w:jc w:val="center"/>
            </w:pPr>
            <w:r>
              <w:rPr>
                <w:b/>
                <w:color w:val="000000"/>
              </w:rPr>
              <w:t>UČENEC</w:t>
            </w:r>
          </w:p>
        </w:tc>
      </w:tr>
      <w:tr w:rsidR="005B3871" w14:paraId="1FA657F4" w14:textId="77777777">
        <w:trPr>
          <w:jc w:val="center"/>
        </w:trPr>
        <w:tc>
          <w:tcPr>
            <w:tcW w:w="4422" w:type="dxa"/>
            <w:tcMar>
              <w:top w:w="70" w:type="dxa"/>
              <w:left w:w="90" w:type="dxa"/>
              <w:bottom w:w="70" w:type="dxa"/>
              <w:right w:w="90" w:type="dxa"/>
            </w:tcMar>
          </w:tcPr>
          <w:p w14:paraId="71B9882B" w14:textId="77777777" w:rsidR="005B3871" w:rsidRDefault="005B3871"/>
          <w:p w14:paraId="75A9D639" w14:textId="77777777" w:rsidR="005B3871" w:rsidRDefault="00000000">
            <w:pPr>
              <w:spacing w:after="40" w:line="245" w:lineRule="auto"/>
            </w:pPr>
            <w:r>
              <w:rPr>
                <w:b/>
                <w:color w:val="000000"/>
              </w:rPr>
              <w:t>KLJUČNI POJMI</w:t>
            </w:r>
          </w:p>
          <w:p w14:paraId="0F8C4B9C" w14:textId="77777777" w:rsidR="005B3871" w:rsidRDefault="00000000">
            <w:pPr>
              <w:spacing w:after="60" w:line="245" w:lineRule="auto"/>
            </w:pPr>
            <w:r>
              <w:rPr>
                <w:color w:val="000000"/>
                <w:sz w:val="16"/>
              </w:rPr>
              <w:t>prirejanje, par, več, manj, enako mnogo, zaporedje, vzorec, pravilo</w:t>
            </w:r>
          </w:p>
          <w:p w14:paraId="143D5FBD" w14:textId="77777777" w:rsidR="005B3871" w:rsidRDefault="00000000">
            <w:pPr>
              <w:spacing w:after="20" w:line="245" w:lineRule="auto"/>
            </w:pPr>
            <w:r>
              <w:rPr>
                <w:b/>
                <w:color w:val="000000"/>
                <w:sz w:val="17"/>
              </w:rPr>
              <w:t>DOKAZI O UČENJU</w:t>
            </w:r>
          </w:p>
          <w:p w14:paraId="118E94C1" w14:textId="77777777" w:rsidR="005B3871" w:rsidRDefault="00000000">
            <w:pPr>
              <w:pStyle w:val="Oznaenseznam"/>
              <w:spacing w:after="16"/>
            </w:pPr>
            <w:r>
              <w:rPr>
                <w:color w:val="000000"/>
                <w:sz w:val="16"/>
              </w:rPr>
              <w:t>prirejanje ena proti ena</w:t>
            </w:r>
          </w:p>
          <w:p w14:paraId="25ED6158" w14:textId="77777777" w:rsidR="005B3871" w:rsidRDefault="00000000">
            <w:pPr>
              <w:pStyle w:val="Oznaenseznam"/>
              <w:spacing w:after="16"/>
            </w:pPr>
            <w:r>
              <w:rPr>
                <w:color w:val="000000"/>
                <w:sz w:val="16"/>
              </w:rPr>
              <w:t>živi model primerjave količin</w:t>
            </w:r>
          </w:p>
          <w:p w14:paraId="1EBC2D69" w14:textId="77777777" w:rsidR="005B3871" w:rsidRDefault="00000000">
            <w:pPr>
              <w:pStyle w:val="Oznaenseznam"/>
              <w:spacing w:after="16"/>
            </w:pPr>
            <w:r>
              <w:rPr>
                <w:color w:val="000000"/>
                <w:sz w:val="16"/>
              </w:rPr>
              <w:t>gibalni in konkretni ponavljajoči vzorec</w:t>
            </w:r>
          </w:p>
          <w:p w14:paraId="3426D0B7" w14:textId="77777777" w:rsidR="005B3871" w:rsidRDefault="00000000">
            <w:pPr>
              <w:spacing w:before="40" w:after="20" w:line="245" w:lineRule="auto"/>
            </w:pPr>
            <w:r>
              <w:rPr>
                <w:b/>
                <w:color w:val="000000"/>
                <w:sz w:val="17"/>
              </w:rPr>
              <w:t>MEDPREDMETNA POVEZAVA</w:t>
            </w:r>
          </w:p>
          <w:p w14:paraId="5021BF77" w14:textId="77777777" w:rsidR="005B3871" w:rsidRDefault="00000000">
            <w:pPr>
              <w:spacing w:after="60" w:line="245" w:lineRule="auto"/>
            </w:pPr>
            <w:r>
              <w:rPr>
                <w:color w:val="000000"/>
                <w:sz w:val="16"/>
              </w:rPr>
              <w:t>SLJ – primerjalne povedi; SPO – dnevna rutina; GUM – ritem; ŠPO – žive skupine</w:t>
            </w:r>
          </w:p>
          <w:p w14:paraId="39BB20E8" w14:textId="77777777" w:rsidR="005B3871" w:rsidRDefault="00000000">
            <w:pPr>
              <w:spacing w:after="20" w:line="245" w:lineRule="auto"/>
            </w:pPr>
            <w:r>
              <w:rPr>
                <w:b/>
                <w:color w:val="000000"/>
                <w:sz w:val="17"/>
              </w:rPr>
              <w:t>POUČEVANJE V GIBANJU</w:t>
            </w:r>
          </w:p>
          <w:p w14:paraId="5AEA349A"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65F0ED5B" w14:textId="77777777" w:rsidR="005B3871" w:rsidRDefault="00000000">
            <w:pPr>
              <w:spacing w:after="20" w:line="245" w:lineRule="auto"/>
            </w:pPr>
            <w:r>
              <w:rPr>
                <w:b/>
                <w:color w:val="000000"/>
                <w:sz w:val="17"/>
              </w:rPr>
              <w:t>DELO PO POSTAJAH</w:t>
            </w:r>
          </w:p>
          <w:p w14:paraId="66CEAE19" w14:textId="77777777" w:rsidR="005B3871" w:rsidRDefault="00000000">
            <w:pPr>
              <w:spacing w:after="60" w:line="245" w:lineRule="auto"/>
            </w:pPr>
            <w:r>
              <w:rPr>
                <w:color w:val="000000"/>
                <w:sz w:val="15"/>
              </w:rPr>
              <w:t>Načrtovana rotacija: konkretno-izkušenjska – Vsakemu njegov par; gibalna/sodelovalna – Več, manj ali enako; slikovno-simbolna – Murijev ritmični vzorec. Pri pisnem ocenjevanju se postaje izvedejo v pripravi, analizi in ponovnem učenju.</w:t>
            </w:r>
          </w:p>
          <w:p w14:paraId="21F9E075" w14:textId="77777777" w:rsidR="005B3871" w:rsidRDefault="00000000">
            <w:pPr>
              <w:spacing w:after="20" w:line="245" w:lineRule="auto"/>
            </w:pPr>
            <w:r>
              <w:rPr>
                <w:b/>
                <w:color w:val="000000"/>
                <w:sz w:val="17"/>
              </w:rPr>
              <w:t>DIFERENCIACIJA IN VKLJUČEVANJE</w:t>
            </w:r>
          </w:p>
          <w:p w14:paraId="0A24A726"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3B2D0A96" w14:textId="77777777" w:rsidR="005B3871" w:rsidRDefault="00000000">
            <w:pPr>
              <w:spacing w:after="20" w:line="245" w:lineRule="auto"/>
            </w:pPr>
            <w:r>
              <w:rPr>
                <w:b/>
                <w:color w:val="000000"/>
                <w:sz w:val="17"/>
              </w:rPr>
              <w:t>SPREMLJANJE</w:t>
            </w:r>
          </w:p>
          <w:p w14:paraId="49FBF5A8"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620C0DB7"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6EBA170" w14:textId="77777777">
              <w:trPr>
                <w:jc w:val="center"/>
              </w:trPr>
              <w:tc>
                <w:tcPr>
                  <w:tcW w:w="7087" w:type="dxa"/>
                  <w:shd w:val="clear" w:color="auto" w:fill="C6E7F3"/>
                  <w:tcMar>
                    <w:top w:w="45" w:type="dxa"/>
                    <w:left w:w="70" w:type="dxa"/>
                    <w:bottom w:w="45" w:type="dxa"/>
                    <w:right w:w="70" w:type="dxa"/>
                  </w:tcMar>
                </w:tcPr>
                <w:p w14:paraId="0376FD9A" w14:textId="77777777" w:rsidR="005B3871" w:rsidRDefault="00000000">
                  <w:pPr>
                    <w:keepNext/>
                  </w:pPr>
                  <w:r>
                    <w:rPr>
                      <w:b/>
                      <w:color w:val="000000"/>
                    </w:rPr>
                    <w:t>GLAVNI DEL – IZKUŠENJSKO IN PROBLEMSKO UČENJE (3 šolske ure)</w:t>
                  </w:r>
                </w:p>
              </w:tc>
            </w:tr>
          </w:tbl>
          <w:p w14:paraId="189D0AC6" w14:textId="77777777" w:rsidR="005B3871" w:rsidRDefault="005B3871">
            <w:pPr>
              <w:spacing w:line="20" w:lineRule="exact"/>
            </w:pPr>
          </w:p>
          <w:p w14:paraId="5BB31389" w14:textId="77777777" w:rsidR="005B3871" w:rsidRDefault="00000000">
            <w:pPr>
              <w:keepNext/>
              <w:spacing w:before="40" w:after="10" w:line="245" w:lineRule="auto"/>
            </w:pPr>
            <w:r>
              <w:rPr>
                <w:b/>
                <w:color w:val="000000"/>
                <w:sz w:val="17"/>
              </w:rPr>
              <w:t>1. URA – Vsakemu njegov par</w:t>
            </w:r>
          </w:p>
          <w:p w14:paraId="00016529" w14:textId="77777777" w:rsidR="005B3871" w:rsidRDefault="00000000">
            <w:pPr>
              <w:spacing w:after="14" w:line="245" w:lineRule="auto"/>
            </w:pPr>
            <w:r>
              <w:rPr>
                <w:b/>
                <w:color w:val="000000"/>
                <w:sz w:val="16"/>
              </w:rPr>
              <w:t xml:space="preserve">Dejavnost učiteljice: </w:t>
            </w:r>
            <w:r>
              <w:rPr>
                <w:color w:val="000000"/>
                <w:sz w:val="16"/>
              </w:rPr>
              <w:t>Pripravi dve skupini predmetov in modelira prirejanje ena proti ena.</w:t>
            </w:r>
          </w:p>
          <w:p w14:paraId="50928912" w14:textId="77777777" w:rsidR="005B3871" w:rsidRDefault="00000000">
            <w:pPr>
              <w:spacing w:after="14" w:line="245" w:lineRule="auto"/>
            </w:pPr>
            <w:r>
              <w:rPr>
                <w:b/>
                <w:color w:val="000000"/>
                <w:sz w:val="16"/>
              </w:rPr>
              <w:t xml:space="preserve">Dejavnost učencev: </w:t>
            </w:r>
            <w:r>
              <w:rPr>
                <w:color w:val="000000"/>
                <w:sz w:val="16"/>
              </w:rPr>
              <w:t>Priredijo skodelico in žličko, poiščejo manjkajoči ali odvečni predmet.</w:t>
            </w:r>
          </w:p>
          <w:p w14:paraId="20A153B4" w14:textId="77777777" w:rsidR="005B3871" w:rsidRDefault="00000000">
            <w:pPr>
              <w:spacing w:after="24" w:line="245" w:lineRule="auto"/>
            </w:pPr>
            <w:r>
              <w:rPr>
                <w:i/>
                <w:color w:val="D95BC6"/>
                <w:sz w:val="16"/>
              </w:rPr>
              <w:t>Predvideni dokaz: prirejanje ena proti ena.</w:t>
            </w:r>
          </w:p>
          <w:p w14:paraId="6814F1C3" w14:textId="77777777" w:rsidR="005B3871" w:rsidRDefault="00000000">
            <w:pPr>
              <w:keepNext/>
              <w:spacing w:before="40" w:after="10" w:line="245" w:lineRule="auto"/>
            </w:pPr>
            <w:r>
              <w:rPr>
                <w:b/>
                <w:color w:val="000000"/>
                <w:sz w:val="17"/>
              </w:rPr>
              <w:t>2. URA – Več, manj ali enako</w:t>
            </w:r>
          </w:p>
          <w:p w14:paraId="068BA9B9" w14:textId="77777777" w:rsidR="005B3871" w:rsidRDefault="00000000">
            <w:pPr>
              <w:spacing w:after="14" w:line="245" w:lineRule="auto"/>
            </w:pPr>
            <w:r>
              <w:rPr>
                <w:b/>
                <w:color w:val="000000"/>
                <w:sz w:val="16"/>
              </w:rPr>
              <w:t xml:space="preserve">Dejavnost učiteljice: </w:t>
            </w:r>
            <w:r>
              <w:rPr>
                <w:color w:val="000000"/>
                <w:sz w:val="16"/>
              </w:rPr>
              <w:t>Oblikuje dve živi skupini ter vodi neposredno primerjavo s pari.</w:t>
            </w:r>
          </w:p>
          <w:p w14:paraId="36FAD68E" w14:textId="77777777" w:rsidR="005B3871" w:rsidRDefault="00000000">
            <w:pPr>
              <w:spacing w:after="14" w:line="245" w:lineRule="auto"/>
            </w:pPr>
            <w:r>
              <w:rPr>
                <w:b/>
                <w:color w:val="000000"/>
                <w:sz w:val="16"/>
              </w:rPr>
              <w:t xml:space="preserve">Dejavnost učencev: </w:t>
            </w:r>
            <w:r>
              <w:rPr>
                <w:color w:val="000000"/>
                <w:sz w:val="16"/>
              </w:rPr>
              <w:t>Postavijo se v pare, ugotovijo odnos in ga povedo z besedami več, manj ali enako mnogo.</w:t>
            </w:r>
          </w:p>
          <w:p w14:paraId="5005CFD7" w14:textId="77777777" w:rsidR="005B3871" w:rsidRDefault="00000000">
            <w:pPr>
              <w:spacing w:after="24" w:line="245" w:lineRule="auto"/>
            </w:pPr>
            <w:r>
              <w:rPr>
                <w:i/>
                <w:color w:val="D95BC6"/>
                <w:sz w:val="16"/>
              </w:rPr>
              <w:t>Predvideni dokaz: živi model primerjave količin.</w:t>
            </w:r>
          </w:p>
          <w:p w14:paraId="0A03452C" w14:textId="77777777" w:rsidR="005B3871" w:rsidRDefault="00000000">
            <w:pPr>
              <w:keepNext/>
              <w:spacing w:before="40" w:after="10" w:line="245" w:lineRule="auto"/>
            </w:pPr>
            <w:r>
              <w:rPr>
                <w:b/>
                <w:color w:val="000000"/>
                <w:sz w:val="17"/>
              </w:rPr>
              <w:t>3. URA – Murijev ritmični vzorec</w:t>
            </w:r>
          </w:p>
          <w:p w14:paraId="3A816933" w14:textId="77777777" w:rsidR="005B3871" w:rsidRDefault="00000000">
            <w:pPr>
              <w:spacing w:after="14" w:line="245" w:lineRule="auto"/>
            </w:pPr>
            <w:r>
              <w:rPr>
                <w:b/>
                <w:color w:val="000000"/>
                <w:sz w:val="16"/>
              </w:rPr>
              <w:t xml:space="preserve">Dejavnost učiteljice: </w:t>
            </w:r>
            <w:r>
              <w:rPr>
                <w:color w:val="000000"/>
                <w:sz w:val="16"/>
              </w:rPr>
              <w:t>Izvede telesni vzorec plosk–tlesk in postopno doda tretji člen.</w:t>
            </w:r>
          </w:p>
          <w:p w14:paraId="11AD968F" w14:textId="77777777" w:rsidR="005B3871" w:rsidRDefault="00000000">
            <w:pPr>
              <w:spacing w:after="14" w:line="245" w:lineRule="auto"/>
            </w:pPr>
            <w:r>
              <w:rPr>
                <w:b/>
                <w:color w:val="000000"/>
                <w:sz w:val="16"/>
              </w:rPr>
              <w:t xml:space="preserve">Dejavnost učencev: </w:t>
            </w:r>
            <w:r>
              <w:rPr>
                <w:color w:val="000000"/>
                <w:sz w:val="16"/>
              </w:rPr>
              <w:t>Nadaljujejo gibalni vzorec, ga sestavijo s predmeti in povedo pravilo.</w:t>
            </w:r>
          </w:p>
          <w:p w14:paraId="4B7594EF" w14:textId="77777777" w:rsidR="005B3871" w:rsidRDefault="00000000">
            <w:pPr>
              <w:spacing w:after="24" w:line="245" w:lineRule="auto"/>
            </w:pPr>
            <w:r>
              <w:rPr>
                <w:i/>
                <w:color w:val="D95BC6"/>
                <w:sz w:val="16"/>
              </w:rPr>
              <w:t>Predvideni dokaz: gibalni in konkretni ponavljajoči vzorec.</w:t>
            </w:r>
          </w:p>
          <w:tbl>
            <w:tblPr>
              <w:tblStyle w:val="Tabelamrea"/>
              <w:tblW w:w="0" w:type="auto"/>
              <w:jc w:val="center"/>
              <w:tblLayout w:type="fixed"/>
              <w:tblLook w:val="04A0" w:firstRow="1" w:lastRow="0" w:firstColumn="1" w:lastColumn="0" w:noHBand="0" w:noVBand="1"/>
            </w:tblPr>
            <w:tblGrid>
              <w:gridCol w:w="7087"/>
            </w:tblGrid>
            <w:tr w:rsidR="005B3871" w14:paraId="30B349C4" w14:textId="77777777">
              <w:trPr>
                <w:jc w:val="center"/>
              </w:trPr>
              <w:tc>
                <w:tcPr>
                  <w:tcW w:w="7087" w:type="dxa"/>
                  <w:shd w:val="clear" w:color="auto" w:fill="EDC9EA"/>
                  <w:tcMar>
                    <w:top w:w="45" w:type="dxa"/>
                    <w:left w:w="70" w:type="dxa"/>
                    <w:bottom w:w="45" w:type="dxa"/>
                    <w:right w:w="70" w:type="dxa"/>
                  </w:tcMar>
                </w:tcPr>
                <w:p w14:paraId="78DF7C5F" w14:textId="77777777" w:rsidR="005B3871" w:rsidRDefault="00000000">
                  <w:pPr>
                    <w:keepNext/>
                  </w:pPr>
                  <w:r>
                    <w:rPr>
                      <w:b/>
                      <w:color w:val="000000"/>
                    </w:rPr>
                    <w:t>POVRATNA INFORMACIJA UČITELJICE MED DELOM</w:t>
                  </w:r>
                </w:p>
              </w:tc>
            </w:tr>
          </w:tbl>
          <w:p w14:paraId="6921A46A" w14:textId="77777777" w:rsidR="005B3871" w:rsidRDefault="005B3871"/>
          <w:p w14:paraId="4AAD69E6"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79C46BE7" w14:textId="77777777" w:rsidR="005B3871" w:rsidRDefault="005B3871"/>
          <w:p w14:paraId="7F6C6477" w14:textId="77777777" w:rsidR="005B3871" w:rsidRDefault="00000000">
            <w:pPr>
              <w:spacing w:after="10" w:line="245" w:lineRule="auto"/>
            </w:pPr>
            <w:r>
              <w:rPr>
                <w:b/>
                <w:color w:val="000000"/>
                <w:sz w:val="16"/>
              </w:rPr>
              <w:t>1. URA</w:t>
            </w:r>
          </w:p>
          <w:p w14:paraId="7C572AA1" w14:textId="77777777" w:rsidR="005B3871" w:rsidRDefault="00000000">
            <w:pPr>
              <w:spacing w:after="30" w:line="245" w:lineRule="auto"/>
            </w:pPr>
            <w:r>
              <w:rPr>
                <w:color w:val="000000"/>
                <w:sz w:val="16"/>
              </w:rPr>
              <w:t>Priredijo skodelico in žličko, poiščejo manjkajoči ali odvečni predmet.</w:t>
            </w:r>
          </w:p>
          <w:p w14:paraId="370B5701" w14:textId="77777777" w:rsidR="005B3871" w:rsidRDefault="00000000">
            <w:pPr>
              <w:spacing w:line="245" w:lineRule="auto"/>
            </w:pPr>
            <w:r>
              <w:rPr>
                <w:b/>
                <w:color w:val="D95BC6"/>
                <w:sz w:val="16"/>
              </w:rPr>
              <w:t>DOKAZ</w:t>
            </w:r>
          </w:p>
          <w:p w14:paraId="49158639" w14:textId="77777777" w:rsidR="005B3871" w:rsidRDefault="00000000">
            <w:pPr>
              <w:spacing w:after="40" w:line="245" w:lineRule="auto"/>
            </w:pPr>
            <w:r>
              <w:rPr>
                <w:color w:val="D95BC6"/>
                <w:sz w:val="15"/>
              </w:rPr>
              <w:t>prirejanje ena proti ena</w:t>
            </w:r>
          </w:p>
          <w:p w14:paraId="59CB0FC6" w14:textId="77777777" w:rsidR="005B3871" w:rsidRDefault="00000000">
            <w:pPr>
              <w:spacing w:after="10" w:line="245" w:lineRule="auto"/>
            </w:pPr>
            <w:r>
              <w:rPr>
                <w:b/>
                <w:color w:val="000000"/>
                <w:sz w:val="16"/>
              </w:rPr>
              <w:t>2. URA</w:t>
            </w:r>
          </w:p>
          <w:p w14:paraId="5E28FB51" w14:textId="77777777" w:rsidR="005B3871" w:rsidRDefault="00000000">
            <w:pPr>
              <w:spacing w:after="30" w:line="245" w:lineRule="auto"/>
            </w:pPr>
            <w:r>
              <w:rPr>
                <w:color w:val="000000"/>
                <w:sz w:val="16"/>
              </w:rPr>
              <w:t>Postavijo se v pare, ugotovijo odnos in ga povedo z besedami več, manj ali enako mnogo.</w:t>
            </w:r>
          </w:p>
          <w:p w14:paraId="653E2AD7" w14:textId="77777777" w:rsidR="005B3871" w:rsidRDefault="00000000">
            <w:pPr>
              <w:spacing w:line="245" w:lineRule="auto"/>
            </w:pPr>
            <w:r>
              <w:rPr>
                <w:b/>
                <w:color w:val="D95BC6"/>
                <w:sz w:val="16"/>
              </w:rPr>
              <w:t>DOKAZ</w:t>
            </w:r>
          </w:p>
          <w:p w14:paraId="1CFE60D6" w14:textId="77777777" w:rsidR="005B3871" w:rsidRDefault="00000000">
            <w:pPr>
              <w:spacing w:after="40" w:line="245" w:lineRule="auto"/>
            </w:pPr>
            <w:r>
              <w:rPr>
                <w:color w:val="D95BC6"/>
                <w:sz w:val="15"/>
              </w:rPr>
              <w:t>živi model primerjave količin</w:t>
            </w:r>
          </w:p>
          <w:p w14:paraId="65D5A657" w14:textId="77777777" w:rsidR="005B3871" w:rsidRDefault="00000000">
            <w:pPr>
              <w:spacing w:after="10" w:line="245" w:lineRule="auto"/>
            </w:pPr>
            <w:r>
              <w:rPr>
                <w:b/>
                <w:color w:val="000000"/>
                <w:sz w:val="16"/>
              </w:rPr>
              <w:t>3. URA</w:t>
            </w:r>
          </w:p>
          <w:p w14:paraId="505B4513" w14:textId="77777777" w:rsidR="005B3871" w:rsidRDefault="00000000">
            <w:pPr>
              <w:spacing w:after="30" w:line="245" w:lineRule="auto"/>
            </w:pPr>
            <w:r>
              <w:rPr>
                <w:color w:val="000000"/>
                <w:sz w:val="16"/>
              </w:rPr>
              <w:t>Nadaljujejo gibalni vzorec, ga sestavijo s predmeti in povedo pravilo.</w:t>
            </w:r>
          </w:p>
          <w:p w14:paraId="5875D234" w14:textId="77777777" w:rsidR="005B3871" w:rsidRDefault="00000000">
            <w:pPr>
              <w:spacing w:line="245" w:lineRule="auto"/>
            </w:pPr>
            <w:r>
              <w:rPr>
                <w:b/>
                <w:color w:val="D95BC6"/>
                <w:sz w:val="16"/>
              </w:rPr>
              <w:t>DOKAZ</w:t>
            </w:r>
          </w:p>
          <w:p w14:paraId="3B0DE8BC" w14:textId="77777777" w:rsidR="005B3871" w:rsidRDefault="00000000">
            <w:pPr>
              <w:spacing w:after="40" w:line="245" w:lineRule="auto"/>
            </w:pPr>
            <w:r>
              <w:rPr>
                <w:color w:val="D95BC6"/>
                <w:sz w:val="15"/>
              </w:rPr>
              <w:t>gibalni in konkretni ponavljajoči vzorec</w:t>
            </w:r>
          </w:p>
        </w:tc>
      </w:tr>
    </w:tbl>
    <w:p w14:paraId="4B88F57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2B8639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03CED08"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5E24D9" w14:textId="77777777" w:rsidR="005B3871" w:rsidRDefault="00000000">
            <w:pPr>
              <w:jc w:val="center"/>
            </w:pPr>
            <w:r>
              <w:rPr>
                <w:b/>
                <w:color w:val="000000"/>
                <w:sz w:val="20"/>
              </w:rPr>
              <w:t>UČNE DEJAVNOSTI, METODE IN FORMATIVNO SPREMLJANJE</w:t>
            </w:r>
          </w:p>
        </w:tc>
      </w:tr>
      <w:tr w:rsidR="005B3871" w14:paraId="064407F5" w14:textId="77777777">
        <w:trPr>
          <w:tblHeader/>
          <w:jc w:val="center"/>
        </w:trPr>
        <w:tc>
          <w:tcPr>
            <w:tcW w:w="4422" w:type="dxa"/>
            <w:vMerge/>
            <w:tcMar>
              <w:top w:w="70" w:type="dxa"/>
              <w:left w:w="90" w:type="dxa"/>
              <w:bottom w:w="70" w:type="dxa"/>
              <w:right w:w="90" w:type="dxa"/>
            </w:tcMar>
            <w:vAlign w:val="center"/>
          </w:tcPr>
          <w:p w14:paraId="56D23C26" w14:textId="77777777" w:rsidR="005B3871" w:rsidRDefault="005B3871"/>
        </w:tc>
        <w:tc>
          <w:tcPr>
            <w:tcW w:w="7087" w:type="dxa"/>
            <w:shd w:val="clear" w:color="auto" w:fill="FFFFFF"/>
            <w:tcMar>
              <w:top w:w="70" w:type="dxa"/>
              <w:left w:w="90" w:type="dxa"/>
              <w:bottom w:w="70" w:type="dxa"/>
              <w:right w:w="90" w:type="dxa"/>
            </w:tcMar>
            <w:vAlign w:val="center"/>
          </w:tcPr>
          <w:p w14:paraId="5A5A6DE5"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A36E034" w14:textId="77777777" w:rsidR="005B3871" w:rsidRDefault="00000000">
            <w:pPr>
              <w:jc w:val="center"/>
            </w:pPr>
            <w:r>
              <w:rPr>
                <w:b/>
                <w:color w:val="000000"/>
              </w:rPr>
              <w:t>UČENEC</w:t>
            </w:r>
          </w:p>
        </w:tc>
      </w:tr>
      <w:tr w:rsidR="005B3871" w14:paraId="5C620FF6" w14:textId="77777777">
        <w:trPr>
          <w:jc w:val="center"/>
        </w:trPr>
        <w:tc>
          <w:tcPr>
            <w:tcW w:w="4422" w:type="dxa"/>
            <w:tcMar>
              <w:top w:w="70" w:type="dxa"/>
              <w:left w:w="90" w:type="dxa"/>
              <w:bottom w:w="70" w:type="dxa"/>
              <w:right w:w="90" w:type="dxa"/>
            </w:tcMar>
          </w:tcPr>
          <w:p w14:paraId="7AF1E60B" w14:textId="77777777" w:rsidR="005B3871" w:rsidRDefault="005B3871"/>
          <w:p w14:paraId="2D131BFF" w14:textId="77777777" w:rsidR="005B3871" w:rsidRDefault="00000000">
            <w:pPr>
              <w:spacing w:after="40" w:line="245" w:lineRule="auto"/>
            </w:pPr>
            <w:r>
              <w:rPr>
                <w:b/>
                <w:color w:val="000000"/>
              </w:rPr>
              <w:t>FORMATIVNO SPREMLJANJE</w:t>
            </w:r>
          </w:p>
          <w:p w14:paraId="5125E3F9" w14:textId="77777777" w:rsidR="005B3871" w:rsidRDefault="00000000">
            <w:pPr>
              <w:pStyle w:val="Oznaenseznam"/>
              <w:spacing w:after="16"/>
            </w:pPr>
            <w:r>
              <w:rPr>
                <w:color w:val="000000"/>
                <w:sz w:val="16"/>
              </w:rPr>
              <w:t>predznanje: začetna strategija, ocena, razvrstitev, model ali risba</w:t>
            </w:r>
          </w:p>
          <w:p w14:paraId="35A7953C" w14:textId="77777777" w:rsidR="005B3871" w:rsidRDefault="00000000">
            <w:pPr>
              <w:pStyle w:val="Oznaenseznam"/>
              <w:spacing w:after="16"/>
            </w:pPr>
            <w:r>
              <w:rPr>
                <w:color w:val="000000"/>
                <w:sz w:val="16"/>
              </w:rPr>
              <w:t>dokazi med učenjem: konkretni, gibalni, slikovni in simbolni prikaz ter razlaga postopka</w:t>
            </w:r>
          </w:p>
          <w:p w14:paraId="7914E719" w14:textId="77777777" w:rsidR="005B3871" w:rsidRDefault="00000000">
            <w:pPr>
              <w:pStyle w:val="Oznaenseznam"/>
              <w:spacing w:after="16"/>
            </w:pPr>
            <w:r>
              <w:rPr>
                <w:color w:val="000000"/>
                <w:sz w:val="16"/>
              </w:rPr>
              <w:t>povratna informacija: konkretna, vezana na kriterij in usmerjena v preverjanje ali naslednji korak</w:t>
            </w:r>
          </w:p>
          <w:p w14:paraId="31F2B526" w14:textId="77777777" w:rsidR="005B3871" w:rsidRDefault="00000000">
            <w:pPr>
              <w:pStyle w:val="Oznaenseznam"/>
              <w:spacing w:after="16"/>
            </w:pPr>
            <w:r>
              <w:rPr>
                <w:color w:val="000000"/>
                <w:sz w:val="16"/>
              </w:rPr>
              <w:t>samovrednotenje: semafor, lestvica samostojnosti, izbrani dokaz ali kratka poved</w:t>
            </w:r>
          </w:p>
          <w:p w14:paraId="471C5170" w14:textId="77777777" w:rsidR="005B3871" w:rsidRDefault="00000000">
            <w:pPr>
              <w:spacing w:before="40" w:after="20" w:line="245" w:lineRule="auto"/>
            </w:pPr>
            <w:r>
              <w:rPr>
                <w:b/>
                <w:color w:val="000000"/>
                <w:sz w:val="17"/>
              </w:rPr>
              <w:t>VARNOST IN ODGOVORNOST</w:t>
            </w:r>
          </w:p>
          <w:p w14:paraId="246D1F57"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0958046E" w14:textId="77777777" w:rsidR="005B3871" w:rsidRDefault="00000000">
            <w:pPr>
              <w:spacing w:after="20" w:line="245" w:lineRule="auto"/>
            </w:pPr>
            <w:r>
              <w:rPr>
                <w:b/>
                <w:color w:val="000000"/>
                <w:sz w:val="17"/>
              </w:rPr>
              <w:t>EVIDENCA PO IZVEDBI</w:t>
            </w:r>
          </w:p>
          <w:p w14:paraId="10AEAFCE"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189B1C06"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EC59E3F" w14:textId="77777777">
              <w:trPr>
                <w:jc w:val="center"/>
              </w:trPr>
              <w:tc>
                <w:tcPr>
                  <w:tcW w:w="7087" w:type="dxa"/>
                  <w:shd w:val="clear" w:color="auto" w:fill="EDC9EA"/>
                  <w:tcMar>
                    <w:top w:w="45" w:type="dxa"/>
                    <w:left w:w="70" w:type="dxa"/>
                    <w:bottom w:w="45" w:type="dxa"/>
                    <w:right w:w="70" w:type="dxa"/>
                  </w:tcMar>
                </w:tcPr>
                <w:p w14:paraId="118ECFC6" w14:textId="77777777" w:rsidR="005B3871" w:rsidRDefault="00000000">
                  <w:pPr>
                    <w:keepNext/>
                  </w:pPr>
                  <w:r>
                    <w:rPr>
                      <w:b/>
                      <w:color w:val="000000"/>
                    </w:rPr>
                    <w:t>VPRAŠANJA V PODPORO MATEMATIČNEMU UČENJU</w:t>
                  </w:r>
                </w:p>
              </w:tc>
            </w:tr>
          </w:tbl>
          <w:p w14:paraId="6E549D04" w14:textId="77777777" w:rsidR="005B3871" w:rsidRDefault="005B3871">
            <w:pPr>
              <w:spacing w:line="20" w:lineRule="exact"/>
            </w:pPr>
          </w:p>
          <w:p w14:paraId="3F18A341" w14:textId="77777777" w:rsidR="005B3871" w:rsidRDefault="00000000">
            <w:pPr>
              <w:pStyle w:val="Oznaenseznam"/>
              <w:spacing w:after="16"/>
            </w:pPr>
            <w:r>
              <w:rPr>
                <w:color w:val="000000"/>
                <w:sz w:val="16"/>
              </w:rPr>
              <w:t>Kaj v tvojem modelu, risbi ali zapisu predstavlja posamezni del naloge?</w:t>
            </w:r>
          </w:p>
          <w:p w14:paraId="2F3BD7BF" w14:textId="77777777" w:rsidR="005B3871" w:rsidRDefault="00000000">
            <w:pPr>
              <w:pStyle w:val="Oznaenseznam"/>
              <w:spacing w:after="16"/>
            </w:pPr>
            <w:r>
              <w:rPr>
                <w:color w:val="000000"/>
                <w:sz w:val="16"/>
              </w:rPr>
              <w:t>Kako si prišel/-la do rešitve in kako veš, da je smiselna?</w:t>
            </w:r>
          </w:p>
          <w:p w14:paraId="25D079C7" w14:textId="77777777" w:rsidR="005B3871" w:rsidRDefault="00000000">
            <w:pPr>
              <w:pStyle w:val="Oznaenseznam"/>
              <w:spacing w:after="16"/>
            </w:pPr>
            <w:r>
              <w:rPr>
                <w:color w:val="000000"/>
                <w:sz w:val="16"/>
              </w:rPr>
              <w:t>Ali lahko isto pokažeš še s predmetom, gibanjem, risbo ali drugim zapisom?</w:t>
            </w:r>
          </w:p>
          <w:p w14:paraId="49DC9465" w14:textId="77777777" w:rsidR="005B3871" w:rsidRDefault="00000000">
            <w:pPr>
              <w:pStyle w:val="Oznaenseznam"/>
              <w:spacing w:after="16"/>
            </w:pPr>
            <w:r>
              <w:rPr>
                <w:color w:val="000000"/>
                <w:sz w:val="16"/>
              </w:rPr>
              <w:t>Kje bi se lahko zmotil/-a in kako boš rešitev preveril/-a?</w:t>
            </w:r>
          </w:p>
          <w:p w14:paraId="2E35BD03"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BB7AECB" w14:textId="77777777">
              <w:trPr>
                <w:jc w:val="center"/>
              </w:trPr>
              <w:tc>
                <w:tcPr>
                  <w:tcW w:w="7087" w:type="dxa"/>
                  <w:shd w:val="clear" w:color="auto" w:fill="C6E7F3"/>
                  <w:tcMar>
                    <w:top w:w="45" w:type="dxa"/>
                    <w:left w:w="70" w:type="dxa"/>
                    <w:bottom w:w="45" w:type="dxa"/>
                    <w:right w:w="70" w:type="dxa"/>
                  </w:tcMar>
                </w:tcPr>
                <w:p w14:paraId="5EA0D928" w14:textId="77777777" w:rsidR="005B3871" w:rsidRDefault="00000000">
                  <w:pPr>
                    <w:keepNext/>
                  </w:pPr>
                  <w:r>
                    <w:rPr>
                      <w:b/>
                      <w:color w:val="000000"/>
                    </w:rPr>
                    <w:t>ZAKLJUČNI DEL – UTRJEVANJE IN REFLEKSIJA (10–15 min)</w:t>
                  </w:r>
                </w:p>
              </w:tc>
            </w:tr>
          </w:tbl>
          <w:p w14:paraId="30B984BA" w14:textId="77777777" w:rsidR="005B3871" w:rsidRDefault="005B3871">
            <w:pPr>
              <w:spacing w:line="20" w:lineRule="exact"/>
            </w:pPr>
          </w:p>
          <w:p w14:paraId="5825AB63"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295A0E45" w14:textId="77777777">
              <w:trPr>
                <w:jc w:val="center"/>
              </w:trPr>
              <w:tc>
                <w:tcPr>
                  <w:tcW w:w="7087" w:type="dxa"/>
                  <w:shd w:val="clear" w:color="auto" w:fill="EDC9EA"/>
                  <w:tcMar>
                    <w:top w:w="45" w:type="dxa"/>
                    <w:left w:w="70" w:type="dxa"/>
                    <w:bottom w:w="45" w:type="dxa"/>
                    <w:right w:w="70" w:type="dxa"/>
                  </w:tcMar>
                </w:tcPr>
                <w:p w14:paraId="382CCA4F" w14:textId="77777777" w:rsidR="005B3871" w:rsidRDefault="00000000">
                  <w:pPr>
                    <w:keepNext/>
                  </w:pPr>
                  <w:r>
                    <w:rPr>
                      <w:b/>
                      <w:color w:val="000000"/>
                    </w:rPr>
                    <w:t>SAMOVREDNOTENJE</w:t>
                  </w:r>
                </w:p>
              </w:tc>
            </w:tr>
          </w:tbl>
          <w:p w14:paraId="7EE2312C" w14:textId="77777777" w:rsidR="005B3871" w:rsidRDefault="005B3871">
            <w:pPr>
              <w:spacing w:line="20" w:lineRule="exact"/>
            </w:pPr>
          </w:p>
          <w:p w14:paraId="46856975"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2CC30355" w14:textId="77777777">
              <w:trPr>
                <w:jc w:val="center"/>
              </w:trPr>
              <w:tc>
                <w:tcPr>
                  <w:tcW w:w="7087" w:type="dxa"/>
                  <w:shd w:val="clear" w:color="auto" w:fill="EDC9EA"/>
                  <w:tcMar>
                    <w:top w:w="45" w:type="dxa"/>
                    <w:left w:w="70" w:type="dxa"/>
                    <w:bottom w:w="45" w:type="dxa"/>
                    <w:right w:w="70" w:type="dxa"/>
                  </w:tcMar>
                </w:tcPr>
                <w:p w14:paraId="072B8CBE" w14:textId="77777777" w:rsidR="005B3871" w:rsidRDefault="00000000">
                  <w:pPr>
                    <w:keepNext/>
                  </w:pPr>
                  <w:r>
                    <w:rPr>
                      <w:b/>
                      <w:color w:val="000000"/>
                    </w:rPr>
                    <w:t>VRSTNIŠKO VREDNOTENJE</w:t>
                  </w:r>
                </w:p>
              </w:tc>
            </w:tr>
          </w:tbl>
          <w:p w14:paraId="50639118" w14:textId="77777777" w:rsidR="005B3871" w:rsidRDefault="005B3871">
            <w:pPr>
              <w:spacing w:line="20" w:lineRule="exact"/>
            </w:pPr>
          </w:p>
          <w:p w14:paraId="16C22EEC"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2A9FB2BD" w14:textId="77777777">
              <w:trPr>
                <w:jc w:val="center"/>
              </w:trPr>
              <w:tc>
                <w:tcPr>
                  <w:tcW w:w="7087" w:type="dxa"/>
                  <w:shd w:val="clear" w:color="auto" w:fill="EDC9EA"/>
                  <w:tcMar>
                    <w:top w:w="45" w:type="dxa"/>
                    <w:left w:w="70" w:type="dxa"/>
                    <w:bottom w:w="45" w:type="dxa"/>
                    <w:right w:w="70" w:type="dxa"/>
                  </w:tcMar>
                </w:tcPr>
                <w:p w14:paraId="328EC81C" w14:textId="77777777" w:rsidR="005B3871" w:rsidRDefault="00000000">
                  <w:pPr>
                    <w:keepNext/>
                  </w:pPr>
                  <w:r>
                    <w:rPr>
                      <w:b/>
                      <w:color w:val="000000"/>
                    </w:rPr>
                    <w:t>SKUPNI POVZETEK</w:t>
                  </w:r>
                </w:p>
              </w:tc>
            </w:tr>
          </w:tbl>
          <w:p w14:paraId="4B98CAF6" w14:textId="77777777" w:rsidR="005B3871" w:rsidRDefault="005B3871"/>
          <w:p w14:paraId="3FAF1217" w14:textId="77777777" w:rsidR="005B3871" w:rsidRDefault="00000000">
            <w:pPr>
              <w:spacing w:before="20" w:after="40" w:line="245" w:lineRule="auto"/>
            </w:pPr>
            <w:r>
              <w:rPr>
                <w:b/>
                <w:color w:val="000000"/>
                <w:sz w:val="16"/>
              </w:rPr>
              <w:t>Predmete priredim ena proti ena, primerjam količine in ustvarim ponavljajoči vzorec.</w:t>
            </w:r>
          </w:p>
        </w:tc>
        <w:tc>
          <w:tcPr>
            <w:tcW w:w="2551" w:type="dxa"/>
            <w:tcMar>
              <w:top w:w="70" w:type="dxa"/>
              <w:left w:w="90" w:type="dxa"/>
              <w:bottom w:w="70" w:type="dxa"/>
              <w:right w:w="90" w:type="dxa"/>
            </w:tcMar>
          </w:tcPr>
          <w:p w14:paraId="3A55C436" w14:textId="77777777" w:rsidR="005B3871" w:rsidRDefault="005B3871"/>
          <w:p w14:paraId="07552CE1" w14:textId="77777777" w:rsidR="005B3871" w:rsidRDefault="00000000">
            <w:pPr>
              <w:spacing w:after="100" w:line="245" w:lineRule="auto"/>
            </w:pPr>
            <w:r>
              <w:rPr>
                <w:color w:val="000000"/>
                <w:sz w:val="16"/>
              </w:rPr>
              <w:t>Odgovarja na podporna vprašanja in se sklicuje na svoj model, zapis ali izvedbo.</w:t>
            </w:r>
          </w:p>
          <w:p w14:paraId="69A75E5F" w14:textId="77777777" w:rsidR="005B3871" w:rsidRDefault="00000000">
            <w:pPr>
              <w:spacing w:after="100" w:line="245" w:lineRule="auto"/>
            </w:pPr>
            <w:r>
              <w:rPr>
                <w:color w:val="000000"/>
                <w:sz w:val="16"/>
              </w:rPr>
              <w:t>Primerja začetno strategijo z novim dokazom ter pojasni, kaj se je naučil/-a.</w:t>
            </w:r>
          </w:p>
          <w:p w14:paraId="54DC49E9" w14:textId="77777777" w:rsidR="005B3871" w:rsidRDefault="00000000">
            <w:pPr>
              <w:spacing w:after="100" w:line="245" w:lineRule="auto"/>
            </w:pPr>
            <w:r>
              <w:rPr>
                <w:color w:val="000000"/>
                <w:sz w:val="16"/>
              </w:rPr>
              <w:t>Izbere raven samostojnosti in določi naslednji korak.</w:t>
            </w:r>
          </w:p>
          <w:p w14:paraId="220C62F6" w14:textId="77777777" w:rsidR="005B3871" w:rsidRDefault="00000000">
            <w:pPr>
              <w:spacing w:after="100" w:line="245" w:lineRule="auto"/>
            </w:pPr>
            <w:r>
              <w:rPr>
                <w:color w:val="000000"/>
                <w:sz w:val="16"/>
              </w:rPr>
              <w:t>Sošolcu poda prijazen in konkreten odziv, vezan na kriterij.</w:t>
            </w:r>
          </w:p>
          <w:p w14:paraId="503D3FBF" w14:textId="77777777" w:rsidR="005B3871" w:rsidRDefault="00000000">
            <w:pPr>
              <w:spacing w:after="20" w:line="245" w:lineRule="auto"/>
            </w:pPr>
            <w:r>
              <w:rPr>
                <w:b/>
                <w:color w:val="D95BC6"/>
                <w:sz w:val="17"/>
              </w:rPr>
              <w:t>DOKAZ O UČENJU</w:t>
            </w:r>
          </w:p>
          <w:p w14:paraId="58C36E0F"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390B3A64"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6FB629DE" w14:textId="77777777">
        <w:trPr>
          <w:cantSplit/>
          <w:jc w:val="center"/>
        </w:trPr>
        <w:tc>
          <w:tcPr>
            <w:tcW w:w="14060" w:type="dxa"/>
            <w:gridSpan w:val="6"/>
            <w:tcMar>
              <w:top w:w="70" w:type="dxa"/>
              <w:left w:w="90" w:type="dxa"/>
              <w:bottom w:w="70" w:type="dxa"/>
              <w:right w:w="90" w:type="dxa"/>
            </w:tcMar>
            <w:vAlign w:val="center"/>
          </w:tcPr>
          <w:p w14:paraId="7ECBE8FD" w14:textId="77777777" w:rsidR="005B3871" w:rsidRDefault="00000000">
            <w:pPr>
              <w:jc w:val="center"/>
            </w:pPr>
            <w:r>
              <w:rPr>
                <w:b/>
                <w:color w:val="000000"/>
                <w:sz w:val="24"/>
              </w:rPr>
              <w:lastRenderedPageBreak/>
              <w:t>UČNA PRIPRAVA 5/39</w:t>
            </w:r>
          </w:p>
        </w:tc>
      </w:tr>
      <w:tr w:rsidR="005B3871" w14:paraId="7397F260" w14:textId="77777777">
        <w:trPr>
          <w:jc w:val="center"/>
        </w:trPr>
        <w:tc>
          <w:tcPr>
            <w:tcW w:w="2665" w:type="dxa"/>
            <w:tcMar>
              <w:top w:w="70" w:type="dxa"/>
              <w:left w:w="90" w:type="dxa"/>
              <w:bottom w:w="70" w:type="dxa"/>
              <w:right w:w="90" w:type="dxa"/>
            </w:tcMar>
            <w:vAlign w:val="center"/>
          </w:tcPr>
          <w:p w14:paraId="3A712282"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145AE9E"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0948B1A1"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4D312E1" w14:textId="77777777" w:rsidR="005B3871" w:rsidRDefault="00000000">
            <w:r>
              <w:rPr>
                <w:b/>
                <w:color w:val="000000"/>
                <w:sz w:val="16"/>
              </w:rPr>
              <w:t xml:space="preserve">NAČRTOVANI TERMIN: </w:t>
            </w:r>
            <w:r>
              <w:rPr>
                <w:color w:val="000000"/>
                <w:sz w:val="16"/>
              </w:rPr>
              <w:t>5. teden • 28. 9.–2. 10. 2026</w:t>
            </w:r>
          </w:p>
        </w:tc>
        <w:tc>
          <w:tcPr>
            <w:tcW w:w="2268" w:type="dxa"/>
            <w:tcMar>
              <w:top w:w="70" w:type="dxa"/>
              <w:left w:w="90" w:type="dxa"/>
              <w:bottom w:w="70" w:type="dxa"/>
              <w:right w:w="90" w:type="dxa"/>
            </w:tcMar>
            <w:vAlign w:val="center"/>
          </w:tcPr>
          <w:p w14:paraId="70880DB7"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E83065D" w14:textId="77777777" w:rsidR="005B3871" w:rsidRDefault="00000000">
            <w:r>
              <w:rPr>
                <w:b/>
                <w:color w:val="000000"/>
                <w:sz w:val="16"/>
              </w:rPr>
              <w:t xml:space="preserve">ŠTEVILO UR: </w:t>
            </w:r>
            <w:r>
              <w:rPr>
                <w:color w:val="000000"/>
                <w:sz w:val="16"/>
              </w:rPr>
              <w:t>3</w:t>
            </w:r>
          </w:p>
        </w:tc>
      </w:tr>
      <w:tr w:rsidR="005B3871" w14:paraId="03162528" w14:textId="77777777">
        <w:trPr>
          <w:jc w:val="center"/>
        </w:trPr>
        <w:tc>
          <w:tcPr>
            <w:tcW w:w="14061" w:type="dxa"/>
            <w:gridSpan w:val="6"/>
            <w:tcMar>
              <w:top w:w="70" w:type="dxa"/>
              <w:left w:w="90" w:type="dxa"/>
              <w:bottom w:w="70" w:type="dxa"/>
              <w:right w:w="90" w:type="dxa"/>
            </w:tcMar>
            <w:vAlign w:val="center"/>
          </w:tcPr>
          <w:p w14:paraId="273A4FDA"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1DAF7FAD" w14:textId="77777777">
        <w:trPr>
          <w:cantSplit/>
          <w:jc w:val="center"/>
        </w:trPr>
        <w:tc>
          <w:tcPr>
            <w:tcW w:w="14060" w:type="dxa"/>
            <w:gridSpan w:val="6"/>
            <w:tcMar>
              <w:top w:w="70" w:type="dxa"/>
              <w:left w:w="90" w:type="dxa"/>
              <w:bottom w:w="70" w:type="dxa"/>
              <w:right w:w="90" w:type="dxa"/>
            </w:tcMar>
            <w:vAlign w:val="center"/>
          </w:tcPr>
          <w:p w14:paraId="039C2389" w14:textId="77777777" w:rsidR="005B3871" w:rsidRDefault="005B3871"/>
          <w:p w14:paraId="180BF480" w14:textId="77777777" w:rsidR="005B3871" w:rsidRDefault="00000000">
            <w:pPr>
              <w:spacing w:line="245" w:lineRule="auto"/>
            </w:pPr>
            <w:r>
              <w:rPr>
                <w:b/>
                <w:color w:val="000000"/>
                <w:sz w:val="16"/>
              </w:rPr>
              <w:t xml:space="preserve">UČNI SKLOP: </w:t>
            </w:r>
            <w:r>
              <w:rPr>
                <w:color w:val="000000"/>
                <w:sz w:val="16"/>
              </w:rPr>
              <w:t>VARNA POT IN MOBILNOST</w:t>
            </w:r>
          </w:p>
        </w:tc>
      </w:tr>
      <w:tr w:rsidR="005B3871" w14:paraId="58A91BB3" w14:textId="77777777">
        <w:trPr>
          <w:cantSplit/>
          <w:jc w:val="center"/>
        </w:trPr>
        <w:tc>
          <w:tcPr>
            <w:tcW w:w="14060" w:type="dxa"/>
            <w:gridSpan w:val="6"/>
            <w:tcMar>
              <w:top w:w="70" w:type="dxa"/>
              <w:left w:w="90" w:type="dxa"/>
              <w:bottom w:w="70" w:type="dxa"/>
              <w:right w:w="90" w:type="dxa"/>
            </w:tcMar>
            <w:vAlign w:val="center"/>
          </w:tcPr>
          <w:p w14:paraId="70C1C861" w14:textId="77777777" w:rsidR="005B3871" w:rsidRDefault="005B3871"/>
          <w:p w14:paraId="55312018" w14:textId="77777777" w:rsidR="005B3871" w:rsidRDefault="00000000">
            <w:pPr>
              <w:spacing w:line="245" w:lineRule="auto"/>
            </w:pPr>
            <w:r>
              <w:rPr>
                <w:b/>
                <w:color w:val="000000"/>
                <w:sz w:val="16"/>
              </w:rPr>
              <w:t xml:space="preserve">UČNA TEMA: </w:t>
            </w:r>
            <w:r>
              <w:rPr>
                <w:color w:val="000000"/>
                <w:sz w:val="16"/>
              </w:rPr>
              <w:t>PRIREJANJE IN UREJANJE</w:t>
            </w:r>
          </w:p>
        </w:tc>
      </w:tr>
      <w:tr w:rsidR="005B3871" w14:paraId="3A358922" w14:textId="77777777">
        <w:trPr>
          <w:cantSplit/>
          <w:jc w:val="center"/>
        </w:trPr>
        <w:tc>
          <w:tcPr>
            <w:tcW w:w="14060" w:type="dxa"/>
            <w:gridSpan w:val="6"/>
            <w:tcMar>
              <w:top w:w="70" w:type="dxa"/>
              <w:left w:w="90" w:type="dxa"/>
              <w:bottom w:w="70" w:type="dxa"/>
              <w:right w:w="90" w:type="dxa"/>
            </w:tcMar>
            <w:vAlign w:val="center"/>
          </w:tcPr>
          <w:p w14:paraId="6A9879D7" w14:textId="77777777" w:rsidR="005B3871" w:rsidRDefault="005B3871"/>
          <w:p w14:paraId="768728CF" w14:textId="77777777" w:rsidR="005B3871" w:rsidRDefault="00000000">
            <w:pPr>
              <w:spacing w:line="245" w:lineRule="auto"/>
            </w:pPr>
            <w:r>
              <w:rPr>
                <w:b/>
                <w:color w:val="000000"/>
                <w:sz w:val="16"/>
              </w:rPr>
              <w:t xml:space="preserve">KNJIŽEVNO IZHODIŠČE IN MOTIV: </w:t>
            </w:r>
            <w:r>
              <w:rPr>
                <w:color w:val="000000"/>
                <w:sz w:val="16"/>
              </w:rPr>
              <w:t>»Rdeča kapica« – brata Grimm • varna pot, vidnost in premišljeno ravnanje</w:t>
            </w:r>
          </w:p>
        </w:tc>
      </w:tr>
      <w:tr w:rsidR="005B3871" w14:paraId="50256ED6" w14:textId="77777777">
        <w:trPr>
          <w:cantSplit/>
          <w:jc w:val="center"/>
        </w:trPr>
        <w:tc>
          <w:tcPr>
            <w:tcW w:w="14060" w:type="dxa"/>
            <w:gridSpan w:val="6"/>
            <w:tcMar>
              <w:top w:w="70" w:type="dxa"/>
              <w:left w:w="90" w:type="dxa"/>
              <w:bottom w:w="70" w:type="dxa"/>
              <w:right w:w="90" w:type="dxa"/>
            </w:tcMar>
            <w:vAlign w:val="center"/>
          </w:tcPr>
          <w:p w14:paraId="32DAA19D" w14:textId="77777777" w:rsidR="005B3871" w:rsidRDefault="005B3871"/>
          <w:p w14:paraId="0876C9B9" w14:textId="77777777" w:rsidR="005B3871" w:rsidRDefault="00000000">
            <w:pPr>
              <w:spacing w:line="245" w:lineRule="auto"/>
            </w:pPr>
            <w:r>
              <w:rPr>
                <w:b/>
                <w:color w:val="000000"/>
                <w:sz w:val="16"/>
              </w:rPr>
              <w:t xml:space="preserve">UČNE ENOTE: </w:t>
            </w:r>
            <w:r>
              <w:rPr>
                <w:color w:val="000000"/>
                <w:sz w:val="16"/>
              </w:rPr>
              <w:t>1. ura – Kaj sodi v par? • 2. ura – Poti iz vrvic • 3. ura – Živa višinska vrsta</w:t>
            </w:r>
          </w:p>
        </w:tc>
      </w:tr>
      <w:tr w:rsidR="005B3871" w14:paraId="11A24451" w14:textId="77777777">
        <w:trPr>
          <w:cantSplit/>
          <w:jc w:val="center"/>
        </w:trPr>
        <w:tc>
          <w:tcPr>
            <w:tcW w:w="14060" w:type="dxa"/>
            <w:gridSpan w:val="6"/>
            <w:tcMar>
              <w:top w:w="70" w:type="dxa"/>
              <w:left w:w="90" w:type="dxa"/>
              <w:bottom w:w="70" w:type="dxa"/>
              <w:right w:w="90" w:type="dxa"/>
            </w:tcMar>
            <w:vAlign w:val="center"/>
          </w:tcPr>
          <w:p w14:paraId="4719DD29" w14:textId="77777777" w:rsidR="005B3871" w:rsidRDefault="005B3871"/>
          <w:p w14:paraId="46464A6E"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2AAFCC78" w14:textId="77777777">
        <w:trPr>
          <w:cantSplit/>
          <w:jc w:val="center"/>
        </w:trPr>
        <w:tc>
          <w:tcPr>
            <w:tcW w:w="14060" w:type="dxa"/>
            <w:gridSpan w:val="6"/>
            <w:tcMar>
              <w:top w:w="70" w:type="dxa"/>
              <w:left w:w="90" w:type="dxa"/>
              <w:bottom w:w="70" w:type="dxa"/>
              <w:right w:w="90" w:type="dxa"/>
            </w:tcMar>
            <w:vAlign w:val="center"/>
          </w:tcPr>
          <w:p w14:paraId="19238F8D" w14:textId="77777777" w:rsidR="005B3871" w:rsidRDefault="005B3871"/>
          <w:p w14:paraId="0446C993"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560B650F" w14:textId="77777777">
        <w:trPr>
          <w:cantSplit/>
          <w:jc w:val="center"/>
        </w:trPr>
        <w:tc>
          <w:tcPr>
            <w:tcW w:w="14060" w:type="dxa"/>
            <w:gridSpan w:val="6"/>
            <w:tcMar>
              <w:top w:w="70" w:type="dxa"/>
              <w:left w:w="90" w:type="dxa"/>
              <w:bottom w:w="70" w:type="dxa"/>
              <w:right w:w="90" w:type="dxa"/>
            </w:tcMar>
            <w:vAlign w:val="center"/>
          </w:tcPr>
          <w:p w14:paraId="3543D6AF" w14:textId="77777777" w:rsidR="005B3871" w:rsidRDefault="005B3871"/>
          <w:p w14:paraId="068FCF2B"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6466AF2A" w14:textId="77777777">
        <w:trPr>
          <w:cantSplit/>
          <w:jc w:val="center"/>
        </w:trPr>
        <w:tc>
          <w:tcPr>
            <w:tcW w:w="14060" w:type="dxa"/>
            <w:gridSpan w:val="6"/>
            <w:tcMar>
              <w:top w:w="70" w:type="dxa"/>
              <w:left w:w="90" w:type="dxa"/>
              <w:bottom w:w="70" w:type="dxa"/>
              <w:right w:w="90" w:type="dxa"/>
            </w:tcMar>
            <w:vAlign w:val="center"/>
          </w:tcPr>
          <w:p w14:paraId="0E30D262" w14:textId="77777777" w:rsidR="005B3871" w:rsidRDefault="005B3871"/>
          <w:p w14:paraId="0203BC97" w14:textId="77777777" w:rsidR="005B3871" w:rsidRDefault="00000000">
            <w:pPr>
              <w:spacing w:line="245" w:lineRule="auto"/>
            </w:pPr>
            <w:r>
              <w:rPr>
                <w:b/>
                <w:color w:val="000000"/>
                <w:sz w:val="16"/>
              </w:rPr>
              <w:t xml:space="preserve">MEDPREDMETNE POVEZAVE: </w:t>
            </w:r>
            <w:r>
              <w:rPr>
                <w:color w:val="000000"/>
                <w:sz w:val="16"/>
              </w:rPr>
              <w:t>SLJ – utemeljitev; SPO – varna pot; ŠPO – živa vrsta; LUM – linija in dolžina</w:t>
            </w:r>
          </w:p>
        </w:tc>
      </w:tr>
      <w:tr w:rsidR="005B3871" w14:paraId="2BF845B5" w14:textId="77777777">
        <w:trPr>
          <w:cantSplit/>
          <w:jc w:val="center"/>
        </w:trPr>
        <w:tc>
          <w:tcPr>
            <w:tcW w:w="14060" w:type="dxa"/>
            <w:gridSpan w:val="6"/>
            <w:tcMar>
              <w:top w:w="70" w:type="dxa"/>
              <w:left w:w="90" w:type="dxa"/>
              <w:bottom w:w="70" w:type="dxa"/>
              <w:right w:w="90" w:type="dxa"/>
            </w:tcMar>
            <w:vAlign w:val="center"/>
          </w:tcPr>
          <w:p w14:paraId="525AD4F2" w14:textId="77777777" w:rsidR="005B3871" w:rsidRDefault="005B3871"/>
          <w:p w14:paraId="01A82DF8" w14:textId="77777777" w:rsidR="005B3871" w:rsidRDefault="00000000">
            <w:pPr>
              <w:spacing w:line="245" w:lineRule="auto"/>
            </w:pPr>
            <w:r>
              <w:rPr>
                <w:b/>
                <w:color w:val="000000"/>
                <w:sz w:val="16"/>
              </w:rPr>
              <w:t xml:space="preserve">UČNA SREDSTVA IN PRIPOMOČKI: </w:t>
            </w:r>
            <w:r>
              <w:rPr>
                <w:color w:val="000000"/>
                <w:sz w:val="16"/>
              </w:rPr>
              <w:t>košara in varni predmeti, kartice parov, vrvice različnih dolžin, trakovi, kartonasta drevesa, talna črta</w:t>
            </w:r>
          </w:p>
        </w:tc>
      </w:tr>
      <w:tr w:rsidR="005B3871" w14:paraId="0AEEE1AD" w14:textId="77777777">
        <w:trPr>
          <w:cantSplit/>
          <w:jc w:val="center"/>
        </w:trPr>
        <w:tc>
          <w:tcPr>
            <w:tcW w:w="14060" w:type="dxa"/>
            <w:gridSpan w:val="6"/>
            <w:tcMar>
              <w:top w:w="70" w:type="dxa"/>
              <w:left w:w="90" w:type="dxa"/>
              <w:bottom w:w="70" w:type="dxa"/>
              <w:right w:w="90" w:type="dxa"/>
            </w:tcMar>
            <w:vAlign w:val="center"/>
          </w:tcPr>
          <w:p w14:paraId="6E96F696" w14:textId="77777777" w:rsidR="005B3871" w:rsidRDefault="005B3871"/>
          <w:p w14:paraId="307EC8EC"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32043726" w14:textId="77777777">
        <w:trPr>
          <w:cantSplit/>
          <w:jc w:val="center"/>
        </w:trPr>
        <w:tc>
          <w:tcPr>
            <w:tcW w:w="14060" w:type="dxa"/>
            <w:gridSpan w:val="6"/>
            <w:tcMar>
              <w:top w:w="70" w:type="dxa"/>
              <w:left w:w="90" w:type="dxa"/>
              <w:bottom w:w="70" w:type="dxa"/>
              <w:right w:w="90" w:type="dxa"/>
            </w:tcMar>
            <w:vAlign w:val="center"/>
          </w:tcPr>
          <w:p w14:paraId="09545875" w14:textId="77777777" w:rsidR="005B3871" w:rsidRDefault="005B3871"/>
          <w:p w14:paraId="03D2333C" w14:textId="77777777" w:rsidR="005B3871" w:rsidRDefault="00000000">
            <w:pPr>
              <w:spacing w:line="245" w:lineRule="auto"/>
            </w:pPr>
            <w:r>
              <w:rPr>
                <w:b/>
                <w:color w:val="000000"/>
                <w:sz w:val="16"/>
              </w:rPr>
              <w:t xml:space="preserve">OCENJEVANJE / DAN DEJAVNOSTI: </w:t>
            </w:r>
            <w:r>
              <w:rPr>
                <w:color w:val="000000"/>
                <w:sz w:val="16"/>
              </w:rPr>
              <w:t>TEHNIŠKI DAN</w:t>
            </w:r>
          </w:p>
        </w:tc>
      </w:tr>
      <w:tr w:rsidR="005B3871" w14:paraId="147251EE" w14:textId="77777777">
        <w:trPr>
          <w:cantSplit/>
          <w:jc w:val="center"/>
        </w:trPr>
        <w:tc>
          <w:tcPr>
            <w:tcW w:w="14060" w:type="dxa"/>
            <w:gridSpan w:val="6"/>
            <w:tcMar>
              <w:top w:w="70" w:type="dxa"/>
              <w:left w:w="90" w:type="dxa"/>
              <w:bottom w:w="70" w:type="dxa"/>
              <w:right w:w="90" w:type="dxa"/>
            </w:tcMar>
            <w:vAlign w:val="center"/>
          </w:tcPr>
          <w:p w14:paraId="66C4890A" w14:textId="77777777" w:rsidR="005B3871" w:rsidRDefault="005B3871"/>
          <w:p w14:paraId="1CCA357A"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00BDCB5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4BB4EC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C2D8A37"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A1C24C4" w14:textId="77777777" w:rsidR="005B3871" w:rsidRDefault="00000000">
            <w:pPr>
              <w:jc w:val="center"/>
            </w:pPr>
            <w:r>
              <w:rPr>
                <w:b/>
                <w:color w:val="000000"/>
                <w:sz w:val="20"/>
              </w:rPr>
              <w:t>UČNE DEJAVNOSTI, METODE IN FORMATIVNO SPREMLJANJE</w:t>
            </w:r>
          </w:p>
        </w:tc>
      </w:tr>
      <w:tr w:rsidR="005B3871" w14:paraId="15878EF4" w14:textId="77777777">
        <w:trPr>
          <w:tblHeader/>
          <w:jc w:val="center"/>
        </w:trPr>
        <w:tc>
          <w:tcPr>
            <w:tcW w:w="4422" w:type="dxa"/>
            <w:vMerge/>
            <w:tcMar>
              <w:top w:w="70" w:type="dxa"/>
              <w:left w:w="90" w:type="dxa"/>
              <w:bottom w:w="70" w:type="dxa"/>
              <w:right w:w="90" w:type="dxa"/>
            </w:tcMar>
            <w:vAlign w:val="center"/>
          </w:tcPr>
          <w:p w14:paraId="10CAFDAB" w14:textId="77777777" w:rsidR="005B3871" w:rsidRDefault="005B3871"/>
        </w:tc>
        <w:tc>
          <w:tcPr>
            <w:tcW w:w="7087" w:type="dxa"/>
            <w:shd w:val="clear" w:color="auto" w:fill="FFFFFF"/>
            <w:tcMar>
              <w:top w:w="70" w:type="dxa"/>
              <w:left w:w="90" w:type="dxa"/>
              <w:bottom w:w="70" w:type="dxa"/>
              <w:right w:w="90" w:type="dxa"/>
            </w:tcMar>
            <w:vAlign w:val="center"/>
          </w:tcPr>
          <w:p w14:paraId="567251E0"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ABBE686" w14:textId="77777777" w:rsidR="005B3871" w:rsidRDefault="00000000">
            <w:pPr>
              <w:jc w:val="center"/>
            </w:pPr>
            <w:r>
              <w:rPr>
                <w:b/>
                <w:color w:val="000000"/>
              </w:rPr>
              <w:t>UČENEC</w:t>
            </w:r>
          </w:p>
        </w:tc>
      </w:tr>
      <w:tr w:rsidR="005B3871" w14:paraId="6A7D2DFE" w14:textId="77777777">
        <w:trPr>
          <w:jc w:val="center"/>
        </w:trPr>
        <w:tc>
          <w:tcPr>
            <w:tcW w:w="4422" w:type="dxa"/>
            <w:tcMar>
              <w:top w:w="70" w:type="dxa"/>
              <w:left w:w="90" w:type="dxa"/>
              <w:bottom w:w="70" w:type="dxa"/>
              <w:right w:w="90" w:type="dxa"/>
            </w:tcMar>
          </w:tcPr>
          <w:p w14:paraId="0C83EC41" w14:textId="77777777" w:rsidR="005B3871" w:rsidRDefault="005B3871"/>
          <w:p w14:paraId="3C0B2346" w14:textId="77777777" w:rsidR="005B3871" w:rsidRDefault="00000000">
            <w:pPr>
              <w:spacing w:after="60" w:line="245" w:lineRule="auto"/>
            </w:pPr>
            <w:r>
              <w:rPr>
                <w:b/>
                <w:color w:val="000000"/>
              </w:rPr>
              <w:t>UČNI CILJI</w:t>
            </w:r>
          </w:p>
          <w:p w14:paraId="12550DF9" w14:textId="77777777" w:rsidR="005B3871" w:rsidRDefault="00000000">
            <w:pPr>
              <w:spacing w:after="20" w:line="245" w:lineRule="auto"/>
            </w:pPr>
            <w:r>
              <w:rPr>
                <w:b/>
                <w:color w:val="000000"/>
                <w:sz w:val="17"/>
              </w:rPr>
              <w:t>SPLOŠNI</w:t>
            </w:r>
          </w:p>
          <w:p w14:paraId="6405BF41" w14:textId="77777777" w:rsidR="005B3871" w:rsidRDefault="00000000">
            <w:pPr>
              <w:pStyle w:val="Oznaenseznam"/>
              <w:spacing w:after="16"/>
            </w:pPr>
            <w:r>
              <w:rPr>
                <w:color w:val="000000"/>
                <w:sz w:val="16"/>
              </w:rPr>
              <w:t>razvija številske, prostorske in količinske predstave s konkretnimi izkušnjami</w:t>
            </w:r>
          </w:p>
          <w:p w14:paraId="4B870A7D" w14:textId="77777777" w:rsidR="005B3871" w:rsidRDefault="00000000">
            <w:pPr>
              <w:pStyle w:val="Oznaenseznam"/>
              <w:spacing w:after="16"/>
            </w:pPr>
            <w:r>
              <w:rPr>
                <w:color w:val="000000"/>
                <w:sz w:val="16"/>
              </w:rPr>
              <w:t>rešuje matematične probleme s predmetom, gibanjem, risbo, modelom in simbolom</w:t>
            </w:r>
          </w:p>
          <w:p w14:paraId="16AA2A24" w14:textId="77777777" w:rsidR="005B3871" w:rsidRDefault="00000000">
            <w:pPr>
              <w:pStyle w:val="Oznaenseznam"/>
              <w:spacing w:after="16"/>
            </w:pPr>
            <w:r>
              <w:rPr>
                <w:color w:val="000000"/>
                <w:sz w:val="16"/>
              </w:rPr>
              <w:t>pojasnjuje izbrano strategijo, preverja smiselnost rešitve in posluša rešitve drugih</w:t>
            </w:r>
          </w:p>
          <w:p w14:paraId="191F5A8E" w14:textId="77777777" w:rsidR="005B3871" w:rsidRDefault="00000000">
            <w:pPr>
              <w:pStyle w:val="Oznaenseznam"/>
              <w:spacing w:after="16"/>
            </w:pPr>
            <w:r>
              <w:rPr>
                <w:color w:val="000000"/>
                <w:sz w:val="16"/>
              </w:rPr>
              <w:t>ob namenih in kriterijih spremlja svoje učenje ter uporabi opisno povratno informacijo</w:t>
            </w:r>
          </w:p>
          <w:p w14:paraId="62E1CB42" w14:textId="77777777" w:rsidR="005B3871" w:rsidRDefault="00000000">
            <w:pPr>
              <w:spacing w:before="40" w:after="20" w:line="245" w:lineRule="auto"/>
            </w:pPr>
            <w:r>
              <w:rPr>
                <w:b/>
                <w:color w:val="000000"/>
                <w:sz w:val="17"/>
              </w:rPr>
              <w:t>OPERATIVNI</w:t>
            </w:r>
          </w:p>
          <w:p w14:paraId="0B3F7C5F" w14:textId="77777777" w:rsidR="005B3871" w:rsidRDefault="00000000">
            <w:pPr>
              <w:pStyle w:val="Oznaenseznam"/>
              <w:spacing w:after="16"/>
            </w:pPr>
            <w:r>
              <w:rPr>
                <w:color w:val="000000"/>
                <w:sz w:val="16"/>
              </w:rPr>
              <w:t>prireja predmete</w:t>
            </w:r>
          </w:p>
          <w:p w14:paraId="1D92F060" w14:textId="77777777" w:rsidR="005B3871" w:rsidRDefault="00000000">
            <w:pPr>
              <w:pStyle w:val="Oznaenseznam"/>
              <w:spacing w:after="16"/>
            </w:pPr>
            <w:r>
              <w:rPr>
                <w:color w:val="000000"/>
                <w:sz w:val="16"/>
              </w:rPr>
              <w:t>ureja po dolžini in višini</w:t>
            </w:r>
          </w:p>
          <w:p w14:paraId="291C5EA1" w14:textId="77777777" w:rsidR="005B3871" w:rsidRDefault="00000000">
            <w:pPr>
              <w:pStyle w:val="Oznaenseznam"/>
              <w:spacing w:after="16"/>
            </w:pPr>
            <w:r>
              <w:rPr>
                <w:color w:val="000000"/>
                <w:sz w:val="16"/>
              </w:rPr>
              <w:t>utemelji izbrano lastnost</w:t>
            </w:r>
          </w:p>
          <w:p w14:paraId="40671277" w14:textId="77777777" w:rsidR="005B3871" w:rsidRDefault="00000000">
            <w:pPr>
              <w:spacing w:before="40" w:after="20" w:line="245" w:lineRule="auto"/>
            </w:pPr>
            <w:r>
              <w:rPr>
                <w:b/>
                <w:color w:val="000000"/>
                <w:sz w:val="17"/>
              </w:rPr>
              <w:t>PRIČAKOVANI DOSEŽKI / STANDARDI</w:t>
            </w:r>
          </w:p>
          <w:p w14:paraId="4D3C401D" w14:textId="77777777" w:rsidR="005B3871" w:rsidRDefault="00000000">
            <w:pPr>
              <w:pStyle w:val="Oznaenseznam"/>
              <w:spacing w:after="16"/>
            </w:pPr>
            <w:r>
              <w:rPr>
                <w:color w:val="000000"/>
                <w:sz w:val="16"/>
              </w:rPr>
              <w:t>ob konkretni, slikovni ali gibalni opori prireja predmete</w:t>
            </w:r>
          </w:p>
          <w:p w14:paraId="1B746D0F" w14:textId="77777777" w:rsidR="005B3871" w:rsidRDefault="00000000">
            <w:pPr>
              <w:pStyle w:val="Oznaenseznam"/>
              <w:spacing w:after="16"/>
            </w:pPr>
            <w:r>
              <w:rPr>
                <w:color w:val="000000"/>
                <w:sz w:val="16"/>
              </w:rPr>
              <w:t>ob konkretni, slikovni ali gibalni opori ureja po dolžini in višini</w:t>
            </w:r>
          </w:p>
          <w:p w14:paraId="5C8887BA" w14:textId="77777777" w:rsidR="005B3871" w:rsidRDefault="00000000">
            <w:pPr>
              <w:pStyle w:val="Oznaenseznam"/>
              <w:spacing w:after="16"/>
            </w:pPr>
            <w:r>
              <w:rPr>
                <w:color w:val="000000"/>
                <w:sz w:val="16"/>
              </w:rPr>
              <w:t>ob konkretni, slikovni ali gibalni opori utemelji izbrano lastnost</w:t>
            </w:r>
          </w:p>
        </w:tc>
        <w:tc>
          <w:tcPr>
            <w:tcW w:w="7087" w:type="dxa"/>
            <w:tcMar>
              <w:top w:w="70" w:type="dxa"/>
              <w:left w:w="90" w:type="dxa"/>
              <w:bottom w:w="70" w:type="dxa"/>
              <w:right w:w="90" w:type="dxa"/>
            </w:tcMar>
          </w:tcPr>
          <w:p w14:paraId="7CCBDC02"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9CE93F4" w14:textId="77777777">
              <w:trPr>
                <w:jc w:val="center"/>
              </w:trPr>
              <w:tc>
                <w:tcPr>
                  <w:tcW w:w="7087" w:type="dxa"/>
                  <w:shd w:val="clear" w:color="auto" w:fill="C6E7F3"/>
                  <w:tcMar>
                    <w:top w:w="45" w:type="dxa"/>
                    <w:left w:w="70" w:type="dxa"/>
                    <w:bottom w:w="45" w:type="dxa"/>
                    <w:right w:w="70" w:type="dxa"/>
                  </w:tcMar>
                </w:tcPr>
                <w:p w14:paraId="33C43914" w14:textId="77777777" w:rsidR="005B3871" w:rsidRDefault="00000000">
                  <w:pPr>
                    <w:keepNext/>
                  </w:pPr>
                  <w:r>
                    <w:rPr>
                      <w:b/>
                      <w:color w:val="000000"/>
                    </w:rPr>
                    <w:t>UVODNI DEL – motivacija, aktivacija predznanja in namen učenja (15–20 min)</w:t>
                  </w:r>
                </w:p>
              </w:tc>
            </w:tr>
          </w:tbl>
          <w:p w14:paraId="550EA964" w14:textId="77777777" w:rsidR="005B3871" w:rsidRDefault="005B3871">
            <w:pPr>
              <w:spacing w:line="20" w:lineRule="exact"/>
            </w:pPr>
          </w:p>
          <w:p w14:paraId="2E85528C" w14:textId="77777777" w:rsidR="005B3871" w:rsidRDefault="00000000">
            <w:pPr>
              <w:spacing w:before="40" w:after="60" w:line="245" w:lineRule="auto"/>
            </w:pPr>
            <w:r>
              <w:rPr>
                <w:color w:val="000000"/>
                <w:sz w:val="16"/>
              </w:rPr>
              <w:t>Rdeča kapica izbira varno pot in ureja predmete v košari. Učenci primerjajo, kaj je daljše, krajše, višje ali nižje, najprej z oceno, nato z neposredno primerjavo.</w:t>
            </w:r>
          </w:p>
          <w:tbl>
            <w:tblPr>
              <w:tblStyle w:val="Tabelamrea"/>
              <w:tblW w:w="0" w:type="auto"/>
              <w:jc w:val="center"/>
              <w:tblLayout w:type="fixed"/>
              <w:tblLook w:val="04A0" w:firstRow="1" w:lastRow="0" w:firstColumn="1" w:lastColumn="0" w:noHBand="0" w:noVBand="1"/>
            </w:tblPr>
            <w:tblGrid>
              <w:gridCol w:w="7087"/>
            </w:tblGrid>
            <w:tr w:rsidR="005B3871" w14:paraId="1B04CE86" w14:textId="77777777">
              <w:trPr>
                <w:jc w:val="center"/>
              </w:trPr>
              <w:tc>
                <w:tcPr>
                  <w:tcW w:w="7087" w:type="dxa"/>
                  <w:shd w:val="clear" w:color="auto" w:fill="EDC9EA"/>
                  <w:tcMar>
                    <w:top w:w="45" w:type="dxa"/>
                    <w:left w:w="70" w:type="dxa"/>
                    <w:bottom w:w="45" w:type="dxa"/>
                    <w:right w:w="70" w:type="dxa"/>
                  </w:tcMar>
                </w:tcPr>
                <w:p w14:paraId="4BBC89F1" w14:textId="77777777" w:rsidR="005B3871" w:rsidRDefault="00000000">
                  <w:pPr>
                    <w:keepNext/>
                  </w:pPr>
                  <w:r>
                    <w:rPr>
                      <w:b/>
                      <w:color w:val="000000"/>
                    </w:rPr>
                    <w:t>NAMENI UČENJA</w:t>
                  </w:r>
                </w:p>
              </w:tc>
            </w:tr>
          </w:tbl>
          <w:p w14:paraId="2273BAB5" w14:textId="77777777" w:rsidR="005B3871" w:rsidRDefault="005B3871">
            <w:pPr>
              <w:spacing w:line="20" w:lineRule="exact"/>
            </w:pPr>
          </w:p>
          <w:p w14:paraId="4CCE64EE"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2502DAA0" w14:textId="77777777" w:rsidR="005B3871" w:rsidRDefault="00000000">
            <w:pPr>
              <w:pStyle w:val="Oznaenseznam"/>
              <w:spacing w:after="16"/>
            </w:pPr>
            <w:r>
              <w:rPr>
                <w:color w:val="000000"/>
                <w:sz w:val="16"/>
              </w:rPr>
              <w:t>prirejam predmete</w:t>
            </w:r>
          </w:p>
          <w:p w14:paraId="7989EFA2" w14:textId="77777777" w:rsidR="005B3871" w:rsidRDefault="00000000">
            <w:pPr>
              <w:pStyle w:val="Oznaenseznam"/>
              <w:spacing w:after="16"/>
            </w:pPr>
            <w:r>
              <w:rPr>
                <w:color w:val="000000"/>
                <w:sz w:val="16"/>
              </w:rPr>
              <w:t>urejam po dolžini in višini</w:t>
            </w:r>
          </w:p>
          <w:p w14:paraId="3BBB0CF1" w14:textId="77777777" w:rsidR="005B3871" w:rsidRDefault="00000000">
            <w:pPr>
              <w:pStyle w:val="Oznaenseznam"/>
              <w:spacing w:after="16"/>
            </w:pPr>
            <w:r>
              <w:rPr>
                <w:color w:val="000000"/>
                <w:sz w:val="16"/>
              </w:rPr>
              <w:t>utemeljim izbrano lastnost</w:t>
            </w:r>
          </w:p>
          <w:tbl>
            <w:tblPr>
              <w:tblStyle w:val="Tabelamrea"/>
              <w:tblW w:w="0" w:type="auto"/>
              <w:jc w:val="center"/>
              <w:tblLayout w:type="fixed"/>
              <w:tblLook w:val="04A0" w:firstRow="1" w:lastRow="0" w:firstColumn="1" w:lastColumn="0" w:noHBand="0" w:noVBand="1"/>
            </w:tblPr>
            <w:tblGrid>
              <w:gridCol w:w="7087"/>
            </w:tblGrid>
            <w:tr w:rsidR="005B3871" w14:paraId="3247F500" w14:textId="77777777">
              <w:trPr>
                <w:jc w:val="center"/>
              </w:trPr>
              <w:tc>
                <w:tcPr>
                  <w:tcW w:w="7087" w:type="dxa"/>
                  <w:shd w:val="clear" w:color="auto" w:fill="EDC9EA"/>
                  <w:tcMar>
                    <w:top w:w="45" w:type="dxa"/>
                    <w:left w:w="70" w:type="dxa"/>
                    <w:bottom w:w="45" w:type="dxa"/>
                    <w:right w:w="70" w:type="dxa"/>
                  </w:tcMar>
                </w:tcPr>
                <w:p w14:paraId="11EC5365" w14:textId="77777777" w:rsidR="005B3871" w:rsidRDefault="00000000">
                  <w:pPr>
                    <w:keepNext/>
                  </w:pPr>
                  <w:r>
                    <w:rPr>
                      <w:b/>
                      <w:color w:val="000000"/>
                    </w:rPr>
                    <w:t>PREVERJANJE PREDZNANJA</w:t>
                  </w:r>
                </w:p>
              </w:tc>
            </w:tr>
          </w:tbl>
          <w:p w14:paraId="0D8EDA65" w14:textId="77777777" w:rsidR="005B3871" w:rsidRDefault="005B3871">
            <w:pPr>
              <w:spacing w:line="20" w:lineRule="exact"/>
            </w:pPr>
          </w:p>
          <w:p w14:paraId="3C5CFC8E" w14:textId="77777777" w:rsidR="005B3871" w:rsidRDefault="00000000">
            <w:pPr>
              <w:pStyle w:val="Oznaenseznam"/>
              <w:spacing w:after="16"/>
            </w:pPr>
            <w:r>
              <w:rPr>
                <w:color w:val="000000"/>
                <w:sz w:val="16"/>
              </w:rPr>
              <w:t>Kako preverim, katera pot je daljša?</w:t>
            </w:r>
          </w:p>
          <w:p w14:paraId="56519F56" w14:textId="77777777" w:rsidR="005B3871" w:rsidRDefault="00000000">
            <w:pPr>
              <w:pStyle w:val="Oznaenseznam"/>
              <w:spacing w:after="16"/>
            </w:pPr>
            <w:r>
              <w:rPr>
                <w:color w:val="000000"/>
                <w:sz w:val="16"/>
              </w:rPr>
              <w:t>Ali lahko predmet uredim po več različnih lastnostih?</w:t>
            </w:r>
          </w:p>
          <w:p w14:paraId="145A9896"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760EE09B" w14:textId="77777777">
              <w:trPr>
                <w:jc w:val="center"/>
              </w:trPr>
              <w:tc>
                <w:tcPr>
                  <w:tcW w:w="7087" w:type="dxa"/>
                  <w:shd w:val="clear" w:color="auto" w:fill="EDC9EA"/>
                  <w:tcMar>
                    <w:top w:w="45" w:type="dxa"/>
                    <w:left w:w="70" w:type="dxa"/>
                    <w:bottom w:w="45" w:type="dxa"/>
                    <w:right w:w="70" w:type="dxa"/>
                  </w:tcMar>
                </w:tcPr>
                <w:p w14:paraId="729C6D02" w14:textId="77777777" w:rsidR="005B3871" w:rsidRDefault="00000000">
                  <w:pPr>
                    <w:keepNext/>
                  </w:pPr>
                  <w:r>
                    <w:rPr>
                      <w:b/>
                      <w:color w:val="000000"/>
                    </w:rPr>
                    <w:t>KRITERIJI USPEŠNOSTI</w:t>
                  </w:r>
                </w:p>
              </w:tc>
            </w:tr>
          </w:tbl>
          <w:p w14:paraId="33CB9651" w14:textId="77777777" w:rsidR="005B3871" w:rsidRDefault="005B3871"/>
          <w:p w14:paraId="24526C95" w14:textId="77777777" w:rsidR="005B3871" w:rsidRDefault="00000000">
            <w:pPr>
              <w:spacing w:before="20" w:after="20" w:line="245" w:lineRule="auto"/>
            </w:pPr>
            <w:r>
              <w:rPr>
                <w:b/>
                <w:color w:val="000000"/>
                <w:sz w:val="16"/>
              </w:rPr>
              <w:t>Uspešen/-na bom, ko:</w:t>
            </w:r>
          </w:p>
          <w:p w14:paraId="091C4ABA" w14:textId="77777777" w:rsidR="005B3871" w:rsidRDefault="00000000">
            <w:pPr>
              <w:pStyle w:val="Oznaenseznam"/>
              <w:spacing w:after="16"/>
            </w:pPr>
            <w:r>
              <w:rPr>
                <w:color w:val="000000"/>
                <w:sz w:val="16"/>
              </w:rPr>
              <w:t>prirejam predmete</w:t>
            </w:r>
          </w:p>
          <w:p w14:paraId="1D6B76B2" w14:textId="77777777" w:rsidR="005B3871" w:rsidRDefault="00000000">
            <w:pPr>
              <w:pStyle w:val="Oznaenseznam"/>
              <w:spacing w:after="16"/>
            </w:pPr>
            <w:r>
              <w:rPr>
                <w:color w:val="000000"/>
                <w:sz w:val="16"/>
              </w:rPr>
              <w:t>urejam po dolžini in višini</w:t>
            </w:r>
          </w:p>
          <w:p w14:paraId="3EB55C30" w14:textId="77777777" w:rsidR="005B3871" w:rsidRDefault="00000000">
            <w:pPr>
              <w:pStyle w:val="Oznaenseznam"/>
              <w:spacing w:after="16"/>
            </w:pPr>
            <w:r>
              <w:rPr>
                <w:color w:val="000000"/>
                <w:sz w:val="16"/>
              </w:rPr>
              <w:t>utemeljim izbrano lastnost</w:t>
            </w:r>
          </w:p>
          <w:p w14:paraId="4E9E68E4"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2E2AC94C" w14:textId="77777777" w:rsidR="005B3871" w:rsidRDefault="005B3871"/>
          <w:p w14:paraId="3A79339D"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56BDE10E" w14:textId="77777777" w:rsidR="005B3871" w:rsidRDefault="00000000">
            <w:pPr>
              <w:spacing w:after="80" w:line="245" w:lineRule="auto"/>
            </w:pPr>
            <w:r>
              <w:rPr>
                <w:color w:val="000000"/>
                <w:sz w:val="16"/>
              </w:rPr>
              <w:t>Pove, pokaže ali nariše, kako bi nalogo začel. Posluša tudi drugačne strategije.</w:t>
            </w:r>
          </w:p>
          <w:p w14:paraId="4D6FB9D1" w14:textId="77777777" w:rsidR="005B3871" w:rsidRDefault="00000000">
            <w:pPr>
              <w:spacing w:after="100" w:line="245" w:lineRule="auto"/>
            </w:pPr>
            <w:r>
              <w:rPr>
                <w:color w:val="000000"/>
                <w:sz w:val="16"/>
              </w:rPr>
              <w:t>Sodeluje pri razumevanju namenov in kriterijev uspešnosti.</w:t>
            </w:r>
          </w:p>
          <w:p w14:paraId="523857B3" w14:textId="77777777" w:rsidR="005B3871" w:rsidRDefault="00000000">
            <w:pPr>
              <w:spacing w:after="20" w:line="245" w:lineRule="auto"/>
            </w:pPr>
            <w:r>
              <w:rPr>
                <w:b/>
                <w:color w:val="D95BC6"/>
                <w:sz w:val="17"/>
              </w:rPr>
              <w:t>DOKAZ O UČENJU</w:t>
            </w:r>
          </w:p>
          <w:p w14:paraId="56894086" w14:textId="77777777" w:rsidR="005B3871" w:rsidRDefault="00000000">
            <w:pPr>
              <w:spacing w:after="30" w:line="245" w:lineRule="auto"/>
            </w:pPr>
            <w:r>
              <w:rPr>
                <w:color w:val="D95BC6"/>
                <w:sz w:val="16"/>
              </w:rPr>
              <w:t>začetna strategija, razvrstitev, model, risba, gib ali ustni odgovor</w:t>
            </w:r>
          </w:p>
        </w:tc>
      </w:tr>
    </w:tbl>
    <w:p w14:paraId="5F5A56E4"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AF8E8B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7C45F11"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37FDAC8" w14:textId="77777777" w:rsidR="005B3871" w:rsidRDefault="00000000">
            <w:pPr>
              <w:jc w:val="center"/>
            </w:pPr>
            <w:r>
              <w:rPr>
                <w:b/>
                <w:color w:val="000000"/>
                <w:sz w:val="20"/>
              </w:rPr>
              <w:t>UČNE DEJAVNOSTI, METODE IN FORMATIVNO SPREMLJANJE</w:t>
            </w:r>
          </w:p>
        </w:tc>
      </w:tr>
      <w:tr w:rsidR="005B3871" w14:paraId="22B7F57C" w14:textId="77777777">
        <w:trPr>
          <w:tblHeader/>
          <w:jc w:val="center"/>
        </w:trPr>
        <w:tc>
          <w:tcPr>
            <w:tcW w:w="4422" w:type="dxa"/>
            <w:vMerge/>
            <w:tcMar>
              <w:top w:w="70" w:type="dxa"/>
              <w:left w:w="90" w:type="dxa"/>
              <w:bottom w:w="70" w:type="dxa"/>
              <w:right w:w="90" w:type="dxa"/>
            </w:tcMar>
            <w:vAlign w:val="center"/>
          </w:tcPr>
          <w:p w14:paraId="4A03DDCA" w14:textId="77777777" w:rsidR="005B3871" w:rsidRDefault="005B3871"/>
        </w:tc>
        <w:tc>
          <w:tcPr>
            <w:tcW w:w="7087" w:type="dxa"/>
            <w:shd w:val="clear" w:color="auto" w:fill="FFFFFF"/>
            <w:tcMar>
              <w:top w:w="70" w:type="dxa"/>
              <w:left w:w="90" w:type="dxa"/>
              <w:bottom w:w="70" w:type="dxa"/>
              <w:right w:w="90" w:type="dxa"/>
            </w:tcMar>
            <w:vAlign w:val="center"/>
          </w:tcPr>
          <w:p w14:paraId="1160622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9A24EDB" w14:textId="77777777" w:rsidR="005B3871" w:rsidRDefault="00000000">
            <w:pPr>
              <w:jc w:val="center"/>
            </w:pPr>
            <w:r>
              <w:rPr>
                <w:b/>
                <w:color w:val="000000"/>
              </w:rPr>
              <w:t>UČENEC</w:t>
            </w:r>
          </w:p>
        </w:tc>
      </w:tr>
      <w:tr w:rsidR="005B3871" w14:paraId="3748438E" w14:textId="77777777">
        <w:trPr>
          <w:jc w:val="center"/>
        </w:trPr>
        <w:tc>
          <w:tcPr>
            <w:tcW w:w="4422" w:type="dxa"/>
            <w:tcMar>
              <w:top w:w="70" w:type="dxa"/>
              <w:left w:w="90" w:type="dxa"/>
              <w:bottom w:w="70" w:type="dxa"/>
              <w:right w:w="90" w:type="dxa"/>
            </w:tcMar>
          </w:tcPr>
          <w:p w14:paraId="06516C4B" w14:textId="77777777" w:rsidR="005B3871" w:rsidRDefault="005B3871"/>
          <w:p w14:paraId="7CB42F57" w14:textId="77777777" w:rsidR="005B3871" w:rsidRDefault="00000000">
            <w:pPr>
              <w:spacing w:after="40" w:line="245" w:lineRule="auto"/>
            </w:pPr>
            <w:r>
              <w:rPr>
                <w:b/>
                <w:color w:val="000000"/>
              </w:rPr>
              <w:t>KLJUČNI POJMI</w:t>
            </w:r>
          </w:p>
          <w:p w14:paraId="2789225B" w14:textId="77777777" w:rsidR="005B3871" w:rsidRDefault="00000000">
            <w:pPr>
              <w:spacing w:after="60" w:line="245" w:lineRule="auto"/>
            </w:pPr>
            <w:r>
              <w:rPr>
                <w:color w:val="000000"/>
                <w:sz w:val="16"/>
              </w:rPr>
              <w:t>prirejanje, urejanje, dolžina, višina, daljši, krajši, višji, nižji, začetek, konec</w:t>
            </w:r>
          </w:p>
          <w:p w14:paraId="52F7B960" w14:textId="77777777" w:rsidR="005B3871" w:rsidRDefault="00000000">
            <w:pPr>
              <w:spacing w:after="20" w:line="245" w:lineRule="auto"/>
            </w:pPr>
            <w:r>
              <w:rPr>
                <w:b/>
                <w:color w:val="000000"/>
                <w:sz w:val="17"/>
              </w:rPr>
              <w:t>DOKAZI O UČENJU</w:t>
            </w:r>
          </w:p>
          <w:p w14:paraId="048F7A2F" w14:textId="77777777" w:rsidR="005B3871" w:rsidRDefault="00000000">
            <w:pPr>
              <w:pStyle w:val="Oznaenseznam"/>
              <w:spacing w:after="16"/>
            </w:pPr>
            <w:r>
              <w:rPr>
                <w:color w:val="000000"/>
                <w:sz w:val="16"/>
              </w:rPr>
              <w:t>smiselno prirejeni predmeti</w:t>
            </w:r>
          </w:p>
          <w:p w14:paraId="0F4F1C8B" w14:textId="77777777" w:rsidR="005B3871" w:rsidRDefault="00000000">
            <w:pPr>
              <w:pStyle w:val="Oznaenseznam"/>
              <w:spacing w:after="16"/>
            </w:pPr>
            <w:r>
              <w:rPr>
                <w:color w:val="000000"/>
                <w:sz w:val="16"/>
              </w:rPr>
              <w:t>urejene dolžine z opisom postopka</w:t>
            </w:r>
          </w:p>
          <w:p w14:paraId="6906AE33" w14:textId="77777777" w:rsidR="005B3871" w:rsidRDefault="00000000">
            <w:pPr>
              <w:pStyle w:val="Oznaenseznam"/>
              <w:spacing w:after="16"/>
            </w:pPr>
            <w:r>
              <w:rPr>
                <w:color w:val="000000"/>
                <w:sz w:val="16"/>
              </w:rPr>
              <w:t>urejena vrsta in utemeljitev kriterija</w:t>
            </w:r>
          </w:p>
          <w:p w14:paraId="4055D316" w14:textId="77777777" w:rsidR="005B3871" w:rsidRDefault="00000000">
            <w:pPr>
              <w:spacing w:before="40" w:after="20" w:line="245" w:lineRule="auto"/>
            </w:pPr>
            <w:r>
              <w:rPr>
                <w:b/>
                <w:color w:val="000000"/>
                <w:sz w:val="17"/>
              </w:rPr>
              <w:t>MEDPREDMETNA POVEZAVA</w:t>
            </w:r>
          </w:p>
          <w:p w14:paraId="378FD6CC" w14:textId="77777777" w:rsidR="005B3871" w:rsidRDefault="00000000">
            <w:pPr>
              <w:spacing w:after="60" w:line="245" w:lineRule="auto"/>
            </w:pPr>
            <w:r>
              <w:rPr>
                <w:color w:val="000000"/>
                <w:sz w:val="16"/>
              </w:rPr>
              <w:t>SLJ – utemeljitev; SPO – varna pot; ŠPO – živa vrsta; LUM – linija in dolžina</w:t>
            </w:r>
          </w:p>
          <w:p w14:paraId="243027DA" w14:textId="77777777" w:rsidR="005B3871" w:rsidRDefault="00000000">
            <w:pPr>
              <w:spacing w:after="20" w:line="245" w:lineRule="auto"/>
            </w:pPr>
            <w:r>
              <w:rPr>
                <w:b/>
                <w:color w:val="000000"/>
                <w:sz w:val="17"/>
              </w:rPr>
              <w:t>POUČEVANJE V GIBANJU</w:t>
            </w:r>
          </w:p>
          <w:p w14:paraId="6675A491"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4A374EBA" w14:textId="77777777" w:rsidR="005B3871" w:rsidRDefault="00000000">
            <w:pPr>
              <w:spacing w:after="20" w:line="245" w:lineRule="auto"/>
            </w:pPr>
            <w:r>
              <w:rPr>
                <w:b/>
                <w:color w:val="000000"/>
                <w:sz w:val="17"/>
              </w:rPr>
              <w:t>DELO PO POSTAJAH</w:t>
            </w:r>
          </w:p>
          <w:p w14:paraId="46D41FAB" w14:textId="77777777" w:rsidR="005B3871" w:rsidRDefault="00000000">
            <w:pPr>
              <w:spacing w:after="60" w:line="245" w:lineRule="auto"/>
            </w:pPr>
            <w:r>
              <w:rPr>
                <w:color w:val="000000"/>
                <w:sz w:val="15"/>
              </w:rPr>
              <w:t>Načrtovana rotacija: konkretno-izkušenjska – Kaj sodi v par?; gibalna/sodelovalna – Poti iz vrvic; slikovno-simbolna – Živa višinska vrsta. Pri pisnem ocenjevanju se postaje izvedejo v pripravi, analizi in ponovnem učenju.</w:t>
            </w:r>
          </w:p>
          <w:p w14:paraId="52CFC4C0" w14:textId="77777777" w:rsidR="005B3871" w:rsidRDefault="00000000">
            <w:pPr>
              <w:spacing w:after="20" w:line="245" w:lineRule="auto"/>
            </w:pPr>
            <w:r>
              <w:rPr>
                <w:b/>
                <w:color w:val="000000"/>
                <w:sz w:val="17"/>
              </w:rPr>
              <w:t>DIFERENCIACIJA IN VKLJUČEVANJE</w:t>
            </w:r>
          </w:p>
          <w:p w14:paraId="07BBED98"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4F968CA7" w14:textId="77777777" w:rsidR="005B3871" w:rsidRDefault="00000000">
            <w:pPr>
              <w:spacing w:after="20" w:line="245" w:lineRule="auto"/>
            </w:pPr>
            <w:r>
              <w:rPr>
                <w:b/>
                <w:color w:val="000000"/>
                <w:sz w:val="17"/>
              </w:rPr>
              <w:t>SPREMLJANJE</w:t>
            </w:r>
          </w:p>
          <w:p w14:paraId="5D9EB17E"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2C0C0BE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FE06C55" w14:textId="77777777">
              <w:trPr>
                <w:jc w:val="center"/>
              </w:trPr>
              <w:tc>
                <w:tcPr>
                  <w:tcW w:w="7087" w:type="dxa"/>
                  <w:shd w:val="clear" w:color="auto" w:fill="C6E7F3"/>
                  <w:tcMar>
                    <w:top w:w="45" w:type="dxa"/>
                    <w:left w:w="70" w:type="dxa"/>
                    <w:bottom w:w="45" w:type="dxa"/>
                    <w:right w:w="70" w:type="dxa"/>
                  </w:tcMar>
                </w:tcPr>
                <w:p w14:paraId="6531BB04" w14:textId="77777777" w:rsidR="005B3871" w:rsidRDefault="00000000">
                  <w:pPr>
                    <w:keepNext/>
                  </w:pPr>
                  <w:r>
                    <w:rPr>
                      <w:b/>
                      <w:color w:val="000000"/>
                    </w:rPr>
                    <w:t>GLAVNI DEL – IZKUŠENJSKO IN PROBLEMSKO UČENJE (3 šolske ure)</w:t>
                  </w:r>
                </w:p>
              </w:tc>
            </w:tr>
          </w:tbl>
          <w:p w14:paraId="1FA8D797" w14:textId="77777777" w:rsidR="005B3871" w:rsidRDefault="005B3871">
            <w:pPr>
              <w:spacing w:line="20" w:lineRule="exact"/>
            </w:pPr>
          </w:p>
          <w:p w14:paraId="2B63861C" w14:textId="77777777" w:rsidR="005B3871" w:rsidRDefault="00000000">
            <w:pPr>
              <w:keepNext/>
              <w:spacing w:before="40" w:after="10" w:line="245" w:lineRule="auto"/>
            </w:pPr>
            <w:r>
              <w:rPr>
                <w:b/>
                <w:color w:val="000000"/>
                <w:sz w:val="17"/>
              </w:rPr>
              <w:t>1. URA – Kaj sodi v par?</w:t>
            </w:r>
          </w:p>
          <w:p w14:paraId="241CBA3D" w14:textId="77777777" w:rsidR="005B3871" w:rsidRDefault="00000000">
            <w:pPr>
              <w:spacing w:after="14" w:line="245" w:lineRule="auto"/>
            </w:pPr>
            <w:r>
              <w:rPr>
                <w:b/>
                <w:color w:val="000000"/>
                <w:sz w:val="16"/>
              </w:rPr>
              <w:t xml:space="preserve">Dejavnost učiteljice: </w:t>
            </w:r>
            <w:r>
              <w:rPr>
                <w:color w:val="000000"/>
                <w:sz w:val="16"/>
              </w:rPr>
              <w:t>Ponudi predmete iz košare in njihove obrise ali namene.</w:t>
            </w:r>
          </w:p>
          <w:p w14:paraId="7D21765F" w14:textId="77777777" w:rsidR="005B3871" w:rsidRDefault="00000000">
            <w:pPr>
              <w:spacing w:after="14" w:line="245" w:lineRule="auto"/>
            </w:pPr>
            <w:r>
              <w:rPr>
                <w:b/>
                <w:color w:val="000000"/>
                <w:sz w:val="16"/>
              </w:rPr>
              <w:t xml:space="preserve">Dejavnost učencev: </w:t>
            </w:r>
            <w:r>
              <w:rPr>
                <w:color w:val="000000"/>
                <w:sz w:val="16"/>
              </w:rPr>
              <w:t>Predmete priredijo ustrezni sliki oziroma paru ter pojasnijo povezavo.</w:t>
            </w:r>
          </w:p>
          <w:p w14:paraId="07C70DE8" w14:textId="77777777" w:rsidR="005B3871" w:rsidRDefault="00000000">
            <w:pPr>
              <w:spacing w:after="24" w:line="245" w:lineRule="auto"/>
            </w:pPr>
            <w:r>
              <w:rPr>
                <w:i/>
                <w:color w:val="D95BC6"/>
                <w:sz w:val="16"/>
              </w:rPr>
              <w:t>Predvideni dokaz: smiselno prirejeni predmeti.</w:t>
            </w:r>
          </w:p>
          <w:p w14:paraId="7A6D2644" w14:textId="77777777" w:rsidR="005B3871" w:rsidRDefault="00000000">
            <w:pPr>
              <w:keepNext/>
              <w:spacing w:before="40" w:after="10" w:line="245" w:lineRule="auto"/>
            </w:pPr>
            <w:r>
              <w:rPr>
                <w:b/>
                <w:color w:val="000000"/>
                <w:sz w:val="17"/>
              </w:rPr>
              <w:t>2. URA – Poti iz vrvic</w:t>
            </w:r>
          </w:p>
          <w:p w14:paraId="4861E641" w14:textId="77777777" w:rsidR="005B3871" w:rsidRDefault="00000000">
            <w:pPr>
              <w:spacing w:after="14" w:line="245" w:lineRule="auto"/>
            </w:pPr>
            <w:r>
              <w:rPr>
                <w:b/>
                <w:color w:val="000000"/>
                <w:sz w:val="16"/>
              </w:rPr>
              <w:t xml:space="preserve">Dejavnost učiteljice: </w:t>
            </w:r>
            <w:r>
              <w:rPr>
                <w:color w:val="000000"/>
                <w:sz w:val="16"/>
              </w:rPr>
              <w:t>Položi različno dolge vrvice; najprej zahteva oceno, nato poravnavo začetkov.</w:t>
            </w:r>
          </w:p>
          <w:p w14:paraId="6ECB26A6" w14:textId="77777777" w:rsidR="005B3871" w:rsidRDefault="00000000">
            <w:pPr>
              <w:spacing w:after="14" w:line="245" w:lineRule="auto"/>
            </w:pPr>
            <w:r>
              <w:rPr>
                <w:b/>
                <w:color w:val="000000"/>
                <w:sz w:val="16"/>
              </w:rPr>
              <w:t xml:space="preserve">Dejavnost učencev: </w:t>
            </w:r>
            <w:r>
              <w:rPr>
                <w:color w:val="000000"/>
                <w:sz w:val="16"/>
              </w:rPr>
              <w:t>Napovedo, primerjajo in uredijo poti od najkrajše do najdaljše.</w:t>
            </w:r>
          </w:p>
          <w:p w14:paraId="0296A2BF" w14:textId="77777777" w:rsidR="005B3871" w:rsidRDefault="00000000">
            <w:pPr>
              <w:spacing w:after="24" w:line="245" w:lineRule="auto"/>
            </w:pPr>
            <w:r>
              <w:rPr>
                <w:i/>
                <w:color w:val="D95BC6"/>
                <w:sz w:val="16"/>
              </w:rPr>
              <w:t>Predvideni dokaz: urejene dolžine z opisom postopka.</w:t>
            </w:r>
          </w:p>
          <w:p w14:paraId="67EE375A" w14:textId="77777777" w:rsidR="005B3871" w:rsidRDefault="00000000">
            <w:pPr>
              <w:keepNext/>
              <w:spacing w:before="40" w:after="10" w:line="245" w:lineRule="auto"/>
            </w:pPr>
            <w:r>
              <w:rPr>
                <w:b/>
                <w:color w:val="000000"/>
                <w:sz w:val="17"/>
              </w:rPr>
              <w:t>3. URA – Živa višinska vrsta</w:t>
            </w:r>
          </w:p>
          <w:p w14:paraId="38CE59DB" w14:textId="77777777" w:rsidR="005B3871" w:rsidRDefault="00000000">
            <w:pPr>
              <w:spacing w:after="14" w:line="245" w:lineRule="auto"/>
            </w:pPr>
            <w:r>
              <w:rPr>
                <w:b/>
                <w:color w:val="000000"/>
                <w:sz w:val="16"/>
              </w:rPr>
              <w:t xml:space="preserve">Dejavnost učiteljice: </w:t>
            </w:r>
            <w:r>
              <w:rPr>
                <w:color w:val="000000"/>
                <w:sz w:val="16"/>
              </w:rPr>
              <w:t>Vodi varno urejanje učencev ali kartonastih dreves po višini.</w:t>
            </w:r>
          </w:p>
          <w:p w14:paraId="5F59EF16" w14:textId="77777777" w:rsidR="005B3871" w:rsidRDefault="00000000">
            <w:pPr>
              <w:spacing w:after="14" w:line="245" w:lineRule="auto"/>
            </w:pPr>
            <w:r>
              <w:rPr>
                <w:b/>
                <w:color w:val="000000"/>
                <w:sz w:val="16"/>
              </w:rPr>
              <w:t xml:space="preserve">Dejavnost učencev: </w:t>
            </w:r>
            <w:r>
              <w:rPr>
                <w:color w:val="000000"/>
                <w:sz w:val="16"/>
              </w:rPr>
              <w:t>Uredijo se po višini, preverijo soseda in povedo uporabljeno lastnost.</w:t>
            </w:r>
          </w:p>
          <w:p w14:paraId="1836189B" w14:textId="77777777" w:rsidR="005B3871" w:rsidRDefault="00000000">
            <w:pPr>
              <w:spacing w:after="24" w:line="245" w:lineRule="auto"/>
            </w:pPr>
            <w:r>
              <w:rPr>
                <w:i/>
                <w:color w:val="D95BC6"/>
                <w:sz w:val="16"/>
              </w:rPr>
              <w:t>Predvideni dokaz: urejena vrsta in utemeljitev kriterija.</w:t>
            </w:r>
          </w:p>
          <w:tbl>
            <w:tblPr>
              <w:tblStyle w:val="Tabelamrea"/>
              <w:tblW w:w="0" w:type="auto"/>
              <w:jc w:val="center"/>
              <w:tblLayout w:type="fixed"/>
              <w:tblLook w:val="04A0" w:firstRow="1" w:lastRow="0" w:firstColumn="1" w:lastColumn="0" w:noHBand="0" w:noVBand="1"/>
            </w:tblPr>
            <w:tblGrid>
              <w:gridCol w:w="7087"/>
            </w:tblGrid>
            <w:tr w:rsidR="005B3871" w14:paraId="25748EC1" w14:textId="77777777">
              <w:trPr>
                <w:jc w:val="center"/>
              </w:trPr>
              <w:tc>
                <w:tcPr>
                  <w:tcW w:w="7087" w:type="dxa"/>
                  <w:shd w:val="clear" w:color="auto" w:fill="EDC9EA"/>
                  <w:tcMar>
                    <w:top w:w="45" w:type="dxa"/>
                    <w:left w:w="70" w:type="dxa"/>
                    <w:bottom w:w="45" w:type="dxa"/>
                    <w:right w:w="70" w:type="dxa"/>
                  </w:tcMar>
                </w:tcPr>
                <w:p w14:paraId="6E5A9E37" w14:textId="77777777" w:rsidR="005B3871" w:rsidRDefault="00000000">
                  <w:pPr>
                    <w:keepNext/>
                  </w:pPr>
                  <w:r>
                    <w:rPr>
                      <w:b/>
                      <w:color w:val="000000"/>
                    </w:rPr>
                    <w:t>POVRATNA INFORMACIJA UČITELJICE MED DELOM</w:t>
                  </w:r>
                </w:p>
              </w:tc>
            </w:tr>
          </w:tbl>
          <w:p w14:paraId="039555D0" w14:textId="77777777" w:rsidR="005B3871" w:rsidRDefault="005B3871"/>
          <w:p w14:paraId="1309BBEC"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777AF86A" w14:textId="77777777" w:rsidR="005B3871" w:rsidRDefault="005B3871"/>
          <w:p w14:paraId="4398F6BD" w14:textId="77777777" w:rsidR="005B3871" w:rsidRDefault="00000000">
            <w:pPr>
              <w:spacing w:after="10" w:line="245" w:lineRule="auto"/>
            </w:pPr>
            <w:r>
              <w:rPr>
                <w:b/>
                <w:color w:val="000000"/>
                <w:sz w:val="16"/>
              </w:rPr>
              <w:t>1. URA</w:t>
            </w:r>
          </w:p>
          <w:p w14:paraId="5E3E90CB" w14:textId="77777777" w:rsidR="005B3871" w:rsidRDefault="00000000">
            <w:pPr>
              <w:spacing w:after="30" w:line="245" w:lineRule="auto"/>
            </w:pPr>
            <w:r>
              <w:rPr>
                <w:color w:val="000000"/>
                <w:sz w:val="16"/>
              </w:rPr>
              <w:t>Predmete priredijo ustrezni sliki oziroma paru ter pojasnijo povezavo.</w:t>
            </w:r>
          </w:p>
          <w:p w14:paraId="21459750" w14:textId="77777777" w:rsidR="005B3871" w:rsidRDefault="00000000">
            <w:pPr>
              <w:spacing w:line="245" w:lineRule="auto"/>
            </w:pPr>
            <w:r>
              <w:rPr>
                <w:b/>
                <w:color w:val="D95BC6"/>
                <w:sz w:val="16"/>
              </w:rPr>
              <w:t>DOKAZ</w:t>
            </w:r>
          </w:p>
          <w:p w14:paraId="05CA8A32" w14:textId="77777777" w:rsidR="005B3871" w:rsidRDefault="00000000">
            <w:pPr>
              <w:spacing w:after="40" w:line="245" w:lineRule="auto"/>
            </w:pPr>
            <w:r>
              <w:rPr>
                <w:color w:val="D95BC6"/>
                <w:sz w:val="15"/>
              </w:rPr>
              <w:t>smiselno prirejeni predmeti</w:t>
            </w:r>
          </w:p>
          <w:p w14:paraId="46244122" w14:textId="77777777" w:rsidR="005B3871" w:rsidRDefault="00000000">
            <w:pPr>
              <w:spacing w:after="10" w:line="245" w:lineRule="auto"/>
            </w:pPr>
            <w:r>
              <w:rPr>
                <w:b/>
                <w:color w:val="000000"/>
                <w:sz w:val="16"/>
              </w:rPr>
              <w:t>2. URA</w:t>
            </w:r>
          </w:p>
          <w:p w14:paraId="77E38C31" w14:textId="77777777" w:rsidR="005B3871" w:rsidRDefault="00000000">
            <w:pPr>
              <w:spacing w:after="30" w:line="245" w:lineRule="auto"/>
            </w:pPr>
            <w:r>
              <w:rPr>
                <w:color w:val="000000"/>
                <w:sz w:val="16"/>
              </w:rPr>
              <w:t>Napovedo, primerjajo in uredijo poti od najkrajše do najdaljše.</w:t>
            </w:r>
          </w:p>
          <w:p w14:paraId="6F8621A5" w14:textId="77777777" w:rsidR="005B3871" w:rsidRDefault="00000000">
            <w:pPr>
              <w:spacing w:line="245" w:lineRule="auto"/>
            </w:pPr>
            <w:r>
              <w:rPr>
                <w:b/>
                <w:color w:val="D95BC6"/>
                <w:sz w:val="16"/>
              </w:rPr>
              <w:t>DOKAZ</w:t>
            </w:r>
          </w:p>
          <w:p w14:paraId="07C59BE0" w14:textId="77777777" w:rsidR="005B3871" w:rsidRDefault="00000000">
            <w:pPr>
              <w:spacing w:after="40" w:line="245" w:lineRule="auto"/>
            </w:pPr>
            <w:r>
              <w:rPr>
                <w:color w:val="D95BC6"/>
                <w:sz w:val="15"/>
              </w:rPr>
              <w:t>urejene dolžine z opisom postopka</w:t>
            </w:r>
          </w:p>
          <w:p w14:paraId="42F98743" w14:textId="77777777" w:rsidR="005B3871" w:rsidRDefault="00000000">
            <w:pPr>
              <w:spacing w:after="10" w:line="245" w:lineRule="auto"/>
            </w:pPr>
            <w:r>
              <w:rPr>
                <w:b/>
                <w:color w:val="000000"/>
                <w:sz w:val="16"/>
              </w:rPr>
              <w:t>3. URA</w:t>
            </w:r>
          </w:p>
          <w:p w14:paraId="79C6F997" w14:textId="77777777" w:rsidR="005B3871" w:rsidRDefault="00000000">
            <w:pPr>
              <w:spacing w:after="30" w:line="245" w:lineRule="auto"/>
            </w:pPr>
            <w:r>
              <w:rPr>
                <w:color w:val="000000"/>
                <w:sz w:val="16"/>
              </w:rPr>
              <w:t>Uredijo se po višini, preverijo soseda in povedo uporabljeno lastnost.</w:t>
            </w:r>
          </w:p>
          <w:p w14:paraId="61621768" w14:textId="77777777" w:rsidR="005B3871" w:rsidRDefault="00000000">
            <w:pPr>
              <w:spacing w:line="245" w:lineRule="auto"/>
            </w:pPr>
            <w:r>
              <w:rPr>
                <w:b/>
                <w:color w:val="D95BC6"/>
                <w:sz w:val="16"/>
              </w:rPr>
              <w:t>DOKAZ</w:t>
            </w:r>
          </w:p>
          <w:p w14:paraId="0B28CCDF" w14:textId="77777777" w:rsidR="005B3871" w:rsidRDefault="00000000">
            <w:pPr>
              <w:spacing w:after="40" w:line="245" w:lineRule="auto"/>
            </w:pPr>
            <w:r>
              <w:rPr>
                <w:color w:val="D95BC6"/>
                <w:sz w:val="15"/>
              </w:rPr>
              <w:t>urejena vrsta in utemeljitev kriterija</w:t>
            </w:r>
          </w:p>
        </w:tc>
      </w:tr>
    </w:tbl>
    <w:p w14:paraId="6A546F6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9FA256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43CECA"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860F093" w14:textId="77777777" w:rsidR="005B3871" w:rsidRDefault="00000000">
            <w:pPr>
              <w:jc w:val="center"/>
            </w:pPr>
            <w:r>
              <w:rPr>
                <w:b/>
                <w:color w:val="000000"/>
                <w:sz w:val="20"/>
              </w:rPr>
              <w:t>UČNE DEJAVNOSTI, METODE IN FORMATIVNO SPREMLJANJE</w:t>
            </w:r>
          </w:p>
        </w:tc>
      </w:tr>
      <w:tr w:rsidR="005B3871" w14:paraId="202EA2A7" w14:textId="77777777">
        <w:trPr>
          <w:tblHeader/>
          <w:jc w:val="center"/>
        </w:trPr>
        <w:tc>
          <w:tcPr>
            <w:tcW w:w="4422" w:type="dxa"/>
            <w:vMerge/>
            <w:tcMar>
              <w:top w:w="70" w:type="dxa"/>
              <w:left w:w="90" w:type="dxa"/>
              <w:bottom w:w="70" w:type="dxa"/>
              <w:right w:w="90" w:type="dxa"/>
            </w:tcMar>
            <w:vAlign w:val="center"/>
          </w:tcPr>
          <w:p w14:paraId="4C798668" w14:textId="77777777" w:rsidR="005B3871" w:rsidRDefault="005B3871"/>
        </w:tc>
        <w:tc>
          <w:tcPr>
            <w:tcW w:w="7087" w:type="dxa"/>
            <w:shd w:val="clear" w:color="auto" w:fill="FFFFFF"/>
            <w:tcMar>
              <w:top w:w="70" w:type="dxa"/>
              <w:left w:w="90" w:type="dxa"/>
              <w:bottom w:w="70" w:type="dxa"/>
              <w:right w:w="90" w:type="dxa"/>
            </w:tcMar>
            <w:vAlign w:val="center"/>
          </w:tcPr>
          <w:p w14:paraId="6D262124"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AD2485A" w14:textId="77777777" w:rsidR="005B3871" w:rsidRDefault="00000000">
            <w:pPr>
              <w:jc w:val="center"/>
            </w:pPr>
            <w:r>
              <w:rPr>
                <w:b/>
                <w:color w:val="000000"/>
              </w:rPr>
              <w:t>UČENEC</w:t>
            </w:r>
          </w:p>
        </w:tc>
      </w:tr>
      <w:tr w:rsidR="005B3871" w14:paraId="2491C7D3" w14:textId="77777777">
        <w:trPr>
          <w:jc w:val="center"/>
        </w:trPr>
        <w:tc>
          <w:tcPr>
            <w:tcW w:w="4422" w:type="dxa"/>
            <w:tcMar>
              <w:top w:w="70" w:type="dxa"/>
              <w:left w:w="90" w:type="dxa"/>
              <w:bottom w:w="70" w:type="dxa"/>
              <w:right w:w="90" w:type="dxa"/>
            </w:tcMar>
          </w:tcPr>
          <w:p w14:paraId="3822A12F" w14:textId="77777777" w:rsidR="005B3871" w:rsidRDefault="005B3871"/>
          <w:p w14:paraId="238E4A9D" w14:textId="77777777" w:rsidR="005B3871" w:rsidRDefault="00000000">
            <w:pPr>
              <w:spacing w:after="40" w:line="245" w:lineRule="auto"/>
            </w:pPr>
            <w:r>
              <w:rPr>
                <w:b/>
                <w:color w:val="000000"/>
              </w:rPr>
              <w:t>FORMATIVNO SPREMLJANJE</w:t>
            </w:r>
          </w:p>
          <w:p w14:paraId="24D127E7" w14:textId="77777777" w:rsidR="005B3871" w:rsidRDefault="00000000">
            <w:pPr>
              <w:pStyle w:val="Oznaenseznam"/>
              <w:spacing w:after="16"/>
            </w:pPr>
            <w:r>
              <w:rPr>
                <w:color w:val="000000"/>
                <w:sz w:val="16"/>
              </w:rPr>
              <w:t>predznanje: začetna strategija, ocena, razvrstitev, model ali risba</w:t>
            </w:r>
          </w:p>
          <w:p w14:paraId="06F48B9C" w14:textId="77777777" w:rsidR="005B3871" w:rsidRDefault="00000000">
            <w:pPr>
              <w:pStyle w:val="Oznaenseznam"/>
              <w:spacing w:after="16"/>
            </w:pPr>
            <w:r>
              <w:rPr>
                <w:color w:val="000000"/>
                <w:sz w:val="16"/>
              </w:rPr>
              <w:t>dokazi med učenjem: konkretni, gibalni, slikovni in simbolni prikaz ter razlaga postopka</w:t>
            </w:r>
          </w:p>
          <w:p w14:paraId="6E9C861C" w14:textId="77777777" w:rsidR="005B3871" w:rsidRDefault="00000000">
            <w:pPr>
              <w:pStyle w:val="Oznaenseznam"/>
              <w:spacing w:after="16"/>
            </w:pPr>
            <w:r>
              <w:rPr>
                <w:color w:val="000000"/>
                <w:sz w:val="16"/>
              </w:rPr>
              <w:t>povratna informacija: konkretna, vezana na kriterij in usmerjena v preverjanje ali naslednji korak</w:t>
            </w:r>
          </w:p>
          <w:p w14:paraId="05D1C0FC" w14:textId="77777777" w:rsidR="005B3871" w:rsidRDefault="00000000">
            <w:pPr>
              <w:pStyle w:val="Oznaenseznam"/>
              <w:spacing w:after="16"/>
            </w:pPr>
            <w:r>
              <w:rPr>
                <w:color w:val="000000"/>
                <w:sz w:val="16"/>
              </w:rPr>
              <w:t>samovrednotenje: semafor, lestvica samostojnosti, izbrani dokaz ali kratka poved</w:t>
            </w:r>
          </w:p>
          <w:p w14:paraId="5AE52ABC" w14:textId="77777777" w:rsidR="005B3871" w:rsidRDefault="00000000">
            <w:pPr>
              <w:spacing w:before="40" w:after="20" w:line="245" w:lineRule="auto"/>
            </w:pPr>
            <w:r>
              <w:rPr>
                <w:b/>
                <w:color w:val="000000"/>
                <w:sz w:val="17"/>
              </w:rPr>
              <w:t>VARNOST IN ODGOVORNOST</w:t>
            </w:r>
          </w:p>
          <w:p w14:paraId="24A54810"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73CA5883" w14:textId="77777777" w:rsidR="005B3871" w:rsidRDefault="00000000">
            <w:pPr>
              <w:spacing w:after="20" w:line="245" w:lineRule="auto"/>
            </w:pPr>
            <w:r>
              <w:rPr>
                <w:b/>
                <w:color w:val="000000"/>
                <w:sz w:val="17"/>
              </w:rPr>
              <w:t>EVIDENCA PO IZVEDBI</w:t>
            </w:r>
          </w:p>
          <w:p w14:paraId="34B29D77"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434FAC15"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DBD2E80" w14:textId="77777777">
              <w:trPr>
                <w:jc w:val="center"/>
              </w:trPr>
              <w:tc>
                <w:tcPr>
                  <w:tcW w:w="7087" w:type="dxa"/>
                  <w:shd w:val="clear" w:color="auto" w:fill="EDC9EA"/>
                  <w:tcMar>
                    <w:top w:w="45" w:type="dxa"/>
                    <w:left w:w="70" w:type="dxa"/>
                    <w:bottom w:w="45" w:type="dxa"/>
                    <w:right w:w="70" w:type="dxa"/>
                  </w:tcMar>
                </w:tcPr>
                <w:p w14:paraId="628970E7" w14:textId="77777777" w:rsidR="005B3871" w:rsidRDefault="00000000">
                  <w:pPr>
                    <w:keepNext/>
                  </w:pPr>
                  <w:r>
                    <w:rPr>
                      <w:b/>
                      <w:color w:val="000000"/>
                    </w:rPr>
                    <w:t>VPRAŠANJA V PODPORO MATEMATIČNEMU UČENJU</w:t>
                  </w:r>
                </w:p>
              </w:tc>
            </w:tr>
          </w:tbl>
          <w:p w14:paraId="6DADC382" w14:textId="77777777" w:rsidR="005B3871" w:rsidRDefault="005B3871">
            <w:pPr>
              <w:spacing w:line="20" w:lineRule="exact"/>
            </w:pPr>
          </w:p>
          <w:p w14:paraId="3E32385B" w14:textId="77777777" w:rsidR="005B3871" w:rsidRDefault="00000000">
            <w:pPr>
              <w:pStyle w:val="Oznaenseznam"/>
              <w:spacing w:after="16"/>
            </w:pPr>
            <w:r>
              <w:rPr>
                <w:color w:val="000000"/>
                <w:sz w:val="16"/>
              </w:rPr>
              <w:t>Kaj v tvojem modelu, risbi ali zapisu predstavlja posamezni del naloge?</w:t>
            </w:r>
          </w:p>
          <w:p w14:paraId="27A8C4B7" w14:textId="77777777" w:rsidR="005B3871" w:rsidRDefault="00000000">
            <w:pPr>
              <w:pStyle w:val="Oznaenseznam"/>
              <w:spacing w:after="16"/>
            </w:pPr>
            <w:r>
              <w:rPr>
                <w:color w:val="000000"/>
                <w:sz w:val="16"/>
              </w:rPr>
              <w:t>Kako si prišel/-la do rešitve in kako veš, da je smiselna?</w:t>
            </w:r>
          </w:p>
          <w:p w14:paraId="108F692A" w14:textId="77777777" w:rsidR="005B3871" w:rsidRDefault="00000000">
            <w:pPr>
              <w:pStyle w:val="Oznaenseznam"/>
              <w:spacing w:after="16"/>
            </w:pPr>
            <w:r>
              <w:rPr>
                <w:color w:val="000000"/>
                <w:sz w:val="16"/>
              </w:rPr>
              <w:t>Ali lahko isto pokažeš še s predmetom, gibanjem, risbo ali drugim zapisom?</w:t>
            </w:r>
          </w:p>
          <w:p w14:paraId="68C22B13" w14:textId="77777777" w:rsidR="005B3871" w:rsidRDefault="00000000">
            <w:pPr>
              <w:pStyle w:val="Oznaenseznam"/>
              <w:spacing w:after="16"/>
            </w:pPr>
            <w:r>
              <w:rPr>
                <w:color w:val="000000"/>
                <w:sz w:val="16"/>
              </w:rPr>
              <w:t>Kje bi se lahko zmotil/-a in kako boš rešitev preveril/-a?</w:t>
            </w:r>
          </w:p>
          <w:p w14:paraId="7BFB684B"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150D8239" w14:textId="77777777">
              <w:trPr>
                <w:jc w:val="center"/>
              </w:trPr>
              <w:tc>
                <w:tcPr>
                  <w:tcW w:w="7087" w:type="dxa"/>
                  <w:shd w:val="clear" w:color="auto" w:fill="C6E7F3"/>
                  <w:tcMar>
                    <w:top w:w="45" w:type="dxa"/>
                    <w:left w:w="70" w:type="dxa"/>
                    <w:bottom w:w="45" w:type="dxa"/>
                    <w:right w:w="70" w:type="dxa"/>
                  </w:tcMar>
                </w:tcPr>
                <w:p w14:paraId="76DCF0C4" w14:textId="77777777" w:rsidR="005B3871" w:rsidRDefault="00000000">
                  <w:pPr>
                    <w:keepNext/>
                  </w:pPr>
                  <w:r>
                    <w:rPr>
                      <w:b/>
                      <w:color w:val="000000"/>
                    </w:rPr>
                    <w:t>ZAKLJUČNI DEL – UTRJEVANJE IN REFLEKSIJA (10–15 min)</w:t>
                  </w:r>
                </w:p>
              </w:tc>
            </w:tr>
          </w:tbl>
          <w:p w14:paraId="4249714A" w14:textId="77777777" w:rsidR="005B3871" w:rsidRDefault="005B3871">
            <w:pPr>
              <w:spacing w:line="20" w:lineRule="exact"/>
            </w:pPr>
          </w:p>
          <w:p w14:paraId="168C00A6"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1AD179DE" w14:textId="77777777">
              <w:trPr>
                <w:jc w:val="center"/>
              </w:trPr>
              <w:tc>
                <w:tcPr>
                  <w:tcW w:w="7087" w:type="dxa"/>
                  <w:shd w:val="clear" w:color="auto" w:fill="EDC9EA"/>
                  <w:tcMar>
                    <w:top w:w="45" w:type="dxa"/>
                    <w:left w:w="70" w:type="dxa"/>
                    <w:bottom w:w="45" w:type="dxa"/>
                    <w:right w:w="70" w:type="dxa"/>
                  </w:tcMar>
                </w:tcPr>
                <w:p w14:paraId="14018ED7" w14:textId="77777777" w:rsidR="005B3871" w:rsidRDefault="00000000">
                  <w:pPr>
                    <w:keepNext/>
                  </w:pPr>
                  <w:r>
                    <w:rPr>
                      <w:b/>
                      <w:color w:val="000000"/>
                    </w:rPr>
                    <w:t>SAMOVREDNOTENJE</w:t>
                  </w:r>
                </w:p>
              </w:tc>
            </w:tr>
          </w:tbl>
          <w:p w14:paraId="713CF01E" w14:textId="77777777" w:rsidR="005B3871" w:rsidRDefault="005B3871">
            <w:pPr>
              <w:spacing w:line="20" w:lineRule="exact"/>
            </w:pPr>
          </w:p>
          <w:p w14:paraId="49D4B120"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1AF12514" w14:textId="77777777">
              <w:trPr>
                <w:jc w:val="center"/>
              </w:trPr>
              <w:tc>
                <w:tcPr>
                  <w:tcW w:w="7087" w:type="dxa"/>
                  <w:shd w:val="clear" w:color="auto" w:fill="EDC9EA"/>
                  <w:tcMar>
                    <w:top w:w="45" w:type="dxa"/>
                    <w:left w:w="70" w:type="dxa"/>
                    <w:bottom w:w="45" w:type="dxa"/>
                    <w:right w:w="70" w:type="dxa"/>
                  </w:tcMar>
                </w:tcPr>
                <w:p w14:paraId="7F9BE6C6" w14:textId="77777777" w:rsidR="005B3871" w:rsidRDefault="00000000">
                  <w:pPr>
                    <w:keepNext/>
                  </w:pPr>
                  <w:r>
                    <w:rPr>
                      <w:b/>
                      <w:color w:val="000000"/>
                    </w:rPr>
                    <w:t>VRSTNIŠKO VREDNOTENJE</w:t>
                  </w:r>
                </w:p>
              </w:tc>
            </w:tr>
          </w:tbl>
          <w:p w14:paraId="30284084" w14:textId="77777777" w:rsidR="005B3871" w:rsidRDefault="005B3871">
            <w:pPr>
              <w:spacing w:line="20" w:lineRule="exact"/>
            </w:pPr>
          </w:p>
          <w:p w14:paraId="133FD00A"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72F4AC2C" w14:textId="77777777">
              <w:trPr>
                <w:jc w:val="center"/>
              </w:trPr>
              <w:tc>
                <w:tcPr>
                  <w:tcW w:w="7087" w:type="dxa"/>
                  <w:shd w:val="clear" w:color="auto" w:fill="EDC9EA"/>
                  <w:tcMar>
                    <w:top w:w="45" w:type="dxa"/>
                    <w:left w:w="70" w:type="dxa"/>
                    <w:bottom w:w="45" w:type="dxa"/>
                    <w:right w:w="70" w:type="dxa"/>
                  </w:tcMar>
                </w:tcPr>
                <w:p w14:paraId="121CB912" w14:textId="77777777" w:rsidR="005B3871" w:rsidRDefault="00000000">
                  <w:pPr>
                    <w:keepNext/>
                  </w:pPr>
                  <w:r>
                    <w:rPr>
                      <w:b/>
                      <w:color w:val="000000"/>
                    </w:rPr>
                    <w:t>SKUPNI POVZETEK</w:t>
                  </w:r>
                </w:p>
              </w:tc>
            </w:tr>
          </w:tbl>
          <w:p w14:paraId="2F7DFC83" w14:textId="77777777" w:rsidR="005B3871" w:rsidRDefault="005B3871"/>
          <w:p w14:paraId="0F4CF00E" w14:textId="77777777" w:rsidR="005B3871" w:rsidRDefault="00000000">
            <w:pPr>
              <w:spacing w:before="20" w:after="40" w:line="245" w:lineRule="auto"/>
            </w:pPr>
            <w:r>
              <w:rPr>
                <w:b/>
                <w:color w:val="000000"/>
                <w:sz w:val="16"/>
              </w:rPr>
              <w:t>Predmete smiselno priredim, primerjam dolžino ali višino in jih uredim po izbrani lastnosti.</w:t>
            </w:r>
          </w:p>
        </w:tc>
        <w:tc>
          <w:tcPr>
            <w:tcW w:w="2551" w:type="dxa"/>
            <w:tcMar>
              <w:top w:w="70" w:type="dxa"/>
              <w:left w:w="90" w:type="dxa"/>
              <w:bottom w:w="70" w:type="dxa"/>
              <w:right w:w="90" w:type="dxa"/>
            </w:tcMar>
          </w:tcPr>
          <w:p w14:paraId="15A200FC" w14:textId="77777777" w:rsidR="005B3871" w:rsidRDefault="005B3871"/>
          <w:p w14:paraId="030C8A5C" w14:textId="77777777" w:rsidR="005B3871" w:rsidRDefault="00000000">
            <w:pPr>
              <w:spacing w:after="100" w:line="245" w:lineRule="auto"/>
            </w:pPr>
            <w:r>
              <w:rPr>
                <w:color w:val="000000"/>
                <w:sz w:val="16"/>
              </w:rPr>
              <w:t>Odgovarja na podporna vprašanja in se sklicuje na svoj model, zapis ali izvedbo.</w:t>
            </w:r>
          </w:p>
          <w:p w14:paraId="1324917D" w14:textId="77777777" w:rsidR="005B3871" w:rsidRDefault="00000000">
            <w:pPr>
              <w:spacing w:after="100" w:line="245" w:lineRule="auto"/>
            </w:pPr>
            <w:r>
              <w:rPr>
                <w:color w:val="000000"/>
                <w:sz w:val="16"/>
              </w:rPr>
              <w:t>Primerja začetno strategijo z novim dokazom ter pojasni, kaj se je naučil/-a.</w:t>
            </w:r>
          </w:p>
          <w:p w14:paraId="7CEE2660" w14:textId="77777777" w:rsidR="005B3871" w:rsidRDefault="00000000">
            <w:pPr>
              <w:spacing w:after="100" w:line="245" w:lineRule="auto"/>
            </w:pPr>
            <w:r>
              <w:rPr>
                <w:color w:val="000000"/>
                <w:sz w:val="16"/>
              </w:rPr>
              <w:t>Izbere raven samostojnosti in določi naslednji korak.</w:t>
            </w:r>
          </w:p>
          <w:p w14:paraId="57432A08" w14:textId="77777777" w:rsidR="005B3871" w:rsidRDefault="00000000">
            <w:pPr>
              <w:spacing w:after="100" w:line="245" w:lineRule="auto"/>
            </w:pPr>
            <w:r>
              <w:rPr>
                <w:color w:val="000000"/>
                <w:sz w:val="16"/>
              </w:rPr>
              <w:t>Sošolcu poda prijazen in konkreten odziv, vezan na kriterij.</w:t>
            </w:r>
          </w:p>
          <w:p w14:paraId="46B06A2B" w14:textId="77777777" w:rsidR="005B3871" w:rsidRDefault="00000000">
            <w:pPr>
              <w:spacing w:after="20" w:line="245" w:lineRule="auto"/>
            </w:pPr>
            <w:r>
              <w:rPr>
                <w:b/>
                <w:color w:val="D95BC6"/>
                <w:sz w:val="17"/>
              </w:rPr>
              <w:t>DOKAZ O UČENJU</w:t>
            </w:r>
          </w:p>
          <w:p w14:paraId="78E5D7B9"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7ABA79F"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3DB5317A" w14:textId="77777777">
        <w:trPr>
          <w:cantSplit/>
          <w:jc w:val="center"/>
        </w:trPr>
        <w:tc>
          <w:tcPr>
            <w:tcW w:w="14060" w:type="dxa"/>
            <w:gridSpan w:val="6"/>
            <w:tcMar>
              <w:top w:w="70" w:type="dxa"/>
              <w:left w:w="90" w:type="dxa"/>
              <w:bottom w:w="70" w:type="dxa"/>
              <w:right w:w="90" w:type="dxa"/>
            </w:tcMar>
            <w:vAlign w:val="center"/>
          </w:tcPr>
          <w:p w14:paraId="5F4A3A8E" w14:textId="77777777" w:rsidR="005B3871" w:rsidRDefault="00000000">
            <w:pPr>
              <w:jc w:val="center"/>
            </w:pPr>
            <w:r>
              <w:rPr>
                <w:b/>
                <w:color w:val="000000"/>
                <w:sz w:val="24"/>
              </w:rPr>
              <w:lastRenderedPageBreak/>
              <w:t>UČNA PRIPRAVA 6/39</w:t>
            </w:r>
          </w:p>
        </w:tc>
      </w:tr>
      <w:tr w:rsidR="005B3871" w14:paraId="67354FB7" w14:textId="77777777">
        <w:trPr>
          <w:jc w:val="center"/>
        </w:trPr>
        <w:tc>
          <w:tcPr>
            <w:tcW w:w="2665" w:type="dxa"/>
            <w:tcMar>
              <w:top w:w="70" w:type="dxa"/>
              <w:left w:w="90" w:type="dxa"/>
              <w:bottom w:w="70" w:type="dxa"/>
              <w:right w:w="90" w:type="dxa"/>
            </w:tcMar>
            <w:vAlign w:val="center"/>
          </w:tcPr>
          <w:p w14:paraId="6B37F1A1"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C3DA54C"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43FB3F88"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8C125F7" w14:textId="77777777" w:rsidR="005B3871" w:rsidRDefault="00000000">
            <w:r>
              <w:rPr>
                <w:b/>
                <w:color w:val="000000"/>
                <w:sz w:val="16"/>
              </w:rPr>
              <w:t xml:space="preserve">NAČRTOVANI TERMIN: </w:t>
            </w:r>
            <w:r>
              <w:rPr>
                <w:color w:val="000000"/>
                <w:sz w:val="16"/>
              </w:rPr>
              <w:t>6. teden • 5.–9. 10. 2026</w:t>
            </w:r>
          </w:p>
        </w:tc>
        <w:tc>
          <w:tcPr>
            <w:tcW w:w="2268" w:type="dxa"/>
            <w:tcMar>
              <w:top w:w="70" w:type="dxa"/>
              <w:left w:w="90" w:type="dxa"/>
              <w:bottom w:w="70" w:type="dxa"/>
              <w:right w:w="90" w:type="dxa"/>
            </w:tcMar>
            <w:vAlign w:val="center"/>
          </w:tcPr>
          <w:p w14:paraId="44DA3B3D"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31F6A15" w14:textId="77777777" w:rsidR="005B3871" w:rsidRDefault="00000000">
            <w:r>
              <w:rPr>
                <w:b/>
                <w:color w:val="000000"/>
                <w:sz w:val="16"/>
              </w:rPr>
              <w:t xml:space="preserve">ŠTEVILO UR: </w:t>
            </w:r>
            <w:r>
              <w:rPr>
                <w:color w:val="000000"/>
                <w:sz w:val="16"/>
              </w:rPr>
              <w:t>4</w:t>
            </w:r>
          </w:p>
        </w:tc>
      </w:tr>
      <w:tr w:rsidR="005B3871" w14:paraId="49523BB2" w14:textId="77777777">
        <w:trPr>
          <w:jc w:val="center"/>
        </w:trPr>
        <w:tc>
          <w:tcPr>
            <w:tcW w:w="14061" w:type="dxa"/>
            <w:gridSpan w:val="6"/>
            <w:tcMar>
              <w:top w:w="70" w:type="dxa"/>
              <w:left w:w="90" w:type="dxa"/>
              <w:bottom w:w="70" w:type="dxa"/>
              <w:right w:w="90" w:type="dxa"/>
            </w:tcMar>
            <w:vAlign w:val="center"/>
          </w:tcPr>
          <w:p w14:paraId="03400025"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5B420DD7" w14:textId="77777777">
        <w:trPr>
          <w:cantSplit/>
          <w:jc w:val="center"/>
        </w:trPr>
        <w:tc>
          <w:tcPr>
            <w:tcW w:w="14060" w:type="dxa"/>
            <w:gridSpan w:val="6"/>
            <w:tcMar>
              <w:top w:w="70" w:type="dxa"/>
              <w:left w:w="90" w:type="dxa"/>
              <w:bottom w:w="70" w:type="dxa"/>
              <w:right w:w="90" w:type="dxa"/>
            </w:tcMar>
            <w:vAlign w:val="center"/>
          </w:tcPr>
          <w:p w14:paraId="72C8F49A" w14:textId="77777777" w:rsidR="005B3871" w:rsidRDefault="005B3871"/>
          <w:p w14:paraId="225CC018" w14:textId="77777777" w:rsidR="005B3871" w:rsidRDefault="00000000">
            <w:pPr>
              <w:spacing w:line="245" w:lineRule="auto"/>
            </w:pPr>
            <w:r>
              <w:rPr>
                <w:b/>
                <w:color w:val="000000"/>
                <w:sz w:val="16"/>
              </w:rPr>
              <w:t xml:space="preserve">UČNI SKLOP: </w:t>
            </w:r>
            <w:r>
              <w:rPr>
                <w:color w:val="000000"/>
                <w:sz w:val="16"/>
              </w:rPr>
              <w:t>VARNA POT IN MOBILNOST</w:t>
            </w:r>
          </w:p>
        </w:tc>
      </w:tr>
      <w:tr w:rsidR="005B3871" w14:paraId="65C36D09" w14:textId="77777777">
        <w:trPr>
          <w:cantSplit/>
          <w:jc w:val="center"/>
        </w:trPr>
        <w:tc>
          <w:tcPr>
            <w:tcW w:w="14060" w:type="dxa"/>
            <w:gridSpan w:val="6"/>
            <w:tcMar>
              <w:top w:w="70" w:type="dxa"/>
              <w:left w:w="90" w:type="dxa"/>
              <w:bottom w:w="70" w:type="dxa"/>
              <w:right w:w="90" w:type="dxa"/>
            </w:tcMar>
            <w:vAlign w:val="center"/>
          </w:tcPr>
          <w:p w14:paraId="1019E8FE" w14:textId="77777777" w:rsidR="005B3871" w:rsidRDefault="005B3871"/>
          <w:p w14:paraId="4D0C23BA" w14:textId="77777777" w:rsidR="005B3871" w:rsidRDefault="00000000">
            <w:pPr>
              <w:spacing w:line="245" w:lineRule="auto"/>
            </w:pPr>
            <w:r>
              <w:rPr>
                <w:b/>
                <w:color w:val="000000"/>
                <w:sz w:val="16"/>
              </w:rPr>
              <w:t xml:space="preserve">UČNA TEMA: </w:t>
            </w:r>
            <w:r>
              <w:rPr>
                <w:color w:val="000000"/>
                <w:sz w:val="16"/>
              </w:rPr>
              <w:t>ŠTEVILO 0 IN ŠTEVILA DO 5</w:t>
            </w:r>
          </w:p>
        </w:tc>
      </w:tr>
      <w:tr w:rsidR="005B3871" w14:paraId="00F15C88" w14:textId="77777777">
        <w:trPr>
          <w:cantSplit/>
          <w:jc w:val="center"/>
        </w:trPr>
        <w:tc>
          <w:tcPr>
            <w:tcW w:w="14060" w:type="dxa"/>
            <w:gridSpan w:val="6"/>
            <w:tcMar>
              <w:top w:w="70" w:type="dxa"/>
              <w:left w:w="90" w:type="dxa"/>
              <w:bottom w:w="70" w:type="dxa"/>
              <w:right w:w="90" w:type="dxa"/>
            </w:tcMar>
            <w:vAlign w:val="center"/>
          </w:tcPr>
          <w:p w14:paraId="153AE3A4" w14:textId="77777777" w:rsidR="005B3871" w:rsidRDefault="005B3871"/>
          <w:p w14:paraId="0F3BB73D" w14:textId="77777777" w:rsidR="005B3871" w:rsidRDefault="00000000">
            <w:pPr>
              <w:spacing w:line="245" w:lineRule="auto"/>
            </w:pPr>
            <w:r>
              <w:rPr>
                <w:b/>
                <w:color w:val="000000"/>
                <w:sz w:val="16"/>
              </w:rPr>
              <w:t xml:space="preserve">KNJIŽEVNO IZHODIŠČE IN MOTIV: </w:t>
            </w:r>
            <w:r>
              <w:rPr>
                <w:color w:val="000000"/>
                <w:sz w:val="16"/>
              </w:rPr>
              <w:t>»Volk in sedem kozličkov« – brata Grimm • prepoznavanje znakov, varnost doma in kritično poslušanje</w:t>
            </w:r>
          </w:p>
        </w:tc>
      </w:tr>
      <w:tr w:rsidR="005B3871" w14:paraId="57259703" w14:textId="77777777">
        <w:trPr>
          <w:cantSplit/>
          <w:jc w:val="center"/>
        </w:trPr>
        <w:tc>
          <w:tcPr>
            <w:tcW w:w="14060" w:type="dxa"/>
            <w:gridSpan w:val="6"/>
            <w:tcMar>
              <w:top w:w="70" w:type="dxa"/>
              <w:left w:w="90" w:type="dxa"/>
              <w:bottom w:w="70" w:type="dxa"/>
              <w:right w:w="90" w:type="dxa"/>
            </w:tcMar>
            <w:vAlign w:val="center"/>
          </w:tcPr>
          <w:p w14:paraId="467777D1" w14:textId="77777777" w:rsidR="005B3871" w:rsidRDefault="005B3871"/>
          <w:p w14:paraId="703C5F6C" w14:textId="77777777" w:rsidR="005B3871" w:rsidRDefault="00000000">
            <w:pPr>
              <w:spacing w:line="245" w:lineRule="auto"/>
            </w:pPr>
            <w:r>
              <w:rPr>
                <w:b/>
                <w:color w:val="000000"/>
                <w:sz w:val="16"/>
              </w:rPr>
              <w:t xml:space="preserve">UČNE ENOTE: </w:t>
            </w:r>
            <w:r>
              <w:rPr>
                <w:color w:val="000000"/>
                <w:sz w:val="16"/>
              </w:rPr>
              <w:t>1. ura – Odkrijmo nič • 2. ura – Količine do pet • 3. ura – Talne številske postaje • 4. ura – Pišem in preverim</w:t>
            </w:r>
          </w:p>
        </w:tc>
      </w:tr>
      <w:tr w:rsidR="005B3871" w14:paraId="06CCF778" w14:textId="77777777">
        <w:trPr>
          <w:cantSplit/>
          <w:jc w:val="center"/>
        </w:trPr>
        <w:tc>
          <w:tcPr>
            <w:tcW w:w="14060" w:type="dxa"/>
            <w:gridSpan w:val="6"/>
            <w:tcMar>
              <w:top w:w="70" w:type="dxa"/>
              <w:left w:w="90" w:type="dxa"/>
              <w:bottom w:w="70" w:type="dxa"/>
              <w:right w:w="90" w:type="dxa"/>
            </w:tcMar>
            <w:vAlign w:val="center"/>
          </w:tcPr>
          <w:p w14:paraId="581F33C4" w14:textId="77777777" w:rsidR="005B3871" w:rsidRDefault="005B3871"/>
          <w:p w14:paraId="4011D2B3"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1467FF90" w14:textId="77777777">
        <w:trPr>
          <w:cantSplit/>
          <w:jc w:val="center"/>
        </w:trPr>
        <w:tc>
          <w:tcPr>
            <w:tcW w:w="14060" w:type="dxa"/>
            <w:gridSpan w:val="6"/>
            <w:tcMar>
              <w:top w:w="70" w:type="dxa"/>
              <w:left w:w="90" w:type="dxa"/>
              <w:bottom w:w="70" w:type="dxa"/>
              <w:right w:w="90" w:type="dxa"/>
            </w:tcMar>
            <w:vAlign w:val="center"/>
          </w:tcPr>
          <w:p w14:paraId="003E734A" w14:textId="77777777" w:rsidR="005B3871" w:rsidRDefault="005B3871"/>
          <w:p w14:paraId="76D9964D"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1536F052" w14:textId="77777777">
        <w:trPr>
          <w:cantSplit/>
          <w:jc w:val="center"/>
        </w:trPr>
        <w:tc>
          <w:tcPr>
            <w:tcW w:w="14060" w:type="dxa"/>
            <w:gridSpan w:val="6"/>
            <w:tcMar>
              <w:top w:w="70" w:type="dxa"/>
              <w:left w:w="90" w:type="dxa"/>
              <w:bottom w:w="70" w:type="dxa"/>
              <w:right w:w="90" w:type="dxa"/>
            </w:tcMar>
            <w:vAlign w:val="center"/>
          </w:tcPr>
          <w:p w14:paraId="74C3F546" w14:textId="77777777" w:rsidR="005B3871" w:rsidRDefault="005B3871"/>
          <w:p w14:paraId="1CA586F4"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54F9E165" w14:textId="77777777">
        <w:trPr>
          <w:cantSplit/>
          <w:jc w:val="center"/>
        </w:trPr>
        <w:tc>
          <w:tcPr>
            <w:tcW w:w="14060" w:type="dxa"/>
            <w:gridSpan w:val="6"/>
            <w:tcMar>
              <w:top w:w="70" w:type="dxa"/>
              <w:left w:w="90" w:type="dxa"/>
              <w:bottom w:w="70" w:type="dxa"/>
              <w:right w:w="90" w:type="dxa"/>
            </w:tcMar>
            <w:vAlign w:val="center"/>
          </w:tcPr>
          <w:p w14:paraId="77AE3DAC" w14:textId="77777777" w:rsidR="005B3871" w:rsidRDefault="005B3871"/>
          <w:p w14:paraId="7280DF0D" w14:textId="77777777" w:rsidR="005B3871" w:rsidRDefault="00000000">
            <w:pPr>
              <w:spacing w:line="245" w:lineRule="auto"/>
            </w:pPr>
            <w:r>
              <w:rPr>
                <w:b/>
                <w:color w:val="000000"/>
                <w:sz w:val="16"/>
              </w:rPr>
              <w:t xml:space="preserve">MEDPREDMETNE POVEZAVE: </w:t>
            </w:r>
            <w:r>
              <w:rPr>
                <w:color w:val="000000"/>
                <w:sz w:val="16"/>
              </w:rPr>
              <w:t>SLJ – matematična poved; SPO – sledi in varnost; ŠPO – talne postaje; LUM – oblikovanje števk</w:t>
            </w:r>
          </w:p>
        </w:tc>
      </w:tr>
      <w:tr w:rsidR="005B3871" w14:paraId="7C1FC38F" w14:textId="77777777">
        <w:trPr>
          <w:cantSplit/>
          <w:jc w:val="center"/>
        </w:trPr>
        <w:tc>
          <w:tcPr>
            <w:tcW w:w="14060" w:type="dxa"/>
            <w:gridSpan w:val="6"/>
            <w:tcMar>
              <w:top w:w="70" w:type="dxa"/>
              <w:left w:w="90" w:type="dxa"/>
              <w:bottom w:w="70" w:type="dxa"/>
              <w:right w:w="90" w:type="dxa"/>
            </w:tcMar>
            <w:vAlign w:val="center"/>
          </w:tcPr>
          <w:p w14:paraId="1148BA48" w14:textId="77777777" w:rsidR="005B3871" w:rsidRDefault="005B3871"/>
          <w:p w14:paraId="2E1F26C9" w14:textId="77777777" w:rsidR="005B3871" w:rsidRDefault="00000000">
            <w:pPr>
              <w:spacing w:line="245" w:lineRule="auto"/>
            </w:pPr>
            <w:r>
              <w:rPr>
                <w:b/>
                <w:color w:val="000000"/>
                <w:sz w:val="16"/>
              </w:rPr>
              <w:t xml:space="preserve">UČNA SREDSTVA IN PRIPOMOČKI: </w:t>
            </w:r>
            <w:r>
              <w:rPr>
                <w:color w:val="000000"/>
                <w:sz w:val="16"/>
              </w:rPr>
              <w:t>prazne in polne posode, sledi, kamenčki, številske kartice 0–5, pikovne slike, vrvice, pladnji s peskom, listi</w:t>
            </w:r>
          </w:p>
        </w:tc>
      </w:tr>
      <w:tr w:rsidR="005B3871" w14:paraId="3C63F4B8" w14:textId="77777777">
        <w:trPr>
          <w:cantSplit/>
          <w:jc w:val="center"/>
        </w:trPr>
        <w:tc>
          <w:tcPr>
            <w:tcW w:w="14060" w:type="dxa"/>
            <w:gridSpan w:val="6"/>
            <w:tcMar>
              <w:top w:w="70" w:type="dxa"/>
              <w:left w:w="90" w:type="dxa"/>
              <w:bottom w:w="70" w:type="dxa"/>
              <w:right w:w="90" w:type="dxa"/>
            </w:tcMar>
            <w:vAlign w:val="center"/>
          </w:tcPr>
          <w:p w14:paraId="699E3D48" w14:textId="77777777" w:rsidR="005B3871" w:rsidRDefault="005B3871"/>
          <w:p w14:paraId="76A1E891"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7F09AF73" w14:textId="77777777">
        <w:trPr>
          <w:cantSplit/>
          <w:jc w:val="center"/>
        </w:trPr>
        <w:tc>
          <w:tcPr>
            <w:tcW w:w="14060" w:type="dxa"/>
            <w:gridSpan w:val="6"/>
            <w:tcMar>
              <w:top w:w="70" w:type="dxa"/>
              <w:left w:w="90" w:type="dxa"/>
              <w:bottom w:w="70" w:type="dxa"/>
              <w:right w:w="90" w:type="dxa"/>
            </w:tcMar>
            <w:vAlign w:val="center"/>
          </w:tcPr>
          <w:p w14:paraId="61AFFC00" w14:textId="77777777" w:rsidR="005B3871" w:rsidRDefault="005B3871"/>
          <w:p w14:paraId="37637EF1"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514DC8D7" w14:textId="77777777">
        <w:trPr>
          <w:cantSplit/>
          <w:jc w:val="center"/>
        </w:trPr>
        <w:tc>
          <w:tcPr>
            <w:tcW w:w="14060" w:type="dxa"/>
            <w:gridSpan w:val="6"/>
            <w:tcMar>
              <w:top w:w="70" w:type="dxa"/>
              <w:left w:w="90" w:type="dxa"/>
              <w:bottom w:w="70" w:type="dxa"/>
              <w:right w:w="90" w:type="dxa"/>
            </w:tcMar>
            <w:vAlign w:val="center"/>
          </w:tcPr>
          <w:p w14:paraId="319CCF0E" w14:textId="77777777" w:rsidR="005B3871" w:rsidRDefault="005B3871"/>
          <w:p w14:paraId="67C024B9"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301EAEB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3CAEEE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4211DFD"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5882A49" w14:textId="77777777" w:rsidR="005B3871" w:rsidRDefault="00000000">
            <w:pPr>
              <w:jc w:val="center"/>
            </w:pPr>
            <w:r>
              <w:rPr>
                <w:b/>
                <w:color w:val="000000"/>
                <w:sz w:val="20"/>
              </w:rPr>
              <w:t>UČNE DEJAVNOSTI, METODE IN FORMATIVNO SPREMLJANJE</w:t>
            </w:r>
          </w:p>
        </w:tc>
      </w:tr>
      <w:tr w:rsidR="005B3871" w14:paraId="75EE33AE" w14:textId="77777777">
        <w:trPr>
          <w:tblHeader/>
          <w:jc w:val="center"/>
        </w:trPr>
        <w:tc>
          <w:tcPr>
            <w:tcW w:w="4422" w:type="dxa"/>
            <w:vMerge/>
            <w:tcMar>
              <w:top w:w="70" w:type="dxa"/>
              <w:left w:w="90" w:type="dxa"/>
              <w:bottom w:w="70" w:type="dxa"/>
              <w:right w:w="90" w:type="dxa"/>
            </w:tcMar>
            <w:vAlign w:val="center"/>
          </w:tcPr>
          <w:p w14:paraId="4B3C49EB" w14:textId="77777777" w:rsidR="005B3871" w:rsidRDefault="005B3871"/>
        </w:tc>
        <w:tc>
          <w:tcPr>
            <w:tcW w:w="7087" w:type="dxa"/>
            <w:shd w:val="clear" w:color="auto" w:fill="FFFFFF"/>
            <w:tcMar>
              <w:top w:w="70" w:type="dxa"/>
              <w:left w:w="90" w:type="dxa"/>
              <w:bottom w:w="70" w:type="dxa"/>
              <w:right w:w="90" w:type="dxa"/>
            </w:tcMar>
            <w:vAlign w:val="center"/>
          </w:tcPr>
          <w:p w14:paraId="62EC9E2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A7C1995" w14:textId="77777777" w:rsidR="005B3871" w:rsidRDefault="00000000">
            <w:pPr>
              <w:jc w:val="center"/>
            </w:pPr>
            <w:r>
              <w:rPr>
                <w:b/>
                <w:color w:val="000000"/>
              </w:rPr>
              <w:t>UČENEC</w:t>
            </w:r>
          </w:p>
        </w:tc>
      </w:tr>
      <w:tr w:rsidR="005B3871" w14:paraId="47A671B9" w14:textId="77777777">
        <w:trPr>
          <w:jc w:val="center"/>
        </w:trPr>
        <w:tc>
          <w:tcPr>
            <w:tcW w:w="4422" w:type="dxa"/>
            <w:tcMar>
              <w:top w:w="70" w:type="dxa"/>
              <w:left w:w="90" w:type="dxa"/>
              <w:bottom w:w="70" w:type="dxa"/>
              <w:right w:w="90" w:type="dxa"/>
            </w:tcMar>
          </w:tcPr>
          <w:p w14:paraId="4E419026" w14:textId="77777777" w:rsidR="005B3871" w:rsidRDefault="005B3871"/>
          <w:p w14:paraId="4443D80C" w14:textId="77777777" w:rsidR="005B3871" w:rsidRDefault="00000000">
            <w:pPr>
              <w:spacing w:after="60" w:line="245" w:lineRule="auto"/>
            </w:pPr>
            <w:r>
              <w:rPr>
                <w:b/>
                <w:color w:val="000000"/>
              </w:rPr>
              <w:t>UČNI CILJI</w:t>
            </w:r>
          </w:p>
          <w:p w14:paraId="79C420D1" w14:textId="77777777" w:rsidR="005B3871" w:rsidRDefault="00000000">
            <w:pPr>
              <w:spacing w:after="20" w:line="245" w:lineRule="auto"/>
            </w:pPr>
            <w:r>
              <w:rPr>
                <w:b/>
                <w:color w:val="000000"/>
                <w:sz w:val="17"/>
              </w:rPr>
              <w:t>SPLOŠNI</w:t>
            </w:r>
          </w:p>
          <w:p w14:paraId="742BF7AC" w14:textId="77777777" w:rsidR="005B3871" w:rsidRDefault="00000000">
            <w:pPr>
              <w:pStyle w:val="Oznaenseznam"/>
              <w:spacing w:after="16"/>
            </w:pPr>
            <w:r>
              <w:rPr>
                <w:color w:val="000000"/>
                <w:sz w:val="16"/>
              </w:rPr>
              <w:t>razvija številske, prostorske in količinske predstave s konkretnimi izkušnjami</w:t>
            </w:r>
          </w:p>
          <w:p w14:paraId="55C9642A" w14:textId="77777777" w:rsidR="005B3871" w:rsidRDefault="00000000">
            <w:pPr>
              <w:pStyle w:val="Oznaenseznam"/>
              <w:spacing w:after="16"/>
            </w:pPr>
            <w:r>
              <w:rPr>
                <w:color w:val="000000"/>
                <w:sz w:val="16"/>
              </w:rPr>
              <w:t>rešuje matematične probleme s predmetom, gibanjem, risbo, modelom in simbolom</w:t>
            </w:r>
          </w:p>
          <w:p w14:paraId="2A1481A4" w14:textId="77777777" w:rsidR="005B3871" w:rsidRDefault="00000000">
            <w:pPr>
              <w:pStyle w:val="Oznaenseznam"/>
              <w:spacing w:after="16"/>
            </w:pPr>
            <w:r>
              <w:rPr>
                <w:color w:val="000000"/>
                <w:sz w:val="16"/>
              </w:rPr>
              <w:t>pojasnjuje izbrano strategijo, preverja smiselnost rešitve in posluša rešitve drugih</w:t>
            </w:r>
          </w:p>
          <w:p w14:paraId="6FBE3702" w14:textId="77777777" w:rsidR="005B3871" w:rsidRDefault="00000000">
            <w:pPr>
              <w:pStyle w:val="Oznaenseznam"/>
              <w:spacing w:after="16"/>
            </w:pPr>
            <w:r>
              <w:rPr>
                <w:color w:val="000000"/>
                <w:sz w:val="16"/>
              </w:rPr>
              <w:t>ob namenih in kriterijih spremlja svoje učenje ter uporabi opisno povratno informacijo</w:t>
            </w:r>
          </w:p>
          <w:p w14:paraId="6F513E09" w14:textId="77777777" w:rsidR="005B3871" w:rsidRDefault="00000000">
            <w:pPr>
              <w:spacing w:before="40" w:after="20" w:line="245" w:lineRule="auto"/>
            </w:pPr>
            <w:r>
              <w:rPr>
                <w:b/>
                <w:color w:val="000000"/>
                <w:sz w:val="17"/>
              </w:rPr>
              <w:t>OPERATIVNI</w:t>
            </w:r>
          </w:p>
          <w:p w14:paraId="1AC5D848" w14:textId="77777777" w:rsidR="005B3871" w:rsidRDefault="00000000">
            <w:pPr>
              <w:pStyle w:val="Oznaenseznam"/>
              <w:spacing w:after="16"/>
            </w:pPr>
            <w:r>
              <w:rPr>
                <w:color w:val="000000"/>
                <w:sz w:val="16"/>
              </w:rPr>
              <w:t>šteje konkretne predmete</w:t>
            </w:r>
          </w:p>
          <w:p w14:paraId="3307031F" w14:textId="77777777" w:rsidR="005B3871" w:rsidRDefault="00000000">
            <w:pPr>
              <w:pStyle w:val="Oznaenseznam"/>
              <w:spacing w:after="16"/>
            </w:pPr>
            <w:r>
              <w:rPr>
                <w:color w:val="000000"/>
                <w:sz w:val="16"/>
              </w:rPr>
              <w:t>količino predstavi na več načinov</w:t>
            </w:r>
          </w:p>
          <w:p w14:paraId="2F0F823F" w14:textId="77777777" w:rsidR="005B3871" w:rsidRDefault="00000000">
            <w:pPr>
              <w:pStyle w:val="Oznaenseznam"/>
              <w:spacing w:after="16"/>
            </w:pPr>
            <w:r>
              <w:rPr>
                <w:color w:val="000000"/>
                <w:sz w:val="16"/>
              </w:rPr>
              <w:t>prebere in zapiše obravnavana števila</w:t>
            </w:r>
          </w:p>
          <w:p w14:paraId="01047765" w14:textId="77777777" w:rsidR="005B3871" w:rsidRDefault="00000000">
            <w:pPr>
              <w:spacing w:before="40" w:after="20" w:line="245" w:lineRule="auto"/>
            </w:pPr>
            <w:r>
              <w:rPr>
                <w:b/>
                <w:color w:val="000000"/>
                <w:sz w:val="17"/>
              </w:rPr>
              <w:t>PRIČAKOVANI DOSEŽKI / STANDARDI</w:t>
            </w:r>
          </w:p>
          <w:p w14:paraId="2364FC44" w14:textId="77777777" w:rsidR="005B3871" w:rsidRDefault="00000000">
            <w:pPr>
              <w:pStyle w:val="Oznaenseznam"/>
              <w:spacing w:after="16"/>
            </w:pPr>
            <w:r>
              <w:rPr>
                <w:color w:val="000000"/>
                <w:sz w:val="16"/>
              </w:rPr>
              <w:t>ob konkretni, slikovni ali gibalni opori šteje konkretne predmete</w:t>
            </w:r>
          </w:p>
          <w:p w14:paraId="742E7460" w14:textId="77777777" w:rsidR="005B3871" w:rsidRDefault="00000000">
            <w:pPr>
              <w:pStyle w:val="Oznaenseznam"/>
              <w:spacing w:after="16"/>
            </w:pPr>
            <w:r>
              <w:rPr>
                <w:color w:val="000000"/>
                <w:sz w:val="16"/>
              </w:rPr>
              <w:t>ob konkretni, slikovni ali gibalni opori količino predstavi na več načinov</w:t>
            </w:r>
          </w:p>
          <w:p w14:paraId="35336AA5" w14:textId="77777777" w:rsidR="005B3871" w:rsidRDefault="00000000">
            <w:pPr>
              <w:pStyle w:val="Oznaenseznam"/>
              <w:spacing w:after="16"/>
            </w:pPr>
            <w:r>
              <w:rPr>
                <w:color w:val="000000"/>
                <w:sz w:val="16"/>
              </w:rPr>
              <w:t>ob konkretni, slikovni ali gibalni opori prebere in zapiše obravnavana števila</w:t>
            </w:r>
          </w:p>
        </w:tc>
        <w:tc>
          <w:tcPr>
            <w:tcW w:w="7087" w:type="dxa"/>
            <w:tcMar>
              <w:top w:w="70" w:type="dxa"/>
              <w:left w:w="90" w:type="dxa"/>
              <w:bottom w:w="70" w:type="dxa"/>
              <w:right w:w="90" w:type="dxa"/>
            </w:tcMar>
          </w:tcPr>
          <w:p w14:paraId="108EFD0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AB4CEFC" w14:textId="77777777">
              <w:trPr>
                <w:jc w:val="center"/>
              </w:trPr>
              <w:tc>
                <w:tcPr>
                  <w:tcW w:w="7087" w:type="dxa"/>
                  <w:shd w:val="clear" w:color="auto" w:fill="C6E7F3"/>
                  <w:tcMar>
                    <w:top w:w="45" w:type="dxa"/>
                    <w:left w:w="70" w:type="dxa"/>
                    <w:bottom w:w="45" w:type="dxa"/>
                    <w:right w:w="70" w:type="dxa"/>
                  </w:tcMar>
                </w:tcPr>
                <w:p w14:paraId="588ED601" w14:textId="77777777" w:rsidR="005B3871" w:rsidRDefault="00000000">
                  <w:pPr>
                    <w:keepNext/>
                  </w:pPr>
                  <w:r>
                    <w:rPr>
                      <w:b/>
                      <w:color w:val="000000"/>
                    </w:rPr>
                    <w:t>UVODNI DEL – motivacija, aktivacija predznanja in namen učenja (15–20 min)</w:t>
                  </w:r>
                </w:p>
              </w:tc>
            </w:tr>
          </w:tbl>
          <w:p w14:paraId="05758599" w14:textId="77777777" w:rsidR="005B3871" w:rsidRDefault="005B3871">
            <w:pPr>
              <w:spacing w:line="20" w:lineRule="exact"/>
            </w:pPr>
          </w:p>
          <w:p w14:paraId="0892EF5D" w14:textId="77777777" w:rsidR="005B3871" w:rsidRDefault="00000000">
            <w:pPr>
              <w:spacing w:before="40" w:after="60" w:line="245" w:lineRule="auto"/>
            </w:pPr>
            <w:r>
              <w:rPr>
                <w:color w:val="000000"/>
                <w:sz w:val="16"/>
              </w:rPr>
              <w:t>Kozlički za vrati odkrijejo sledi brez lastnika, prazno posodo in skupine do pet predmetov. Učenci raziskujejo, kako prikažemo nič in isto količino na več načinov.</w:t>
            </w:r>
          </w:p>
          <w:tbl>
            <w:tblPr>
              <w:tblStyle w:val="Tabelamrea"/>
              <w:tblW w:w="0" w:type="auto"/>
              <w:jc w:val="center"/>
              <w:tblLayout w:type="fixed"/>
              <w:tblLook w:val="04A0" w:firstRow="1" w:lastRow="0" w:firstColumn="1" w:lastColumn="0" w:noHBand="0" w:noVBand="1"/>
            </w:tblPr>
            <w:tblGrid>
              <w:gridCol w:w="7087"/>
            </w:tblGrid>
            <w:tr w:rsidR="005B3871" w14:paraId="7033C996" w14:textId="77777777">
              <w:trPr>
                <w:jc w:val="center"/>
              </w:trPr>
              <w:tc>
                <w:tcPr>
                  <w:tcW w:w="7087" w:type="dxa"/>
                  <w:shd w:val="clear" w:color="auto" w:fill="EDC9EA"/>
                  <w:tcMar>
                    <w:top w:w="45" w:type="dxa"/>
                    <w:left w:w="70" w:type="dxa"/>
                    <w:bottom w:w="45" w:type="dxa"/>
                    <w:right w:w="70" w:type="dxa"/>
                  </w:tcMar>
                </w:tcPr>
                <w:p w14:paraId="07F57FC8" w14:textId="77777777" w:rsidR="005B3871" w:rsidRDefault="00000000">
                  <w:pPr>
                    <w:keepNext/>
                  </w:pPr>
                  <w:r>
                    <w:rPr>
                      <w:b/>
                      <w:color w:val="000000"/>
                    </w:rPr>
                    <w:t>NAMENI UČENJA</w:t>
                  </w:r>
                </w:p>
              </w:tc>
            </w:tr>
          </w:tbl>
          <w:p w14:paraId="0DC96699" w14:textId="77777777" w:rsidR="005B3871" w:rsidRDefault="005B3871">
            <w:pPr>
              <w:spacing w:line="20" w:lineRule="exact"/>
            </w:pPr>
          </w:p>
          <w:p w14:paraId="0271ACAA"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5DF9A842" w14:textId="77777777" w:rsidR="005B3871" w:rsidRDefault="00000000">
            <w:pPr>
              <w:pStyle w:val="Oznaenseznam"/>
              <w:spacing w:after="16"/>
            </w:pPr>
            <w:r>
              <w:rPr>
                <w:color w:val="000000"/>
                <w:sz w:val="16"/>
              </w:rPr>
              <w:t>štejem konkretne predmete</w:t>
            </w:r>
          </w:p>
          <w:p w14:paraId="4DB8D627" w14:textId="77777777" w:rsidR="005B3871" w:rsidRDefault="00000000">
            <w:pPr>
              <w:pStyle w:val="Oznaenseznam"/>
              <w:spacing w:after="16"/>
            </w:pPr>
            <w:r>
              <w:rPr>
                <w:color w:val="000000"/>
                <w:sz w:val="16"/>
              </w:rPr>
              <w:t>količino predstavim na več načinov</w:t>
            </w:r>
          </w:p>
          <w:p w14:paraId="46FC6F68" w14:textId="77777777" w:rsidR="005B3871" w:rsidRDefault="00000000">
            <w:pPr>
              <w:pStyle w:val="Oznaenseznam"/>
              <w:spacing w:after="16"/>
            </w:pPr>
            <w:r>
              <w:rPr>
                <w:color w:val="000000"/>
                <w:sz w:val="16"/>
              </w:rPr>
              <w:t>preberem in zapišem obravnavana števila</w:t>
            </w:r>
          </w:p>
          <w:tbl>
            <w:tblPr>
              <w:tblStyle w:val="Tabelamrea"/>
              <w:tblW w:w="0" w:type="auto"/>
              <w:jc w:val="center"/>
              <w:tblLayout w:type="fixed"/>
              <w:tblLook w:val="04A0" w:firstRow="1" w:lastRow="0" w:firstColumn="1" w:lastColumn="0" w:noHBand="0" w:noVBand="1"/>
            </w:tblPr>
            <w:tblGrid>
              <w:gridCol w:w="7087"/>
            </w:tblGrid>
            <w:tr w:rsidR="005B3871" w14:paraId="1A04A952" w14:textId="77777777">
              <w:trPr>
                <w:jc w:val="center"/>
              </w:trPr>
              <w:tc>
                <w:tcPr>
                  <w:tcW w:w="7087" w:type="dxa"/>
                  <w:shd w:val="clear" w:color="auto" w:fill="EDC9EA"/>
                  <w:tcMar>
                    <w:top w:w="45" w:type="dxa"/>
                    <w:left w:w="70" w:type="dxa"/>
                    <w:bottom w:w="45" w:type="dxa"/>
                    <w:right w:w="70" w:type="dxa"/>
                  </w:tcMar>
                </w:tcPr>
                <w:p w14:paraId="5D4ACF6E" w14:textId="77777777" w:rsidR="005B3871" w:rsidRDefault="00000000">
                  <w:pPr>
                    <w:keepNext/>
                  </w:pPr>
                  <w:r>
                    <w:rPr>
                      <w:b/>
                      <w:color w:val="000000"/>
                    </w:rPr>
                    <w:t>PREVERJANJE PREDZNANJA</w:t>
                  </w:r>
                </w:p>
              </w:tc>
            </w:tr>
          </w:tbl>
          <w:p w14:paraId="3FE07A04" w14:textId="77777777" w:rsidR="005B3871" w:rsidRDefault="005B3871">
            <w:pPr>
              <w:spacing w:line="20" w:lineRule="exact"/>
            </w:pPr>
          </w:p>
          <w:p w14:paraId="21B5D361" w14:textId="77777777" w:rsidR="005B3871" w:rsidRDefault="00000000">
            <w:pPr>
              <w:pStyle w:val="Oznaenseznam"/>
              <w:spacing w:after="16"/>
            </w:pPr>
            <w:r>
              <w:rPr>
                <w:color w:val="000000"/>
                <w:sz w:val="16"/>
              </w:rPr>
              <w:t>Kaj pomeni, kadar ni nobenega predmeta?</w:t>
            </w:r>
          </w:p>
          <w:p w14:paraId="577B079B" w14:textId="77777777" w:rsidR="005B3871" w:rsidRDefault="00000000">
            <w:pPr>
              <w:pStyle w:val="Oznaenseznam"/>
              <w:spacing w:after="16"/>
            </w:pPr>
            <w:r>
              <w:rPr>
                <w:color w:val="000000"/>
                <w:sz w:val="16"/>
              </w:rPr>
              <w:t>Kako lahko isto število pokažem s predmeti, prsti, pikami in zapisom?</w:t>
            </w:r>
          </w:p>
          <w:p w14:paraId="25DF9735"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7D19B74C" w14:textId="77777777">
              <w:trPr>
                <w:jc w:val="center"/>
              </w:trPr>
              <w:tc>
                <w:tcPr>
                  <w:tcW w:w="7087" w:type="dxa"/>
                  <w:shd w:val="clear" w:color="auto" w:fill="EDC9EA"/>
                  <w:tcMar>
                    <w:top w:w="45" w:type="dxa"/>
                    <w:left w:w="70" w:type="dxa"/>
                    <w:bottom w:w="45" w:type="dxa"/>
                    <w:right w:w="70" w:type="dxa"/>
                  </w:tcMar>
                </w:tcPr>
                <w:p w14:paraId="0DB89430" w14:textId="77777777" w:rsidR="005B3871" w:rsidRDefault="00000000">
                  <w:pPr>
                    <w:keepNext/>
                  </w:pPr>
                  <w:r>
                    <w:rPr>
                      <w:b/>
                      <w:color w:val="000000"/>
                    </w:rPr>
                    <w:t>KRITERIJI USPEŠNOSTI</w:t>
                  </w:r>
                </w:p>
              </w:tc>
            </w:tr>
          </w:tbl>
          <w:p w14:paraId="5E99D1D9" w14:textId="77777777" w:rsidR="005B3871" w:rsidRDefault="005B3871"/>
          <w:p w14:paraId="4E1459C2" w14:textId="77777777" w:rsidR="005B3871" w:rsidRDefault="00000000">
            <w:pPr>
              <w:spacing w:before="20" w:after="20" w:line="245" w:lineRule="auto"/>
            </w:pPr>
            <w:r>
              <w:rPr>
                <w:b/>
                <w:color w:val="000000"/>
                <w:sz w:val="16"/>
              </w:rPr>
              <w:t>Uspešen/-na bom, ko:</w:t>
            </w:r>
          </w:p>
          <w:p w14:paraId="7DC43ED7" w14:textId="77777777" w:rsidR="005B3871" w:rsidRDefault="00000000">
            <w:pPr>
              <w:pStyle w:val="Oznaenseznam"/>
              <w:spacing w:after="16"/>
            </w:pPr>
            <w:r>
              <w:rPr>
                <w:color w:val="000000"/>
                <w:sz w:val="16"/>
              </w:rPr>
              <w:t>štejem konkretne predmete</w:t>
            </w:r>
          </w:p>
          <w:p w14:paraId="6CABB65D" w14:textId="77777777" w:rsidR="005B3871" w:rsidRDefault="00000000">
            <w:pPr>
              <w:pStyle w:val="Oznaenseznam"/>
              <w:spacing w:after="16"/>
            </w:pPr>
            <w:r>
              <w:rPr>
                <w:color w:val="000000"/>
                <w:sz w:val="16"/>
              </w:rPr>
              <w:t>količino predstavim na več načinov</w:t>
            </w:r>
          </w:p>
          <w:p w14:paraId="127FFC28" w14:textId="77777777" w:rsidR="005B3871" w:rsidRDefault="00000000">
            <w:pPr>
              <w:pStyle w:val="Oznaenseznam"/>
              <w:spacing w:after="16"/>
            </w:pPr>
            <w:r>
              <w:rPr>
                <w:color w:val="000000"/>
                <w:sz w:val="16"/>
              </w:rPr>
              <w:t>preberem in zapišem obravnavana števila</w:t>
            </w:r>
          </w:p>
          <w:p w14:paraId="52F95370"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4202BF69" w14:textId="77777777" w:rsidR="005B3871" w:rsidRDefault="005B3871"/>
          <w:p w14:paraId="7E76032C"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10649BA2" w14:textId="77777777" w:rsidR="005B3871" w:rsidRDefault="00000000">
            <w:pPr>
              <w:spacing w:after="80" w:line="245" w:lineRule="auto"/>
            </w:pPr>
            <w:r>
              <w:rPr>
                <w:color w:val="000000"/>
                <w:sz w:val="16"/>
              </w:rPr>
              <w:t>Pove, pokaže ali nariše, kako bi nalogo začel. Posluša tudi drugačne strategije.</w:t>
            </w:r>
          </w:p>
          <w:p w14:paraId="7EB35802" w14:textId="77777777" w:rsidR="005B3871" w:rsidRDefault="00000000">
            <w:pPr>
              <w:spacing w:after="100" w:line="245" w:lineRule="auto"/>
            </w:pPr>
            <w:r>
              <w:rPr>
                <w:color w:val="000000"/>
                <w:sz w:val="16"/>
              </w:rPr>
              <w:t>Sodeluje pri razumevanju namenov in kriterijev uspešnosti.</w:t>
            </w:r>
          </w:p>
          <w:p w14:paraId="414453D7" w14:textId="77777777" w:rsidR="005B3871" w:rsidRDefault="00000000">
            <w:pPr>
              <w:spacing w:after="20" w:line="245" w:lineRule="auto"/>
            </w:pPr>
            <w:r>
              <w:rPr>
                <w:b/>
                <w:color w:val="D95BC6"/>
                <w:sz w:val="17"/>
              </w:rPr>
              <w:t>DOKAZ O UČENJU</w:t>
            </w:r>
          </w:p>
          <w:p w14:paraId="7551368B" w14:textId="77777777" w:rsidR="005B3871" w:rsidRDefault="00000000">
            <w:pPr>
              <w:spacing w:after="30" w:line="245" w:lineRule="auto"/>
            </w:pPr>
            <w:r>
              <w:rPr>
                <w:color w:val="D95BC6"/>
                <w:sz w:val="16"/>
              </w:rPr>
              <w:t>začetna strategija, razvrstitev, model, risba, gib ali ustni odgovor</w:t>
            </w:r>
          </w:p>
        </w:tc>
      </w:tr>
    </w:tbl>
    <w:p w14:paraId="5765B087"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FABA88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332219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53F123D" w14:textId="77777777" w:rsidR="005B3871" w:rsidRDefault="00000000">
            <w:pPr>
              <w:jc w:val="center"/>
            </w:pPr>
            <w:r>
              <w:rPr>
                <w:b/>
                <w:color w:val="000000"/>
                <w:sz w:val="20"/>
              </w:rPr>
              <w:t>UČNE DEJAVNOSTI, METODE IN FORMATIVNO SPREMLJANJE</w:t>
            </w:r>
          </w:p>
        </w:tc>
      </w:tr>
      <w:tr w:rsidR="005B3871" w14:paraId="5BC374D7" w14:textId="77777777">
        <w:trPr>
          <w:tblHeader/>
          <w:jc w:val="center"/>
        </w:trPr>
        <w:tc>
          <w:tcPr>
            <w:tcW w:w="4422" w:type="dxa"/>
            <w:vMerge/>
            <w:tcMar>
              <w:top w:w="70" w:type="dxa"/>
              <w:left w:w="90" w:type="dxa"/>
              <w:bottom w:w="70" w:type="dxa"/>
              <w:right w:w="90" w:type="dxa"/>
            </w:tcMar>
            <w:vAlign w:val="center"/>
          </w:tcPr>
          <w:p w14:paraId="376CC18C" w14:textId="77777777" w:rsidR="005B3871" w:rsidRDefault="005B3871"/>
        </w:tc>
        <w:tc>
          <w:tcPr>
            <w:tcW w:w="7087" w:type="dxa"/>
            <w:shd w:val="clear" w:color="auto" w:fill="FFFFFF"/>
            <w:tcMar>
              <w:top w:w="70" w:type="dxa"/>
              <w:left w:w="90" w:type="dxa"/>
              <w:bottom w:w="70" w:type="dxa"/>
              <w:right w:w="90" w:type="dxa"/>
            </w:tcMar>
            <w:vAlign w:val="center"/>
          </w:tcPr>
          <w:p w14:paraId="6249D96B"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626DB9A" w14:textId="77777777" w:rsidR="005B3871" w:rsidRDefault="00000000">
            <w:pPr>
              <w:jc w:val="center"/>
            </w:pPr>
            <w:r>
              <w:rPr>
                <w:b/>
                <w:color w:val="000000"/>
              </w:rPr>
              <w:t>UČENEC</w:t>
            </w:r>
          </w:p>
        </w:tc>
      </w:tr>
      <w:tr w:rsidR="005B3871" w14:paraId="66821B40" w14:textId="77777777">
        <w:trPr>
          <w:jc w:val="center"/>
        </w:trPr>
        <w:tc>
          <w:tcPr>
            <w:tcW w:w="4422" w:type="dxa"/>
            <w:tcMar>
              <w:top w:w="70" w:type="dxa"/>
              <w:left w:w="90" w:type="dxa"/>
              <w:bottom w:w="70" w:type="dxa"/>
              <w:right w:w="90" w:type="dxa"/>
            </w:tcMar>
          </w:tcPr>
          <w:p w14:paraId="74664A66" w14:textId="77777777" w:rsidR="005B3871" w:rsidRDefault="005B3871"/>
          <w:p w14:paraId="13411348" w14:textId="77777777" w:rsidR="005B3871" w:rsidRDefault="00000000">
            <w:pPr>
              <w:spacing w:after="40" w:line="245" w:lineRule="auto"/>
            </w:pPr>
            <w:r>
              <w:rPr>
                <w:b/>
                <w:color w:val="000000"/>
              </w:rPr>
              <w:t>KLJUČNI POJMI</w:t>
            </w:r>
          </w:p>
          <w:p w14:paraId="428D7E1C" w14:textId="77777777" w:rsidR="005B3871" w:rsidRDefault="00000000">
            <w:pPr>
              <w:spacing w:after="60" w:line="245" w:lineRule="auto"/>
            </w:pPr>
            <w:r>
              <w:rPr>
                <w:color w:val="000000"/>
                <w:sz w:val="16"/>
              </w:rPr>
              <w:t>nič, število, števka, količina, štetje, predstavitev, 0, 1, 2, 3, 4, 5</w:t>
            </w:r>
          </w:p>
          <w:p w14:paraId="492BC08D" w14:textId="77777777" w:rsidR="005B3871" w:rsidRDefault="00000000">
            <w:pPr>
              <w:spacing w:after="20" w:line="245" w:lineRule="auto"/>
            </w:pPr>
            <w:r>
              <w:rPr>
                <w:b/>
                <w:color w:val="000000"/>
                <w:sz w:val="17"/>
              </w:rPr>
              <w:t>DOKAZI O UČENJU</w:t>
            </w:r>
          </w:p>
          <w:p w14:paraId="2E86CCE5" w14:textId="77777777" w:rsidR="005B3871" w:rsidRDefault="00000000">
            <w:pPr>
              <w:pStyle w:val="Oznaenseznam"/>
              <w:spacing w:after="16"/>
            </w:pPr>
            <w:r>
              <w:rPr>
                <w:color w:val="000000"/>
                <w:sz w:val="16"/>
              </w:rPr>
              <w:t>konkretni prikaz števila 0</w:t>
            </w:r>
          </w:p>
          <w:p w14:paraId="046F47B5" w14:textId="77777777" w:rsidR="005B3871" w:rsidRDefault="00000000">
            <w:pPr>
              <w:pStyle w:val="Oznaenseznam"/>
              <w:spacing w:after="16"/>
            </w:pPr>
            <w:r>
              <w:rPr>
                <w:color w:val="000000"/>
                <w:sz w:val="16"/>
              </w:rPr>
              <w:t>pravilno sestavljena in prešteta količina</w:t>
            </w:r>
          </w:p>
          <w:p w14:paraId="3C1EAE6A" w14:textId="77777777" w:rsidR="005B3871" w:rsidRDefault="00000000">
            <w:pPr>
              <w:pStyle w:val="Oznaenseznam"/>
              <w:spacing w:after="16"/>
            </w:pPr>
            <w:r>
              <w:rPr>
                <w:color w:val="000000"/>
                <w:sz w:val="16"/>
              </w:rPr>
              <w:t>povezani predmetni, slikovni in simbolni prikazi</w:t>
            </w:r>
          </w:p>
          <w:p w14:paraId="0015F32D" w14:textId="77777777" w:rsidR="005B3871" w:rsidRDefault="00000000">
            <w:pPr>
              <w:pStyle w:val="Oznaenseznam"/>
              <w:spacing w:after="16"/>
            </w:pPr>
            <w:r>
              <w:rPr>
                <w:color w:val="000000"/>
                <w:sz w:val="16"/>
              </w:rPr>
              <w:t>čitljiv zapis obravnavanih števk</w:t>
            </w:r>
          </w:p>
          <w:p w14:paraId="651EB094" w14:textId="77777777" w:rsidR="005B3871" w:rsidRDefault="00000000">
            <w:pPr>
              <w:spacing w:before="40" w:after="20" w:line="245" w:lineRule="auto"/>
            </w:pPr>
            <w:r>
              <w:rPr>
                <w:b/>
                <w:color w:val="000000"/>
                <w:sz w:val="17"/>
              </w:rPr>
              <w:t>MEDPREDMETNA POVEZAVA</w:t>
            </w:r>
          </w:p>
          <w:p w14:paraId="6569168D" w14:textId="77777777" w:rsidR="005B3871" w:rsidRDefault="00000000">
            <w:pPr>
              <w:spacing w:after="60" w:line="245" w:lineRule="auto"/>
            </w:pPr>
            <w:r>
              <w:rPr>
                <w:color w:val="000000"/>
                <w:sz w:val="16"/>
              </w:rPr>
              <w:t>SLJ – matematična poved; SPO – sledi in varnost; ŠPO – talne postaje; LUM – oblikovanje števk</w:t>
            </w:r>
          </w:p>
          <w:p w14:paraId="0B92FF36" w14:textId="77777777" w:rsidR="005B3871" w:rsidRDefault="00000000">
            <w:pPr>
              <w:spacing w:after="20" w:line="245" w:lineRule="auto"/>
            </w:pPr>
            <w:r>
              <w:rPr>
                <w:b/>
                <w:color w:val="000000"/>
                <w:sz w:val="17"/>
              </w:rPr>
              <w:t>POUČEVANJE V GIBANJU</w:t>
            </w:r>
          </w:p>
          <w:p w14:paraId="215561E2"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6398D578" w14:textId="77777777" w:rsidR="005B3871" w:rsidRDefault="00000000">
            <w:pPr>
              <w:spacing w:after="20" w:line="245" w:lineRule="auto"/>
            </w:pPr>
            <w:r>
              <w:rPr>
                <w:b/>
                <w:color w:val="000000"/>
                <w:sz w:val="17"/>
              </w:rPr>
              <w:t>DELO PO POSTAJAH</w:t>
            </w:r>
          </w:p>
          <w:p w14:paraId="79424989" w14:textId="77777777" w:rsidR="005B3871" w:rsidRDefault="00000000">
            <w:pPr>
              <w:spacing w:after="60" w:line="245" w:lineRule="auto"/>
            </w:pPr>
            <w:r>
              <w:rPr>
                <w:color w:val="000000"/>
                <w:sz w:val="15"/>
              </w:rPr>
              <w:t>Načrtovana rotacija: konkretno-izkušenjska – Odkrijmo nič; gibalna/sodelovalna – Količine do pet; slikovno-simbolna – Talne številske postaje; izziv, dokaz in povratna informacija – Pišem in preverim. Pri pisnem ocenjevanju se postaje izvedejo v pripravi, analizi in ponovnem učenju.</w:t>
            </w:r>
          </w:p>
          <w:p w14:paraId="7F0C1104" w14:textId="77777777" w:rsidR="005B3871" w:rsidRDefault="00000000">
            <w:pPr>
              <w:spacing w:after="20" w:line="245" w:lineRule="auto"/>
            </w:pPr>
            <w:r>
              <w:rPr>
                <w:b/>
                <w:color w:val="000000"/>
                <w:sz w:val="17"/>
              </w:rPr>
              <w:t>DIFERENCIACIJA IN VKLJUČEVANJE</w:t>
            </w:r>
          </w:p>
          <w:p w14:paraId="0CF5B739"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4982C76B" w14:textId="77777777" w:rsidR="005B3871" w:rsidRDefault="00000000">
            <w:pPr>
              <w:spacing w:after="20" w:line="245" w:lineRule="auto"/>
            </w:pPr>
            <w:r>
              <w:rPr>
                <w:b/>
                <w:color w:val="000000"/>
                <w:sz w:val="17"/>
              </w:rPr>
              <w:t>SPREMLJANJE</w:t>
            </w:r>
          </w:p>
          <w:p w14:paraId="3929392D"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7D833D00"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D4F3F54" w14:textId="77777777">
              <w:trPr>
                <w:jc w:val="center"/>
              </w:trPr>
              <w:tc>
                <w:tcPr>
                  <w:tcW w:w="7087" w:type="dxa"/>
                  <w:shd w:val="clear" w:color="auto" w:fill="C6E7F3"/>
                  <w:tcMar>
                    <w:top w:w="45" w:type="dxa"/>
                    <w:left w:w="70" w:type="dxa"/>
                    <w:bottom w:w="45" w:type="dxa"/>
                    <w:right w:w="70" w:type="dxa"/>
                  </w:tcMar>
                </w:tcPr>
                <w:p w14:paraId="2EC8180C" w14:textId="77777777" w:rsidR="005B3871" w:rsidRDefault="00000000">
                  <w:pPr>
                    <w:keepNext/>
                  </w:pPr>
                  <w:r>
                    <w:rPr>
                      <w:b/>
                      <w:color w:val="000000"/>
                    </w:rPr>
                    <w:t>GLAVNI DEL – IZKUŠENJSKO IN PROBLEMSKO UČENJE (4 šolske ure)</w:t>
                  </w:r>
                </w:p>
              </w:tc>
            </w:tr>
          </w:tbl>
          <w:p w14:paraId="743D517B" w14:textId="77777777" w:rsidR="005B3871" w:rsidRDefault="005B3871">
            <w:pPr>
              <w:spacing w:line="20" w:lineRule="exact"/>
            </w:pPr>
          </w:p>
          <w:p w14:paraId="6F6BBEF6" w14:textId="77777777" w:rsidR="005B3871" w:rsidRDefault="00000000">
            <w:pPr>
              <w:keepNext/>
              <w:spacing w:before="40" w:after="10" w:line="245" w:lineRule="auto"/>
            </w:pPr>
            <w:r>
              <w:rPr>
                <w:b/>
                <w:color w:val="000000"/>
                <w:sz w:val="17"/>
              </w:rPr>
              <w:t>1. URA – Odkrijmo nič</w:t>
            </w:r>
          </w:p>
          <w:p w14:paraId="1389D722" w14:textId="77777777" w:rsidR="005B3871" w:rsidRDefault="00000000">
            <w:pPr>
              <w:spacing w:after="14" w:line="245" w:lineRule="auto"/>
            </w:pPr>
            <w:r>
              <w:rPr>
                <w:b/>
                <w:color w:val="000000"/>
                <w:sz w:val="16"/>
              </w:rPr>
              <w:t xml:space="preserve">Dejavnost učiteljice: </w:t>
            </w:r>
            <w:r>
              <w:rPr>
                <w:color w:val="000000"/>
                <w:sz w:val="16"/>
              </w:rPr>
              <w:t>Pripravi polne in prazne posode ter uvede simbol 0 šele po konkretni izkušnji.</w:t>
            </w:r>
          </w:p>
          <w:p w14:paraId="2A0EFF41" w14:textId="77777777" w:rsidR="005B3871" w:rsidRDefault="00000000">
            <w:pPr>
              <w:spacing w:after="14" w:line="245" w:lineRule="auto"/>
            </w:pPr>
            <w:r>
              <w:rPr>
                <w:b/>
                <w:color w:val="000000"/>
                <w:sz w:val="16"/>
              </w:rPr>
              <w:t xml:space="preserve">Dejavnost učencev: </w:t>
            </w:r>
            <w:r>
              <w:rPr>
                <w:color w:val="000000"/>
                <w:sz w:val="16"/>
              </w:rPr>
              <w:t>Razvrstijo primere nič/nekaj, pokažejo prazno množico in povežejo z zapisom 0.</w:t>
            </w:r>
          </w:p>
          <w:p w14:paraId="1C633A88" w14:textId="77777777" w:rsidR="005B3871" w:rsidRDefault="00000000">
            <w:pPr>
              <w:spacing w:after="24" w:line="245" w:lineRule="auto"/>
            </w:pPr>
            <w:r>
              <w:rPr>
                <w:i/>
                <w:color w:val="D95BC6"/>
                <w:sz w:val="16"/>
              </w:rPr>
              <w:t>Predvideni dokaz: konkretni prikaz števila 0.</w:t>
            </w:r>
          </w:p>
          <w:p w14:paraId="25C925AF" w14:textId="77777777" w:rsidR="005B3871" w:rsidRDefault="00000000">
            <w:pPr>
              <w:keepNext/>
              <w:spacing w:before="40" w:after="10" w:line="245" w:lineRule="auto"/>
            </w:pPr>
            <w:r>
              <w:rPr>
                <w:b/>
                <w:color w:val="000000"/>
                <w:sz w:val="17"/>
              </w:rPr>
              <w:t>2. URA – Količine do pet</w:t>
            </w:r>
          </w:p>
          <w:p w14:paraId="30B77FD8" w14:textId="77777777" w:rsidR="005B3871" w:rsidRDefault="00000000">
            <w:pPr>
              <w:spacing w:after="14" w:line="245" w:lineRule="auto"/>
            </w:pPr>
            <w:r>
              <w:rPr>
                <w:b/>
                <w:color w:val="000000"/>
                <w:sz w:val="16"/>
              </w:rPr>
              <w:t xml:space="preserve">Dejavnost učiteljice: </w:t>
            </w:r>
            <w:r>
              <w:rPr>
                <w:color w:val="000000"/>
                <w:sz w:val="16"/>
              </w:rPr>
              <w:t>Narekuje števila in spodbuja urejeno štetje s premikanjem že preštetih predmetov.</w:t>
            </w:r>
          </w:p>
          <w:p w14:paraId="0AB05012" w14:textId="77777777" w:rsidR="005B3871" w:rsidRDefault="00000000">
            <w:pPr>
              <w:spacing w:after="14" w:line="245" w:lineRule="auto"/>
            </w:pPr>
            <w:r>
              <w:rPr>
                <w:b/>
                <w:color w:val="000000"/>
                <w:sz w:val="16"/>
              </w:rPr>
              <w:t xml:space="preserve">Dejavnost učencev: </w:t>
            </w:r>
            <w:r>
              <w:rPr>
                <w:color w:val="000000"/>
                <w:sz w:val="16"/>
              </w:rPr>
              <w:t>Sestavijo količino do 5, preštejejo in jo pokažejo s prsti ali pikami.</w:t>
            </w:r>
          </w:p>
          <w:p w14:paraId="28FC8AC6" w14:textId="77777777" w:rsidR="005B3871" w:rsidRDefault="00000000">
            <w:pPr>
              <w:spacing w:after="24" w:line="245" w:lineRule="auto"/>
            </w:pPr>
            <w:r>
              <w:rPr>
                <w:i/>
                <w:color w:val="D95BC6"/>
                <w:sz w:val="16"/>
              </w:rPr>
              <w:t>Predvideni dokaz: pravilno sestavljena in prešteta količina.</w:t>
            </w:r>
          </w:p>
          <w:p w14:paraId="7B64854C" w14:textId="77777777" w:rsidR="005B3871" w:rsidRDefault="00000000">
            <w:pPr>
              <w:keepNext/>
              <w:spacing w:before="40" w:after="10" w:line="245" w:lineRule="auto"/>
            </w:pPr>
            <w:r>
              <w:rPr>
                <w:b/>
                <w:color w:val="000000"/>
                <w:sz w:val="17"/>
              </w:rPr>
              <w:t>3. URA – Talne številske postaje</w:t>
            </w:r>
          </w:p>
          <w:p w14:paraId="5A5ABDBA" w14:textId="77777777" w:rsidR="005B3871" w:rsidRDefault="00000000">
            <w:pPr>
              <w:spacing w:after="14" w:line="245" w:lineRule="auto"/>
            </w:pPr>
            <w:r>
              <w:rPr>
                <w:b/>
                <w:color w:val="000000"/>
                <w:sz w:val="16"/>
              </w:rPr>
              <w:t xml:space="preserve">Dejavnost učiteljice: </w:t>
            </w:r>
            <w:r>
              <w:rPr>
                <w:color w:val="000000"/>
                <w:sz w:val="16"/>
              </w:rPr>
              <w:t>Razporedi kartice 0–5, pikovne slike in predmete po prostoru.</w:t>
            </w:r>
          </w:p>
          <w:p w14:paraId="662D71FE" w14:textId="77777777" w:rsidR="005B3871" w:rsidRDefault="00000000">
            <w:pPr>
              <w:spacing w:after="14" w:line="245" w:lineRule="auto"/>
            </w:pPr>
            <w:r>
              <w:rPr>
                <w:b/>
                <w:color w:val="000000"/>
                <w:sz w:val="16"/>
              </w:rPr>
              <w:t xml:space="preserve">Dejavnost učencev: </w:t>
            </w:r>
            <w:r>
              <w:rPr>
                <w:color w:val="000000"/>
                <w:sz w:val="16"/>
              </w:rPr>
              <w:t>Premikajo se do izbranega števila ter povezujejo tri različne predstavitve.</w:t>
            </w:r>
          </w:p>
          <w:p w14:paraId="787B0CEA" w14:textId="77777777" w:rsidR="005B3871" w:rsidRDefault="00000000">
            <w:pPr>
              <w:spacing w:after="24" w:line="245" w:lineRule="auto"/>
            </w:pPr>
            <w:r>
              <w:rPr>
                <w:i/>
                <w:color w:val="D95BC6"/>
                <w:sz w:val="16"/>
              </w:rPr>
              <w:t>Predvideni dokaz: povezani predmetni, slikovni in simbolni prikazi.</w:t>
            </w:r>
          </w:p>
          <w:p w14:paraId="23AB5F93" w14:textId="77777777" w:rsidR="005B3871" w:rsidRDefault="00000000">
            <w:pPr>
              <w:keepNext/>
              <w:spacing w:before="40" w:after="10" w:line="245" w:lineRule="auto"/>
            </w:pPr>
            <w:r>
              <w:rPr>
                <w:b/>
                <w:color w:val="000000"/>
                <w:sz w:val="17"/>
              </w:rPr>
              <w:t>4. URA – Pišem in preverim</w:t>
            </w:r>
          </w:p>
          <w:p w14:paraId="007E59E8" w14:textId="77777777" w:rsidR="005B3871" w:rsidRDefault="00000000">
            <w:pPr>
              <w:spacing w:after="14" w:line="245" w:lineRule="auto"/>
            </w:pPr>
            <w:r>
              <w:rPr>
                <w:b/>
                <w:color w:val="000000"/>
                <w:sz w:val="16"/>
              </w:rPr>
              <w:t xml:space="preserve">Dejavnost učiteljice: </w:t>
            </w:r>
            <w:r>
              <w:rPr>
                <w:color w:val="000000"/>
                <w:sz w:val="16"/>
              </w:rPr>
              <w:t>Modelira smer zapisa števk v velikem formatu ter ponudi taktilno in zračno pisanje.</w:t>
            </w:r>
          </w:p>
          <w:p w14:paraId="0A4BC20C" w14:textId="77777777" w:rsidR="005B3871" w:rsidRDefault="00000000">
            <w:pPr>
              <w:spacing w:after="14" w:line="245" w:lineRule="auto"/>
            </w:pPr>
            <w:r>
              <w:rPr>
                <w:b/>
                <w:color w:val="000000"/>
                <w:sz w:val="16"/>
              </w:rPr>
              <w:t xml:space="preserve">Dejavnost učencev: </w:t>
            </w:r>
            <w:r>
              <w:rPr>
                <w:color w:val="000000"/>
                <w:sz w:val="16"/>
              </w:rPr>
              <w:t>Števko oblikujejo z vrvico, zapišejo v zraku in na list ter preverijo smer.</w:t>
            </w:r>
          </w:p>
          <w:p w14:paraId="175FF2A5" w14:textId="77777777" w:rsidR="005B3871" w:rsidRDefault="00000000">
            <w:pPr>
              <w:spacing w:after="24" w:line="245" w:lineRule="auto"/>
            </w:pPr>
            <w:r>
              <w:rPr>
                <w:i/>
                <w:color w:val="D95BC6"/>
                <w:sz w:val="16"/>
              </w:rPr>
              <w:t>Predvideni dokaz: čitljiv zapis obravnavanih števk.</w:t>
            </w:r>
          </w:p>
          <w:tbl>
            <w:tblPr>
              <w:tblStyle w:val="Tabelamrea"/>
              <w:tblW w:w="0" w:type="auto"/>
              <w:jc w:val="center"/>
              <w:tblLayout w:type="fixed"/>
              <w:tblLook w:val="04A0" w:firstRow="1" w:lastRow="0" w:firstColumn="1" w:lastColumn="0" w:noHBand="0" w:noVBand="1"/>
            </w:tblPr>
            <w:tblGrid>
              <w:gridCol w:w="7087"/>
            </w:tblGrid>
            <w:tr w:rsidR="005B3871" w14:paraId="479E3A8B" w14:textId="77777777">
              <w:trPr>
                <w:jc w:val="center"/>
              </w:trPr>
              <w:tc>
                <w:tcPr>
                  <w:tcW w:w="7087" w:type="dxa"/>
                  <w:shd w:val="clear" w:color="auto" w:fill="EDC9EA"/>
                  <w:tcMar>
                    <w:top w:w="45" w:type="dxa"/>
                    <w:left w:w="70" w:type="dxa"/>
                    <w:bottom w:w="45" w:type="dxa"/>
                    <w:right w:w="70" w:type="dxa"/>
                  </w:tcMar>
                </w:tcPr>
                <w:p w14:paraId="56EC7054" w14:textId="77777777" w:rsidR="005B3871" w:rsidRDefault="00000000">
                  <w:pPr>
                    <w:keepNext/>
                  </w:pPr>
                  <w:r>
                    <w:rPr>
                      <w:b/>
                      <w:color w:val="000000"/>
                    </w:rPr>
                    <w:t>POVRATNA INFORMACIJA UČITELJICE MED DELOM</w:t>
                  </w:r>
                </w:p>
              </w:tc>
            </w:tr>
          </w:tbl>
          <w:p w14:paraId="1C38B792" w14:textId="77777777" w:rsidR="005B3871" w:rsidRDefault="005B3871"/>
          <w:p w14:paraId="46E7240C"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2C5EA931" w14:textId="77777777" w:rsidR="005B3871" w:rsidRDefault="005B3871"/>
          <w:p w14:paraId="468D858E" w14:textId="77777777" w:rsidR="005B3871" w:rsidRDefault="00000000">
            <w:pPr>
              <w:spacing w:after="10" w:line="245" w:lineRule="auto"/>
            </w:pPr>
            <w:r>
              <w:rPr>
                <w:b/>
                <w:color w:val="000000"/>
                <w:sz w:val="16"/>
              </w:rPr>
              <w:t>1. URA</w:t>
            </w:r>
          </w:p>
          <w:p w14:paraId="3E4980BD" w14:textId="77777777" w:rsidR="005B3871" w:rsidRDefault="00000000">
            <w:pPr>
              <w:spacing w:after="30" w:line="245" w:lineRule="auto"/>
            </w:pPr>
            <w:r>
              <w:rPr>
                <w:color w:val="000000"/>
                <w:sz w:val="16"/>
              </w:rPr>
              <w:t>Razvrstijo primere nič/nekaj, pokažejo prazno množico in povežejo z zapisom 0.</w:t>
            </w:r>
          </w:p>
          <w:p w14:paraId="24DC9892" w14:textId="77777777" w:rsidR="005B3871" w:rsidRDefault="00000000">
            <w:pPr>
              <w:spacing w:line="245" w:lineRule="auto"/>
            </w:pPr>
            <w:r>
              <w:rPr>
                <w:b/>
                <w:color w:val="D95BC6"/>
                <w:sz w:val="16"/>
              </w:rPr>
              <w:t>DOKAZ</w:t>
            </w:r>
          </w:p>
          <w:p w14:paraId="3DD5DE93" w14:textId="77777777" w:rsidR="005B3871" w:rsidRDefault="00000000">
            <w:pPr>
              <w:spacing w:after="40" w:line="245" w:lineRule="auto"/>
            </w:pPr>
            <w:r>
              <w:rPr>
                <w:color w:val="D95BC6"/>
                <w:sz w:val="15"/>
              </w:rPr>
              <w:t>konkretni prikaz števila 0</w:t>
            </w:r>
          </w:p>
          <w:p w14:paraId="50C87675" w14:textId="77777777" w:rsidR="005B3871" w:rsidRDefault="00000000">
            <w:pPr>
              <w:spacing w:after="10" w:line="245" w:lineRule="auto"/>
            </w:pPr>
            <w:r>
              <w:rPr>
                <w:b/>
                <w:color w:val="000000"/>
                <w:sz w:val="16"/>
              </w:rPr>
              <w:t>2. URA</w:t>
            </w:r>
          </w:p>
          <w:p w14:paraId="3575442A" w14:textId="77777777" w:rsidR="005B3871" w:rsidRDefault="00000000">
            <w:pPr>
              <w:spacing w:after="30" w:line="245" w:lineRule="auto"/>
            </w:pPr>
            <w:r>
              <w:rPr>
                <w:color w:val="000000"/>
                <w:sz w:val="16"/>
              </w:rPr>
              <w:t>Sestavijo količino do 5, preštejejo in jo pokažejo s prsti ali pikami.</w:t>
            </w:r>
          </w:p>
          <w:p w14:paraId="6EC4DB0B" w14:textId="77777777" w:rsidR="005B3871" w:rsidRDefault="00000000">
            <w:pPr>
              <w:spacing w:line="245" w:lineRule="auto"/>
            </w:pPr>
            <w:r>
              <w:rPr>
                <w:b/>
                <w:color w:val="D95BC6"/>
                <w:sz w:val="16"/>
              </w:rPr>
              <w:t>DOKAZ</w:t>
            </w:r>
          </w:p>
          <w:p w14:paraId="11142265" w14:textId="77777777" w:rsidR="005B3871" w:rsidRDefault="00000000">
            <w:pPr>
              <w:spacing w:after="40" w:line="245" w:lineRule="auto"/>
            </w:pPr>
            <w:r>
              <w:rPr>
                <w:color w:val="D95BC6"/>
                <w:sz w:val="15"/>
              </w:rPr>
              <w:t>pravilno sestavljena in prešteta količina</w:t>
            </w:r>
          </w:p>
          <w:p w14:paraId="4C7837A9" w14:textId="77777777" w:rsidR="005B3871" w:rsidRDefault="00000000">
            <w:pPr>
              <w:spacing w:after="10" w:line="245" w:lineRule="auto"/>
            </w:pPr>
            <w:r>
              <w:rPr>
                <w:b/>
                <w:color w:val="000000"/>
                <w:sz w:val="16"/>
              </w:rPr>
              <w:t>3. URA</w:t>
            </w:r>
          </w:p>
          <w:p w14:paraId="3AFC265C" w14:textId="77777777" w:rsidR="005B3871" w:rsidRDefault="00000000">
            <w:pPr>
              <w:spacing w:after="30" w:line="245" w:lineRule="auto"/>
            </w:pPr>
            <w:r>
              <w:rPr>
                <w:color w:val="000000"/>
                <w:sz w:val="16"/>
              </w:rPr>
              <w:t>Premikajo se do izbranega števila ter povezujejo tri različne predstavitve.</w:t>
            </w:r>
          </w:p>
          <w:p w14:paraId="76587AB3" w14:textId="77777777" w:rsidR="005B3871" w:rsidRDefault="00000000">
            <w:pPr>
              <w:spacing w:line="245" w:lineRule="auto"/>
            </w:pPr>
            <w:r>
              <w:rPr>
                <w:b/>
                <w:color w:val="D95BC6"/>
                <w:sz w:val="16"/>
              </w:rPr>
              <w:t>DOKAZ</w:t>
            </w:r>
          </w:p>
          <w:p w14:paraId="3B6818B8" w14:textId="77777777" w:rsidR="005B3871" w:rsidRDefault="00000000">
            <w:pPr>
              <w:spacing w:after="40" w:line="245" w:lineRule="auto"/>
            </w:pPr>
            <w:r>
              <w:rPr>
                <w:color w:val="D95BC6"/>
                <w:sz w:val="15"/>
              </w:rPr>
              <w:t>povezani predmetni, slikovni in simbolni prikazi</w:t>
            </w:r>
          </w:p>
          <w:p w14:paraId="23890FB4" w14:textId="77777777" w:rsidR="005B3871" w:rsidRDefault="00000000">
            <w:pPr>
              <w:spacing w:after="10" w:line="245" w:lineRule="auto"/>
            </w:pPr>
            <w:r>
              <w:rPr>
                <w:b/>
                <w:color w:val="000000"/>
                <w:sz w:val="16"/>
              </w:rPr>
              <w:t>4. URA</w:t>
            </w:r>
          </w:p>
          <w:p w14:paraId="5C2C4375" w14:textId="77777777" w:rsidR="005B3871" w:rsidRDefault="00000000">
            <w:pPr>
              <w:spacing w:after="30" w:line="245" w:lineRule="auto"/>
            </w:pPr>
            <w:r>
              <w:rPr>
                <w:color w:val="000000"/>
                <w:sz w:val="16"/>
              </w:rPr>
              <w:t>Števko oblikujejo z vrvico, zapišejo v zraku in na list ter preverijo smer.</w:t>
            </w:r>
          </w:p>
          <w:p w14:paraId="2924BBE4" w14:textId="77777777" w:rsidR="005B3871" w:rsidRDefault="00000000">
            <w:pPr>
              <w:spacing w:line="245" w:lineRule="auto"/>
            </w:pPr>
            <w:r>
              <w:rPr>
                <w:b/>
                <w:color w:val="D95BC6"/>
                <w:sz w:val="16"/>
              </w:rPr>
              <w:t>DOKAZ</w:t>
            </w:r>
          </w:p>
          <w:p w14:paraId="0148F23F" w14:textId="77777777" w:rsidR="005B3871" w:rsidRDefault="00000000">
            <w:pPr>
              <w:spacing w:after="40" w:line="245" w:lineRule="auto"/>
            </w:pPr>
            <w:r>
              <w:rPr>
                <w:color w:val="D95BC6"/>
                <w:sz w:val="15"/>
              </w:rPr>
              <w:t>čitljiv zapis obravnavanih števk</w:t>
            </w:r>
          </w:p>
        </w:tc>
      </w:tr>
    </w:tbl>
    <w:p w14:paraId="285C4137"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28F707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63EAD8C"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D94DA81" w14:textId="77777777" w:rsidR="005B3871" w:rsidRDefault="00000000">
            <w:pPr>
              <w:jc w:val="center"/>
            </w:pPr>
            <w:r>
              <w:rPr>
                <w:b/>
                <w:color w:val="000000"/>
                <w:sz w:val="20"/>
              </w:rPr>
              <w:t>UČNE DEJAVNOSTI, METODE IN FORMATIVNO SPREMLJANJE</w:t>
            </w:r>
          </w:p>
        </w:tc>
      </w:tr>
      <w:tr w:rsidR="005B3871" w14:paraId="57BB5924" w14:textId="77777777">
        <w:trPr>
          <w:tblHeader/>
          <w:jc w:val="center"/>
        </w:trPr>
        <w:tc>
          <w:tcPr>
            <w:tcW w:w="4422" w:type="dxa"/>
            <w:vMerge/>
            <w:tcMar>
              <w:top w:w="70" w:type="dxa"/>
              <w:left w:w="90" w:type="dxa"/>
              <w:bottom w:w="70" w:type="dxa"/>
              <w:right w:w="90" w:type="dxa"/>
            </w:tcMar>
            <w:vAlign w:val="center"/>
          </w:tcPr>
          <w:p w14:paraId="43D94FE7" w14:textId="77777777" w:rsidR="005B3871" w:rsidRDefault="005B3871"/>
        </w:tc>
        <w:tc>
          <w:tcPr>
            <w:tcW w:w="7087" w:type="dxa"/>
            <w:shd w:val="clear" w:color="auto" w:fill="FFFFFF"/>
            <w:tcMar>
              <w:top w:w="70" w:type="dxa"/>
              <w:left w:w="90" w:type="dxa"/>
              <w:bottom w:w="70" w:type="dxa"/>
              <w:right w:w="90" w:type="dxa"/>
            </w:tcMar>
            <w:vAlign w:val="center"/>
          </w:tcPr>
          <w:p w14:paraId="02DB3B3F"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F7C89B3" w14:textId="77777777" w:rsidR="005B3871" w:rsidRDefault="00000000">
            <w:pPr>
              <w:jc w:val="center"/>
            </w:pPr>
            <w:r>
              <w:rPr>
                <w:b/>
                <w:color w:val="000000"/>
              </w:rPr>
              <w:t>UČENEC</w:t>
            </w:r>
          </w:p>
        </w:tc>
      </w:tr>
      <w:tr w:rsidR="005B3871" w14:paraId="3D5EB07C" w14:textId="77777777">
        <w:trPr>
          <w:jc w:val="center"/>
        </w:trPr>
        <w:tc>
          <w:tcPr>
            <w:tcW w:w="4422" w:type="dxa"/>
            <w:tcMar>
              <w:top w:w="70" w:type="dxa"/>
              <w:left w:w="90" w:type="dxa"/>
              <w:bottom w:w="70" w:type="dxa"/>
              <w:right w:w="90" w:type="dxa"/>
            </w:tcMar>
          </w:tcPr>
          <w:p w14:paraId="4957A500" w14:textId="77777777" w:rsidR="005B3871" w:rsidRDefault="005B3871"/>
          <w:p w14:paraId="4261D28F" w14:textId="77777777" w:rsidR="005B3871" w:rsidRDefault="00000000">
            <w:pPr>
              <w:spacing w:after="40" w:line="245" w:lineRule="auto"/>
            </w:pPr>
            <w:r>
              <w:rPr>
                <w:b/>
                <w:color w:val="000000"/>
              </w:rPr>
              <w:t>FORMATIVNO SPREMLJANJE</w:t>
            </w:r>
          </w:p>
          <w:p w14:paraId="3DD77E75" w14:textId="77777777" w:rsidR="005B3871" w:rsidRDefault="00000000">
            <w:pPr>
              <w:pStyle w:val="Oznaenseznam"/>
              <w:spacing w:after="16"/>
            </w:pPr>
            <w:r>
              <w:rPr>
                <w:color w:val="000000"/>
                <w:sz w:val="16"/>
              </w:rPr>
              <w:t>predznanje: začetna strategija, ocena, razvrstitev, model ali risba</w:t>
            </w:r>
          </w:p>
          <w:p w14:paraId="0F1B256D" w14:textId="77777777" w:rsidR="005B3871" w:rsidRDefault="00000000">
            <w:pPr>
              <w:pStyle w:val="Oznaenseznam"/>
              <w:spacing w:after="16"/>
            </w:pPr>
            <w:r>
              <w:rPr>
                <w:color w:val="000000"/>
                <w:sz w:val="16"/>
              </w:rPr>
              <w:t>dokazi med učenjem: konkretni, gibalni, slikovni in simbolni prikaz ter razlaga postopka</w:t>
            </w:r>
          </w:p>
          <w:p w14:paraId="1F776EB0" w14:textId="77777777" w:rsidR="005B3871" w:rsidRDefault="00000000">
            <w:pPr>
              <w:pStyle w:val="Oznaenseznam"/>
              <w:spacing w:after="16"/>
            </w:pPr>
            <w:r>
              <w:rPr>
                <w:color w:val="000000"/>
                <w:sz w:val="16"/>
              </w:rPr>
              <w:t>povratna informacija: konkretna, vezana na kriterij in usmerjena v preverjanje ali naslednji korak</w:t>
            </w:r>
          </w:p>
          <w:p w14:paraId="43DE103B" w14:textId="77777777" w:rsidR="005B3871" w:rsidRDefault="00000000">
            <w:pPr>
              <w:pStyle w:val="Oznaenseznam"/>
              <w:spacing w:after="16"/>
            </w:pPr>
            <w:r>
              <w:rPr>
                <w:color w:val="000000"/>
                <w:sz w:val="16"/>
              </w:rPr>
              <w:t>samovrednotenje: semafor, lestvica samostojnosti, izbrani dokaz ali kratka poved</w:t>
            </w:r>
          </w:p>
          <w:p w14:paraId="39218D69" w14:textId="77777777" w:rsidR="005B3871" w:rsidRDefault="00000000">
            <w:pPr>
              <w:spacing w:before="40" w:after="20" w:line="245" w:lineRule="auto"/>
            </w:pPr>
            <w:r>
              <w:rPr>
                <w:b/>
                <w:color w:val="000000"/>
                <w:sz w:val="17"/>
              </w:rPr>
              <w:t>VARNOST IN ODGOVORNOST</w:t>
            </w:r>
          </w:p>
          <w:p w14:paraId="573AD726"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075CBD20" w14:textId="77777777" w:rsidR="005B3871" w:rsidRDefault="00000000">
            <w:pPr>
              <w:spacing w:after="20" w:line="245" w:lineRule="auto"/>
            </w:pPr>
            <w:r>
              <w:rPr>
                <w:b/>
                <w:color w:val="000000"/>
                <w:sz w:val="17"/>
              </w:rPr>
              <w:t>EVIDENCA PO IZVEDBI</w:t>
            </w:r>
          </w:p>
          <w:p w14:paraId="0BD032D2"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4D3A4CA0"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DA1211A" w14:textId="77777777">
              <w:trPr>
                <w:jc w:val="center"/>
              </w:trPr>
              <w:tc>
                <w:tcPr>
                  <w:tcW w:w="7087" w:type="dxa"/>
                  <w:shd w:val="clear" w:color="auto" w:fill="EDC9EA"/>
                  <w:tcMar>
                    <w:top w:w="45" w:type="dxa"/>
                    <w:left w:w="70" w:type="dxa"/>
                    <w:bottom w:w="45" w:type="dxa"/>
                    <w:right w:w="70" w:type="dxa"/>
                  </w:tcMar>
                </w:tcPr>
                <w:p w14:paraId="509A61A7" w14:textId="77777777" w:rsidR="005B3871" w:rsidRDefault="00000000">
                  <w:pPr>
                    <w:keepNext/>
                  </w:pPr>
                  <w:r>
                    <w:rPr>
                      <w:b/>
                      <w:color w:val="000000"/>
                    </w:rPr>
                    <w:t>VPRAŠANJA V PODPORO MATEMATIČNEMU UČENJU</w:t>
                  </w:r>
                </w:p>
              </w:tc>
            </w:tr>
          </w:tbl>
          <w:p w14:paraId="397FCFB1" w14:textId="77777777" w:rsidR="005B3871" w:rsidRDefault="005B3871">
            <w:pPr>
              <w:spacing w:line="20" w:lineRule="exact"/>
            </w:pPr>
          </w:p>
          <w:p w14:paraId="774F8CB1" w14:textId="77777777" w:rsidR="005B3871" w:rsidRDefault="00000000">
            <w:pPr>
              <w:pStyle w:val="Oznaenseznam"/>
              <w:spacing w:after="16"/>
            </w:pPr>
            <w:r>
              <w:rPr>
                <w:color w:val="000000"/>
                <w:sz w:val="16"/>
              </w:rPr>
              <w:t>Kaj v tvojem modelu, risbi ali zapisu predstavlja posamezni del naloge?</w:t>
            </w:r>
          </w:p>
          <w:p w14:paraId="41D568DF" w14:textId="77777777" w:rsidR="005B3871" w:rsidRDefault="00000000">
            <w:pPr>
              <w:pStyle w:val="Oznaenseznam"/>
              <w:spacing w:after="16"/>
            </w:pPr>
            <w:r>
              <w:rPr>
                <w:color w:val="000000"/>
                <w:sz w:val="16"/>
              </w:rPr>
              <w:t>Kako si prišel/-la do rešitve in kako veš, da je smiselna?</w:t>
            </w:r>
          </w:p>
          <w:p w14:paraId="3325158B" w14:textId="77777777" w:rsidR="005B3871" w:rsidRDefault="00000000">
            <w:pPr>
              <w:pStyle w:val="Oznaenseznam"/>
              <w:spacing w:after="16"/>
            </w:pPr>
            <w:r>
              <w:rPr>
                <w:color w:val="000000"/>
                <w:sz w:val="16"/>
              </w:rPr>
              <w:t>Ali lahko isto pokažeš še s predmetom, gibanjem, risbo ali drugim zapisom?</w:t>
            </w:r>
          </w:p>
          <w:p w14:paraId="30B849DE" w14:textId="77777777" w:rsidR="005B3871" w:rsidRDefault="00000000">
            <w:pPr>
              <w:pStyle w:val="Oznaenseznam"/>
              <w:spacing w:after="16"/>
            </w:pPr>
            <w:r>
              <w:rPr>
                <w:color w:val="000000"/>
                <w:sz w:val="16"/>
              </w:rPr>
              <w:t>Kje bi se lahko zmotil/-a in kako boš rešitev preveril/-a?</w:t>
            </w:r>
          </w:p>
          <w:p w14:paraId="28F6915B"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42E1197A" w14:textId="77777777">
              <w:trPr>
                <w:jc w:val="center"/>
              </w:trPr>
              <w:tc>
                <w:tcPr>
                  <w:tcW w:w="7087" w:type="dxa"/>
                  <w:shd w:val="clear" w:color="auto" w:fill="C6E7F3"/>
                  <w:tcMar>
                    <w:top w:w="45" w:type="dxa"/>
                    <w:left w:w="70" w:type="dxa"/>
                    <w:bottom w:w="45" w:type="dxa"/>
                    <w:right w:w="70" w:type="dxa"/>
                  </w:tcMar>
                </w:tcPr>
                <w:p w14:paraId="16332362" w14:textId="77777777" w:rsidR="005B3871" w:rsidRDefault="00000000">
                  <w:pPr>
                    <w:keepNext/>
                  </w:pPr>
                  <w:r>
                    <w:rPr>
                      <w:b/>
                      <w:color w:val="000000"/>
                    </w:rPr>
                    <w:t>ZAKLJUČNI DEL – UTRJEVANJE IN REFLEKSIJA (10–15 min)</w:t>
                  </w:r>
                </w:p>
              </w:tc>
            </w:tr>
          </w:tbl>
          <w:p w14:paraId="509B43F9" w14:textId="77777777" w:rsidR="005B3871" w:rsidRDefault="005B3871">
            <w:pPr>
              <w:spacing w:line="20" w:lineRule="exact"/>
            </w:pPr>
          </w:p>
          <w:p w14:paraId="6F8B7B73"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4311EA13" w14:textId="77777777">
              <w:trPr>
                <w:jc w:val="center"/>
              </w:trPr>
              <w:tc>
                <w:tcPr>
                  <w:tcW w:w="7087" w:type="dxa"/>
                  <w:shd w:val="clear" w:color="auto" w:fill="EDC9EA"/>
                  <w:tcMar>
                    <w:top w:w="45" w:type="dxa"/>
                    <w:left w:w="70" w:type="dxa"/>
                    <w:bottom w:w="45" w:type="dxa"/>
                    <w:right w:w="70" w:type="dxa"/>
                  </w:tcMar>
                </w:tcPr>
                <w:p w14:paraId="550BDC5E" w14:textId="77777777" w:rsidR="005B3871" w:rsidRDefault="00000000">
                  <w:pPr>
                    <w:keepNext/>
                  </w:pPr>
                  <w:r>
                    <w:rPr>
                      <w:b/>
                      <w:color w:val="000000"/>
                    </w:rPr>
                    <w:t>SAMOVREDNOTENJE</w:t>
                  </w:r>
                </w:p>
              </w:tc>
            </w:tr>
          </w:tbl>
          <w:p w14:paraId="214DB245" w14:textId="77777777" w:rsidR="005B3871" w:rsidRDefault="005B3871">
            <w:pPr>
              <w:spacing w:line="20" w:lineRule="exact"/>
            </w:pPr>
          </w:p>
          <w:p w14:paraId="3CBCD2F7"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25A9DC9F" w14:textId="77777777">
              <w:trPr>
                <w:jc w:val="center"/>
              </w:trPr>
              <w:tc>
                <w:tcPr>
                  <w:tcW w:w="7087" w:type="dxa"/>
                  <w:shd w:val="clear" w:color="auto" w:fill="EDC9EA"/>
                  <w:tcMar>
                    <w:top w:w="45" w:type="dxa"/>
                    <w:left w:w="70" w:type="dxa"/>
                    <w:bottom w:w="45" w:type="dxa"/>
                    <w:right w:w="70" w:type="dxa"/>
                  </w:tcMar>
                </w:tcPr>
                <w:p w14:paraId="32F615AA" w14:textId="77777777" w:rsidR="005B3871" w:rsidRDefault="00000000">
                  <w:pPr>
                    <w:keepNext/>
                  </w:pPr>
                  <w:r>
                    <w:rPr>
                      <w:b/>
                      <w:color w:val="000000"/>
                    </w:rPr>
                    <w:t>VRSTNIŠKO VREDNOTENJE</w:t>
                  </w:r>
                </w:p>
              </w:tc>
            </w:tr>
          </w:tbl>
          <w:p w14:paraId="00818CA4" w14:textId="77777777" w:rsidR="005B3871" w:rsidRDefault="005B3871">
            <w:pPr>
              <w:spacing w:line="20" w:lineRule="exact"/>
            </w:pPr>
          </w:p>
          <w:p w14:paraId="04FD30FF"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30116407" w14:textId="77777777">
              <w:trPr>
                <w:jc w:val="center"/>
              </w:trPr>
              <w:tc>
                <w:tcPr>
                  <w:tcW w:w="7087" w:type="dxa"/>
                  <w:shd w:val="clear" w:color="auto" w:fill="EDC9EA"/>
                  <w:tcMar>
                    <w:top w:w="45" w:type="dxa"/>
                    <w:left w:w="70" w:type="dxa"/>
                    <w:bottom w:w="45" w:type="dxa"/>
                    <w:right w:w="70" w:type="dxa"/>
                  </w:tcMar>
                </w:tcPr>
                <w:p w14:paraId="004D49B5" w14:textId="77777777" w:rsidR="005B3871" w:rsidRDefault="00000000">
                  <w:pPr>
                    <w:keepNext/>
                  </w:pPr>
                  <w:r>
                    <w:rPr>
                      <w:b/>
                      <w:color w:val="000000"/>
                    </w:rPr>
                    <w:t>SKUPNI POVZETEK</w:t>
                  </w:r>
                </w:p>
              </w:tc>
            </w:tr>
          </w:tbl>
          <w:p w14:paraId="26372EC0" w14:textId="77777777" w:rsidR="005B3871" w:rsidRDefault="005B3871"/>
          <w:p w14:paraId="2E092FC0" w14:textId="77777777" w:rsidR="005B3871" w:rsidRDefault="00000000">
            <w:pPr>
              <w:spacing w:before="20" w:after="40" w:line="245" w:lineRule="auto"/>
            </w:pPr>
            <w:r>
              <w:rPr>
                <w:b/>
                <w:color w:val="000000"/>
                <w:sz w:val="16"/>
              </w:rPr>
              <w:t>Količino do 5 preštejem in predstavim na več načinov ter preberem in zapišem obravnavano števko.</w:t>
            </w:r>
          </w:p>
        </w:tc>
        <w:tc>
          <w:tcPr>
            <w:tcW w:w="2551" w:type="dxa"/>
            <w:tcMar>
              <w:top w:w="70" w:type="dxa"/>
              <w:left w:w="90" w:type="dxa"/>
              <w:bottom w:w="70" w:type="dxa"/>
              <w:right w:w="90" w:type="dxa"/>
            </w:tcMar>
          </w:tcPr>
          <w:p w14:paraId="3179B4D7" w14:textId="77777777" w:rsidR="005B3871" w:rsidRDefault="005B3871"/>
          <w:p w14:paraId="251B58A6" w14:textId="77777777" w:rsidR="005B3871" w:rsidRDefault="00000000">
            <w:pPr>
              <w:spacing w:after="100" w:line="245" w:lineRule="auto"/>
            </w:pPr>
            <w:r>
              <w:rPr>
                <w:color w:val="000000"/>
                <w:sz w:val="16"/>
              </w:rPr>
              <w:t>Odgovarja na podporna vprašanja in se sklicuje na svoj model, zapis ali izvedbo.</w:t>
            </w:r>
          </w:p>
          <w:p w14:paraId="2524A927" w14:textId="77777777" w:rsidR="005B3871" w:rsidRDefault="00000000">
            <w:pPr>
              <w:spacing w:after="100" w:line="245" w:lineRule="auto"/>
            </w:pPr>
            <w:r>
              <w:rPr>
                <w:color w:val="000000"/>
                <w:sz w:val="16"/>
              </w:rPr>
              <w:t>Primerja začetno strategijo z novim dokazom ter pojasni, kaj se je naučil/-a.</w:t>
            </w:r>
          </w:p>
          <w:p w14:paraId="0A7A16A3" w14:textId="77777777" w:rsidR="005B3871" w:rsidRDefault="00000000">
            <w:pPr>
              <w:spacing w:after="100" w:line="245" w:lineRule="auto"/>
            </w:pPr>
            <w:r>
              <w:rPr>
                <w:color w:val="000000"/>
                <w:sz w:val="16"/>
              </w:rPr>
              <w:t>Izbere raven samostojnosti in določi naslednji korak.</w:t>
            </w:r>
          </w:p>
          <w:p w14:paraId="08C31A0C" w14:textId="77777777" w:rsidR="005B3871" w:rsidRDefault="00000000">
            <w:pPr>
              <w:spacing w:after="100" w:line="245" w:lineRule="auto"/>
            </w:pPr>
            <w:r>
              <w:rPr>
                <w:color w:val="000000"/>
                <w:sz w:val="16"/>
              </w:rPr>
              <w:t>Sošolcu poda prijazen in konkreten odziv, vezan na kriterij.</w:t>
            </w:r>
          </w:p>
          <w:p w14:paraId="3FCB05FE" w14:textId="77777777" w:rsidR="005B3871" w:rsidRDefault="00000000">
            <w:pPr>
              <w:spacing w:after="20" w:line="245" w:lineRule="auto"/>
            </w:pPr>
            <w:r>
              <w:rPr>
                <w:b/>
                <w:color w:val="D95BC6"/>
                <w:sz w:val="17"/>
              </w:rPr>
              <w:t>DOKAZ O UČENJU</w:t>
            </w:r>
          </w:p>
          <w:p w14:paraId="6AB1ADA0"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74A56B5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3EBF4DF4" w14:textId="77777777">
        <w:trPr>
          <w:cantSplit/>
          <w:jc w:val="center"/>
        </w:trPr>
        <w:tc>
          <w:tcPr>
            <w:tcW w:w="14060" w:type="dxa"/>
            <w:gridSpan w:val="6"/>
            <w:tcMar>
              <w:top w:w="70" w:type="dxa"/>
              <w:left w:w="90" w:type="dxa"/>
              <w:bottom w:w="70" w:type="dxa"/>
              <w:right w:w="90" w:type="dxa"/>
            </w:tcMar>
            <w:vAlign w:val="center"/>
          </w:tcPr>
          <w:p w14:paraId="091326AC" w14:textId="77777777" w:rsidR="005B3871" w:rsidRDefault="00000000">
            <w:pPr>
              <w:jc w:val="center"/>
            </w:pPr>
            <w:r>
              <w:rPr>
                <w:b/>
                <w:color w:val="000000"/>
                <w:sz w:val="24"/>
              </w:rPr>
              <w:lastRenderedPageBreak/>
              <w:t>UČNA PRIPRAVA 7/39</w:t>
            </w:r>
          </w:p>
        </w:tc>
      </w:tr>
      <w:tr w:rsidR="005B3871" w14:paraId="5CC1C840" w14:textId="77777777">
        <w:trPr>
          <w:jc w:val="center"/>
        </w:trPr>
        <w:tc>
          <w:tcPr>
            <w:tcW w:w="2665" w:type="dxa"/>
            <w:tcMar>
              <w:top w:w="70" w:type="dxa"/>
              <w:left w:w="90" w:type="dxa"/>
              <w:bottom w:w="70" w:type="dxa"/>
              <w:right w:w="90" w:type="dxa"/>
            </w:tcMar>
            <w:vAlign w:val="center"/>
          </w:tcPr>
          <w:p w14:paraId="4C1E6FB1"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6AFC246"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5FBCE3A0"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C75560D" w14:textId="77777777" w:rsidR="005B3871" w:rsidRDefault="00000000">
            <w:r>
              <w:rPr>
                <w:b/>
                <w:color w:val="000000"/>
                <w:sz w:val="16"/>
              </w:rPr>
              <w:t xml:space="preserve">NAČRTOVANI TERMIN: </w:t>
            </w:r>
            <w:r>
              <w:rPr>
                <w:color w:val="000000"/>
                <w:sz w:val="16"/>
              </w:rPr>
              <w:t>7. teden • 12.–16. 10. 2026</w:t>
            </w:r>
          </w:p>
        </w:tc>
        <w:tc>
          <w:tcPr>
            <w:tcW w:w="2268" w:type="dxa"/>
            <w:tcMar>
              <w:top w:w="70" w:type="dxa"/>
              <w:left w:w="90" w:type="dxa"/>
              <w:bottom w:w="70" w:type="dxa"/>
              <w:right w:w="90" w:type="dxa"/>
            </w:tcMar>
            <w:vAlign w:val="center"/>
          </w:tcPr>
          <w:p w14:paraId="6C732442"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842FBC7" w14:textId="77777777" w:rsidR="005B3871" w:rsidRDefault="00000000">
            <w:r>
              <w:rPr>
                <w:b/>
                <w:color w:val="000000"/>
                <w:sz w:val="16"/>
              </w:rPr>
              <w:t xml:space="preserve">ŠTEVILO UR: </w:t>
            </w:r>
            <w:r>
              <w:rPr>
                <w:color w:val="000000"/>
                <w:sz w:val="16"/>
              </w:rPr>
              <w:t>4</w:t>
            </w:r>
          </w:p>
        </w:tc>
      </w:tr>
      <w:tr w:rsidR="005B3871" w14:paraId="63DF781F" w14:textId="77777777">
        <w:trPr>
          <w:jc w:val="center"/>
        </w:trPr>
        <w:tc>
          <w:tcPr>
            <w:tcW w:w="14061" w:type="dxa"/>
            <w:gridSpan w:val="6"/>
            <w:tcMar>
              <w:top w:w="70" w:type="dxa"/>
              <w:left w:w="90" w:type="dxa"/>
              <w:bottom w:w="70" w:type="dxa"/>
              <w:right w:w="90" w:type="dxa"/>
            </w:tcMar>
            <w:vAlign w:val="center"/>
          </w:tcPr>
          <w:p w14:paraId="112C199E"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6832EF0E" w14:textId="77777777">
        <w:trPr>
          <w:cantSplit/>
          <w:jc w:val="center"/>
        </w:trPr>
        <w:tc>
          <w:tcPr>
            <w:tcW w:w="14060" w:type="dxa"/>
            <w:gridSpan w:val="6"/>
            <w:tcMar>
              <w:top w:w="70" w:type="dxa"/>
              <w:left w:w="90" w:type="dxa"/>
              <w:bottom w:w="70" w:type="dxa"/>
              <w:right w:w="90" w:type="dxa"/>
            </w:tcMar>
            <w:vAlign w:val="center"/>
          </w:tcPr>
          <w:p w14:paraId="0F10202C" w14:textId="77777777" w:rsidR="005B3871" w:rsidRDefault="005B3871"/>
          <w:p w14:paraId="78AEE277" w14:textId="77777777" w:rsidR="005B3871" w:rsidRDefault="00000000">
            <w:pPr>
              <w:spacing w:line="245" w:lineRule="auto"/>
            </w:pPr>
            <w:r>
              <w:rPr>
                <w:b/>
                <w:color w:val="000000"/>
                <w:sz w:val="16"/>
              </w:rPr>
              <w:t xml:space="preserve">UČNI SKLOP: </w:t>
            </w:r>
            <w:r>
              <w:rPr>
                <w:color w:val="000000"/>
                <w:sz w:val="16"/>
              </w:rPr>
              <w:t>VARNA POT IN MOBILNOST</w:t>
            </w:r>
          </w:p>
        </w:tc>
      </w:tr>
      <w:tr w:rsidR="005B3871" w14:paraId="02C6E38A" w14:textId="77777777">
        <w:trPr>
          <w:cantSplit/>
          <w:jc w:val="center"/>
        </w:trPr>
        <w:tc>
          <w:tcPr>
            <w:tcW w:w="14060" w:type="dxa"/>
            <w:gridSpan w:val="6"/>
            <w:tcMar>
              <w:top w:w="70" w:type="dxa"/>
              <w:left w:w="90" w:type="dxa"/>
              <w:bottom w:w="70" w:type="dxa"/>
              <w:right w:w="90" w:type="dxa"/>
            </w:tcMar>
            <w:vAlign w:val="center"/>
          </w:tcPr>
          <w:p w14:paraId="0509E7CC" w14:textId="77777777" w:rsidR="005B3871" w:rsidRDefault="005B3871"/>
          <w:p w14:paraId="680E2C50" w14:textId="77777777" w:rsidR="005B3871" w:rsidRDefault="00000000">
            <w:pPr>
              <w:spacing w:line="245" w:lineRule="auto"/>
            </w:pPr>
            <w:r>
              <w:rPr>
                <w:b/>
                <w:color w:val="000000"/>
                <w:sz w:val="16"/>
              </w:rPr>
              <w:t xml:space="preserve">UČNA TEMA: </w:t>
            </w:r>
            <w:r>
              <w:rPr>
                <w:color w:val="000000"/>
                <w:sz w:val="16"/>
              </w:rPr>
              <w:t>ŠTEVILA DO 5</w:t>
            </w:r>
          </w:p>
        </w:tc>
      </w:tr>
      <w:tr w:rsidR="005B3871" w14:paraId="3D667621" w14:textId="77777777">
        <w:trPr>
          <w:cantSplit/>
          <w:jc w:val="center"/>
        </w:trPr>
        <w:tc>
          <w:tcPr>
            <w:tcW w:w="14060" w:type="dxa"/>
            <w:gridSpan w:val="6"/>
            <w:tcMar>
              <w:top w:w="70" w:type="dxa"/>
              <w:left w:w="90" w:type="dxa"/>
              <w:bottom w:w="70" w:type="dxa"/>
              <w:right w:w="90" w:type="dxa"/>
            </w:tcMar>
            <w:vAlign w:val="center"/>
          </w:tcPr>
          <w:p w14:paraId="2313DCE2" w14:textId="77777777" w:rsidR="005B3871" w:rsidRDefault="005B3871"/>
          <w:p w14:paraId="4C0D82F9" w14:textId="77777777" w:rsidR="005B3871" w:rsidRDefault="00000000">
            <w:pPr>
              <w:spacing w:line="245" w:lineRule="auto"/>
            </w:pPr>
            <w:r>
              <w:rPr>
                <w:b/>
                <w:color w:val="000000"/>
                <w:sz w:val="16"/>
              </w:rPr>
              <w:t xml:space="preserve">KNJIŽEVNO IZHODIŠČE IN MOTIV: </w:t>
            </w:r>
            <w:r>
              <w:rPr>
                <w:color w:val="000000"/>
                <w:sz w:val="16"/>
              </w:rPr>
              <w:t>»Juri Muri v Afriki« – Tone Pavček • potovanje, prevozna sredstva in spoštovanje različnosti</w:t>
            </w:r>
          </w:p>
        </w:tc>
      </w:tr>
      <w:tr w:rsidR="005B3871" w14:paraId="531F2158" w14:textId="77777777">
        <w:trPr>
          <w:cantSplit/>
          <w:jc w:val="center"/>
        </w:trPr>
        <w:tc>
          <w:tcPr>
            <w:tcW w:w="14060" w:type="dxa"/>
            <w:gridSpan w:val="6"/>
            <w:tcMar>
              <w:top w:w="70" w:type="dxa"/>
              <w:left w:w="90" w:type="dxa"/>
              <w:bottom w:w="70" w:type="dxa"/>
              <w:right w:w="90" w:type="dxa"/>
            </w:tcMar>
            <w:vAlign w:val="center"/>
          </w:tcPr>
          <w:p w14:paraId="1ECEAA81" w14:textId="77777777" w:rsidR="005B3871" w:rsidRDefault="005B3871"/>
          <w:p w14:paraId="796FDA85" w14:textId="77777777" w:rsidR="005B3871" w:rsidRDefault="00000000">
            <w:pPr>
              <w:spacing w:line="245" w:lineRule="auto"/>
            </w:pPr>
            <w:r>
              <w:rPr>
                <w:b/>
                <w:color w:val="000000"/>
                <w:sz w:val="16"/>
              </w:rPr>
              <w:t xml:space="preserve">UČNE ENOTE: </w:t>
            </w:r>
            <w:r>
              <w:rPr>
                <w:color w:val="000000"/>
                <w:sz w:val="16"/>
              </w:rPr>
              <w:t>1. ura – Številska pot 0–5 • 2. ura – Primerjamo vozila • 3. ura – Soseda števila • 4. ura – Manjkajoča postaja</w:t>
            </w:r>
          </w:p>
        </w:tc>
      </w:tr>
      <w:tr w:rsidR="005B3871" w14:paraId="51A40C5C" w14:textId="77777777">
        <w:trPr>
          <w:cantSplit/>
          <w:jc w:val="center"/>
        </w:trPr>
        <w:tc>
          <w:tcPr>
            <w:tcW w:w="14060" w:type="dxa"/>
            <w:gridSpan w:val="6"/>
            <w:tcMar>
              <w:top w:w="70" w:type="dxa"/>
              <w:left w:w="90" w:type="dxa"/>
              <w:bottom w:w="70" w:type="dxa"/>
              <w:right w:w="90" w:type="dxa"/>
            </w:tcMar>
            <w:vAlign w:val="center"/>
          </w:tcPr>
          <w:p w14:paraId="6C4EFEB7" w14:textId="77777777" w:rsidR="005B3871" w:rsidRDefault="005B3871"/>
          <w:p w14:paraId="2D8E92D7"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56ABAD26" w14:textId="77777777">
        <w:trPr>
          <w:cantSplit/>
          <w:jc w:val="center"/>
        </w:trPr>
        <w:tc>
          <w:tcPr>
            <w:tcW w:w="14060" w:type="dxa"/>
            <w:gridSpan w:val="6"/>
            <w:tcMar>
              <w:top w:w="70" w:type="dxa"/>
              <w:left w:w="90" w:type="dxa"/>
              <w:bottom w:w="70" w:type="dxa"/>
              <w:right w:w="90" w:type="dxa"/>
            </w:tcMar>
            <w:vAlign w:val="center"/>
          </w:tcPr>
          <w:p w14:paraId="1D7AFF7D" w14:textId="77777777" w:rsidR="005B3871" w:rsidRDefault="005B3871"/>
          <w:p w14:paraId="12A81EA0"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576C42C0" w14:textId="77777777">
        <w:trPr>
          <w:cantSplit/>
          <w:jc w:val="center"/>
        </w:trPr>
        <w:tc>
          <w:tcPr>
            <w:tcW w:w="14060" w:type="dxa"/>
            <w:gridSpan w:val="6"/>
            <w:tcMar>
              <w:top w:w="70" w:type="dxa"/>
              <w:left w:w="90" w:type="dxa"/>
              <w:bottom w:w="70" w:type="dxa"/>
              <w:right w:w="90" w:type="dxa"/>
            </w:tcMar>
            <w:vAlign w:val="center"/>
          </w:tcPr>
          <w:p w14:paraId="131E8085" w14:textId="77777777" w:rsidR="005B3871" w:rsidRDefault="005B3871"/>
          <w:p w14:paraId="14352F82"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64278707" w14:textId="77777777">
        <w:trPr>
          <w:cantSplit/>
          <w:jc w:val="center"/>
        </w:trPr>
        <w:tc>
          <w:tcPr>
            <w:tcW w:w="14060" w:type="dxa"/>
            <w:gridSpan w:val="6"/>
            <w:tcMar>
              <w:top w:w="70" w:type="dxa"/>
              <w:left w:w="90" w:type="dxa"/>
              <w:bottom w:w="70" w:type="dxa"/>
              <w:right w:w="90" w:type="dxa"/>
            </w:tcMar>
            <w:vAlign w:val="center"/>
          </w:tcPr>
          <w:p w14:paraId="6F49A640" w14:textId="77777777" w:rsidR="005B3871" w:rsidRDefault="005B3871"/>
          <w:p w14:paraId="777BD1AB" w14:textId="77777777" w:rsidR="005B3871" w:rsidRDefault="00000000">
            <w:pPr>
              <w:spacing w:line="245" w:lineRule="auto"/>
            </w:pPr>
            <w:r>
              <w:rPr>
                <w:b/>
                <w:color w:val="000000"/>
                <w:sz w:val="16"/>
              </w:rPr>
              <w:t xml:space="preserve">MEDPREDMETNE POVEZAVE: </w:t>
            </w:r>
            <w:r>
              <w:rPr>
                <w:color w:val="000000"/>
                <w:sz w:val="16"/>
              </w:rPr>
              <w:t>SLJ – celotna matematična poved; SPO – prevozna sredstva; ŠPO – skoki po osi; LUM – znak postaje</w:t>
            </w:r>
          </w:p>
        </w:tc>
      </w:tr>
      <w:tr w:rsidR="005B3871" w14:paraId="6A00EF14" w14:textId="77777777">
        <w:trPr>
          <w:cantSplit/>
          <w:jc w:val="center"/>
        </w:trPr>
        <w:tc>
          <w:tcPr>
            <w:tcW w:w="14060" w:type="dxa"/>
            <w:gridSpan w:val="6"/>
            <w:tcMar>
              <w:top w:w="70" w:type="dxa"/>
              <w:left w:w="90" w:type="dxa"/>
              <w:bottom w:w="70" w:type="dxa"/>
              <w:right w:w="90" w:type="dxa"/>
            </w:tcMar>
            <w:vAlign w:val="center"/>
          </w:tcPr>
          <w:p w14:paraId="5B7405C3" w14:textId="77777777" w:rsidR="005B3871" w:rsidRDefault="005B3871"/>
          <w:p w14:paraId="0D0DEB1A" w14:textId="77777777" w:rsidR="005B3871" w:rsidRDefault="00000000">
            <w:pPr>
              <w:spacing w:line="245" w:lineRule="auto"/>
            </w:pPr>
            <w:r>
              <w:rPr>
                <w:b/>
                <w:color w:val="000000"/>
                <w:sz w:val="16"/>
              </w:rPr>
              <w:t xml:space="preserve">UČNA SREDSTVA IN PRIPOMOČKI: </w:t>
            </w:r>
            <w:r>
              <w:rPr>
                <w:color w:val="000000"/>
                <w:sz w:val="16"/>
              </w:rPr>
              <w:t>slike prevoznih sredstev, kartice 0–5, talna številska os, znaki več/manj/enako, obroči, zakrivne kartice</w:t>
            </w:r>
          </w:p>
        </w:tc>
      </w:tr>
      <w:tr w:rsidR="005B3871" w14:paraId="0C397B49" w14:textId="77777777">
        <w:trPr>
          <w:cantSplit/>
          <w:jc w:val="center"/>
        </w:trPr>
        <w:tc>
          <w:tcPr>
            <w:tcW w:w="14060" w:type="dxa"/>
            <w:gridSpan w:val="6"/>
            <w:tcMar>
              <w:top w:w="70" w:type="dxa"/>
              <w:left w:w="90" w:type="dxa"/>
              <w:bottom w:w="70" w:type="dxa"/>
              <w:right w:w="90" w:type="dxa"/>
            </w:tcMar>
            <w:vAlign w:val="center"/>
          </w:tcPr>
          <w:p w14:paraId="40E0B9AB" w14:textId="77777777" w:rsidR="005B3871" w:rsidRDefault="005B3871"/>
          <w:p w14:paraId="083FA214"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71666C10" w14:textId="77777777">
        <w:trPr>
          <w:cantSplit/>
          <w:jc w:val="center"/>
        </w:trPr>
        <w:tc>
          <w:tcPr>
            <w:tcW w:w="14060" w:type="dxa"/>
            <w:gridSpan w:val="6"/>
            <w:tcMar>
              <w:top w:w="70" w:type="dxa"/>
              <w:left w:w="90" w:type="dxa"/>
              <w:bottom w:w="70" w:type="dxa"/>
              <w:right w:w="90" w:type="dxa"/>
            </w:tcMar>
            <w:vAlign w:val="center"/>
          </w:tcPr>
          <w:p w14:paraId="143B64D5" w14:textId="77777777" w:rsidR="005B3871" w:rsidRDefault="005B3871"/>
          <w:p w14:paraId="4597F387"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20A5028E" w14:textId="77777777">
        <w:trPr>
          <w:cantSplit/>
          <w:jc w:val="center"/>
        </w:trPr>
        <w:tc>
          <w:tcPr>
            <w:tcW w:w="14060" w:type="dxa"/>
            <w:gridSpan w:val="6"/>
            <w:tcMar>
              <w:top w:w="70" w:type="dxa"/>
              <w:left w:w="90" w:type="dxa"/>
              <w:bottom w:w="70" w:type="dxa"/>
              <w:right w:w="90" w:type="dxa"/>
            </w:tcMar>
            <w:vAlign w:val="center"/>
          </w:tcPr>
          <w:p w14:paraId="014CA2D8" w14:textId="77777777" w:rsidR="005B3871" w:rsidRDefault="005B3871"/>
          <w:p w14:paraId="740FE3D9"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755FD73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2A4E13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8D0BD82"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B0324BA" w14:textId="77777777" w:rsidR="005B3871" w:rsidRDefault="00000000">
            <w:pPr>
              <w:jc w:val="center"/>
            </w:pPr>
            <w:r>
              <w:rPr>
                <w:b/>
                <w:color w:val="000000"/>
                <w:sz w:val="20"/>
              </w:rPr>
              <w:t>UČNE DEJAVNOSTI, METODE IN FORMATIVNO SPREMLJANJE</w:t>
            </w:r>
          </w:p>
        </w:tc>
      </w:tr>
      <w:tr w:rsidR="005B3871" w14:paraId="6A4FAA09" w14:textId="77777777">
        <w:trPr>
          <w:tblHeader/>
          <w:jc w:val="center"/>
        </w:trPr>
        <w:tc>
          <w:tcPr>
            <w:tcW w:w="4422" w:type="dxa"/>
            <w:vMerge/>
            <w:tcMar>
              <w:top w:w="70" w:type="dxa"/>
              <w:left w:w="90" w:type="dxa"/>
              <w:bottom w:w="70" w:type="dxa"/>
              <w:right w:w="90" w:type="dxa"/>
            </w:tcMar>
            <w:vAlign w:val="center"/>
          </w:tcPr>
          <w:p w14:paraId="4A5FE4C0" w14:textId="77777777" w:rsidR="005B3871" w:rsidRDefault="005B3871"/>
        </w:tc>
        <w:tc>
          <w:tcPr>
            <w:tcW w:w="7087" w:type="dxa"/>
            <w:shd w:val="clear" w:color="auto" w:fill="FFFFFF"/>
            <w:tcMar>
              <w:top w:w="70" w:type="dxa"/>
              <w:left w:w="90" w:type="dxa"/>
              <w:bottom w:w="70" w:type="dxa"/>
              <w:right w:w="90" w:type="dxa"/>
            </w:tcMar>
            <w:vAlign w:val="center"/>
          </w:tcPr>
          <w:p w14:paraId="5BD76C52"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2636612" w14:textId="77777777" w:rsidR="005B3871" w:rsidRDefault="00000000">
            <w:pPr>
              <w:jc w:val="center"/>
            </w:pPr>
            <w:r>
              <w:rPr>
                <w:b/>
                <w:color w:val="000000"/>
              </w:rPr>
              <w:t>UČENEC</w:t>
            </w:r>
          </w:p>
        </w:tc>
      </w:tr>
      <w:tr w:rsidR="005B3871" w14:paraId="56801BF7" w14:textId="77777777">
        <w:trPr>
          <w:jc w:val="center"/>
        </w:trPr>
        <w:tc>
          <w:tcPr>
            <w:tcW w:w="4422" w:type="dxa"/>
            <w:tcMar>
              <w:top w:w="70" w:type="dxa"/>
              <w:left w:w="90" w:type="dxa"/>
              <w:bottom w:w="70" w:type="dxa"/>
              <w:right w:w="90" w:type="dxa"/>
            </w:tcMar>
          </w:tcPr>
          <w:p w14:paraId="0D3B11E2" w14:textId="77777777" w:rsidR="005B3871" w:rsidRDefault="005B3871"/>
          <w:p w14:paraId="2E29D32F" w14:textId="77777777" w:rsidR="005B3871" w:rsidRDefault="00000000">
            <w:pPr>
              <w:spacing w:after="60" w:line="245" w:lineRule="auto"/>
            </w:pPr>
            <w:r>
              <w:rPr>
                <w:b/>
                <w:color w:val="000000"/>
              </w:rPr>
              <w:t>UČNI CILJI</w:t>
            </w:r>
          </w:p>
          <w:p w14:paraId="159781E0" w14:textId="77777777" w:rsidR="005B3871" w:rsidRDefault="00000000">
            <w:pPr>
              <w:spacing w:after="20" w:line="245" w:lineRule="auto"/>
            </w:pPr>
            <w:r>
              <w:rPr>
                <w:b/>
                <w:color w:val="000000"/>
                <w:sz w:val="17"/>
              </w:rPr>
              <w:t>SPLOŠNI</w:t>
            </w:r>
          </w:p>
          <w:p w14:paraId="705E3302" w14:textId="77777777" w:rsidR="005B3871" w:rsidRDefault="00000000">
            <w:pPr>
              <w:pStyle w:val="Oznaenseznam"/>
              <w:spacing w:after="16"/>
            </w:pPr>
            <w:r>
              <w:rPr>
                <w:color w:val="000000"/>
                <w:sz w:val="16"/>
              </w:rPr>
              <w:t>razvija številske, prostorske in količinske predstave s konkretnimi izkušnjami</w:t>
            </w:r>
          </w:p>
          <w:p w14:paraId="68D7BC40" w14:textId="77777777" w:rsidR="005B3871" w:rsidRDefault="00000000">
            <w:pPr>
              <w:pStyle w:val="Oznaenseznam"/>
              <w:spacing w:after="16"/>
            </w:pPr>
            <w:r>
              <w:rPr>
                <w:color w:val="000000"/>
                <w:sz w:val="16"/>
              </w:rPr>
              <w:t>rešuje matematične probleme s predmetom, gibanjem, risbo, modelom in simbolom</w:t>
            </w:r>
          </w:p>
          <w:p w14:paraId="375DCC13" w14:textId="77777777" w:rsidR="005B3871" w:rsidRDefault="00000000">
            <w:pPr>
              <w:pStyle w:val="Oznaenseznam"/>
              <w:spacing w:after="16"/>
            </w:pPr>
            <w:r>
              <w:rPr>
                <w:color w:val="000000"/>
                <w:sz w:val="16"/>
              </w:rPr>
              <w:t>pojasnjuje izbrano strategijo, preverja smiselnost rešitve in posluša rešitve drugih</w:t>
            </w:r>
          </w:p>
          <w:p w14:paraId="246AD32A" w14:textId="77777777" w:rsidR="005B3871" w:rsidRDefault="00000000">
            <w:pPr>
              <w:pStyle w:val="Oznaenseznam"/>
              <w:spacing w:after="16"/>
            </w:pPr>
            <w:r>
              <w:rPr>
                <w:color w:val="000000"/>
                <w:sz w:val="16"/>
              </w:rPr>
              <w:t>ob namenih in kriterijih spremlja svoje učenje ter uporabi opisno povratno informacijo</w:t>
            </w:r>
          </w:p>
          <w:p w14:paraId="3133B911" w14:textId="77777777" w:rsidR="005B3871" w:rsidRDefault="00000000">
            <w:pPr>
              <w:spacing w:before="40" w:after="20" w:line="245" w:lineRule="auto"/>
            </w:pPr>
            <w:r>
              <w:rPr>
                <w:b/>
                <w:color w:val="000000"/>
                <w:sz w:val="17"/>
              </w:rPr>
              <w:t>OPERATIVNI</w:t>
            </w:r>
          </w:p>
          <w:p w14:paraId="284F8D9B" w14:textId="77777777" w:rsidR="005B3871" w:rsidRDefault="00000000">
            <w:pPr>
              <w:pStyle w:val="Oznaenseznam"/>
              <w:spacing w:after="16"/>
            </w:pPr>
            <w:r>
              <w:rPr>
                <w:color w:val="000000"/>
                <w:sz w:val="16"/>
              </w:rPr>
              <w:t>primerja in uredi števila</w:t>
            </w:r>
          </w:p>
          <w:p w14:paraId="0EF83147" w14:textId="77777777" w:rsidR="005B3871" w:rsidRDefault="00000000">
            <w:pPr>
              <w:pStyle w:val="Oznaenseznam"/>
              <w:spacing w:after="16"/>
            </w:pPr>
            <w:r>
              <w:rPr>
                <w:color w:val="000000"/>
                <w:sz w:val="16"/>
              </w:rPr>
              <w:t>določi predhodnika in naslednika v obravnavanem obsegu</w:t>
            </w:r>
          </w:p>
          <w:p w14:paraId="62872C95" w14:textId="77777777" w:rsidR="005B3871" w:rsidRDefault="00000000">
            <w:pPr>
              <w:pStyle w:val="Oznaenseznam"/>
              <w:spacing w:after="16"/>
            </w:pPr>
            <w:r>
              <w:rPr>
                <w:color w:val="000000"/>
                <w:sz w:val="16"/>
              </w:rPr>
              <w:t>nadaljuje zaporedje</w:t>
            </w:r>
          </w:p>
          <w:p w14:paraId="76C64E61" w14:textId="77777777" w:rsidR="005B3871" w:rsidRDefault="00000000">
            <w:pPr>
              <w:spacing w:before="40" w:after="20" w:line="245" w:lineRule="auto"/>
            </w:pPr>
            <w:r>
              <w:rPr>
                <w:b/>
                <w:color w:val="000000"/>
                <w:sz w:val="17"/>
              </w:rPr>
              <w:t>PRIČAKOVANI DOSEŽKI / STANDARDI</w:t>
            </w:r>
          </w:p>
          <w:p w14:paraId="30B9E1EA" w14:textId="77777777" w:rsidR="005B3871" w:rsidRDefault="00000000">
            <w:pPr>
              <w:pStyle w:val="Oznaenseznam"/>
              <w:spacing w:after="16"/>
            </w:pPr>
            <w:r>
              <w:rPr>
                <w:color w:val="000000"/>
                <w:sz w:val="16"/>
              </w:rPr>
              <w:t>ob konkretni, slikovni ali gibalni opori primerja in uredi števila</w:t>
            </w:r>
          </w:p>
          <w:p w14:paraId="661C9F74" w14:textId="77777777" w:rsidR="005B3871" w:rsidRDefault="00000000">
            <w:pPr>
              <w:pStyle w:val="Oznaenseznam"/>
              <w:spacing w:after="16"/>
            </w:pPr>
            <w:r>
              <w:rPr>
                <w:color w:val="000000"/>
                <w:sz w:val="16"/>
              </w:rPr>
              <w:t>ob konkretni, slikovni ali gibalni opori določi predhodnika in naslednika v obravnavanem obsegu</w:t>
            </w:r>
          </w:p>
          <w:p w14:paraId="731E0FFC" w14:textId="77777777" w:rsidR="005B3871" w:rsidRDefault="00000000">
            <w:pPr>
              <w:pStyle w:val="Oznaenseznam"/>
              <w:spacing w:after="16"/>
            </w:pPr>
            <w:r>
              <w:rPr>
                <w:color w:val="000000"/>
                <w:sz w:val="16"/>
              </w:rPr>
              <w:t>ob konkretni, slikovni ali gibalni opori nadaljuje zaporedje</w:t>
            </w:r>
          </w:p>
        </w:tc>
        <w:tc>
          <w:tcPr>
            <w:tcW w:w="7087" w:type="dxa"/>
            <w:tcMar>
              <w:top w:w="70" w:type="dxa"/>
              <w:left w:w="90" w:type="dxa"/>
              <w:bottom w:w="70" w:type="dxa"/>
              <w:right w:w="90" w:type="dxa"/>
            </w:tcMar>
          </w:tcPr>
          <w:p w14:paraId="6358377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E864C66" w14:textId="77777777">
              <w:trPr>
                <w:jc w:val="center"/>
              </w:trPr>
              <w:tc>
                <w:tcPr>
                  <w:tcW w:w="7087" w:type="dxa"/>
                  <w:shd w:val="clear" w:color="auto" w:fill="C6E7F3"/>
                  <w:tcMar>
                    <w:top w:w="45" w:type="dxa"/>
                    <w:left w:w="70" w:type="dxa"/>
                    <w:bottom w:w="45" w:type="dxa"/>
                    <w:right w:w="70" w:type="dxa"/>
                  </w:tcMar>
                </w:tcPr>
                <w:p w14:paraId="4A55F434" w14:textId="77777777" w:rsidR="005B3871" w:rsidRDefault="00000000">
                  <w:pPr>
                    <w:keepNext/>
                  </w:pPr>
                  <w:r>
                    <w:rPr>
                      <w:b/>
                      <w:color w:val="000000"/>
                    </w:rPr>
                    <w:t>UVODNI DEL – motivacija, aktivacija predznanja in namen učenja (15–20 min)</w:t>
                  </w:r>
                </w:p>
              </w:tc>
            </w:tr>
          </w:tbl>
          <w:p w14:paraId="612DD944" w14:textId="77777777" w:rsidR="005B3871" w:rsidRDefault="005B3871">
            <w:pPr>
              <w:spacing w:line="20" w:lineRule="exact"/>
            </w:pPr>
          </w:p>
          <w:p w14:paraId="36F4FB57" w14:textId="77777777" w:rsidR="005B3871" w:rsidRDefault="00000000">
            <w:pPr>
              <w:spacing w:before="40" w:after="60" w:line="245" w:lineRule="auto"/>
            </w:pPr>
            <w:r>
              <w:rPr>
                <w:color w:val="000000"/>
                <w:sz w:val="16"/>
              </w:rPr>
              <w:t>Juri Muri razporedi prevozna sredstva ob poti s postajami 0–5. Učenci preverjajo vrstni red ter raziskujejo, katero število je tik pred in katero tik za izbranim številom.</w:t>
            </w:r>
          </w:p>
          <w:tbl>
            <w:tblPr>
              <w:tblStyle w:val="Tabelamrea"/>
              <w:tblW w:w="0" w:type="auto"/>
              <w:jc w:val="center"/>
              <w:tblLayout w:type="fixed"/>
              <w:tblLook w:val="04A0" w:firstRow="1" w:lastRow="0" w:firstColumn="1" w:lastColumn="0" w:noHBand="0" w:noVBand="1"/>
            </w:tblPr>
            <w:tblGrid>
              <w:gridCol w:w="7087"/>
            </w:tblGrid>
            <w:tr w:rsidR="005B3871" w14:paraId="14E22573" w14:textId="77777777">
              <w:trPr>
                <w:jc w:val="center"/>
              </w:trPr>
              <w:tc>
                <w:tcPr>
                  <w:tcW w:w="7087" w:type="dxa"/>
                  <w:shd w:val="clear" w:color="auto" w:fill="EDC9EA"/>
                  <w:tcMar>
                    <w:top w:w="45" w:type="dxa"/>
                    <w:left w:w="70" w:type="dxa"/>
                    <w:bottom w:w="45" w:type="dxa"/>
                    <w:right w:w="70" w:type="dxa"/>
                  </w:tcMar>
                </w:tcPr>
                <w:p w14:paraId="6F5B192F" w14:textId="77777777" w:rsidR="005B3871" w:rsidRDefault="00000000">
                  <w:pPr>
                    <w:keepNext/>
                  </w:pPr>
                  <w:r>
                    <w:rPr>
                      <w:b/>
                      <w:color w:val="000000"/>
                    </w:rPr>
                    <w:t>NAMENI UČENJA</w:t>
                  </w:r>
                </w:p>
              </w:tc>
            </w:tr>
          </w:tbl>
          <w:p w14:paraId="42C36C8B" w14:textId="77777777" w:rsidR="005B3871" w:rsidRDefault="005B3871">
            <w:pPr>
              <w:spacing w:line="20" w:lineRule="exact"/>
            </w:pPr>
          </w:p>
          <w:p w14:paraId="5E27DA13"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39E5F2FA" w14:textId="77777777" w:rsidR="005B3871" w:rsidRDefault="00000000">
            <w:pPr>
              <w:pStyle w:val="Oznaenseznam"/>
              <w:spacing w:after="16"/>
            </w:pPr>
            <w:r>
              <w:rPr>
                <w:color w:val="000000"/>
                <w:sz w:val="16"/>
              </w:rPr>
              <w:t>primerjam in uredim števila</w:t>
            </w:r>
          </w:p>
          <w:p w14:paraId="45A74620" w14:textId="77777777" w:rsidR="005B3871" w:rsidRDefault="00000000">
            <w:pPr>
              <w:pStyle w:val="Oznaenseznam"/>
              <w:spacing w:after="16"/>
            </w:pPr>
            <w:r>
              <w:rPr>
                <w:color w:val="000000"/>
                <w:sz w:val="16"/>
              </w:rPr>
              <w:t>določim predhodnika in naslednika v obravnavanem obsegu</w:t>
            </w:r>
          </w:p>
          <w:p w14:paraId="3D3A0348" w14:textId="77777777" w:rsidR="005B3871" w:rsidRDefault="00000000">
            <w:pPr>
              <w:pStyle w:val="Oznaenseznam"/>
              <w:spacing w:after="16"/>
            </w:pPr>
            <w:r>
              <w:rPr>
                <w:color w:val="000000"/>
                <w:sz w:val="16"/>
              </w:rPr>
              <w:t>nadaljujem zaporedje</w:t>
            </w:r>
          </w:p>
          <w:tbl>
            <w:tblPr>
              <w:tblStyle w:val="Tabelamrea"/>
              <w:tblW w:w="0" w:type="auto"/>
              <w:jc w:val="center"/>
              <w:tblLayout w:type="fixed"/>
              <w:tblLook w:val="04A0" w:firstRow="1" w:lastRow="0" w:firstColumn="1" w:lastColumn="0" w:noHBand="0" w:noVBand="1"/>
            </w:tblPr>
            <w:tblGrid>
              <w:gridCol w:w="7087"/>
            </w:tblGrid>
            <w:tr w:rsidR="005B3871" w14:paraId="162C57ED" w14:textId="77777777">
              <w:trPr>
                <w:jc w:val="center"/>
              </w:trPr>
              <w:tc>
                <w:tcPr>
                  <w:tcW w:w="7087" w:type="dxa"/>
                  <w:shd w:val="clear" w:color="auto" w:fill="EDC9EA"/>
                  <w:tcMar>
                    <w:top w:w="45" w:type="dxa"/>
                    <w:left w:w="70" w:type="dxa"/>
                    <w:bottom w:w="45" w:type="dxa"/>
                    <w:right w:w="70" w:type="dxa"/>
                  </w:tcMar>
                </w:tcPr>
                <w:p w14:paraId="759CA9D5" w14:textId="77777777" w:rsidR="005B3871" w:rsidRDefault="00000000">
                  <w:pPr>
                    <w:keepNext/>
                  </w:pPr>
                  <w:r>
                    <w:rPr>
                      <w:b/>
                      <w:color w:val="000000"/>
                    </w:rPr>
                    <w:t>PREVERJANJE PREDZNANJA</w:t>
                  </w:r>
                </w:p>
              </w:tc>
            </w:tr>
          </w:tbl>
          <w:p w14:paraId="3E35E934" w14:textId="77777777" w:rsidR="005B3871" w:rsidRDefault="005B3871">
            <w:pPr>
              <w:spacing w:line="20" w:lineRule="exact"/>
            </w:pPr>
          </w:p>
          <w:p w14:paraId="35403C05" w14:textId="77777777" w:rsidR="005B3871" w:rsidRDefault="00000000">
            <w:pPr>
              <w:pStyle w:val="Oznaenseznam"/>
              <w:spacing w:after="16"/>
            </w:pPr>
            <w:r>
              <w:rPr>
                <w:color w:val="000000"/>
                <w:sz w:val="16"/>
              </w:rPr>
              <w:t>Kako vem, kam na številski poti sodi število?</w:t>
            </w:r>
          </w:p>
          <w:p w14:paraId="7C4B5445" w14:textId="77777777" w:rsidR="005B3871" w:rsidRDefault="00000000">
            <w:pPr>
              <w:pStyle w:val="Oznaenseznam"/>
              <w:spacing w:after="16"/>
            </w:pPr>
            <w:r>
              <w:rPr>
                <w:color w:val="000000"/>
                <w:sz w:val="16"/>
              </w:rPr>
              <w:t>Kaj se spremeni, če se premaknem za eno mesto naprej ali nazaj?</w:t>
            </w:r>
          </w:p>
          <w:p w14:paraId="70ECCDB4"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576688A8" w14:textId="77777777">
              <w:trPr>
                <w:jc w:val="center"/>
              </w:trPr>
              <w:tc>
                <w:tcPr>
                  <w:tcW w:w="7087" w:type="dxa"/>
                  <w:shd w:val="clear" w:color="auto" w:fill="EDC9EA"/>
                  <w:tcMar>
                    <w:top w:w="45" w:type="dxa"/>
                    <w:left w:w="70" w:type="dxa"/>
                    <w:bottom w:w="45" w:type="dxa"/>
                    <w:right w:w="70" w:type="dxa"/>
                  </w:tcMar>
                </w:tcPr>
                <w:p w14:paraId="479C6F4C" w14:textId="77777777" w:rsidR="005B3871" w:rsidRDefault="00000000">
                  <w:pPr>
                    <w:keepNext/>
                  </w:pPr>
                  <w:r>
                    <w:rPr>
                      <w:b/>
                      <w:color w:val="000000"/>
                    </w:rPr>
                    <w:t>KRITERIJI USPEŠNOSTI</w:t>
                  </w:r>
                </w:p>
              </w:tc>
            </w:tr>
          </w:tbl>
          <w:p w14:paraId="13956AE7" w14:textId="77777777" w:rsidR="005B3871" w:rsidRDefault="005B3871"/>
          <w:p w14:paraId="6632D989" w14:textId="77777777" w:rsidR="005B3871" w:rsidRDefault="00000000">
            <w:pPr>
              <w:spacing w:before="20" w:after="20" w:line="245" w:lineRule="auto"/>
            </w:pPr>
            <w:r>
              <w:rPr>
                <w:b/>
                <w:color w:val="000000"/>
                <w:sz w:val="16"/>
              </w:rPr>
              <w:t>Uspešen/-na bom, ko:</w:t>
            </w:r>
          </w:p>
          <w:p w14:paraId="47D050C2" w14:textId="77777777" w:rsidR="005B3871" w:rsidRDefault="00000000">
            <w:pPr>
              <w:pStyle w:val="Oznaenseznam"/>
              <w:spacing w:after="16"/>
            </w:pPr>
            <w:r>
              <w:rPr>
                <w:color w:val="000000"/>
                <w:sz w:val="16"/>
              </w:rPr>
              <w:t>primerjam in uredim števila</w:t>
            </w:r>
          </w:p>
          <w:p w14:paraId="1DB70336" w14:textId="77777777" w:rsidR="005B3871" w:rsidRDefault="00000000">
            <w:pPr>
              <w:pStyle w:val="Oznaenseznam"/>
              <w:spacing w:after="16"/>
            </w:pPr>
            <w:r>
              <w:rPr>
                <w:color w:val="000000"/>
                <w:sz w:val="16"/>
              </w:rPr>
              <w:t>določim predhodnika in naslednika v obravnavanem obsegu</w:t>
            </w:r>
          </w:p>
          <w:p w14:paraId="1102F534" w14:textId="77777777" w:rsidR="005B3871" w:rsidRDefault="00000000">
            <w:pPr>
              <w:pStyle w:val="Oznaenseznam"/>
              <w:spacing w:after="16"/>
            </w:pPr>
            <w:r>
              <w:rPr>
                <w:color w:val="000000"/>
                <w:sz w:val="16"/>
              </w:rPr>
              <w:t>nadaljujem zaporedje</w:t>
            </w:r>
          </w:p>
          <w:p w14:paraId="3985836A"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520F43D6" w14:textId="77777777" w:rsidR="005B3871" w:rsidRDefault="005B3871"/>
          <w:p w14:paraId="2EAA49C7"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55DD1362" w14:textId="77777777" w:rsidR="005B3871" w:rsidRDefault="00000000">
            <w:pPr>
              <w:spacing w:after="80" w:line="245" w:lineRule="auto"/>
            </w:pPr>
            <w:r>
              <w:rPr>
                <w:color w:val="000000"/>
                <w:sz w:val="16"/>
              </w:rPr>
              <w:t>Pove, pokaže ali nariše, kako bi nalogo začel. Posluša tudi drugačne strategije.</w:t>
            </w:r>
          </w:p>
          <w:p w14:paraId="1D3D8A5E" w14:textId="77777777" w:rsidR="005B3871" w:rsidRDefault="00000000">
            <w:pPr>
              <w:spacing w:after="100" w:line="245" w:lineRule="auto"/>
            </w:pPr>
            <w:r>
              <w:rPr>
                <w:color w:val="000000"/>
                <w:sz w:val="16"/>
              </w:rPr>
              <w:t>Sodeluje pri razumevanju namenov in kriterijev uspešnosti.</w:t>
            </w:r>
          </w:p>
          <w:p w14:paraId="5CF203F9" w14:textId="77777777" w:rsidR="005B3871" w:rsidRDefault="00000000">
            <w:pPr>
              <w:spacing w:after="20" w:line="245" w:lineRule="auto"/>
            </w:pPr>
            <w:r>
              <w:rPr>
                <w:b/>
                <w:color w:val="D95BC6"/>
                <w:sz w:val="17"/>
              </w:rPr>
              <w:t>DOKAZ O UČENJU</w:t>
            </w:r>
          </w:p>
          <w:p w14:paraId="4B8F60C4" w14:textId="77777777" w:rsidR="005B3871" w:rsidRDefault="00000000">
            <w:pPr>
              <w:spacing w:after="30" w:line="245" w:lineRule="auto"/>
            </w:pPr>
            <w:r>
              <w:rPr>
                <w:color w:val="D95BC6"/>
                <w:sz w:val="16"/>
              </w:rPr>
              <w:t>začetna strategija, razvrstitev, model, risba, gib ali ustni odgovor</w:t>
            </w:r>
          </w:p>
        </w:tc>
      </w:tr>
    </w:tbl>
    <w:p w14:paraId="0BBDA7A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A5CFD1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5D47740"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EF88B9" w14:textId="77777777" w:rsidR="005B3871" w:rsidRDefault="00000000">
            <w:pPr>
              <w:jc w:val="center"/>
            </w:pPr>
            <w:r>
              <w:rPr>
                <w:b/>
                <w:color w:val="000000"/>
                <w:sz w:val="20"/>
              </w:rPr>
              <w:t>UČNE DEJAVNOSTI, METODE IN FORMATIVNO SPREMLJANJE</w:t>
            </w:r>
          </w:p>
        </w:tc>
      </w:tr>
      <w:tr w:rsidR="005B3871" w14:paraId="17FC385A" w14:textId="77777777">
        <w:trPr>
          <w:tblHeader/>
          <w:jc w:val="center"/>
        </w:trPr>
        <w:tc>
          <w:tcPr>
            <w:tcW w:w="4422" w:type="dxa"/>
            <w:vMerge/>
            <w:tcMar>
              <w:top w:w="70" w:type="dxa"/>
              <w:left w:w="90" w:type="dxa"/>
              <w:bottom w:w="70" w:type="dxa"/>
              <w:right w:w="90" w:type="dxa"/>
            </w:tcMar>
            <w:vAlign w:val="center"/>
          </w:tcPr>
          <w:p w14:paraId="5C65698A" w14:textId="77777777" w:rsidR="005B3871" w:rsidRDefault="005B3871"/>
        </w:tc>
        <w:tc>
          <w:tcPr>
            <w:tcW w:w="7087" w:type="dxa"/>
            <w:shd w:val="clear" w:color="auto" w:fill="FFFFFF"/>
            <w:tcMar>
              <w:top w:w="70" w:type="dxa"/>
              <w:left w:w="90" w:type="dxa"/>
              <w:bottom w:w="70" w:type="dxa"/>
              <w:right w:w="90" w:type="dxa"/>
            </w:tcMar>
            <w:vAlign w:val="center"/>
          </w:tcPr>
          <w:p w14:paraId="398EB06B"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212D82E" w14:textId="77777777" w:rsidR="005B3871" w:rsidRDefault="00000000">
            <w:pPr>
              <w:jc w:val="center"/>
            </w:pPr>
            <w:r>
              <w:rPr>
                <w:b/>
                <w:color w:val="000000"/>
              </w:rPr>
              <w:t>UČENEC</w:t>
            </w:r>
          </w:p>
        </w:tc>
      </w:tr>
      <w:tr w:rsidR="005B3871" w14:paraId="19719F5A" w14:textId="77777777">
        <w:trPr>
          <w:jc w:val="center"/>
        </w:trPr>
        <w:tc>
          <w:tcPr>
            <w:tcW w:w="4422" w:type="dxa"/>
            <w:tcMar>
              <w:top w:w="70" w:type="dxa"/>
              <w:left w:w="90" w:type="dxa"/>
              <w:bottom w:w="70" w:type="dxa"/>
              <w:right w:w="90" w:type="dxa"/>
            </w:tcMar>
          </w:tcPr>
          <w:p w14:paraId="420A8DCA" w14:textId="77777777" w:rsidR="005B3871" w:rsidRDefault="005B3871"/>
          <w:p w14:paraId="29EE67F5" w14:textId="77777777" w:rsidR="005B3871" w:rsidRDefault="00000000">
            <w:pPr>
              <w:spacing w:after="40" w:line="245" w:lineRule="auto"/>
            </w:pPr>
            <w:r>
              <w:rPr>
                <w:b/>
                <w:color w:val="000000"/>
              </w:rPr>
              <w:t>KLJUČNI POJMI</w:t>
            </w:r>
          </w:p>
          <w:p w14:paraId="3A16F939" w14:textId="77777777" w:rsidR="005B3871" w:rsidRDefault="00000000">
            <w:pPr>
              <w:spacing w:after="60" w:line="245" w:lineRule="auto"/>
            </w:pPr>
            <w:r>
              <w:rPr>
                <w:color w:val="000000"/>
                <w:sz w:val="16"/>
              </w:rPr>
              <w:t>urejanje, primerjanje, predhodnik, naslednik, pred, za, več, manj, enako, številska os</w:t>
            </w:r>
          </w:p>
          <w:p w14:paraId="1E63C3AB" w14:textId="77777777" w:rsidR="005B3871" w:rsidRDefault="00000000">
            <w:pPr>
              <w:spacing w:after="20" w:line="245" w:lineRule="auto"/>
            </w:pPr>
            <w:r>
              <w:rPr>
                <w:b/>
                <w:color w:val="000000"/>
                <w:sz w:val="17"/>
              </w:rPr>
              <w:t>DOKAZI O UČENJU</w:t>
            </w:r>
          </w:p>
          <w:p w14:paraId="7456474B" w14:textId="77777777" w:rsidR="005B3871" w:rsidRDefault="00000000">
            <w:pPr>
              <w:pStyle w:val="Oznaenseznam"/>
              <w:spacing w:after="16"/>
            </w:pPr>
            <w:r>
              <w:rPr>
                <w:color w:val="000000"/>
                <w:sz w:val="16"/>
              </w:rPr>
              <w:t>pravilno urejena talna številska os</w:t>
            </w:r>
          </w:p>
          <w:p w14:paraId="2CF9EFB9" w14:textId="77777777" w:rsidR="005B3871" w:rsidRDefault="00000000">
            <w:pPr>
              <w:pStyle w:val="Oznaenseznam"/>
              <w:spacing w:after="16"/>
            </w:pPr>
            <w:r>
              <w:rPr>
                <w:color w:val="000000"/>
                <w:sz w:val="16"/>
              </w:rPr>
              <w:t>primerjava količin z dokazom</w:t>
            </w:r>
          </w:p>
          <w:p w14:paraId="0B6E6035" w14:textId="77777777" w:rsidR="005B3871" w:rsidRDefault="00000000">
            <w:pPr>
              <w:pStyle w:val="Oznaenseznam"/>
              <w:spacing w:after="16"/>
            </w:pPr>
            <w:r>
              <w:rPr>
                <w:color w:val="000000"/>
                <w:sz w:val="16"/>
              </w:rPr>
              <w:t>določen predhodnik in naslednik</w:t>
            </w:r>
          </w:p>
          <w:p w14:paraId="246D761F" w14:textId="77777777" w:rsidR="005B3871" w:rsidRDefault="00000000">
            <w:pPr>
              <w:pStyle w:val="Oznaenseznam"/>
              <w:spacing w:after="16"/>
            </w:pPr>
            <w:r>
              <w:rPr>
                <w:color w:val="000000"/>
                <w:sz w:val="16"/>
              </w:rPr>
              <w:t>dopolnjeno zaporedje z razlago</w:t>
            </w:r>
          </w:p>
          <w:p w14:paraId="165944D4" w14:textId="77777777" w:rsidR="005B3871" w:rsidRDefault="00000000">
            <w:pPr>
              <w:spacing w:before="40" w:after="20" w:line="245" w:lineRule="auto"/>
            </w:pPr>
            <w:r>
              <w:rPr>
                <w:b/>
                <w:color w:val="000000"/>
                <w:sz w:val="17"/>
              </w:rPr>
              <w:t>MEDPREDMETNA POVEZAVA</w:t>
            </w:r>
          </w:p>
          <w:p w14:paraId="79B22A04" w14:textId="77777777" w:rsidR="005B3871" w:rsidRDefault="00000000">
            <w:pPr>
              <w:spacing w:after="60" w:line="245" w:lineRule="auto"/>
            </w:pPr>
            <w:r>
              <w:rPr>
                <w:color w:val="000000"/>
                <w:sz w:val="16"/>
              </w:rPr>
              <w:t>SLJ – celotna matematična poved; SPO – prevozna sredstva; ŠPO – skoki po osi; LUM – znak postaje</w:t>
            </w:r>
          </w:p>
          <w:p w14:paraId="4302D3B7" w14:textId="77777777" w:rsidR="005B3871" w:rsidRDefault="00000000">
            <w:pPr>
              <w:spacing w:after="20" w:line="245" w:lineRule="auto"/>
            </w:pPr>
            <w:r>
              <w:rPr>
                <w:b/>
                <w:color w:val="000000"/>
                <w:sz w:val="17"/>
              </w:rPr>
              <w:t>POUČEVANJE V GIBANJU</w:t>
            </w:r>
          </w:p>
          <w:p w14:paraId="5E80DB7C"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1071133E" w14:textId="77777777" w:rsidR="005B3871" w:rsidRDefault="00000000">
            <w:pPr>
              <w:spacing w:after="20" w:line="245" w:lineRule="auto"/>
            </w:pPr>
            <w:r>
              <w:rPr>
                <w:b/>
                <w:color w:val="000000"/>
                <w:sz w:val="17"/>
              </w:rPr>
              <w:t>DELO PO POSTAJAH</w:t>
            </w:r>
          </w:p>
          <w:p w14:paraId="5CFBFA47" w14:textId="77777777" w:rsidR="005B3871" w:rsidRDefault="00000000">
            <w:pPr>
              <w:spacing w:after="60" w:line="245" w:lineRule="auto"/>
            </w:pPr>
            <w:r>
              <w:rPr>
                <w:color w:val="000000"/>
                <w:sz w:val="15"/>
              </w:rPr>
              <w:t>Načrtovana rotacija: konkretno-izkušenjska – Številska pot 0–5; gibalna/sodelovalna – Primerjamo vozila; slikovno-simbolna – Soseda števila; izziv, dokaz in povratna informacija – Manjkajoča postaja. Pri pisnem ocenjevanju se postaje izvedejo v pripravi, analizi in ponovnem učenju.</w:t>
            </w:r>
          </w:p>
          <w:p w14:paraId="49BD5DF1" w14:textId="77777777" w:rsidR="005B3871" w:rsidRDefault="00000000">
            <w:pPr>
              <w:spacing w:after="20" w:line="245" w:lineRule="auto"/>
            </w:pPr>
            <w:r>
              <w:rPr>
                <w:b/>
                <w:color w:val="000000"/>
                <w:sz w:val="17"/>
              </w:rPr>
              <w:t>DIFERENCIACIJA IN VKLJUČEVANJE</w:t>
            </w:r>
          </w:p>
          <w:p w14:paraId="00C9D2D4"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59A9AE2F" w14:textId="77777777" w:rsidR="005B3871" w:rsidRDefault="00000000">
            <w:pPr>
              <w:spacing w:after="20" w:line="245" w:lineRule="auto"/>
            </w:pPr>
            <w:r>
              <w:rPr>
                <w:b/>
                <w:color w:val="000000"/>
                <w:sz w:val="17"/>
              </w:rPr>
              <w:t>SPREMLJANJE</w:t>
            </w:r>
          </w:p>
          <w:p w14:paraId="5D8C307E"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662D3AE5"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3BE15D6" w14:textId="77777777">
              <w:trPr>
                <w:jc w:val="center"/>
              </w:trPr>
              <w:tc>
                <w:tcPr>
                  <w:tcW w:w="7087" w:type="dxa"/>
                  <w:shd w:val="clear" w:color="auto" w:fill="C6E7F3"/>
                  <w:tcMar>
                    <w:top w:w="45" w:type="dxa"/>
                    <w:left w:w="70" w:type="dxa"/>
                    <w:bottom w:w="45" w:type="dxa"/>
                    <w:right w:w="70" w:type="dxa"/>
                  </w:tcMar>
                </w:tcPr>
                <w:p w14:paraId="70395D52" w14:textId="77777777" w:rsidR="005B3871" w:rsidRDefault="00000000">
                  <w:pPr>
                    <w:keepNext/>
                  </w:pPr>
                  <w:r>
                    <w:rPr>
                      <w:b/>
                      <w:color w:val="000000"/>
                    </w:rPr>
                    <w:t>GLAVNI DEL – IZKUŠENJSKO IN PROBLEMSKO UČENJE (4 šolske ure)</w:t>
                  </w:r>
                </w:p>
              </w:tc>
            </w:tr>
          </w:tbl>
          <w:p w14:paraId="0E58A71C" w14:textId="77777777" w:rsidR="005B3871" w:rsidRDefault="005B3871">
            <w:pPr>
              <w:spacing w:line="20" w:lineRule="exact"/>
            </w:pPr>
          </w:p>
          <w:p w14:paraId="7A0F9404" w14:textId="77777777" w:rsidR="005B3871" w:rsidRDefault="00000000">
            <w:pPr>
              <w:keepNext/>
              <w:spacing w:before="40" w:after="10" w:line="245" w:lineRule="auto"/>
            </w:pPr>
            <w:r>
              <w:rPr>
                <w:b/>
                <w:color w:val="000000"/>
                <w:sz w:val="17"/>
              </w:rPr>
              <w:t>1. URA – Številska pot 0–5</w:t>
            </w:r>
          </w:p>
          <w:p w14:paraId="42AE5C28" w14:textId="77777777" w:rsidR="005B3871" w:rsidRDefault="00000000">
            <w:pPr>
              <w:spacing w:after="14" w:line="245" w:lineRule="auto"/>
            </w:pPr>
            <w:r>
              <w:rPr>
                <w:b/>
                <w:color w:val="000000"/>
                <w:sz w:val="16"/>
              </w:rPr>
              <w:t xml:space="preserve">Dejavnost učiteljice: </w:t>
            </w:r>
            <w:r>
              <w:rPr>
                <w:color w:val="000000"/>
                <w:sz w:val="16"/>
              </w:rPr>
              <w:t>Na tleh uredi prazno številsko os in ponudi kartice v pomešanem vrstnem redu.</w:t>
            </w:r>
          </w:p>
          <w:p w14:paraId="36124A5E" w14:textId="77777777" w:rsidR="005B3871" w:rsidRDefault="00000000">
            <w:pPr>
              <w:spacing w:after="14" w:line="245" w:lineRule="auto"/>
            </w:pPr>
            <w:r>
              <w:rPr>
                <w:b/>
                <w:color w:val="000000"/>
                <w:sz w:val="16"/>
              </w:rPr>
              <w:t xml:space="preserve">Dejavnost učencev: </w:t>
            </w:r>
            <w:r>
              <w:rPr>
                <w:color w:val="000000"/>
                <w:sz w:val="16"/>
              </w:rPr>
              <w:t>Postavijo števila na pravo mesto in pot preverijo s štetjem naprej ter nazaj.</w:t>
            </w:r>
          </w:p>
          <w:p w14:paraId="76BBB7D6" w14:textId="77777777" w:rsidR="005B3871" w:rsidRDefault="00000000">
            <w:pPr>
              <w:spacing w:after="24" w:line="245" w:lineRule="auto"/>
            </w:pPr>
            <w:r>
              <w:rPr>
                <w:i/>
                <w:color w:val="D95BC6"/>
                <w:sz w:val="16"/>
              </w:rPr>
              <w:t>Predvideni dokaz: pravilno urejena talna številska os.</w:t>
            </w:r>
          </w:p>
          <w:p w14:paraId="1A8875B8" w14:textId="77777777" w:rsidR="005B3871" w:rsidRDefault="00000000">
            <w:pPr>
              <w:keepNext/>
              <w:spacing w:before="40" w:after="10" w:line="245" w:lineRule="auto"/>
            </w:pPr>
            <w:r>
              <w:rPr>
                <w:b/>
                <w:color w:val="000000"/>
                <w:sz w:val="17"/>
              </w:rPr>
              <w:t>2. URA – Primerjamo vozila</w:t>
            </w:r>
          </w:p>
          <w:p w14:paraId="0018D9C2" w14:textId="77777777" w:rsidR="005B3871" w:rsidRDefault="00000000">
            <w:pPr>
              <w:spacing w:after="14" w:line="245" w:lineRule="auto"/>
            </w:pPr>
            <w:r>
              <w:rPr>
                <w:b/>
                <w:color w:val="000000"/>
                <w:sz w:val="16"/>
              </w:rPr>
              <w:t xml:space="preserve">Dejavnost učiteljice: </w:t>
            </w:r>
            <w:r>
              <w:rPr>
                <w:color w:val="000000"/>
                <w:sz w:val="16"/>
              </w:rPr>
              <w:t>Pripravi skupine vozil ter modelira primerjavo s prirejanjem in številskim zapisom.</w:t>
            </w:r>
          </w:p>
          <w:p w14:paraId="546686A5" w14:textId="77777777" w:rsidR="005B3871" w:rsidRDefault="00000000">
            <w:pPr>
              <w:spacing w:after="14" w:line="245" w:lineRule="auto"/>
            </w:pPr>
            <w:r>
              <w:rPr>
                <w:b/>
                <w:color w:val="000000"/>
                <w:sz w:val="16"/>
              </w:rPr>
              <w:t xml:space="preserve">Dejavnost učencev: </w:t>
            </w:r>
            <w:r>
              <w:rPr>
                <w:color w:val="000000"/>
                <w:sz w:val="16"/>
              </w:rPr>
              <w:t>Primerjajo dve količini, izberejo več/manj/enako ter odločitev pokažejo s pari.</w:t>
            </w:r>
          </w:p>
          <w:p w14:paraId="7C48575C" w14:textId="77777777" w:rsidR="005B3871" w:rsidRDefault="00000000">
            <w:pPr>
              <w:spacing w:after="24" w:line="245" w:lineRule="auto"/>
            </w:pPr>
            <w:r>
              <w:rPr>
                <w:i/>
                <w:color w:val="D95BC6"/>
                <w:sz w:val="16"/>
              </w:rPr>
              <w:t>Predvideni dokaz: primerjava količin z dokazom.</w:t>
            </w:r>
          </w:p>
          <w:p w14:paraId="7E4C4FB7" w14:textId="77777777" w:rsidR="005B3871" w:rsidRDefault="00000000">
            <w:pPr>
              <w:keepNext/>
              <w:spacing w:before="40" w:after="10" w:line="245" w:lineRule="auto"/>
            </w:pPr>
            <w:r>
              <w:rPr>
                <w:b/>
                <w:color w:val="000000"/>
                <w:sz w:val="17"/>
              </w:rPr>
              <w:t>3. URA – Soseda števila</w:t>
            </w:r>
          </w:p>
          <w:p w14:paraId="509B23E1" w14:textId="77777777" w:rsidR="005B3871" w:rsidRDefault="00000000">
            <w:pPr>
              <w:spacing w:after="14" w:line="245" w:lineRule="auto"/>
            </w:pPr>
            <w:r>
              <w:rPr>
                <w:b/>
                <w:color w:val="000000"/>
                <w:sz w:val="16"/>
              </w:rPr>
              <w:t xml:space="preserve">Dejavnost učiteljice: </w:t>
            </w:r>
            <w:r>
              <w:rPr>
                <w:color w:val="000000"/>
                <w:sz w:val="16"/>
              </w:rPr>
              <w:t>Pokliče število in na osi pokaže premik za eno mesto.</w:t>
            </w:r>
          </w:p>
          <w:p w14:paraId="6ABC4714" w14:textId="77777777" w:rsidR="005B3871" w:rsidRDefault="00000000">
            <w:pPr>
              <w:spacing w:after="14" w:line="245" w:lineRule="auto"/>
            </w:pPr>
            <w:r>
              <w:rPr>
                <w:b/>
                <w:color w:val="000000"/>
                <w:sz w:val="16"/>
              </w:rPr>
              <w:t xml:space="preserve">Dejavnost učencev: </w:t>
            </w:r>
            <w:r>
              <w:rPr>
                <w:color w:val="000000"/>
                <w:sz w:val="16"/>
              </w:rPr>
              <w:t>Skočijo na predhodnika ali naslednika ter povedo celotno poved.</w:t>
            </w:r>
          </w:p>
          <w:p w14:paraId="53FFAA06" w14:textId="77777777" w:rsidR="005B3871" w:rsidRDefault="00000000">
            <w:pPr>
              <w:spacing w:after="24" w:line="245" w:lineRule="auto"/>
            </w:pPr>
            <w:r>
              <w:rPr>
                <w:i/>
                <w:color w:val="D95BC6"/>
                <w:sz w:val="16"/>
              </w:rPr>
              <w:t>Predvideni dokaz: določen predhodnik in naslednik.</w:t>
            </w:r>
          </w:p>
          <w:p w14:paraId="122A8744" w14:textId="77777777" w:rsidR="005B3871" w:rsidRDefault="00000000">
            <w:pPr>
              <w:keepNext/>
              <w:spacing w:before="40" w:after="10" w:line="245" w:lineRule="auto"/>
            </w:pPr>
            <w:r>
              <w:rPr>
                <w:b/>
                <w:color w:val="000000"/>
                <w:sz w:val="17"/>
              </w:rPr>
              <w:t>4. URA – Manjkajoča postaja</w:t>
            </w:r>
          </w:p>
          <w:p w14:paraId="04940270" w14:textId="77777777" w:rsidR="005B3871" w:rsidRDefault="00000000">
            <w:pPr>
              <w:spacing w:after="14" w:line="245" w:lineRule="auto"/>
            </w:pPr>
            <w:r>
              <w:rPr>
                <w:b/>
                <w:color w:val="000000"/>
                <w:sz w:val="16"/>
              </w:rPr>
              <w:t xml:space="preserve">Dejavnost učiteljice: </w:t>
            </w:r>
            <w:r>
              <w:rPr>
                <w:color w:val="000000"/>
                <w:sz w:val="16"/>
              </w:rPr>
              <w:t>Zakrije eno ali več mest v zaporedju in zahteva utemeljitev, ne le odgovora.</w:t>
            </w:r>
          </w:p>
          <w:p w14:paraId="3D2E4826" w14:textId="77777777" w:rsidR="005B3871" w:rsidRDefault="00000000">
            <w:pPr>
              <w:spacing w:after="14" w:line="245" w:lineRule="auto"/>
            </w:pPr>
            <w:r>
              <w:rPr>
                <w:b/>
                <w:color w:val="000000"/>
                <w:sz w:val="16"/>
              </w:rPr>
              <w:t xml:space="preserve">Dejavnost učencev: </w:t>
            </w:r>
            <w:r>
              <w:rPr>
                <w:color w:val="000000"/>
                <w:sz w:val="16"/>
              </w:rPr>
              <w:t>Dopolnijo zaporedje ter pojasnijo, katera sosednja števila so uporabili.</w:t>
            </w:r>
          </w:p>
          <w:p w14:paraId="33929BE4" w14:textId="77777777" w:rsidR="005B3871" w:rsidRDefault="00000000">
            <w:pPr>
              <w:spacing w:after="24" w:line="245" w:lineRule="auto"/>
            </w:pPr>
            <w:r>
              <w:rPr>
                <w:i/>
                <w:color w:val="D95BC6"/>
                <w:sz w:val="16"/>
              </w:rPr>
              <w:t>Predvideni dokaz: dopolnjeno zaporedje z razlago.</w:t>
            </w:r>
          </w:p>
          <w:tbl>
            <w:tblPr>
              <w:tblStyle w:val="Tabelamrea"/>
              <w:tblW w:w="0" w:type="auto"/>
              <w:jc w:val="center"/>
              <w:tblLayout w:type="fixed"/>
              <w:tblLook w:val="04A0" w:firstRow="1" w:lastRow="0" w:firstColumn="1" w:lastColumn="0" w:noHBand="0" w:noVBand="1"/>
            </w:tblPr>
            <w:tblGrid>
              <w:gridCol w:w="7087"/>
            </w:tblGrid>
            <w:tr w:rsidR="005B3871" w14:paraId="568E4B15" w14:textId="77777777">
              <w:trPr>
                <w:jc w:val="center"/>
              </w:trPr>
              <w:tc>
                <w:tcPr>
                  <w:tcW w:w="7087" w:type="dxa"/>
                  <w:shd w:val="clear" w:color="auto" w:fill="EDC9EA"/>
                  <w:tcMar>
                    <w:top w:w="45" w:type="dxa"/>
                    <w:left w:w="70" w:type="dxa"/>
                    <w:bottom w:w="45" w:type="dxa"/>
                    <w:right w:w="70" w:type="dxa"/>
                  </w:tcMar>
                </w:tcPr>
                <w:p w14:paraId="1A735B9D" w14:textId="77777777" w:rsidR="005B3871" w:rsidRDefault="00000000">
                  <w:pPr>
                    <w:keepNext/>
                  </w:pPr>
                  <w:r>
                    <w:rPr>
                      <w:b/>
                      <w:color w:val="000000"/>
                    </w:rPr>
                    <w:t>POVRATNA INFORMACIJA UČITELJICE MED DELOM</w:t>
                  </w:r>
                </w:p>
              </w:tc>
            </w:tr>
          </w:tbl>
          <w:p w14:paraId="2BE3558C" w14:textId="77777777" w:rsidR="005B3871" w:rsidRDefault="005B3871"/>
          <w:p w14:paraId="4B55AB6F"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309E976B" w14:textId="77777777" w:rsidR="005B3871" w:rsidRDefault="005B3871"/>
          <w:p w14:paraId="4F23B265" w14:textId="77777777" w:rsidR="005B3871" w:rsidRDefault="00000000">
            <w:pPr>
              <w:spacing w:after="10" w:line="245" w:lineRule="auto"/>
            </w:pPr>
            <w:r>
              <w:rPr>
                <w:b/>
                <w:color w:val="000000"/>
                <w:sz w:val="16"/>
              </w:rPr>
              <w:t>1. URA</w:t>
            </w:r>
          </w:p>
          <w:p w14:paraId="277FB452" w14:textId="77777777" w:rsidR="005B3871" w:rsidRDefault="00000000">
            <w:pPr>
              <w:spacing w:after="30" w:line="245" w:lineRule="auto"/>
            </w:pPr>
            <w:r>
              <w:rPr>
                <w:color w:val="000000"/>
                <w:sz w:val="16"/>
              </w:rPr>
              <w:t>Postavijo števila na pravo mesto in pot preverijo s štetjem naprej ter nazaj.</w:t>
            </w:r>
          </w:p>
          <w:p w14:paraId="69356948" w14:textId="77777777" w:rsidR="005B3871" w:rsidRDefault="00000000">
            <w:pPr>
              <w:spacing w:line="245" w:lineRule="auto"/>
            </w:pPr>
            <w:r>
              <w:rPr>
                <w:b/>
                <w:color w:val="D95BC6"/>
                <w:sz w:val="16"/>
              </w:rPr>
              <w:t>DOKAZ</w:t>
            </w:r>
          </w:p>
          <w:p w14:paraId="4114D18A" w14:textId="77777777" w:rsidR="005B3871" w:rsidRDefault="00000000">
            <w:pPr>
              <w:spacing w:after="40" w:line="245" w:lineRule="auto"/>
            </w:pPr>
            <w:r>
              <w:rPr>
                <w:color w:val="D95BC6"/>
                <w:sz w:val="15"/>
              </w:rPr>
              <w:t>pravilno urejena talna številska os</w:t>
            </w:r>
          </w:p>
          <w:p w14:paraId="56B76190" w14:textId="77777777" w:rsidR="005B3871" w:rsidRDefault="00000000">
            <w:pPr>
              <w:spacing w:after="10" w:line="245" w:lineRule="auto"/>
            </w:pPr>
            <w:r>
              <w:rPr>
                <w:b/>
                <w:color w:val="000000"/>
                <w:sz w:val="16"/>
              </w:rPr>
              <w:t>2. URA</w:t>
            </w:r>
          </w:p>
          <w:p w14:paraId="5426C7A0" w14:textId="77777777" w:rsidR="005B3871" w:rsidRDefault="00000000">
            <w:pPr>
              <w:spacing w:after="30" w:line="245" w:lineRule="auto"/>
            </w:pPr>
            <w:r>
              <w:rPr>
                <w:color w:val="000000"/>
                <w:sz w:val="16"/>
              </w:rPr>
              <w:t>Primerjajo dve količini, izberejo več/manj/enako ter odločitev pokažejo s pari.</w:t>
            </w:r>
          </w:p>
          <w:p w14:paraId="6EC517B2" w14:textId="77777777" w:rsidR="005B3871" w:rsidRDefault="00000000">
            <w:pPr>
              <w:spacing w:line="245" w:lineRule="auto"/>
            </w:pPr>
            <w:r>
              <w:rPr>
                <w:b/>
                <w:color w:val="D95BC6"/>
                <w:sz w:val="16"/>
              </w:rPr>
              <w:t>DOKAZ</w:t>
            </w:r>
          </w:p>
          <w:p w14:paraId="1A2AE7F3" w14:textId="77777777" w:rsidR="005B3871" w:rsidRDefault="00000000">
            <w:pPr>
              <w:spacing w:after="40" w:line="245" w:lineRule="auto"/>
            </w:pPr>
            <w:r>
              <w:rPr>
                <w:color w:val="D95BC6"/>
                <w:sz w:val="15"/>
              </w:rPr>
              <w:t>primerjava količin z dokazom</w:t>
            </w:r>
          </w:p>
          <w:p w14:paraId="7B11187C" w14:textId="77777777" w:rsidR="005B3871" w:rsidRDefault="00000000">
            <w:pPr>
              <w:spacing w:after="10" w:line="245" w:lineRule="auto"/>
            </w:pPr>
            <w:r>
              <w:rPr>
                <w:b/>
                <w:color w:val="000000"/>
                <w:sz w:val="16"/>
              </w:rPr>
              <w:t>3. URA</w:t>
            </w:r>
          </w:p>
          <w:p w14:paraId="59E54AA0" w14:textId="77777777" w:rsidR="005B3871" w:rsidRDefault="00000000">
            <w:pPr>
              <w:spacing w:after="30" w:line="245" w:lineRule="auto"/>
            </w:pPr>
            <w:r>
              <w:rPr>
                <w:color w:val="000000"/>
                <w:sz w:val="16"/>
              </w:rPr>
              <w:t>Skočijo na predhodnika ali naslednika ter povedo celotno poved.</w:t>
            </w:r>
          </w:p>
          <w:p w14:paraId="4C6CC673" w14:textId="77777777" w:rsidR="005B3871" w:rsidRDefault="00000000">
            <w:pPr>
              <w:spacing w:line="245" w:lineRule="auto"/>
            </w:pPr>
            <w:r>
              <w:rPr>
                <w:b/>
                <w:color w:val="D95BC6"/>
                <w:sz w:val="16"/>
              </w:rPr>
              <w:t>DOKAZ</w:t>
            </w:r>
          </w:p>
          <w:p w14:paraId="0405F9F4" w14:textId="77777777" w:rsidR="005B3871" w:rsidRDefault="00000000">
            <w:pPr>
              <w:spacing w:after="40" w:line="245" w:lineRule="auto"/>
            </w:pPr>
            <w:r>
              <w:rPr>
                <w:color w:val="D95BC6"/>
                <w:sz w:val="15"/>
              </w:rPr>
              <w:t>določen predhodnik in naslednik</w:t>
            </w:r>
          </w:p>
          <w:p w14:paraId="7452C6C0" w14:textId="77777777" w:rsidR="005B3871" w:rsidRDefault="00000000">
            <w:pPr>
              <w:spacing w:after="10" w:line="245" w:lineRule="auto"/>
            </w:pPr>
            <w:r>
              <w:rPr>
                <w:b/>
                <w:color w:val="000000"/>
                <w:sz w:val="16"/>
              </w:rPr>
              <w:t>4. URA</w:t>
            </w:r>
          </w:p>
          <w:p w14:paraId="269FAE09" w14:textId="77777777" w:rsidR="005B3871" w:rsidRDefault="00000000">
            <w:pPr>
              <w:spacing w:after="30" w:line="245" w:lineRule="auto"/>
            </w:pPr>
            <w:r>
              <w:rPr>
                <w:color w:val="000000"/>
                <w:sz w:val="16"/>
              </w:rPr>
              <w:t>Dopolnijo zaporedje ter pojasnijo, katera sosednja števila so uporabili.</w:t>
            </w:r>
          </w:p>
          <w:p w14:paraId="56E45387" w14:textId="77777777" w:rsidR="005B3871" w:rsidRDefault="00000000">
            <w:pPr>
              <w:spacing w:line="245" w:lineRule="auto"/>
            </w:pPr>
            <w:r>
              <w:rPr>
                <w:b/>
                <w:color w:val="D95BC6"/>
                <w:sz w:val="16"/>
              </w:rPr>
              <w:t>DOKAZ</w:t>
            </w:r>
          </w:p>
          <w:p w14:paraId="10654E18" w14:textId="77777777" w:rsidR="005B3871" w:rsidRDefault="00000000">
            <w:pPr>
              <w:spacing w:after="40" w:line="245" w:lineRule="auto"/>
            </w:pPr>
            <w:r>
              <w:rPr>
                <w:color w:val="D95BC6"/>
                <w:sz w:val="15"/>
              </w:rPr>
              <w:t>dopolnjeno zaporedje z razlago</w:t>
            </w:r>
          </w:p>
        </w:tc>
      </w:tr>
    </w:tbl>
    <w:p w14:paraId="36FAEEC0"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1BBDF7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3A61849"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5FE8EE0" w14:textId="77777777" w:rsidR="005B3871" w:rsidRDefault="00000000">
            <w:pPr>
              <w:jc w:val="center"/>
            </w:pPr>
            <w:r>
              <w:rPr>
                <w:b/>
                <w:color w:val="000000"/>
                <w:sz w:val="20"/>
              </w:rPr>
              <w:t>UČNE DEJAVNOSTI, METODE IN FORMATIVNO SPREMLJANJE</w:t>
            </w:r>
          </w:p>
        </w:tc>
      </w:tr>
      <w:tr w:rsidR="005B3871" w14:paraId="22F3D98E" w14:textId="77777777">
        <w:trPr>
          <w:tblHeader/>
          <w:jc w:val="center"/>
        </w:trPr>
        <w:tc>
          <w:tcPr>
            <w:tcW w:w="4422" w:type="dxa"/>
            <w:vMerge/>
            <w:tcMar>
              <w:top w:w="70" w:type="dxa"/>
              <w:left w:w="90" w:type="dxa"/>
              <w:bottom w:w="70" w:type="dxa"/>
              <w:right w:w="90" w:type="dxa"/>
            </w:tcMar>
            <w:vAlign w:val="center"/>
          </w:tcPr>
          <w:p w14:paraId="0F79E6DA" w14:textId="77777777" w:rsidR="005B3871" w:rsidRDefault="005B3871"/>
        </w:tc>
        <w:tc>
          <w:tcPr>
            <w:tcW w:w="7087" w:type="dxa"/>
            <w:shd w:val="clear" w:color="auto" w:fill="FFFFFF"/>
            <w:tcMar>
              <w:top w:w="70" w:type="dxa"/>
              <w:left w:w="90" w:type="dxa"/>
              <w:bottom w:w="70" w:type="dxa"/>
              <w:right w:w="90" w:type="dxa"/>
            </w:tcMar>
            <w:vAlign w:val="center"/>
          </w:tcPr>
          <w:p w14:paraId="5299F942"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7FC3E6D" w14:textId="77777777" w:rsidR="005B3871" w:rsidRDefault="00000000">
            <w:pPr>
              <w:jc w:val="center"/>
            </w:pPr>
            <w:r>
              <w:rPr>
                <w:b/>
                <w:color w:val="000000"/>
              </w:rPr>
              <w:t>UČENEC</w:t>
            </w:r>
          </w:p>
        </w:tc>
      </w:tr>
      <w:tr w:rsidR="005B3871" w14:paraId="028D858A" w14:textId="77777777">
        <w:trPr>
          <w:jc w:val="center"/>
        </w:trPr>
        <w:tc>
          <w:tcPr>
            <w:tcW w:w="4422" w:type="dxa"/>
            <w:tcMar>
              <w:top w:w="70" w:type="dxa"/>
              <w:left w:w="90" w:type="dxa"/>
              <w:bottom w:w="70" w:type="dxa"/>
              <w:right w:w="90" w:type="dxa"/>
            </w:tcMar>
          </w:tcPr>
          <w:p w14:paraId="7FEDDD18" w14:textId="77777777" w:rsidR="005B3871" w:rsidRDefault="005B3871"/>
          <w:p w14:paraId="6347F0FB" w14:textId="77777777" w:rsidR="005B3871" w:rsidRDefault="00000000">
            <w:pPr>
              <w:spacing w:after="40" w:line="245" w:lineRule="auto"/>
            </w:pPr>
            <w:r>
              <w:rPr>
                <w:b/>
                <w:color w:val="000000"/>
              </w:rPr>
              <w:t>FORMATIVNO SPREMLJANJE</w:t>
            </w:r>
          </w:p>
          <w:p w14:paraId="59F4B269" w14:textId="77777777" w:rsidR="005B3871" w:rsidRDefault="00000000">
            <w:pPr>
              <w:pStyle w:val="Oznaenseznam"/>
              <w:spacing w:after="16"/>
            </w:pPr>
            <w:r>
              <w:rPr>
                <w:color w:val="000000"/>
                <w:sz w:val="16"/>
              </w:rPr>
              <w:t>predznanje: začetna strategija, ocena, razvrstitev, model ali risba</w:t>
            </w:r>
          </w:p>
          <w:p w14:paraId="1B6D4F32" w14:textId="77777777" w:rsidR="005B3871" w:rsidRDefault="00000000">
            <w:pPr>
              <w:pStyle w:val="Oznaenseznam"/>
              <w:spacing w:after="16"/>
            </w:pPr>
            <w:r>
              <w:rPr>
                <w:color w:val="000000"/>
                <w:sz w:val="16"/>
              </w:rPr>
              <w:t>dokazi med učenjem: konkretni, gibalni, slikovni in simbolni prikaz ter razlaga postopka</w:t>
            </w:r>
          </w:p>
          <w:p w14:paraId="4B83FDF7" w14:textId="77777777" w:rsidR="005B3871" w:rsidRDefault="00000000">
            <w:pPr>
              <w:pStyle w:val="Oznaenseznam"/>
              <w:spacing w:after="16"/>
            </w:pPr>
            <w:r>
              <w:rPr>
                <w:color w:val="000000"/>
                <w:sz w:val="16"/>
              </w:rPr>
              <w:t>povratna informacija: konkretna, vezana na kriterij in usmerjena v preverjanje ali naslednji korak</w:t>
            </w:r>
          </w:p>
          <w:p w14:paraId="21B2CD8A" w14:textId="77777777" w:rsidR="005B3871" w:rsidRDefault="00000000">
            <w:pPr>
              <w:pStyle w:val="Oznaenseznam"/>
              <w:spacing w:after="16"/>
            </w:pPr>
            <w:r>
              <w:rPr>
                <w:color w:val="000000"/>
                <w:sz w:val="16"/>
              </w:rPr>
              <w:t>samovrednotenje: semafor, lestvica samostojnosti, izbrani dokaz ali kratka poved</w:t>
            </w:r>
          </w:p>
          <w:p w14:paraId="6383F4AF" w14:textId="77777777" w:rsidR="005B3871" w:rsidRDefault="00000000">
            <w:pPr>
              <w:spacing w:before="40" w:after="20" w:line="245" w:lineRule="auto"/>
            </w:pPr>
            <w:r>
              <w:rPr>
                <w:b/>
                <w:color w:val="000000"/>
                <w:sz w:val="17"/>
              </w:rPr>
              <w:t>VARNOST IN ODGOVORNOST</w:t>
            </w:r>
          </w:p>
          <w:p w14:paraId="584EB756"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5EDC4F4F" w14:textId="77777777" w:rsidR="005B3871" w:rsidRDefault="00000000">
            <w:pPr>
              <w:spacing w:after="20" w:line="245" w:lineRule="auto"/>
            </w:pPr>
            <w:r>
              <w:rPr>
                <w:b/>
                <w:color w:val="000000"/>
                <w:sz w:val="17"/>
              </w:rPr>
              <w:t>EVIDENCA PO IZVEDBI</w:t>
            </w:r>
          </w:p>
          <w:p w14:paraId="44DB6736"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30135078"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893573B" w14:textId="77777777">
              <w:trPr>
                <w:jc w:val="center"/>
              </w:trPr>
              <w:tc>
                <w:tcPr>
                  <w:tcW w:w="7087" w:type="dxa"/>
                  <w:shd w:val="clear" w:color="auto" w:fill="EDC9EA"/>
                  <w:tcMar>
                    <w:top w:w="45" w:type="dxa"/>
                    <w:left w:w="70" w:type="dxa"/>
                    <w:bottom w:w="45" w:type="dxa"/>
                    <w:right w:w="70" w:type="dxa"/>
                  </w:tcMar>
                </w:tcPr>
                <w:p w14:paraId="7002DADE" w14:textId="77777777" w:rsidR="005B3871" w:rsidRDefault="00000000">
                  <w:pPr>
                    <w:keepNext/>
                  </w:pPr>
                  <w:r>
                    <w:rPr>
                      <w:b/>
                      <w:color w:val="000000"/>
                    </w:rPr>
                    <w:t>VPRAŠANJA V PODPORO MATEMATIČNEMU UČENJU</w:t>
                  </w:r>
                </w:p>
              </w:tc>
            </w:tr>
          </w:tbl>
          <w:p w14:paraId="07865185" w14:textId="77777777" w:rsidR="005B3871" w:rsidRDefault="005B3871">
            <w:pPr>
              <w:spacing w:line="20" w:lineRule="exact"/>
            </w:pPr>
          </w:p>
          <w:p w14:paraId="46F2220C" w14:textId="77777777" w:rsidR="005B3871" w:rsidRDefault="00000000">
            <w:pPr>
              <w:pStyle w:val="Oznaenseznam"/>
              <w:spacing w:after="16"/>
            </w:pPr>
            <w:r>
              <w:rPr>
                <w:color w:val="000000"/>
                <w:sz w:val="16"/>
              </w:rPr>
              <w:t>Kaj v tvojem modelu, risbi ali zapisu predstavlja posamezni del naloge?</w:t>
            </w:r>
          </w:p>
          <w:p w14:paraId="5211122E" w14:textId="77777777" w:rsidR="005B3871" w:rsidRDefault="00000000">
            <w:pPr>
              <w:pStyle w:val="Oznaenseznam"/>
              <w:spacing w:after="16"/>
            </w:pPr>
            <w:r>
              <w:rPr>
                <w:color w:val="000000"/>
                <w:sz w:val="16"/>
              </w:rPr>
              <w:t>Kako si prišel/-la do rešitve in kako veš, da je smiselna?</w:t>
            </w:r>
          </w:p>
          <w:p w14:paraId="73F35728" w14:textId="77777777" w:rsidR="005B3871" w:rsidRDefault="00000000">
            <w:pPr>
              <w:pStyle w:val="Oznaenseznam"/>
              <w:spacing w:after="16"/>
            </w:pPr>
            <w:r>
              <w:rPr>
                <w:color w:val="000000"/>
                <w:sz w:val="16"/>
              </w:rPr>
              <w:t>Ali lahko isto pokažeš še s predmetom, gibanjem, risbo ali drugim zapisom?</w:t>
            </w:r>
          </w:p>
          <w:p w14:paraId="5963A1AD" w14:textId="77777777" w:rsidR="005B3871" w:rsidRDefault="00000000">
            <w:pPr>
              <w:pStyle w:val="Oznaenseznam"/>
              <w:spacing w:after="16"/>
            </w:pPr>
            <w:r>
              <w:rPr>
                <w:color w:val="000000"/>
                <w:sz w:val="16"/>
              </w:rPr>
              <w:t>Kje bi se lahko zmotil/-a in kako boš rešitev preveril/-a?</w:t>
            </w:r>
          </w:p>
          <w:p w14:paraId="5E3E4555"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370DBBA8" w14:textId="77777777">
              <w:trPr>
                <w:jc w:val="center"/>
              </w:trPr>
              <w:tc>
                <w:tcPr>
                  <w:tcW w:w="7087" w:type="dxa"/>
                  <w:shd w:val="clear" w:color="auto" w:fill="C6E7F3"/>
                  <w:tcMar>
                    <w:top w:w="45" w:type="dxa"/>
                    <w:left w:w="70" w:type="dxa"/>
                    <w:bottom w:w="45" w:type="dxa"/>
                    <w:right w:w="70" w:type="dxa"/>
                  </w:tcMar>
                </w:tcPr>
                <w:p w14:paraId="15F6C5C4" w14:textId="77777777" w:rsidR="005B3871" w:rsidRDefault="00000000">
                  <w:pPr>
                    <w:keepNext/>
                  </w:pPr>
                  <w:r>
                    <w:rPr>
                      <w:b/>
                      <w:color w:val="000000"/>
                    </w:rPr>
                    <w:t>ZAKLJUČNI DEL – UTRJEVANJE IN REFLEKSIJA (10–15 min)</w:t>
                  </w:r>
                </w:p>
              </w:tc>
            </w:tr>
          </w:tbl>
          <w:p w14:paraId="24E4F280" w14:textId="77777777" w:rsidR="005B3871" w:rsidRDefault="005B3871">
            <w:pPr>
              <w:spacing w:line="20" w:lineRule="exact"/>
            </w:pPr>
          </w:p>
          <w:p w14:paraId="7E37E380"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751F27D4" w14:textId="77777777">
              <w:trPr>
                <w:jc w:val="center"/>
              </w:trPr>
              <w:tc>
                <w:tcPr>
                  <w:tcW w:w="7087" w:type="dxa"/>
                  <w:shd w:val="clear" w:color="auto" w:fill="EDC9EA"/>
                  <w:tcMar>
                    <w:top w:w="45" w:type="dxa"/>
                    <w:left w:w="70" w:type="dxa"/>
                    <w:bottom w:w="45" w:type="dxa"/>
                    <w:right w:w="70" w:type="dxa"/>
                  </w:tcMar>
                </w:tcPr>
                <w:p w14:paraId="411F9EE2" w14:textId="77777777" w:rsidR="005B3871" w:rsidRDefault="00000000">
                  <w:pPr>
                    <w:keepNext/>
                  </w:pPr>
                  <w:r>
                    <w:rPr>
                      <w:b/>
                      <w:color w:val="000000"/>
                    </w:rPr>
                    <w:t>SAMOVREDNOTENJE</w:t>
                  </w:r>
                </w:p>
              </w:tc>
            </w:tr>
          </w:tbl>
          <w:p w14:paraId="4747E727" w14:textId="77777777" w:rsidR="005B3871" w:rsidRDefault="005B3871">
            <w:pPr>
              <w:spacing w:line="20" w:lineRule="exact"/>
            </w:pPr>
          </w:p>
          <w:p w14:paraId="2C7B95D1"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59E397F0" w14:textId="77777777">
              <w:trPr>
                <w:jc w:val="center"/>
              </w:trPr>
              <w:tc>
                <w:tcPr>
                  <w:tcW w:w="7087" w:type="dxa"/>
                  <w:shd w:val="clear" w:color="auto" w:fill="EDC9EA"/>
                  <w:tcMar>
                    <w:top w:w="45" w:type="dxa"/>
                    <w:left w:w="70" w:type="dxa"/>
                    <w:bottom w:w="45" w:type="dxa"/>
                    <w:right w:w="70" w:type="dxa"/>
                  </w:tcMar>
                </w:tcPr>
                <w:p w14:paraId="1C2F33D1" w14:textId="77777777" w:rsidR="005B3871" w:rsidRDefault="00000000">
                  <w:pPr>
                    <w:keepNext/>
                  </w:pPr>
                  <w:r>
                    <w:rPr>
                      <w:b/>
                      <w:color w:val="000000"/>
                    </w:rPr>
                    <w:t>VRSTNIŠKO VREDNOTENJE</w:t>
                  </w:r>
                </w:p>
              </w:tc>
            </w:tr>
          </w:tbl>
          <w:p w14:paraId="0B48C92D" w14:textId="77777777" w:rsidR="005B3871" w:rsidRDefault="005B3871">
            <w:pPr>
              <w:spacing w:line="20" w:lineRule="exact"/>
            </w:pPr>
          </w:p>
          <w:p w14:paraId="025A87E9"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75B8EE9D" w14:textId="77777777">
              <w:trPr>
                <w:jc w:val="center"/>
              </w:trPr>
              <w:tc>
                <w:tcPr>
                  <w:tcW w:w="7087" w:type="dxa"/>
                  <w:shd w:val="clear" w:color="auto" w:fill="EDC9EA"/>
                  <w:tcMar>
                    <w:top w:w="45" w:type="dxa"/>
                    <w:left w:w="70" w:type="dxa"/>
                    <w:bottom w:w="45" w:type="dxa"/>
                    <w:right w:w="70" w:type="dxa"/>
                  </w:tcMar>
                </w:tcPr>
                <w:p w14:paraId="661CB0D6" w14:textId="77777777" w:rsidR="005B3871" w:rsidRDefault="00000000">
                  <w:pPr>
                    <w:keepNext/>
                  </w:pPr>
                  <w:r>
                    <w:rPr>
                      <w:b/>
                      <w:color w:val="000000"/>
                    </w:rPr>
                    <w:t>SKUPNI POVZETEK</w:t>
                  </w:r>
                </w:p>
              </w:tc>
            </w:tr>
          </w:tbl>
          <w:p w14:paraId="52A6EAF4" w14:textId="77777777" w:rsidR="005B3871" w:rsidRDefault="005B3871"/>
          <w:p w14:paraId="68907E76" w14:textId="77777777" w:rsidR="005B3871" w:rsidRDefault="00000000">
            <w:pPr>
              <w:spacing w:before="20" w:after="40" w:line="245" w:lineRule="auto"/>
            </w:pPr>
            <w:r>
              <w:rPr>
                <w:b/>
                <w:color w:val="000000"/>
                <w:sz w:val="16"/>
              </w:rPr>
              <w:t>Števila do 5 primerjam in uredim ter na številski osi določim predhodnika in naslednika.</w:t>
            </w:r>
          </w:p>
        </w:tc>
        <w:tc>
          <w:tcPr>
            <w:tcW w:w="2551" w:type="dxa"/>
            <w:tcMar>
              <w:top w:w="70" w:type="dxa"/>
              <w:left w:w="90" w:type="dxa"/>
              <w:bottom w:w="70" w:type="dxa"/>
              <w:right w:w="90" w:type="dxa"/>
            </w:tcMar>
          </w:tcPr>
          <w:p w14:paraId="0A505D52" w14:textId="77777777" w:rsidR="005B3871" w:rsidRDefault="005B3871"/>
          <w:p w14:paraId="4818CE35" w14:textId="77777777" w:rsidR="005B3871" w:rsidRDefault="00000000">
            <w:pPr>
              <w:spacing w:after="100" w:line="245" w:lineRule="auto"/>
            </w:pPr>
            <w:r>
              <w:rPr>
                <w:color w:val="000000"/>
                <w:sz w:val="16"/>
              </w:rPr>
              <w:t>Odgovarja na podporna vprašanja in se sklicuje na svoj model, zapis ali izvedbo.</w:t>
            </w:r>
          </w:p>
          <w:p w14:paraId="7AABA2AA" w14:textId="77777777" w:rsidR="005B3871" w:rsidRDefault="00000000">
            <w:pPr>
              <w:spacing w:after="100" w:line="245" w:lineRule="auto"/>
            </w:pPr>
            <w:r>
              <w:rPr>
                <w:color w:val="000000"/>
                <w:sz w:val="16"/>
              </w:rPr>
              <w:t>Primerja začetno strategijo z novim dokazom ter pojasni, kaj se je naučil/-a.</w:t>
            </w:r>
          </w:p>
          <w:p w14:paraId="258C44AD" w14:textId="77777777" w:rsidR="005B3871" w:rsidRDefault="00000000">
            <w:pPr>
              <w:spacing w:after="100" w:line="245" w:lineRule="auto"/>
            </w:pPr>
            <w:r>
              <w:rPr>
                <w:color w:val="000000"/>
                <w:sz w:val="16"/>
              </w:rPr>
              <w:t>Izbere raven samostojnosti in določi naslednji korak.</w:t>
            </w:r>
          </w:p>
          <w:p w14:paraId="11337080" w14:textId="77777777" w:rsidR="005B3871" w:rsidRDefault="00000000">
            <w:pPr>
              <w:spacing w:after="100" w:line="245" w:lineRule="auto"/>
            </w:pPr>
            <w:r>
              <w:rPr>
                <w:color w:val="000000"/>
                <w:sz w:val="16"/>
              </w:rPr>
              <w:t>Sošolcu poda prijazen in konkreten odziv, vezan na kriterij.</w:t>
            </w:r>
          </w:p>
          <w:p w14:paraId="7D6F9532" w14:textId="77777777" w:rsidR="005B3871" w:rsidRDefault="00000000">
            <w:pPr>
              <w:spacing w:after="20" w:line="245" w:lineRule="auto"/>
            </w:pPr>
            <w:r>
              <w:rPr>
                <w:b/>
                <w:color w:val="D95BC6"/>
                <w:sz w:val="17"/>
              </w:rPr>
              <w:t>DOKAZ O UČENJU</w:t>
            </w:r>
          </w:p>
          <w:p w14:paraId="3CBB8FEF"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A48BE14"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4B3F559F" w14:textId="77777777">
        <w:trPr>
          <w:cantSplit/>
          <w:jc w:val="center"/>
        </w:trPr>
        <w:tc>
          <w:tcPr>
            <w:tcW w:w="14060" w:type="dxa"/>
            <w:gridSpan w:val="6"/>
            <w:tcMar>
              <w:top w:w="70" w:type="dxa"/>
              <w:left w:w="90" w:type="dxa"/>
              <w:bottom w:w="70" w:type="dxa"/>
              <w:right w:w="90" w:type="dxa"/>
            </w:tcMar>
            <w:vAlign w:val="center"/>
          </w:tcPr>
          <w:p w14:paraId="23B0A890" w14:textId="77777777" w:rsidR="005B3871" w:rsidRDefault="00000000">
            <w:pPr>
              <w:jc w:val="center"/>
            </w:pPr>
            <w:r>
              <w:rPr>
                <w:b/>
                <w:color w:val="000000"/>
                <w:sz w:val="24"/>
              </w:rPr>
              <w:lastRenderedPageBreak/>
              <w:t>UČNA PRIPRAVA 8/39</w:t>
            </w:r>
          </w:p>
        </w:tc>
      </w:tr>
      <w:tr w:rsidR="005B3871" w14:paraId="27BB99D7" w14:textId="77777777">
        <w:trPr>
          <w:jc w:val="center"/>
        </w:trPr>
        <w:tc>
          <w:tcPr>
            <w:tcW w:w="2665" w:type="dxa"/>
            <w:tcMar>
              <w:top w:w="70" w:type="dxa"/>
              <w:left w:w="90" w:type="dxa"/>
              <w:bottom w:w="70" w:type="dxa"/>
              <w:right w:w="90" w:type="dxa"/>
            </w:tcMar>
            <w:vAlign w:val="center"/>
          </w:tcPr>
          <w:p w14:paraId="57C4A3FE"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DD426BC"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3EDEBD82"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218FB72" w14:textId="77777777" w:rsidR="005B3871" w:rsidRDefault="00000000">
            <w:r>
              <w:rPr>
                <w:b/>
                <w:color w:val="000000"/>
                <w:sz w:val="16"/>
              </w:rPr>
              <w:t xml:space="preserve">NAČRTOVANI TERMIN: </w:t>
            </w:r>
            <w:r>
              <w:rPr>
                <w:color w:val="000000"/>
                <w:sz w:val="16"/>
              </w:rPr>
              <w:t>8. teden • 19.–23. 10. 2026</w:t>
            </w:r>
          </w:p>
        </w:tc>
        <w:tc>
          <w:tcPr>
            <w:tcW w:w="2268" w:type="dxa"/>
            <w:tcMar>
              <w:top w:w="70" w:type="dxa"/>
              <w:left w:w="90" w:type="dxa"/>
              <w:bottom w:w="70" w:type="dxa"/>
              <w:right w:w="90" w:type="dxa"/>
            </w:tcMar>
            <w:vAlign w:val="center"/>
          </w:tcPr>
          <w:p w14:paraId="13730861"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F151B0D" w14:textId="77777777" w:rsidR="005B3871" w:rsidRDefault="00000000">
            <w:r>
              <w:rPr>
                <w:b/>
                <w:color w:val="000000"/>
                <w:sz w:val="16"/>
              </w:rPr>
              <w:t xml:space="preserve">ŠTEVILO UR: </w:t>
            </w:r>
            <w:r>
              <w:rPr>
                <w:color w:val="000000"/>
                <w:sz w:val="16"/>
              </w:rPr>
              <w:t>3</w:t>
            </w:r>
          </w:p>
        </w:tc>
      </w:tr>
      <w:tr w:rsidR="005B3871" w14:paraId="02177D75" w14:textId="77777777">
        <w:trPr>
          <w:jc w:val="center"/>
        </w:trPr>
        <w:tc>
          <w:tcPr>
            <w:tcW w:w="14061" w:type="dxa"/>
            <w:gridSpan w:val="6"/>
            <w:tcMar>
              <w:top w:w="70" w:type="dxa"/>
              <w:left w:w="90" w:type="dxa"/>
              <w:bottom w:w="70" w:type="dxa"/>
              <w:right w:w="90" w:type="dxa"/>
            </w:tcMar>
            <w:vAlign w:val="center"/>
          </w:tcPr>
          <w:p w14:paraId="630997F5" w14:textId="77777777" w:rsidR="005B3871" w:rsidRDefault="00000000">
            <w:r>
              <w:rPr>
                <w:b/>
                <w:color w:val="000000"/>
                <w:sz w:val="17"/>
              </w:rPr>
              <w:t xml:space="preserve">TIP UČNE URE: </w:t>
            </w:r>
            <w:r>
              <w:rPr>
                <w:color w:val="000000"/>
                <w:sz w:val="17"/>
              </w:rPr>
              <w:t>praktično preverjanje in opisno ocenjevanje z ustno razlago</w:t>
            </w:r>
          </w:p>
        </w:tc>
      </w:tr>
      <w:tr w:rsidR="005B3871" w14:paraId="36F8CD79" w14:textId="77777777">
        <w:trPr>
          <w:cantSplit/>
          <w:jc w:val="center"/>
        </w:trPr>
        <w:tc>
          <w:tcPr>
            <w:tcW w:w="14060" w:type="dxa"/>
            <w:gridSpan w:val="6"/>
            <w:tcMar>
              <w:top w:w="70" w:type="dxa"/>
              <w:left w:w="90" w:type="dxa"/>
              <w:bottom w:w="70" w:type="dxa"/>
              <w:right w:w="90" w:type="dxa"/>
            </w:tcMar>
            <w:vAlign w:val="center"/>
          </w:tcPr>
          <w:p w14:paraId="5A3490BF" w14:textId="77777777" w:rsidR="005B3871" w:rsidRDefault="005B3871"/>
          <w:p w14:paraId="2DA1E5C7" w14:textId="77777777" w:rsidR="005B3871" w:rsidRDefault="00000000">
            <w:pPr>
              <w:spacing w:line="245" w:lineRule="auto"/>
            </w:pPr>
            <w:r>
              <w:rPr>
                <w:b/>
                <w:color w:val="000000"/>
                <w:sz w:val="16"/>
              </w:rPr>
              <w:t xml:space="preserve">UČNI SKLOP: </w:t>
            </w:r>
            <w:r>
              <w:rPr>
                <w:color w:val="000000"/>
                <w:sz w:val="16"/>
              </w:rPr>
              <w:t>VARNA POT IN MOBILNOST</w:t>
            </w:r>
          </w:p>
        </w:tc>
      </w:tr>
      <w:tr w:rsidR="005B3871" w14:paraId="7F84A2E3" w14:textId="77777777">
        <w:trPr>
          <w:cantSplit/>
          <w:jc w:val="center"/>
        </w:trPr>
        <w:tc>
          <w:tcPr>
            <w:tcW w:w="14060" w:type="dxa"/>
            <w:gridSpan w:val="6"/>
            <w:tcMar>
              <w:top w:w="70" w:type="dxa"/>
              <w:left w:w="90" w:type="dxa"/>
              <w:bottom w:w="70" w:type="dxa"/>
              <w:right w:w="90" w:type="dxa"/>
            </w:tcMar>
            <w:vAlign w:val="center"/>
          </w:tcPr>
          <w:p w14:paraId="01EF6E0E" w14:textId="77777777" w:rsidR="005B3871" w:rsidRDefault="005B3871"/>
          <w:p w14:paraId="595DD36B" w14:textId="77777777" w:rsidR="005B3871" w:rsidRDefault="00000000">
            <w:pPr>
              <w:spacing w:line="245" w:lineRule="auto"/>
            </w:pPr>
            <w:r>
              <w:rPr>
                <w:b/>
                <w:color w:val="000000"/>
                <w:sz w:val="16"/>
              </w:rPr>
              <w:t xml:space="preserve">UČNA TEMA: </w:t>
            </w:r>
            <w:r>
              <w:rPr>
                <w:color w:val="000000"/>
                <w:sz w:val="16"/>
              </w:rPr>
              <w:t>OCENJEVANJE – DRUGE OBLIKE</w:t>
            </w:r>
          </w:p>
        </w:tc>
      </w:tr>
      <w:tr w:rsidR="005B3871" w14:paraId="7AF93C96" w14:textId="77777777">
        <w:trPr>
          <w:cantSplit/>
          <w:jc w:val="center"/>
        </w:trPr>
        <w:tc>
          <w:tcPr>
            <w:tcW w:w="14060" w:type="dxa"/>
            <w:gridSpan w:val="6"/>
            <w:tcMar>
              <w:top w:w="70" w:type="dxa"/>
              <w:left w:w="90" w:type="dxa"/>
              <w:bottom w:w="70" w:type="dxa"/>
              <w:right w:w="90" w:type="dxa"/>
            </w:tcMar>
            <w:vAlign w:val="center"/>
          </w:tcPr>
          <w:p w14:paraId="1E69C857" w14:textId="77777777" w:rsidR="005B3871" w:rsidRDefault="005B3871"/>
          <w:p w14:paraId="5B377E68" w14:textId="77777777" w:rsidR="005B3871" w:rsidRDefault="00000000">
            <w:pPr>
              <w:spacing w:line="245" w:lineRule="auto"/>
            </w:pPr>
            <w:r>
              <w:rPr>
                <w:b/>
                <w:color w:val="000000"/>
                <w:sz w:val="16"/>
              </w:rPr>
              <w:t xml:space="preserve">KNJIŽEVNO IZHODIŠČE IN MOTIV: </w:t>
            </w:r>
            <w:r>
              <w:rPr>
                <w:color w:val="000000"/>
                <w:sz w:val="16"/>
              </w:rPr>
              <w:t>»Bremenski mestni godci« – brata Grimm • pot, pogum, sodelovanje in glasba</w:t>
            </w:r>
          </w:p>
        </w:tc>
      </w:tr>
      <w:tr w:rsidR="005B3871" w14:paraId="47B8826F" w14:textId="77777777">
        <w:trPr>
          <w:cantSplit/>
          <w:jc w:val="center"/>
        </w:trPr>
        <w:tc>
          <w:tcPr>
            <w:tcW w:w="14060" w:type="dxa"/>
            <w:gridSpan w:val="6"/>
            <w:tcMar>
              <w:top w:w="70" w:type="dxa"/>
              <w:left w:w="90" w:type="dxa"/>
              <w:bottom w:w="70" w:type="dxa"/>
              <w:right w:w="90" w:type="dxa"/>
            </w:tcMar>
            <w:vAlign w:val="center"/>
          </w:tcPr>
          <w:p w14:paraId="46963A68" w14:textId="77777777" w:rsidR="005B3871" w:rsidRDefault="005B3871"/>
          <w:p w14:paraId="0C4B81A0" w14:textId="77777777" w:rsidR="005B3871" w:rsidRDefault="00000000">
            <w:pPr>
              <w:spacing w:line="245" w:lineRule="auto"/>
            </w:pPr>
            <w:r>
              <w:rPr>
                <w:b/>
                <w:color w:val="000000"/>
                <w:sz w:val="16"/>
              </w:rPr>
              <w:t xml:space="preserve">UČNE ENOTE: </w:t>
            </w:r>
            <w:r>
              <w:rPr>
                <w:color w:val="000000"/>
                <w:sz w:val="16"/>
              </w:rPr>
              <w:t>1. ura – Kriteriji in poskusni zgled • 2. ura – Individualni praktični dokaz • 3. ura – Razlaga in samovrednotenje</w:t>
            </w:r>
          </w:p>
        </w:tc>
      </w:tr>
      <w:tr w:rsidR="005B3871" w14:paraId="76801A81" w14:textId="77777777">
        <w:trPr>
          <w:cantSplit/>
          <w:jc w:val="center"/>
        </w:trPr>
        <w:tc>
          <w:tcPr>
            <w:tcW w:w="14060" w:type="dxa"/>
            <w:gridSpan w:val="6"/>
            <w:tcMar>
              <w:top w:w="70" w:type="dxa"/>
              <w:left w:w="90" w:type="dxa"/>
              <w:bottom w:w="70" w:type="dxa"/>
              <w:right w:w="90" w:type="dxa"/>
            </w:tcMar>
            <w:vAlign w:val="center"/>
          </w:tcPr>
          <w:p w14:paraId="0C70B5B8" w14:textId="77777777" w:rsidR="005B3871" w:rsidRDefault="005B3871"/>
          <w:p w14:paraId="5AF7FBB4"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6FA7A030" w14:textId="77777777">
        <w:trPr>
          <w:cantSplit/>
          <w:jc w:val="center"/>
        </w:trPr>
        <w:tc>
          <w:tcPr>
            <w:tcW w:w="14060" w:type="dxa"/>
            <w:gridSpan w:val="6"/>
            <w:tcMar>
              <w:top w:w="70" w:type="dxa"/>
              <w:left w:w="90" w:type="dxa"/>
              <w:bottom w:w="70" w:type="dxa"/>
              <w:right w:w="90" w:type="dxa"/>
            </w:tcMar>
            <w:vAlign w:val="center"/>
          </w:tcPr>
          <w:p w14:paraId="2B85B935" w14:textId="77777777" w:rsidR="005B3871" w:rsidRDefault="005B3871"/>
          <w:p w14:paraId="441EE0EC"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4051F0A9" w14:textId="77777777">
        <w:trPr>
          <w:cantSplit/>
          <w:jc w:val="center"/>
        </w:trPr>
        <w:tc>
          <w:tcPr>
            <w:tcW w:w="14060" w:type="dxa"/>
            <w:gridSpan w:val="6"/>
            <w:tcMar>
              <w:top w:w="70" w:type="dxa"/>
              <w:left w:w="90" w:type="dxa"/>
              <w:bottom w:w="70" w:type="dxa"/>
              <w:right w:w="90" w:type="dxa"/>
            </w:tcMar>
            <w:vAlign w:val="center"/>
          </w:tcPr>
          <w:p w14:paraId="0CB94535" w14:textId="77777777" w:rsidR="005B3871" w:rsidRDefault="005B3871"/>
          <w:p w14:paraId="3AA0A7CB"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72AA6EBB" w14:textId="77777777">
        <w:trPr>
          <w:cantSplit/>
          <w:jc w:val="center"/>
        </w:trPr>
        <w:tc>
          <w:tcPr>
            <w:tcW w:w="14060" w:type="dxa"/>
            <w:gridSpan w:val="6"/>
            <w:tcMar>
              <w:top w:w="70" w:type="dxa"/>
              <w:left w:w="90" w:type="dxa"/>
              <w:bottom w:w="70" w:type="dxa"/>
              <w:right w:w="90" w:type="dxa"/>
            </w:tcMar>
            <w:vAlign w:val="center"/>
          </w:tcPr>
          <w:p w14:paraId="228A5C09" w14:textId="77777777" w:rsidR="005B3871" w:rsidRDefault="005B3871"/>
          <w:p w14:paraId="30F99A8A" w14:textId="77777777" w:rsidR="005B3871" w:rsidRDefault="00000000">
            <w:pPr>
              <w:spacing w:line="245" w:lineRule="auto"/>
            </w:pPr>
            <w:r>
              <w:rPr>
                <w:b/>
                <w:color w:val="000000"/>
                <w:sz w:val="16"/>
              </w:rPr>
              <w:t xml:space="preserve">MEDPREDMETNE POVEZAVE: </w:t>
            </w:r>
            <w:r>
              <w:rPr>
                <w:color w:val="000000"/>
                <w:sz w:val="16"/>
              </w:rPr>
              <w:t>SLJ – kratka razlaga postopka; SPO – odgovorno delo; ŠPO – mirno prehajanje med postajami</w:t>
            </w:r>
          </w:p>
        </w:tc>
      </w:tr>
      <w:tr w:rsidR="005B3871" w14:paraId="0850270D" w14:textId="77777777">
        <w:trPr>
          <w:cantSplit/>
          <w:jc w:val="center"/>
        </w:trPr>
        <w:tc>
          <w:tcPr>
            <w:tcW w:w="14060" w:type="dxa"/>
            <w:gridSpan w:val="6"/>
            <w:tcMar>
              <w:top w:w="70" w:type="dxa"/>
              <w:left w:w="90" w:type="dxa"/>
              <w:bottom w:w="70" w:type="dxa"/>
              <w:right w:w="90" w:type="dxa"/>
            </w:tcMar>
            <w:vAlign w:val="center"/>
          </w:tcPr>
          <w:p w14:paraId="0F66EA88" w14:textId="77777777" w:rsidR="005B3871" w:rsidRDefault="005B3871"/>
          <w:p w14:paraId="7A401AC6" w14:textId="77777777" w:rsidR="005B3871" w:rsidRDefault="00000000">
            <w:pPr>
              <w:spacing w:line="245" w:lineRule="auto"/>
            </w:pPr>
            <w:r>
              <w:rPr>
                <w:b/>
                <w:color w:val="000000"/>
                <w:sz w:val="16"/>
              </w:rPr>
              <w:t xml:space="preserve">UČNA SREDSTVA IN PRIPOMOČKI: </w:t>
            </w:r>
            <w:r>
              <w:rPr>
                <w:color w:val="000000"/>
                <w:sz w:val="16"/>
              </w:rPr>
              <w:t>ocenjevalni kompleti predmetov, obroči, kartice 0–5, pikovne slike, kriteriji v slikah, opazovalni list, semafor</w:t>
            </w:r>
          </w:p>
        </w:tc>
      </w:tr>
      <w:tr w:rsidR="005B3871" w14:paraId="6A547E2C" w14:textId="77777777">
        <w:trPr>
          <w:cantSplit/>
          <w:jc w:val="center"/>
        </w:trPr>
        <w:tc>
          <w:tcPr>
            <w:tcW w:w="14060" w:type="dxa"/>
            <w:gridSpan w:val="6"/>
            <w:tcMar>
              <w:top w:w="70" w:type="dxa"/>
              <w:left w:w="90" w:type="dxa"/>
              <w:bottom w:w="70" w:type="dxa"/>
              <w:right w:w="90" w:type="dxa"/>
            </w:tcMar>
            <w:vAlign w:val="center"/>
          </w:tcPr>
          <w:p w14:paraId="05F6E0CA" w14:textId="77777777" w:rsidR="005B3871" w:rsidRDefault="005B3871"/>
          <w:p w14:paraId="6B1A484C"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0983DBA7" w14:textId="77777777">
        <w:trPr>
          <w:cantSplit/>
          <w:jc w:val="center"/>
        </w:trPr>
        <w:tc>
          <w:tcPr>
            <w:tcW w:w="14060" w:type="dxa"/>
            <w:gridSpan w:val="6"/>
            <w:tcMar>
              <w:top w:w="70" w:type="dxa"/>
              <w:left w:w="90" w:type="dxa"/>
              <w:bottom w:w="70" w:type="dxa"/>
              <w:right w:w="90" w:type="dxa"/>
            </w:tcMar>
            <w:vAlign w:val="center"/>
          </w:tcPr>
          <w:p w14:paraId="467953D9" w14:textId="77777777" w:rsidR="005B3871" w:rsidRDefault="005B3871"/>
          <w:p w14:paraId="37927AF5" w14:textId="77777777" w:rsidR="005B3871" w:rsidRDefault="00000000">
            <w:pPr>
              <w:spacing w:line="245" w:lineRule="auto"/>
            </w:pPr>
            <w:r>
              <w:rPr>
                <w:b/>
                <w:color w:val="000000"/>
                <w:sz w:val="16"/>
              </w:rPr>
              <w:t xml:space="preserve">OCENJEVANJE / DAN DEJAVNOSTI: </w:t>
            </w:r>
            <w:r>
              <w:rPr>
                <w:color w:val="000000"/>
                <w:sz w:val="16"/>
              </w:rPr>
              <w:t>OCENJEVANJE 1 – DRUGE OBLIKE: individualna praktična naloga in ustna razlaga</w:t>
            </w:r>
          </w:p>
        </w:tc>
      </w:tr>
      <w:tr w:rsidR="005B3871" w14:paraId="6A63565A" w14:textId="77777777">
        <w:trPr>
          <w:cantSplit/>
          <w:jc w:val="center"/>
        </w:trPr>
        <w:tc>
          <w:tcPr>
            <w:tcW w:w="14060" w:type="dxa"/>
            <w:gridSpan w:val="6"/>
            <w:tcMar>
              <w:top w:w="70" w:type="dxa"/>
              <w:left w:w="90" w:type="dxa"/>
              <w:bottom w:w="70" w:type="dxa"/>
              <w:right w:w="90" w:type="dxa"/>
            </w:tcMar>
            <w:vAlign w:val="center"/>
          </w:tcPr>
          <w:p w14:paraId="228E568F" w14:textId="77777777" w:rsidR="005B3871" w:rsidRDefault="005B3871"/>
          <w:p w14:paraId="499B6AF7"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7FF4A59D"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2E7584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7827FF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473A0AA" w14:textId="77777777" w:rsidR="005B3871" w:rsidRDefault="00000000">
            <w:pPr>
              <w:jc w:val="center"/>
            </w:pPr>
            <w:r>
              <w:rPr>
                <w:b/>
                <w:color w:val="000000"/>
                <w:sz w:val="20"/>
              </w:rPr>
              <w:t>UČNE DEJAVNOSTI, METODE IN FORMATIVNO SPREMLJANJE</w:t>
            </w:r>
          </w:p>
        </w:tc>
      </w:tr>
      <w:tr w:rsidR="005B3871" w14:paraId="73192BEC" w14:textId="77777777">
        <w:trPr>
          <w:tblHeader/>
          <w:jc w:val="center"/>
        </w:trPr>
        <w:tc>
          <w:tcPr>
            <w:tcW w:w="4422" w:type="dxa"/>
            <w:vMerge/>
            <w:tcMar>
              <w:top w:w="70" w:type="dxa"/>
              <w:left w:w="90" w:type="dxa"/>
              <w:bottom w:w="70" w:type="dxa"/>
              <w:right w:w="90" w:type="dxa"/>
            </w:tcMar>
            <w:vAlign w:val="center"/>
          </w:tcPr>
          <w:p w14:paraId="70315575" w14:textId="77777777" w:rsidR="005B3871" w:rsidRDefault="005B3871"/>
        </w:tc>
        <w:tc>
          <w:tcPr>
            <w:tcW w:w="7087" w:type="dxa"/>
            <w:shd w:val="clear" w:color="auto" w:fill="FFFFFF"/>
            <w:tcMar>
              <w:top w:w="70" w:type="dxa"/>
              <w:left w:w="90" w:type="dxa"/>
              <w:bottom w:w="70" w:type="dxa"/>
              <w:right w:w="90" w:type="dxa"/>
            </w:tcMar>
            <w:vAlign w:val="center"/>
          </w:tcPr>
          <w:p w14:paraId="2FA84AE9"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64EAB94" w14:textId="77777777" w:rsidR="005B3871" w:rsidRDefault="00000000">
            <w:pPr>
              <w:jc w:val="center"/>
            </w:pPr>
            <w:r>
              <w:rPr>
                <w:b/>
                <w:color w:val="000000"/>
              </w:rPr>
              <w:t>UČENEC</w:t>
            </w:r>
          </w:p>
        </w:tc>
      </w:tr>
      <w:tr w:rsidR="005B3871" w14:paraId="28CE543C" w14:textId="77777777">
        <w:trPr>
          <w:jc w:val="center"/>
        </w:trPr>
        <w:tc>
          <w:tcPr>
            <w:tcW w:w="4422" w:type="dxa"/>
            <w:tcMar>
              <w:top w:w="70" w:type="dxa"/>
              <w:left w:w="90" w:type="dxa"/>
              <w:bottom w:w="70" w:type="dxa"/>
              <w:right w:w="90" w:type="dxa"/>
            </w:tcMar>
          </w:tcPr>
          <w:p w14:paraId="27B6F0CD" w14:textId="77777777" w:rsidR="005B3871" w:rsidRDefault="005B3871"/>
          <w:p w14:paraId="3040A9E3" w14:textId="77777777" w:rsidR="005B3871" w:rsidRDefault="00000000">
            <w:pPr>
              <w:spacing w:after="60" w:line="245" w:lineRule="auto"/>
            </w:pPr>
            <w:r>
              <w:rPr>
                <w:b/>
                <w:color w:val="000000"/>
              </w:rPr>
              <w:t>UČNI CILJI</w:t>
            </w:r>
          </w:p>
          <w:p w14:paraId="3BC232E5" w14:textId="77777777" w:rsidR="005B3871" w:rsidRDefault="00000000">
            <w:pPr>
              <w:spacing w:after="20" w:line="245" w:lineRule="auto"/>
            </w:pPr>
            <w:r>
              <w:rPr>
                <w:b/>
                <w:color w:val="000000"/>
                <w:sz w:val="17"/>
              </w:rPr>
              <w:t>SPLOŠNI</w:t>
            </w:r>
          </w:p>
          <w:p w14:paraId="24275555" w14:textId="77777777" w:rsidR="005B3871" w:rsidRDefault="00000000">
            <w:pPr>
              <w:pStyle w:val="Oznaenseznam"/>
              <w:spacing w:after="16"/>
            </w:pPr>
            <w:r>
              <w:rPr>
                <w:color w:val="000000"/>
                <w:sz w:val="16"/>
              </w:rPr>
              <w:t>razvija številske, prostorske in količinske predstave s konkretnimi izkušnjami</w:t>
            </w:r>
          </w:p>
          <w:p w14:paraId="14016510" w14:textId="77777777" w:rsidR="005B3871" w:rsidRDefault="00000000">
            <w:pPr>
              <w:pStyle w:val="Oznaenseznam"/>
              <w:spacing w:after="16"/>
            </w:pPr>
            <w:r>
              <w:rPr>
                <w:color w:val="000000"/>
                <w:sz w:val="16"/>
              </w:rPr>
              <w:t>rešuje matematične probleme s predmetom, gibanjem, risbo, modelom in simbolom</w:t>
            </w:r>
          </w:p>
          <w:p w14:paraId="148EDFB9" w14:textId="77777777" w:rsidR="005B3871" w:rsidRDefault="00000000">
            <w:pPr>
              <w:pStyle w:val="Oznaenseznam"/>
              <w:spacing w:after="16"/>
            </w:pPr>
            <w:r>
              <w:rPr>
                <w:color w:val="000000"/>
                <w:sz w:val="16"/>
              </w:rPr>
              <w:t>pojasnjuje izbrano strategijo, preverja smiselnost rešitve in posluša rešitve drugih</w:t>
            </w:r>
          </w:p>
          <w:p w14:paraId="48296591" w14:textId="77777777" w:rsidR="005B3871" w:rsidRDefault="00000000">
            <w:pPr>
              <w:pStyle w:val="Oznaenseznam"/>
              <w:spacing w:after="16"/>
            </w:pPr>
            <w:r>
              <w:rPr>
                <w:color w:val="000000"/>
                <w:sz w:val="16"/>
              </w:rPr>
              <w:t>ob namenih in kriterijih spremlja svoje učenje ter uporabi opisno povratno informacijo</w:t>
            </w:r>
          </w:p>
          <w:p w14:paraId="772A4FB4" w14:textId="77777777" w:rsidR="005B3871" w:rsidRDefault="00000000">
            <w:pPr>
              <w:spacing w:before="40" w:after="20" w:line="245" w:lineRule="auto"/>
            </w:pPr>
            <w:r>
              <w:rPr>
                <w:b/>
                <w:color w:val="000000"/>
                <w:sz w:val="17"/>
              </w:rPr>
              <w:t>OPERATIVNI</w:t>
            </w:r>
          </w:p>
          <w:p w14:paraId="2D40990A" w14:textId="77777777" w:rsidR="005B3871" w:rsidRDefault="00000000">
            <w:pPr>
              <w:pStyle w:val="Oznaenseznam"/>
              <w:spacing w:after="16"/>
            </w:pPr>
            <w:r>
              <w:rPr>
                <w:color w:val="000000"/>
                <w:sz w:val="16"/>
              </w:rPr>
              <w:t>razvršča in prireja po izbrani lastnosti</w:t>
            </w:r>
          </w:p>
          <w:p w14:paraId="223BD6CC" w14:textId="77777777" w:rsidR="005B3871" w:rsidRDefault="00000000">
            <w:pPr>
              <w:pStyle w:val="Oznaenseznam"/>
              <w:spacing w:after="16"/>
            </w:pPr>
            <w:r>
              <w:rPr>
                <w:color w:val="000000"/>
                <w:sz w:val="16"/>
              </w:rPr>
              <w:t>šteje in predstavi količine do 5</w:t>
            </w:r>
          </w:p>
          <w:p w14:paraId="6CAC127E" w14:textId="77777777" w:rsidR="005B3871" w:rsidRDefault="00000000">
            <w:pPr>
              <w:pStyle w:val="Oznaenseznam"/>
              <w:spacing w:after="16"/>
            </w:pPr>
            <w:r>
              <w:rPr>
                <w:color w:val="000000"/>
                <w:sz w:val="16"/>
              </w:rPr>
              <w:t>pojasni postopek in samovrednoti dokaz</w:t>
            </w:r>
          </w:p>
          <w:p w14:paraId="204E696E" w14:textId="77777777" w:rsidR="005B3871" w:rsidRDefault="00000000">
            <w:pPr>
              <w:spacing w:before="40" w:after="20" w:line="245" w:lineRule="auto"/>
            </w:pPr>
            <w:r>
              <w:rPr>
                <w:b/>
                <w:color w:val="000000"/>
                <w:sz w:val="17"/>
              </w:rPr>
              <w:t>PRIČAKOVANI DOSEŽKI / STANDARDI</w:t>
            </w:r>
          </w:p>
          <w:p w14:paraId="7B2F6BF6" w14:textId="77777777" w:rsidR="005B3871" w:rsidRDefault="00000000">
            <w:pPr>
              <w:pStyle w:val="Oznaenseznam"/>
              <w:spacing w:after="16"/>
            </w:pPr>
            <w:r>
              <w:rPr>
                <w:color w:val="000000"/>
                <w:sz w:val="16"/>
              </w:rPr>
              <w:t>ob konkretni, slikovni ali gibalni opori razvršča in prireja po izbrani lastnosti</w:t>
            </w:r>
          </w:p>
          <w:p w14:paraId="654DB5C0" w14:textId="77777777" w:rsidR="005B3871" w:rsidRDefault="00000000">
            <w:pPr>
              <w:pStyle w:val="Oznaenseznam"/>
              <w:spacing w:after="16"/>
            </w:pPr>
            <w:r>
              <w:rPr>
                <w:color w:val="000000"/>
                <w:sz w:val="16"/>
              </w:rPr>
              <w:t>ob konkretni, slikovni ali gibalni opori šteje in predstavi količine do 5</w:t>
            </w:r>
          </w:p>
          <w:p w14:paraId="71426A7A" w14:textId="77777777" w:rsidR="005B3871" w:rsidRDefault="00000000">
            <w:pPr>
              <w:pStyle w:val="Oznaenseznam"/>
              <w:spacing w:after="16"/>
            </w:pPr>
            <w:r>
              <w:rPr>
                <w:color w:val="000000"/>
                <w:sz w:val="16"/>
              </w:rPr>
              <w:t>ob konkretni, slikovni ali gibalni opori pojasni postopek in samovrednoti dokaz</w:t>
            </w:r>
          </w:p>
        </w:tc>
        <w:tc>
          <w:tcPr>
            <w:tcW w:w="7087" w:type="dxa"/>
            <w:tcMar>
              <w:top w:w="70" w:type="dxa"/>
              <w:left w:w="90" w:type="dxa"/>
              <w:bottom w:w="70" w:type="dxa"/>
              <w:right w:w="90" w:type="dxa"/>
            </w:tcMar>
          </w:tcPr>
          <w:p w14:paraId="1BFBC175"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BC3310E" w14:textId="77777777">
              <w:trPr>
                <w:jc w:val="center"/>
              </w:trPr>
              <w:tc>
                <w:tcPr>
                  <w:tcW w:w="7087" w:type="dxa"/>
                  <w:shd w:val="clear" w:color="auto" w:fill="C6E7F3"/>
                  <w:tcMar>
                    <w:top w:w="45" w:type="dxa"/>
                    <w:left w:w="70" w:type="dxa"/>
                    <w:bottom w:w="45" w:type="dxa"/>
                    <w:right w:w="70" w:type="dxa"/>
                  </w:tcMar>
                </w:tcPr>
                <w:p w14:paraId="24397827" w14:textId="77777777" w:rsidR="005B3871" w:rsidRDefault="00000000">
                  <w:pPr>
                    <w:keepNext/>
                  </w:pPr>
                  <w:r>
                    <w:rPr>
                      <w:b/>
                      <w:color w:val="000000"/>
                    </w:rPr>
                    <w:t>UVODNI DEL – motivacija, aktivacija predznanja in namen učenja (15–20 min)</w:t>
                  </w:r>
                </w:p>
              </w:tc>
            </w:tr>
          </w:tbl>
          <w:p w14:paraId="1A3DCB77" w14:textId="77777777" w:rsidR="005B3871" w:rsidRDefault="005B3871">
            <w:pPr>
              <w:spacing w:line="20" w:lineRule="exact"/>
            </w:pPr>
          </w:p>
          <w:p w14:paraId="4FB364DA" w14:textId="77777777" w:rsidR="005B3871" w:rsidRDefault="00000000">
            <w:pPr>
              <w:spacing w:before="40" w:after="60" w:line="245" w:lineRule="auto"/>
            </w:pPr>
            <w:r>
              <w:rPr>
                <w:color w:val="000000"/>
                <w:sz w:val="16"/>
              </w:rPr>
              <w:t>Bremenski godci pripravijo tri dokazne izzive. Učenci pred ocenjevanjem obnovijo kriterije: pravilno razvrstim ali priredim, količino do 5 predstavim in svoj postopek kratko razložim.</w:t>
            </w:r>
          </w:p>
          <w:tbl>
            <w:tblPr>
              <w:tblStyle w:val="Tabelamrea"/>
              <w:tblW w:w="0" w:type="auto"/>
              <w:jc w:val="center"/>
              <w:tblLayout w:type="fixed"/>
              <w:tblLook w:val="04A0" w:firstRow="1" w:lastRow="0" w:firstColumn="1" w:lastColumn="0" w:noHBand="0" w:noVBand="1"/>
            </w:tblPr>
            <w:tblGrid>
              <w:gridCol w:w="7087"/>
            </w:tblGrid>
            <w:tr w:rsidR="005B3871" w14:paraId="5F926274" w14:textId="77777777">
              <w:trPr>
                <w:jc w:val="center"/>
              </w:trPr>
              <w:tc>
                <w:tcPr>
                  <w:tcW w:w="7087" w:type="dxa"/>
                  <w:shd w:val="clear" w:color="auto" w:fill="EDC9EA"/>
                  <w:tcMar>
                    <w:top w:w="45" w:type="dxa"/>
                    <w:left w:w="70" w:type="dxa"/>
                    <w:bottom w:w="45" w:type="dxa"/>
                    <w:right w:w="70" w:type="dxa"/>
                  </w:tcMar>
                </w:tcPr>
                <w:p w14:paraId="3030EA1F" w14:textId="77777777" w:rsidR="005B3871" w:rsidRDefault="00000000">
                  <w:pPr>
                    <w:keepNext/>
                  </w:pPr>
                  <w:r>
                    <w:rPr>
                      <w:b/>
                      <w:color w:val="000000"/>
                    </w:rPr>
                    <w:t>NAMENI UČENJA</w:t>
                  </w:r>
                </w:p>
              </w:tc>
            </w:tr>
          </w:tbl>
          <w:p w14:paraId="0DD7E904" w14:textId="77777777" w:rsidR="005B3871" w:rsidRDefault="005B3871">
            <w:pPr>
              <w:spacing w:line="20" w:lineRule="exact"/>
            </w:pPr>
          </w:p>
          <w:p w14:paraId="2F12EF02"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0467EE2E" w14:textId="77777777" w:rsidR="005B3871" w:rsidRDefault="00000000">
            <w:pPr>
              <w:pStyle w:val="Oznaenseznam"/>
              <w:spacing w:after="16"/>
            </w:pPr>
            <w:r>
              <w:rPr>
                <w:color w:val="000000"/>
                <w:sz w:val="16"/>
              </w:rPr>
              <w:t>razvrščam in prirejam po izbrani lastnosti</w:t>
            </w:r>
          </w:p>
          <w:p w14:paraId="22291502" w14:textId="77777777" w:rsidR="005B3871" w:rsidRDefault="00000000">
            <w:pPr>
              <w:pStyle w:val="Oznaenseznam"/>
              <w:spacing w:after="16"/>
            </w:pPr>
            <w:r>
              <w:rPr>
                <w:color w:val="000000"/>
                <w:sz w:val="16"/>
              </w:rPr>
              <w:t>štejem in predstavim količine do 5</w:t>
            </w:r>
          </w:p>
          <w:p w14:paraId="1D17AD58" w14:textId="77777777" w:rsidR="005B3871" w:rsidRDefault="00000000">
            <w:pPr>
              <w:pStyle w:val="Oznaenseznam"/>
              <w:spacing w:after="16"/>
            </w:pPr>
            <w:r>
              <w:rPr>
                <w:color w:val="000000"/>
                <w:sz w:val="16"/>
              </w:rPr>
              <w:t>pojasnim postopek in samovrednotim dokaz</w:t>
            </w:r>
          </w:p>
          <w:tbl>
            <w:tblPr>
              <w:tblStyle w:val="Tabelamrea"/>
              <w:tblW w:w="0" w:type="auto"/>
              <w:jc w:val="center"/>
              <w:tblLayout w:type="fixed"/>
              <w:tblLook w:val="04A0" w:firstRow="1" w:lastRow="0" w:firstColumn="1" w:lastColumn="0" w:noHBand="0" w:noVBand="1"/>
            </w:tblPr>
            <w:tblGrid>
              <w:gridCol w:w="7087"/>
            </w:tblGrid>
            <w:tr w:rsidR="005B3871" w14:paraId="31C084FE" w14:textId="77777777">
              <w:trPr>
                <w:jc w:val="center"/>
              </w:trPr>
              <w:tc>
                <w:tcPr>
                  <w:tcW w:w="7087" w:type="dxa"/>
                  <w:shd w:val="clear" w:color="auto" w:fill="EDC9EA"/>
                  <w:tcMar>
                    <w:top w:w="45" w:type="dxa"/>
                    <w:left w:w="70" w:type="dxa"/>
                    <w:bottom w:w="45" w:type="dxa"/>
                    <w:right w:w="70" w:type="dxa"/>
                  </w:tcMar>
                </w:tcPr>
                <w:p w14:paraId="3061C49D" w14:textId="77777777" w:rsidR="005B3871" w:rsidRDefault="00000000">
                  <w:pPr>
                    <w:keepNext/>
                  </w:pPr>
                  <w:r>
                    <w:rPr>
                      <w:b/>
                      <w:color w:val="000000"/>
                    </w:rPr>
                    <w:t>PREVERJANJE PREDZNANJA</w:t>
                  </w:r>
                </w:p>
              </w:tc>
            </w:tr>
          </w:tbl>
          <w:p w14:paraId="41BAC277" w14:textId="77777777" w:rsidR="005B3871" w:rsidRDefault="005B3871">
            <w:pPr>
              <w:spacing w:line="20" w:lineRule="exact"/>
            </w:pPr>
          </w:p>
          <w:p w14:paraId="34C31FEE" w14:textId="77777777" w:rsidR="005B3871" w:rsidRDefault="00000000">
            <w:pPr>
              <w:pStyle w:val="Oznaenseznam"/>
              <w:spacing w:after="16"/>
            </w:pPr>
            <w:r>
              <w:rPr>
                <w:color w:val="000000"/>
                <w:sz w:val="16"/>
              </w:rPr>
              <w:t>Kateri dokaz pokaže, da res razumem razvrščanje?</w:t>
            </w:r>
          </w:p>
          <w:p w14:paraId="3CACB8FD" w14:textId="77777777" w:rsidR="005B3871" w:rsidRDefault="00000000">
            <w:pPr>
              <w:pStyle w:val="Oznaenseznam"/>
              <w:spacing w:after="16"/>
            </w:pPr>
            <w:r>
              <w:rPr>
                <w:color w:val="000000"/>
                <w:sz w:val="16"/>
              </w:rPr>
              <w:t>Kako si med individualno nalogo pomagam, ne da bi mi drugi povedal rešitev?</w:t>
            </w:r>
          </w:p>
          <w:p w14:paraId="49419F58"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6BC87160" w14:textId="77777777">
              <w:trPr>
                <w:jc w:val="center"/>
              </w:trPr>
              <w:tc>
                <w:tcPr>
                  <w:tcW w:w="7087" w:type="dxa"/>
                  <w:shd w:val="clear" w:color="auto" w:fill="EDC9EA"/>
                  <w:tcMar>
                    <w:top w:w="45" w:type="dxa"/>
                    <w:left w:w="70" w:type="dxa"/>
                    <w:bottom w:w="45" w:type="dxa"/>
                    <w:right w:w="70" w:type="dxa"/>
                  </w:tcMar>
                </w:tcPr>
                <w:p w14:paraId="758AE036" w14:textId="77777777" w:rsidR="005B3871" w:rsidRDefault="00000000">
                  <w:pPr>
                    <w:keepNext/>
                  </w:pPr>
                  <w:r>
                    <w:rPr>
                      <w:b/>
                      <w:color w:val="000000"/>
                    </w:rPr>
                    <w:t>KRITERIJI USPEŠNOSTI</w:t>
                  </w:r>
                </w:p>
              </w:tc>
            </w:tr>
          </w:tbl>
          <w:p w14:paraId="03B25029" w14:textId="77777777" w:rsidR="005B3871" w:rsidRDefault="005B3871"/>
          <w:p w14:paraId="6AB9F81A" w14:textId="77777777" w:rsidR="005B3871" w:rsidRDefault="00000000">
            <w:pPr>
              <w:spacing w:before="20" w:after="20" w:line="245" w:lineRule="auto"/>
            </w:pPr>
            <w:r>
              <w:rPr>
                <w:b/>
                <w:color w:val="000000"/>
                <w:sz w:val="16"/>
              </w:rPr>
              <w:t>Uspešen/-na bom, ko:</w:t>
            </w:r>
          </w:p>
          <w:p w14:paraId="7B6FFB06" w14:textId="77777777" w:rsidR="005B3871" w:rsidRDefault="00000000">
            <w:pPr>
              <w:pStyle w:val="Oznaenseznam"/>
              <w:spacing w:after="16"/>
            </w:pPr>
            <w:r>
              <w:rPr>
                <w:color w:val="000000"/>
                <w:sz w:val="16"/>
              </w:rPr>
              <w:t>razvrščam in prirejam po izbrani lastnosti</w:t>
            </w:r>
          </w:p>
          <w:p w14:paraId="11FDFF82" w14:textId="77777777" w:rsidR="005B3871" w:rsidRDefault="00000000">
            <w:pPr>
              <w:pStyle w:val="Oznaenseznam"/>
              <w:spacing w:after="16"/>
            </w:pPr>
            <w:r>
              <w:rPr>
                <w:color w:val="000000"/>
                <w:sz w:val="16"/>
              </w:rPr>
              <w:t>štejem in predstavim količine do 5</w:t>
            </w:r>
          </w:p>
          <w:p w14:paraId="583FC81C" w14:textId="77777777" w:rsidR="005B3871" w:rsidRDefault="00000000">
            <w:pPr>
              <w:pStyle w:val="Oznaenseznam"/>
              <w:spacing w:after="16"/>
            </w:pPr>
            <w:r>
              <w:rPr>
                <w:color w:val="000000"/>
                <w:sz w:val="16"/>
              </w:rPr>
              <w:t>pojasnim postopek in samovrednotim dokaz</w:t>
            </w:r>
          </w:p>
          <w:p w14:paraId="21ECC89E"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13D92533" w14:textId="77777777" w:rsidR="005B3871" w:rsidRDefault="005B3871"/>
          <w:p w14:paraId="0C74DA2A"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79E23F6B" w14:textId="77777777" w:rsidR="005B3871" w:rsidRDefault="00000000">
            <w:pPr>
              <w:spacing w:after="80" w:line="245" w:lineRule="auto"/>
            </w:pPr>
            <w:r>
              <w:rPr>
                <w:color w:val="000000"/>
                <w:sz w:val="16"/>
              </w:rPr>
              <w:t>Pove, pokaže ali nariše, kako bi nalogo začel. Posluša tudi drugačne strategije.</w:t>
            </w:r>
          </w:p>
          <w:p w14:paraId="77A7D49E" w14:textId="77777777" w:rsidR="005B3871" w:rsidRDefault="00000000">
            <w:pPr>
              <w:spacing w:after="100" w:line="245" w:lineRule="auto"/>
            </w:pPr>
            <w:r>
              <w:rPr>
                <w:color w:val="000000"/>
                <w:sz w:val="16"/>
              </w:rPr>
              <w:t>Sodeluje pri razumevanju namenov in kriterijev uspešnosti.</w:t>
            </w:r>
          </w:p>
          <w:p w14:paraId="7C94AF33" w14:textId="77777777" w:rsidR="005B3871" w:rsidRDefault="00000000">
            <w:pPr>
              <w:spacing w:after="20" w:line="245" w:lineRule="auto"/>
            </w:pPr>
            <w:r>
              <w:rPr>
                <w:b/>
                <w:color w:val="D95BC6"/>
                <w:sz w:val="17"/>
              </w:rPr>
              <w:t>DOKAZ O UČENJU</w:t>
            </w:r>
          </w:p>
          <w:p w14:paraId="6F1236D4" w14:textId="77777777" w:rsidR="005B3871" w:rsidRDefault="00000000">
            <w:pPr>
              <w:spacing w:after="30" w:line="245" w:lineRule="auto"/>
            </w:pPr>
            <w:r>
              <w:rPr>
                <w:color w:val="D95BC6"/>
                <w:sz w:val="16"/>
              </w:rPr>
              <w:t>začetna strategija, razvrstitev, model, risba, gib ali ustni odgovor</w:t>
            </w:r>
          </w:p>
        </w:tc>
      </w:tr>
    </w:tbl>
    <w:p w14:paraId="0E8246F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362E5D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6E8F195"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188AD09" w14:textId="77777777" w:rsidR="005B3871" w:rsidRDefault="00000000">
            <w:pPr>
              <w:jc w:val="center"/>
            </w:pPr>
            <w:r>
              <w:rPr>
                <w:b/>
                <w:color w:val="000000"/>
                <w:sz w:val="20"/>
              </w:rPr>
              <w:t>UČNE DEJAVNOSTI, METODE IN FORMATIVNO SPREMLJANJE</w:t>
            </w:r>
          </w:p>
        </w:tc>
      </w:tr>
      <w:tr w:rsidR="005B3871" w14:paraId="44829000" w14:textId="77777777">
        <w:trPr>
          <w:tblHeader/>
          <w:jc w:val="center"/>
        </w:trPr>
        <w:tc>
          <w:tcPr>
            <w:tcW w:w="4422" w:type="dxa"/>
            <w:vMerge/>
            <w:tcMar>
              <w:top w:w="70" w:type="dxa"/>
              <w:left w:w="90" w:type="dxa"/>
              <w:bottom w:w="70" w:type="dxa"/>
              <w:right w:w="90" w:type="dxa"/>
            </w:tcMar>
            <w:vAlign w:val="center"/>
          </w:tcPr>
          <w:p w14:paraId="541781EE" w14:textId="77777777" w:rsidR="005B3871" w:rsidRDefault="005B3871"/>
        </w:tc>
        <w:tc>
          <w:tcPr>
            <w:tcW w:w="7087" w:type="dxa"/>
            <w:shd w:val="clear" w:color="auto" w:fill="FFFFFF"/>
            <w:tcMar>
              <w:top w:w="70" w:type="dxa"/>
              <w:left w:w="90" w:type="dxa"/>
              <w:bottom w:w="70" w:type="dxa"/>
              <w:right w:w="90" w:type="dxa"/>
            </w:tcMar>
            <w:vAlign w:val="center"/>
          </w:tcPr>
          <w:p w14:paraId="24E05CBB"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E524088" w14:textId="77777777" w:rsidR="005B3871" w:rsidRDefault="00000000">
            <w:pPr>
              <w:jc w:val="center"/>
            </w:pPr>
            <w:r>
              <w:rPr>
                <w:b/>
                <w:color w:val="000000"/>
              </w:rPr>
              <w:t>UČENEC</w:t>
            </w:r>
          </w:p>
        </w:tc>
      </w:tr>
      <w:tr w:rsidR="005B3871" w14:paraId="598713F5" w14:textId="77777777">
        <w:trPr>
          <w:jc w:val="center"/>
        </w:trPr>
        <w:tc>
          <w:tcPr>
            <w:tcW w:w="4422" w:type="dxa"/>
            <w:tcMar>
              <w:top w:w="70" w:type="dxa"/>
              <w:left w:w="90" w:type="dxa"/>
              <w:bottom w:w="70" w:type="dxa"/>
              <w:right w:w="90" w:type="dxa"/>
            </w:tcMar>
          </w:tcPr>
          <w:p w14:paraId="5FDB2DBC" w14:textId="77777777" w:rsidR="005B3871" w:rsidRDefault="005B3871"/>
          <w:p w14:paraId="7676680D" w14:textId="77777777" w:rsidR="005B3871" w:rsidRDefault="00000000">
            <w:pPr>
              <w:spacing w:after="40" w:line="245" w:lineRule="auto"/>
            </w:pPr>
            <w:r>
              <w:rPr>
                <w:b/>
                <w:color w:val="000000"/>
              </w:rPr>
              <w:t>KLJUČNI POJMI</w:t>
            </w:r>
          </w:p>
          <w:p w14:paraId="3782A3FF" w14:textId="77777777" w:rsidR="005B3871" w:rsidRDefault="00000000">
            <w:pPr>
              <w:spacing w:after="60" w:line="245" w:lineRule="auto"/>
            </w:pPr>
            <w:r>
              <w:rPr>
                <w:color w:val="000000"/>
                <w:sz w:val="16"/>
              </w:rPr>
              <w:t>razvrščanje, kriterij, prirejanje, količina, število, dokaz, razlaga, samovrednotenje</w:t>
            </w:r>
          </w:p>
          <w:p w14:paraId="29DA4F6B" w14:textId="77777777" w:rsidR="005B3871" w:rsidRDefault="00000000">
            <w:pPr>
              <w:spacing w:after="20" w:line="245" w:lineRule="auto"/>
            </w:pPr>
            <w:r>
              <w:rPr>
                <w:b/>
                <w:color w:val="000000"/>
                <w:sz w:val="17"/>
              </w:rPr>
              <w:t>DOKAZI O UČENJU</w:t>
            </w:r>
          </w:p>
          <w:p w14:paraId="37259749" w14:textId="77777777" w:rsidR="005B3871" w:rsidRDefault="00000000">
            <w:pPr>
              <w:pStyle w:val="Oznaenseznam"/>
              <w:spacing w:after="16"/>
            </w:pPr>
            <w:r>
              <w:rPr>
                <w:color w:val="000000"/>
                <w:sz w:val="16"/>
              </w:rPr>
              <w:t>razumevanje kriterijev na poskusnem zgledu</w:t>
            </w:r>
          </w:p>
          <w:p w14:paraId="38299613" w14:textId="77777777" w:rsidR="005B3871" w:rsidRDefault="00000000">
            <w:pPr>
              <w:pStyle w:val="Oznaenseznam"/>
              <w:spacing w:after="16"/>
            </w:pPr>
            <w:r>
              <w:rPr>
                <w:color w:val="000000"/>
                <w:sz w:val="16"/>
              </w:rPr>
              <w:t>individualna praktična izvedba</w:t>
            </w:r>
          </w:p>
          <w:p w14:paraId="2E6F267A" w14:textId="77777777" w:rsidR="005B3871" w:rsidRDefault="00000000">
            <w:pPr>
              <w:pStyle w:val="Oznaenseznam"/>
              <w:spacing w:after="16"/>
            </w:pPr>
            <w:r>
              <w:rPr>
                <w:color w:val="000000"/>
                <w:sz w:val="16"/>
              </w:rPr>
              <w:t>ustna razlaga, učiteljev zapis in samovrednotenje</w:t>
            </w:r>
          </w:p>
          <w:p w14:paraId="7923EC69" w14:textId="77777777" w:rsidR="005B3871" w:rsidRDefault="00000000">
            <w:pPr>
              <w:spacing w:before="40" w:after="20" w:line="245" w:lineRule="auto"/>
            </w:pPr>
            <w:r>
              <w:rPr>
                <w:b/>
                <w:color w:val="000000"/>
                <w:sz w:val="17"/>
              </w:rPr>
              <w:t>MEDPREDMETNA POVEZAVA</w:t>
            </w:r>
          </w:p>
          <w:p w14:paraId="72316D08" w14:textId="77777777" w:rsidR="005B3871" w:rsidRDefault="00000000">
            <w:pPr>
              <w:spacing w:after="60" w:line="245" w:lineRule="auto"/>
            </w:pPr>
            <w:r>
              <w:rPr>
                <w:color w:val="000000"/>
                <w:sz w:val="16"/>
              </w:rPr>
              <w:t>SLJ – kratka razlaga postopka; SPO – odgovorno delo; ŠPO – mirno prehajanje med postajami</w:t>
            </w:r>
          </w:p>
          <w:p w14:paraId="6D30B388" w14:textId="77777777" w:rsidR="005B3871" w:rsidRDefault="00000000">
            <w:pPr>
              <w:spacing w:after="20" w:line="245" w:lineRule="auto"/>
            </w:pPr>
            <w:r>
              <w:rPr>
                <w:b/>
                <w:color w:val="000000"/>
                <w:sz w:val="17"/>
              </w:rPr>
              <w:t>POUČEVANJE V GIBANJU</w:t>
            </w:r>
          </w:p>
          <w:p w14:paraId="00644A57"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2284AEAB" w14:textId="77777777" w:rsidR="005B3871" w:rsidRDefault="00000000">
            <w:pPr>
              <w:spacing w:after="20" w:line="245" w:lineRule="auto"/>
            </w:pPr>
            <w:r>
              <w:rPr>
                <w:b/>
                <w:color w:val="000000"/>
                <w:sz w:val="17"/>
              </w:rPr>
              <w:t>DELO PO POSTAJAH</w:t>
            </w:r>
          </w:p>
          <w:p w14:paraId="572D9F67" w14:textId="77777777" w:rsidR="005B3871" w:rsidRDefault="00000000">
            <w:pPr>
              <w:spacing w:after="60" w:line="245" w:lineRule="auto"/>
            </w:pPr>
            <w:r>
              <w:rPr>
                <w:color w:val="000000"/>
                <w:sz w:val="15"/>
              </w:rPr>
              <w:t>Načrtovana rotacija: konkretno-izkušenjska – Kriteriji in poskusni zgled; gibalna/sodelovalna – Individualni praktični dokaz; slikovno-simbolna – Razlaga in samovrednotenje. Pri pisnem ocenjevanju se postaje izvedejo v pripravi, analizi in ponovnem učenju.</w:t>
            </w:r>
          </w:p>
          <w:p w14:paraId="0C490D02" w14:textId="77777777" w:rsidR="005B3871" w:rsidRDefault="00000000">
            <w:pPr>
              <w:spacing w:after="20" w:line="245" w:lineRule="auto"/>
            </w:pPr>
            <w:r>
              <w:rPr>
                <w:b/>
                <w:color w:val="000000"/>
                <w:sz w:val="17"/>
              </w:rPr>
              <w:t>DIFERENCIACIJA IN VKLJUČEVANJE</w:t>
            </w:r>
          </w:p>
          <w:p w14:paraId="6984D05A"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273A099A" w14:textId="77777777" w:rsidR="005B3871" w:rsidRDefault="00000000">
            <w:pPr>
              <w:spacing w:after="20" w:line="245" w:lineRule="auto"/>
            </w:pPr>
            <w:r>
              <w:rPr>
                <w:b/>
                <w:color w:val="000000"/>
                <w:sz w:val="17"/>
              </w:rPr>
              <w:t>SPREMLJANJE</w:t>
            </w:r>
          </w:p>
          <w:p w14:paraId="788F2AEA"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276E4846"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E073C1A" w14:textId="77777777">
              <w:trPr>
                <w:jc w:val="center"/>
              </w:trPr>
              <w:tc>
                <w:tcPr>
                  <w:tcW w:w="7087" w:type="dxa"/>
                  <w:shd w:val="clear" w:color="auto" w:fill="C6E7F3"/>
                  <w:tcMar>
                    <w:top w:w="45" w:type="dxa"/>
                    <w:left w:w="70" w:type="dxa"/>
                    <w:bottom w:w="45" w:type="dxa"/>
                    <w:right w:w="70" w:type="dxa"/>
                  </w:tcMar>
                </w:tcPr>
                <w:p w14:paraId="4CD7633F" w14:textId="77777777" w:rsidR="005B3871" w:rsidRDefault="00000000">
                  <w:pPr>
                    <w:keepNext/>
                  </w:pPr>
                  <w:r>
                    <w:rPr>
                      <w:b/>
                      <w:color w:val="000000"/>
                    </w:rPr>
                    <w:t>GLAVNI DEL – IZKUŠENJSKO IN PROBLEMSKO UČENJE (3 šolske ure)</w:t>
                  </w:r>
                </w:p>
              </w:tc>
            </w:tr>
          </w:tbl>
          <w:p w14:paraId="7699B7F0" w14:textId="77777777" w:rsidR="005B3871" w:rsidRDefault="005B3871">
            <w:pPr>
              <w:spacing w:line="20" w:lineRule="exact"/>
            </w:pPr>
          </w:p>
          <w:p w14:paraId="02327431" w14:textId="77777777" w:rsidR="005B3871" w:rsidRDefault="00000000">
            <w:pPr>
              <w:keepNext/>
              <w:spacing w:before="40" w:after="10" w:line="245" w:lineRule="auto"/>
            </w:pPr>
            <w:r>
              <w:rPr>
                <w:b/>
                <w:color w:val="000000"/>
                <w:sz w:val="17"/>
              </w:rPr>
              <w:t>1. URA – Kriteriji in poskusni zgled</w:t>
            </w:r>
          </w:p>
          <w:p w14:paraId="64A034F8" w14:textId="77777777" w:rsidR="005B3871" w:rsidRDefault="00000000">
            <w:pPr>
              <w:spacing w:after="14" w:line="245" w:lineRule="auto"/>
            </w:pPr>
            <w:r>
              <w:rPr>
                <w:b/>
                <w:color w:val="000000"/>
                <w:sz w:val="16"/>
              </w:rPr>
              <w:t xml:space="preserve">Dejavnost učiteljice: </w:t>
            </w:r>
            <w:r>
              <w:rPr>
                <w:color w:val="000000"/>
                <w:sz w:val="16"/>
              </w:rPr>
              <w:t>Pokaže anonimen zgled ter skupaj z učenci prepozna, kaj je pri njem uspešno.</w:t>
            </w:r>
          </w:p>
          <w:p w14:paraId="711CFEA3" w14:textId="77777777" w:rsidR="005B3871" w:rsidRDefault="00000000">
            <w:pPr>
              <w:spacing w:after="14" w:line="245" w:lineRule="auto"/>
            </w:pPr>
            <w:r>
              <w:rPr>
                <w:b/>
                <w:color w:val="000000"/>
                <w:sz w:val="16"/>
              </w:rPr>
              <w:t xml:space="preserve">Dejavnost učencev: </w:t>
            </w:r>
            <w:r>
              <w:rPr>
                <w:color w:val="000000"/>
                <w:sz w:val="16"/>
              </w:rPr>
              <w:t>Na kratkem poskusnem primeru uporabijo kriterije in zastavijo vprašanje.</w:t>
            </w:r>
          </w:p>
          <w:p w14:paraId="00619D51" w14:textId="77777777" w:rsidR="005B3871" w:rsidRDefault="00000000">
            <w:pPr>
              <w:spacing w:after="24" w:line="245" w:lineRule="auto"/>
            </w:pPr>
            <w:r>
              <w:rPr>
                <w:i/>
                <w:color w:val="D95BC6"/>
                <w:sz w:val="16"/>
              </w:rPr>
              <w:t>Predvideni dokaz: razumevanje kriterijev na poskusnem zgledu.</w:t>
            </w:r>
          </w:p>
          <w:p w14:paraId="3BDCE7B2" w14:textId="77777777" w:rsidR="005B3871" w:rsidRDefault="00000000">
            <w:pPr>
              <w:keepNext/>
              <w:spacing w:before="40" w:after="10" w:line="245" w:lineRule="auto"/>
            </w:pPr>
            <w:r>
              <w:rPr>
                <w:b/>
                <w:color w:val="000000"/>
                <w:sz w:val="17"/>
              </w:rPr>
              <w:t>2. URA – Individualni praktični dokaz</w:t>
            </w:r>
          </w:p>
          <w:p w14:paraId="24B16525" w14:textId="77777777" w:rsidR="005B3871" w:rsidRDefault="00000000">
            <w:pPr>
              <w:spacing w:after="14" w:line="245" w:lineRule="auto"/>
            </w:pPr>
            <w:r>
              <w:rPr>
                <w:b/>
                <w:color w:val="000000"/>
                <w:sz w:val="16"/>
              </w:rPr>
              <w:t xml:space="preserve">Dejavnost učiteljice: </w:t>
            </w:r>
            <w:r>
              <w:rPr>
                <w:color w:val="000000"/>
                <w:sz w:val="16"/>
              </w:rPr>
              <w:t>Vsakemu pripravi primerljivo nalogo razvrščanja, prirejanja in predstavljanja količine; opažanja beleži opisno.</w:t>
            </w:r>
          </w:p>
          <w:p w14:paraId="4481F743" w14:textId="77777777" w:rsidR="005B3871" w:rsidRDefault="00000000">
            <w:pPr>
              <w:spacing w:after="14" w:line="245" w:lineRule="auto"/>
            </w:pPr>
            <w:r>
              <w:rPr>
                <w:b/>
                <w:color w:val="000000"/>
                <w:sz w:val="16"/>
              </w:rPr>
              <w:t xml:space="preserve">Dejavnost učencev: </w:t>
            </w:r>
            <w:r>
              <w:rPr>
                <w:color w:val="000000"/>
                <w:sz w:val="16"/>
              </w:rPr>
              <w:t>Samostojno razvrstijo, priredijo ena proti ena ter pokažejo izbrano količino do 5.</w:t>
            </w:r>
          </w:p>
          <w:p w14:paraId="48F78F5E" w14:textId="77777777" w:rsidR="005B3871" w:rsidRDefault="00000000">
            <w:pPr>
              <w:spacing w:after="24" w:line="245" w:lineRule="auto"/>
            </w:pPr>
            <w:r>
              <w:rPr>
                <w:i/>
                <w:color w:val="D95BC6"/>
                <w:sz w:val="16"/>
              </w:rPr>
              <w:t>Predvideni dokaz: individualna praktična izvedba.</w:t>
            </w:r>
          </w:p>
          <w:p w14:paraId="5C43F4AB" w14:textId="77777777" w:rsidR="005B3871" w:rsidRDefault="00000000">
            <w:pPr>
              <w:keepNext/>
              <w:spacing w:before="40" w:after="10" w:line="245" w:lineRule="auto"/>
            </w:pPr>
            <w:r>
              <w:rPr>
                <w:b/>
                <w:color w:val="000000"/>
                <w:sz w:val="17"/>
              </w:rPr>
              <w:t>3. URA – Razlaga in samovrednotenje</w:t>
            </w:r>
          </w:p>
          <w:p w14:paraId="360E3710" w14:textId="77777777" w:rsidR="005B3871" w:rsidRDefault="00000000">
            <w:pPr>
              <w:spacing w:after="14" w:line="245" w:lineRule="auto"/>
            </w:pPr>
            <w:r>
              <w:rPr>
                <w:b/>
                <w:color w:val="000000"/>
                <w:sz w:val="16"/>
              </w:rPr>
              <w:t xml:space="preserve">Dejavnost učiteljice: </w:t>
            </w:r>
            <w:r>
              <w:rPr>
                <w:color w:val="000000"/>
                <w:sz w:val="16"/>
              </w:rPr>
              <w:t>V kratkem individualnem pogovoru postavi enaka podporna vprašanja in ne vodi do odgovora.</w:t>
            </w:r>
          </w:p>
          <w:p w14:paraId="5A632CB7" w14:textId="77777777" w:rsidR="005B3871" w:rsidRDefault="00000000">
            <w:pPr>
              <w:spacing w:after="14" w:line="245" w:lineRule="auto"/>
            </w:pPr>
            <w:r>
              <w:rPr>
                <w:b/>
                <w:color w:val="000000"/>
                <w:sz w:val="16"/>
              </w:rPr>
              <w:t xml:space="preserve">Dejavnost učencev: </w:t>
            </w:r>
            <w:r>
              <w:rPr>
                <w:color w:val="000000"/>
                <w:sz w:val="16"/>
              </w:rPr>
              <w:t>Pojasnijo kriterij ali strategijo, izberejo svoj najmočnejši dokaz in naslednji korak.</w:t>
            </w:r>
          </w:p>
          <w:p w14:paraId="29B74265" w14:textId="77777777" w:rsidR="005B3871" w:rsidRDefault="00000000">
            <w:pPr>
              <w:spacing w:after="24" w:line="245" w:lineRule="auto"/>
            </w:pPr>
            <w:r>
              <w:rPr>
                <w:i/>
                <w:color w:val="D95BC6"/>
                <w:sz w:val="16"/>
              </w:rPr>
              <w:t>Predvideni dokaz: ustna razlaga, učiteljev zapis in samovrednotenje.</w:t>
            </w:r>
          </w:p>
          <w:tbl>
            <w:tblPr>
              <w:tblStyle w:val="Tabelamrea"/>
              <w:tblW w:w="0" w:type="auto"/>
              <w:jc w:val="center"/>
              <w:tblLayout w:type="fixed"/>
              <w:tblLook w:val="04A0" w:firstRow="1" w:lastRow="0" w:firstColumn="1" w:lastColumn="0" w:noHBand="0" w:noVBand="1"/>
            </w:tblPr>
            <w:tblGrid>
              <w:gridCol w:w="7087"/>
            </w:tblGrid>
            <w:tr w:rsidR="005B3871" w14:paraId="66229325" w14:textId="77777777">
              <w:trPr>
                <w:jc w:val="center"/>
              </w:trPr>
              <w:tc>
                <w:tcPr>
                  <w:tcW w:w="7087" w:type="dxa"/>
                  <w:shd w:val="clear" w:color="auto" w:fill="EDC9EA"/>
                  <w:tcMar>
                    <w:top w:w="45" w:type="dxa"/>
                    <w:left w:w="70" w:type="dxa"/>
                    <w:bottom w:w="45" w:type="dxa"/>
                    <w:right w:w="70" w:type="dxa"/>
                  </w:tcMar>
                </w:tcPr>
                <w:p w14:paraId="767AF554" w14:textId="77777777" w:rsidR="005B3871" w:rsidRDefault="00000000">
                  <w:pPr>
                    <w:keepNext/>
                  </w:pPr>
                  <w:r>
                    <w:rPr>
                      <w:b/>
                      <w:color w:val="000000"/>
                    </w:rPr>
                    <w:t>POVRATNA INFORMACIJA UČITELJICE MED DELOM</w:t>
                  </w:r>
                </w:p>
              </w:tc>
            </w:tr>
          </w:tbl>
          <w:p w14:paraId="5773E78E" w14:textId="77777777" w:rsidR="005B3871" w:rsidRDefault="005B3871"/>
          <w:p w14:paraId="148708C2"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1B67A99C" w14:textId="77777777" w:rsidR="005B3871" w:rsidRDefault="005B3871"/>
          <w:p w14:paraId="72E282D0" w14:textId="77777777" w:rsidR="005B3871" w:rsidRDefault="00000000">
            <w:pPr>
              <w:spacing w:after="10" w:line="245" w:lineRule="auto"/>
            </w:pPr>
            <w:r>
              <w:rPr>
                <w:b/>
                <w:color w:val="000000"/>
                <w:sz w:val="16"/>
              </w:rPr>
              <w:t>1. URA</w:t>
            </w:r>
          </w:p>
          <w:p w14:paraId="76C147CA" w14:textId="77777777" w:rsidR="005B3871" w:rsidRDefault="00000000">
            <w:pPr>
              <w:spacing w:after="30" w:line="245" w:lineRule="auto"/>
            </w:pPr>
            <w:r>
              <w:rPr>
                <w:color w:val="000000"/>
                <w:sz w:val="16"/>
              </w:rPr>
              <w:t>Na kratkem poskusnem primeru uporabijo kriterije in zastavijo vprašanje.</w:t>
            </w:r>
          </w:p>
          <w:p w14:paraId="6FEC15AD" w14:textId="77777777" w:rsidR="005B3871" w:rsidRDefault="00000000">
            <w:pPr>
              <w:spacing w:line="245" w:lineRule="auto"/>
            </w:pPr>
            <w:r>
              <w:rPr>
                <w:b/>
                <w:color w:val="D95BC6"/>
                <w:sz w:val="16"/>
              </w:rPr>
              <w:t>DOKAZ</w:t>
            </w:r>
          </w:p>
          <w:p w14:paraId="4F089372" w14:textId="77777777" w:rsidR="005B3871" w:rsidRDefault="00000000">
            <w:pPr>
              <w:spacing w:after="40" w:line="245" w:lineRule="auto"/>
            </w:pPr>
            <w:r>
              <w:rPr>
                <w:color w:val="D95BC6"/>
                <w:sz w:val="15"/>
              </w:rPr>
              <w:t>razumevanje kriterijev na poskusnem zgledu</w:t>
            </w:r>
          </w:p>
          <w:p w14:paraId="170D5129" w14:textId="77777777" w:rsidR="005B3871" w:rsidRDefault="00000000">
            <w:pPr>
              <w:spacing w:after="10" w:line="245" w:lineRule="auto"/>
            </w:pPr>
            <w:r>
              <w:rPr>
                <w:b/>
                <w:color w:val="000000"/>
                <w:sz w:val="16"/>
              </w:rPr>
              <w:t>2. URA</w:t>
            </w:r>
          </w:p>
          <w:p w14:paraId="74EF5614" w14:textId="77777777" w:rsidR="005B3871" w:rsidRDefault="00000000">
            <w:pPr>
              <w:spacing w:after="30" w:line="245" w:lineRule="auto"/>
            </w:pPr>
            <w:r>
              <w:rPr>
                <w:color w:val="000000"/>
                <w:sz w:val="16"/>
              </w:rPr>
              <w:t>Samostojno razvrstijo, priredijo ena proti ena ter pokažejo izbrano količino do 5.</w:t>
            </w:r>
          </w:p>
          <w:p w14:paraId="1CC62259" w14:textId="77777777" w:rsidR="005B3871" w:rsidRDefault="00000000">
            <w:pPr>
              <w:spacing w:line="245" w:lineRule="auto"/>
            </w:pPr>
            <w:r>
              <w:rPr>
                <w:b/>
                <w:color w:val="D95BC6"/>
                <w:sz w:val="16"/>
              </w:rPr>
              <w:t>DOKAZ</w:t>
            </w:r>
          </w:p>
          <w:p w14:paraId="78206527" w14:textId="77777777" w:rsidR="005B3871" w:rsidRDefault="00000000">
            <w:pPr>
              <w:spacing w:after="40" w:line="245" w:lineRule="auto"/>
            </w:pPr>
            <w:r>
              <w:rPr>
                <w:color w:val="D95BC6"/>
                <w:sz w:val="15"/>
              </w:rPr>
              <w:t>individualna praktična izvedba</w:t>
            </w:r>
          </w:p>
          <w:p w14:paraId="0DD58B8C" w14:textId="77777777" w:rsidR="005B3871" w:rsidRDefault="00000000">
            <w:pPr>
              <w:spacing w:after="10" w:line="245" w:lineRule="auto"/>
            </w:pPr>
            <w:r>
              <w:rPr>
                <w:b/>
                <w:color w:val="000000"/>
                <w:sz w:val="16"/>
              </w:rPr>
              <w:t>3. URA</w:t>
            </w:r>
          </w:p>
          <w:p w14:paraId="54572F6F" w14:textId="77777777" w:rsidR="005B3871" w:rsidRDefault="00000000">
            <w:pPr>
              <w:spacing w:after="30" w:line="245" w:lineRule="auto"/>
            </w:pPr>
            <w:r>
              <w:rPr>
                <w:color w:val="000000"/>
                <w:sz w:val="16"/>
              </w:rPr>
              <w:t>Pojasnijo kriterij ali strategijo, izberejo svoj najmočnejši dokaz in naslednji korak.</w:t>
            </w:r>
          </w:p>
          <w:p w14:paraId="2FC38A4B" w14:textId="77777777" w:rsidR="005B3871" w:rsidRDefault="00000000">
            <w:pPr>
              <w:spacing w:line="245" w:lineRule="auto"/>
            </w:pPr>
            <w:r>
              <w:rPr>
                <w:b/>
                <w:color w:val="D95BC6"/>
                <w:sz w:val="16"/>
              </w:rPr>
              <w:t>DOKAZ</w:t>
            </w:r>
          </w:p>
          <w:p w14:paraId="7B9D3855" w14:textId="77777777" w:rsidR="005B3871" w:rsidRDefault="00000000">
            <w:pPr>
              <w:spacing w:after="40" w:line="245" w:lineRule="auto"/>
            </w:pPr>
            <w:r>
              <w:rPr>
                <w:color w:val="D95BC6"/>
                <w:sz w:val="15"/>
              </w:rPr>
              <w:t>ustna razlaga, učiteljev zapis in samovrednotenje</w:t>
            </w:r>
          </w:p>
        </w:tc>
      </w:tr>
    </w:tbl>
    <w:p w14:paraId="2E157A3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2CB594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8FF6701"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91F59F8" w14:textId="77777777" w:rsidR="005B3871" w:rsidRDefault="00000000">
            <w:pPr>
              <w:jc w:val="center"/>
            </w:pPr>
            <w:r>
              <w:rPr>
                <w:b/>
                <w:color w:val="000000"/>
                <w:sz w:val="20"/>
              </w:rPr>
              <w:t>UČNE DEJAVNOSTI, METODE IN FORMATIVNO SPREMLJANJE</w:t>
            </w:r>
          </w:p>
        </w:tc>
      </w:tr>
      <w:tr w:rsidR="005B3871" w14:paraId="27A447AA" w14:textId="77777777">
        <w:trPr>
          <w:tblHeader/>
          <w:jc w:val="center"/>
        </w:trPr>
        <w:tc>
          <w:tcPr>
            <w:tcW w:w="4422" w:type="dxa"/>
            <w:vMerge/>
            <w:tcMar>
              <w:top w:w="70" w:type="dxa"/>
              <w:left w:w="90" w:type="dxa"/>
              <w:bottom w:w="70" w:type="dxa"/>
              <w:right w:w="90" w:type="dxa"/>
            </w:tcMar>
            <w:vAlign w:val="center"/>
          </w:tcPr>
          <w:p w14:paraId="5E2DF9D9" w14:textId="77777777" w:rsidR="005B3871" w:rsidRDefault="005B3871"/>
        </w:tc>
        <w:tc>
          <w:tcPr>
            <w:tcW w:w="7087" w:type="dxa"/>
            <w:shd w:val="clear" w:color="auto" w:fill="FFFFFF"/>
            <w:tcMar>
              <w:top w:w="70" w:type="dxa"/>
              <w:left w:w="90" w:type="dxa"/>
              <w:bottom w:w="70" w:type="dxa"/>
              <w:right w:w="90" w:type="dxa"/>
            </w:tcMar>
            <w:vAlign w:val="center"/>
          </w:tcPr>
          <w:p w14:paraId="24D6E4FB"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1B4148" w14:textId="77777777" w:rsidR="005B3871" w:rsidRDefault="00000000">
            <w:pPr>
              <w:jc w:val="center"/>
            </w:pPr>
            <w:r>
              <w:rPr>
                <w:b/>
                <w:color w:val="000000"/>
              </w:rPr>
              <w:t>UČENEC</w:t>
            </w:r>
          </w:p>
        </w:tc>
      </w:tr>
      <w:tr w:rsidR="005B3871" w14:paraId="0B840F15" w14:textId="77777777">
        <w:trPr>
          <w:jc w:val="center"/>
        </w:trPr>
        <w:tc>
          <w:tcPr>
            <w:tcW w:w="4422" w:type="dxa"/>
            <w:tcMar>
              <w:top w:w="70" w:type="dxa"/>
              <w:left w:w="90" w:type="dxa"/>
              <w:bottom w:w="70" w:type="dxa"/>
              <w:right w:w="90" w:type="dxa"/>
            </w:tcMar>
          </w:tcPr>
          <w:p w14:paraId="645E1CCC" w14:textId="77777777" w:rsidR="005B3871" w:rsidRDefault="005B3871"/>
          <w:p w14:paraId="0983A85D" w14:textId="77777777" w:rsidR="005B3871" w:rsidRDefault="00000000">
            <w:pPr>
              <w:spacing w:after="40" w:line="245" w:lineRule="auto"/>
            </w:pPr>
            <w:r>
              <w:rPr>
                <w:b/>
                <w:color w:val="000000"/>
              </w:rPr>
              <w:t>FORMATIVNO SPREMLJANJE</w:t>
            </w:r>
          </w:p>
          <w:p w14:paraId="1ADE9AA1" w14:textId="77777777" w:rsidR="005B3871" w:rsidRDefault="00000000">
            <w:pPr>
              <w:pStyle w:val="Oznaenseznam"/>
              <w:spacing w:after="16"/>
            </w:pPr>
            <w:r>
              <w:rPr>
                <w:color w:val="000000"/>
                <w:sz w:val="16"/>
              </w:rPr>
              <w:t>predznanje: začetna strategija, ocena, razvrstitev, model ali risba</w:t>
            </w:r>
          </w:p>
          <w:p w14:paraId="68DED7B8" w14:textId="77777777" w:rsidR="005B3871" w:rsidRDefault="00000000">
            <w:pPr>
              <w:pStyle w:val="Oznaenseznam"/>
              <w:spacing w:after="16"/>
            </w:pPr>
            <w:r>
              <w:rPr>
                <w:color w:val="000000"/>
                <w:sz w:val="16"/>
              </w:rPr>
              <w:t>dokazi med učenjem: konkretni, gibalni, slikovni in simbolni prikaz ter razlaga postopka</w:t>
            </w:r>
          </w:p>
          <w:p w14:paraId="4806A7C0" w14:textId="77777777" w:rsidR="005B3871" w:rsidRDefault="00000000">
            <w:pPr>
              <w:pStyle w:val="Oznaenseznam"/>
              <w:spacing w:after="16"/>
            </w:pPr>
            <w:r>
              <w:rPr>
                <w:color w:val="000000"/>
                <w:sz w:val="16"/>
              </w:rPr>
              <w:t>povratna informacija: konkretna, vezana na kriterij in usmerjena v preverjanje ali naslednji korak</w:t>
            </w:r>
          </w:p>
          <w:p w14:paraId="425E5EE5" w14:textId="77777777" w:rsidR="005B3871" w:rsidRDefault="00000000">
            <w:pPr>
              <w:pStyle w:val="Oznaenseznam"/>
              <w:spacing w:after="16"/>
            </w:pPr>
            <w:r>
              <w:rPr>
                <w:color w:val="000000"/>
                <w:sz w:val="16"/>
              </w:rPr>
              <w:t>samovrednotenje: semafor, lestvica samostojnosti, izbrani dokaz ali kratka poved</w:t>
            </w:r>
          </w:p>
          <w:p w14:paraId="396B517B" w14:textId="77777777" w:rsidR="005B3871" w:rsidRDefault="00000000">
            <w:pPr>
              <w:spacing w:before="40" w:after="20" w:line="245" w:lineRule="auto"/>
            </w:pPr>
            <w:r>
              <w:rPr>
                <w:b/>
                <w:color w:val="000000"/>
                <w:sz w:val="17"/>
              </w:rPr>
              <w:t>VARNOST IN ODGOVORNOST</w:t>
            </w:r>
          </w:p>
          <w:p w14:paraId="6521B0CD"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58888F7F" w14:textId="77777777" w:rsidR="005B3871" w:rsidRDefault="00000000">
            <w:pPr>
              <w:spacing w:after="20" w:line="245" w:lineRule="auto"/>
            </w:pPr>
            <w:r>
              <w:rPr>
                <w:b/>
                <w:color w:val="000000"/>
                <w:sz w:val="17"/>
              </w:rPr>
              <w:t>EVIDENCA PO IZVEDBI</w:t>
            </w:r>
          </w:p>
          <w:p w14:paraId="09F5F1FA"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3B50BA72"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4C8F2F4" w14:textId="77777777">
              <w:trPr>
                <w:jc w:val="center"/>
              </w:trPr>
              <w:tc>
                <w:tcPr>
                  <w:tcW w:w="7087" w:type="dxa"/>
                  <w:shd w:val="clear" w:color="auto" w:fill="EDC9EA"/>
                  <w:tcMar>
                    <w:top w:w="45" w:type="dxa"/>
                    <w:left w:w="70" w:type="dxa"/>
                    <w:bottom w:w="45" w:type="dxa"/>
                    <w:right w:w="70" w:type="dxa"/>
                  </w:tcMar>
                </w:tcPr>
                <w:p w14:paraId="230D6ADA" w14:textId="77777777" w:rsidR="005B3871" w:rsidRDefault="00000000">
                  <w:pPr>
                    <w:keepNext/>
                  </w:pPr>
                  <w:r>
                    <w:rPr>
                      <w:b/>
                      <w:color w:val="000000"/>
                    </w:rPr>
                    <w:t>VPRAŠANJA V PODPORO MATEMATIČNEMU UČENJU</w:t>
                  </w:r>
                </w:p>
              </w:tc>
            </w:tr>
          </w:tbl>
          <w:p w14:paraId="3C1D589A" w14:textId="77777777" w:rsidR="005B3871" w:rsidRDefault="005B3871">
            <w:pPr>
              <w:spacing w:line="20" w:lineRule="exact"/>
            </w:pPr>
          </w:p>
          <w:p w14:paraId="4CDCDD3E" w14:textId="77777777" w:rsidR="005B3871" w:rsidRDefault="00000000">
            <w:pPr>
              <w:pStyle w:val="Oznaenseznam"/>
              <w:spacing w:after="16"/>
            </w:pPr>
            <w:r>
              <w:rPr>
                <w:color w:val="000000"/>
                <w:sz w:val="16"/>
              </w:rPr>
              <w:t>Kaj v tvojem modelu, risbi ali zapisu predstavlja posamezni del naloge?</w:t>
            </w:r>
          </w:p>
          <w:p w14:paraId="5020706F" w14:textId="77777777" w:rsidR="005B3871" w:rsidRDefault="00000000">
            <w:pPr>
              <w:pStyle w:val="Oznaenseznam"/>
              <w:spacing w:after="16"/>
            </w:pPr>
            <w:r>
              <w:rPr>
                <w:color w:val="000000"/>
                <w:sz w:val="16"/>
              </w:rPr>
              <w:t>Kako si prišel/-la do rešitve in kako veš, da je smiselna?</w:t>
            </w:r>
          </w:p>
          <w:p w14:paraId="07863529" w14:textId="77777777" w:rsidR="005B3871" w:rsidRDefault="00000000">
            <w:pPr>
              <w:pStyle w:val="Oznaenseznam"/>
              <w:spacing w:after="16"/>
            </w:pPr>
            <w:r>
              <w:rPr>
                <w:color w:val="000000"/>
                <w:sz w:val="16"/>
              </w:rPr>
              <w:t>Ali lahko isto pokažeš še s predmetom, gibanjem, risbo ali drugim zapisom?</w:t>
            </w:r>
          </w:p>
          <w:p w14:paraId="42B20969" w14:textId="77777777" w:rsidR="005B3871" w:rsidRDefault="00000000">
            <w:pPr>
              <w:pStyle w:val="Oznaenseznam"/>
              <w:spacing w:after="16"/>
            </w:pPr>
            <w:r>
              <w:rPr>
                <w:color w:val="000000"/>
                <w:sz w:val="16"/>
              </w:rPr>
              <w:t>Kje bi se lahko zmotil/-a in kako boš rešitev preveril/-a?</w:t>
            </w:r>
          </w:p>
          <w:p w14:paraId="431FDEBB"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66483744" w14:textId="77777777">
              <w:trPr>
                <w:jc w:val="center"/>
              </w:trPr>
              <w:tc>
                <w:tcPr>
                  <w:tcW w:w="7087" w:type="dxa"/>
                  <w:shd w:val="clear" w:color="auto" w:fill="C6E7F3"/>
                  <w:tcMar>
                    <w:top w:w="45" w:type="dxa"/>
                    <w:left w:w="70" w:type="dxa"/>
                    <w:bottom w:w="45" w:type="dxa"/>
                    <w:right w:w="70" w:type="dxa"/>
                  </w:tcMar>
                </w:tcPr>
                <w:p w14:paraId="38B080C1" w14:textId="77777777" w:rsidR="005B3871" w:rsidRDefault="00000000">
                  <w:pPr>
                    <w:keepNext/>
                  </w:pPr>
                  <w:r>
                    <w:rPr>
                      <w:b/>
                      <w:color w:val="000000"/>
                    </w:rPr>
                    <w:t>ZAKLJUČNI DEL – UTRJEVANJE IN REFLEKSIJA (10–15 min)</w:t>
                  </w:r>
                </w:p>
              </w:tc>
            </w:tr>
          </w:tbl>
          <w:p w14:paraId="7B7D0CA8" w14:textId="77777777" w:rsidR="005B3871" w:rsidRDefault="005B3871">
            <w:pPr>
              <w:spacing w:line="20" w:lineRule="exact"/>
            </w:pPr>
          </w:p>
          <w:p w14:paraId="075B8AE3"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3AD89273" w14:textId="77777777">
              <w:trPr>
                <w:jc w:val="center"/>
              </w:trPr>
              <w:tc>
                <w:tcPr>
                  <w:tcW w:w="7087" w:type="dxa"/>
                  <w:shd w:val="clear" w:color="auto" w:fill="EDC9EA"/>
                  <w:tcMar>
                    <w:top w:w="45" w:type="dxa"/>
                    <w:left w:w="70" w:type="dxa"/>
                    <w:bottom w:w="45" w:type="dxa"/>
                    <w:right w:w="70" w:type="dxa"/>
                  </w:tcMar>
                </w:tcPr>
                <w:p w14:paraId="5DEBD1B2" w14:textId="77777777" w:rsidR="005B3871" w:rsidRDefault="00000000">
                  <w:pPr>
                    <w:keepNext/>
                  </w:pPr>
                  <w:r>
                    <w:rPr>
                      <w:b/>
                      <w:color w:val="000000"/>
                    </w:rPr>
                    <w:t>SAMOVREDNOTENJE</w:t>
                  </w:r>
                </w:p>
              </w:tc>
            </w:tr>
          </w:tbl>
          <w:p w14:paraId="21771820" w14:textId="77777777" w:rsidR="005B3871" w:rsidRDefault="005B3871">
            <w:pPr>
              <w:spacing w:line="20" w:lineRule="exact"/>
            </w:pPr>
          </w:p>
          <w:p w14:paraId="70E54F00"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3B9EF57C" w14:textId="77777777">
              <w:trPr>
                <w:jc w:val="center"/>
              </w:trPr>
              <w:tc>
                <w:tcPr>
                  <w:tcW w:w="7087" w:type="dxa"/>
                  <w:shd w:val="clear" w:color="auto" w:fill="EDC9EA"/>
                  <w:tcMar>
                    <w:top w:w="45" w:type="dxa"/>
                    <w:left w:w="70" w:type="dxa"/>
                    <w:bottom w:w="45" w:type="dxa"/>
                    <w:right w:w="70" w:type="dxa"/>
                  </w:tcMar>
                </w:tcPr>
                <w:p w14:paraId="2814A8DD" w14:textId="77777777" w:rsidR="005B3871" w:rsidRDefault="00000000">
                  <w:pPr>
                    <w:keepNext/>
                  </w:pPr>
                  <w:r>
                    <w:rPr>
                      <w:b/>
                      <w:color w:val="000000"/>
                    </w:rPr>
                    <w:t>VRSTNIŠKO VREDNOTENJE</w:t>
                  </w:r>
                </w:p>
              </w:tc>
            </w:tr>
          </w:tbl>
          <w:p w14:paraId="5C3C6FA9" w14:textId="77777777" w:rsidR="005B3871" w:rsidRDefault="005B3871">
            <w:pPr>
              <w:spacing w:line="20" w:lineRule="exact"/>
            </w:pPr>
          </w:p>
          <w:p w14:paraId="15948987"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2CF8D26D" w14:textId="77777777">
              <w:trPr>
                <w:jc w:val="center"/>
              </w:trPr>
              <w:tc>
                <w:tcPr>
                  <w:tcW w:w="7087" w:type="dxa"/>
                  <w:shd w:val="clear" w:color="auto" w:fill="EDC9EA"/>
                  <w:tcMar>
                    <w:top w:w="45" w:type="dxa"/>
                    <w:left w:w="70" w:type="dxa"/>
                    <w:bottom w:w="45" w:type="dxa"/>
                    <w:right w:w="70" w:type="dxa"/>
                  </w:tcMar>
                </w:tcPr>
                <w:p w14:paraId="7E6CBF6E" w14:textId="77777777" w:rsidR="005B3871" w:rsidRDefault="00000000">
                  <w:pPr>
                    <w:keepNext/>
                  </w:pPr>
                  <w:r>
                    <w:rPr>
                      <w:b/>
                      <w:color w:val="000000"/>
                    </w:rPr>
                    <w:t>SKUPNI POVZETEK</w:t>
                  </w:r>
                </w:p>
              </w:tc>
            </w:tr>
          </w:tbl>
          <w:p w14:paraId="60AD75FD" w14:textId="77777777" w:rsidR="005B3871" w:rsidRDefault="005B3871">
            <w:pPr>
              <w:spacing w:line="20" w:lineRule="exact"/>
            </w:pPr>
          </w:p>
          <w:p w14:paraId="7994554E" w14:textId="77777777" w:rsidR="005B3871" w:rsidRDefault="00000000">
            <w:pPr>
              <w:spacing w:before="20" w:after="40" w:line="245" w:lineRule="auto"/>
            </w:pPr>
            <w:r>
              <w:rPr>
                <w:b/>
                <w:color w:val="000000"/>
                <w:sz w:val="16"/>
              </w:rPr>
              <w:t>Samostojno razvrstim in priredim predmete, predstavim količino do 5 ter pojasnim svoj postopek.</w:t>
            </w:r>
          </w:p>
          <w:tbl>
            <w:tblPr>
              <w:tblStyle w:val="Tabelamrea"/>
              <w:tblW w:w="0" w:type="auto"/>
              <w:jc w:val="center"/>
              <w:tblLayout w:type="fixed"/>
              <w:tblLook w:val="04A0" w:firstRow="1" w:lastRow="0" w:firstColumn="1" w:lastColumn="0" w:noHBand="0" w:noVBand="1"/>
            </w:tblPr>
            <w:tblGrid>
              <w:gridCol w:w="7087"/>
            </w:tblGrid>
            <w:tr w:rsidR="005B3871" w14:paraId="0009B18A" w14:textId="77777777">
              <w:trPr>
                <w:jc w:val="center"/>
              </w:trPr>
              <w:tc>
                <w:tcPr>
                  <w:tcW w:w="7087" w:type="dxa"/>
                  <w:shd w:val="clear" w:color="auto" w:fill="EDC9EA"/>
                  <w:tcMar>
                    <w:top w:w="45" w:type="dxa"/>
                    <w:left w:w="70" w:type="dxa"/>
                    <w:bottom w:w="45" w:type="dxa"/>
                    <w:right w:w="70" w:type="dxa"/>
                  </w:tcMar>
                </w:tcPr>
                <w:p w14:paraId="4A998ED7" w14:textId="77777777" w:rsidR="005B3871" w:rsidRDefault="00000000">
                  <w:pPr>
                    <w:keepNext/>
                  </w:pPr>
                  <w:r>
                    <w:rPr>
                      <w:b/>
                      <w:color w:val="000000"/>
                    </w:rPr>
                    <w:t>OPISNO OCENJEVANJE</w:t>
                  </w:r>
                </w:p>
              </w:tc>
            </w:tr>
          </w:tbl>
          <w:p w14:paraId="0EECB009" w14:textId="77777777" w:rsidR="005B3871" w:rsidRDefault="005B3871"/>
          <w:p w14:paraId="292A05E4" w14:textId="77777777" w:rsidR="005B3871" w:rsidRDefault="00000000">
            <w:pPr>
              <w:spacing w:before="20" w:after="30" w:line="245" w:lineRule="auto"/>
            </w:pPr>
            <w:r>
              <w:rPr>
                <w:color w:val="000000"/>
                <w:sz w:val="16"/>
              </w:rPr>
              <w:t>OCENJEVANJE 1 – DRUGE OBLIKE: individualna praktična naloga in ustna razlaga</w:t>
            </w:r>
          </w:p>
        </w:tc>
        <w:tc>
          <w:tcPr>
            <w:tcW w:w="2551" w:type="dxa"/>
            <w:tcMar>
              <w:top w:w="70" w:type="dxa"/>
              <w:left w:w="90" w:type="dxa"/>
              <w:bottom w:w="70" w:type="dxa"/>
              <w:right w:w="90" w:type="dxa"/>
            </w:tcMar>
          </w:tcPr>
          <w:p w14:paraId="4C30BAF0" w14:textId="77777777" w:rsidR="005B3871" w:rsidRDefault="005B3871"/>
          <w:p w14:paraId="048058EA" w14:textId="77777777" w:rsidR="005B3871" w:rsidRDefault="00000000">
            <w:pPr>
              <w:spacing w:after="100" w:line="245" w:lineRule="auto"/>
            </w:pPr>
            <w:r>
              <w:rPr>
                <w:color w:val="000000"/>
                <w:sz w:val="16"/>
              </w:rPr>
              <w:t>Odgovarja na podporna vprašanja in se sklicuje na svoj model, zapis ali izvedbo.</w:t>
            </w:r>
          </w:p>
          <w:p w14:paraId="4ADFC6AC" w14:textId="77777777" w:rsidR="005B3871" w:rsidRDefault="00000000">
            <w:pPr>
              <w:spacing w:after="100" w:line="245" w:lineRule="auto"/>
            </w:pPr>
            <w:r>
              <w:rPr>
                <w:color w:val="000000"/>
                <w:sz w:val="16"/>
              </w:rPr>
              <w:t>Primerja začetno strategijo z novim dokazom ter pojasni, kaj se je naučil/-a.</w:t>
            </w:r>
          </w:p>
          <w:p w14:paraId="05D5A122" w14:textId="77777777" w:rsidR="005B3871" w:rsidRDefault="00000000">
            <w:pPr>
              <w:spacing w:after="100" w:line="245" w:lineRule="auto"/>
            </w:pPr>
            <w:r>
              <w:rPr>
                <w:color w:val="000000"/>
                <w:sz w:val="16"/>
              </w:rPr>
              <w:t>Izbere raven samostojnosti in določi naslednji korak.</w:t>
            </w:r>
          </w:p>
          <w:p w14:paraId="6F93575C" w14:textId="77777777" w:rsidR="005B3871" w:rsidRDefault="00000000">
            <w:pPr>
              <w:spacing w:after="100" w:line="245" w:lineRule="auto"/>
            </w:pPr>
            <w:r>
              <w:rPr>
                <w:color w:val="000000"/>
                <w:sz w:val="16"/>
              </w:rPr>
              <w:t>Sošolcu poda prijazen in konkreten odziv, vezan na kriterij.</w:t>
            </w:r>
          </w:p>
          <w:p w14:paraId="028B659A" w14:textId="77777777" w:rsidR="005B3871" w:rsidRDefault="00000000">
            <w:pPr>
              <w:spacing w:after="20" w:line="245" w:lineRule="auto"/>
            </w:pPr>
            <w:r>
              <w:rPr>
                <w:b/>
                <w:color w:val="D95BC6"/>
                <w:sz w:val="17"/>
              </w:rPr>
              <w:t>DOKAZ O UČENJU</w:t>
            </w:r>
          </w:p>
          <w:p w14:paraId="38C57E1E"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64435C5D"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06AFFF5A" w14:textId="77777777">
        <w:trPr>
          <w:cantSplit/>
          <w:jc w:val="center"/>
        </w:trPr>
        <w:tc>
          <w:tcPr>
            <w:tcW w:w="14060" w:type="dxa"/>
            <w:gridSpan w:val="6"/>
            <w:tcMar>
              <w:top w:w="70" w:type="dxa"/>
              <w:left w:w="90" w:type="dxa"/>
              <w:bottom w:w="70" w:type="dxa"/>
              <w:right w:w="90" w:type="dxa"/>
            </w:tcMar>
            <w:vAlign w:val="center"/>
          </w:tcPr>
          <w:p w14:paraId="073B3D6C" w14:textId="77777777" w:rsidR="005B3871" w:rsidRDefault="00000000">
            <w:pPr>
              <w:jc w:val="center"/>
            </w:pPr>
            <w:r>
              <w:rPr>
                <w:b/>
                <w:color w:val="000000"/>
                <w:sz w:val="24"/>
              </w:rPr>
              <w:lastRenderedPageBreak/>
              <w:t>UČNA PRIPRAVA 9/39</w:t>
            </w:r>
          </w:p>
        </w:tc>
      </w:tr>
      <w:tr w:rsidR="005B3871" w14:paraId="59E3D906" w14:textId="77777777">
        <w:trPr>
          <w:jc w:val="center"/>
        </w:trPr>
        <w:tc>
          <w:tcPr>
            <w:tcW w:w="2665" w:type="dxa"/>
            <w:tcMar>
              <w:top w:w="70" w:type="dxa"/>
              <w:left w:w="90" w:type="dxa"/>
              <w:bottom w:w="70" w:type="dxa"/>
              <w:right w:w="90" w:type="dxa"/>
            </w:tcMar>
            <w:vAlign w:val="center"/>
          </w:tcPr>
          <w:p w14:paraId="28E3CC21"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61ADCD0"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0F95F4B4"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6D94867" w14:textId="77777777" w:rsidR="005B3871" w:rsidRDefault="00000000">
            <w:r>
              <w:rPr>
                <w:b/>
                <w:color w:val="000000"/>
                <w:sz w:val="16"/>
              </w:rPr>
              <w:t xml:space="preserve">NAČRTOVANI TERMIN: </w:t>
            </w:r>
            <w:r>
              <w:rPr>
                <w:color w:val="000000"/>
                <w:sz w:val="16"/>
              </w:rPr>
              <w:t>9. teden • 2.–6. 11. 2026</w:t>
            </w:r>
          </w:p>
        </w:tc>
        <w:tc>
          <w:tcPr>
            <w:tcW w:w="2268" w:type="dxa"/>
            <w:tcMar>
              <w:top w:w="70" w:type="dxa"/>
              <w:left w:w="90" w:type="dxa"/>
              <w:bottom w:w="70" w:type="dxa"/>
              <w:right w:w="90" w:type="dxa"/>
            </w:tcMar>
            <w:vAlign w:val="center"/>
          </w:tcPr>
          <w:p w14:paraId="58BB54EF"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5B63389" w14:textId="77777777" w:rsidR="005B3871" w:rsidRDefault="00000000">
            <w:r>
              <w:rPr>
                <w:b/>
                <w:color w:val="000000"/>
                <w:sz w:val="16"/>
              </w:rPr>
              <w:t xml:space="preserve">ŠTEVILO UR: </w:t>
            </w:r>
            <w:r>
              <w:rPr>
                <w:color w:val="000000"/>
                <w:sz w:val="16"/>
              </w:rPr>
              <w:t>4</w:t>
            </w:r>
          </w:p>
        </w:tc>
      </w:tr>
      <w:tr w:rsidR="005B3871" w14:paraId="2BAF521A" w14:textId="77777777">
        <w:trPr>
          <w:jc w:val="center"/>
        </w:trPr>
        <w:tc>
          <w:tcPr>
            <w:tcW w:w="14061" w:type="dxa"/>
            <w:gridSpan w:val="6"/>
            <w:tcMar>
              <w:top w:w="70" w:type="dxa"/>
              <w:left w:w="90" w:type="dxa"/>
              <w:bottom w:w="70" w:type="dxa"/>
              <w:right w:w="90" w:type="dxa"/>
            </w:tcMar>
            <w:vAlign w:val="center"/>
          </w:tcPr>
          <w:p w14:paraId="1509953F"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571E80F6" w14:textId="77777777">
        <w:trPr>
          <w:cantSplit/>
          <w:jc w:val="center"/>
        </w:trPr>
        <w:tc>
          <w:tcPr>
            <w:tcW w:w="14060" w:type="dxa"/>
            <w:gridSpan w:val="6"/>
            <w:tcMar>
              <w:top w:w="70" w:type="dxa"/>
              <w:left w:w="90" w:type="dxa"/>
              <w:bottom w:w="70" w:type="dxa"/>
              <w:right w:w="90" w:type="dxa"/>
            </w:tcMar>
            <w:vAlign w:val="center"/>
          </w:tcPr>
          <w:p w14:paraId="7FED7C78" w14:textId="77777777" w:rsidR="005B3871" w:rsidRDefault="005B3871"/>
          <w:p w14:paraId="54CCFD4E" w14:textId="77777777" w:rsidR="005B3871" w:rsidRDefault="00000000">
            <w:pPr>
              <w:spacing w:line="245" w:lineRule="auto"/>
            </w:pPr>
            <w:r>
              <w:rPr>
                <w:b/>
                <w:color w:val="000000"/>
                <w:sz w:val="16"/>
              </w:rPr>
              <w:t xml:space="preserve">UČNI SKLOP: </w:t>
            </w:r>
            <w:r>
              <w:rPr>
                <w:color w:val="000000"/>
                <w:sz w:val="16"/>
              </w:rPr>
              <w:t>JESEN, SNOVI IN ŽIVA BITJA</w:t>
            </w:r>
          </w:p>
        </w:tc>
      </w:tr>
      <w:tr w:rsidR="005B3871" w14:paraId="3CB148CA" w14:textId="77777777">
        <w:trPr>
          <w:cantSplit/>
          <w:jc w:val="center"/>
        </w:trPr>
        <w:tc>
          <w:tcPr>
            <w:tcW w:w="14060" w:type="dxa"/>
            <w:gridSpan w:val="6"/>
            <w:tcMar>
              <w:top w:w="70" w:type="dxa"/>
              <w:left w:w="90" w:type="dxa"/>
              <w:bottom w:w="70" w:type="dxa"/>
              <w:right w:w="90" w:type="dxa"/>
            </w:tcMar>
            <w:vAlign w:val="center"/>
          </w:tcPr>
          <w:p w14:paraId="48463F39" w14:textId="77777777" w:rsidR="005B3871" w:rsidRDefault="005B3871"/>
          <w:p w14:paraId="49F45016" w14:textId="77777777" w:rsidR="005B3871" w:rsidRDefault="00000000">
            <w:pPr>
              <w:spacing w:line="245" w:lineRule="auto"/>
            </w:pPr>
            <w:r>
              <w:rPr>
                <w:b/>
                <w:color w:val="000000"/>
                <w:sz w:val="16"/>
              </w:rPr>
              <w:t xml:space="preserve">UČNA TEMA: </w:t>
            </w:r>
            <w:r>
              <w:rPr>
                <w:color w:val="000000"/>
                <w:sz w:val="16"/>
              </w:rPr>
              <w:t>ŠTEVILA DO 5</w:t>
            </w:r>
          </w:p>
        </w:tc>
      </w:tr>
      <w:tr w:rsidR="005B3871" w14:paraId="14ABF437" w14:textId="77777777">
        <w:trPr>
          <w:cantSplit/>
          <w:jc w:val="center"/>
        </w:trPr>
        <w:tc>
          <w:tcPr>
            <w:tcW w:w="14060" w:type="dxa"/>
            <w:gridSpan w:val="6"/>
            <w:tcMar>
              <w:top w:w="70" w:type="dxa"/>
              <w:left w:w="90" w:type="dxa"/>
              <w:bottom w:w="70" w:type="dxa"/>
              <w:right w:w="90" w:type="dxa"/>
            </w:tcMar>
            <w:vAlign w:val="center"/>
          </w:tcPr>
          <w:p w14:paraId="78423D54" w14:textId="77777777" w:rsidR="005B3871" w:rsidRDefault="005B3871"/>
          <w:p w14:paraId="2037B874" w14:textId="77777777" w:rsidR="005B3871" w:rsidRDefault="00000000">
            <w:pPr>
              <w:spacing w:line="245" w:lineRule="auto"/>
            </w:pPr>
            <w:r>
              <w:rPr>
                <w:b/>
                <w:color w:val="000000"/>
                <w:sz w:val="16"/>
              </w:rPr>
              <w:t xml:space="preserve">KNJIŽEVNO IZHODIŠČE IN MOTIV: </w:t>
            </w:r>
            <w:r>
              <w:rPr>
                <w:color w:val="000000"/>
                <w:sz w:val="16"/>
              </w:rPr>
              <w:t>»Sonček boža tačice« – Srečko Kosovel • sonce, jesensko vreme in čutno doživljanje narave</w:t>
            </w:r>
          </w:p>
        </w:tc>
      </w:tr>
      <w:tr w:rsidR="005B3871" w14:paraId="72A1E187" w14:textId="77777777">
        <w:trPr>
          <w:cantSplit/>
          <w:jc w:val="center"/>
        </w:trPr>
        <w:tc>
          <w:tcPr>
            <w:tcW w:w="14060" w:type="dxa"/>
            <w:gridSpan w:val="6"/>
            <w:tcMar>
              <w:top w:w="70" w:type="dxa"/>
              <w:left w:w="90" w:type="dxa"/>
              <w:bottom w:w="70" w:type="dxa"/>
              <w:right w:w="90" w:type="dxa"/>
            </w:tcMar>
            <w:vAlign w:val="center"/>
          </w:tcPr>
          <w:p w14:paraId="23C48CB1" w14:textId="77777777" w:rsidR="005B3871" w:rsidRDefault="005B3871"/>
          <w:p w14:paraId="46562A4F" w14:textId="77777777" w:rsidR="005B3871" w:rsidRDefault="00000000">
            <w:pPr>
              <w:spacing w:line="245" w:lineRule="auto"/>
            </w:pPr>
            <w:r>
              <w:rPr>
                <w:b/>
                <w:color w:val="000000"/>
                <w:sz w:val="16"/>
              </w:rPr>
              <w:t xml:space="preserve">UČNE ENOTE: </w:t>
            </w:r>
            <w:r>
              <w:rPr>
                <w:color w:val="000000"/>
                <w:sz w:val="16"/>
              </w:rPr>
              <w:t>1. ura – Jesenske količine • 2. ura – Enako število, drugačna slika • 3. ura – Primerjalna tržnica • 4. ura – Sled števke</w:t>
            </w:r>
          </w:p>
        </w:tc>
      </w:tr>
      <w:tr w:rsidR="005B3871" w14:paraId="0BE88A24" w14:textId="77777777">
        <w:trPr>
          <w:cantSplit/>
          <w:jc w:val="center"/>
        </w:trPr>
        <w:tc>
          <w:tcPr>
            <w:tcW w:w="14060" w:type="dxa"/>
            <w:gridSpan w:val="6"/>
            <w:tcMar>
              <w:top w:w="70" w:type="dxa"/>
              <w:left w:w="90" w:type="dxa"/>
              <w:bottom w:w="70" w:type="dxa"/>
              <w:right w:w="90" w:type="dxa"/>
            </w:tcMar>
            <w:vAlign w:val="center"/>
          </w:tcPr>
          <w:p w14:paraId="4755E729" w14:textId="77777777" w:rsidR="005B3871" w:rsidRDefault="005B3871"/>
          <w:p w14:paraId="4591F81F"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4FA04C07" w14:textId="77777777">
        <w:trPr>
          <w:cantSplit/>
          <w:jc w:val="center"/>
        </w:trPr>
        <w:tc>
          <w:tcPr>
            <w:tcW w:w="14060" w:type="dxa"/>
            <w:gridSpan w:val="6"/>
            <w:tcMar>
              <w:top w:w="70" w:type="dxa"/>
              <w:left w:w="90" w:type="dxa"/>
              <w:bottom w:w="70" w:type="dxa"/>
              <w:right w:w="90" w:type="dxa"/>
            </w:tcMar>
            <w:vAlign w:val="center"/>
          </w:tcPr>
          <w:p w14:paraId="7308487D" w14:textId="77777777" w:rsidR="005B3871" w:rsidRDefault="005B3871"/>
          <w:p w14:paraId="1FD1D335"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5BCB0F10" w14:textId="77777777">
        <w:trPr>
          <w:cantSplit/>
          <w:jc w:val="center"/>
        </w:trPr>
        <w:tc>
          <w:tcPr>
            <w:tcW w:w="14060" w:type="dxa"/>
            <w:gridSpan w:val="6"/>
            <w:tcMar>
              <w:top w:w="70" w:type="dxa"/>
              <w:left w:w="90" w:type="dxa"/>
              <w:bottom w:w="70" w:type="dxa"/>
              <w:right w:w="90" w:type="dxa"/>
            </w:tcMar>
            <w:vAlign w:val="center"/>
          </w:tcPr>
          <w:p w14:paraId="53919616" w14:textId="77777777" w:rsidR="005B3871" w:rsidRDefault="005B3871"/>
          <w:p w14:paraId="1337B944"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787C5E1F" w14:textId="77777777">
        <w:trPr>
          <w:cantSplit/>
          <w:jc w:val="center"/>
        </w:trPr>
        <w:tc>
          <w:tcPr>
            <w:tcW w:w="14060" w:type="dxa"/>
            <w:gridSpan w:val="6"/>
            <w:tcMar>
              <w:top w:w="70" w:type="dxa"/>
              <w:left w:w="90" w:type="dxa"/>
              <w:bottom w:w="70" w:type="dxa"/>
              <w:right w:w="90" w:type="dxa"/>
            </w:tcMar>
            <w:vAlign w:val="center"/>
          </w:tcPr>
          <w:p w14:paraId="180DBCD8" w14:textId="77777777" w:rsidR="005B3871" w:rsidRDefault="005B3871"/>
          <w:p w14:paraId="621270C0" w14:textId="77777777" w:rsidR="005B3871" w:rsidRDefault="00000000">
            <w:pPr>
              <w:spacing w:line="245" w:lineRule="auto"/>
            </w:pPr>
            <w:r>
              <w:rPr>
                <w:b/>
                <w:color w:val="000000"/>
                <w:sz w:val="16"/>
              </w:rPr>
              <w:t xml:space="preserve">MEDPREDMETNE POVEZAVE: </w:t>
            </w:r>
            <w:r>
              <w:rPr>
                <w:color w:val="000000"/>
                <w:sz w:val="16"/>
              </w:rPr>
              <w:t>SLJ – utemeljitev; SPO – jesenski plodovi; LUM – razporeditev; ŠPO – hoja po števki</w:t>
            </w:r>
          </w:p>
        </w:tc>
      </w:tr>
      <w:tr w:rsidR="005B3871" w14:paraId="7C1288E2" w14:textId="77777777">
        <w:trPr>
          <w:cantSplit/>
          <w:jc w:val="center"/>
        </w:trPr>
        <w:tc>
          <w:tcPr>
            <w:tcW w:w="14060" w:type="dxa"/>
            <w:gridSpan w:val="6"/>
            <w:tcMar>
              <w:top w:w="70" w:type="dxa"/>
              <w:left w:w="90" w:type="dxa"/>
              <w:bottom w:w="70" w:type="dxa"/>
              <w:right w:w="90" w:type="dxa"/>
            </w:tcMar>
            <w:vAlign w:val="center"/>
          </w:tcPr>
          <w:p w14:paraId="5633CC70" w14:textId="77777777" w:rsidR="005B3871" w:rsidRDefault="005B3871"/>
          <w:p w14:paraId="1C36C439" w14:textId="77777777" w:rsidR="005B3871" w:rsidRDefault="00000000">
            <w:pPr>
              <w:spacing w:line="245" w:lineRule="auto"/>
            </w:pPr>
            <w:r>
              <w:rPr>
                <w:b/>
                <w:color w:val="000000"/>
                <w:sz w:val="16"/>
              </w:rPr>
              <w:t xml:space="preserve">UČNA SREDSTVA IN PRIPOMOČKI: </w:t>
            </w:r>
            <w:r>
              <w:rPr>
                <w:color w:val="000000"/>
                <w:sz w:val="16"/>
              </w:rPr>
              <w:t>jesenski plodovi ali modeli, košarice, kartice 0–5, znaki primerjave z besedami, talne števke, pladnji s peskom</w:t>
            </w:r>
          </w:p>
        </w:tc>
      </w:tr>
      <w:tr w:rsidR="005B3871" w14:paraId="63D0FBE6" w14:textId="77777777">
        <w:trPr>
          <w:cantSplit/>
          <w:jc w:val="center"/>
        </w:trPr>
        <w:tc>
          <w:tcPr>
            <w:tcW w:w="14060" w:type="dxa"/>
            <w:gridSpan w:val="6"/>
            <w:tcMar>
              <w:top w:w="70" w:type="dxa"/>
              <w:left w:w="90" w:type="dxa"/>
              <w:bottom w:w="70" w:type="dxa"/>
              <w:right w:w="90" w:type="dxa"/>
            </w:tcMar>
            <w:vAlign w:val="center"/>
          </w:tcPr>
          <w:p w14:paraId="6E1A3F8F" w14:textId="77777777" w:rsidR="005B3871" w:rsidRDefault="005B3871"/>
          <w:p w14:paraId="00053BBA"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4661BD48" w14:textId="77777777">
        <w:trPr>
          <w:cantSplit/>
          <w:jc w:val="center"/>
        </w:trPr>
        <w:tc>
          <w:tcPr>
            <w:tcW w:w="14060" w:type="dxa"/>
            <w:gridSpan w:val="6"/>
            <w:tcMar>
              <w:top w:w="70" w:type="dxa"/>
              <w:left w:w="90" w:type="dxa"/>
              <w:bottom w:w="70" w:type="dxa"/>
              <w:right w:w="90" w:type="dxa"/>
            </w:tcMar>
            <w:vAlign w:val="center"/>
          </w:tcPr>
          <w:p w14:paraId="635CA2A3" w14:textId="77777777" w:rsidR="005B3871" w:rsidRDefault="005B3871"/>
          <w:p w14:paraId="73D8271F"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28FE7BE9" w14:textId="77777777">
        <w:trPr>
          <w:cantSplit/>
          <w:jc w:val="center"/>
        </w:trPr>
        <w:tc>
          <w:tcPr>
            <w:tcW w:w="14060" w:type="dxa"/>
            <w:gridSpan w:val="6"/>
            <w:tcMar>
              <w:top w:w="70" w:type="dxa"/>
              <w:left w:w="90" w:type="dxa"/>
              <w:bottom w:w="70" w:type="dxa"/>
              <w:right w:w="90" w:type="dxa"/>
            </w:tcMar>
            <w:vAlign w:val="center"/>
          </w:tcPr>
          <w:p w14:paraId="2EA75816" w14:textId="77777777" w:rsidR="005B3871" w:rsidRDefault="005B3871"/>
          <w:p w14:paraId="64EB112B"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45E45297"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0532D40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41467E"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A3A2F3B" w14:textId="77777777" w:rsidR="005B3871" w:rsidRDefault="00000000">
            <w:pPr>
              <w:jc w:val="center"/>
            </w:pPr>
            <w:r>
              <w:rPr>
                <w:b/>
                <w:color w:val="000000"/>
                <w:sz w:val="20"/>
              </w:rPr>
              <w:t>UČNE DEJAVNOSTI, METODE IN FORMATIVNO SPREMLJANJE</w:t>
            </w:r>
          </w:p>
        </w:tc>
      </w:tr>
      <w:tr w:rsidR="005B3871" w14:paraId="776F6155" w14:textId="77777777">
        <w:trPr>
          <w:tblHeader/>
          <w:jc w:val="center"/>
        </w:trPr>
        <w:tc>
          <w:tcPr>
            <w:tcW w:w="4422" w:type="dxa"/>
            <w:vMerge/>
            <w:tcMar>
              <w:top w:w="70" w:type="dxa"/>
              <w:left w:w="90" w:type="dxa"/>
              <w:bottom w:w="70" w:type="dxa"/>
              <w:right w:w="90" w:type="dxa"/>
            </w:tcMar>
            <w:vAlign w:val="center"/>
          </w:tcPr>
          <w:p w14:paraId="09FC27F2" w14:textId="77777777" w:rsidR="005B3871" w:rsidRDefault="005B3871"/>
        </w:tc>
        <w:tc>
          <w:tcPr>
            <w:tcW w:w="7087" w:type="dxa"/>
            <w:shd w:val="clear" w:color="auto" w:fill="FFFFFF"/>
            <w:tcMar>
              <w:top w:w="70" w:type="dxa"/>
              <w:left w:w="90" w:type="dxa"/>
              <w:bottom w:w="70" w:type="dxa"/>
              <w:right w:w="90" w:type="dxa"/>
            </w:tcMar>
            <w:vAlign w:val="center"/>
          </w:tcPr>
          <w:p w14:paraId="299532E0"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BCD8B8C" w14:textId="77777777" w:rsidR="005B3871" w:rsidRDefault="00000000">
            <w:pPr>
              <w:jc w:val="center"/>
            </w:pPr>
            <w:r>
              <w:rPr>
                <w:b/>
                <w:color w:val="000000"/>
              </w:rPr>
              <w:t>UČENEC</w:t>
            </w:r>
          </w:p>
        </w:tc>
      </w:tr>
      <w:tr w:rsidR="005B3871" w14:paraId="1ED4D461" w14:textId="77777777">
        <w:trPr>
          <w:jc w:val="center"/>
        </w:trPr>
        <w:tc>
          <w:tcPr>
            <w:tcW w:w="4422" w:type="dxa"/>
            <w:tcMar>
              <w:top w:w="70" w:type="dxa"/>
              <w:left w:w="90" w:type="dxa"/>
              <w:bottom w:w="70" w:type="dxa"/>
              <w:right w:w="90" w:type="dxa"/>
            </w:tcMar>
          </w:tcPr>
          <w:p w14:paraId="06F5F42A" w14:textId="77777777" w:rsidR="005B3871" w:rsidRDefault="005B3871"/>
          <w:p w14:paraId="24A4B385" w14:textId="77777777" w:rsidR="005B3871" w:rsidRDefault="00000000">
            <w:pPr>
              <w:spacing w:after="60" w:line="245" w:lineRule="auto"/>
            </w:pPr>
            <w:r>
              <w:rPr>
                <w:b/>
                <w:color w:val="000000"/>
              </w:rPr>
              <w:t>UČNI CILJI</w:t>
            </w:r>
          </w:p>
          <w:p w14:paraId="5D87BB00" w14:textId="77777777" w:rsidR="005B3871" w:rsidRDefault="00000000">
            <w:pPr>
              <w:spacing w:after="20" w:line="245" w:lineRule="auto"/>
            </w:pPr>
            <w:r>
              <w:rPr>
                <w:b/>
                <w:color w:val="000000"/>
                <w:sz w:val="17"/>
              </w:rPr>
              <w:t>SPLOŠNI</w:t>
            </w:r>
          </w:p>
          <w:p w14:paraId="3B1DC5FE" w14:textId="77777777" w:rsidR="005B3871" w:rsidRDefault="00000000">
            <w:pPr>
              <w:pStyle w:val="Oznaenseznam"/>
              <w:spacing w:after="16"/>
            </w:pPr>
            <w:r>
              <w:rPr>
                <w:color w:val="000000"/>
                <w:sz w:val="16"/>
              </w:rPr>
              <w:t>razvija številske, prostorske in količinske predstave s konkretnimi izkušnjami</w:t>
            </w:r>
          </w:p>
          <w:p w14:paraId="004176B2" w14:textId="77777777" w:rsidR="005B3871" w:rsidRDefault="00000000">
            <w:pPr>
              <w:pStyle w:val="Oznaenseznam"/>
              <w:spacing w:after="16"/>
            </w:pPr>
            <w:r>
              <w:rPr>
                <w:color w:val="000000"/>
                <w:sz w:val="16"/>
              </w:rPr>
              <w:t>rešuje matematične probleme s predmetom, gibanjem, risbo, modelom in simbolom</w:t>
            </w:r>
          </w:p>
          <w:p w14:paraId="6A7340D6" w14:textId="77777777" w:rsidR="005B3871" w:rsidRDefault="00000000">
            <w:pPr>
              <w:pStyle w:val="Oznaenseznam"/>
              <w:spacing w:after="16"/>
            </w:pPr>
            <w:r>
              <w:rPr>
                <w:color w:val="000000"/>
                <w:sz w:val="16"/>
              </w:rPr>
              <w:t>pojasnjuje izbrano strategijo, preverja smiselnost rešitve in posluša rešitve drugih</w:t>
            </w:r>
          </w:p>
          <w:p w14:paraId="628B3818" w14:textId="77777777" w:rsidR="005B3871" w:rsidRDefault="00000000">
            <w:pPr>
              <w:pStyle w:val="Oznaenseznam"/>
              <w:spacing w:after="16"/>
            </w:pPr>
            <w:r>
              <w:rPr>
                <w:color w:val="000000"/>
                <w:sz w:val="16"/>
              </w:rPr>
              <w:t>ob namenih in kriterijih spremlja svoje učenje ter uporabi opisno povratno informacijo</w:t>
            </w:r>
          </w:p>
          <w:p w14:paraId="11F3DD98" w14:textId="77777777" w:rsidR="005B3871" w:rsidRDefault="00000000">
            <w:pPr>
              <w:spacing w:before="40" w:after="20" w:line="245" w:lineRule="auto"/>
            </w:pPr>
            <w:r>
              <w:rPr>
                <w:b/>
                <w:color w:val="000000"/>
                <w:sz w:val="17"/>
              </w:rPr>
              <w:t>OPERATIVNI</w:t>
            </w:r>
          </w:p>
          <w:p w14:paraId="5388C0C5" w14:textId="77777777" w:rsidR="005B3871" w:rsidRDefault="00000000">
            <w:pPr>
              <w:pStyle w:val="Oznaenseznam"/>
              <w:spacing w:after="16"/>
            </w:pPr>
            <w:r>
              <w:rPr>
                <w:color w:val="000000"/>
                <w:sz w:val="16"/>
              </w:rPr>
              <w:t>predstavi števila</w:t>
            </w:r>
          </w:p>
          <w:p w14:paraId="40583A61" w14:textId="77777777" w:rsidR="005B3871" w:rsidRDefault="00000000">
            <w:pPr>
              <w:pStyle w:val="Oznaenseznam"/>
              <w:spacing w:after="16"/>
            </w:pPr>
            <w:r>
              <w:rPr>
                <w:color w:val="000000"/>
                <w:sz w:val="16"/>
              </w:rPr>
              <w:t>primerja količine</w:t>
            </w:r>
          </w:p>
          <w:p w14:paraId="13C47BE6" w14:textId="77777777" w:rsidR="005B3871" w:rsidRDefault="00000000">
            <w:pPr>
              <w:pStyle w:val="Oznaenseznam"/>
              <w:spacing w:after="16"/>
            </w:pPr>
            <w:r>
              <w:rPr>
                <w:color w:val="000000"/>
                <w:sz w:val="16"/>
              </w:rPr>
              <w:t>zapiše števke po dogovorjeni smeri</w:t>
            </w:r>
          </w:p>
          <w:p w14:paraId="73D1E62A" w14:textId="77777777" w:rsidR="005B3871" w:rsidRDefault="00000000">
            <w:pPr>
              <w:spacing w:before="40" w:after="20" w:line="245" w:lineRule="auto"/>
            </w:pPr>
            <w:r>
              <w:rPr>
                <w:b/>
                <w:color w:val="000000"/>
                <w:sz w:val="17"/>
              </w:rPr>
              <w:t>PRIČAKOVANI DOSEŽKI / STANDARDI</w:t>
            </w:r>
          </w:p>
          <w:p w14:paraId="5677E1A0" w14:textId="77777777" w:rsidR="005B3871" w:rsidRDefault="00000000">
            <w:pPr>
              <w:pStyle w:val="Oznaenseznam"/>
              <w:spacing w:after="16"/>
            </w:pPr>
            <w:r>
              <w:rPr>
                <w:color w:val="000000"/>
                <w:sz w:val="16"/>
              </w:rPr>
              <w:t>ob konkretni, slikovni ali gibalni opori predstavi števila</w:t>
            </w:r>
          </w:p>
          <w:p w14:paraId="5017A771" w14:textId="77777777" w:rsidR="005B3871" w:rsidRDefault="00000000">
            <w:pPr>
              <w:pStyle w:val="Oznaenseznam"/>
              <w:spacing w:after="16"/>
            </w:pPr>
            <w:r>
              <w:rPr>
                <w:color w:val="000000"/>
                <w:sz w:val="16"/>
              </w:rPr>
              <w:t>ob konkretni, slikovni ali gibalni opori primerja količine</w:t>
            </w:r>
          </w:p>
          <w:p w14:paraId="367F7E9B" w14:textId="77777777" w:rsidR="005B3871" w:rsidRDefault="00000000">
            <w:pPr>
              <w:pStyle w:val="Oznaenseznam"/>
              <w:spacing w:after="16"/>
            </w:pPr>
            <w:r>
              <w:rPr>
                <w:color w:val="000000"/>
                <w:sz w:val="16"/>
              </w:rPr>
              <w:t>ob konkretni, slikovni ali gibalni opori zapiše števke po dogovorjeni smeri</w:t>
            </w:r>
          </w:p>
        </w:tc>
        <w:tc>
          <w:tcPr>
            <w:tcW w:w="7087" w:type="dxa"/>
            <w:tcMar>
              <w:top w:w="70" w:type="dxa"/>
              <w:left w:w="90" w:type="dxa"/>
              <w:bottom w:w="70" w:type="dxa"/>
              <w:right w:w="90" w:type="dxa"/>
            </w:tcMar>
          </w:tcPr>
          <w:p w14:paraId="5428D101"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5C16C0E" w14:textId="77777777">
              <w:trPr>
                <w:jc w:val="center"/>
              </w:trPr>
              <w:tc>
                <w:tcPr>
                  <w:tcW w:w="7087" w:type="dxa"/>
                  <w:shd w:val="clear" w:color="auto" w:fill="C6E7F3"/>
                  <w:tcMar>
                    <w:top w:w="45" w:type="dxa"/>
                    <w:left w:w="70" w:type="dxa"/>
                    <w:bottom w:w="45" w:type="dxa"/>
                    <w:right w:w="70" w:type="dxa"/>
                  </w:tcMar>
                </w:tcPr>
                <w:p w14:paraId="3CE70541" w14:textId="77777777" w:rsidR="005B3871" w:rsidRDefault="00000000">
                  <w:pPr>
                    <w:keepNext/>
                  </w:pPr>
                  <w:r>
                    <w:rPr>
                      <w:b/>
                      <w:color w:val="000000"/>
                    </w:rPr>
                    <w:t>UVODNI DEL – motivacija, aktivacija predznanja in namen učenja (15–20 min)</w:t>
                  </w:r>
                </w:p>
              </w:tc>
            </w:tr>
          </w:tbl>
          <w:p w14:paraId="685AF59A" w14:textId="77777777" w:rsidR="005B3871" w:rsidRDefault="005B3871">
            <w:pPr>
              <w:spacing w:line="20" w:lineRule="exact"/>
            </w:pPr>
          </w:p>
          <w:p w14:paraId="048D0EB5" w14:textId="77777777" w:rsidR="005B3871" w:rsidRDefault="00000000">
            <w:pPr>
              <w:spacing w:before="40" w:after="60" w:line="245" w:lineRule="auto"/>
            </w:pPr>
            <w:r>
              <w:rPr>
                <w:color w:val="000000"/>
                <w:sz w:val="16"/>
              </w:rPr>
              <w:t>Kosovelov sonček osvetli jesenske plodove. Učenci ugotavljajo, da lahko isto število predstavimo z različnimi predmeti, razporeditvami in zapisi, količina pa ostane enaka.</w:t>
            </w:r>
          </w:p>
          <w:tbl>
            <w:tblPr>
              <w:tblStyle w:val="Tabelamrea"/>
              <w:tblW w:w="0" w:type="auto"/>
              <w:jc w:val="center"/>
              <w:tblLayout w:type="fixed"/>
              <w:tblLook w:val="04A0" w:firstRow="1" w:lastRow="0" w:firstColumn="1" w:lastColumn="0" w:noHBand="0" w:noVBand="1"/>
            </w:tblPr>
            <w:tblGrid>
              <w:gridCol w:w="7087"/>
            </w:tblGrid>
            <w:tr w:rsidR="005B3871" w14:paraId="0AE9A31E" w14:textId="77777777">
              <w:trPr>
                <w:jc w:val="center"/>
              </w:trPr>
              <w:tc>
                <w:tcPr>
                  <w:tcW w:w="7087" w:type="dxa"/>
                  <w:shd w:val="clear" w:color="auto" w:fill="EDC9EA"/>
                  <w:tcMar>
                    <w:top w:w="45" w:type="dxa"/>
                    <w:left w:w="70" w:type="dxa"/>
                    <w:bottom w:w="45" w:type="dxa"/>
                    <w:right w:w="70" w:type="dxa"/>
                  </w:tcMar>
                </w:tcPr>
                <w:p w14:paraId="3279EF9A" w14:textId="77777777" w:rsidR="005B3871" w:rsidRDefault="00000000">
                  <w:pPr>
                    <w:keepNext/>
                  </w:pPr>
                  <w:r>
                    <w:rPr>
                      <w:b/>
                      <w:color w:val="000000"/>
                    </w:rPr>
                    <w:t>NAMENI UČENJA</w:t>
                  </w:r>
                </w:p>
              </w:tc>
            </w:tr>
          </w:tbl>
          <w:p w14:paraId="402363E8" w14:textId="77777777" w:rsidR="005B3871" w:rsidRDefault="005B3871">
            <w:pPr>
              <w:spacing w:line="20" w:lineRule="exact"/>
            </w:pPr>
          </w:p>
          <w:p w14:paraId="28BC82FD"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62F9F73B" w14:textId="77777777" w:rsidR="005B3871" w:rsidRDefault="00000000">
            <w:pPr>
              <w:pStyle w:val="Oznaenseznam"/>
              <w:spacing w:after="16"/>
            </w:pPr>
            <w:r>
              <w:rPr>
                <w:color w:val="000000"/>
                <w:sz w:val="16"/>
              </w:rPr>
              <w:t>predstavim števila</w:t>
            </w:r>
          </w:p>
          <w:p w14:paraId="2A8E6BAD" w14:textId="77777777" w:rsidR="005B3871" w:rsidRDefault="00000000">
            <w:pPr>
              <w:pStyle w:val="Oznaenseznam"/>
              <w:spacing w:after="16"/>
            </w:pPr>
            <w:r>
              <w:rPr>
                <w:color w:val="000000"/>
                <w:sz w:val="16"/>
              </w:rPr>
              <w:t>primerjam količine</w:t>
            </w:r>
          </w:p>
          <w:p w14:paraId="34C58C23" w14:textId="77777777" w:rsidR="005B3871" w:rsidRDefault="00000000">
            <w:pPr>
              <w:pStyle w:val="Oznaenseznam"/>
              <w:spacing w:after="16"/>
            </w:pPr>
            <w:r>
              <w:rPr>
                <w:color w:val="000000"/>
                <w:sz w:val="16"/>
              </w:rPr>
              <w:t>zapišem števke po dogovorjeni smeri</w:t>
            </w:r>
          </w:p>
          <w:tbl>
            <w:tblPr>
              <w:tblStyle w:val="Tabelamrea"/>
              <w:tblW w:w="0" w:type="auto"/>
              <w:jc w:val="center"/>
              <w:tblLayout w:type="fixed"/>
              <w:tblLook w:val="04A0" w:firstRow="1" w:lastRow="0" w:firstColumn="1" w:lastColumn="0" w:noHBand="0" w:noVBand="1"/>
            </w:tblPr>
            <w:tblGrid>
              <w:gridCol w:w="7087"/>
            </w:tblGrid>
            <w:tr w:rsidR="005B3871" w14:paraId="5ADB8758" w14:textId="77777777">
              <w:trPr>
                <w:jc w:val="center"/>
              </w:trPr>
              <w:tc>
                <w:tcPr>
                  <w:tcW w:w="7087" w:type="dxa"/>
                  <w:shd w:val="clear" w:color="auto" w:fill="EDC9EA"/>
                  <w:tcMar>
                    <w:top w:w="45" w:type="dxa"/>
                    <w:left w:w="70" w:type="dxa"/>
                    <w:bottom w:w="45" w:type="dxa"/>
                    <w:right w:w="70" w:type="dxa"/>
                  </w:tcMar>
                </w:tcPr>
                <w:p w14:paraId="199DEEB6" w14:textId="77777777" w:rsidR="005B3871" w:rsidRDefault="00000000">
                  <w:pPr>
                    <w:keepNext/>
                  </w:pPr>
                  <w:r>
                    <w:rPr>
                      <w:b/>
                      <w:color w:val="000000"/>
                    </w:rPr>
                    <w:t>PREVERJANJE PREDZNANJA</w:t>
                  </w:r>
                </w:p>
              </w:tc>
            </w:tr>
          </w:tbl>
          <w:p w14:paraId="32E422E5" w14:textId="77777777" w:rsidR="005B3871" w:rsidRDefault="005B3871">
            <w:pPr>
              <w:spacing w:line="20" w:lineRule="exact"/>
            </w:pPr>
          </w:p>
          <w:p w14:paraId="751B828E" w14:textId="77777777" w:rsidR="005B3871" w:rsidRDefault="00000000">
            <w:pPr>
              <w:pStyle w:val="Oznaenseznam"/>
              <w:spacing w:after="16"/>
            </w:pPr>
            <w:r>
              <w:rPr>
                <w:color w:val="000000"/>
                <w:sz w:val="16"/>
              </w:rPr>
              <w:t>Ali se količina spremeni, če predmete razporedim drugače?</w:t>
            </w:r>
          </w:p>
          <w:p w14:paraId="3B6C79D9" w14:textId="77777777" w:rsidR="005B3871" w:rsidRDefault="00000000">
            <w:pPr>
              <w:pStyle w:val="Oznaenseznam"/>
              <w:spacing w:after="16"/>
            </w:pPr>
            <w:r>
              <w:rPr>
                <w:color w:val="000000"/>
                <w:sz w:val="16"/>
              </w:rPr>
              <w:t>Kako primerjam dve skupini brez ugibanja?</w:t>
            </w:r>
          </w:p>
          <w:p w14:paraId="4B8B41D6"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46DCC8F1" w14:textId="77777777">
              <w:trPr>
                <w:jc w:val="center"/>
              </w:trPr>
              <w:tc>
                <w:tcPr>
                  <w:tcW w:w="7087" w:type="dxa"/>
                  <w:shd w:val="clear" w:color="auto" w:fill="EDC9EA"/>
                  <w:tcMar>
                    <w:top w:w="45" w:type="dxa"/>
                    <w:left w:w="70" w:type="dxa"/>
                    <w:bottom w:w="45" w:type="dxa"/>
                    <w:right w:w="70" w:type="dxa"/>
                  </w:tcMar>
                </w:tcPr>
                <w:p w14:paraId="38699DF0" w14:textId="77777777" w:rsidR="005B3871" w:rsidRDefault="00000000">
                  <w:pPr>
                    <w:keepNext/>
                  </w:pPr>
                  <w:r>
                    <w:rPr>
                      <w:b/>
                      <w:color w:val="000000"/>
                    </w:rPr>
                    <w:t>KRITERIJI USPEŠNOSTI</w:t>
                  </w:r>
                </w:p>
              </w:tc>
            </w:tr>
          </w:tbl>
          <w:p w14:paraId="1F15ADB4" w14:textId="77777777" w:rsidR="005B3871" w:rsidRDefault="005B3871"/>
          <w:p w14:paraId="1DB5984D" w14:textId="77777777" w:rsidR="005B3871" w:rsidRDefault="00000000">
            <w:pPr>
              <w:spacing w:before="20" w:after="20" w:line="245" w:lineRule="auto"/>
            </w:pPr>
            <w:r>
              <w:rPr>
                <w:b/>
                <w:color w:val="000000"/>
                <w:sz w:val="16"/>
              </w:rPr>
              <w:t>Uspešen/-na bom, ko:</w:t>
            </w:r>
          </w:p>
          <w:p w14:paraId="5AA08781" w14:textId="77777777" w:rsidR="005B3871" w:rsidRDefault="00000000">
            <w:pPr>
              <w:pStyle w:val="Oznaenseznam"/>
              <w:spacing w:after="16"/>
            </w:pPr>
            <w:r>
              <w:rPr>
                <w:color w:val="000000"/>
                <w:sz w:val="16"/>
              </w:rPr>
              <w:t>predstavim števila</w:t>
            </w:r>
          </w:p>
          <w:p w14:paraId="5B7B4F48" w14:textId="77777777" w:rsidR="005B3871" w:rsidRDefault="00000000">
            <w:pPr>
              <w:pStyle w:val="Oznaenseznam"/>
              <w:spacing w:after="16"/>
            </w:pPr>
            <w:r>
              <w:rPr>
                <w:color w:val="000000"/>
                <w:sz w:val="16"/>
              </w:rPr>
              <w:t>primerjam količine</w:t>
            </w:r>
          </w:p>
          <w:p w14:paraId="249D5AD2" w14:textId="77777777" w:rsidR="005B3871" w:rsidRDefault="00000000">
            <w:pPr>
              <w:pStyle w:val="Oznaenseznam"/>
              <w:spacing w:after="16"/>
            </w:pPr>
            <w:r>
              <w:rPr>
                <w:color w:val="000000"/>
                <w:sz w:val="16"/>
              </w:rPr>
              <w:t>zapišem števke po dogovorjeni smeri</w:t>
            </w:r>
          </w:p>
          <w:p w14:paraId="43B1DFB7"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19E03684" w14:textId="77777777" w:rsidR="005B3871" w:rsidRDefault="005B3871"/>
          <w:p w14:paraId="499820EC"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6C33D5B3" w14:textId="77777777" w:rsidR="005B3871" w:rsidRDefault="00000000">
            <w:pPr>
              <w:spacing w:after="80" w:line="245" w:lineRule="auto"/>
            </w:pPr>
            <w:r>
              <w:rPr>
                <w:color w:val="000000"/>
                <w:sz w:val="16"/>
              </w:rPr>
              <w:t>Pove, pokaže ali nariše, kako bi nalogo začel. Posluša tudi drugačne strategije.</w:t>
            </w:r>
          </w:p>
          <w:p w14:paraId="1B9A174F" w14:textId="77777777" w:rsidR="005B3871" w:rsidRDefault="00000000">
            <w:pPr>
              <w:spacing w:after="100" w:line="245" w:lineRule="auto"/>
            </w:pPr>
            <w:r>
              <w:rPr>
                <w:color w:val="000000"/>
                <w:sz w:val="16"/>
              </w:rPr>
              <w:t>Sodeluje pri razumevanju namenov in kriterijev uspešnosti.</w:t>
            </w:r>
          </w:p>
          <w:p w14:paraId="017CFF1B" w14:textId="77777777" w:rsidR="005B3871" w:rsidRDefault="00000000">
            <w:pPr>
              <w:spacing w:after="20" w:line="245" w:lineRule="auto"/>
            </w:pPr>
            <w:r>
              <w:rPr>
                <w:b/>
                <w:color w:val="D95BC6"/>
                <w:sz w:val="17"/>
              </w:rPr>
              <w:t>DOKAZ O UČENJU</w:t>
            </w:r>
          </w:p>
          <w:p w14:paraId="33535446" w14:textId="77777777" w:rsidR="005B3871" w:rsidRDefault="00000000">
            <w:pPr>
              <w:spacing w:after="30" w:line="245" w:lineRule="auto"/>
            </w:pPr>
            <w:r>
              <w:rPr>
                <w:color w:val="D95BC6"/>
                <w:sz w:val="16"/>
              </w:rPr>
              <w:t>začetna strategija, razvrstitev, model, risba, gib ali ustni odgovor</w:t>
            </w:r>
          </w:p>
        </w:tc>
      </w:tr>
    </w:tbl>
    <w:p w14:paraId="65E44F2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BEA362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2BCD543"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14E178D" w14:textId="77777777" w:rsidR="005B3871" w:rsidRDefault="00000000">
            <w:pPr>
              <w:jc w:val="center"/>
            </w:pPr>
            <w:r>
              <w:rPr>
                <w:b/>
                <w:color w:val="000000"/>
                <w:sz w:val="20"/>
              </w:rPr>
              <w:t>UČNE DEJAVNOSTI, METODE IN FORMATIVNO SPREMLJANJE</w:t>
            </w:r>
          </w:p>
        </w:tc>
      </w:tr>
      <w:tr w:rsidR="005B3871" w14:paraId="1A288CA3" w14:textId="77777777">
        <w:trPr>
          <w:tblHeader/>
          <w:jc w:val="center"/>
        </w:trPr>
        <w:tc>
          <w:tcPr>
            <w:tcW w:w="4422" w:type="dxa"/>
            <w:vMerge/>
            <w:tcMar>
              <w:top w:w="70" w:type="dxa"/>
              <w:left w:w="90" w:type="dxa"/>
              <w:bottom w:w="70" w:type="dxa"/>
              <w:right w:w="90" w:type="dxa"/>
            </w:tcMar>
            <w:vAlign w:val="center"/>
          </w:tcPr>
          <w:p w14:paraId="732C0394" w14:textId="77777777" w:rsidR="005B3871" w:rsidRDefault="005B3871"/>
        </w:tc>
        <w:tc>
          <w:tcPr>
            <w:tcW w:w="7087" w:type="dxa"/>
            <w:shd w:val="clear" w:color="auto" w:fill="FFFFFF"/>
            <w:tcMar>
              <w:top w:w="70" w:type="dxa"/>
              <w:left w:w="90" w:type="dxa"/>
              <w:bottom w:w="70" w:type="dxa"/>
              <w:right w:w="90" w:type="dxa"/>
            </w:tcMar>
            <w:vAlign w:val="center"/>
          </w:tcPr>
          <w:p w14:paraId="7A92324F"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5A0F01E" w14:textId="77777777" w:rsidR="005B3871" w:rsidRDefault="00000000">
            <w:pPr>
              <w:jc w:val="center"/>
            </w:pPr>
            <w:r>
              <w:rPr>
                <w:b/>
                <w:color w:val="000000"/>
              </w:rPr>
              <w:t>UČENEC</w:t>
            </w:r>
          </w:p>
        </w:tc>
      </w:tr>
      <w:tr w:rsidR="005B3871" w14:paraId="0C35FE92" w14:textId="77777777">
        <w:trPr>
          <w:jc w:val="center"/>
        </w:trPr>
        <w:tc>
          <w:tcPr>
            <w:tcW w:w="4422" w:type="dxa"/>
            <w:tcMar>
              <w:top w:w="70" w:type="dxa"/>
              <w:left w:w="90" w:type="dxa"/>
              <w:bottom w:w="70" w:type="dxa"/>
              <w:right w:w="90" w:type="dxa"/>
            </w:tcMar>
          </w:tcPr>
          <w:p w14:paraId="20A8059C" w14:textId="77777777" w:rsidR="005B3871" w:rsidRDefault="005B3871"/>
          <w:p w14:paraId="68EBF495" w14:textId="77777777" w:rsidR="005B3871" w:rsidRDefault="00000000">
            <w:pPr>
              <w:spacing w:after="40" w:line="245" w:lineRule="auto"/>
            </w:pPr>
            <w:r>
              <w:rPr>
                <w:b/>
                <w:color w:val="000000"/>
              </w:rPr>
              <w:t>KLJUČNI POJMI</w:t>
            </w:r>
          </w:p>
          <w:p w14:paraId="3F12D9D6" w14:textId="77777777" w:rsidR="005B3871" w:rsidRDefault="00000000">
            <w:pPr>
              <w:spacing w:after="60" w:line="245" w:lineRule="auto"/>
            </w:pPr>
            <w:r>
              <w:rPr>
                <w:color w:val="000000"/>
                <w:sz w:val="16"/>
              </w:rPr>
              <w:t>količina, razporeditev, enako, več, manj, štetje, število, števka, zapis</w:t>
            </w:r>
          </w:p>
          <w:p w14:paraId="513BBB30" w14:textId="77777777" w:rsidR="005B3871" w:rsidRDefault="00000000">
            <w:pPr>
              <w:spacing w:after="20" w:line="245" w:lineRule="auto"/>
            </w:pPr>
            <w:r>
              <w:rPr>
                <w:b/>
                <w:color w:val="000000"/>
                <w:sz w:val="17"/>
              </w:rPr>
              <w:t>DOKAZI O UČENJU</w:t>
            </w:r>
          </w:p>
          <w:p w14:paraId="7B88EF1C" w14:textId="77777777" w:rsidR="005B3871" w:rsidRDefault="00000000">
            <w:pPr>
              <w:pStyle w:val="Oznaenseznam"/>
              <w:spacing w:after="16"/>
            </w:pPr>
            <w:r>
              <w:rPr>
                <w:color w:val="000000"/>
                <w:sz w:val="16"/>
              </w:rPr>
              <w:t>pravilno prešteta in označena količina</w:t>
            </w:r>
          </w:p>
          <w:p w14:paraId="4F49FABC" w14:textId="77777777" w:rsidR="005B3871" w:rsidRDefault="00000000">
            <w:pPr>
              <w:pStyle w:val="Oznaenseznam"/>
              <w:spacing w:after="16"/>
            </w:pPr>
            <w:r>
              <w:rPr>
                <w:color w:val="000000"/>
                <w:sz w:val="16"/>
              </w:rPr>
              <w:t>več predstavitev istega števila</w:t>
            </w:r>
          </w:p>
          <w:p w14:paraId="6424D7FC" w14:textId="77777777" w:rsidR="005B3871" w:rsidRDefault="00000000">
            <w:pPr>
              <w:pStyle w:val="Oznaenseznam"/>
              <w:spacing w:after="16"/>
            </w:pPr>
            <w:r>
              <w:rPr>
                <w:color w:val="000000"/>
                <w:sz w:val="16"/>
              </w:rPr>
              <w:t>primerjava z neposrednim dokazom</w:t>
            </w:r>
          </w:p>
          <w:p w14:paraId="747EC8A4" w14:textId="77777777" w:rsidR="005B3871" w:rsidRDefault="00000000">
            <w:pPr>
              <w:pStyle w:val="Oznaenseznam"/>
              <w:spacing w:after="16"/>
            </w:pPr>
            <w:r>
              <w:rPr>
                <w:color w:val="000000"/>
                <w:sz w:val="16"/>
              </w:rPr>
              <w:t>čitljiv zapis števke po dogovorjeni smeri</w:t>
            </w:r>
          </w:p>
          <w:p w14:paraId="3EE44393" w14:textId="77777777" w:rsidR="005B3871" w:rsidRDefault="00000000">
            <w:pPr>
              <w:spacing w:before="40" w:after="20" w:line="245" w:lineRule="auto"/>
            </w:pPr>
            <w:r>
              <w:rPr>
                <w:b/>
                <w:color w:val="000000"/>
                <w:sz w:val="17"/>
              </w:rPr>
              <w:t>MEDPREDMETNA POVEZAVA</w:t>
            </w:r>
          </w:p>
          <w:p w14:paraId="56012BF4" w14:textId="77777777" w:rsidR="005B3871" w:rsidRDefault="00000000">
            <w:pPr>
              <w:spacing w:after="60" w:line="245" w:lineRule="auto"/>
            </w:pPr>
            <w:r>
              <w:rPr>
                <w:color w:val="000000"/>
                <w:sz w:val="16"/>
              </w:rPr>
              <w:t>SLJ – utemeljitev; SPO – jesenski plodovi; LUM – razporeditev; ŠPO – hoja po števki</w:t>
            </w:r>
          </w:p>
          <w:p w14:paraId="06000969" w14:textId="77777777" w:rsidR="005B3871" w:rsidRDefault="00000000">
            <w:pPr>
              <w:spacing w:after="20" w:line="245" w:lineRule="auto"/>
            </w:pPr>
            <w:r>
              <w:rPr>
                <w:b/>
                <w:color w:val="000000"/>
                <w:sz w:val="17"/>
              </w:rPr>
              <w:t>POUČEVANJE V GIBANJU</w:t>
            </w:r>
          </w:p>
          <w:p w14:paraId="4A75A57C"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1E5A638F" w14:textId="77777777" w:rsidR="005B3871" w:rsidRDefault="00000000">
            <w:pPr>
              <w:spacing w:after="20" w:line="245" w:lineRule="auto"/>
            </w:pPr>
            <w:r>
              <w:rPr>
                <w:b/>
                <w:color w:val="000000"/>
                <w:sz w:val="17"/>
              </w:rPr>
              <w:t>DELO PO POSTAJAH</w:t>
            </w:r>
          </w:p>
          <w:p w14:paraId="0CAA32CE" w14:textId="77777777" w:rsidR="005B3871" w:rsidRDefault="00000000">
            <w:pPr>
              <w:spacing w:after="60" w:line="245" w:lineRule="auto"/>
            </w:pPr>
            <w:r>
              <w:rPr>
                <w:color w:val="000000"/>
                <w:sz w:val="15"/>
              </w:rPr>
              <w:t>Načrtovana rotacija: konkretno-izkušenjska – Jesenske količine; gibalna/sodelovalna – Enako število, drugačna slika; slikovno-simbolna – Primerjalna tržnica; izziv, dokaz in povratna informacija – Sled števke. Pri pisnem ocenjevanju se postaje izvedejo v pripravi, analizi in ponovnem učenju.</w:t>
            </w:r>
          </w:p>
          <w:p w14:paraId="786BB1BE" w14:textId="77777777" w:rsidR="005B3871" w:rsidRDefault="00000000">
            <w:pPr>
              <w:spacing w:after="20" w:line="245" w:lineRule="auto"/>
            </w:pPr>
            <w:r>
              <w:rPr>
                <w:b/>
                <w:color w:val="000000"/>
                <w:sz w:val="17"/>
              </w:rPr>
              <w:t>DIFERENCIACIJA IN VKLJUČEVANJE</w:t>
            </w:r>
          </w:p>
          <w:p w14:paraId="568ECCF8"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3F5A252E" w14:textId="77777777" w:rsidR="005B3871" w:rsidRDefault="00000000">
            <w:pPr>
              <w:spacing w:after="20" w:line="245" w:lineRule="auto"/>
            </w:pPr>
            <w:r>
              <w:rPr>
                <w:b/>
                <w:color w:val="000000"/>
                <w:sz w:val="17"/>
              </w:rPr>
              <w:t>SPREMLJANJE</w:t>
            </w:r>
          </w:p>
          <w:p w14:paraId="00511C73"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42BD06D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91C7C09" w14:textId="77777777">
              <w:trPr>
                <w:jc w:val="center"/>
              </w:trPr>
              <w:tc>
                <w:tcPr>
                  <w:tcW w:w="7087" w:type="dxa"/>
                  <w:shd w:val="clear" w:color="auto" w:fill="C6E7F3"/>
                  <w:tcMar>
                    <w:top w:w="45" w:type="dxa"/>
                    <w:left w:w="70" w:type="dxa"/>
                    <w:bottom w:w="45" w:type="dxa"/>
                    <w:right w:w="70" w:type="dxa"/>
                  </w:tcMar>
                </w:tcPr>
                <w:p w14:paraId="68BD8176" w14:textId="77777777" w:rsidR="005B3871" w:rsidRDefault="00000000">
                  <w:pPr>
                    <w:keepNext/>
                  </w:pPr>
                  <w:r>
                    <w:rPr>
                      <w:b/>
                      <w:color w:val="000000"/>
                    </w:rPr>
                    <w:t>GLAVNI DEL – IZKUŠENJSKO IN PROBLEMSKO UČENJE (4 šolske ure)</w:t>
                  </w:r>
                </w:p>
              </w:tc>
            </w:tr>
          </w:tbl>
          <w:p w14:paraId="64CF3BE2" w14:textId="77777777" w:rsidR="005B3871" w:rsidRDefault="005B3871">
            <w:pPr>
              <w:spacing w:line="20" w:lineRule="exact"/>
            </w:pPr>
          </w:p>
          <w:p w14:paraId="7D394C67" w14:textId="77777777" w:rsidR="005B3871" w:rsidRDefault="00000000">
            <w:pPr>
              <w:keepNext/>
              <w:spacing w:before="40" w:after="10" w:line="245" w:lineRule="auto"/>
            </w:pPr>
            <w:r>
              <w:rPr>
                <w:b/>
                <w:color w:val="000000"/>
                <w:sz w:val="17"/>
              </w:rPr>
              <w:t>1. URA – Jesenske količine</w:t>
            </w:r>
          </w:p>
          <w:p w14:paraId="1A34FC90" w14:textId="77777777" w:rsidR="005B3871" w:rsidRDefault="00000000">
            <w:pPr>
              <w:spacing w:after="14" w:line="245" w:lineRule="auto"/>
            </w:pPr>
            <w:r>
              <w:rPr>
                <w:b/>
                <w:color w:val="000000"/>
                <w:sz w:val="16"/>
              </w:rPr>
              <w:t xml:space="preserve">Dejavnost učiteljice: </w:t>
            </w:r>
            <w:r>
              <w:rPr>
                <w:color w:val="000000"/>
                <w:sz w:val="16"/>
              </w:rPr>
              <w:t>Ponudi plodove in zahteva urejeno štetje z označevanjem že preštetega.</w:t>
            </w:r>
          </w:p>
          <w:p w14:paraId="7DC9DE93" w14:textId="77777777" w:rsidR="005B3871" w:rsidRDefault="00000000">
            <w:pPr>
              <w:spacing w:after="14" w:line="245" w:lineRule="auto"/>
            </w:pPr>
            <w:r>
              <w:rPr>
                <w:b/>
                <w:color w:val="000000"/>
                <w:sz w:val="16"/>
              </w:rPr>
              <w:t xml:space="preserve">Dejavnost učencev: </w:t>
            </w:r>
            <w:r>
              <w:rPr>
                <w:color w:val="000000"/>
                <w:sz w:val="16"/>
              </w:rPr>
              <w:t>Sestavijo in preštejejo količine do 5 ter število povežejo s kartico.</w:t>
            </w:r>
          </w:p>
          <w:p w14:paraId="446CAB6F" w14:textId="77777777" w:rsidR="005B3871" w:rsidRDefault="00000000">
            <w:pPr>
              <w:spacing w:after="24" w:line="245" w:lineRule="auto"/>
            </w:pPr>
            <w:r>
              <w:rPr>
                <w:i/>
                <w:color w:val="D95BC6"/>
                <w:sz w:val="16"/>
              </w:rPr>
              <w:t>Predvideni dokaz: pravilno prešteta in označena količina.</w:t>
            </w:r>
          </w:p>
          <w:p w14:paraId="17F988E2" w14:textId="77777777" w:rsidR="005B3871" w:rsidRDefault="00000000">
            <w:pPr>
              <w:keepNext/>
              <w:spacing w:before="40" w:after="10" w:line="245" w:lineRule="auto"/>
            </w:pPr>
            <w:r>
              <w:rPr>
                <w:b/>
                <w:color w:val="000000"/>
                <w:sz w:val="17"/>
              </w:rPr>
              <w:t>2. URA – Enako število, drugačna slika</w:t>
            </w:r>
          </w:p>
          <w:p w14:paraId="5B050B7C" w14:textId="77777777" w:rsidR="005B3871" w:rsidRDefault="00000000">
            <w:pPr>
              <w:spacing w:after="14" w:line="245" w:lineRule="auto"/>
            </w:pPr>
            <w:r>
              <w:rPr>
                <w:b/>
                <w:color w:val="000000"/>
                <w:sz w:val="16"/>
              </w:rPr>
              <w:t xml:space="preserve">Dejavnost učiteljice: </w:t>
            </w:r>
            <w:r>
              <w:rPr>
                <w:color w:val="000000"/>
                <w:sz w:val="16"/>
              </w:rPr>
              <w:t>Isto količino razporedi v vrsto, krog in naključno ter vodi preverjanje.</w:t>
            </w:r>
          </w:p>
          <w:p w14:paraId="6B967587" w14:textId="77777777" w:rsidR="005B3871" w:rsidRDefault="00000000">
            <w:pPr>
              <w:spacing w:after="14" w:line="245" w:lineRule="auto"/>
            </w:pPr>
            <w:r>
              <w:rPr>
                <w:b/>
                <w:color w:val="000000"/>
                <w:sz w:val="16"/>
              </w:rPr>
              <w:t xml:space="preserve">Dejavnost učencev: </w:t>
            </w:r>
            <w:r>
              <w:rPr>
                <w:color w:val="000000"/>
                <w:sz w:val="16"/>
              </w:rPr>
              <w:t>Preštejejo razporeditve in pojasnijo, zakaj število ostane enako.</w:t>
            </w:r>
          </w:p>
          <w:p w14:paraId="0627A1F3" w14:textId="77777777" w:rsidR="005B3871" w:rsidRDefault="00000000">
            <w:pPr>
              <w:spacing w:after="24" w:line="245" w:lineRule="auto"/>
            </w:pPr>
            <w:r>
              <w:rPr>
                <w:i/>
                <w:color w:val="D95BC6"/>
                <w:sz w:val="16"/>
              </w:rPr>
              <w:t>Predvideni dokaz: več predstavitev istega števila.</w:t>
            </w:r>
          </w:p>
          <w:p w14:paraId="397C9BF4" w14:textId="77777777" w:rsidR="005B3871" w:rsidRDefault="00000000">
            <w:pPr>
              <w:keepNext/>
              <w:spacing w:before="40" w:after="10" w:line="245" w:lineRule="auto"/>
            </w:pPr>
            <w:r>
              <w:rPr>
                <w:b/>
                <w:color w:val="000000"/>
                <w:sz w:val="17"/>
              </w:rPr>
              <w:t>3. URA – Primerjalna tržnica</w:t>
            </w:r>
          </w:p>
          <w:p w14:paraId="7C77ADB6" w14:textId="77777777" w:rsidR="005B3871" w:rsidRDefault="00000000">
            <w:pPr>
              <w:spacing w:after="14" w:line="245" w:lineRule="auto"/>
            </w:pPr>
            <w:r>
              <w:rPr>
                <w:b/>
                <w:color w:val="000000"/>
                <w:sz w:val="16"/>
              </w:rPr>
              <w:t xml:space="preserve">Dejavnost učiteljice: </w:t>
            </w:r>
            <w:r>
              <w:rPr>
                <w:color w:val="000000"/>
                <w:sz w:val="16"/>
              </w:rPr>
              <w:t>Uredi postaje z dvema košaricama in ponudi prirejanje kot dokaz.</w:t>
            </w:r>
          </w:p>
          <w:p w14:paraId="165029AA" w14:textId="77777777" w:rsidR="005B3871" w:rsidRDefault="00000000">
            <w:pPr>
              <w:spacing w:after="14" w:line="245" w:lineRule="auto"/>
            </w:pPr>
            <w:r>
              <w:rPr>
                <w:b/>
                <w:color w:val="000000"/>
                <w:sz w:val="16"/>
              </w:rPr>
              <w:t xml:space="preserve">Dejavnost učencev: </w:t>
            </w:r>
            <w:r>
              <w:rPr>
                <w:color w:val="000000"/>
                <w:sz w:val="16"/>
              </w:rPr>
              <w:t>Primerjajo skupini ter postavijo kartico več, manj ali enako mnogo.</w:t>
            </w:r>
          </w:p>
          <w:p w14:paraId="1C5B0CB1" w14:textId="77777777" w:rsidR="005B3871" w:rsidRDefault="00000000">
            <w:pPr>
              <w:spacing w:after="24" w:line="245" w:lineRule="auto"/>
            </w:pPr>
            <w:r>
              <w:rPr>
                <w:i/>
                <w:color w:val="D95BC6"/>
                <w:sz w:val="16"/>
              </w:rPr>
              <w:t>Predvideni dokaz: primerjava z neposrednim dokazom.</w:t>
            </w:r>
          </w:p>
          <w:p w14:paraId="6C02A309" w14:textId="77777777" w:rsidR="005B3871" w:rsidRDefault="00000000">
            <w:pPr>
              <w:keepNext/>
              <w:spacing w:before="40" w:after="10" w:line="245" w:lineRule="auto"/>
            </w:pPr>
            <w:r>
              <w:rPr>
                <w:b/>
                <w:color w:val="000000"/>
                <w:sz w:val="17"/>
              </w:rPr>
              <w:t>4. URA – Sled števke</w:t>
            </w:r>
          </w:p>
          <w:p w14:paraId="3C358E13" w14:textId="77777777" w:rsidR="005B3871" w:rsidRDefault="00000000">
            <w:pPr>
              <w:spacing w:after="14" w:line="245" w:lineRule="auto"/>
            </w:pPr>
            <w:r>
              <w:rPr>
                <w:b/>
                <w:color w:val="000000"/>
                <w:sz w:val="16"/>
              </w:rPr>
              <w:t xml:space="preserve">Dejavnost učiteljice: </w:t>
            </w:r>
            <w:r>
              <w:rPr>
                <w:color w:val="000000"/>
                <w:sz w:val="16"/>
              </w:rPr>
              <w:t>Modelira pravilno smer zapisa in omogoči velik gibalni zapis pred zapisom na list.</w:t>
            </w:r>
          </w:p>
          <w:p w14:paraId="6D9847D7" w14:textId="77777777" w:rsidR="005B3871" w:rsidRDefault="00000000">
            <w:pPr>
              <w:spacing w:after="14" w:line="245" w:lineRule="auto"/>
            </w:pPr>
            <w:r>
              <w:rPr>
                <w:b/>
                <w:color w:val="000000"/>
                <w:sz w:val="16"/>
              </w:rPr>
              <w:t xml:space="preserve">Dejavnost učencev: </w:t>
            </w:r>
            <w:r>
              <w:rPr>
                <w:color w:val="000000"/>
                <w:sz w:val="16"/>
              </w:rPr>
              <w:t>Hodijo po veliki števki, jo pišejo v zraku in nato čitljivo zapišejo.</w:t>
            </w:r>
          </w:p>
          <w:p w14:paraId="0608F440" w14:textId="77777777" w:rsidR="005B3871" w:rsidRDefault="00000000">
            <w:pPr>
              <w:spacing w:after="24" w:line="245" w:lineRule="auto"/>
            </w:pPr>
            <w:r>
              <w:rPr>
                <w:i/>
                <w:color w:val="D95BC6"/>
                <w:sz w:val="16"/>
              </w:rPr>
              <w:t>Predvideni dokaz: čitljiv zapis števke po dogovorjeni smeri.</w:t>
            </w:r>
          </w:p>
          <w:tbl>
            <w:tblPr>
              <w:tblStyle w:val="Tabelamrea"/>
              <w:tblW w:w="0" w:type="auto"/>
              <w:jc w:val="center"/>
              <w:tblLayout w:type="fixed"/>
              <w:tblLook w:val="04A0" w:firstRow="1" w:lastRow="0" w:firstColumn="1" w:lastColumn="0" w:noHBand="0" w:noVBand="1"/>
            </w:tblPr>
            <w:tblGrid>
              <w:gridCol w:w="7087"/>
            </w:tblGrid>
            <w:tr w:rsidR="005B3871" w14:paraId="2807149F" w14:textId="77777777">
              <w:trPr>
                <w:jc w:val="center"/>
              </w:trPr>
              <w:tc>
                <w:tcPr>
                  <w:tcW w:w="7087" w:type="dxa"/>
                  <w:shd w:val="clear" w:color="auto" w:fill="EDC9EA"/>
                  <w:tcMar>
                    <w:top w:w="45" w:type="dxa"/>
                    <w:left w:w="70" w:type="dxa"/>
                    <w:bottom w:w="45" w:type="dxa"/>
                    <w:right w:w="70" w:type="dxa"/>
                  </w:tcMar>
                </w:tcPr>
                <w:p w14:paraId="208EF985" w14:textId="77777777" w:rsidR="005B3871" w:rsidRDefault="00000000">
                  <w:pPr>
                    <w:keepNext/>
                  </w:pPr>
                  <w:r>
                    <w:rPr>
                      <w:b/>
                      <w:color w:val="000000"/>
                    </w:rPr>
                    <w:t>POVRATNA INFORMACIJA UČITELJICE MED DELOM</w:t>
                  </w:r>
                </w:p>
              </w:tc>
            </w:tr>
          </w:tbl>
          <w:p w14:paraId="32AEDF2B" w14:textId="77777777" w:rsidR="005B3871" w:rsidRDefault="005B3871"/>
          <w:p w14:paraId="79B4526E"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15CB2FB0" w14:textId="77777777" w:rsidR="005B3871" w:rsidRDefault="005B3871"/>
          <w:p w14:paraId="2EF131CE" w14:textId="77777777" w:rsidR="005B3871" w:rsidRDefault="00000000">
            <w:pPr>
              <w:spacing w:after="10" w:line="245" w:lineRule="auto"/>
            </w:pPr>
            <w:r>
              <w:rPr>
                <w:b/>
                <w:color w:val="000000"/>
                <w:sz w:val="16"/>
              </w:rPr>
              <w:t>1. URA</w:t>
            </w:r>
          </w:p>
          <w:p w14:paraId="76106E85" w14:textId="77777777" w:rsidR="005B3871" w:rsidRDefault="00000000">
            <w:pPr>
              <w:spacing w:after="30" w:line="245" w:lineRule="auto"/>
            </w:pPr>
            <w:r>
              <w:rPr>
                <w:color w:val="000000"/>
                <w:sz w:val="16"/>
              </w:rPr>
              <w:t>Sestavijo in preštejejo količine do 5 ter število povežejo s kartico.</w:t>
            </w:r>
          </w:p>
          <w:p w14:paraId="6F6CD77B" w14:textId="77777777" w:rsidR="005B3871" w:rsidRDefault="00000000">
            <w:pPr>
              <w:spacing w:line="245" w:lineRule="auto"/>
            </w:pPr>
            <w:r>
              <w:rPr>
                <w:b/>
                <w:color w:val="D95BC6"/>
                <w:sz w:val="16"/>
              </w:rPr>
              <w:t>DOKAZ</w:t>
            </w:r>
          </w:p>
          <w:p w14:paraId="3D936A91" w14:textId="77777777" w:rsidR="005B3871" w:rsidRDefault="00000000">
            <w:pPr>
              <w:spacing w:after="40" w:line="245" w:lineRule="auto"/>
            </w:pPr>
            <w:r>
              <w:rPr>
                <w:color w:val="D95BC6"/>
                <w:sz w:val="15"/>
              </w:rPr>
              <w:t>pravilno prešteta in označena količina</w:t>
            </w:r>
          </w:p>
          <w:p w14:paraId="5B6C1145" w14:textId="77777777" w:rsidR="005B3871" w:rsidRDefault="00000000">
            <w:pPr>
              <w:spacing w:after="10" w:line="245" w:lineRule="auto"/>
            </w:pPr>
            <w:r>
              <w:rPr>
                <w:b/>
                <w:color w:val="000000"/>
                <w:sz w:val="16"/>
              </w:rPr>
              <w:t>2. URA</w:t>
            </w:r>
          </w:p>
          <w:p w14:paraId="5BDF60AD" w14:textId="77777777" w:rsidR="005B3871" w:rsidRDefault="00000000">
            <w:pPr>
              <w:spacing w:after="30" w:line="245" w:lineRule="auto"/>
            </w:pPr>
            <w:r>
              <w:rPr>
                <w:color w:val="000000"/>
                <w:sz w:val="16"/>
              </w:rPr>
              <w:t>Preštejejo razporeditve in pojasnijo, zakaj število ostane enako.</w:t>
            </w:r>
          </w:p>
          <w:p w14:paraId="238CBA2C" w14:textId="77777777" w:rsidR="005B3871" w:rsidRDefault="00000000">
            <w:pPr>
              <w:spacing w:line="245" w:lineRule="auto"/>
            </w:pPr>
            <w:r>
              <w:rPr>
                <w:b/>
                <w:color w:val="D95BC6"/>
                <w:sz w:val="16"/>
              </w:rPr>
              <w:t>DOKAZ</w:t>
            </w:r>
          </w:p>
          <w:p w14:paraId="68CEDDFC" w14:textId="77777777" w:rsidR="005B3871" w:rsidRDefault="00000000">
            <w:pPr>
              <w:spacing w:after="40" w:line="245" w:lineRule="auto"/>
            </w:pPr>
            <w:r>
              <w:rPr>
                <w:color w:val="D95BC6"/>
                <w:sz w:val="15"/>
              </w:rPr>
              <w:t>več predstavitev istega števila</w:t>
            </w:r>
          </w:p>
          <w:p w14:paraId="6326E8A2" w14:textId="77777777" w:rsidR="005B3871" w:rsidRDefault="00000000">
            <w:pPr>
              <w:spacing w:after="10" w:line="245" w:lineRule="auto"/>
            </w:pPr>
            <w:r>
              <w:rPr>
                <w:b/>
                <w:color w:val="000000"/>
                <w:sz w:val="16"/>
              </w:rPr>
              <w:t>3. URA</w:t>
            </w:r>
          </w:p>
          <w:p w14:paraId="66B771C1" w14:textId="77777777" w:rsidR="005B3871" w:rsidRDefault="00000000">
            <w:pPr>
              <w:spacing w:after="30" w:line="245" w:lineRule="auto"/>
            </w:pPr>
            <w:r>
              <w:rPr>
                <w:color w:val="000000"/>
                <w:sz w:val="16"/>
              </w:rPr>
              <w:t>Primerjajo skupini ter postavijo kartico več, manj ali enako mnogo.</w:t>
            </w:r>
          </w:p>
          <w:p w14:paraId="2693F053" w14:textId="77777777" w:rsidR="005B3871" w:rsidRDefault="00000000">
            <w:pPr>
              <w:spacing w:line="245" w:lineRule="auto"/>
            </w:pPr>
            <w:r>
              <w:rPr>
                <w:b/>
                <w:color w:val="D95BC6"/>
                <w:sz w:val="16"/>
              </w:rPr>
              <w:t>DOKAZ</w:t>
            </w:r>
          </w:p>
          <w:p w14:paraId="1477799F" w14:textId="77777777" w:rsidR="005B3871" w:rsidRDefault="00000000">
            <w:pPr>
              <w:spacing w:after="40" w:line="245" w:lineRule="auto"/>
            </w:pPr>
            <w:r>
              <w:rPr>
                <w:color w:val="D95BC6"/>
                <w:sz w:val="15"/>
              </w:rPr>
              <w:t>primerjava z neposrednim dokazom</w:t>
            </w:r>
          </w:p>
          <w:p w14:paraId="46817798" w14:textId="77777777" w:rsidR="005B3871" w:rsidRDefault="00000000">
            <w:pPr>
              <w:spacing w:after="10" w:line="245" w:lineRule="auto"/>
            </w:pPr>
            <w:r>
              <w:rPr>
                <w:b/>
                <w:color w:val="000000"/>
                <w:sz w:val="16"/>
              </w:rPr>
              <w:t>4. URA</w:t>
            </w:r>
          </w:p>
          <w:p w14:paraId="6FD5C9D9" w14:textId="77777777" w:rsidR="005B3871" w:rsidRDefault="00000000">
            <w:pPr>
              <w:spacing w:after="30" w:line="245" w:lineRule="auto"/>
            </w:pPr>
            <w:r>
              <w:rPr>
                <w:color w:val="000000"/>
                <w:sz w:val="16"/>
              </w:rPr>
              <w:t>Hodijo po veliki števki, jo pišejo v zraku in nato čitljivo zapišejo.</w:t>
            </w:r>
          </w:p>
          <w:p w14:paraId="77AD7C8B" w14:textId="77777777" w:rsidR="005B3871" w:rsidRDefault="00000000">
            <w:pPr>
              <w:spacing w:line="245" w:lineRule="auto"/>
            </w:pPr>
            <w:r>
              <w:rPr>
                <w:b/>
                <w:color w:val="D95BC6"/>
                <w:sz w:val="16"/>
              </w:rPr>
              <w:t>DOKAZ</w:t>
            </w:r>
          </w:p>
          <w:p w14:paraId="558FE44B" w14:textId="77777777" w:rsidR="005B3871" w:rsidRDefault="00000000">
            <w:pPr>
              <w:spacing w:after="40" w:line="245" w:lineRule="auto"/>
            </w:pPr>
            <w:r>
              <w:rPr>
                <w:color w:val="D95BC6"/>
                <w:sz w:val="15"/>
              </w:rPr>
              <w:t>čitljiv zapis števke po dogovorjeni smeri</w:t>
            </w:r>
          </w:p>
        </w:tc>
      </w:tr>
    </w:tbl>
    <w:p w14:paraId="0E73DB0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0309D19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A6EAB9"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78777BF" w14:textId="77777777" w:rsidR="005B3871" w:rsidRDefault="00000000">
            <w:pPr>
              <w:jc w:val="center"/>
            </w:pPr>
            <w:r>
              <w:rPr>
                <w:b/>
                <w:color w:val="000000"/>
                <w:sz w:val="20"/>
              </w:rPr>
              <w:t>UČNE DEJAVNOSTI, METODE IN FORMATIVNO SPREMLJANJE</w:t>
            </w:r>
          </w:p>
        </w:tc>
      </w:tr>
      <w:tr w:rsidR="005B3871" w14:paraId="40C008FE" w14:textId="77777777">
        <w:trPr>
          <w:tblHeader/>
          <w:jc w:val="center"/>
        </w:trPr>
        <w:tc>
          <w:tcPr>
            <w:tcW w:w="4422" w:type="dxa"/>
            <w:vMerge/>
            <w:tcMar>
              <w:top w:w="70" w:type="dxa"/>
              <w:left w:w="90" w:type="dxa"/>
              <w:bottom w:w="70" w:type="dxa"/>
              <w:right w:w="90" w:type="dxa"/>
            </w:tcMar>
            <w:vAlign w:val="center"/>
          </w:tcPr>
          <w:p w14:paraId="2ABAB40C" w14:textId="77777777" w:rsidR="005B3871" w:rsidRDefault="005B3871"/>
        </w:tc>
        <w:tc>
          <w:tcPr>
            <w:tcW w:w="7087" w:type="dxa"/>
            <w:shd w:val="clear" w:color="auto" w:fill="FFFFFF"/>
            <w:tcMar>
              <w:top w:w="70" w:type="dxa"/>
              <w:left w:w="90" w:type="dxa"/>
              <w:bottom w:w="70" w:type="dxa"/>
              <w:right w:w="90" w:type="dxa"/>
            </w:tcMar>
            <w:vAlign w:val="center"/>
          </w:tcPr>
          <w:p w14:paraId="579A058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AD3F738" w14:textId="77777777" w:rsidR="005B3871" w:rsidRDefault="00000000">
            <w:pPr>
              <w:jc w:val="center"/>
            </w:pPr>
            <w:r>
              <w:rPr>
                <w:b/>
                <w:color w:val="000000"/>
              </w:rPr>
              <w:t>UČENEC</w:t>
            </w:r>
          </w:p>
        </w:tc>
      </w:tr>
      <w:tr w:rsidR="005B3871" w14:paraId="0281D543" w14:textId="77777777">
        <w:trPr>
          <w:jc w:val="center"/>
        </w:trPr>
        <w:tc>
          <w:tcPr>
            <w:tcW w:w="4422" w:type="dxa"/>
            <w:tcMar>
              <w:top w:w="70" w:type="dxa"/>
              <w:left w:w="90" w:type="dxa"/>
              <w:bottom w:w="70" w:type="dxa"/>
              <w:right w:w="90" w:type="dxa"/>
            </w:tcMar>
          </w:tcPr>
          <w:p w14:paraId="2225D676" w14:textId="77777777" w:rsidR="005B3871" w:rsidRDefault="005B3871"/>
          <w:p w14:paraId="20A12CB5" w14:textId="77777777" w:rsidR="005B3871" w:rsidRDefault="00000000">
            <w:pPr>
              <w:spacing w:after="40" w:line="245" w:lineRule="auto"/>
            </w:pPr>
            <w:r>
              <w:rPr>
                <w:b/>
                <w:color w:val="000000"/>
              </w:rPr>
              <w:t>FORMATIVNO SPREMLJANJE</w:t>
            </w:r>
          </w:p>
          <w:p w14:paraId="623CEC4D" w14:textId="77777777" w:rsidR="005B3871" w:rsidRDefault="00000000">
            <w:pPr>
              <w:pStyle w:val="Oznaenseznam"/>
              <w:spacing w:after="16"/>
            </w:pPr>
            <w:r>
              <w:rPr>
                <w:color w:val="000000"/>
                <w:sz w:val="16"/>
              </w:rPr>
              <w:t>predznanje: začetna strategija, ocena, razvrstitev, model ali risba</w:t>
            </w:r>
          </w:p>
          <w:p w14:paraId="564229ED" w14:textId="77777777" w:rsidR="005B3871" w:rsidRDefault="00000000">
            <w:pPr>
              <w:pStyle w:val="Oznaenseznam"/>
              <w:spacing w:after="16"/>
            </w:pPr>
            <w:r>
              <w:rPr>
                <w:color w:val="000000"/>
                <w:sz w:val="16"/>
              </w:rPr>
              <w:t>dokazi med učenjem: konkretni, gibalni, slikovni in simbolni prikaz ter razlaga postopka</w:t>
            </w:r>
          </w:p>
          <w:p w14:paraId="434F4EC7" w14:textId="77777777" w:rsidR="005B3871" w:rsidRDefault="00000000">
            <w:pPr>
              <w:pStyle w:val="Oznaenseznam"/>
              <w:spacing w:after="16"/>
            </w:pPr>
            <w:r>
              <w:rPr>
                <w:color w:val="000000"/>
                <w:sz w:val="16"/>
              </w:rPr>
              <w:t>povratna informacija: konkretna, vezana na kriterij in usmerjena v preverjanje ali naslednji korak</w:t>
            </w:r>
          </w:p>
          <w:p w14:paraId="548DEE6D" w14:textId="77777777" w:rsidR="005B3871" w:rsidRDefault="00000000">
            <w:pPr>
              <w:pStyle w:val="Oznaenseznam"/>
              <w:spacing w:after="16"/>
            </w:pPr>
            <w:r>
              <w:rPr>
                <w:color w:val="000000"/>
                <w:sz w:val="16"/>
              </w:rPr>
              <w:t>samovrednotenje: semafor, lestvica samostojnosti, izbrani dokaz ali kratka poved</w:t>
            </w:r>
          </w:p>
          <w:p w14:paraId="6400A609" w14:textId="77777777" w:rsidR="005B3871" w:rsidRDefault="00000000">
            <w:pPr>
              <w:spacing w:before="40" w:after="20" w:line="245" w:lineRule="auto"/>
            </w:pPr>
            <w:r>
              <w:rPr>
                <w:b/>
                <w:color w:val="000000"/>
                <w:sz w:val="17"/>
              </w:rPr>
              <w:t>VARNOST IN ODGOVORNOST</w:t>
            </w:r>
          </w:p>
          <w:p w14:paraId="07EE8A54"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653D70EF" w14:textId="77777777" w:rsidR="005B3871" w:rsidRDefault="00000000">
            <w:pPr>
              <w:spacing w:after="20" w:line="245" w:lineRule="auto"/>
            </w:pPr>
            <w:r>
              <w:rPr>
                <w:b/>
                <w:color w:val="000000"/>
                <w:sz w:val="17"/>
              </w:rPr>
              <w:t>EVIDENCA PO IZVEDBI</w:t>
            </w:r>
          </w:p>
          <w:p w14:paraId="0122786A"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22722A17"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2243CED" w14:textId="77777777">
              <w:trPr>
                <w:jc w:val="center"/>
              </w:trPr>
              <w:tc>
                <w:tcPr>
                  <w:tcW w:w="7087" w:type="dxa"/>
                  <w:shd w:val="clear" w:color="auto" w:fill="EDC9EA"/>
                  <w:tcMar>
                    <w:top w:w="45" w:type="dxa"/>
                    <w:left w:w="70" w:type="dxa"/>
                    <w:bottom w:w="45" w:type="dxa"/>
                    <w:right w:w="70" w:type="dxa"/>
                  </w:tcMar>
                </w:tcPr>
                <w:p w14:paraId="10C574F3" w14:textId="77777777" w:rsidR="005B3871" w:rsidRDefault="00000000">
                  <w:pPr>
                    <w:keepNext/>
                  </w:pPr>
                  <w:r>
                    <w:rPr>
                      <w:b/>
                      <w:color w:val="000000"/>
                    </w:rPr>
                    <w:t>VPRAŠANJA V PODPORO MATEMATIČNEMU UČENJU</w:t>
                  </w:r>
                </w:p>
              </w:tc>
            </w:tr>
          </w:tbl>
          <w:p w14:paraId="4341F320" w14:textId="77777777" w:rsidR="005B3871" w:rsidRDefault="005B3871">
            <w:pPr>
              <w:spacing w:line="20" w:lineRule="exact"/>
            </w:pPr>
          </w:p>
          <w:p w14:paraId="5418FC76" w14:textId="77777777" w:rsidR="005B3871" w:rsidRDefault="00000000">
            <w:pPr>
              <w:pStyle w:val="Oznaenseznam"/>
              <w:spacing w:after="16"/>
            </w:pPr>
            <w:r>
              <w:rPr>
                <w:color w:val="000000"/>
                <w:sz w:val="16"/>
              </w:rPr>
              <w:t>Kaj v tvojem modelu, risbi ali zapisu predstavlja posamezni del naloge?</w:t>
            </w:r>
          </w:p>
          <w:p w14:paraId="5D9A2E41" w14:textId="77777777" w:rsidR="005B3871" w:rsidRDefault="00000000">
            <w:pPr>
              <w:pStyle w:val="Oznaenseznam"/>
              <w:spacing w:after="16"/>
            </w:pPr>
            <w:r>
              <w:rPr>
                <w:color w:val="000000"/>
                <w:sz w:val="16"/>
              </w:rPr>
              <w:t>Kako si prišel/-la do rešitve in kako veš, da je smiselna?</w:t>
            </w:r>
          </w:p>
          <w:p w14:paraId="7EED6952" w14:textId="77777777" w:rsidR="005B3871" w:rsidRDefault="00000000">
            <w:pPr>
              <w:pStyle w:val="Oznaenseznam"/>
              <w:spacing w:after="16"/>
            </w:pPr>
            <w:r>
              <w:rPr>
                <w:color w:val="000000"/>
                <w:sz w:val="16"/>
              </w:rPr>
              <w:t>Ali lahko isto pokažeš še s predmetom, gibanjem, risbo ali drugim zapisom?</w:t>
            </w:r>
          </w:p>
          <w:p w14:paraId="74EE7CB3" w14:textId="77777777" w:rsidR="005B3871" w:rsidRDefault="00000000">
            <w:pPr>
              <w:pStyle w:val="Oznaenseznam"/>
              <w:spacing w:after="16"/>
            </w:pPr>
            <w:r>
              <w:rPr>
                <w:color w:val="000000"/>
                <w:sz w:val="16"/>
              </w:rPr>
              <w:t>Kje bi se lahko zmotil/-a in kako boš rešitev preveril/-a?</w:t>
            </w:r>
          </w:p>
          <w:p w14:paraId="7C32E06D"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0102DF66" w14:textId="77777777">
              <w:trPr>
                <w:jc w:val="center"/>
              </w:trPr>
              <w:tc>
                <w:tcPr>
                  <w:tcW w:w="7087" w:type="dxa"/>
                  <w:shd w:val="clear" w:color="auto" w:fill="C6E7F3"/>
                  <w:tcMar>
                    <w:top w:w="45" w:type="dxa"/>
                    <w:left w:w="70" w:type="dxa"/>
                    <w:bottom w:w="45" w:type="dxa"/>
                    <w:right w:w="70" w:type="dxa"/>
                  </w:tcMar>
                </w:tcPr>
                <w:p w14:paraId="46D8AA1C" w14:textId="77777777" w:rsidR="005B3871" w:rsidRDefault="00000000">
                  <w:pPr>
                    <w:keepNext/>
                  </w:pPr>
                  <w:r>
                    <w:rPr>
                      <w:b/>
                      <w:color w:val="000000"/>
                    </w:rPr>
                    <w:t>ZAKLJUČNI DEL – UTRJEVANJE IN REFLEKSIJA (10–15 min)</w:t>
                  </w:r>
                </w:p>
              </w:tc>
            </w:tr>
          </w:tbl>
          <w:p w14:paraId="6640FCC2" w14:textId="77777777" w:rsidR="005B3871" w:rsidRDefault="005B3871">
            <w:pPr>
              <w:spacing w:line="20" w:lineRule="exact"/>
            </w:pPr>
          </w:p>
          <w:p w14:paraId="662D7ADD"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21DCADF8" w14:textId="77777777">
              <w:trPr>
                <w:jc w:val="center"/>
              </w:trPr>
              <w:tc>
                <w:tcPr>
                  <w:tcW w:w="7087" w:type="dxa"/>
                  <w:shd w:val="clear" w:color="auto" w:fill="EDC9EA"/>
                  <w:tcMar>
                    <w:top w:w="45" w:type="dxa"/>
                    <w:left w:w="70" w:type="dxa"/>
                    <w:bottom w:w="45" w:type="dxa"/>
                    <w:right w:w="70" w:type="dxa"/>
                  </w:tcMar>
                </w:tcPr>
                <w:p w14:paraId="79CF5429" w14:textId="77777777" w:rsidR="005B3871" w:rsidRDefault="00000000">
                  <w:pPr>
                    <w:keepNext/>
                  </w:pPr>
                  <w:r>
                    <w:rPr>
                      <w:b/>
                      <w:color w:val="000000"/>
                    </w:rPr>
                    <w:t>SAMOVREDNOTENJE</w:t>
                  </w:r>
                </w:p>
              </w:tc>
            </w:tr>
          </w:tbl>
          <w:p w14:paraId="2A0ACD59" w14:textId="77777777" w:rsidR="005B3871" w:rsidRDefault="005B3871">
            <w:pPr>
              <w:spacing w:line="20" w:lineRule="exact"/>
            </w:pPr>
          </w:p>
          <w:p w14:paraId="7B74A964"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43FA1A2B" w14:textId="77777777">
              <w:trPr>
                <w:jc w:val="center"/>
              </w:trPr>
              <w:tc>
                <w:tcPr>
                  <w:tcW w:w="7087" w:type="dxa"/>
                  <w:shd w:val="clear" w:color="auto" w:fill="EDC9EA"/>
                  <w:tcMar>
                    <w:top w:w="45" w:type="dxa"/>
                    <w:left w:w="70" w:type="dxa"/>
                    <w:bottom w:w="45" w:type="dxa"/>
                    <w:right w:w="70" w:type="dxa"/>
                  </w:tcMar>
                </w:tcPr>
                <w:p w14:paraId="45936E45" w14:textId="77777777" w:rsidR="005B3871" w:rsidRDefault="00000000">
                  <w:pPr>
                    <w:keepNext/>
                  </w:pPr>
                  <w:r>
                    <w:rPr>
                      <w:b/>
                      <w:color w:val="000000"/>
                    </w:rPr>
                    <w:t>VRSTNIŠKO VREDNOTENJE</w:t>
                  </w:r>
                </w:p>
              </w:tc>
            </w:tr>
          </w:tbl>
          <w:p w14:paraId="6CCAB9F0" w14:textId="77777777" w:rsidR="005B3871" w:rsidRDefault="005B3871">
            <w:pPr>
              <w:spacing w:line="20" w:lineRule="exact"/>
            </w:pPr>
          </w:p>
          <w:p w14:paraId="384C0F9E"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6F69453E" w14:textId="77777777">
              <w:trPr>
                <w:jc w:val="center"/>
              </w:trPr>
              <w:tc>
                <w:tcPr>
                  <w:tcW w:w="7087" w:type="dxa"/>
                  <w:shd w:val="clear" w:color="auto" w:fill="EDC9EA"/>
                  <w:tcMar>
                    <w:top w:w="45" w:type="dxa"/>
                    <w:left w:w="70" w:type="dxa"/>
                    <w:bottom w:w="45" w:type="dxa"/>
                    <w:right w:w="70" w:type="dxa"/>
                  </w:tcMar>
                </w:tcPr>
                <w:p w14:paraId="58FFFBBC" w14:textId="77777777" w:rsidR="005B3871" w:rsidRDefault="00000000">
                  <w:pPr>
                    <w:keepNext/>
                  </w:pPr>
                  <w:r>
                    <w:rPr>
                      <w:b/>
                      <w:color w:val="000000"/>
                    </w:rPr>
                    <w:t>SKUPNI POVZETEK</w:t>
                  </w:r>
                </w:p>
              </w:tc>
            </w:tr>
          </w:tbl>
          <w:p w14:paraId="34925595" w14:textId="77777777" w:rsidR="005B3871" w:rsidRDefault="005B3871"/>
          <w:p w14:paraId="6CEA0AEB" w14:textId="77777777" w:rsidR="005B3871" w:rsidRDefault="00000000">
            <w:pPr>
              <w:spacing w:before="20" w:after="40" w:line="245" w:lineRule="auto"/>
            </w:pPr>
            <w:r>
              <w:rPr>
                <w:b/>
                <w:color w:val="000000"/>
                <w:sz w:val="16"/>
              </w:rPr>
              <w:t>Število do 5 predstavim na več načinov, primerjam količine in števko zapišem v pravilni smeri.</w:t>
            </w:r>
          </w:p>
        </w:tc>
        <w:tc>
          <w:tcPr>
            <w:tcW w:w="2551" w:type="dxa"/>
            <w:tcMar>
              <w:top w:w="70" w:type="dxa"/>
              <w:left w:w="90" w:type="dxa"/>
              <w:bottom w:w="70" w:type="dxa"/>
              <w:right w:w="90" w:type="dxa"/>
            </w:tcMar>
          </w:tcPr>
          <w:p w14:paraId="69B1D8BF" w14:textId="77777777" w:rsidR="005B3871" w:rsidRDefault="005B3871"/>
          <w:p w14:paraId="66D50F7F" w14:textId="77777777" w:rsidR="005B3871" w:rsidRDefault="00000000">
            <w:pPr>
              <w:spacing w:after="100" w:line="245" w:lineRule="auto"/>
            </w:pPr>
            <w:r>
              <w:rPr>
                <w:color w:val="000000"/>
                <w:sz w:val="16"/>
              </w:rPr>
              <w:t>Odgovarja na podporna vprašanja in se sklicuje na svoj model, zapis ali izvedbo.</w:t>
            </w:r>
          </w:p>
          <w:p w14:paraId="16C05B7F" w14:textId="77777777" w:rsidR="005B3871" w:rsidRDefault="00000000">
            <w:pPr>
              <w:spacing w:after="100" w:line="245" w:lineRule="auto"/>
            </w:pPr>
            <w:r>
              <w:rPr>
                <w:color w:val="000000"/>
                <w:sz w:val="16"/>
              </w:rPr>
              <w:t>Primerja začetno strategijo z novim dokazom ter pojasni, kaj se je naučil/-a.</w:t>
            </w:r>
          </w:p>
          <w:p w14:paraId="6C82E13D" w14:textId="77777777" w:rsidR="005B3871" w:rsidRDefault="00000000">
            <w:pPr>
              <w:spacing w:after="100" w:line="245" w:lineRule="auto"/>
            </w:pPr>
            <w:r>
              <w:rPr>
                <w:color w:val="000000"/>
                <w:sz w:val="16"/>
              </w:rPr>
              <w:t>Izbere raven samostojnosti in določi naslednji korak.</w:t>
            </w:r>
          </w:p>
          <w:p w14:paraId="7407D3A6" w14:textId="77777777" w:rsidR="005B3871" w:rsidRDefault="00000000">
            <w:pPr>
              <w:spacing w:after="100" w:line="245" w:lineRule="auto"/>
            </w:pPr>
            <w:r>
              <w:rPr>
                <w:color w:val="000000"/>
                <w:sz w:val="16"/>
              </w:rPr>
              <w:t>Sošolcu poda prijazen in konkreten odziv, vezan na kriterij.</w:t>
            </w:r>
          </w:p>
          <w:p w14:paraId="6B4F761F" w14:textId="77777777" w:rsidR="005B3871" w:rsidRDefault="00000000">
            <w:pPr>
              <w:spacing w:after="20" w:line="245" w:lineRule="auto"/>
            </w:pPr>
            <w:r>
              <w:rPr>
                <w:b/>
                <w:color w:val="D95BC6"/>
                <w:sz w:val="17"/>
              </w:rPr>
              <w:t>DOKAZ O UČENJU</w:t>
            </w:r>
          </w:p>
          <w:p w14:paraId="627375FA"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49DF0BD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271C7CA3" w14:textId="77777777">
        <w:trPr>
          <w:cantSplit/>
          <w:jc w:val="center"/>
        </w:trPr>
        <w:tc>
          <w:tcPr>
            <w:tcW w:w="14060" w:type="dxa"/>
            <w:gridSpan w:val="6"/>
            <w:tcMar>
              <w:top w:w="70" w:type="dxa"/>
              <w:left w:w="90" w:type="dxa"/>
              <w:bottom w:w="70" w:type="dxa"/>
              <w:right w:w="90" w:type="dxa"/>
            </w:tcMar>
            <w:vAlign w:val="center"/>
          </w:tcPr>
          <w:p w14:paraId="0CD6CA53" w14:textId="77777777" w:rsidR="005B3871" w:rsidRDefault="00000000">
            <w:pPr>
              <w:jc w:val="center"/>
            </w:pPr>
            <w:r>
              <w:rPr>
                <w:b/>
                <w:color w:val="000000"/>
                <w:sz w:val="24"/>
              </w:rPr>
              <w:lastRenderedPageBreak/>
              <w:t>UČNA PRIPRAVA 10/39</w:t>
            </w:r>
          </w:p>
        </w:tc>
      </w:tr>
      <w:tr w:rsidR="005B3871" w14:paraId="46AAC3D7" w14:textId="77777777">
        <w:trPr>
          <w:jc w:val="center"/>
        </w:trPr>
        <w:tc>
          <w:tcPr>
            <w:tcW w:w="2665" w:type="dxa"/>
            <w:tcMar>
              <w:top w:w="70" w:type="dxa"/>
              <w:left w:w="90" w:type="dxa"/>
              <w:bottom w:w="70" w:type="dxa"/>
              <w:right w:w="90" w:type="dxa"/>
            </w:tcMar>
            <w:vAlign w:val="center"/>
          </w:tcPr>
          <w:p w14:paraId="0AE652AF"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0FEB268"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060F076B"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99C39DD" w14:textId="77777777" w:rsidR="005B3871" w:rsidRDefault="00000000">
            <w:r>
              <w:rPr>
                <w:b/>
                <w:color w:val="000000"/>
                <w:sz w:val="16"/>
              </w:rPr>
              <w:t xml:space="preserve">NAČRTOVANI TERMIN: </w:t>
            </w:r>
            <w:r>
              <w:rPr>
                <w:color w:val="000000"/>
                <w:sz w:val="16"/>
              </w:rPr>
              <w:t>10. teden • 9.–13. 11. 2026</w:t>
            </w:r>
          </w:p>
        </w:tc>
        <w:tc>
          <w:tcPr>
            <w:tcW w:w="2268" w:type="dxa"/>
            <w:tcMar>
              <w:top w:w="70" w:type="dxa"/>
              <w:left w:w="90" w:type="dxa"/>
              <w:bottom w:w="70" w:type="dxa"/>
              <w:right w:w="90" w:type="dxa"/>
            </w:tcMar>
            <w:vAlign w:val="center"/>
          </w:tcPr>
          <w:p w14:paraId="49648A48"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119D26F" w14:textId="77777777" w:rsidR="005B3871" w:rsidRDefault="00000000">
            <w:r>
              <w:rPr>
                <w:b/>
                <w:color w:val="000000"/>
                <w:sz w:val="16"/>
              </w:rPr>
              <w:t xml:space="preserve">ŠTEVILO UR: </w:t>
            </w:r>
            <w:r>
              <w:rPr>
                <w:color w:val="000000"/>
                <w:sz w:val="16"/>
              </w:rPr>
              <w:t>4</w:t>
            </w:r>
          </w:p>
        </w:tc>
      </w:tr>
      <w:tr w:rsidR="005B3871" w14:paraId="3706533E" w14:textId="77777777">
        <w:trPr>
          <w:jc w:val="center"/>
        </w:trPr>
        <w:tc>
          <w:tcPr>
            <w:tcW w:w="14061" w:type="dxa"/>
            <w:gridSpan w:val="6"/>
            <w:tcMar>
              <w:top w:w="70" w:type="dxa"/>
              <w:left w:w="90" w:type="dxa"/>
              <w:bottom w:w="70" w:type="dxa"/>
              <w:right w:w="90" w:type="dxa"/>
            </w:tcMar>
            <w:vAlign w:val="center"/>
          </w:tcPr>
          <w:p w14:paraId="2027EEF1"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492627CA" w14:textId="77777777">
        <w:trPr>
          <w:cantSplit/>
          <w:jc w:val="center"/>
        </w:trPr>
        <w:tc>
          <w:tcPr>
            <w:tcW w:w="14060" w:type="dxa"/>
            <w:gridSpan w:val="6"/>
            <w:tcMar>
              <w:top w:w="70" w:type="dxa"/>
              <w:left w:w="90" w:type="dxa"/>
              <w:bottom w:w="70" w:type="dxa"/>
              <w:right w:w="90" w:type="dxa"/>
            </w:tcMar>
            <w:vAlign w:val="center"/>
          </w:tcPr>
          <w:p w14:paraId="08B43423" w14:textId="77777777" w:rsidR="005B3871" w:rsidRDefault="005B3871"/>
          <w:p w14:paraId="0440E88D" w14:textId="77777777" w:rsidR="005B3871" w:rsidRDefault="00000000">
            <w:pPr>
              <w:spacing w:line="245" w:lineRule="auto"/>
            </w:pPr>
            <w:r>
              <w:rPr>
                <w:b/>
                <w:color w:val="000000"/>
                <w:sz w:val="16"/>
              </w:rPr>
              <w:t xml:space="preserve">UČNI SKLOP: </w:t>
            </w:r>
            <w:r>
              <w:rPr>
                <w:color w:val="000000"/>
                <w:sz w:val="16"/>
              </w:rPr>
              <w:t>JESEN, SNOVI IN ŽIVA BITJA</w:t>
            </w:r>
          </w:p>
        </w:tc>
      </w:tr>
      <w:tr w:rsidR="005B3871" w14:paraId="7DFF011A" w14:textId="77777777">
        <w:trPr>
          <w:cantSplit/>
          <w:jc w:val="center"/>
        </w:trPr>
        <w:tc>
          <w:tcPr>
            <w:tcW w:w="14060" w:type="dxa"/>
            <w:gridSpan w:val="6"/>
            <w:tcMar>
              <w:top w:w="70" w:type="dxa"/>
              <w:left w:w="90" w:type="dxa"/>
              <w:bottom w:w="70" w:type="dxa"/>
              <w:right w:w="90" w:type="dxa"/>
            </w:tcMar>
            <w:vAlign w:val="center"/>
          </w:tcPr>
          <w:p w14:paraId="57D13D8F" w14:textId="77777777" w:rsidR="005B3871" w:rsidRDefault="005B3871"/>
          <w:p w14:paraId="1133743D" w14:textId="77777777" w:rsidR="005B3871" w:rsidRDefault="00000000">
            <w:pPr>
              <w:spacing w:line="245" w:lineRule="auto"/>
            </w:pPr>
            <w:r>
              <w:rPr>
                <w:b/>
                <w:color w:val="000000"/>
                <w:sz w:val="16"/>
              </w:rPr>
              <w:t xml:space="preserve">UČNA TEMA: </w:t>
            </w:r>
            <w:r>
              <w:rPr>
                <w:color w:val="000000"/>
                <w:sz w:val="16"/>
              </w:rPr>
              <w:t>SEŠTEVANJE KOT ZDRUŽEVANJE</w:t>
            </w:r>
          </w:p>
        </w:tc>
      </w:tr>
      <w:tr w:rsidR="005B3871" w14:paraId="7CDE3C74" w14:textId="77777777">
        <w:trPr>
          <w:cantSplit/>
          <w:jc w:val="center"/>
        </w:trPr>
        <w:tc>
          <w:tcPr>
            <w:tcW w:w="14060" w:type="dxa"/>
            <w:gridSpan w:val="6"/>
            <w:tcMar>
              <w:top w:w="70" w:type="dxa"/>
              <w:left w:w="90" w:type="dxa"/>
              <w:bottom w:w="70" w:type="dxa"/>
              <w:right w:w="90" w:type="dxa"/>
            </w:tcMar>
            <w:vAlign w:val="center"/>
          </w:tcPr>
          <w:p w14:paraId="3ADA4472" w14:textId="77777777" w:rsidR="005B3871" w:rsidRDefault="005B3871"/>
          <w:p w14:paraId="6280A8F2" w14:textId="77777777" w:rsidR="005B3871" w:rsidRDefault="00000000">
            <w:pPr>
              <w:spacing w:line="245" w:lineRule="auto"/>
            </w:pPr>
            <w:r>
              <w:rPr>
                <w:b/>
                <w:color w:val="000000"/>
                <w:sz w:val="16"/>
              </w:rPr>
              <w:t xml:space="preserve">KNJIŽEVNO IZHODIŠČE IN MOTIV: </w:t>
            </w:r>
            <w:r>
              <w:rPr>
                <w:color w:val="000000"/>
                <w:sz w:val="16"/>
              </w:rPr>
              <w:t>»Zakaj?« – Lila Prap • radovednost, vprašanja ter raziskovanje živali in rastlin</w:t>
            </w:r>
          </w:p>
        </w:tc>
      </w:tr>
      <w:tr w:rsidR="005B3871" w14:paraId="656B8DC0" w14:textId="77777777">
        <w:trPr>
          <w:cantSplit/>
          <w:jc w:val="center"/>
        </w:trPr>
        <w:tc>
          <w:tcPr>
            <w:tcW w:w="14060" w:type="dxa"/>
            <w:gridSpan w:val="6"/>
            <w:tcMar>
              <w:top w:w="70" w:type="dxa"/>
              <w:left w:w="90" w:type="dxa"/>
              <w:bottom w:w="70" w:type="dxa"/>
              <w:right w:w="90" w:type="dxa"/>
            </w:tcMar>
            <w:vAlign w:val="center"/>
          </w:tcPr>
          <w:p w14:paraId="74C22799" w14:textId="77777777" w:rsidR="005B3871" w:rsidRDefault="005B3871"/>
          <w:p w14:paraId="5776035B" w14:textId="77777777" w:rsidR="005B3871" w:rsidRDefault="00000000">
            <w:pPr>
              <w:spacing w:line="245" w:lineRule="auto"/>
            </w:pPr>
            <w:r>
              <w:rPr>
                <w:b/>
                <w:color w:val="000000"/>
                <w:sz w:val="16"/>
              </w:rPr>
              <w:t xml:space="preserve">UČNE ENOTE: </w:t>
            </w:r>
            <w:r>
              <w:rPr>
                <w:color w:val="000000"/>
                <w:sz w:val="16"/>
              </w:rPr>
              <w:t>1. ura – Združimo skupini • 2. ura – Živo seštevanje • 3. ura – Od zgodbe do računa • 4. ura – Moja računska zgodba</w:t>
            </w:r>
          </w:p>
        </w:tc>
      </w:tr>
      <w:tr w:rsidR="005B3871" w14:paraId="7CF31E76" w14:textId="77777777">
        <w:trPr>
          <w:cantSplit/>
          <w:jc w:val="center"/>
        </w:trPr>
        <w:tc>
          <w:tcPr>
            <w:tcW w:w="14060" w:type="dxa"/>
            <w:gridSpan w:val="6"/>
            <w:tcMar>
              <w:top w:w="70" w:type="dxa"/>
              <w:left w:w="90" w:type="dxa"/>
              <w:bottom w:w="70" w:type="dxa"/>
              <w:right w:w="90" w:type="dxa"/>
            </w:tcMar>
            <w:vAlign w:val="center"/>
          </w:tcPr>
          <w:p w14:paraId="6A29FAD4" w14:textId="77777777" w:rsidR="005B3871" w:rsidRDefault="005B3871"/>
          <w:p w14:paraId="67888F6C"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2D5AACEA" w14:textId="77777777">
        <w:trPr>
          <w:cantSplit/>
          <w:jc w:val="center"/>
        </w:trPr>
        <w:tc>
          <w:tcPr>
            <w:tcW w:w="14060" w:type="dxa"/>
            <w:gridSpan w:val="6"/>
            <w:tcMar>
              <w:top w:w="70" w:type="dxa"/>
              <w:left w:w="90" w:type="dxa"/>
              <w:bottom w:w="70" w:type="dxa"/>
              <w:right w:w="90" w:type="dxa"/>
            </w:tcMar>
            <w:vAlign w:val="center"/>
          </w:tcPr>
          <w:p w14:paraId="15E49B37" w14:textId="77777777" w:rsidR="005B3871" w:rsidRDefault="005B3871"/>
          <w:p w14:paraId="7E235AAD"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1B11745E" w14:textId="77777777">
        <w:trPr>
          <w:cantSplit/>
          <w:jc w:val="center"/>
        </w:trPr>
        <w:tc>
          <w:tcPr>
            <w:tcW w:w="14060" w:type="dxa"/>
            <w:gridSpan w:val="6"/>
            <w:tcMar>
              <w:top w:w="70" w:type="dxa"/>
              <w:left w:w="90" w:type="dxa"/>
              <w:bottom w:w="70" w:type="dxa"/>
              <w:right w:w="90" w:type="dxa"/>
            </w:tcMar>
            <w:vAlign w:val="center"/>
          </w:tcPr>
          <w:p w14:paraId="0AA84F79" w14:textId="77777777" w:rsidR="005B3871" w:rsidRDefault="005B3871"/>
          <w:p w14:paraId="75FD8CDA"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18ED66FC" w14:textId="77777777">
        <w:trPr>
          <w:cantSplit/>
          <w:jc w:val="center"/>
        </w:trPr>
        <w:tc>
          <w:tcPr>
            <w:tcW w:w="14060" w:type="dxa"/>
            <w:gridSpan w:val="6"/>
            <w:tcMar>
              <w:top w:w="70" w:type="dxa"/>
              <w:left w:w="90" w:type="dxa"/>
              <w:bottom w:w="70" w:type="dxa"/>
              <w:right w:w="90" w:type="dxa"/>
            </w:tcMar>
            <w:vAlign w:val="center"/>
          </w:tcPr>
          <w:p w14:paraId="07AA06A7" w14:textId="77777777" w:rsidR="005B3871" w:rsidRDefault="005B3871"/>
          <w:p w14:paraId="20CDF99B" w14:textId="77777777" w:rsidR="005B3871" w:rsidRDefault="00000000">
            <w:pPr>
              <w:spacing w:line="245" w:lineRule="auto"/>
            </w:pPr>
            <w:r>
              <w:rPr>
                <w:b/>
                <w:color w:val="000000"/>
                <w:sz w:val="16"/>
              </w:rPr>
              <w:t xml:space="preserve">MEDPREDMETNE POVEZAVE: </w:t>
            </w:r>
            <w:r>
              <w:rPr>
                <w:color w:val="000000"/>
                <w:sz w:val="16"/>
              </w:rPr>
              <w:t>SLJ – pripoved računske zgodbe; SPO – živali; ŠPO – živo seštevanje; LUM – slikovni model</w:t>
            </w:r>
          </w:p>
        </w:tc>
      </w:tr>
      <w:tr w:rsidR="005B3871" w14:paraId="5859BCE1" w14:textId="77777777">
        <w:trPr>
          <w:cantSplit/>
          <w:jc w:val="center"/>
        </w:trPr>
        <w:tc>
          <w:tcPr>
            <w:tcW w:w="14060" w:type="dxa"/>
            <w:gridSpan w:val="6"/>
            <w:tcMar>
              <w:top w:w="70" w:type="dxa"/>
              <w:left w:w="90" w:type="dxa"/>
              <w:bottom w:w="70" w:type="dxa"/>
              <w:right w:w="90" w:type="dxa"/>
            </w:tcMar>
            <w:vAlign w:val="center"/>
          </w:tcPr>
          <w:p w14:paraId="66948372" w14:textId="77777777" w:rsidR="005B3871" w:rsidRDefault="005B3871"/>
          <w:p w14:paraId="6A83AB91" w14:textId="77777777" w:rsidR="005B3871" w:rsidRDefault="00000000">
            <w:pPr>
              <w:spacing w:line="245" w:lineRule="auto"/>
            </w:pPr>
            <w:r>
              <w:rPr>
                <w:b/>
                <w:color w:val="000000"/>
                <w:sz w:val="16"/>
              </w:rPr>
              <w:t xml:space="preserve">UČNA SREDSTVA IN PRIPOMOČKI: </w:t>
            </w:r>
            <w:r>
              <w:rPr>
                <w:color w:val="000000"/>
                <w:sz w:val="16"/>
              </w:rPr>
              <w:t>živalske figure, obroči, kartice števil in znakov, podloge del–del–celota, slikovne zgodbe, barvice</w:t>
            </w:r>
          </w:p>
        </w:tc>
      </w:tr>
      <w:tr w:rsidR="005B3871" w14:paraId="663C0686" w14:textId="77777777">
        <w:trPr>
          <w:cantSplit/>
          <w:jc w:val="center"/>
        </w:trPr>
        <w:tc>
          <w:tcPr>
            <w:tcW w:w="14060" w:type="dxa"/>
            <w:gridSpan w:val="6"/>
            <w:tcMar>
              <w:top w:w="70" w:type="dxa"/>
              <w:left w:w="90" w:type="dxa"/>
              <w:bottom w:w="70" w:type="dxa"/>
              <w:right w:w="90" w:type="dxa"/>
            </w:tcMar>
            <w:vAlign w:val="center"/>
          </w:tcPr>
          <w:p w14:paraId="05AFF077" w14:textId="77777777" w:rsidR="005B3871" w:rsidRDefault="005B3871"/>
          <w:p w14:paraId="49A8A7D9"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3B26A372" w14:textId="77777777">
        <w:trPr>
          <w:cantSplit/>
          <w:jc w:val="center"/>
        </w:trPr>
        <w:tc>
          <w:tcPr>
            <w:tcW w:w="14060" w:type="dxa"/>
            <w:gridSpan w:val="6"/>
            <w:tcMar>
              <w:top w:w="70" w:type="dxa"/>
              <w:left w:w="90" w:type="dxa"/>
              <w:bottom w:w="70" w:type="dxa"/>
              <w:right w:w="90" w:type="dxa"/>
            </w:tcMar>
            <w:vAlign w:val="center"/>
          </w:tcPr>
          <w:p w14:paraId="27D32297" w14:textId="77777777" w:rsidR="005B3871" w:rsidRDefault="005B3871"/>
          <w:p w14:paraId="69E2C183"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5480338E" w14:textId="77777777">
        <w:trPr>
          <w:cantSplit/>
          <w:jc w:val="center"/>
        </w:trPr>
        <w:tc>
          <w:tcPr>
            <w:tcW w:w="14060" w:type="dxa"/>
            <w:gridSpan w:val="6"/>
            <w:tcMar>
              <w:top w:w="70" w:type="dxa"/>
              <w:left w:w="90" w:type="dxa"/>
              <w:bottom w:w="70" w:type="dxa"/>
              <w:right w:w="90" w:type="dxa"/>
            </w:tcMar>
            <w:vAlign w:val="center"/>
          </w:tcPr>
          <w:p w14:paraId="5459129F" w14:textId="77777777" w:rsidR="005B3871" w:rsidRDefault="005B3871"/>
          <w:p w14:paraId="782C3F2A"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5546ADD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0F713C5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38725F6"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C80B95" w14:textId="77777777" w:rsidR="005B3871" w:rsidRDefault="00000000">
            <w:pPr>
              <w:jc w:val="center"/>
            </w:pPr>
            <w:r>
              <w:rPr>
                <w:b/>
                <w:color w:val="000000"/>
                <w:sz w:val="20"/>
              </w:rPr>
              <w:t>UČNE DEJAVNOSTI, METODE IN FORMATIVNO SPREMLJANJE</w:t>
            </w:r>
          </w:p>
        </w:tc>
      </w:tr>
      <w:tr w:rsidR="005B3871" w14:paraId="6E9E43CF" w14:textId="77777777">
        <w:trPr>
          <w:tblHeader/>
          <w:jc w:val="center"/>
        </w:trPr>
        <w:tc>
          <w:tcPr>
            <w:tcW w:w="4422" w:type="dxa"/>
            <w:vMerge/>
            <w:tcMar>
              <w:top w:w="70" w:type="dxa"/>
              <w:left w:w="90" w:type="dxa"/>
              <w:bottom w:w="70" w:type="dxa"/>
              <w:right w:w="90" w:type="dxa"/>
            </w:tcMar>
            <w:vAlign w:val="center"/>
          </w:tcPr>
          <w:p w14:paraId="06243D42" w14:textId="77777777" w:rsidR="005B3871" w:rsidRDefault="005B3871"/>
        </w:tc>
        <w:tc>
          <w:tcPr>
            <w:tcW w:w="7087" w:type="dxa"/>
            <w:shd w:val="clear" w:color="auto" w:fill="FFFFFF"/>
            <w:tcMar>
              <w:top w:w="70" w:type="dxa"/>
              <w:left w:w="90" w:type="dxa"/>
              <w:bottom w:w="70" w:type="dxa"/>
              <w:right w:w="90" w:type="dxa"/>
            </w:tcMar>
            <w:vAlign w:val="center"/>
          </w:tcPr>
          <w:p w14:paraId="374EBF2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091602" w14:textId="77777777" w:rsidR="005B3871" w:rsidRDefault="00000000">
            <w:pPr>
              <w:jc w:val="center"/>
            </w:pPr>
            <w:r>
              <w:rPr>
                <w:b/>
                <w:color w:val="000000"/>
              </w:rPr>
              <w:t>UČENEC</w:t>
            </w:r>
          </w:p>
        </w:tc>
      </w:tr>
      <w:tr w:rsidR="005B3871" w14:paraId="6D242F4F" w14:textId="77777777">
        <w:trPr>
          <w:jc w:val="center"/>
        </w:trPr>
        <w:tc>
          <w:tcPr>
            <w:tcW w:w="4422" w:type="dxa"/>
            <w:tcMar>
              <w:top w:w="70" w:type="dxa"/>
              <w:left w:w="90" w:type="dxa"/>
              <w:bottom w:w="70" w:type="dxa"/>
              <w:right w:w="90" w:type="dxa"/>
            </w:tcMar>
          </w:tcPr>
          <w:p w14:paraId="489C4A6B" w14:textId="77777777" w:rsidR="005B3871" w:rsidRDefault="005B3871"/>
          <w:p w14:paraId="2EDFCC34" w14:textId="77777777" w:rsidR="005B3871" w:rsidRDefault="00000000">
            <w:pPr>
              <w:spacing w:after="60" w:line="245" w:lineRule="auto"/>
            </w:pPr>
            <w:r>
              <w:rPr>
                <w:b/>
                <w:color w:val="000000"/>
              </w:rPr>
              <w:t>UČNI CILJI</w:t>
            </w:r>
          </w:p>
          <w:p w14:paraId="5AA9BEDB" w14:textId="77777777" w:rsidR="005B3871" w:rsidRDefault="00000000">
            <w:pPr>
              <w:spacing w:after="20" w:line="245" w:lineRule="auto"/>
            </w:pPr>
            <w:r>
              <w:rPr>
                <w:b/>
                <w:color w:val="000000"/>
                <w:sz w:val="17"/>
              </w:rPr>
              <w:t>SPLOŠNI</w:t>
            </w:r>
          </w:p>
          <w:p w14:paraId="3D0BBAD7" w14:textId="77777777" w:rsidR="005B3871" w:rsidRDefault="00000000">
            <w:pPr>
              <w:pStyle w:val="Oznaenseznam"/>
              <w:spacing w:after="16"/>
            </w:pPr>
            <w:r>
              <w:rPr>
                <w:color w:val="000000"/>
                <w:sz w:val="16"/>
              </w:rPr>
              <w:t>razvija številske, prostorske in količinske predstave s konkretnimi izkušnjami</w:t>
            </w:r>
          </w:p>
          <w:p w14:paraId="060B976F" w14:textId="77777777" w:rsidR="005B3871" w:rsidRDefault="00000000">
            <w:pPr>
              <w:pStyle w:val="Oznaenseznam"/>
              <w:spacing w:after="16"/>
            </w:pPr>
            <w:r>
              <w:rPr>
                <w:color w:val="000000"/>
                <w:sz w:val="16"/>
              </w:rPr>
              <w:t>rešuje matematične probleme s predmetom, gibanjem, risbo, modelom in simbolom</w:t>
            </w:r>
          </w:p>
          <w:p w14:paraId="05BD4230" w14:textId="77777777" w:rsidR="005B3871" w:rsidRDefault="00000000">
            <w:pPr>
              <w:pStyle w:val="Oznaenseznam"/>
              <w:spacing w:after="16"/>
            </w:pPr>
            <w:r>
              <w:rPr>
                <w:color w:val="000000"/>
                <w:sz w:val="16"/>
              </w:rPr>
              <w:t>pojasnjuje izbrano strategijo, preverja smiselnost rešitve in posluša rešitve drugih</w:t>
            </w:r>
          </w:p>
          <w:p w14:paraId="48A0DC24" w14:textId="77777777" w:rsidR="005B3871" w:rsidRDefault="00000000">
            <w:pPr>
              <w:pStyle w:val="Oznaenseznam"/>
              <w:spacing w:after="16"/>
            </w:pPr>
            <w:r>
              <w:rPr>
                <w:color w:val="000000"/>
                <w:sz w:val="16"/>
              </w:rPr>
              <w:t>ob namenih in kriterijih spremlja svoje učenje ter uporabi opisno povratno informacijo</w:t>
            </w:r>
          </w:p>
          <w:p w14:paraId="5E2A2D77" w14:textId="77777777" w:rsidR="005B3871" w:rsidRDefault="00000000">
            <w:pPr>
              <w:spacing w:before="40" w:after="20" w:line="245" w:lineRule="auto"/>
            </w:pPr>
            <w:r>
              <w:rPr>
                <w:b/>
                <w:color w:val="000000"/>
                <w:sz w:val="17"/>
              </w:rPr>
              <w:t>OPERATIVNI</w:t>
            </w:r>
          </w:p>
          <w:p w14:paraId="131F06A6" w14:textId="77777777" w:rsidR="005B3871" w:rsidRDefault="00000000">
            <w:pPr>
              <w:pStyle w:val="Oznaenseznam"/>
              <w:spacing w:after="16"/>
            </w:pPr>
            <w:r>
              <w:rPr>
                <w:color w:val="000000"/>
                <w:sz w:val="16"/>
              </w:rPr>
              <w:t>modelira združevanje</w:t>
            </w:r>
          </w:p>
          <w:p w14:paraId="284ECEAB" w14:textId="77777777" w:rsidR="005B3871" w:rsidRDefault="00000000">
            <w:pPr>
              <w:pStyle w:val="Oznaenseznam"/>
              <w:spacing w:after="16"/>
            </w:pPr>
            <w:r>
              <w:rPr>
                <w:color w:val="000000"/>
                <w:sz w:val="16"/>
              </w:rPr>
              <w:t>zapiše preprost račun</w:t>
            </w:r>
          </w:p>
          <w:p w14:paraId="725B5115" w14:textId="77777777" w:rsidR="005B3871" w:rsidRDefault="00000000">
            <w:pPr>
              <w:pStyle w:val="Oznaenseznam"/>
              <w:spacing w:after="16"/>
            </w:pPr>
            <w:r>
              <w:rPr>
                <w:color w:val="000000"/>
                <w:sz w:val="16"/>
              </w:rPr>
              <w:t>pove račun z zgodbo</w:t>
            </w:r>
          </w:p>
          <w:p w14:paraId="3442801A" w14:textId="77777777" w:rsidR="005B3871" w:rsidRDefault="00000000">
            <w:pPr>
              <w:spacing w:before="40" w:after="20" w:line="245" w:lineRule="auto"/>
            </w:pPr>
            <w:r>
              <w:rPr>
                <w:b/>
                <w:color w:val="000000"/>
                <w:sz w:val="17"/>
              </w:rPr>
              <w:t>PRIČAKOVANI DOSEŽKI / STANDARDI</w:t>
            </w:r>
          </w:p>
          <w:p w14:paraId="76392774" w14:textId="77777777" w:rsidR="005B3871" w:rsidRDefault="00000000">
            <w:pPr>
              <w:pStyle w:val="Oznaenseznam"/>
              <w:spacing w:after="16"/>
            </w:pPr>
            <w:r>
              <w:rPr>
                <w:color w:val="000000"/>
                <w:sz w:val="16"/>
              </w:rPr>
              <w:t>ob konkretni, slikovni ali gibalni opori modelira združevanje</w:t>
            </w:r>
          </w:p>
          <w:p w14:paraId="09AB8E52" w14:textId="77777777" w:rsidR="005B3871" w:rsidRDefault="00000000">
            <w:pPr>
              <w:pStyle w:val="Oznaenseznam"/>
              <w:spacing w:after="16"/>
            </w:pPr>
            <w:r>
              <w:rPr>
                <w:color w:val="000000"/>
                <w:sz w:val="16"/>
              </w:rPr>
              <w:t>ob konkretni, slikovni ali gibalni opori zapiše preprost račun</w:t>
            </w:r>
          </w:p>
          <w:p w14:paraId="157F98F6" w14:textId="77777777" w:rsidR="005B3871" w:rsidRDefault="00000000">
            <w:pPr>
              <w:pStyle w:val="Oznaenseznam"/>
              <w:spacing w:after="16"/>
            </w:pPr>
            <w:r>
              <w:rPr>
                <w:color w:val="000000"/>
                <w:sz w:val="16"/>
              </w:rPr>
              <w:t>ob konkretni, slikovni ali gibalni opori pove račun z zgodbo</w:t>
            </w:r>
          </w:p>
        </w:tc>
        <w:tc>
          <w:tcPr>
            <w:tcW w:w="7087" w:type="dxa"/>
            <w:tcMar>
              <w:top w:w="70" w:type="dxa"/>
              <w:left w:w="90" w:type="dxa"/>
              <w:bottom w:w="70" w:type="dxa"/>
              <w:right w:w="90" w:type="dxa"/>
            </w:tcMar>
          </w:tcPr>
          <w:p w14:paraId="5B1BDF8B"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86C0B56" w14:textId="77777777">
              <w:trPr>
                <w:jc w:val="center"/>
              </w:trPr>
              <w:tc>
                <w:tcPr>
                  <w:tcW w:w="7087" w:type="dxa"/>
                  <w:shd w:val="clear" w:color="auto" w:fill="C6E7F3"/>
                  <w:tcMar>
                    <w:top w:w="45" w:type="dxa"/>
                    <w:left w:w="70" w:type="dxa"/>
                    <w:bottom w:w="45" w:type="dxa"/>
                    <w:right w:w="70" w:type="dxa"/>
                  </w:tcMar>
                </w:tcPr>
                <w:p w14:paraId="575BD0F4" w14:textId="77777777" w:rsidR="005B3871" w:rsidRDefault="00000000">
                  <w:pPr>
                    <w:keepNext/>
                  </w:pPr>
                  <w:r>
                    <w:rPr>
                      <w:b/>
                      <w:color w:val="000000"/>
                    </w:rPr>
                    <w:t>UVODNI DEL – motivacija, aktivacija predznanja in namen učenja (15–20 min)</w:t>
                  </w:r>
                </w:p>
              </w:tc>
            </w:tr>
          </w:tbl>
          <w:p w14:paraId="63FBD541" w14:textId="77777777" w:rsidR="005B3871" w:rsidRDefault="005B3871">
            <w:pPr>
              <w:spacing w:line="20" w:lineRule="exact"/>
            </w:pPr>
          </w:p>
          <w:p w14:paraId="4F3117EC" w14:textId="77777777" w:rsidR="005B3871" w:rsidRDefault="00000000">
            <w:pPr>
              <w:spacing w:before="40" w:after="60" w:line="245" w:lineRule="auto"/>
            </w:pPr>
            <w:r>
              <w:rPr>
                <w:color w:val="000000"/>
                <w:sz w:val="16"/>
              </w:rPr>
              <w:t>Ob vprašanju iz knjige Zakaj? se dve skupini živali združita. Učenci dogodek odigrajo, ga prikažejo s predmeti in risbo ter šele nato zapišejo račun.</w:t>
            </w:r>
          </w:p>
          <w:tbl>
            <w:tblPr>
              <w:tblStyle w:val="Tabelamrea"/>
              <w:tblW w:w="0" w:type="auto"/>
              <w:jc w:val="center"/>
              <w:tblLayout w:type="fixed"/>
              <w:tblLook w:val="04A0" w:firstRow="1" w:lastRow="0" w:firstColumn="1" w:lastColumn="0" w:noHBand="0" w:noVBand="1"/>
            </w:tblPr>
            <w:tblGrid>
              <w:gridCol w:w="7087"/>
            </w:tblGrid>
            <w:tr w:rsidR="005B3871" w14:paraId="38C6FE08" w14:textId="77777777">
              <w:trPr>
                <w:jc w:val="center"/>
              </w:trPr>
              <w:tc>
                <w:tcPr>
                  <w:tcW w:w="7087" w:type="dxa"/>
                  <w:shd w:val="clear" w:color="auto" w:fill="EDC9EA"/>
                  <w:tcMar>
                    <w:top w:w="45" w:type="dxa"/>
                    <w:left w:w="70" w:type="dxa"/>
                    <w:bottom w:w="45" w:type="dxa"/>
                    <w:right w:w="70" w:type="dxa"/>
                  </w:tcMar>
                </w:tcPr>
                <w:p w14:paraId="296F957F" w14:textId="77777777" w:rsidR="005B3871" w:rsidRDefault="00000000">
                  <w:pPr>
                    <w:keepNext/>
                  </w:pPr>
                  <w:r>
                    <w:rPr>
                      <w:b/>
                      <w:color w:val="000000"/>
                    </w:rPr>
                    <w:t>NAMENI UČENJA</w:t>
                  </w:r>
                </w:p>
              </w:tc>
            </w:tr>
          </w:tbl>
          <w:p w14:paraId="450C4B07" w14:textId="77777777" w:rsidR="005B3871" w:rsidRDefault="005B3871">
            <w:pPr>
              <w:spacing w:line="20" w:lineRule="exact"/>
            </w:pPr>
          </w:p>
          <w:p w14:paraId="03A72862"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3EC4ED1A" w14:textId="77777777" w:rsidR="005B3871" w:rsidRDefault="00000000">
            <w:pPr>
              <w:pStyle w:val="Oznaenseznam"/>
              <w:spacing w:after="16"/>
            </w:pPr>
            <w:r>
              <w:rPr>
                <w:color w:val="000000"/>
                <w:sz w:val="16"/>
              </w:rPr>
              <w:t>modeliram združevanje</w:t>
            </w:r>
          </w:p>
          <w:p w14:paraId="23C8CC73" w14:textId="77777777" w:rsidR="005B3871" w:rsidRDefault="00000000">
            <w:pPr>
              <w:pStyle w:val="Oznaenseznam"/>
              <w:spacing w:after="16"/>
            </w:pPr>
            <w:r>
              <w:rPr>
                <w:color w:val="000000"/>
                <w:sz w:val="16"/>
              </w:rPr>
              <w:t>zapišem preprost račun</w:t>
            </w:r>
          </w:p>
          <w:p w14:paraId="69580E9F" w14:textId="77777777" w:rsidR="005B3871" w:rsidRDefault="00000000">
            <w:pPr>
              <w:pStyle w:val="Oznaenseznam"/>
              <w:spacing w:after="16"/>
            </w:pPr>
            <w:r>
              <w:rPr>
                <w:color w:val="000000"/>
                <w:sz w:val="16"/>
              </w:rPr>
              <w:t>povem račun z zgodbo</w:t>
            </w:r>
          </w:p>
          <w:tbl>
            <w:tblPr>
              <w:tblStyle w:val="Tabelamrea"/>
              <w:tblW w:w="0" w:type="auto"/>
              <w:jc w:val="center"/>
              <w:tblLayout w:type="fixed"/>
              <w:tblLook w:val="04A0" w:firstRow="1" w:lastRow="0" w:firstColumn="1" w:lastColumn="0" w:noHBand="0" w:noVBand="1"/>
            </w:tblPr>
            <w:tblGrid>
              <w:gridCol w:w="7087"/>
            </w:tblGrid>
            <w:tr w:rsidR="005B3871" w14:paraId="1923FCFE" w14:textId="77777777">
              <w:trPr>
                <w:jc w:val="center"/>
              </w:trPr>
              <w:tc>
                <w:tcPr>
                  <w:tcW w:w="7087" w:type="dxa"/>
                  <w:shd w:val="clear" w:color="auto" w:fill="EDC9EA"/>
                  <w:tcMar>
                    <w:top w:w="45" w:type="dxa"/>
                    <w:left w:w="70" w:type="dxa"/>
                    <w:bottom w:w="45" w:type="dxa"/>
                    <w:right w:w="70" w:type="dxa"/>
                  </w:tcMar>
                </w:tcPr>
                <w:p w14:paraId="7235E876" w14:textId="77777777" w:rsidR="005B3871" w:rsidRDefault="00000000">
                  <w:pPr>
                    <w:keepNext/>
                  </w:pPr>
                  <w:r>
                    <w:rPr>
                      <w:b/>
                      <w:color w:val="000000"/>
                    </w:rPr>
                    <w:t>PREVERJANJE PREDZNANJA</w:t>
                  </w:r>
                </w:p>
              </w:tc>
            </w:tr>
          </w:tbl>
          <w:p w14:paraId="14AD5526" w14:textId="77777777" w:rsidR="005B3871" w:rsidRDefault="005B3871">
            <w:pPr>
              <w:spacing w:line="20" w:lineRule="exact"/>
            </w:pPr>
          </w:p>
          <w:p w14:paraId="58A8411C" w14:textId="77777777" w:rsidR="005B3871" w:rsidRDefault="00000000">
            <w:pPr>
              <w:pStyle w:val="Oznaenseznam"/>
              <w:spacing w:after="16"/>
            </w:pPr>
            <w:r>
              <w:rPr>
                <w:color w:val="000000"/>
                <w:sz w:val="16"/>
              </w:rPr>
              <w:t>Kaj se zgodi s količino, ko dve skupini združim?</w:t>
            </w:r>
          </w:p>
          <w:p w14:paraId="49D6B2C0" w14:textId="77777777" w:rsidR="005B3871" w:rsidRDefault="00000000">
            <w:pPr>
              <w:pStyle w:val="Oznaenseznam"/>
              <w:spacing w:after="16"/>
            </w:pPr>
            <w:r>
              <w:rPr>
                <w:color w:val="000000"/>
                <w:sz w:val="16"/>
              </w:rPr>
              <w:t>Kaj v računu pomenijo posamezna števila in znak plus?</w:t>
            </w:r>
          </w:p>
          <w:p w14:paraId="4C9458F3"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19A29B05" w14:textId="77777777">
              <w:trPr>
                <w:jc w:val="center"/>
              </w:trPr>
              <w:tc>
                <w:tcPr>
                  <w:tcW w:w="7087" w:type="dxa"/>
                  <w:shd w:val="clear" w:color="auto" w:fill="EDC9EA"/>
                  <w:tcMar>
                    <w:top w:w="45" w:type="dxa"/>
                    <w:left w:w="70" w:type="dxa"/>
                    <w:bottom w:w="45" w:type="dxa"/>
                    <w:right w:w="70" w:type="dxa"/>
                  </w:tcMar>
                </w:tcPr>
                <w:p w14:paraId="72253D03" w14:textId="77777777" w:rsidR="005B3871" w:rsidRDefault="00000000">
                  <w:pPr>
                    <w:keepNext/>
                  </w:pPr>
                  <w:r>
                    <w:rPr>
                      <w:b/>
                      <w:color w:val="000000"/>
                    </w:rPr>
                    <w:t>KRITERIJI USPEŠNOSTI</w:t>
                  </w:r>
                </w:p>
              </w:tc>
            </w:tr>
          </w:tbl>
          <w:p w14:paraId="0E21DD45" w14:textId="77777777" w:rsidR="005B3871" w:rsidRDefault="005B3871"/>
          <w:p w14:paraId="44325A5C" w14:textId="77777777" w:rsidR="005B3871" w:rsidRDefault="00000000">
            <w:pPr>
              <w:spacing w:before="20" w:after="20" w:line="245" w:lineRule="auto"/>
            </w:pPr>
            <w:r>
              <w:rPr>
                <w:b/>
                <w:color w:val="000000"/>
                <w:sz w:val="16"/>
              </w:rPr>
              <w:t>Uspešen/-na bom, ko:</w:t>
            </w:r>
          </w:p>
          <w:p w14:paraId="5AC16166" w14:textId="77777777" w:rsidR="005B3871" w:rsidRDefault="00000000">
            <w:pPr>
              <w:pStyle w:val="Oznaenseznam"/>
              <w:spacing w:after="16"/>
            </w:pPr>
            <w:r>
              <w:rPr>
                <w:color w:val="000000"/>
                <w:sz w:val="16"/>
              </w:rPr>
              <w:t>modeliram združevanje</w:t>
            </w:r>
          </w:p>
          <w:p w14:paraId="47C26810" w14:textId="77777777" w:rsidR="005B3871" w:rsidRDefault="00000000">
            <w:pPr>
              <w:pStyle w:val="Oznaenseznam"/>
              <w:spacing w:after="16"/>
            </w:pPr>
            <w:r>
              <w:rPr>
                <w:color w:val="000000"/>
                <w:sz w:val="16"/>
              </w:rPr>
              <w:t>zapišem preprost račun</w:t>
            </w:r>
          </w:p>
          <w:p w14:paraId="081EF7C5" w14:textId="77777777" w:rsidR="005B3871" w:rsidRDefault="00000000">
            <w:pPr>
              <w:pStyle w:val="Oznaenseznam"/>
              <w:spacing w:after="16"/>
            </w:pPr>
            <w:r>
              <w:rPr>
                <w:color w:val="000000"/>
                <w:sz w:val="16"/>
              </w:rPr>
              <w:t>povem račun z zgodbo</w:t>
            </w:r>
          </w:p>
          <w:p w14:paraId="2713FEC2"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4521292D" w14:textId="77777777" w:rsidR="005B3871" w:rsidRDefault="005B3871"/>
          <w:p w14:paraId="24356EE1"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30EB64D0" w14:textId="77777777" w:rsidR="005B3871" w:rsidRDefault="00000000">
            <w:pPr>
              <w:spacing w:after="80" w:line="245" w:lineRule="auto"/>
            </w:pPr>
            <w:r>
              <w:rPr>
                <w:color w:val="000000"/>
                <w:sz w:val="16"/>
              </w:rPr>
              <w:t>Pove, pokaže ali nariše, kako bi nalogo začel. Posluša tudi drugačne strategije.</w:t>
            </w:r>
          </w:p>
          <w:p w14:paraId="51874672" w14:textId="77777777" w:rsidR="005B3871" w:rsidRDefault="00000000">
            <w:pPr>
              <w:spacing w:after="100" w:line="245" w:lineRule="auto"/>
            </w:pPr>
            <w:r>
              <w:rPr>
                <w:color w:val="000000"/>
                <w:sz w:val="16"/>
              </w:rPr>
              <w:t>Sodeluje pri razumevanju namenov in kriterijev uspešnosti.</w:t>
            </w:r>
          </w:p>
          <w:p w14:paraId="4DA656CF" w14:textId="77777777" w:rsidR="005B3871" w:rsidRDefault="00000000">
            <w:pPr>
              <w:spacing w:after="20" w:line="245" w:lineRule="auto"/>
            </w:pPr>
            <w:r>
              <w:rPr>
                <w:b/>
                <w:color w:val="D95BC6"/>
                <w:sz w:val="17"/>
              </w:rPr>
              <w:t>DOKAZ O UČENJU</w:t>
            </w:r>
          </w:p>
          <w:p w14:paraId="015D2369" w14:textId="77777777" w:rsidR="005B3871" w:rsidRDefault="00000000">
            <w:pPr>
              <w:spacing w:after="30" w:line="245" w:lineRule="auto"/>
            </w:pPr>
            <w:r>
              <w:rPr>
                <w:color w:val="D95BC6"/>
                <w:sz w:val="16"/>
              </w:rPr>
              <w:t>začetna strategija, razvrstitev, model, risba, gib ali ustni odgovor</w:t>
            </w:r>
          </w:p>
        </w:tc>
      </w:tr>
    </w:tbl>
    <w:p w14:paraId="2037E46F"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8FF197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B434992"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F6A384F" w14:textId="77777777" w:rsidR="005B3871" w:rsidRDefault="00000000">
            <w:pPr>
              <w:jc w:val="center"/>
            </w:pPr>
            <w:r>
              <w:rPr>
                <w:b/>
                <w:color w:val="000000"/>
                <w:sz w:val="20"/>
              </w:rPr>
              <w:t>UČNE DEJAVNOSTI, METODE IN FORMATIVNO SPREMLJANJE</w:t>
            </w:r>
          </w:p>
        </w:tc>
      </w:tr>
      <w:tr w:rsidR="005B3871" w14:paraId="58843EF5" w14:textId="77777777">
        <w:trPr>
          <w:tblHeader/>
          <w:jc w:val="center"/>
        </w:trPr>
        <w:tc>
          <w:tcPr>
            <w:tcW w:w="4422" w:type="dxa"/>
            <w:vMerge/>
            <w:tcMar>
              <w:top w:w="70" w:type="dxa"/>
              <w:left w:w="90" w:type="dxa"/>
              <w:bottom w:w="70" w:type="dxa"/>
              <w:right w:w="90" w:type="dxa"/>
            </w:tcMar>
            <w:vAlign w:val="center"/>
          </w:tcPr>
          <w:p w14:paraId="5D810AA7" w14:textId="77777777" w:rsidR="005B3871" w:rsidRDefault="005B3871"/>
        </w:tc>
        <w:tc>
          <w:tcPr>
            <w:tcW w:w="7087" w:type="dxa"/>
            <w:shd w:val="clear" w:color="auto" w:fill="FFFFFF"/>
            <w:tcMar>
              <w:top w:w="70" w:type="dxa"/>
              <w:left w:w="90" w:type="dxa"/>
              <w:bottom w:w="70" w:type="dxa"/>
              <w:right w:w="90" w:type="dxa"/>
            </w:tcMar>
            <w:vAlign w:val="center"/>
          </w:tcPr>
          <w:p w14:paraId="3A827E63"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B376E03" w14:textId="77777777" w:rsidR="005B3871" w:rsidRDefault="00000000">
            <w:pPr>
              <w:jc w:val="center"/>
            </w:pPr>
            <w:r>
              <w:rPr>
                <w:b/>
                <w:color w:val="000000"/>
              </w:rPr>
              <w:t>UČENEC</w:t>
            </w:r>
          </w:p>
        </w:tc>
      </w:tr>
      <w:tr w:rsidR="005B3871" w14:paraId="12383C41" w14:textId="77777777">
        <w:trPr>
          <w:jc w:val="center"/>
        </w:trPr>
        <w:tc>
          <w:tcPr>
            <w:tcW w:w="4422" w:type="dxa"/>
            <w:tcMar>
              <w:top w:w="70" w:type="dxa"/>
              <w:left w:w="90" w:type="dxa"/>
              <w:bottom w:w="70" w:type="dxa"/>
              <w:right w:w="90" w:type="dxa"/>
            </w:tcMar>
          </w:tcPr>
          <w:p w14:paraId="64701CFC" w14:textId="77777777" w:rsidR="005B3871" w:rsidRDefault="005B3871"/>
          <w:p w14:paraId="3C14E389" w14:textId="77777777" w:rsidR="005B3871" w:rsidRDefault="00000000">
            <w:pPr>
              <w:spacing w:after="40" w:line="245" w:lineRule="auto"/>
            </w:pPr>
            <w:r>
              <w:rPr>
                <w:b/>
                <w:color w:val="000000"/>
              </w:rPr>
              <w:t>KLJUČNI POJMI</w:t>
            </w:r>
          </w:p>
          <w:p w14:paraId="0869DF81" w14:textId="77777777" w:rsidR="005B3871" w:rsidRDefault="00000000">
            <w:pPr>
              <w:spacing w:after="60" w:line="245" w:lineRule="auto"/>
            </w:pPr>
            <w:r>
              <w:rPr>
                <w:color w:val="000000"/>
                <w:sz w:val="16"/>
              </w:rPr>
              <w:t>seštevanje, združevanje, del, celota, skupaj, plus, je enako, račun, zgodba</w:t>
            </w:r>
          </w:p>
          <w:p w14:paraId="60B01E72" w14:textId="77777777" w:rsidR="005B3871" w:rsidRDefault="00000000">
            <w:pPr>
              <w:spacing w:after="20" w:line="245" w:lineRule="auto"/>
            </w:pPr>
            <w:r>
              <w:rPr>
                <w:b/>
                <w:color w:val="000000"/>
                <w:sz w:val="17"/>
              </w:rPr>
              <w:t>DOKAZI O UČENJU</w:t>
            </w:r>
          </w:p>
          <w:p w14:paraId="5F8CD94C" w14:textId="77777777" w:rsidR="005B3871" w:rsidRDefault="00000000">
            <w:pPr>
              <w:pStyle w:val="Oznaenseznam"/>
              <w:spacing w:after="16"/>
            </w:pPr>
            <w:r>
              <w:rPr>
                <w:color w:val="000000"/>
                <w:sz w:val="16"/>
              </w:rPr>
              <w:t>konkretni model združevanja</w:t>
            </w:r>
          </w:p>
          <w:p w14:paraId="3979294D" w14:textId="77777777" w:rsidR="005B3871" w:rsidRDefault="00000000">
            <w:pPr>
              <w:pStyle w:val="Oznaenseznam"/>
              <w:spacing w:after="16"/>
            </w:pPr>
            <w:r>
              <w:rPr>
                <w:color w:val="000000"/>
                <w:sz w:val="16"/>
              </w:rPr>
              <w:t>živi model seštevanja</w:t>
            </w:r>
          </w:p>
          <w:p w14:paraId="78325000" w14:textId="77777777" w:rsidR="005B3871" w:rsidRDefault="00000000">
            <w:pPr>
              <w:pStyle w:val="Oznaenseznam"/>
              <w:spacing w:after="16"/>
            </w:pPr>
            <w:r>
              <w:rPr>
                <w:color w:val="000000"/>
                <w:sz w:val="16"/>
              </w:rPr>
              <w:t>risba in pravilen simbolni zapis</w:t>
            </w:r>
          </w:p>
          <w:p w14:paraId="3D3418D2" w14:textId="77777777" w:rsidR="005B3871" w:rsidRDefault="00000000">
            <w:pPr>
              <w:pStyle w:val="Oznaenseznam"/>
              <w:spacing w:after="16"/>
            </w:pPr>
            <w:r>
              <w:rPr>
                <w:color w:val="000000"/>
                <w:sz w:val="16"/>
              </w:rPr>
              <w:t>lastna zgodba, model in račun</w:t>
            </w:r>
          </w:p>
          <w:p w14:paraId="12A8FDD8" w14:textId="77777777" w:rsidR="005B3871" w:rsidRDefault="00000000">
            <w:pPr>
              <w:spacing w:before="40" w:after="20" w:line="245" w:lineRule="auto"/>
            </w:pPr>
            <w:r>
              <w:rPr>
                <w:b/>
                <w:color w:val="000000"/>
                <w:sz w:val="17"/>
              </w:rPr>
              <w:t>MEDPREDMETNA POVEZAVA</w:t>
            </w:r>
          </w:p>
          <w:p w14:paraId="781EFADE" w14:textId="77777777" w:rsidR="005B3871" w:rsidRDefault="00000000">
            <w:pPr>
              <w:spacing w:after="60" w:line="245" w:lineRule="auto"/>
            </w:pPr>
            <w:r>
              <w:rPr>
                <w:color w:val="000000"/>
                <w:sz w:val="16"/>
              </w:rPr>
              <w:t>SLJ – pripoved računske zgodbe; SPO – živali; ŠPO – živo seštevanje; LUM – slikovni model</w:t>
            </w:r>
          </w:p>
          <w:p w14:paraId="578B07B7" w14:textId="77777777" w:rsidR="005B3871" w:rsidRDefault="00000000">
            <w:pPr>
              <w:spacing w:after="20" w:line="245" w:lineRule="auto"/>
            </w:pPr>
            <w:r>
              <w:rPr>
                <w:b/>
                <w:color w:val="000000"/>
                <w:sz w:val="17"/>
              </w:rPr>
              <w:t>POUČEVANJE V GIBANJU</w:t>
            </w:r>
          </w:p>
          <w:p w14:paraId="0BB3D512"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0D01C1FF" w14:textId="77777777" w:rsidR="005B3871" w:rsidRDefault="00000000">
            <w:pPr>
              <w:spacing w:after="20" w:line="245" w:lineRule="auto"/>
            </w:pPr>
            <w:r>
              <w:rPr>
                <w:b/>
                <w:color w:val="000000"/>
                <w:sz w:val="17"/>
              </w:rPr>
              <w:t>DELO PO POSTAJAH</w:t>
            </w:r>
          </w:p>
          <w:p w14:paraId="177C1ECB" w14:textId="77777777" w:rsidR="005B3871" w:rsidRDefault="00000000">
            <w:pPr>
              <w:spacing w:after="60" w:line="245" w:lineRule="auto"/>
            </w:pPr>
            <w:r>
              <w:rPr>
                <w:color w:val="000000"/>
                <w:sz w:val="15"/>
              </w:rPr>
              <w:t>Načrtovana rotacija: konkretno-izkušenjska – Združimo skupini; gibalna/sodelovalna – Živo seštevanje; slikovno-simbolna – Od zgodbe do računa; izziv, dokaz in povratna informacija – Moja računska zgodba. Pri pisnem ocenjevanju se postaje izvedejo v pripravi, analizi in ponovnem učenju.</w:t>
            </w:r>
          </w:p>
          <w:p w14:paraId="0FB60C58" w14:textId="77777777" w:rsidR="005B3871" w:rsidRDefault="00000000">
            <w:pPr>
              <w:spacing w:after="20" w:line="245" w:lineRule="auto"/>
            </w:pPr>
            <w:r>
              <w:rPr>
                <w:b/>
                <w:color w:val="000000"/>
                <w:sz w:val="17"/>
              </w:rPr>
              <w:t>DIFERENCIACIJA IN VKLJUČEVANJE</w:t>
            </w:r>
          </w:p>
          <w:p w14:paraId="56044118"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7C42073D" w14:textId="77777777" w:rsidR="005B3871" w:rsidRDefault="00000000">
            <w:pPr>
              <w:spacing w:after="20" w:line="245" w:lineRule="auto"/>
            </w:pPr>
            <w:r>
              <w:rPr>
                <w:b/>
                <w:color w:val="000000"/>
                <w:sz w:val="17"/>
              </w:rPr>
              <w:t>SPREMLJANJE</w:t>
            </w:r>
          </w:p>
          <w:p w14:paraId="0C1CA0FB"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41586D5D"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66E9360" w14:textId="77777777">
              <w:trPr>
                <w:jc w:val="center"/>
              </w:trPr>
              <w:tc>
                <w:tcPr>
                  <w:tcW w:w="7087" w:type="dxa"/>
                  <w:shd w:val="clear" w:color="auto" w:fill="C6E7F3"/>
                  <w:tcMar>
                    <w:top w:w="45" w:type="dxa"/>
                    <w:left w:w="70" w:type="dxa"/>
                    <w:bottom w:w="45" w:type="dxa"/>
                    <w:right w:w="70" w:type="dxa"/>
                  </w:tcMar>
                </w:tcPr>
                <w:p w14:paraId="78685AC1" w14:textId="77777777" w:rsidR="005B3871" w:rsidRDefault="00000000">
                  <w:pPr>
                    <w:keepNext/>
                  </w:pPr>
                  <w:r>
                    <w:rPr>
                      <w:b/>
                      <w:color w:val="000000"/>
                    </w:rPr>
                    <w:t>GLAVNI DEL – IZKUŠENJSKO IN PROBLEMSKO UČENJE (4 šolske ure)</w:t>
                  </w:r>
                </w:p>
              </w:tc>
            </w:tr>
          </w:tbl>
          <w:p w14:paraId="6B18AE0D" w14:textId="77777777" w:rsidR="005B3871" w:rsidRDefault="005B3871">
            <w:pPr>
              <w:spacing w:line="20" w:lineRule="exact"/>
            </w:pPr>
          </w:p>
          <w:p w14:paraId="2CDA234F" w14:textId="77777777" w:rsidR="005B3871" w:rsidRDefault="00000000">
            <w:pPr>
              <w:keepNext/>
              <w:spacing w:before="40" w:after="10" w:line="245" w:lineRule="auto"/>
            </w:pPr>
            <w:r>
              <w:rPr>
                <w:b/>
                <w:color w:val="000000"/>
                <w:sz w:val="17"/>
              </w:rPr>
              <w:t>1. URA – Združimo skupini</w:t>
            </w:r>
          </w:p>
          <w:p w14:paraId="47894778" w14:textId="77777777" w:rsidR="005B3871" w:rsidRDefault="00000000">
            <w:pPr>
              <w:spacing w:after="14" w:line="245" w:lineRule="auto"/>
            </w:pPr>
            <w:r>
              <w:rPr>
                <w:b/>
                <w:color w:val="000000"/>
                <w:sz w:val="16"/>
              </w:rPr>
              <w:t xml:space="preserve">Dejavnost učiteljice: </w:t>
            </w:r>
            <w:r>
              <w:rPr>
                <w:color w:val="000000"/>
                <w:sz w:val="16"/>
              </w:rPr>
              <w:t>Pripravi dve skupini živali in glasno modelira: prvi del, drugi del, skupaj.</w:t>
            </w:r>
          </w:p>
          <w:p w14:paraId="7887A227" w14:textId="77777777" w:rsidR="005B3871" w:rsidRDefault="00000000">
            <w:pPr>
              <w:spacing w:after="14" w:line="245" w:lineRule="auto"/>
            </w:pPr>
            <w:r>
              <w:rPr>
                <w:b/>
                <w:color w:val="000000"/>
                <w:sz w:val="16"/>
              </w:rPr>
              <w:t xml:space="preserve">Dejavnost učencev: </w:t>
            </w:r>
            <w:r>
              <w:rPr>
                <w:color w:val="000000"/>
                <w:sz w:val="16"/>
              </w:rPr>
              <w:t>Fizično združijo skupini, preštejejo celoto in dogodek povedo z besedami.</w:t>
            </w:r>
          </w:p>
          <w:p w14:paraId="0664B107" w14:textId="77777777" w:rsidR="005B3871" w:rsidRDefault="00000000">
            <w:pPr>
              <w:spacing w:after="24" w:line="245" w:lineRule="auto"/>
            </w:pPr>
            <w:r>
              <w:rPr>
                <w:i/>
                <w:color w:val="D95BC6"/>
                <w:sz w:val="16"/>
              </w:rPr>
              <w:t>Predvideni dokaz: konkretni model združevanja.</w:t>
            </w:r>
          </w:p>
          <w:p w14:paraId="5FE7FA96" w14:textId="77777777" w:rsidR="005B3871" w:rsidRDefault="00000000">
            <w:pPr>
              <w:keepNext/>
              <w:spacing w:before="40" w:after="10" w:line="245" w:lineRule="auto"/>
            </w:pPr>
            <w:r>
              <w:rPr>
                <w:b/>
                <w:color w:val="000000"/>
                <w:sz w:val="17"/>
              </w:rPr>
              <w:t>2. URA – Živo seštevanje</w:t>
            </w:r>
          </w:p>
          <w:p w14:paraId="61852A4D" w14:textId="77777777" w:rsidR="005B3871" w:rsidRDefault="00000000">
            <w:pPr>
              <w:spacing w:after="14" w:line="245" w:lineRule="auto"/>
            </w:pPr>
            <w:r>
              <w:rPr>
                <w:b/>
                <w:color w:val="000000"/>
                <w:sz w:val="16"/>
              </w:rPr>
              <w:t xml:space="preserve">Dejavnost učiteljice: </w:t>
            </w:r>
            <w:r>
              <w:rPr>
                <w:color w:val="000000"/>
                <w:sz w:val="16"/>
              </w:rPr>
              <w:t>Učence razporedi v dve označeni skupini in vodi varen premik v skupni obroč.</w:t>
            </w:r>
          </w:p>
          <w:p w14:paraId="4CB4B5B2" w14:textId="77777777" w:rsidR="005B3871" w:rsidRDefault="00000000">
            <w:pPr>
              <w:spacing w:after="14" w:line="245" w:lineRule="auto"/>
            </w:pPr>
            <w:r>
              <w:rPr>
                <w:b/>
                <w:color w:val="000000"/>
                <w:sz w:val="16"/>
              </w:rPr>
              <w:t xml:space="preserve">Dejavnost učencev: </w:t>
            </w:r>
            <w:r>
              <w:rPr>
                <w:color w:val="000000"/>
                <w:sz w:val="16"/>
              </w:rPr>
              <w:t>Odigrajo seštevanje, pokažejo oba dela in celoto ter izberejo ustrezne kartice.</w:t>
            </w:r>
          </w:p>
          <w:p w14:paraId="4BAB52D1" w14:textId="77777777" w:rsidR="005B3871" w:rsidRDefault="00000000">
            <w:pPr>
              <w:spacing w:after="24" w:line="245" w:lineRule="auto"/>
            </w:pPr>
            <w:r>
              <w:rPr>
                <w:i/>
                <w:color w:val="D95BC6"/>
                <w:sz w:val="16"/>
              </w:rPr>
              <w:t>Predvideni dokaz: živi model seštevanja.</w:t>
            </w:r>
          </w:p>
          <w:p w14:paraId="0694FE03" w14:textId="77777777" w:rsidR="005B3871" w:rsidRDefault="00000000">
            <w:pPr>
              <w:keepNext/>
              <w:spacing w:before="40" w:after="10" w:line="245" w:lineRule="auto"/>
            </w:pPr>
            <w:r>
              <w:rPr>
                <w:b/>
                <w:color w:val="000000"/>
                <w:sz w:val="17"/>
              </w:rPr>
              <w:t>3. URA – Od zgodbe do računa</w:t>
            </w:r>
          </w:p>
          <w:p w14:paraId="1CE163A7" w14:textId="77777777" w:rsidR="005B3871" w:rsidRDefault="00000000">
            <w:pPr>
              <w:spacing w:after="14" w:line="245" w:lineRule="auto"/>
            </w:pPr>
            <w:r>
              <w:rPr>
                <w:b/>
                <w:color w:val="000000"/>
                <w:sz w:val="16"/>
              </w:rPr>
              <w:t xml:space="preserve">Dejavnost učiteljice: </w:t>
            </w:r>
            <w:r>
              <w:rPr>
                <w:color w:val="000000"/>
                <w:sz w:val="16"/>
              </w:rPr>
              <w:t>Poveže konkretni dogodek z risbo, nato uvede zapis a + b = c.</w:t>
            </w:r>
          </w:p>
          <w:p w14:paraId="0DB8B7BE" w14:textId="77777777" w:rsidR="005B3871" w:rsidRDefault="00000000">
            <w:pPr>
              <w:spacing w:after="14" w:line="245" w:lineRule="auto"/>
            </w:pPr>
            <w:r>
              <w:rPr>
                <w:b/>
                <w:color w:val="000000"/>
                <w:sz w:val="16"/>
              </w:rPr>
              <w:t xml:space="preserve">Dejavnost učencev: </w:t>
            </w:r>
            <w:r>
              <w:rPr>
                <w:color w:val="000000"/>
                <w:sz w:val="16"/>
              </w:rPr>
              <w:t>Narišejo oba dela, dopolnijo račun in ob zapisu povedo zgodbo.</w:t>
            </w:r>
          </w:p>
          <w:p w14:paraId="026D9EBD" w14:textId="77777777" w:rsidR="005B3871" w:rsidRDefault="00000000">
            <w:pPr>
              <w:spacing w:after="24" w:line="245" w:lineRule="auto"/>
            </w:pPr>
            <w:r>
              <w:rPr>
                <w:i/>
                <w:color w:val="D95BC6"/>
                <w:sz w:val="16"/>
              </w:rPr>
              <w:t>Predvideni dokaz: risba in pravilen simbolni zapis.</w:t>
            </w:r>
          </w:p>
          <w:p w14:paraId="426F5A4E" w14:textId="77777777" w:rsidR="005B3871" w:rsidRDefault="00000000">
            <w:pPr>
              <w:keepNext/>
              <w:spacing w:before="40" w:after="10" w:line="245" w:lineRule="auto"/>
            </w:pPr>
            <w:r>
              <w:rPr>
                <w:b/>
                <w:color w:val="000000"/>
                <w:sz w:val="17"/>
              </w:rPr>
              <w:t>4. URA – Moja računska zgodba</w:t>
            </w:r>
          </w:p>
          <w:p w14:paraId="44E82B2B" w14:textId="77777777" w:rsidR="005B3871" w:rsidRDefault="00000000">
            <w:pPr>
              <w:spacing w:after="14" w:line="245" w:lineRule="auto"/>
            </w:pPr>
            <w:r>
              <w:rPr>
                <w:b/>
                <w:color w:val="000000"/>
                <w:sz w:val="16"/>
              </w:rPr>
              <w:t xml:space="preserve">Dejavnost učiteljice: </w:t>
            </w:r>
            <w:r>
              <w:rPr>
                <w:color w:val="000000"/>
                <w:sz w:val="16"/>
              </w:rPr>
              <w:t>Ponudi predmete in okvir zgodbe ter preverja skladnost zgodbe z računom.</w:t>
            </w:r>
          </w:p>
          <w:p w14:paraId="19CCF062" w14:textId="77777777" w:rsidR="005B3871" w:rsidRDefault="00000000">
            <w:pPr>
              <w:spacing w:after="14" w:line="245" w:lineRule="auto"/>
            </w:pPr>
            <w:r>
              <w:rPr>
                <w:b/>
                <w:color w:val="000000"/>
                <w:sz w:val="16"/>
              </w:rPr>
              <w:t xml:space="preserve">Dejavnost učencev: </w:t>
            </w:r>
            <w:r>
              <w:rPr>
                <w:color w:val="000000"/>
                <w:sz w:val="16"/>
              </w:rPr>
              <w:t>Sestavijo svojo zgodbo seštevanja in jo rešijo z izbranim modelom.</w:t>
            </w:r>
          </w:p>
          <w:p w14:paraId="662E9852" w14:textId="77777777" w:rsidR="005B3871" w:rsidRDefault="00000000">
            <w:pPr>
              <w:spacing w:after="24" w:line="245" w:lineRule="auto"/>
            </w:pPr>
            <w:r>
              <w:rPr>
                <w:i/>
                <w:color w:val="D95BC6"/>
                <w:sz w:val="16"/>
              </w:rPr>
              <w:t>Predvideni dokaz: lastna zgodba, model in račun.</w:t>
            </w:r>
          </w:p>
          <w:tbl>
            <w:tblPr>
              <w:tblStyle w:val="Tabelamrea"/>
              <w:tblW w:w="0" w:type="auto"/>
              <w:jc w:val="center"/>
              <w:tblLayout w:type="fixed"/>
              <w:tblLook w:val="04A0" w:firstRow="1" w:lastRow="0" w:firstColumn="1" w:lastColumn="0" w:noHBand="0" w:noVBand="1"/>
            </w:tblPr>
            <w:tblGrid>
              <w:gridCol w:w="7087"/>
            </w:tblGrid>
            <w:tr w:rsidR="005B3871" w14:paraId="3A28BFED" w14:textId="77777777">
              <w:trPr>
                <w:jc w:val="center"/>
              </w:trPr>
              <w:tc>
                <w:tcPr>
                  <w:tcW w:w="7087" w:type="dxa"/>
                  <w:shd w:val="clear" w:color="auto" w:fill="EDC9EA"/>
                  <w:tcMar>
                    <w:top w:w="45" w:type="dxa"/>
                    <w:left w:w="70" w:type="dxa"/>
                    <w:bottom w:w="45" w:type="dxa"/>
                    <w:right w:w="70" w:type="dxa"/>
                  </w:tcMar>
                </w:tcPr>
                <w:p w14:paraId="24966EE3" w14:textId="77777777" w:rsidR="005B3871" w:rsidRDefault="00000000">
                  <w:pPr>
                    <w:keepNext/>
                  </w:pPr>
                  <w:r>
                    <w:rPr>
                      <w:b/>
                      <w:color w:val="000000"/>
                    </w:rPr>
                    <w:t>POVRATNA INFORMACIJA UČITELJICE MED DELOM</w:t>
                  </w:r>
                </w:p>
              </w:tc>
            </w:tr>
          </w:tbl>
          <w:p w14:paraId="4857A92F" w14:textId="77777777" w:rsidR="005B3871" w:rsidRDefault="005B3871"/>
          <w:p w14:paraId="660251DB"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020B19FA" w14:textId="77777777" w:rsidR="005B3871" w:rsidRDefault="005B3871"/>
          <w:p w14:paraId="7EF03002" w14:textId="77777777" w:rsidR="005B3871" w:rsidRDefault="00000000">
            <w:pPr>
              <w:spacing w:after="10" w:line="245" w:lineRule="auto"/>
            </w:pPr>
            <w:r>
              <w:rPr>
                <w:b/>
                <w:color w:val="000000"/>
                <w:sz w:val="16"/>
              </w:rPr>
              <w:t>1. URA</w:t>
            </w:r>
          </w:p>
          <w:p w14:paraId="5F6EB2AA" w14:textId="77777777" w:rsidR="005B3871" w:rsidRDefault="00000000">
            <w:pPr>
              <w:spacing w:after="30" w:line="245" w:lineRule="auto"/>
            </w:pPr>
            <w:r>
              <w:rPr>
                <w:color w:val="000000"/>
                <w:sz w:val="16"/>
              </w:rPr>
              <w:t>Fizično združijo skupini, preštejejo celoto in dogodek povedo z besedami.</w:t>
            </w:r>
          </w:p>
          <w:p w14:paraId="34C910EE" w14:textId="77777777" w:rsidR="005B3871" w:rsidRDefault="00000000">
            <w:pPr>
              <w:spacing w:line="245" w:lineRule="auto"/>
            </w:pPr>
            <w:r>
              <w:rPr>
                <w:b/>
                <w:color w:val="D95BC6"/>
                <w:sz w:val="16"/>
              </w:rPr>
              <w:t>DOKAZ</w:t>
            </w:r>
          </w:p>
          <w:p w14:paraId="209B46E4" w14:textId="77777777" w:rsidR="005B3871" w:rsidRDefault="00000000">
            <w:pPr>
              <w:spacing w:after="40" w:line="245" w:lineRule="auto"/>
            </w:pPr>
            <w:r>
              <w:rPr>
                <w:color w:val="D95BC6"/>
                <w:sz w:val="15"/>
              </w:rPr>
              <w:t>konkretni model združevanja</w:t>
            </w:r>
          </w:p>
          <w:p w14:paraId="7FFB56CA" w14:textId="77777777" w:rsidR="005B3871" w:rsidRDefault="00000000">
            <w:pPr>
              <w:spacing w:after="10" w:line="245" w:lineRule="auto"/>
            </w:pPr>
            <w:r>
              <w:rPr>
                <w:b/>
                <w:color w:val="000000"/>
                <w:sz w:val="16"/>
              </w:rPr>
              <w:t>2. URA</w:t>
            </w:r>
          </w:p>
          <w:p w14:paraId="683D8BE6" w14:textId="77777777" w:rsidR="005B3871" w:rsidRDefault="00000000">
            <w:pPr>
              <w:spacing w:after="30" w:line="245" w:lineRule="auto"/>
            </w:pPr>
            <w:r>
              <w:rPr>
                <w:color w:val="000000"/>
                <w:sz w:val="16"/>
              </w:rPr>
              <w:t>Odigrajo seštevanje, pokažejo oba dela in celoto ter izberejo ustrezne kartice.</w:t>
            </w:r>
          </w:p>
          <w:p w14:paraId="1C2CF4F6" w14:textId="77777777" w:rsidR="005B3871" w:rsidRDefault="00000000">
            <w:pPr>
              <w:spacing w:line="245" w:lineRule="auto"/>
            </w:pPr>
            <w:r>
              <w:rPr>
                <w:b/>
                <w:color w:val="D95BC6"/>
                <w:sz w:val="16"/>
              </w:rPr>
              <w:t>DOKAZ</w:t>
            </w:r>
          </w:p>
          <w:p w14:paraId="03BE4542" w14:textId="77777777" w:rsidR="005B3871" w:rsidRDefault="00000000">
            <w:pPr>
              <w:spacing w:after="40" w:line="245" w:lineRule="auto"/>
            </w:pPr>
            <w:r>
              <w:rPr>
                <w:color w:val="D95BC6"/>
                <w:sz w:val="15"/>
              </w:rPr>
              <w:t>živi model seštevanja</w:t>
            </w:r>
          </w:p>
          <w:p w14:paraId="357397D2" w14:textId="77777777" w:rsidR="005B3871" w:rsidRDefault="00000000">
            <w:pPr>
              <w:spacing w:after="10" w:line="245" w:lineRule="auto"/>
            </w:pPr>
            <w:r>
              <w:rPr>
                <w:b/>
                <w:color w:val="000000"/>
                <w:sz w:val="16"/>
              </w:rPr>
              <w:t>3. URA</w:t>
            </w:r>
          </w:p>
          <w:p w14:paraId="2E941886" w14:textId="77777777" w:rsidR="005B3871" w:rsidRDefault="00000000">
            <w:pPr>
              <w:spacing w:after="30" w:line="245" w:lineRule="auto"/>
            </w:pPr>
            <w:r>
              <w:rPr>
                <w:color w:val="000000"/>
                <w:sz w:val="16"/>
              </w:rPr>
              <w:t>Narišejo oba dela, dopolnijo račun in ob zapisu povedo zgodbo.</w:t>
            </w:r>
          </w:p>
          <w:p w14:paraId="027DA03B" w14:textId="77777777" w:rsidR="005B3871" w:rsidRDefault="00000000">
            <w:pPr>
              <w:spacing w:line="245" w:lineRule="auto"/>
            </w:pPr>
            <w:r>
              <w:rPr>
                <w:b/>
                <w:color w:val="D95BC6"/>
                <w:sz w:val="16"/>
              </w:rPr>
              <w:t>DOKAZ</w:t>
            </w:r>
          </w:p>
          <w:p w14:paraId="287898DA" w14:textId="77777777" w:rsidR="005B3871" w:rsidRDefault="00000000">
            <w:pPr>
              <w:spacing w:after="40" w:line="245" w:lineRule="auto"/>
            </w:pPr>
            <w:r>
              <w:rPr>
                <w:color w:val="D95BC6"/>
                <w:sz w:val="15"/>
              </w:rPr>
              <w:t>risba in pravilen simbolni zapis</w:t>
            </w:r>
          </w:p>
          <w:p w14:paraId="358CBD7D" w14:textId="77777777" w:rsidR="005B3871" w:rsidRDefault="00000000">
            <w:pPr>
              <w:spacing w:after="10" w:line="245" w:lineRule="auto"/>
            </w:pPr>
            <w:r>
              <w:rPr>
                <w:b/>
                <w:color w:val="000000"/>
                <w:sz w:val="16"/>
              </w:rPr>
              <w:t>4. URA</w:t>
            </w:r>
          </w:p>
          <w:p w14:paraId="734E2A2A" w14:textId="77777777" w:rsidR="005B3871" w:rsidRDefault="00000000">
            <w:pPr>
              <w:spacing w:after="30" w:line="245" w:lineRule="auto"/>
            </w:pPr>
            <w:r>
              <w:rPr>
                <w:color w:val="000000"/>
                <w:sz w:val="16"/>
              </w:rPr>
              <w:t>Sestavijo svojo zgodbo seštevanja in jo rešijo z izbranim modelom.</w:t>
            </w:r>
          </w:p>
          <w:p w14:paraId="18B49195" w14:textId="77777777" w:rsidR="005B3871" w:rsidRDefault="00000000">
            <w:pPr>
              <w:spacing w:line="245" w:lineRule="auto"/>
            </w:pPr>
            <w:r>
              <w:rPr>
                <w:b/>
                <w:color w:val="D95BC6"/>
                <w:sz w:val="16"/>
              </w:rPr>
              <w:t>DOKAZ</w:t>
            </w:r>
          </w:p>
          <w:p w14:paraId="6241D293" w14:textId="77777777" w:rsidR="005B3871" w:rsidRDefault="00000000">
            <w:pPr>
              <w:spacing w:after="40" w:line="245" w:lineRule="auto"/>
            </w:pPr>
            <w:r>
              <w:rPr>
                <w:color w:val="D95BC6"/>
                <w:sz w:val="15"/>
              </w:rPr>
              <w:t>lastna zgodba, model in račun</w:t>
            </w:r>
          </w:p>
        </w:tc>
      </w:tr>
    </w:tbl>
    <w:p w14:paraId="126C3DD7"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0F4871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D8D2BBC"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BD3A1D8" w14:textId="77777777" w:rsidR="005B3871" w:rsidRDefault="00000000">
            <w:pPr>
              <w:jc w:val="center"/>
            </w:pPr>
            <w:r>
              <w:rPr>
                <w:b/>
                <w:color w:val="000000"/>
                <w:sz w:val="20"/>
              </w:rPr>
              <w:t>UČNE DEJAVNOSTI, METODE IN FORMATIVNO SPREMLJANJE</w:t>
            </w:r>
          </w:p>
        </w:tc>
      </w:tr>
      <w:tr w:rsidR="005B3871" w14:paraId="6CC80A85" w14:textId="77777777">
        <w:trPr>
          <w:tblHeader/>
          <w:jc w:val="center"/>
        </w:trPr>
        <w:tc>
          <w:tcPr>
            <w:tcW w:w="4422" w:type="dxa"/>
            <w:vMerge/>
            <w:tcMar>
              <w:top w:w="70" w:type="dxa"/>
              <w:left w:w="90" w:type="dxa"/>
              <w:bottom w:w="70" w:type="dxa"/>
              <w:right w:w="90" w:type="dxa"/>
            </w:tcMar>
            <w:vAlign w:val="center"/>
          </w:tcPr>
          <w:p w14:paraId="4FEED92A" w14:textId="77777777" w:rsidR="005B3871" w:rsidRDefault="005B3871"/>
        </w:tc>
        <w:tc>
          <w:tcPr>
            <w:tcW w:w="7087" w:type="dxa"/>
            <w:shd w:val="clear" w:color="auto" w:fill="FFFFFF"/>
            <w:tcMar>
              <w:top w:w="70" w:type="dxa"/>
              <w:left w:w="90" w:type="dxa"/>
              <w:bottom w:w="70" w:type="dxa"/>
              <w:right w:w="90" w:type="dxa"/>
            </w:tcMar>
            <w:vAlign w:val="center"/>
          </w:tcPr>
          <w:p w14:paraId="190E045D"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9CA3109" w14:textId="77777777" w:rsidR="005B3871" w:rsidRDefault="00000000">
            <w:pPr>
              <w:jc w:val="center"/>
            </w:pPr>
            <w:r>
              <w:rPr>
                <w:b/>
                <w:color w:val="000000"/>
              </w:rPr>
              <w:t>UČENEC</w:t>
            </w:r>
          </w:p>
        </w:tc>
      </w:tr>
      <w:tr w:rsidR="005B3871" w14:paraId="7826E4C0" w14:textId="77777777">
        <w:trPr>
          <w:jc w:val="center"/>
        </w:trPr>
        <w:tc>
          <w:tcPr>
            <w:tcW w:w="4422" w:type="dxa"/>
            <w:tcMar>
              <w:top w:w="70" w:type="dxa"/>
              <w:left w:w="90" w:type="dxa"/>
              <w:bottom w:w="70" w:type="dxa"/>
              <w:right w:w="90" w:type="dxa"/>
            </w:tcMar>
          </w:tcPr>
          <w:p w14:paraId="514891DE" w14:textId="77777777" w:rsidR="005B3871" w:rsidRDefault="005B3871"/>
          <w:p w14:paraId="6810CDBC" w14:textId="77777777" w:rsidR="005B3871" w:rsidRDefault="00000000">
            <w:pPr>
              <w:spacing w:after="40" w:line="245" w:lineRule="auto"/>
            </w:pPr>
            <w:r>
              <w:rPr>
                <w:b/>
                <w:color w:val="000000"/>
              </w:rPr>
              <w:t>FORMATIVNO SPREMLJANJE</w:t>
            </w:r>
          </w:p>
          <w:p w14:paraId="67B18833" w14:textId="77777777" w:rsidR="005B3871" w:rsidRDefault="00000000">
            <w:pPr>
              <w:pStyle w:val="Oznaenseznam"/>
              <w:spacing w:after="16"/>
            </w:pPr>
            <w:r>
              <w:rPr>
                <w:color w:val="000000"/>
                <w:sz w:val="16"/>
              </w:rPr>
              <w:t>predznanje: začetna strategija, ocena, razvrstitev, model ali risba</w:t>
            </w:r>
          </w:p>
          <w:p w14:paraId="20C303BE" w14:textId="77777777" w:rsidR="005B3871" w:rsidRDefault="00000000">
            <w:pPr>
              <w:pStyle w:val="Oznaenseznam"/>
              <w:spacing w:after="16"/>
            </w:pPr>
            <w:r>
              <w:rPr>
                <w:color w:val="000000"/>
                <w:sz w:val="16"/>
              </w:rPr>
              <w:t>dokazi med učenjem: konkretni, gibalni, slikovni in simbolni prikaz ter razlaga postopka</w:t>
            </w:r>
          </w:p>
          <w:p w14:paraId="7473431F" w14:textId="77777777" w:rsidR="005B3871" w:rsidRDefault="00000000">
            <w:pPr>
              <w:pStyle w:val="Oznaenseznam"/>
              <w:spacing w:after="16"/>
            </w:pPr>
            <w:r>
              <w:rPr>
                <w:color w:val="000000"/>
                <w:sz w:val="16"/>
              </w:rPr>
              <w:t>povratna informacija: konkretna, vezana na kriterij in usmerjena v preverjanje ali naslednji korak</w:t>
            </w:r>
          </w:p>
          <w:p w14:paraId="04E2F7D3" w14:textId="77777777" w:rsidR="005B3871" w:rsidRDefault="00000000">
            <w:pPr>
              <w:pStyle w:val="Oznaenseznam"/>
              <w:spacing w:after="16"/>
            </w:pPr>
            <w:r>
              <w:rPr>
                <w:color w:val="000000"/>
                <w:sz w:val="16"/>
              </w:rPr>
              <w:t>samovrednotenje: semafor, lestvica samostojnosti, izbrani dokaz ali kratka poved</w:t>
            </w:r>
          </w:p>
          <w:p w14:paraId="1249FB00" w14:textId="77777777" w:rsidR="005B3871" w:rsidRDefault="00000000">
            <w:pPr>
              <w:spacing w:before="40" w:after="20" w:line="245" w:lineRule="auto"/>
            </w:pPr>
            <w:r>
              <w:rPr>
                <w:b/>
                <w:color w:val="000000"/>
                <w:sz w:val="17"/>
              </w:rPr>
              <w:t>VARNOST IN ODGOVORNOST</w:t>
            </w:r>
          </w:p>
          <w:p w14:paraId="3B2EDBF5"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0FB91F3F" w14:textId="77777777" w:rsidR="005B3871" w:rsidRDefault="00000000">
            <w:pPr>
              <w:spacing w:after="20" w:line="245" w:lineRule="auto"/>
            </w:pPr>
            <w:r>
              <w:rPr>
                <w:b/>
                <w:color w:val="000000"/>
                <w:sz w:val="17"/>
              </w:rPr>
              <w:t>EVIDENCA PO IZVEDBI</w:t>
            </w:r>
          </w:p>
          <w:p w14:paraId="4BF0742D"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62A5B657"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4407B16" w14:textId="77777777">
              <w:trPr>
                <w:jc w:val="center"/>
              </w:trPr>
              <w:tc>
                <w:tcPr>
                  <w:tcW w:w="7087" w:type="dxa"/>
                  <w:shd w:val="clear" w:color="auto" w:fill="EDC9EA"/>
                  <w:tcMar>
                    <w:top w:w="45" w:type="dxa"/>
                    <w:left w:w="70" w:type="dxa"/>
                    <w:bottom w:w="45" w:type="dxa"/>
                    <w:right w:w="70" w:type="dxa"/>
                  </w:tcMar>
                </w:tcPr>
                <w:p w14:paraId="0A511933" w14:textId="77777777" w:rsidR="005B3871" w:rsidRDefault="00000000">
                  <w:pPr>
                    <w:keepNext/>
                  </w:pPr>
                  <w:r>
                    <w:rPr>
                      <w:b/>
                      <w:color w:val="000000"/>
                    </w:rPr>
                    <w:t>VPRAŠANJA V PODPORO MATEMATIČNEMU UČENJU</w:t>
                  </w:r>
                </w:p>
              </w:tc>
            </w:tr>
          </w:tbl>
          <w:p w14:paraId="18BEF8B9" w14:textId="77777777" w:rsidR="005B3871" w:rsidRDefault="005B3871">
            <w:pPr>
              <w:spacing w:line="20" w:lineRule="exact"/>
            </w:pPr>
          </w:p>
          <w:p w14:paraId="7158A31A" w14:textId="77777777" w:rsidR="005B3871" w:rsidRDefault="00000000">
            <w:pPr>
              <w:pStyle w:val="Oznaenseznam"/>
              <w:spacing w:after="16"/>
            </w:pPr>
            <w:r>
              <w:rPr>
                <w:color w:val="000000"/>
                <w:sz w:val="16"/>
              </w:rPr>
              <w:t>Kaj v tvojem modelu, risbi ali zapisu predstavlja posamezni del naloge?</w:t>
            </w:r>
          </w:p>
          <w:p w14:paraId="70760ABD" w14:textId="77777777" w:rsidR="005B3871" w:rsidRDefault="00000000">
            <w:pPr>
              <w:pStyle w:val="Oznaenseznam"/>
              <w:spacing w:after="16"/>
            </w:pPr>
            <w:r>
              <w:rPr>
                <w:color w:val="000000"/>
                <w:sz w:val="16"/>
              </w:rPr>
              <w:t>Kako si prišel/-la do rešitve in kako veš, da je smiselna?</w:t>
            </w:r>
          </w:p>
          <w:p w14:paraId="7B86DCE2" w14:textId="77777777" w:rsidR="005B3871" w:rsidRDefault="00000000">
            <w:pPr>
              <w:pStyle w:val="Oznaenseznam"/>
              <w:spacing w:after="16"/>
            </w:pPr>
            <w:r>
              <w:rPr>
                <w:color w:val="000000"/>
                <w:sz w:val="16"/>
              </w:rPr>
              <w:t>Ali lahko isto pokažeš še s predmetom, gibanjem, risbo ali drugim zapisom?</w:t>
            </w:r>
          </w:p>
          <w:p w14:paraId="7FD4BD6A" w14:textId="77777777" w:rsidR="005B3871" w:rsidRDefault="00000000">
            <w:pPr>
              <w:pStyle w:val="Oznaenseznam"/>
              <w:spacing w:after="16"/>
            </w:pPr>
            <w:r>
              <w:rPr>
                <w:color w:val="000000"/>
                <w:sz w:val="16"/>
              </w:rPr>
              <w:t>Kje bi se lahko zmotil/-a in kako boš rešitev preveril/-a?</w:t>
            </w:r>
          </w:p>
          <w:p w14:paraId="1F737A54"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30AF8603" w14:textId="77777777">
              <w:trPr>
                <w:jc w:val="center"/>
              </w:trPr>
              <w:tc>
                <w:tcPr>
                  <w:tcW w:w="7087" w:type="dxa"/>
                  <w:shd w:val="clear" w:color="auto" w:fill="C6E7F3"/>
                  <w:tcMar>
                    <w:top w:w="45" w:type="dxa"/>
                    <w:left w:w="70" w:type="dxa"/>
                    <w:bottom w:w="45" w:type="dxa"/>
                    <w:right w:w="70" w:type="dxa"/>
                  </w:tcMar>
                </w:tcPr>
                <w:p w14:paraId="2C28B4DE" w14:textId="77777777" w:rsidR="005B3871" w:rsidRDefault="00000000">
                  <w:pPr>
                    <w:keepNext/>
                  </w:pPr>
                  <w:r>
                    <w:rPr>
                      <w:b/>
                      <w:color w:val="000000"/>
                    </w:rPr>
                    <w:t>ZAKLJUČNI DEL – UTRJEVANJE IN REFLEKSIJA (10–15 min)</w:t>
                  </w:r>
                </w:p>
              </w:tc>
            </w:tr>
          </w:tbl>
          <w:p w14:paraId="58B4E101" w14:textId="77777777" w:rsidR="005B3871" w:rsidRDefault="005B3871">
            <w:pPr>
              <w:spacing w:line="20" w:lineRule="exact"/>
            </w:pPr>
          </w:p>
          <w:p w14:paraId="2E28BAE2"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7AC5AC17" w14:textId="77777777">
              <w:trPr>
                <w:jc w:val="center"/>
              </w:trPr>
              <w:tc>
                <w:tcPr>
                  <w:tcW w:w="7087" w:type="dxa"/>
                  <w:shd w:val="clear" w:color="auto" w:fill="EDC9EA"/>
                  <w:tcMar>
                    <w:top w:w="45" w:type="dxa"/>
                    <w:left w:w="70" w:type="dxa"/>
                    <w:bottom w:w="45" w:type="dxa"/>
                    <w:right w:w="70" w:type="dxa"/>
                  </w:tcMar>
                </w:tcPr>
                <w:p w14:paraId="6B962992" w14:textId="77777777" w:rsidR="005B3871" w:rsidRDefault="00000000">
                  <w:pPr>
                    <w:keepNext/>
                  </w:pPr>
                  <w:r>
                    <w:rPr>
                      <w:b/>
                      <w:color w:val="000000"/>
                    </w:rPr>
                    <w:t>SAMOVREDNOTENJE</w:t>
                  </w:r>
                </w:p>
              </w:tc>
            </w:tr>
          </w:tbl>
          <w:p w14:paraId="0C67D77C" w14:textId="77777777" w:rsidR="005B3871" w:rsidRDefault="005B3871">
            <w:pPr>
              <w:spacing w:line="20" w:lineRule="exact"/>
            </w:pPr>
          </w:p>
          <w:p w14:paraId="06C25D88"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10E787D6" w14:textId="77777777">
              <w:trPr>
                <w:jc w:val="center"/>
              </w:trPr>
              <w:tc>
                <w:tcPr>
                  <w:tcW w:w="7087" w:type="dxa"/>
                  <w:shd w:val="clear" w:color="auto" w:fill="EDC9EA"/>
                  <w:tcMar>
                    <w:top w:w="45" w:type="dxa"/>
                    <w:left w:w="70" w:type="dxa"/>
                    <w:bottom w:w="45" w:type="dxa"/>
                    <w:right w:w="70" w:type="dxa"/>
                  </w:tcMar>
                </w:tcPr>
                <w:p w14:paraId="698AE7B2" w14:textId="77777777" w:rsidR="005B3871" w:rsidRDefault="00000000">
                  <w:pPr>
                    <w:keepNext/>
                  </w:pPr>
                  <w:r>
                    <w:rPr>
                      <w:b/>
                      <w:color w:val="000000"/>
                    </w:rPr>
                    <w:t>VRSTNIŠKO VREDNOTENJE</w:t>
                  </w:r>
                </w:p>
              </w:tc>
            </w:tr>
          </w:tbl>
          <w:p w14:paraId="1D52CD00" w14:textId="77777777" w:rsidR="005B3871" w:rsidRDefault="005B3871">
            <w:pPr>
              <w:spacing w:line="20" w:lineRule="exact"/>
            </w:pPr>
          </w:p>
          <w:p w14:paraId="0C8F2B94"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4BCD93F9" w14:textId="77777777">
              <w:trPr>
                <w:jc w:val="center"/>
              </w:trPr>
              <w:tc>
                <w:tcPr>
                  <w:tcW w:w="7087" w:type="dxa"/>
                  <w:shd w:val="clear" w:color="auto" w:fill="EDC9EA"/>
                  <w:tcMar>
                    <w:top w:w="45" w:type="dxa"/>
                    <w:left w:w="70" w:type="dxa"/>
                    <w:bottom w:w="45" w:type="dxa"/>
                    <w:right w:w="70" w:type="dxa"/>
                  </w:tcMar>
                </w:tcPr>
                <w:p w14:paraId="6B87978B" w14:textId="77777777" w:rsidR="005B3871" w:rsidRDefault="00000000">
                  <w:pPr>
                    <w:keepNext/>
                  </w:pPr>
                  <w:r>
                    <w:rPr>
                      <w:b/>
                      <w:color w:val="000000"/>
                    </w:rPr>
                    <w:t>SKUPNI POVZETEK</w:t>
                  </w:r>
                </w:p>
              </w:tc>
            </w:tr>
          </w:tbl>
          <w:p w14:paraId="28B2A7A0" w14:textId="77777777" w:rsidR="005B3871" w:rsidRDefault="005B3871"/>
          <w:p w14:paraId="68D57BBD" w14:textId="77777777" w:rsidR="005B3871" w:rsidRDefault="00000000">
            <w:pPr>
              <w:spacing w:before="20" w:after="40" w:line="245" w:lineRule="auto"/>
            </w:pPr>
            <w:r>
              <w:rPr>
                <w:b/>
                <w:color w:val="000000"/>
                <w:sz w:val="16"/>
              </w:rPr>
              <w:t>Združevanje dveh skupin prikažem s predmeti, gibanjem, risbo in računom ter razložim pomen zapisa.</w:t>
            </w:r>
          </w:p>
        </w:tc>
        <w:tc>
          <w:tcPr>
            <w:tcW w:w="2551" w:type="dxa"/>
            <w:tcMar>
              <w:top w:w="70" w:type="dxa"/>
              <w:left w:w="90" w:type="dxa"/>
              <w:bottom w:w="70" w:type="dxa"/>
              <w:right w:w="90" w:type="dxa"/>
            </w:tcMar>
          </w:tcPr>
          <w:p w14:paraId="60F900F6" w14:textId="77777777" w:rsidR="005B3871" w:rsidRDefault="005B3871"/>
          <w:p w14:paraId="4BA6CE82" w14:textId="77777777" w:rsidR="005B3871" w:rsidRDefault="00000000">
            <w:pPr>
              <w:spacing w:after="100" w:line="245" w:lineRule="auto"/>
            </w:pPr>
            <w:r>
              <w:rPr>
                <w:color w:val="000000"/>
                <w:sz w:val="16"/>
              </w:rPr>
              <w:t>Odgovarja na podporna vprašanja in se sklicuje na svoj model, zapis ali izvedbo.</w:t>
            </w:r>
          </w:p>
          <w:p w14:paraId="594D35B4" w14:textId="77777777" w:rsidR="005B3871" w:rsidRDefault="00000000">
            <w:pPr>
              <w:spacing w:after="100" w:line="245" w:lineRule="auto"/>
            </w:pPr>
            <w:r>
              <w:rPr>
                <w:color w:val="000000"/>
                <w:sz w:val="16"/>
              </w:rPr>
              <w:t>Primerja začetno strategijo z novim dokazom ter pojasni, kaj se je naučil/-a.</w:t>
            </w:r>
          </w:p>
          <w:p w14:paraId="02122A7D" w14:textId="77777777" w:rsidR="005B3871" w:rsidRDefault="00000000">
            <w:pPr>
              <w:spacing w:after="100" w:line="245" w:lineRule="auto"/>
            </w:pPr>
            <w:r>
              <w:rPr>
                <w:color w:val="000000"/>
                <w:sz w:val="16"/>
              </w:rPr>
              <w:t>Izbere raven samostojnosti in določi naslednji korak.</w:t>
            </w:r>
          </w:p>
          <w:p w14:paraId="0DF4A6B3" w14:textId="77777777" w:rsidR="005B3871" w:rsidRDefault="00000000">
            <w:pPr>
              <w:spacing w:after="100" w:line="245" w:lineRule="auto"/>
            </w:pPr>
            <w:r>
              <w:rPr>
                <w:color w:val="000000"/>
                <w:sz w:val="16"/>
              </w:rPr>
              <w:t>Sošolcu poda prijazen in konkreten odziv, vezan na kriterij.</w:t>
            </w:r>
          </w:p>
          <w:p w14:paraId="7DABD7B9" w14:textId="77777777" w:rsidR="005B3871" w:rsidRDefault="00000000">
            <w:pPr>
              <w:spacing w:after="20" w:line="245" w:lineRule="auto"/>
            </w:pPr>
            <w:r>
              <w:rPr>
                <w:b/>
                <w:color w:val="D95BC6"/>
                <w:sz w:val="17"/>
              </w:rPr>
              <w:t>DOKAZ O UČENJU</w:t>
            </w:r>
          </w:p>
          <w:p w14:paraId="447FDBFA"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7229F47"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3241AF6E" w14:textId="77777777">
        <w:trPr>
          <w:cantSplit/>
          <w:jc w:val="center"/>
        </w:trPr>
        <w:tc>
          <w:tcPr>
            <w:tcW w:w="14060" w:type="dxa"/>
            <w:gridSpan w:val="6"/>
            <w:tcMar>
              <w:top w:w="70" w:type="dxa"/>
              <w:left w:w="90" w:type="dxa"/>
              <w:bottom w:w="70" w:type="dxa"/>
              <w:right w:w="90" w:type="dxa"/>
            </w:tcMar>
            <w:vAlign w:val="center"/>
          </w:tcPr>
          <w:p w14:paraId="56450E47" w14:textId="77777777" w:rsidR="005B3871" w:rsidRDefault="00000000">
            <w:pPr>
              <w:jc w:val="center"/>
            </w:pPr>
            <w:r>
              <w:rPr>
                <w:b/>
                <w:color w:val="000000"/>
                <w:sz w:val="24"/>
              </w:rPr>
              <w:lastRenderedPageBreak/>
              <w:t>UČNA PRIPRAVA 11/39</w:t>
            </w:r>
          </w:p>
        </w:tc>
      </w:tr>
      <w:tr w:rsidR="005B3871" w14:paraId="4097E22B" w14:textId="77777777">
        <w:trPr>
          <w:jc w:val="center"/>
        </w:trPr>
        <w:tc>
          <w:tcPr>
            <w:tcW w:w="2665" w:type="dxa"/>
            <w:tcMar>
              <w:top w:w="70" w:type="dxa"/>
              <w:left w:w="90" w:type="dxa"/>
              <w:bottom w:w="70" w:type="dxa"/>
              <w:right w:w="90" w:type="dxa"/>
            </w:tcMar>
            <w:vAlign w:val="center"/>
          </w:tcPr>
          <w:p w14:paraId="1CF3EF8C"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5398681"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1AE9E8FE"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A9C21DB" w14:textId="77777777" w:rsidR="005B3871" w:rsidRDefault="00000000">
            <w:r>
              <w:rPr>
                <w:b/>
                <w:color w:val="000000"/>
                <w:sz w:val="16"/>
              </w:rPr>
              <w:t xml:space="preserve">NAČRTOVANI TERMIN: </w:t>
            </w:r>
            <w:r>
              <w:rPr>
                <w:color w:val="000000"/>
                <w:sz w:val="16"/>
              </w:rPr>
              <w:t>11. teden • 16.–20. 11. 2026</w:t>
            </w:r>
          </w:p>
        </w:tc>
        <w:tc>
          <w:tcPr>
            <w:tcW w:w="2268" w:type="dxa"/>
            <w:tcMar>
              <w:top w:w="70" w:type="dxa"/>
              <w:left w:w="90" w:type="dxa"/>
              <w:bottom w:w="70" w:type="dxa"/>
              <w:right w:w="90" w:type="dxa"/>
            </w:tcMar>
            <w:vAlign w:val="center"/>
          </w:tcPr>
          <w:p w14:paraId="72CB9045"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66A8C60" w14:textId="77777777" w:rsidR="005B3871" w:rsidRDefault="00000000">
            <w:r>
              <w:rPr>
                <w:b/>
                <w:color w:val="000000"/>
                <w:sz w:val="16"/>
              </w:rPr>
              <w:t xml:space="preserve">ŠTEVILO UR: </w:t>
            </w:r>
            <w:r>
              <w:rPr>
                <w:color w:val="000000"/>
                <w:sz w:val="16"/>
              </w:rPr>
              <w:t>4</w:t>
            </w:r>
          </w:p>
        </w:tc>
      </w:tr>
      <w:tr w:rsidR="005B3871" w14:paraId="42CAEF28" w14:textId="77777777">
        <w:trPr>
          <w:jc w:val="center"/>
        </w:trPr>
        <w:tc>
          <w:tcPr>
            <w:tcW w:w="14061" w:type="dxa"/>
            <w:gridSpan w:val="6"/>
            <w:tcMar>
              <w:top w:w="70" w:type="dxa"/>
              <w:left w:w="90" w:type="dxa"/>
              <w:bottom w:w="70" w:type="dxa"/>
              <w:right w:w="90" w:type="dxa"/>
            </w:tcMar>
            <w:vAlign w:val="center"/>
          </w:tcPr>
          <w:p w14:paraId="1DCC544E"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3CE4F69C" w14:textId="77777777">
        <w:trPr>
          <w:cantSplit/>
          <w:jc w:val="center"/>
        </w:trPr>
        <w:tc>
          <w:tcPr>
            <w:tcW w:w="14060" w:type="dxa"/>
            <w:gridSpan w:val="6"/>
            <w:tcMar>
              <w:top w:w="70" w:type="dxa"/>
              <w:left w:w="90" w:type="dxa"/>
              <w:bottom w:w="70" w:type="dxa"/>
              <w:right w:w="90" w:type="dxa"/>
            </w:tcMar>
            <w:vAlign w:val="center"/>
          </w:tcPr>
          <w:p w14:paraId="7E459B8F" w14:textId="77777777" w:rsidR="005B3871" w:rsidRDefault="005B3871"/>
          <w:p w14:paraId="4F6DA879" w14:textId="77777777" w:rsidR="005B3871" w:rsidRDefault="00000000">
            <w:pPr>
              <w:spacing w:line="245" w:lineRule="auto"/>
            </w:pPr>
            <w:r>
              <w:rPr>
                <w:b/>
                <w:color w:val="000000"/>
                <w:sz w:val="16"/>
              </w:rPr>
              <w:t xml:space="preserve">UČNI SKLOP: </w:t>
            </w:r>
            <w:r>
              <w:rPr>
                <w:color w:val="000000"/>
                <w:sz w:val="16"/>
              </w:rPr>
              <w:t>JESEN, SNOVI IN ŽIVA BITJA</w:t>
            </w:r>
          </w:p>
        </w:tc>
      </w:tr>
      <w:tr w:rsidR="005B3871" w14:paraId="5E4A8AE5" w14:textId="77777777">
        <w:trPr>
          <w:cantSplit/>
          <w:jc w:val="center"/>
        </w:trPr>
        <w:tc>
          <w:tcPr>
            <w:tcW w:w="14060" w:type="dxa"/>
            <w:gridSpan w:val="6"/>
            <w:tcMar>
              <w:top w:w="70" w:type="dxa"/>
              <w:left w:w="90" w:type="dxa"/>
              <w:bottom w:w="70" w:type="dxa"/>
              <w:right w:w="90" w:type="dxa"/>
            </w:tcMar>
            <w:vAlign w:val="center"/>
          </w:tcPr>
          <w:p w14:paraId="36D5918B" w14:textId="77777777" w:rsidR="005B3871" w:rsidRDefault="005B3871"/>
          <w:p w14:paraId="3A3D574A" w14:textId="77777777" w:rsidR="005B3871" w:rsidRDefault="00000000">
            <w:pPr>
              <w:spacing w:line="245" w:lineRule="auto"/>
            </w:pPr>
            <w:r>
              <w:rPr>
                <w:b/>
                <w:color w:val="000000"/>
                <w:sz w:val="16"/>
              </w:rPr>
              <w:t xml:space="preserve">UČNA TEMA: </w:t>
            </w:r>
            <w:r>
              <w:rPr>
                <w:color w:val="000000"/>
                <w:sz w:val="16"/>
              </w:rPr>
              <w:t>ODŠTEVANJE KOT ODVZEMANJE</w:t>
            </w:r>
          </w:p>
        </w:tc>
      </w:tr>
      <w:tr w:rsidR="005B3871" w14:paraId="1BFE0C23" w14:textId="77777777">
        <w:trPr>
          <w:cantSplit/>
          <w:jc w:val="center"/>
        </w:trPr>
        <w:tc>
          <w:tcPr>
            <w:tcW w:w="14060" w:type="dxa"/>
            <w:gridSpan w:val="6"/>
            <w:tcMar>
              <w:top w:w="70" w:type="dxa"/>
              <w:left w:w="90" w:type="dxa"/>
              <w:bottom w:w="70" w:type="dxa"/>
              <w:right w:w="90" w:type="dxa"/>
            </w:tcMar>
            <w:vAlign w:val="center"/>
          </w:tcPr>
          <w:p w14:paraId="6CBF6B4D" w14:textId="77777777" w:rsidR="005B3871" w:rsidRDefault="005B3871"/>
          <w:p w14:paraId="06844956" w14:textId="77777777" w:rsidR="005B3871" w:rsidRDefault="00000000">
            <w:pPr>
              <w:spacing w:line="245" w:lineRule="auto"/>
            </w:pPr>
            <w:r>
              <w:rPr>
                <w:b/>
                <w:color w:val="000000"/>
                <w:sz w:val="16"/>
              </w:rPr>
              <w:t xml:space="preserve">KNJIŽEVNO IZHODIŠČE IN MOTIV: </w:t>
            </w:r>
            <w:r>
              <w:rPr>
                <w:color w:val="000000"/>
                <w:sz w:val="16"/>
              </w:rPr>
              <w:t>»Hvaležni medved« – slovenska ljudska pravljica • gozd, življenjski prostor, pomoč in hvaležnost</w:t>
            </w:r>
          </w:p>
        </w:tc>
      </w:tr>
      <w:tr w:rsidR="005B3871" w14:paraId="32725C18" w14:textId="77777777">
        <w:trPr>
          <w:cantSplit/>
          <w:jc w:val="center"/>
        </w:trPr>
        <w:tc>
          <w:tcPr>
            <w:tcW w:w="14060" w:type="dxa"/>
            <w:gridSpan w:val="6"/>
            <w:tcMar>
              <w:top w:w="70" w:type="dxa"/>
              <w:left w:w="90" w:type="dxa"/>
              <w:bottom w:w="70" w:type="dxa"/>
              <w:right w:w="90" w:type="dxa"/>
            </w:tcMar>
            <w:vAlign w:val="center"/>
          </w:tcPr>
          <w:p w14:paraId="7C244E69" w14:textId="77777777" w:rsidR="005B3871" w:rsidRDefault="005B3871"/>
          <w:p w14:paraId="17E11F16" w14:textId="77777777" w:rsidR="005B3871" w:rsidRDefault="00000000">
            <w:pPr>
              <w:spacing w:line="245" w:lineRule="auto"/>
            </w:pPr>
            <w:r>
              <w:rPr>
                <w:b/>
                <w:color w:val="000000"/>
                <w:sz w:val="16"/>
              </w:rPr>
              <w:t xml:space="preserve">UČNE ENOTE: </w:t>
            </w:r>
            <w:r>
              <w:rPr>
                <w:color w:val="000000"/>
                <w:sz w:val="16"/>
              </w:rPr>
              <w:t>1. ura – Odvzamemo in preštejemo • 2. ura – Koraki nazaj • 3. ura – Dogodek, risba, račun • 4. ura – Preverim s predmeti</w:t>
            </w:r>
          </w:p>
        </w:tc>
      </w:tr>
      <w:tr w:rsidR="005B3871" w14:paraId="67316D4A" w14:textId="77777777">
        <w:trPr>
          <w:cantSplit/>
          <w:jc w:val="center"/>
        </w:trPr>
        <w:tc>
          <w:tcPr>
            <w:tcW w:w="14060" w:type="dxa"/>
            <w:gridSpan w:val="6"/>
            <w:tcMar>
              <w:top w:w="70" w:type="dxa"/>
              <w:left w:w="90" w:type="dxa"/>
              <w:bottom w:w="70" w:type="dxa"/>
              <w:right w:w="90" w:type="dxa"/>
            </w:tcMar>
            <w:vAlign w:val="center"/>
          </w:tcPr>
          <w:p w14:paraId="6843DB09" w14:textId="77777777" w:rsidR="005B3871" w:rsidRDefault="005B3871"/>
          <w:p w14:paraId="0E36CBB4"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050DBACB" w14:textId="77777777">
        <w:trPr>
          <w:cantSplit/>
          <w:jc w:val="center"/>
        </w:trPr>
        <w:tc>
          <w:tcPr>
            <w:tcW w:w="14060" w:type="dxa"/>
            <w:gridSpan w:val="6"/>
            <w:tcMar>
              <w:top w:w="70" w:type="dxa"/>
              <w:left w:w="90" w:type="dxa"/>
              <w:bottom w:w="70" w:type="dxa"/>
              <w:right w:w="90" w:type="dxa"/>
            </w:tcMar>
            <w:vAlign w:val="center"/>
          </w:tcPr>
          <w:p w14:paraId="6E3A92DC" w14:textId="77777777" w:rsidR="005B3871" w:rsidRDefault="005B3871"/>
          <w:p w14:paraId="5821001A"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7C2B33EE" w14:textId="77777777">
        <w:trPr>
          <w:cantSplit/>
          <w:jc w:val="center"/>
        </w:trPr>
        <w:tc>
          <w:tcPr>
            <w:tcW w:w="14060" w:type="dxa"/>
            <w:gridSpan w:val="6"/>
            <w:tcMar>
              <w:top w:w="70" w:type="dxa"/>
              <w:left w:w="90" w:type="dxa"/>
              <w:bottom w:w="70" w:type="dxa"/>
              <w:right w:w="90" w:type="dxa"/>
            </w:tcMar>
            <w:vAlign w:val="center"/>
          </w:tcPr>
          <w:p w14:paraId="7AC3ACF3" w14:textId="77777777" w:rsidR="005B3871" w:rsidRDefault="005B3871"/>
          <w:p w14:paraId="3FCED0C0"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0CF24D50" w14:textId="77777777">
        <w:trPr>
          <w:cantSplit/>
          <w:jc w:val="center"/>
        </w:trPr>
        <w:tc>
          <w:tcPr>
            <w:tcW w:w="14060" w:type="dxa"/>
            <w:gridSpan w:val="6"/>
            <w:tcMar>
              <w:top w:w="70" w:type="dxa"/>
              <w:left w:w="90" w:type="dxa"/>
              <w:bottom w:w="70" w:type="dxa"/>
              <w:right w:w="90" w:type="dxa"/>
            </w:tcMar>
            <w:vAlign w:val="center"/>
          </w:tcPr>
          <w:p w14:paraId="20743E07" w14:textId="77777777" w:rsidR="005B3871" w:rsidRDefault="005B3871"/>
          <w:p w14:paraId="267C6318" w14:textId="77777777" w:rsidR="005B3871" w:rsidRDefault="00000000">
            <w:pPr>
              <w:spacing w:line="245" w:lineRule="auto"/>
            </w:pPr>
            <w:r>
              <w:rPr>
                <w:b/>
                <w:color w:val="000000"/>
                <w:sz w:val="16"/>
              </w:rPr>
              <w:t xml:space="preserve">MEDPREDMETNE POVEZAVE: </w:t>
            </w:r>
            <w:r>
              <w:rPr>
                <w:color w:val="000000"/>
                <w:sz w:val="16"/>
              </w:rPr>
              <w:t>SLJ – opis dogodka; SPO – gozdni plodovi; ŠPO – koraki po osi; LUM – prečrtani slikovni model</w:t>
            </w:r>
          </w:p>
        </w:tc>
      </w:tr>
      <w:tr w:rsidR="005B3871" w14:paraId="52DBE6F3" w14:textId="77777777">
        <w:trPr>
          <w:cantSplit/>
          <w:jc w:val="center"/>
        </w:trPr>
        <w:tc>
          <w:tcPr>
            <w:tcW w:w="14060" w:type="dxa"/>
            <w:gridSpan w:val="6"/>
            <w:tcMar>
              <w:top w:w="70" w:type="dxa"/>
              <w:left w:w="90" w:type="dxa"/>
              <w:bottom w:w="70" w:type="dxa"/>
              <w:right w:w="90" w:type="dxa"/>
            </w:tcMar>
            <w:vAlign w:val="center"/>
          </w:tcPr>
          <w:p w14:paraId="468CB560" w14:textId="77777777" w:rsidR="005B3871" w:rsidRDefault="005B3871"/>
          <w:p w14:paraId="1F171060" w14:textId="77777777" w:rsidR="005B3871" w:rsidRDefault="00000000">
            <w:pPr>
              <w:spacing w:line="245" w:lineRule="auto"/>
            </w:pPr>
            <w:r>
              <w:rPr>
                <w:b/>
                <w:color w:val="000000"/>
                <w:sz w:val="16"/>
              </w:rPr>
              <w:t xml:space="preserve">UČNA SREDSTVA IN PRIPOMOČKI: </w:t>
            </w:r>
            <w:r>
              <w:rPr>
                <w:color w:val="000000"/>
                <w:sz w:val="16"/>
              </w:rPr>
              <w:t>gozdni plodovi ali modeli, posodice, talna številska os, kartice števil in znakov, slikovne naloge, podloga za risbo</w:t>
            </w:r>
          </w:p>
        </w:tc>
      </w:tr>
      <w:tr w:rsidR="005B3871" w14:paraId="6EFF8CFA" w14:textId="77777777">
        <w:trPr>
          <w:cantSplit/>
          <w:jc w:val="center"/>
        </w:trPr>
        <w:tc>
          <w:tcPr>
            <w:tcW w:w="14060" w:type="dxa"/>
            <w:gridSpan w:val="6"/>
            <w:tcMar>
              <w:top w:w="70" w:type="dxa"/>
              <w:left w:w="90" w:type="dxa"/>
              <w:bottom w:w="70" w:type="dxa"/>
              <w:right w:w="90" w:type="dxa"/>
            </w:tcMar>
            <w:vAlign w:val="center"/>
          </w:tcPr>
          <w:p w14:paraId="5937DB55" w14:textId="77777777" w:rsidR="005B3871" w:rsidRDefault="005B3871"/>
          <w:p w14:paraId="4EE62AAA"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2BE08824" w14:textId="77777777">
        <w:trPr>
          <w:cantSplit/>
          <w:jc w:val="center"/>
        </w:trPr>
        <w:tc>
          <w:tcPr>
            <w:tcW w:w="14060" w:type="dxa"/>
            <w:gridSpan w:val="6"/>
            <w:tcMar>
              <w:top w:w="70" w:type="dxa"/>
              <w:left w:w="90" w:type="dxa"/>
              <w:bottom w:w="70" w:type="dxa"/>
              <w:right w:w="90" w:type="dxa"/>
            </w:tcMar>
            <w:vAlign w:val="center"/>
          </w:tcPr>
          <w:p w14:paraId="5CD04F20" w14:textId="77777777" w:rsidR="005B3871" w:rsidRDefault="005B3871"/>
          <w:p w14:paraId="3E7865A7"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0D2079CC" w14:textId="77777777">
        <w:trPr>
          <w:cantSplit/>
          <w:jc w:val="center"/>
        </w:trPr>
        <w:tc>
          <w:tcPr>
            <w:tcW w:w="14060" w:type="dxa"/>
            <w:gridSpan w:val="6"/>
            <w:tcMar>
              <w:top w:w="70" w:type="dxa"/>
              <w:left w:w="90" w:type="dxa"/>
              <w:bottom w:w="70" w:type="dxa"/>
              <w:right w:w="90" w:type="dxa"/>
            </w:tcMar>
            <w:vAlign w:val="center"/>
          </w:tcPr>
          <w:p w14:paraId="5FD3AA10" w14:textId="77777777" w:rsidR="005B3871" w:rsidRDefault="005B3871"/>
          <w:p w14:paraId="5630119C"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31ED3EB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C9BCBA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58B770C"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2630AA3" w14:textId="77777777" w:rsidR="005B3871" w:rsidRDefault="00000000">
            <w:pPr>
              <w:jc w:val="center"/>
            </w:pPr>
            <w:r>
              <w:rPr>
                <w:b/>
                <w:color w:val="000000"/>
                <w:sz w:val="20"/>
              </w:rPr>
              <w:t>UČNE DEJAVNOSTI, METODE IN FORMATIVNO SPREMLJANJE</w:t>
            </w:r>
          </w:p>
        </w:tc>
      </w:tr>
      <w:tr w:rsidR="005B3871" w14:paraId="574968EA" w14:textId="77777777">
        <w:trPr>
          <w:tblHeader/>
          <w:jc w:val="center"/>
        </w:trPr>
        <w:tc>
          <w:tcPr>
            <w:tcW w:w="4422" w:type="dxa"/>
            <w:vMerge/>
            <w:tcMar>
              <w:top w:w="70" w:type="dxa"/>
              <w:left w:w="90" w:type="dxa"/>
              <w:bottom w:w="70" w:type="dxa"/>
              <w:right w:w="90" w:type="dxa"/>
            </w:tcMar>
            <w:vAlign w:val="center"/>
          </w:tcPr>
          <w:p w14:paraId="6FE1C274" w14:textId="77777777" w:rsidR="005B3871" w:rsidRDefault="005B3871"/>
        </w:tc>
        <w:tc>
          <w:tcPr>
            <w:tcW w:w="7087" w:type="dxa"/>
            <w:shd w:val="clear" w:color="auto" w:fill="FFFFFF"/>
            <w:tcMar>
              <w:top w:w="70" w:type="dxa"/>
              <w:left w:w="90" w:type="dxa"/>
              <w:bottom w:w="70" w:type="dxa"/>
              <w:right w:w="90" w:type="dxa"/>
            </w:tcMar>
            <w:vAlign w:val="center"/>
          </w:tcPr>
          <w:p w14:paraId="42EDD0BB"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86D61B0" w14:textId="77777777" w:rsidR="005B3871" w:rsidRDefault="00000000">
            <w:pPr>
              <w:jc w:val="center"/>
            </w:pPr>
            <w:r>
              <w:rPr>
                <w:b/>
                <w:color w:val="000000"/>
              </w:rPr>
              <w:t>UČENEC</w:t>
            </w:r>
          </w:p>
        </w:tc>
      </w:tr>
      <w:tr w:rsidR="005B3871" w14:paraId="7A08BBFC" w14:textId="77777777">
        <w:trPr>
          <w:jc w:val="center"/>
        </w:trPr>
        <w:tc>
          <w:tcPr>
            <w:tcW w:w="4422" w:type="dxa"/>
            <w:tcMar>
              <w:top w:w="70" w:type="dxa"/>
              <w:left w:w="90" w:type="dxa"/>
              <w:bottom w:w="70" w:type="dxa"/>
              <w:right w:w="90" w:type="dxa"/>
            </w:tcMar>
          </w:tcPr>
          <w:p w14:paraId="364AB9E4" w14:textId="77777777" w:rsidR="005B3871" w:rsidRDefault="005B3871"/>
          <w:p w14:paraId="6BCA3458" w14:textId="77777777" w:rsidR="005B3871" w:rsidRDefault="00000000">
            <w:pPr>
              <w:spacing w:after="60" w:line="245" w:lineRule="auto"/>
            </w:pPr>
            <w:r>
              <w:rPr>
                <w:b/>
                <w:color w:val="000000"/>
              </w:rPr>
              <w:t>UČNI CILJI</w:t>
            </w:r>
          </w:p>
          <w:p w14:paraId="47470FFA" w14:textId="77777777" w:rsidR="005B3871" w:rsidRDefault="00000000">
            <w:pPr>
              <w:spacing w:after="20" w:line="245" w:lineRule="auto"/>
            </w:pPr>
            <w:r>
              <w:rPr>
                <w:b/>
                <w:color w:val="000000"/>
                <w:sz w:val="17"/>
              </w:rPr>
              <w:t>SPLOŠNI</w:t>
            </w:r>
          </w:p>
          <w:p w14:paraId="0C3CB4FA" w14:textId="77777777" w:rsidR="005B3871" w:rsidRDefault="00000000">
            <w:pPr>
              <w:pStyle w:val="Oznaenseznam"/>
              <w:spacing w:after="16"/>
            </w:pPr>
            <w:r>
              <w:rPr>
                <w:color w:val="000000"/>
                <w:sz w:val="16"/>
              </w:rPr>
              <w:t>razvija številske, prostorske in količinske predstave s konkretnimi izkušnjami</w:t>
            </w:r>
          </w:p>
          <w:p w14:paraId="0FF7956B" w14:textId="77777777" w:rsidR="005B3871" w:rsidRDefault="00000000">
            <w:pPr>
              <w:pStyle w:val="Oznaenseznam"/>
              <w:spacing w:after="16"/>
            </w:pPr>
            <w:r>
              <w:rPr>
                <w:color w:val="000000"/>
                <w:sz w:val="16"/>
              </w:rPr>
              <w:t>rešuje matematične probleme s predmetom, gibanjem, risbo, modelom in simbolom</w:t>
            </w:r>
          </w:p>
          <w:p w14:paraId="282BDEFF" w14:textId="77777777" w:rsidR="005B3871" w:rsidRDefault="00000000">
            <w:pPr>
              <w:pStyle w:val="Oznaenseznam"/>
              <w:spacing w:after="16"/>
            </w:pPr>
            <w:r>
              <w:rPr>
                <w:color w:val="000000"/>
                <w:sz w:val="16"/>
              </w:rPr>
              <w:t>pojasnjuje izbrano strategijo, preverja smiselnost rešitve in posluša rešitve drugih</w:t>
            </w:r>
          </w:p>
          <w:p w14:paraId="3616AE29" w14:textId="77777777" w:rsidR="005B3871" w:rsidRDefault="00000000">
            <w:pPr>
              <w:pStyle w:val="Oznaenseznam"/>
              <w:spacing w:after="16"/>
            </w:pPr>
            <w:r>
              <w:rPr>
                <w:color w:val="000000"/>
                <w:sz w:val="16"/>
              </w:rPr>
              <w:t>ob namenih in kriterijih spremlja svoje učenje ter uporabi opisno povratno informacijo</w:t>
            </w:r>
          </w:p>
          <w:p w14:paraId="1F24265A" w14:textId="77777777" w:rsidR="005B3871" w:rsidRDefault="00000000">
            <w:pPr>
              <w:spacing w:before="40" w:after="20" w:line="245" w:lineRule="auto"/>
            </w:pPr>
            <w:r>
              <w:rPr>
                <w:b/>
                <w:color w:val="000000"/>
                <w:sz w:val="17"/>
              </w:rPr>
              <w:t>OPERATIVNI</w:t>
            </w:r>
          </w:p>
          <w:p w14:paraId="48DFFACD" w14:textId="77777777" w:rsidR="005B3871" w:rsidRDefault="00000000">
            <w:pPr>
              <w:pStyle w:val="Oznaenseznam"/>
              <w:spacing w:after="16"/>
            </w:pPr>
            <w:r>
              <w:rPr>
                <w:color w:val="000000"/>
                <w:sz w:val="16"/>
              </w:rPr>
              <w:t>modelira odvzemanje</w:t>
            </w:r>
          </w:p>
          <w:p w14:paraId="53A5557A" w14:textId="77777777" w:rsidR="005B3871" w:rsidRDefault="00000000">
            <w:pPr>
              <w:pStyle w:val="Oznaenseznam"/>
              <w:spacing w:after="16"/>
            </w:pPr>
            <w:r>
              <w:rPr>
                <w:color w:val="000000"/>
                <w:sz w:val="16"/>
              </w:rPr>
              <w:t>zapiše račun</w:t>
            </w:r>
          </w:p>
          <w:p w14:paraId="08CCFC58" w14:textId="77777777" w:rsidR="005B3871" w:rsidRDefault="00000000">
            <w:pPr>
              <w:pStyle w:val="Oznaenseznam"/>
              <w:spacing w:after="16"/>
            </w:pPr>
            <w:r>
              <w:rPr>
                <w:color w:val="000000"/>
                <w:sz w:val="16"/>
              </w:rPr>
              <w:t>preveri rezultat s konkretnim gradivom</w:t>
            </w:r>
          </w:p>
          <w:p w14:paraId="3AF97956" w14:textId="77777777" w:rsidR="005B3871" w:rsidRDefault="00000000">
            <w:pPr>
              <w:spacing w:before="40" w:after="20" w:line="245" w:lineRule="auto"/>
            </w:pPr>
            <w:r>
              <w:rPr>
                <w:b/>
                <w:color w:val="000000"/>
                <w:sz w:val="17"/>
              </w:rPr>
              <w:t>PRIČAKOVANI DOSEŽKI / STANDARDI</w:t>
            </w:r>
          </w:p>
          <w:p w14:paraId="0FB0A905" w14:textId="77777777" w:rsidR="005B3871" w:rsidRDefault="00000000">
            <w:pPr>
              <w:pStyle w:val="Oznaenseznam"/>
              <w:spacing w:after="16"/>
            </w:pPr>
            <w:r>
              <w:rPr>
                <w:color w:val="000000"/>
                <w:sz w:val="16"/>
              </w:rPr>
              <w:t>ob konkretni, slikovni ali gibalni opori modelira odvzemanje</w:t>
            </w:r>
          </w:p>
          <w:p w14:paraId="0750D0F4" w14:textId="77777777" w:rsidR="005B3871" w:rsidRDefault="00000000">
            <w:pPr>
              <w:pStyle w:val="Oznaenseznam"/>
              <w:spacing w:after="16"/>
            </w:pPr>
            <w:r>
              <w:rPr>
                <w:color w:val="000000"/>
                <w:sz w:val="16"/>
              </w:rPr>
              <w:t>ob konkretni, slikovni ali gibalni opori zapiše račun</w:t>
            </w:r>
          </w:p>
          <w:p w14:paraId="426CD398" w14:textId="77777777" w:rsidR="005B3871" w:rsidRDefault="00000000">
            <w:pPr>
              <w:pStyle w:val="Oznaenseznam"/>
              <w:spacing w:after="16"/>
            </w:pPr>
            <w:r>
              <w:rPr>
                <w:color w:val="000000"/>
                <w:sz w:val="16"/>
              </w:rPr>
              <w:t>ob konkretni, slikovni ali gibalni opori preveri rezultat s konkretnim gradivom</w:t>
            </w:r>
          </w:p>
        </w:tc>
        <w:tc>
          <w:tcPr>
            <w:tcW w:w="7087" w:type="dxa"/>
            <w:tcMar>
              <w:top w:w="70" w:type="dxa"/>
              <w:left w:w="90" w:type="dxa"/>
              <w:bottom w:w="70" w:type="dxa"/>
              <w:right w:w="90" w:type="dxa"/>
            </w:tcMar>
          </w:tcPr>
          <w:p w14:paraId="63FE357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DA89EC4" w14:textId="77777777">
              <w:trPr>
                <w:jc w:val="center"/>
              </w:trPr>
              <w:tc>
                <w:tcPr>
                  <w:tcW w:w="7087" w:type="dxa"/>
                  <w:shd w:val="clear" w:color="auto" w:fill="C6E7F3"/>
                  <w:tcMar>
                    <w:top w:w="45" w:type="dxa"/>
                    <w:left w:w="70" w:type="dxa"/>
                    <w:bottom w:w="45" w:type="dxa"/>
                    <w:right w:w="70" w:type="dxa"/>
                  </w:tcMar>
                </w:tcPr>
                <w:p w14:paraId="2A565932" w14:textId="77777777" w:rsidR="005B3871" w:rsidRDefault="00000000">
                  <w:pPr>
                    <w:keepNext/>
                  </w:pPr>
                  <w:r>
                    <w:rPr>
                      <w:b/>
                      <w:color w:val="000000"/>
                    </w:rPr>
                    <w:t>UVODNI DEL – motivacija, aktivacija predznanja in namen učenja (15–20 min)</w:t>
                  </w:r>
                </w:p>
              </w:tc>
            </w:tr>
          </w:tbl>
          <w:p w14:paraId="58DFA99B" w14:textId="77777777" w:rsidR="005B3871" w:rsidRDefault="005B3871">
            <w:pPr>
              <w:spacing w:line="20" w:lineRule="exact"/>
            </w:pPr>
          </w:p>
          <w:p w14:paraId="177A8870" w14:textId="77777777" w:rsidR="005B3871" w:rsidRDefault="00000000">
            <w:pPr>
              <w:spacing w:before="40" w:after="60" w:line="245" w:lineRule="auto"/>
            </w:pPr>
            <w:r>
              <w:rPr>
                <w:color w:val="000000"/>
                <w:sz w:val="16"/>
              </w:rPr>
              <w:t>Hvaležni medved iz zaloge odnese nekaj gozdnih plodov. Učenci opazujejo začetno količino, odvzeti del in preostanek ter preverjajo rezultat s konkretnim gradivom.</w:t>
            </w:r>
          </w:p>
          <w:tbl>
            <w:tblPr>
              <w:tblStyle w:val="Tabelamrea"/>
              <w:tblW w:w="0" w:type="auto"/>
              <w:jc w:val="center"/>
              <w:tblLayout w:type="fixed"/>
              <w:tblLook w:val="04A0" w:firstRow="1" w:lastRow="0" w:firstColumn="1" w:lastColumn="0" w:noHBand="0" w:noVBand="1"/>
            </w:tblPr>
            <w:tblGrid>
              <w:gridCol w:w="7087"/>
            </w:tblGrid>
            <w:tr w:rsidR="005B3871" w14:paraId="31E51B68" w14:textId="77777777">
              <w:trPr>
                <w:jc w:val="center"/>
              </w:trPr>
              <w:tc>
                <w:tcPr>
                  <w:tcW w:w="7087" w:type="dxa"/>
                  <w:shd w:val="clear" w:color="auto" w:fill="EDC9EA"/>
                  <w:tcMar>
                    <w:top w:w="45" w:type="dxa"/>
                    <w:left w:w="70" w:type="dxa"/>
                    <w:bottom w:w="45" w:type="dxa"/>
                    <w:right w:w="70" w:type="dxa"/>
                  </w:tcMar>
                </w:tcPr>
                <w:p w14:paraId="52D0DE18" w14:textId="77777777" w:rsidR="005B3871" w:rsidRDefault="00000000">
                  <w:pPr>
                    <w:keepNext/>
                  </w:pPr>
                  <w:r>
                    <w:rPr>
                      <w:b/>
                      <w:color w:val="000000"/>
                    </w:rPr>
                    <w:t>NAMENI UČENJA</w:t>
                  </w:r>
                </w:p>
              </w:tc>
            </w:tr>
          </w:tbl>
          <w:p w14:paraId="3D5932B5" w14:textId="77777777" w:rsidR="005B3871" w:rsidRDefault="005B3871">
            <w:pPr>
              <w:spacing w:line="20" w:lineRule="exact"/>
            </w:pPr>
          </w:p>
          <w:p w14:paraId="21FB2000"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3A075619" w14:textId="77777777" w:rsidR="005B3871" w:rsidRDefault="00000000">
            <w:pPr>
              <w:pStyle w:val="Oznaenseznam"/>
              <w:spacing w:after="16"/>
            </w:pPr>
            <w:r>
              <w:rPr>
                <w:color w:val="000000"/>
                <w:sz w:val="16"/>
              </w:rPr>
              <w:t>modeliram odvzemanje</w:t>
            </w:r>
          </w:p>
          <w:p w14:paraId="467EDC77" w14:textId="77777777" w:rsidR="005B3871" w:rsidRDefault="00000000">
            <w:pPr>
              <w:pStyle w:val="Oznaenseznam"/>
              <w:spacing w:after="16"/>
            </w:pPr>
            <w:r>
              <w:rPr>
                <w:color w:val="000000"/>
                <w:sz w:val="16"/>
              </w:rPr>
              <w:t>zapišem račun</w:t>
            </w:r>
          </w:p>
          <w:p w14:paraId="0BDCA3D7" w14:textId="77777777" w:rsidR="005B3871" w:rsidRDefault="00000000">
            <w:pPr>
              <w:pStyle w:val="Oznaenseznam"/>
              <w:spacing w:after="16"/>
            </w:pPr>
            <w:r>
              <w:rPr>
                <w:color w:val="000000"/>
                <w:sz w:val="16"/>
              </w:rPr>
              <w:t>preverim rezultat s konkretnim gradivom</w:t>
            </w:r>
          </w:p>
          <w:tbl>
            <w:tblPr>
              <w:tblStyle w:val="Tabelamrea"/>
              <w:tblW w:w="0" w:type="auto"/>
              <w:jc w:val="center"/>
              <w:tblLayout w:type="fixed"/>
              <w:tblLook w:val="04A0" w:firstRow="1" w:lastRow="0" w:firstColumn="1" w:lastColumn="0" w:noHBand="0" w:noVBand="1"/>
            </w:tblPr>
            <w:tblGrid>
              <w:gridCol w:w="7087"/>
            </w:tblGrid>
            <w:tr w:rsidR="005B3871" w14:paraId="7722FD36" w14:textId="77777777">
              <w:trPr>
                <w:jc w:val="center"/>
              </w:trPr>
              <w:tc>
                <w:tcPr>
                  <w:tcW w:w="7087" w:type="dxa"/>
                  <w:shd w:val="clear" w:color="auto" w:fill="EDC9EA"/>
                  <w:tcMar>
                    <w:top w:w="45" w:type="dxa"/>
                    <w:left w:w="70" w:type="dxa"/>
                    <w:bottom w:w="45" w:type="dxa"/>
                    <w:right w:w="70" w:type="dxa"/>
                  </w:tcMar>
                </w:tcPr>
                <w:p w14:paraId="2A862415" w14:textId="77777777" w:rsidR="005B3871" w:rsidRDefault="00000000">
                  <w:pPr>
                    <w:keepNext/>
                  </w:pPr>
                  <w:r>
                    <w:rPr>
                      <w:b/>
                      <w:color w:val="000000"/>
                    </w:rPr>
                    <w:t>PREVERJANJE PREDZNANJA</w:t>
                  </w:r>
                </w:p>
              </w:tc>
            </w:tr>
          </w:tbl>
          <w:p w14:paraId="1458FAAE" w14:textId="77777777" w:rsidR="005B3871" w:rsidRDefault="005B3871">
            <w:pPr>
              <w:spacing w:line="20" w:lineRule="exact"/>
            </w:pPr>
          </w:p>
          <w:p w14:paraId="349594A4" w14:textId="77777777" w:rsidR="005B3871" w:rsidRDefault="00000000">
            <w:pPr>
              <w:pStyle w:val="Oznaenseznam"/>
              <w:spacing w:after="16"/>
            </w:pPr>
            <w:r>
              <w:rPr>
                <w:color w:val="000000"/>
                <w:sz w:val="16"/>
              </w:rPr>
              <w:t>Kaj se s količino zgodi pri odvzemanju?</w:t>
            </w:r>
          </w:p>
          <w:p w14:paraId="69743097" w14:textId="77777777" w:rsidR="005B3871" w:rsidRDefault="00000000">
            <w:pPr>
              <w:pStyle w:val="Oznaenseznam"/>
              <w:spacing w:after="16"/>
            </w:pPr>
            <w:r>
              <w:rPr>
                <w:color w:val="000000"/>
                <w:sz w:val="16"/>
              </w:rPr>
              <w:t>Kako lahko preverim, koliko predmetov je ostalo?</w:t>
            </w:r>
          </w:p>
          <w:p w14:paraId="297908F8"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46F75876" w14:textId="77777777">
              <w:trPr>
                <w:jc w:val="center"/>
              </w:trPr>
              <w:tc>
                <w:tcPr>
                  <w:tcW w:w="7087" w:type="dxa"/>
                  <w:shd w:val="clear" w:color="auto" w:fill="EDC9EA"/>
                  <w:tcMar>
                    <w:top w:w="45" w:type="dxa"/>
                    <w:left w:w="70" w:type="dxa"/>
                    <w:bottom w:w="45" w:type="dxa"/>
                    <w:right w:w="70" w:type="dxa"/>
                  </w:tcMar>
                </w:tcPr>
                <w:p w14:paraId="2359CC17" w14:textId="77777777" w:rsidR="005B3871" w:rsidRDefault="00000000">
                  <w:pPr>
                    <w:keepNext/>
                  </w:pPr>
                  <w:r>
                    <w:rPr>
                      <w:b/>
                      <w:color w:val="000000"/>
                    </w:rPr>
                    <w:t>KRITERIJI USPEŠNOSTI</w:t>
                  </w:r>
                </w:p>
              </w:tc>
            </w:tr>
          </w:tbl>
          <w:p w14:paraId="1A0972FF" w14:textId="77777777" w:rsidR="005B3871" w:rsidRDefault="005B3871"/>
          <w:p w14:paraId="778D6917" w14:textId="77777777" w:rsidR="005B3871" w:rsidRDefault="00000000">
            <w:pPr>
              <w:spacing w:before="20" w:after="20" w:line="245" w:lineRule="auto"/>
            </w:pPr>
            <w:r>
              <w:rPr>
                <w:b/>
                <w:color w:val="000000"/>
                <w:sz w:val="16"/>
              </w:rPr>
              <w:t>Uspešen/-na bom, ko:</w:t>
            </w:r>
          </w:p>
          <w:p w14:paraId="07058A00" w14:textId="77777777" w:rsidR="005B3871" w:rsidRDefault="00000000">
            <w:pPr>
              <w:pStyle w:val="Oznaenseznam"/>
              <w:spacing w:after="16"/>
            </w:pPr>
            <w:r>
              <w:rPr>
                <w:color w:val="000000"/>
                <w:sz w:val="16"/>
              </w:rPr>
              <w:t>modeliram odvzemanje</w:t>
            </w:r>
          </w:p>
          <w:p w14:paraId="7A8BD22D" w14:textId="77777777" w:rsidR="005B3871" w:rsidRDefault="00000000">
            <w:pPr>
              <w:pStyle w:val="Oznaenseznam"/>
              <w:spacing w:after="16"/>
            </w:pPr>
            <w:r>
              <w:rPr>
                <w:color w:val="000000"/>
                <w:sz w:val="16"/>
              </w:rPr>
              <w:t>zapišem račun</w:t>
            </w:r>
          </w:p>
          <w:p w14:paraId="610B00AE" w14:textId="77777777" w:rsidR="005B3871" w:rsidRDefault="00000000">
            <w:pPr>
              <w:pStyle w:val="Oznaenseznam"/>
              <w:spacing w:after="16"/>
            </w:pPr>
            <w:r>
              <w:rPr>
                <w:color w:val="000000"/>
                <w:sz w:val="16"/>
              </w:rPr>
              <w:t>preverim rezultat s konkretnim gradivom</w:t>
            </w:r>
          </w:p>
          <w:p w14:paraId="7E26089F"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1425ADCE" w14:textId="77777777" w:rsidR="005B3871" w:rsidRDefault="005B3871"/>
          <w:p w14:paraId="04897D00"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298D0F37" w14:textId="77777777" w:rsidR="005B3871" w:rsidRDefault="00000000">
            <w:pPr>
              <w:spacing w:after="80" w:line="245" w:lineRule="auto"/>
            </w:pPr>
            <w:r>
              <w:rPr>
                <w:color w:val="000000"/>
                <w:sz w:val="16"/>
              </w:rPr>
              <w:t>Pove, pokaže ali nariše, kako bi nalogo začel. Posluša tudi drugačne strategije.</w:t>
            </w:r>
          </w:p>
          <w:p w14:paraId="238D7CE3" w14:textId="77777777" w:rsidR="005B3871" w:rsidRDefault="00000000">
            <w:pPr>
              <w:spacing w:after="100" w:line="245" w:lineRule="auto"/>
            </w:pPr>
            <w:r>
              <w:rPr>
                <w:color w:val="000000"/>
                <w:sz w:val="16"/>
              </w:rPr>
              <w:t>Sodeluje pri razumevanju namenov in kriterijev uspešnosti.</w:t>
            </w:r>
          </w:p>
          <w:p w14:paraId="05FCC405" w14:textId="77777777" w:rsidR="005B3871" w:rsidRDefault="00000000">
            <w:pPr>
              <w:spacing w:after="20" w:line="245" w:lineRule="auto"/>
            </w:pPr>
            <w:r>
              <w:rPr>
                <w:b/>
                <w:color w:val="D95BC6"/>
                <w:sz w:val="17"/>
              </w:rPr>
              <w:t>DOKAZ O UČENJU</w:t>
            </w:r>
          </w:p>
          <w:p w14:paraId="4CF8A618" w14:textId="77777777" w:rsidR="005B3871" w:rsidRDefault="00000000">
            <w:pPr>
              <w:spacing w:after="30" w:line="245" w:lineRule="auto"/>
            </w:pPr>
            <w:r>
              <w:rPr>
                <w:color w:val="D95BC6"/>
                <w:sz w:val="16"/>
              </w:rPr>
              <w:t>začetna strategija, razvrstitev, model, risba, gib ali ustni odgovor</w:t>
            </w:r>
          </w:p>
        </w:tc>
      </w:tr>
    </w:tbl>
    <w:p w14:paraId="3C20A78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24624D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BC714E5"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F7979E5" w14:textId="77777777" w:rsidR="005B3871" w:rsidRDefault="00000000">
            <w:pPr>
              <w:jc w:val="center"/>
            </w:pPr>
            <w:r>
              <w:rPr>
                <w:b/>
                <w:color w:val="000000"/>
                <w:sz w:val="20"/>
              </w:rPr>
              <w:t>UČNE DEJAVNOSTI, METODE IN FORMATIVNO SPREMLJANJE</w:t>
            </w:r>
          </w:p>
        </w:tc>
      </w:tr>
      <w:tr w:rsidR="005B3871" w14:paraId="7FAD84D7" w14:textId="77777777">
        <w:trPr>
          <w:tblHeader/>
          <w:jc w:val="center"/>
        </w:trPr>
        <w:tc>
          <w:tcPr>
            <w:tcW w:w="4422" w:type="dxa"/>
            <w:vMerge/>
            <w:tcMar>
              <w:top w:w="70" w:type="dxa"/>
              <w:left w:w="90" w:type="dxa"/>
              <w:bottom w:w="70" w:type="dxa"/>
              <w:right w:w="90" w:type="dxa"/>
            </w:tcMar>
            <w:vAlign w:val="center"/>
          </w:tcPr>
          <w:p w14:paraId="37FF9C4D" w14:textId="77777777" w:rsidR="005B3871" w:rsidRDefault="005B3871"/>
        </w:tc>
        <w:tc>
          <w:tcPr>
            <w:tcW w:w="7087" w:type="dxa"/>
            <w:shd w:val="clear" w:color="auto" w:fill="FFFFFF"/>
            <w:tcMar>
              <w:top w:w="70" w:type="dxa"/>
              <w:left w:w="90" w:type="dxa"/>
              <w:bottom w:w="70" w:type="dxa"/>
              <w:right w:w="90" w:type="dxa"/>
            </w:tcMar>
            <w:vAlign w:val="center"/>
          </w:tcPr>
          <w:p w14:paraId="641C142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43E28BC" w14:textId="77777777" w:rsidR="005B3871" w:rsidRDefault="00000000">
            <w:pPr>
              <w:jc w:val="center"/>
            </w:pPr>
            <w:r>
              <w:rPr>
                <w:b/>
                <w:color w:val="000000"/>
              </w:rPr>
              <w:t>UČENEC</w:t>
            </w:r>
          </w:p>
        </w:tc>
      </w:tr>
      <w:tr w:rsidR="005B3871" w14:paraId="718F80D8" w14:textId="77777777">
        <w:trPr>
          <w:jc w:val="center"/>
        </w:trPr>
        <w:tc>
          <w:tcPr>
            <w:tcW w:w="4422" w:type="dxa"/>
            <w:tcMar>
              <w:top w:w="70" w:type="dxa"/>
              <w:left w:w="90" w:type="dxa"/>
              <w:bottom w:w="70" w:type="dxa"/>
              <w:right w:w="90" w:type="dxa"/>
            </w:tcMar>
          </w:tcPr>
          <w:p w14:paraId="3ECE366C" w14:textId="77777777" w:rsidR="005B3871" w:rsidRDefault="005B3871"/>
          <w:p w14:paraId="080AB311" w14:textId="77777777" w:rsidR="005B3871" w:rsidRDefault="00000000">
            <w:pPr>
              <w:spacing w:after="40" w:line="245" w:lineRule="auto"/>
            </w:pPr>
            <w:r>
              <w:rPr>
                <w:b/>
                <w:color w:val="000000"/>
              </w:rPr>
              <w:t>KLJUČNI POJMI</w:t>
            </w:r>
          </w:p>
          <w:p w14:paraId="1D8440E2" w14:textId="77777777" w:rsidR="005B3871" w:rsidRDefault="00000000">
            <w:pPr>
              <w:spacing w:after="60" w:line="245" w:lineRule="auto"/>
            </w:pPr>
            <w:r>
              <w:rPr>
                <w:color w:val="000000"/>
                <w:sz w:val="16"/>
              </w:rPr>
              <w:t>odštevanje, odvzemanje, začetna količina, odvzeti del, ostanek, minus, je enako, preverjanje</w:t>
            </w:r>
          </w:p>
          <w:p w14:paraId="75B9F04C" w14:textId="77777777" w:rsidR="005B3871" w:rsidRDefault="00000000">
            <w:pPr>
              <w:spacing w:after="20" w:line="245" w:lineRule="auto"/>
            </w:pPr>
            <w:r>
              <w:rPr>
                <w:b/>
                <w:color w:val="000000"/>
                <w:sz w:val="17"/>
              </w:rPr>
              <w:t>DOKAZI O UČENJU</w:t>
            </w:r>
          </w:p>
          <w:p w14:paraId="79447769" w14:textId="77777777" w:rsidR="005B3871" w:rsidRDefault="00000000">
            <w:pPr>
              <w:pStyle w:val="Oznaenseznam"/>
              <w:spacing w:after="16"/>
            </w:pPr>
            <w:r>
              <w:rPr>
                <w:color w:val="000000"/>
                <w:sz w:val="16"/>
              </w:rPr>
              <w:t>konkretni model odvzemanja</w:t>
            </w:r>
          </w:p>
          <w:p w14:paraId="52A5F53F" w14:textId="77777777" w:rsidR="005B3871" w:rsidRDefault="00000000">
            <w:pPr>
              <w:pStyle w:val="Oznaenseznam"/>
              <w:spacing w:after="16"/>
            </w:pPr>
            <w:r>
              <w:rPr>
                <w:color w:val="000000"/>
                <w:sz w:val="16"/>
              </w:rPr>
              <w:t>gibalni prikaz odštevanja</w:t>
            </w:r>
          </w:p>
          <w:p w14:paraId="43BE66B3" w14:textId="77777777" w:rsidR="005B3871" w:rsidRDefault="00000000">
            <w:pPr>
              <w:pStyle w:val="Oznaenseznam"/>
              <w:spacing w:after="16"/>
            </w:pPr>
            <w:r>
              <w:rPr>
                <w:color w:val="000000"/>
                <w:sz w:val="16"/>
              </w:rPr>
              <w:t>slikovni in simbolni zapis odštevanja</w:t>
            </w:r>
          </w:p>
          <w:p w14:paraId="7A76C1AE" w14:textId="77777777" w:rsidR="005B3871" w:rsidRDefault="00000000">
            <w:pPr>
              <w:pStyle w:val="Oznaenseznam"/>
              <w:spacing w:after="16"/>
            </w:pPr>
            <w:r>
              <w:rPr>
                <w:color w:val="000000"/>
                <w:sz w:val="16"/>
              </w:rPr>
              <w:t>popravljen račun z razlago</w:t>
            </w:r>
          </w:p>
          <w:p w14:paraId="38F13C8D" w14:textId="77777777" w:rsidR="005B3871" w:rsidRDefault="00000000">
            <w:pPr>
              <w:spacing w:before="40" w:after="20" w:line="245" w:lineRule="auto"/>
            </w:pPr>
            <w:r>
              <w:rPr>
                <w:b/>
                <w:color w:val="000000"/>
                <w:sz w:val="17"/>
              </w:rPr>
              <w:t>MEDPREDMETNA POVEZAVA</w:t>
            </w:r>
          </w:p>
          <w:p w14:paraId="19ACCF4E" w14:textId="77777777" w:rsidR="005B3871" w:rsidRDefault="00000000">
            <w:pPr>
              <w:spacing w:after="60" w:line="245" w:lineRule="auto"/>
            </w:pPr>
            <w:r>
              <w:rPr>
                <w:color w:val="000000"/>
                <w:sz w:val="16"/>
              </w:rPr>
              <w:t>SLJ – opis dogodka; SPO – gozdni plodovi; ŠPO – koraki po osi; LUM – prečrtani slikovni model</w:t>
            </w:r>
          </w:p>
          <w:p w14:paraId="1599B443" w14:textId="77777777" w:rsidR="005B3871" w:rsidRDefault="00000000">
            <w:pPr>
              <w:spacing w:after="20" w:line="245" w:lineRule="auto"/>
            </w:pPr>
            <w:r>
              <w:rPr>
                <w:b/>
                <w:color w:val="000000"/>
                <w:sz w:val="17"/>
              </w:rPr>
              <w:t>POUČEVANJE V GIBANJU</w:t>
            </w:r>
          </w:p>
          <w:p w14:paraId="44A52869"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0F0C1538" w14:textId="77777777" w:rsidR="005B3871" w:rsidRDefault="00000000">
            <w:pPr>
              <w:spacing w:after="20" w:line="245" w:lineRule="auto"/>
            </w:pPr>
            <w:r>
              <w:rPr>
                <w:b/>
                <w:color w:val="000000"/>
                <w:sz w:val="17"/>
              </w:rPr>
              <w:t>DELO PO POSTAJAH</w:t>
            </w:r>
          </w:p>
          <w:p w14:paraId="5D96CD59" w14:textId="77777777" w:rsidR="005B3871" w:rsidRDefault="00000000">
            <w:pPr>
              <w:spacing w:after="60" w:line="245" w:lineRule="auto"/>
            </w:pPr>
            <w:r>
              <w:rPr>
                <w:color w:val="000000"/>
                <w:sz w:val="15"/>
              </w:rPr>
              <w:t>Načrtovana rotacija: konkretno-izkušenjska – Odvzamemo in preštejemo; gibalna/sodelovalna – Koraki nazaj; slikovno-simbolna – Dogodek, risba, račun; izziv, dokaz in povratna informacija – Preverim s predmeti. Pri pisnem ocenjevanju se postaje izvedejo v pripravi, analizi in ponovnem učenju.</w:t>
            </w:r>
          </w:p>
          <w:p w14:paraId="7D50BE86" w14:textId="77777777" w:rsidR="005B3871" w:rsidRDefault="00000000">
            <w:pPr>
              <w:spacing w:after="20" w:line="245" w:lineRule="auto"/>
            </w:pPr>
            <w:r>
              <w:rPr>
                <w:b/>
                <w:color w:val="000000"/>
                <w:sz w:val="17"/>
              </w:rPr>
              <w:t>DIFERENCIACIJA IN VKLJUČEVANJE</w:t>
            </w:r>
          </w:p>
          <w:p w14:paraId="1DAA09CD"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1F46BF56" w14:textId="77777777" w:rsidR="005B3871" w:rsidRDefault="00000000">
            <w:pPr>
              <w:spacing w:after="20" w:line="245" w:lineRule="auto"/>
            </w:pPr>
            <w:r>
              <w:rPr>
                <w:b/>
                <w:color w:val="000000"/>
                <w:sz w:val="17"/>
              </w:rPr>
              <w:t>SPREMLJANJE</w:t>
            </w:r>
          </w:p>
          <w:p w14:paraId="7827131E"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0E154DAD"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2C0F0CD" w14:textId="77777777">
              <w:trPr>
                <w:jc w:val="center"/>
              </w:trPr>
              <w:tc>
                <w:tcPr>
                  <w:tcW w:w="7087" w:type="dxa"/>
                  <w:shd w:val="clear" w:color="auto" w:fill="C6E7F3"/>
                  <w:tcMar>
                    <w:top w:w="45" w:type="dxa"/>
                    <w:left w:w="70" w:type="dxa"/>
                    <w:bottom w:w="45" w:type="dxa"/>
                    <w:right w:w="70" w:type="dxa"/>
                  </w:tcMar>
                </w:tcPr>
                <w:p w14:paraId="6251AF5A" w14:textId="77777777" w:rsidR="005B3871" w:rsidRDefault="00000000">
                  <w:pPr>
                    <w:keepNext/>
                  </w:pPr>
                  <w:r>
                    <w:rPr>
                      <w:b/>
                      <w:color w:val="000000"/>
                    </w:rPr>
                    <w:t>GLAVNI DEL – IZKUŠENJSKO IN PROBLEMSKO UČENJE (4 šolske ure)</w:t>
                  </w:r>
                </w:p>
              </w:tc>
            </w:tr>
          </w:tbl>
          <w:p w14:paraId="6EE2D1E5" w14:textId="77777777" w:rsidR="005B3871" w:rsidRDefault="005B3871">
            <w:pPr>
              <w:spacing w:line="20" w:lineRule="exact"/>
            </w:pPr>
          </w:p>
          <w:p w14:paraId="0E9B2DEA" w14:textId="77777777" w:rsidR="005B3871" w:rsidRDefault="00000000">
            <w:pPr>
              <w:keepNext/>
              <w:spacing w:before="40" w:after="10" w:line="245" w:lineRule="auto"/>
            </w:pPr>
            <w:r>
              <w:rPr>
                <w:b/>
                <w:color w:val="000000"/>
                <w:sz w:val="17"/>
              </w:rPr>
              <w:t>1. URA – Odvzamemo in preštejemo</w:t>
            </w:r>
          </w:p>
          <w:p w14:paraId="723D16E3" w14:textId="77777777" w:rsidR="005B3871" w:rsidRDefault="00000000">
            <w:pPr>
              <w:spacing w:after="14" w:line="245" w:lineRule="auto"/>
            </w:pPr>
            <w:r>
              <w:rPr>
                <w:b/>
                <w:color w:val="000000"/>
                <w:sz w:val="16"/>
              </w:rPr>
              <w:t xml:space="preserve">Dejavnost učiteljice: </w:t>
            </w:r>
            <w:r>
              <w:rPr>
                <w:color w:val="000000"/>
                <w:sz w:val="16"/>
              </w:rPr>
              <w:t>Prikaže začetno množico, vidno odmakne del in dosledno poimenuje preostanek.</w:t>
            </w:r>
          </w:p>
          <w:p w14:paraId="2CA3FB1A" w14:textId="77777777" w:rsidR="005B3871" w:rsidRDefault="00000000">
            <w:pPr>
              <w:spacing w:after="14" w:line="245" w:lineRule="auto"/>
            </w:pPr>
            <w:r>
              <w:rPr>
                <w:b/>
                <w:color w:val="000000"/>
                <w:sz w:val="16"/>
              </w:rPr>
              <w:t xml:space="preserve">Dejavnost učencev: </w:t>
            </w:r>
            <w:r>
              <w:rPr>
                <w:color w:val="000000"/>
                <w:sz w:val="16"/>
              </w:rPr>
              <w:t>Odvzamejo dogovorjeno število predmetov in preštejejo, koliko jih ostane.</w:t>
            </w:r>
          </w:p>
          <w:p w14:paraId="29E4D902" w14:textId="77777777" w:rsidR="005B3871" w:rsidRDefault="00000000">
            <w:pPr>
              <w:spacing w:after="24" w:line="245" w:lineRule="auto"/>
            </w:pPr>
            <w:r>
              <w:rPr>
                <w:i/>
                <w:color w:val="D95BC6"/>
                <w:sz w:val="16"/>
              </w:rPr>
              <w:t>Predvideni dokaz: konkretni model odvzemanja.</w:t>
            </w:r>
          </w:p>
          <w:p w14:paraId="4B65DCEB" w14:textId="77777777" w:rsidR="005B3871" w:rsidRDefault="00000000">
            <w:pPr>
              <w:keepNext/>
              <w:spacing w:before="40" w:after="10" w:line="245" w:lineRule="auto"/>
            </w:pPr>
            <w:r>
              <w:rPr>
                <w:b/>
                <w:color w:val="000000"/>
                <w:sz w:val="17"/>
              </w:rPr>
              <w:t>2. URA – Koraki nazaj</w:t>
            </w:r>
          </w:p>
          <w:p w14:paraId="1DD9103F" w14:textId="77777777" w:rsidR="005B3871" w:rsidRDefault="00000000">
            <w:pPr>
              <w:spacing w:after="14" w:line="245" w:lineRule="auto"/>
            </w:pPr>
            <w:r>
              <w:rPr>
                <w:b/>
                <w:color w:val="000000"/>
                <w:sz w:val="16"/>
              </w:rPr>
              <w:t xml:space="preserve">Dejavnost učiteljice: </w:t>
            </w:r>
            <w:r>
              <w:rPr>
                <w:color w:val="000000"/>
                <w:sz w:val="16"/>
              </w:rPr>
              <w:t>Na talni osi pokaže začetek in premik nazaj brez preskakovanja polj.</w:t>
            </w:r>
          </w:p>
          <w:p w14:paraId="2B50F171" w14:textId="77777777" w:rsidR="005B3871" w:rsidRDefault="00000000">
            <w:pPr>
              <w:spacing w:after="14" w:line="245" w:lineRule="auto"/>
            </w:pPr>
            <w:r>
              <w:rPr>
                <w:b/>
                <w:color w:val="000000"/>
                <w:sz w:val="16"/>
              </w:rPr>
              <w:t xml:space="preserve">Dejavnost učencev: </w:t>
            </w:r>
            <w:r>
              <w:rPr>
                <w:color w:val="000000"/>
                <w:sz w:val="16"/>
              </w:rPr>
              <w:t>Stanejo na začetnem številu, naredijo ustrezno število korakov nazaj in povedo rezultat.</w:t>
            </w:r>
          </w:p>
          <w:p w14:paraId="5B4B4A80" w14:textId="77777777" w:rsidR="005B3871" w:rsidRDefault="00000000">
            <w:pPr>
              <w:spacing w:after="24" w:line="245" w:lineRule="auto"/>
            </w:pPr>
            <w:r>
              <w:rPr>
                <w:i/>
                <w:color w:val="D95BC6"/>
                <w:sz w:val="16"/>
              </w:rPr>
              <w:t>Predvideni dokaz: gibalni prikaz odštevanja.</w:t>
            </w:r>
          </w:p>
          <w:p w14:paraId="7275F128" w14:textId="77777777" w:rsidR="005B3871" w:rsidRDefault="00000000">
            <w:pPr>
              <w:keepNext/>
              <w:spacing w:before="40" w:after="10" w:line="245" w:lineRule="auto"/>
            </w:pPr>
            <w:r>
              <w:rPr>
                <w:b/>
                <w:color w:val="000000"/>
                <w:sz w:val="17"/>
              </w:rPr>
              <w:t>3. URA – Dogodek, risba, račun</w:t>
            </w:r>
          </w:p>
          <w:p w14:paraId="31B17183" w14:textId="77777777" w:rsidR="005B3871" w:rsidRDefault="00000000">
            <w:pPr>
              <w:spacing w:after="14" w:line="245" w:lineRule="auto"/>
            </w:pPr>
            <w:r>
              <w:rPr>
                <w:b/>
                <w:color w:val="000000"/>
                <w:sz w:val="16"/>
              </w:rPr>
              <w:t xml:space="preserve">Dejavnost učiteljice: </w:t>
            </w:r>
            <w:r>
              <w:rPr>
                <w:color w:val="000000"/>
                <w:sz w:val="16"/>
              </w:rPr>
              <w:t>Poveže odvzemanje z risbo prečrtanih predmetov in zapisom a − b = c.</w:t>
            </w:r>
          </w:p>
          <w:p w14:paraId="7F5C6A4E" w14:textId="77777777" w:rsidR="005B3871" w:rsidRDefault="00000000">
            <w:pPr>
              <w:spacing w:after="14" w:line="245" w:lineRule="auto"/>
            </w:pPr>
            <w:r>
              <w:rPr>
                <w:b/>
                <w:color w:val="000000"/>
                <w:sz w:val="16"/>
              </w:rPr>
              <w:t xml:space="preserve">Dejavnost učencev: </w:t>
            </w:r>
            <w:r>
              <w:rPr>
                <w:color w:val="000000"/>
                <w:sz w:val="16"/>
              </w:rPr>
              <w:t>Narišejo začetno količino, označijo odvzeti del in zapišejo račun.</w:t>
            </w:r>
          </w:p>
          <w:p w14:paraId="176729A0" w14:textId="77777777" w:rsidR="005B3871" w:rsidRDefault="00000000">
            <w:pPr>
              <w:spacing w:after="24" w:line="245" w:lineRule="auto"/>
            </w:pPr>
            <w:r>
              <w:rPr>
                <w:i/>
                <w:color w:val="D95BC6"/>
                <w:sz w:val="16"/>
              </w:rPr>
              <w:t>Predvideni dokaz: slikovni in simbolni zapis odštevanja.</w:t>
            </w:r>
          </w:p>
          <w:p w14:paraId="6BB49931" w14:textId="77777777" w:rsidR="005B3871" w:rsidRDefault="00000000">
            <w:pPr>
              <w:keepNext/>
              <w:spacing w:before="40" w:after="10" w:line="245" w:lineRule="auto"/>
            </w:pPr>
            <w:r>
              <w:rPr>
                <w:b/>
                <w:color w:val="000000"/>
                <w:sz w:val="17"/>
              </w:rPr>
              <w:t>4. URA – Preverim s predmeti</w:t>
            </w:r>
          </w:p>
          <w:p w14:paraId="0A65E43D" w14:textId="77777777" w:rsidR="005B3871" w:rsidRDefault="00000000">
            <w:pPr>
              <w:spacing w:after="14" w:line="245" w:lineRule="auto"/>
            </w:pPr>
            <w:r>
              <w:rPr>
                <w:b/>
                <w:color w:val="000000"/>
                <w:sz w:val="16"/>
              </w:rPr>
              <w:t xml:space="preserve">Dejavnost učiteljice: </w:t>
            </w:r>
            <w:r>
              <w:rPr>
                <w:color w:val="000000"/>
                <w:sz w:val="16"/>
              </w:rPr>
              <w:t>Ponudi račun z namerno napako in spodbuja preverjanje, ne ugibanja.</w:t>
            </w:r>
          </w:p>
          <w:p w14:paraId="01F1C052" w14:textId="77777777" w:rsidR="005B3871" w:rsidRDefault="00000000">
            <w:pPr>
              <w:spacing w:after="14" w:line="245" w:lineRule="auto"/>
            </w:pPr>
            <w:r>
              <w:rPr>
                <w:b/>
                <w:color w:val="000000"/>
                <w:sz w:val="16"/>
              </w:rPr>
              <w:t xml:space="preserve">Dejavnost učencev: </w:t>
            </w:r>
            <w:r>
              <w:rPr>
                <w:color w:val="000000"/>
                <w:sz w:val="16"/>
              </w:rPr>
              <w:t>Račun ponovno modelirajo, napako poiščejo in jo pojasnijo.</w:t>
            </w:r>
          </w:p>
          <w:p w14:paraId="326BBA32" w14:textId="77777777" w:rsidR="005B3871" w:rsidRDefault="00000000">
            <w:pPr>
              <w:spacing w:after="24" w:line="245" w:lineRule="auto"/>
            </w:pPr>
            <w:r>
              <w:rPr>
                <w:i/>
                <w:color w:val="D95BC6"/>
                <w:sz w:val="16"/>
              </w:rPr>
              <w:t>Predvideni dokaz: popravljen račun z razlago.</w:t>
            </w:r>
          </w:p>
          <w:tbl>
            <w:tblPr>
              <w:tblStyle w:val="Tabelamrea"/>
              <w:tblW w:w="0" w:type="auto"/>
              <w:jc w:val="center"/>
              <w:tblLayout w:type="fixed"/>
              <w:tblLook w:val="04A0" w:firstRow="1" w:lastRow="0" w:firstColumn="1" w:lastColumn="0" w:noHBand="0" w:noVBand="1"/>
            </w:tblPr>
            <w:tblGrid>
              <w:gridCol w:w="7087"/>
            </w:tblGrid>
            <w:tr w:rsidR="005B3871" w14:paraId="579C7CC0" w14:textId="77777777">
              <w:trPr>
                <w:jc w:val="center"/>
              </w:trPr>
              <w:tc>
                <w:tcPr>
                  <w:tcW w:w="7087" w:type="dxa"/>
                  <w:shd w:val="clear" w:color="auto" w:fill="EDC9EA"/>
                  <w:tcMar>
                    <w:top w:w="45" w:type="dxa"/>
                    <w:left w:w="70" w:type="dxa"/>
                    <w:bottom w:w="45" w:type="dxa"/>
                    <w:right w:w="70" w:type="dxa"/>
                  </w:tcMar>
                </w:tcPr>
                <w:p w14:paraId="69D2D0AD" w14:textId="77777777" w:rsidR="005B3871" w:rsidRDefault="00000000">
                  <w:pPr>
                    <w:keepNext/>
                  </w:pPr>
                  <w:r>
                    <w:rPr>
                      <w:b/>
                      <w:color w:val="000000"/>
                    </w:rPr>
                    <w:t>POVRATNA INFORMACIJA UČITELJICE MED DELOM</w:t>
                  </w:r>
                </w:p>
              </w:tc>
            </w:tr>
          </w:tbl>
          <w:p w14:paraId="296AADEA" w14:textId="77777777" w:rsidR="005B3871" w:rsidRDefault="005B3871"/>
          <w:p w14:paraId="7C9EAD84"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6E73940A" w14:textId="77777777" w:rsidR="005B3871" w:rsidRDefault="005B3871"/>
          <w:p w14:paraId="630343D5" w14:textId="77777777" w:rsidR="005B3871" w:rsidRDefault="00000000">
            <w:pPr>
              <w:spacing w:after="10" w:line="245" w:lineRule="auto"/>
            </w:pPr>
            <w:r>
              <w:rPr>
                <w:b/>
                <w:color w:val="000000"/>
                <w:sz w:val="16"/>
              </w:rPr>
              <w:t>1. URA</w:t>
            </w:r>
          </w:p>
          <w:p w14:paraId="0F4E3A7E" w14:textId="77777777" w:rsidR="005B3871" w:rsidRDefault="00000000">
            <w:pPr>
              <w:spacing w:after="30" w:line="245" w:lineRule="auto"/>
            </w:pPr>
            <w:r>
              <w:rPr>
                <w:color w:val="000000"/>
                <w:sz w:val="16"/>
              </w:rPr>
              <w:t>Odvzamejo dogovorjeno število predmetov in preštejejo, koliko jih ostane.</w:t>
            </w:r>
          </w:p>
          <w:p w14:paraId="4726ADC5" w14:textId="77777777" w:rsidR="005B3871" w:rsidRDefault="00000000">
            <w:pPr>
              <w:spacing w:line="245" w:lineRule="auto"/>
            </w:pPr>
            <w:r>
              <w:rPr>
                <w:b/>
                <w:color w:val="D95BC6"/>
                <w:sz w:val="16"/>
              </w:rPr>
              <w:t>DOKAZ</w:t>
            </w:r>
          </w:p>
          <w:p w14:paraId="31E528AC" w14:textId="77777777" w:rsidR="005B3871" w:rsidRDefault="00000000">
            <w:pPr>
              <w:spacing w:after="40" w:line="245" w:lineRule="auto"/>
            </w:pPr>
            <w:r>
              <w:rPr>
                <w:color w:val="D95BC6"/>
                <w:sz w:val="15"/>
              </w:rPr>
              <w:t>konkretni model odvzemanja</w:t>
            </w:r>
          </w:p>
          <w:p w14:paraId="3F561A9D" w14:textId="77777777" w:rsidR="005B3871" w:rsidRDefault="00000000">
            <w:pPr>
              <w:spacing w:after="10" w:line="245" w:lineRule="auto"/>
            </w:pPr>
            <w:r>
              <w:rPr>
                <w:b/>
                <w:color w:val="000000"/>
                <w:sz w:val="16"/>
              </w:rPr>
              <w:t>2. URA</w:t>
            </w:r>
          </w:p>
          <w:p w14:paraId="6547C17D" w14:textId="77777777" w:rsidR="005B3871" w:rsidRDefault="00000000">
            <w:pPr>
              <w:spacing w:after="30" w:line="245" w:lineRule="auto"/>
            </w:pPr>
            <w:r>
              <w:rPr>
                <w:color w:val="000000"/>
                <w:sz w:val="16"/>
              </w:rPr>
              <w:t>Stanejo na začetnem številu, naredijo ustrezno število korakov nazaj in povedo rezultat.</w:t>
            </w:r>
          </w:p>
          <w:p w14:paraId="0CD6CB0E" w14:textId="77777777" w:rsidR="005B3871" w:rsidRDefault="00000000">
            <w:pPr>
              <w:spacing w:line="245" w:lineRule="auto"/>
            </w:pPr>
            <w:r>
              <w:rPr>
                <w:b/>
                <w:color w:val="D95BC6"/>
                <w:sz w:val="16"/>
              </w:rPr>
              <w:t>DOKAZ</w:t>
            </w:r>
          </w:p>
          <w:p w14:paraId="2738881E" w14:textId="77777777" w:rsidR="005B3871" w:rsidRDefault="00000000">
            <w:pPr>
              <w:spacing w:after="40" w:line="245" w:lineRule="auto"/>
            </w:pPr>
            <w:r>
              <w:rPr>
                <w:color w:val="D95BC6"/>
                <w:sz w:val="15"/>
              </w:rPr>
              <w:t>gibalni prikaz odštevanja</w:t>
            </w:r>
          </w:p>
          <w:p w14:paraId="3ECAAAEF" w14:textId="77777777" w:rsidR="005B3871" w:rsidRDefault="00000000">
            <w:pPr>
              <w:spacing w:after="10" w:line="245" w:lineRule="auto"/>
            </w:pPr>
            <w:r>
              <w:rPr>
                <w:b/>
                <w:color w:val="000000"/>
                <w:sz w:val="16"/>
              </w:rPr>
              <w:t>3. URA</w:t>
            </w:r>
          </w:p>
          <w:p w14:paraId="000C69F8" w14:textId="77777777" w:rsidR="005B3871" w:rsidRDefault="00000000">
            <w:pPr>
              <w:spacing w:after="30" w:line="245" w:lineRule="auto"/>
            </w:pPr>
            <w:r>
              <w:rPr>
                <w:color w:val="000000"/>
                <w:sz w:val="16"/>
              </w:rPr>
              <w:t>Narišejo začetno količino, označijo odvzeti del in zapišejo račun.</w:t>
            </w:r>
          </w:p>
          <w:p w14:paraId="774A0C15" w14:textId="77777777" w:rsidR="005B3871" w:rsidRDefault="00000000">
            <w:pPr>
              <w:spacing w:line="245" w:lineRule="auto"/>
            </w:pPr>
            <w:r>
              <w:rPr>
                <w:b/>
                <w:color w:val="D95BC6"/>
                <w:sz w:val="16"/>
              </w:rPr>
              <w:t>DOKAZ</w:t>
            </w:r>
          </w:p>
          <w:p w14:paraId="6EBE7C49" w14:textId="77777777" w:rsidR="005B3871" w:rsidRDefault="00000000">
            <w:pPr>
              <w:spacing w:after="40" w:line="245" w:lineRule="auto"/>
            </w:pPr>
            <w:r>
              <w:rPr>
                <w:color w:val="D95BC6"/>
                <w:sz w:val="15"/>
              </w:rPr>
              <w:t>slikovni in simbolni zapis odštevanja</w:t>
            </w:r>
          </w:p>
          <w:p w14:paraId="1CB2F156" w14:textId="77777777" w:rsidR="005B3871" w:rsidRDefault="00000000">
            <w:pPr>
              <w:spacing w:after="10" w:line="245" w:lineRule="auto"/>
            </w:pPr>
            <w:r>
              <w:rPr>
                <w:b/>
                <w:color w:val="000000"/>
                <w:sz w:val="16"/>
              </w:rPr>
              <w:t>4. URA</w:t>
            </w:r>
          </w:p>
          <w:p w14:paraId="17E12A9D" w14:textId="77777777" w:rsidR="005B3871" w:rsidRDefault="00000000">
            <w:pPr>
              <w:spacing w:after="30" w:line="245" w:lineRule="auto"/>
            </w:pPr>
            <w:r>
              <w:rPr>
                <w:color w:val="000000"/>
                <w:sz w:val="16"/>
              </w:rPr>
              <w:t>Račun ponovno modelirajo, napako poiščejo in jo pojasnijo.</w:t>
            </w:r>
          </w:p>
          <w:p w14:paraId="342C8F9E" w14:textId="77777777" w:rsidR="005B3871" w:rsidRDefault="00000000">
            <w:pPr>
              <w:spacing w:line="245" w:lineRule="auto"/>
            </w:pPr>
            <w:r>
              <w:rPr>
                <w:b/>
                <w:color w:val="D95BC6"/>
                <w:sz w:val="16"/>
              </w:rPr>
              <w:t>DOKAZ</w:t>
            </w:r>
          </w:p>
          <w:p w14:paraId="2C8E7E49" w14:textId="77777777" w:rsidR="005B3871" w:rsidRDefault="00000000">
            <w:pPr>
              <w:spacing w:after="40" w:line="245" w:lineRule="auto"/>
            </w:pPr>
            <w:r>
              <w:rPr>
                <w:color w:val="D95BC6"/>
                <w:sz w:val="15"/>
              </w:rPr>
              <w:t>popravljen račun z razlago</w:t>
            </w:r>
          </w:p>
        </w:tc>
      </w:tr>
    </w:tbl>
    <w:p w14:paraId="294EE5D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0556725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2D531D1"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7E4F34B" w14:textId="77777777" w:rsidR="005B3871" w:rsidRDefault="00000000">
            <w:pPr>
              <w:jc w:val="center"/>
            </w:pPr>
            <w:r>
              <w:rPr>
                <w:b/>
                <w:color w:val="000000"/>
                <w:sz w:val="20"/>
              </w:rPr>
              <w:t>UČNE DEJAVNOSTI, METODE IN FORMATIVNO SPREMLJANJE</w:t>
            </w:r>
          </w:p>
        </w:tc>
      </w:tr>
      <w:tr w:rsidR="005B3871" w14:paraId="17151E4A" w14:textId="77777777">
        <w:trPr>
          <w:tblHeader/>
          <w:jc w:val="center"/>
        </w:trPr>
        <w:tc>
          <w:tcPr>
            <w:tcW w:w="4422" w:type="dxa"/>
            <w:vMerge/>
            <w:tcMar>
              <w:top w:w="70" w:type="dxa"/>
              <w:left w:w="90" w:type="dxa"/>
              <w:bottom w:w="70" w:type="dxa"/>
              <w:right w:w="90" w:type="dxa"/>
            </w:tcMar>
            <w:vAlign w:val="center"/>
          </w:tcPr>
          <w:p w14:paraId="606C60BF" w14:textId="77777777" w:rsidR="005B3871" w:rsidRDefault="005B3871"/>
        </w:tc>
        <w:tc>
          <w:tcPr>
            <w:tcW w:w="7087" w:type="dxa"/>
            <w:shd w:val="clear" w:color="auto" w:fill="FFFFFF"/>
            <w:tcMar>
              <w:top w:w="70" w:type="dxa"/>
              <w:left w:w="90" w:type="dxa"/>
              <w:bottom w:w="70" w:type="dxa"/>
              <w:right w:w="90" w:type="dxa"/>
            </w:tcMar>
            <w:vAlign w:val="center"/>
          </w:tcPr>
          <w:p w14:paraId="38C858A1"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8FCD8C6" w14:textId="77777777" w:rsidR="005B3871" w:rsidRDefault="00000000">
            <w:pPr>
              <w:jc w:val="center"/>
            </w:pPr>
            <w:r>
              <w:rPr>
                <w:b/>
                <w:color w:val="000000"/>
              </w:rPr>
              <w:t>UČENEC</w:t>
            </w:r>
          </w:p>
        </w:tc>
      </w:tr>
      <w:tr w:rsidR="005B3871" w14:paraId="7B2376ED" w14:textId="77777777">
        <w:trPr>
          <w:jc w:val="center"/>
        </w:trPr>
        <w:tc>
          <w:tcPr>
            <w:tcW w:w="4422" w:type="dxa"/>
            <w:tcMar>
              <w:top w:w="70" w:type="dxa"/>
              <w:left w:w="90" w:type="dxa"/>
              <w:bottom w:w="70" w:type="dxa"/>
              <w:right w:w="90" w:type="dxa"/>
            </w:tcMar>
          </w:tcPr>
          <w:p w14:paraId="2037C830" w14:textId="77777777" w:rsidR="005B3871" w:rsidRDefault="005B3871"/>
          <w:p w14:paraId="1707A1F9" w14:textId="77777777" w:rsidR="005B3871" w:rsidRDefault="00000000">
            <w:pPr>
              <w:spacing w:after="40" w:line="245" w:lineRule="auto"/>
            </w:pPr>
            <w:r>
              <w:rPr>
                <w:b/>
                <w:color w:val="000000"/>
              </w:rPr>
              <w:t>FORMATIVNO SPREMLJANJE</w:t>
            </w:r>
          </w:p>
          <w:p w14:paraId="1ADD7A57" w14:textId="77777777" w:rsidR="005B3871" w:rsidRDefault="00000000">
            <w:pPr>
              <w:pStyle w:val="Oznaenseznam"/>
              <w:spacing w:after="16"/>
            </w:pPr>
            <w:r>
              <w:rPr>
                <w:color w:val="000000"/>
                <w:sz w:val="16"/>
              </w:rPr>
              <w:t>predznanje: začetna strategija, ocena, razvrstitev, model ali risba</w:t>
            </w:r>
          </w:p>
          <w:p w14:paraId="3DAB2DE1" w14:textId="77777777" w:rsidR="005B3871" w:rsidRDefault="00000000">
            <w:pPr>
              <w:pStyle w:val="Oznaenseznam"/>
              <w:spacing w:after="16"/>
            </w:pPr>
            <w:r>
              <w:rPr>
                <w:color w:val="000000"/>
                <w:sz w:val="16"/>
              </w:rPr>
              <w:t>dokazi med učenjem: konkretni, gibalni, slikovni in simbolni prikaz ter razlaga postopka</w:t>
            </w:r>
          </w:p>
          <w:p w14:paraId="6B0BD525" w14:textId="77777777" w:rsidR="005B3871" w:rsidRDefault="00000000">
            <w:pPr>
              <w:pStyle w:val="Oznaenseznam"/>
              <w:spacing w:after="16"/>
            </w:pPr>
            <w:r>
              <w:rPr>
                <w:color w:val="000000"/>
                <w:sz w:val="16"/>
              </w:rPr>
              <w:t>povratna informacija: konkretna, vezana na kriterij in usmerjena v preverjanje ali naslednji korak</w:t>
            </w:r>
          </w:p>
          <w:p w14:paraId="3FFCE66D" w14:textId="77777777" w:rsidR="005B3871" w:rsidRDefault="00000000">
            <w:pPr>
              <w:pStyle w:val="Oznaenseznam"/>
              <w:spacing w:after="16"/>
            </w:pPr>
            <w:r>
              <w:rPr>
                <w:color w:val="000000"/>
                <w:sz w:val="16"/>
              </w:rPr>
              <w:t>samovrednotenje: semafor, lestvica samostojnosti, izbrani dokaz ali kratka poved</w:t>
            </w:r>
          </w:p>
          <w:p w14:paraId="6420B258" w14:textId="77777777" w:rsidR="005B3871" w:rsidRDefault="00000000">
            <w:pPr>
              <w:spacing w:before="40" w:after="20" w:line="245" w:lineRule="auto"/>
            </w:pPr>
            <w:r>
              <w:rPr>
                <w:b/>
                <w:color w:val="000000"/>
                <w:sz w:val="17"/>
              </w:rPr>
              <w:t>VARNOST IN ODGOVORNOST</w:t>
            </w:r>
          </w:p>
          <w:p w14:paraId="5566D680"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653FC1FE" w14:textId="77777777" w:rsidR="005B3871" w:rsidRDefault="00000000">
            <w:pPr>
              <w:spacing w:after="20" w:line="245" w:lineRule="auto"/>
            </w:pPr>
            <w:r>
              <w:rPr>
                <w:b/>
                <w:color w:val="000000"/>
                <w:sz w:val="17"/>
              </w:rPr>
              <w:t>EVIDENCA PO IZVEDBI</w:t>
            </w:r>
          </w:p>
          <w:p w14:paraId="5A0210C7"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1C4A8487"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0217154" w14:textId="77777777">
              <w:trPr>
                <w:jc w:val="center"/>
              </w:trPr>
              <w:tc>
                <w:tcPr>
                  <w:tcW w:w="7087" w:type="dxa"/>
                  <w:shd w:val="clear" w:color="auto" w:fill="EDC9EA"/>
                  <w:tcMar>
                    <w:top w:w="45" w:type="dxa"/>
                    <w:left w:w="70" w:type="dxa"/>
                    <w:bottom w:w="45" w:type="dxa"/>
                    <w:right w:w="70" w:type="dxa"/>
                  </w:tcMar>
                </w:tcPr>
                <w:p w14:paraId="71CAE789" w14:textId="77777777" w:rsidR="005B3871" w:rsidRDefault="00000000">
                  <w:pPr>
                    <w:keepNext/>
                  </w:pPr>
                  <w:r>
                    <w:rPr>
                      <w:b/>
                      <w:color w:val="000000"/>
                    </w:rPr>
                    <w:t>VPRAŠANJA V PODPORO MATEMATIČNEMU UČENJU</w:t>
                  </w:r>
                </w:p>
              </w:tc>
            </w:tr>
          </w:tbl>
          <w:p w14:paraId="6E054F0C" w14:textId="77777777" w:rsidR="005B3871" w:rsidRDefault="005B3871">
            <w:pPr>
              <w:spacing w:line="20" w:lineRule="exact"/>
            </w:pPr>
          </w:p>
          <w:p w14:paraId="5CB66DA7" w14:textId="77777777" w:rsidR="005B3871" w:rsidRDefault="00000000">
            <w:pPr>
              <w:pStyle w:val="Oznaenseznam"/>
              <w:spacing w:after="16"/>
            </w:pPr>
            <w:r>
              <w:rPr>
                <w:color w:val="000000"/>
                <w:sz w:val="16"/>
              </w:rPr>
              <w:t>Kaj v tvojem modelu, risbi ali zapisu predstavlja posamezni del naloge?</w:t>
            </w:r>
          </w:p>
          <w:p w14:paraId="5D9987E4" w14:textId="77777777" w:rsidR="005B3871" w:rsidRDefault="00000000">
            <w:pPr>
              <w:pStyle w:val="Oznaenseznam"/>
              <w:spacing w:after="16"/>
            </w:pPr>
            <w:r>
              <w:rPr>
                <w:color w:val="000000"/>
                <w:sz w:val="16"/>
              </w:rPr>
              <w:t>Kako si prišel/-la do rešitve in kako veš, da je smiselna?</w:t>
            </w:r>
          </w:p>
          <w:p w14:paraId="65FF2911" w14:textId="77777777" w:rsidR="005B3871" w:rsidRDefault="00000000">
            <w:pPr>
              <w:pStyle w:val="Oznaenseznam"/>
              <w:spacing w:after="16"/>
            </w:pPr>
            <w:r>
              <w:rPr>
                <w:color w:val="000000"/>
                <w:sz w:val="16"/>
              </w:rPr>
              <w:t>Ali lahko isto pokažeš še s predmetom, gibanjem, risbo ali drugim zapisom?</w:t>
            </w:r>
          </w:p>
          <w:p w14:paraId="08D758F5" w14:textId="77777777" w:rsidR="005B3871" w:rsidRDefault="00000000">
            <w:pPr>
              <w:pStyle w:val="Oznaenseznam"/>
              <w:spacing w:after="16"/>
            </w:pPr>
            <w:r>
              <w:rPr>
                <w:color w:val="000000"/>
                <w:sz w:val="16"/>
              </w:rPr>
              <w:t>Kje bi se lahko zmotil/-a in kako boš rešitev preveril/-a?</w:t>
            </w:r>
          </w:p>
          <w:p w14:paraId="487C5212"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1EBB1865" w14:textId="77777777">
              <w:trPr>
                <w:jc w:val="center"/>
              </w:trPr>
              <w:tc>
                <w:tcPr>
                  <w:tcW w:w="7087" w:type="dxa"/>
                  <w:shd w:val="clear" w:color="auto" w:fill="C6E7F3"/>
                  <w:tcMar>
                    <w:top w:w="45" w:type="dxa"/>
                    <w:left w:w="70" w:type="dxa"/>
                    <w:bottom w:w="45" w:type="dxa"/>
                    <w:right w:w="70" w:type="dxa"/>
                  </w:tcMar>
                </w:tcPr>
                <w:p w14:paraId="646556AD" w14:textId="77777777" w:rsidR="005B3871" w:rsidRDefault="00000000">
                  <w:pPr>
                    <w:keepNext/>
                  </w:pPr>
                  <w:r>
                    <w:rPr>
                      <w:b/>
                      <w:color w:val="000000"/>
                    </w:rPr>
                    <w:t>ZAKLJUČNI DEL – UTRJEVANJE IN REFLEKSIJA (10–15 min)</w:t>
                  </w:r>
                </w:p>
              </w:tc>
            </w:tr>
          </w:tbl>
          <w:p w14:paraId="0AA3A39A" w14:textId="77777777" w:rsidR="005B3871" w:rsidRDefault="005B3871">
            <w:pPr>
              <w:spacing w:line="20" w:lineRule="exact"/>
            </w:pPr>
          </w:p>
          <w:p w14:paraId="42C7F44E"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3323346F" w14:textId="77777777">
              <w:trPr>
                <w:jc w:val="center"/>
              </w:trPr>
              <w:tc>
                <w:tcPr>
                  <w:tcW w:w="7087" w:type="dxa"/>
                  <w:shd w:val="clear" w:color="auto" w:fill="EDC9EA"/>
                  <w:tcMar>
                    <w:top w:w="45" w:type="dxa"/>
                    <w:left w:w="70" w:type="dxa"/>
                    <w:bottom w:w="45" w:type="dxa"/>
                    <w:right w:w="70" w:type="dxa"/>
                  </w:tcMar>
                </w:tcPr>
                <w:p w14:paraId="0BF4385E" w14:textId="77777777" w:rsidR="005B3871" w:rsidRDefault="00000000">
                  <w:pPr>
                    <w:keepNext/>
                  </w:pPr>
                  <w:r>
                    <w:rPr>
                      <w:b/>
                      <w:color w:val="000000"/>
                    </w:rPr>
                    <w:t>SAMOVREDNOTENJE</w:t>
                  </w:r>
                </w:p>
              </w:tc>
            </w:tr>
          </w:tbl>
          <w:p w14:paraId="689F4855" w14:textId="77777777" w:rsidR="005B3871" w:rsidRDefault="005B3871">
            <w:pPr>
              <w:spacing w:line="20" w:lineRule="exact"/>
            </w:pPr>
          </w:p>
          <w:p w14:paraId="41A6E60E"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63D4BF2" w14:textId="77777777">
              <w:trPr>
                <w:jc w:val="center"/>
              </w:trPr>
              <w:tc>
                <w:tcPr>
                  <w:tcW w:w="7087" w:type="dxa"/>
                  <w:shd w:val="clear" w:color="auto" w:fill="EDC9EA"/>
                  <w:tcMar>
                    <w:top w:w="45" w:type="dxa"/>
                    <w:left w:w="70" w:type="dxa"/>
                    <w:bottom w:w="45" w:type="dxa"/>
                    <w:right w:w="70" w:type="dxa"/>
                  </w:tcMar>
                </w:tcPr>
                <w:p w14:paraId="3AD4869F" w14:textId="77777777" w:rsidR="005B3871" w:rsidRDefault="00000000">
                  <w:pPr>
                    <w:keepNext/>
                  </w:pPr>
                  <w:r>
                    <w:rPr>
                      <w:b/>
                      <w:color w:val="000000"/>
                    </w:rPr>
                    <w:t>VRSTNIŠKO VREDNOTENJE</w:t>
                  </w:r>
                </w:p>
              </w:tc>
            </w:tr>
          </w:tbl>
          <w:p w14:paraId="78972FA5" w14:textId="77777777" w:rsidR="005B3871" w:rsidRDefault="005B3871">
            <w:pPr>
              <w:spacing w:line="20" w:lineRule="exact"/>
            </w:pPr>
          </w:p>
          <w:p w14:paraId="5B0BB7A3"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2F37394E" w14:textId="77777777">
              <w:trPr>
                <w:jc w:val="center"/>
              </w:trPr>
              <w:tc>
                <w:tcPr>
                  <w:tcW w:w="7087" w:type="dxa"/>
                  <w:shd w:val="clear" w:color="auto" w:fill="EDC9EA"/>
                  <w:tcMar>
                    <w:top w:w="45" w:type="dxa"/>
                    <w:left w:w="70" w:type="dxa"/>
                    <w:bottom w:w="45" w:type="dxa"/>
                    <w:right w:w="70" w:type="dxa"/>
                  </w:tcMar>
                </w:tcPr>
                <w:p w14:paraId="6B90DB3A" w14:textId="77777777" w:rsidR="005B3871" w:rsidRDefault="00000000">
                  <w:pPr>
                    <w:keepNext/>
                  </w:pPr>
                  <w:r>
                    <w:rPr>
                      <w:b/>
                      <w:color w:val="000000"/>
                    </w:rPr>
                    <w:t>SKUPNI POVZETEK</w:t>
                  </w:r>
                </w:p>
              </w:tc>
            </w:tr>
          </w:tbl>
          <w:p w14:paraId="749E3B47" w14:textId="77777777" w:rsidR="005B3871" w:rsidRDefault="005B3871"/>
          <w:p w14:paraId="7554F9BE" w14:textId="77777777" w:rsidR="005B3871" w:rsidRDefault="00000000">
            <w:pPr>
              <w:spacing w:before="20" w:after="40" w:line="245" w:lineRule="auto"/>
            </w:pPr>
            <w:r>
              <w:rPr>
                <w:b/>
                <w:color w:val="000000"/>
                <w:sz w:val="16"/>
              </w:rPr>
              <w:t>Odvzemanje prikažem s predmeti, koraki, risbo in računom ter rezultat preverim.</w:t>
            </w:r>
          </w:p>
        </w:tc>
        <w:tc>
          <w:tcPr>
            <w:tcW w:w="2551" w:type="dxa"/>
            <w:tcMar>
              <w:top w:w="70" w:type="dxa"/>
              <w:left w:w="90" w:type="dxa"/>
              <w:bottom w:w="70" w:type="dxa"/>
              <w:right w:w="90" w:type="dxa"/>
            </w:tcMar>
          </w:tcPr>
          <w:p w14:paraId="57FDDE0A" w14:textId="77777777" w:rsidR="005B3871" w:rsidRDefault="005B3871"/>
          <w:p w14:paraId="413C14C0" w14:textId="77777777" w:rsidR="005B3871" w:rsidRDefault="00000000">
            <w:pPr>
              <w:spacing w:after="100" w:line="245" w:lineRule="auto"/>
            </w:pPr>
            <w:r>
              <w:rPr>
                <w:color w:val="000000"/>
                <w:sz w:val="16"/>
              </w:rPr>
              <w:t>Odgovarja na podporna vprašanja in se sklicuje na svoj model, zapis ali izvedbo.</w:t>
            </w:r>
          </w:p>
          <w:p w14:paraId="38F4F1E7" w14:textId="77777777" w:rsidR="005B3871" w:rsidRDefault="00000000">
            <w:pPr>
              <w:spacing w:after="100" w:line="245" w:lineRule="auto"/>
            </w:pPr>
            <w:r>
              <w:rPr>
                <w:color w:val="000000"/>
                <w:sz w:val="16"/>
              </w:rPr>
              <w:t>Primerja začetno strategijo z novim dokazom ter pojasni, kaj se je naučil/-a.</w:t>
            </w:r>
          </w:p>
          <w:p w14:paraId="27F0F0D4" w14:textId="77777777" w:rsidR="005B3871" w:rsidRDefault="00000000">
            <w:pPr>
              <w:spacing w:after="100" w:line="245" w:lineRule="auto"/>
            </w:pPr>
            <w:r>
              <w:rPr>
                <w:color w:val="000000"/>
                <w:sz w:val="16"/>
              </w:rPr>
              <w:t>Izbere raven samostojnosti in določi naslednji korak.</w:t>
            </w:r>
          </w:p>
          <w:p w14:paraId="6153BA8C" w14:textId="77777777" w:rsidR="005B3871" w:rsidRDefault="00000000">
            <w:pPr>
              <w:spacing w:after="100" w:line="245" w:lineRule="auto"/>
            </w:pPr>
            <w:r>
              <w:rPr>
                <w:color w:val="000000"/>
                <w:sz w:val="16"/>
              </w:rPr>
              <w:t>Sošolcu poda prijazen in konkreten odziv, vezan na kriterij.</w:t>
            </w:r>
          </w:p>
          <w:p w14:paraId="64287C47" w14:textId="77777777" w:rsidR="005B3871" w:rsidRDefault="00000000">
            <w:pPr>
              <w:spacing w:after="20" w:line="245" w:lineRule="auto"/>
            </w:pPr>
            <w:r>
              <w:rPr>
                <w:b/>
                <w:color w:val="D95BC6"/>
                <w:sz w:val="17"/>
              </w:rPr>
              <w:t>DOKAZ O UČENJU</w:t>
            </w:r>
          </w:p>
          <w:p w14:paraId="00348D75"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1A964F7F"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780BA8F1" w14:textId="77777777">
        <w:trPr>
          <w:cantSplit/>
          <w:jc w:val="center"/>
        </w:trPr>
        <w:tc>
          <w:tcPr>
            <w:tcW w:w="14060" w:type="dxa"/>
            <w:gridSpan w:val="6"/>
            <w:tcMar>
              <w:top w:w="70" w:type="dxa"/>
              <w:left w:w="90" w:type="dxa"/>
              <w:bottom w:w="70" w:type="dxa"/>
              <w:right w:w="90" w:type="dxa"/>
            </w:tcMar>
            <w:vAlign w:val="center"/>
          </w:tcPr>
          <w:p w14:paraId="1374847F" w14:textId="77777777" w:rsidR="005B3871" w:rsidRDefault="00000000">
            <w:pPr>
              <w:jc w:val="center"/>
            </w:pPr>
            <w:r>
              <w:rPr>
                <w:b/>
                <w:color w:val="000000"/>
                <w:sz w:val="24"/>
              </w:rPr>
              <w:lastRenderedPageBreak/>
              <w:t>UČNA PRIPRAVA 12/39</w:t>
            </w:r>
          </w:p>
        </w:tc>
      </w:tr>
      <w:tr w:rsidR="005B3871" w14:paraId="7B77549A" w14:textId="77777777">
        <w:trPr>
          <w:jc w:val="center"/>
        </w:trPr>
        <w:tc>
          <w:tcPr>
            <w:tcW w:w="2665" w:type="dxa"/>
            <w:tcMar>
              <w:top w:w="70" w:type="dxa"/>
              <w:left w:w="90" w:type="dxa"/>
              <w:bottom w:w="70" w:type="dxa"/>
              <w:right w:w="90" w:type="dxa"/>
            </w:tcMar>
            <w:vAlign w:val="center"/>
          </w:tcPr>
          <w:p w14:paraId="725D1737"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85087F2"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447C4F91"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00542DE" w14:textId="77777777" w:rsidR="005B3871" w:rsidRDefault="00000000">
            <w:r>
              <w:rPr>
                <w:b/>
                <w:color w:val="000000"/>
                <w:sz w:val="16"/>
              </w:rPr>
              <w:t xml:space="preserve">NAČRTOVANI TERMIN: </w:t>
            </w:r>
            <w:r>
              <w:rPr>
                <w:color w:val="000000"/>
                <w:sz w:val="16"/>
              </w:rPr>
              <w:t>12. teden • 23.–27. 11. 2026</w:t>
            </w:r>
          </w:p>
        </w:tc>
        <w:tc>
          <w:tcPr>
            <w:tcW w:w="2268" w:type="dxa"/>
            <w:tcMar>
              <w:top w:w="70" w:type="dxa"/>
              <w:left w:w="90" w:type="dxa"/>
              <w:bottom w:w="70" w:type="dxa"/>
              <w:right w:w="90" w:type="dxa"/>
            </w:tcMar>
            <w:vAlign w:val="center"/>
          </w:tcPr>
          <w:p w14:paraId="14E32CA5"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A34824B" w14:textId="77777777" w:rsidR="005B3871" w:rsidRDefault="00000000">
            <w:r>
              <w:rPr>
                <w:b/>
                <w:color w:val="000000"/>
                <w:sz w:val="16"/>
              </w:rPr>
              <w:t xml:space="preserve">ŠTEVILO UR: </w:t>
            </w:r>
            <w:r>
              <w:rPr>
                <w:color w:val="000000"/>
                <w:sz w:val="16"/>
              </w:rPr>
              <w:t>3</w:t>
            </w:r>
          </w:p>
        </w:tc>
      </w:tr>
      <w:tr w:rsidR="005B3871" w14:paraId="09B7E616" w14:textId="77777777">
        <w:trPr>
          <w:jc w:val="center"/>
        </w:trPr>
        <w:tc>
          <w:tcPr>
            <w:tcW w:w="14061" w:type="dxa"/>
            <w:gridSpan w:val="6"/>
            <w:tcMar>
              <w:top w:w="70" w:type="dxa"/>
              <w:left w:w="90" w:type="dxa"/>
              <w:bottom w:w="70" w:type="dxa"/>
              <w:right w:w="90" w:type="dxa"/>
            </w:tcMar>
            <w:vAlign w:val="center"/>
          </w:tcPr>
          <w:p w14:paraId="2BF5A496"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4B64C740" w14:textId="77777777">
        <w:trPr>
          <w:cantSplit/>
          <w:jc w:val="center"/>
        </w:trPr>
        <w:tc>
          <w:tcPr>
            <w:tcW w:w="14060" w:type="dxa"/>
            <w:gridSpan w:val="6"/>
            <w:tcMar>
              <w:top w:w="70" w:type="dxa"/>
              <w:left w:w="90" w:type="dxa"/>
              <w:bottom w:w="70" w:type="dxa"/>
              <w:right w:w="90" w:type="dxa"/>
            </w:tcMar>
            <w:vAlign w:val="center"/>
          </w:tcPr>
          <w:p w14:paraId="6F029A6E" w14:textId="77777777" w:rsidR="005B3871" w:rsidRDefault="005B3871"/>
          <w:p w14:paraId="51EB4FE4" w14:textId="77777777" w:rsidR="005B3871" w:rsidRDefault="00000000">
            <w:pPr>
              <w:spacing w:line="245" w:lineRule="auto"/>
            </w:pPr>
            <w:r>
              <w:rPr>
                <w:b/>
                <w:color w:val="000000"/>
                <w:sz w:val="16"/>
              </w:rPr>
              <w:t xml:space="preserve">UČNI SKLOP: </w:t>
            </w:r>
            <w:r>
              <w:rPr>
                <w:color w:val="000000"/>
                <w:sz w:val="16"/>
              </w:rPr>
              <w:t>JESEN, SNOVI IN ŽIVA BITJA</w:t>
            </w:r>
          </w:p>
        </w:tc>
      </w:tr>
      <w:tr w:rsidR="005B3871" w14:paraId="12949432" w14:textId="77777777">
        <w:trPr>
          <w:cantSplit/>
          <w:jc w:val="center"/>
        </w:trPr>
        <w:tc>
          <w:tcPr>
            <w:tcW w:w="14060" w:type="dxa"/>
            <w:gridSpan w:val="6"/>
            <w:tcMar>
              <w:top w:w="70" w:type="dxa"/>
              <w:left w:w="90" w:type="dxa"/>
              <w:bottom w:w="70" w:type="dxa"/>
              <w:right w:w="90" w:type="dxa"/>
            </w:tcMar>
            <w:vAlign w:val="center"/>
          </w:tcPr>
          <w:p w14:paraId="743CD1E4" w14:textId="77777777" w:rsidR="005B3871" w:rsidRDefault="005B3871"/>
          <w:p w14:paraId="5C4D0A64" w14:textId="77777777" w:rsidR="005B3871" w:rsidRDefault="00000000">
            <w:pPr>
              <w:spacing w:line="245" w:lineRule="auto"/>
            </w:pPr>
            <w:r>
              <w:rPr>
                <w:b/>
                <w:color w:val="000000"/>
                <w:sz w:val="16"/>
              </w:rPr>
              <w:t xml:space="preserve">UČNA TEMA: </w:t>
            </w:r>
            <w:r>
              <w:rPr>
                <w:color w:val="000000"/>
                <w:sz w:val="16"/>
              </w:rPr>
              <w:t>RAČUNANJE DO 5</w:t>
            </w:r>
          </w:p>
        </w:tc>
      </w:tr>
      <w:tr w:rsidR="005B3871" w14:paraId="11E35847" w14:textId="77777777">
        <w:trPr>
          <w:cantSplit/>
          <w:jc w:val="center"/>
        </w:trPr>
        <w:tc>
          <w:tcPr>
            <w:tcW w:w="14060" w:type="dxa"/>
            <w:gridSpan w:val="6"/>
            <w:tcMar>
              <w:top w:w="70" w:type="dxa"/>
              <w:left w:w="90" w:type="dxa"/>
              <w:bottom w:w="70" w:type="dxa"/>
              <w:right w:w="90" w:type="dxa"/>
            </w:tcMar>
            <w:vAlign w:val="center"/>
          </w:tcPr>
          <w:p w14:paraId="6905EAEC" w14:textId="77777777" w:rsidR="005B3871" w:rsidRDefault="005B3871"/>
          <w:p w14:paraId="231258BF" w14:textId="77777777" w:rsidR="005B3871" w:rsidRDefault="00000000">
            <w:pPr>
              <w:spacing w:line="245" w:lineRule="auto"/>
            </w:pPr>
            <w:r>
              <w:rPr>
                <w:b/>
                <w:color w:val="000000"/>
                <w:sz w:val="16"/>
              </w:rPr>
              <w:t xml:space="preserve">KNJIŽEVNO IZHODIŠČE IN MOTIV: </w:t>
            </w:r>
            <w:r>
              <w:rPr>
                <w:color w:val="000000"/>
                <w:sz w:val="16"/>
              </w:rPr>
              <w:t>»Tri botre lisičice« – slovenska ljudska pravljica • gozd, iznajdljivost, snovi in odgovorna raba materialov</w:t>
            </w:r>
          </w:p>
        </w:tc>
      </w:tr>
      <w:tr w:rsidR="005B3871" w14:paraId="209D6E37" w14:textId="77777777">
        <w:trPr>
          <w:cantSplit/>
          <w:jc w:val="center"/>
        </w:trPr>
        <w:tc>
          <w:tcPr>
            <w:tcW w:w="14060" w:type="dxa"/>
            <w:gridSpan w:val="6"/>
            <w:tcMar>
              <w:top w:w="70" w:type="dxa"/>
              <w:left w:w="90" w:type="dxa"/>
              <w:bottom w:w="70" w:type="dxa"/>
              <w:right w:w="90" w:type="dxa"/>
            </w:tcMar>
            <w:vAlign w:val="center"/>
          </w:tcPr>
          <w:p w14:paraId="59BE5ACE" w14:textId="77777777" w:rsidR="005B3871" w:rsidRDefault="005B3871"/>
          <w:p w14:paraId="76AE87D2" w14:textId="77777777" w:rsidR="005B3871" w:rsidRDefault="00000000">
            <w:pPr>
              <w:spacing w:line="245" w:lineRule="auto"/>
            </w:pPr>
            <w:r>
              <w:rPr>
                <w:b/>
                <w:color w:val="000000"/>
                <w:sz w:val="16"/>
              </w:rPr>
              <w:t xml:space="preserve">UČNE ENOTE: </w:t>
            </w:r>
            <w:r>
              <w:rPr>
                <w:color w:val="000000"/>
                <w:sz w:val="16"/>
              </w:rPr>
              <w:t>1. ura – Postaje računanja do 5 • 2. ura – Slikovna zgodba • 3. ura – Galerija strategij</w:t>
            </w:r>
          </w:p>
        </w:tc>
      </w:tr>
      <w:tr w:rsidR="005B3871" w14:paraId="1672AD5E" w14:textId="77777777">
        <w:trPr>
          <w:cantSplit/>
          <w:jc w:val="center"/>
        </w:trPr>
        <w:tc>
          <w:tcPr>
            <w:tcW w:w="14060" w:type="dxa"/>
            <w:gridSpan w:val="6"/>
            <w:tcMar>
              <w:top w:w="70" w:type="dxa"/>
              <w:left w:w="90" w:type="dxa"/>
              <w:bottom w:w="70" w:type="dxa"/>
              <w:right w:w="90" w:type="dxa"/>
            </w:tcMar>
            <w:vAlign w:val="center"/>
          </w:tcPr>
          <w:p w14:paraId="5299EF3F" w14:textId="77777777" w:rsidR="005B3871" w:rsidRDefault="005B3871"/>
          <w:p w14:paraId="767C37B9"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3A28C07B" w14:textId="77777777">
        <w:trPr>
          <w:cantSplit/>
          <w:jc w:val="center"/>
        </w:trPr>
        <w:tc>
          <w:tcPr>
            <w:tcW w:w="14060" w:type="dxa"/>
            <w:gridSpan w:val="6"/>
            <w:tcMar>
              <w:top w:w="70" w:type="dxa"/>
              <w:left w:w="90" w:type="dxa"/>
              <w:bottom w:w="70" w:type="dxa"/>
              <w:right w:w="90" w:type="dxa"/>
            </w:tcMar>
            <w:vAlign w:val="center"/>
          </w:tcPr>
          <w:p w14:paraId="4871BE0C" w14:textId="77777777" w:rsidR="005B3871" w:rsidRDefault="005B3871"/>
          <w:p w14:paraId="4E94B677"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0CF0AAE4" w14:textId="77777777">
        <w:trPr>
          <w:cantSplit/>
          <w:jc w:val="center"/>
        </w:trPr>
        <w:tc>
          <w:tcPr>
            <w:tcW w:w="14060" w:type="dxa"/>
            <w:gridSpan w:val="6"/>
            <w:tcMar>
              <w:top w:w="70" w:type="dxa"/>
              <w:left w:w="90" w:type="dxa"/>
              <w:bottom w:w="70" w:type="dxa"/>
              <w:right w:w="90" w:type="dxa"/>
            </w:tcMar>
            <w:vAlign w:val="center"/>
          </w:tcPr>
          <w:p w14:paraId="486D12F0" w14:textId="77777777" w:rsidR="005B3871" w:rsidRDefault="005B3871"/>
          <w:p w14:paraId="1B7C5C61"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1D29950F" w14:textId="77777777">
        <w:trPr>
          <w:cantSplit/>
          <w:jc w:val="center"/>
        </w:trPr>
        <w:tc>
          <w:tcPr>
            <w:tcW w:w="14060" w:type="dxa"/>
            <w:gridSpan w:val="6"/>
            <w:tcMar>
              <w:top w:w="70" w:type="dxa"/>
              <w:left w:w="90" w:type="dxa"/>
              <w:bottom w:w="70" w:type="dxa"/>
              <w:right w:w="90" w:type="dxa"/>
            </w:tcMar>
            <w:vAlign w:val="center"/>
          </w:tcPr>
          <w:p w14:paraId="07D8A268" w14:textId="77777777" w:rsidR="005B3871" w:rsidRDefault="005B3871"/>
          <w:p w14:paraId="1CDB1E64" w14:textId="77777777" w:rsidR="005B3871" w:rsidRDefault="00000000">
            <w:pPr>
              <w:spacing w:line="245" w:lineRule="auto"/>
            </w:pPr>
            <w:r>
              <w:rPr>
                <w:b/>
                <w:color w:val="000000"/>
                <w:sz w:val="16"/>
              </w:rPr>
              <w:t xml:space="preserve">MEDPREDMETNE POVEZAVE: </w:t>
            </w:r>
            <w:r>
              <w:rPr>
                <w:color w:val="000000"/>
                <w:sz w:val="16"/>
              </w:rPr>
              <w:t>SLJ – razumevanje slikovne zgodbe; SPO – odgovorna raba materialov; ŠPO – računske postaje</w:t>
            </w:r>
          </w:p>
        </w:tc>
      </w:tr>
      <w:tr w:rsidR="005B3871" w14:paraId="64D4F698" w14:textId="77777777">
        <w:trPr>
          <w:cantSplit/>
          <w:jc w:val="center"/>
        </w:trPr>
        <w:tc>
          <w:tcPr>
            <w:tcW w:w="14060" w:type="dxa"/>
            <w:gridSpan w:val="6"/>
            <w:tcMar>
              <w:top w:w="70" w:type="dxa"/>
              <w:left w:w="90" w:type="dxa"/>
              <w:bottom w:w="70" w:type="dxa"/>
              <w:right w:w="90" w:type="dxa"/>
            </w:tcMar>
            <w:vAlign w:val="center"/>
          </w:tcPr>
          <w:p w14:paraId="5F4812CD" w14:textId="77777777" w:rsidR="005B3871" w:rsidRDefault="005B3871"/>
          <w:p w14:paraId="6B061EB5" w14:textId="77777777" w:rsidR="005B3871" w:rsidRDefault="00000000">
            <w:pPr>
              <w:spacing w:line="245" w:lineRule="auto"/>
            </w:pPr>
            <w:r>
              <w:rPr>
                <w:b/>
                <w:color w:val="000000"/>
                <w:sz w:val="16"/>
              </w:rPr>
              <w:t xml:space="preserve">UČNA SREDSTVA IN PRIPOMOČKI: </w:t>
            </w:r>
            <w:r>
              <w:rPr>
                <w:color w:val="000000"/>
                <w:sz w:val="16"/>
              </w:rPr>
              <w:t>števci, kocke, obroči, talna os 0–5, kartice računov, slikovne naloge, mini table, listki za povratno informacijo</w:t>
            </w:r>
          </w:p>
        </w:tc>
      </w:tr>
      <w:tr w:rsidR="005B3871" w14:paraId="585D5B99" w14:textId="77777777">
        <w:trPr>
          <w:cantSplit/>
          <w:jc w:val="center"/>
        </w:trPr>
        <w:tc>
          <w:tcPr>
            <w:tcW w:w="14060" w:type="dxa"/>
            <w:gridSpan w:val="6"/>
            <w:tcMar>
              <w:top w:w="70" w:type="dxa"/>
              <w:left w:w="90" w:type="dxa"/>
              <w:bottom w:w="70" w:type="dxa"/>
              <w:right w:w="90" w:type="dxa"/>
            </w:tcMar>
            <w:vAlign w:val="center"/>
          </w:tcPr>
          <w:p w14:paraId="59051456" w14:textId="77777777" w:rsidR="005B3871" w:rsidRDefault="005B3871"/>
          <w:p w14:paraId="32EA0F65"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6EEF5351" w14:textId="77777777">
        <w:trPr>
          <w:cantSplit/>
          <w:jc w:val="center"/>
        </w:trPr>
        <w:tc>
          <w:tcPr>
            <w:tcW w:w="14060" w:type="dxa"/>
            <w:gridSpan w:val="6"/>
            <w:tcMar>
              <w:top w:w="70" w:type="dxa"/>
              <w:left w:w="90" w:type="dxa"/>
              <w:bottom w:w="70" w:type="dxa"/>
              <w:right w:w="90" w:type="dxa"/>
            </w:tcMar>
            <w:vAlign w:val="center"/>
          </w:tcPr>
          <w:p w14:paraId="108FE87B" w14:textId="77777777" w:rsidR="005B3871" w:rsidRDefault="005B3871"/>
          <w:p w14:paraId="7BD67FBC" w14:textId="77777777" w:rsidR="005B3871" w:rsidRDefault="00000000">
            <w:pPr>
              <w:spacing w:line="245" w:lineRule="auto"/>
            </w:pPr>
            <w:r>
              <w:rPr>
                <w:b/>
                <w:color w:val="000000"/>
                <w:sz w:val="16"/>
              </w:rPr>
              <w:t xml:space="preserve">OCENJEVANJE / DAN DEJAVNOSTI: </w:t>
            </w:r>
            <w:r>
              <w:rPr>
                <w:color w:val="000000"/>
                <w:sz w:val="16"/>
              </w:rPr>
              <w:t>KULTURNI DAN • november 2026 • Gledališče Koper • točen datum določi šola</w:t>
            </w:r>
          </w:p>
        </w:tc>
      </w:tr>
      <w:tr w:rsidR="005B3871" w14:paraId="0239772C" w14:textId="77777777">
        <w:trPr>
          <w:cantSplit/>
          <w:jc w:val="center"/>
        </w:trPr>
        <w:tc>
          <w:tcPr>
            <w:tcW w:w="14060" w:type="dxa"/>
            <w:gridSpan w:val="6"/>
            <w:tcMar>
              <w:top w:w="70" w:type="dxa"/>
              <w:left w:w="90" w:type="dxa"/>
              <w:bottom w:w="70" w:type="dxa"/>
              <w:right w:w="90" w:type="dxa"/>
            </w:tcMar>
            <w:vAlign w:val="center"/>
          </w:tcPr>
          <w:p w14:paraId="6E5C4CB9" w14:textId="77777777" w:rsidR="005B3871" w:rsidRDefault="005B3871"/>
          <w:p w14:paraId="65F8509D"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719D882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9DCB8D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37E4B91"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F25D802" w14:textId="77777777" w:rsidR="005B3871" w:rsidRDefault="00000000">
            <w:pPr>
              <w:jc w:val="center"/>
            </w:pPr>
            <w:r>
              <w:rPr>
                <w:b/>
                <w:color w:val="000000"/>
                <w:sz w:val="20"/>
              </w:rPr>
              <w:t>UČNE DEJAVNOSTI, METODE IN FORMATIVNO SPREMLJANJE</w:t>
            </w:r>
          </w:p>
        </w:tc>
      </w:tr>
      <w:tr w:rsidR="005B3871" w14:paraId="7A656497" w14:textId="77777777">
        <w:trPr>
          <w:tblHeader/>
          <w:jc w:val="center"/>
        </w:trPr>
        <w:tc>
          <w:tcPr>
            <w:tcW w:w="4422" w:type="dxa"/>
            <w:vMerge/>
            <w:tcMar>
              <w:top w:w="70" w:type="dxa"/>
              <w:left w:w="90" w:type="dxa"/>
              <w:bottom w:w="70" w:type="dxa"/>
              <w:right w:w="90" w:type="dxa"/>
            </w:tcMar>
            <w:vAlign w:val="center"/>
          </w:tcPr>
          <w:p w14:paraId="33ACE4F5" w14:textId="77777777" w:rsidR="005B3871" w:rsidRDefault="005B3871"/>
        </w:tc>
        <w:tc>
          <w:tcPr>
            <w:tcW w:w="7087" w:type="dxa"/>
            <w:shd w:val="clear" w:color="auto" w:fill="FFFFFF"/>
            <w:tcMar>
              <w:top w:w="70" w:type="dxa"/>
              <w:left w:w="90" w:type="dxa"/>
              <w:bottom w:w="70" w:type="dxa"/>
              <w:right w:w="90" w:type="dxa"/>
            </w:tcMar>
            <w:vAlign w:val="center"/>
          </w:tcPr>
          <w:p w14:paraId="0AD84959"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682939B" w14:textId="77777777" w:rsidR="005B3871" w:rsidRDefault="00000000">
            <w:pPr>
              <w:jc w:val="center"/>
            </w:pPr>
            <w:r>
              <w:rPr>
                <w:b/>
                <w:color w:val="000000"/>
              </w:rPr>
              <w:t>UČENEC</w:t>
            </w:r>
          </w:p>
        </w:tc>
      </w:tr>
      <w:tr w:rsidR="005B3871" w14:paraId="508B71FA" w14:textId="77777777">
        <w:trPr>
          <w:jc w:val="center"/>
        </w:trPr>
        <w:tc>
          <w:tcPr>
            <w:tcW w:w="4422" w:type="dxa"/>
            <w:tcMar>
              <w:top w:w="70" w:type="dxa"/>
              <w:left w:w="90" w:type="dxa"/>
              <w:bottom w:w="70" w:type="dxa"/>
              <w:right w:w="90" w:type="dxa"/>
            </w:tcMar>
          </w:tcPr>
          <w:p w14:paraId="1ED0F968" w14:textId="77777777" w:rsidR="005B3871" w:rsidRDefault="005B3871"/>
          <w:p w14:paraId="51FCCAB2" w14:textId="77777777" w:rsidR="005B3871" w:rsidRDefault="00000000">
            <w:pPr>
              <w:spacing w:after="60" w:line="245" w:lineRule="auto"/>
            </w:pPr>
            <w:r>
              <w:rPr>
                <w:b/>
                <w:color w:val="000000"/>
              </w:rPr>
              <w:t>UČNI CILJI</w:t>
            </w:r>
          </w:p>
          <w:p w14:paraId="69F8E62E" w14:textId="77777777" w:rsidR="005B3871" w:rsidRDefault="00000000">
            <w:pPr>
              <w:spacing w:after="20" w:line="245" w:lineRule="auto"/>
            </w:pPr>
            <w:r>
              <w:rPr>
                <w:b/>
                <w:color w:val="000000"/>
                <w:sz w:val="17"/>
              </w:rPr>
              <w:t>SPLOŠNI</w:t>
            </w:r>
          </w:p>
          <w:p w14:paraId="0CA3528C" w14:textId="77777777" w:rsidR="005B3871" w:rsidRDefault="00000000">
            <w:pPr>
              <w:pStyle w:val="Oznaenseznam"/>
              <w:spacing w:after="16"/>
            </w:pPr>
            <w:r>
              <w:rPr>
                <w:color w:val="000000"/>
                <w:sz w:val="16"/>
              </w:rPr>
              <w:t>razvija številske, prostorske in količinske predstave s konkretnimi izkušnjami</w:t>
            </w:r>
          </w:p>
          <w:p w14:paraId="70A2848C" w14:textId="77777777" w:rsidR="005B3871" w:rsidRDefault="00000000">
            <w:pPr>
              <w:pStyle w:val="Oznaenseznam"/>
              <w:spacing w:after="16"/>
            </w:pPr>
            <w:r>
              <w:rPr>
                <w:color w:val="000000"/>
                <w:sz w:val="16"/>
              </w:rPr>
              <w:t>rešuje matematične probleme s predmetom, gibanjem, risbo, modelom in simbolom</w:t>
            </w:r>
          </w:p>
          <w:p w14:paraId="25C3D7D6" w14:textId="77777777" w:rsidR="005B3871" w:rsidRDefault="00000000">
            <w:pPr>
              <w:pStyle w:val="Oznaenseznam"/>
              <w:spacing w:after="16"/>
            </w:pPr>
            <w:r>
              <w:rPr>
                <w:color w:val="000000"/>
                <w:sz w:val="16"/>
              </w:rPr>
              <w:t>pojasnjuje izbrano strategijo, preverja smiselnost rešitve in posluša rešitve drugih</w:t>
            </w:r>
          </w:p>
          <w:p w14:paraId="653BF2A6" w14:textId="77777777" w:rsidR="005B3871" w:rsidRDefault="00000000">
            <w:pPr>
              <w:pStyle w:val="Oznaenseznam"/>
              <w:spacing w:after="16"/>
            </w:pPr>
            <w:r>
              <w:rPr>
                <w:color w:val="000000"/>
                <w:sz w:val="16"/>
              </w:rPr>
              <w:t>ob namenih in kriterijih spremlja svoje učenje ter uporabi opisno povratno informacijo</w:t>
            </w:r>
          </w:p>
          <w:p w14:paraId="47D8B634" w14:textId="77777777" w:rsidR="005B3871" w:rsidRDefault="00000000">
            <w:pPr>
              <w:spacing w:before="40" w:after="20" w:line="245" w:lineRule="auto"/>
            </w:pPr>
            <w:r>
              <w:rPr>
                <w:b/>
                <w:color w:val="000000"/>
                <w:sz w:val="17"/>
              </w:rPr>
              <w:t>OPERATIVNI</w:t>
            </w:r>
          </w:p>
          <w:p w14:paraId="5FD2B1F2" w14:textId="77777777" w:rsidR="005B3871" w:rsidRDefault="00000000">
            <w:pPr>
              <w:pStyle w:val="Oznaenseznam"/>
              <w:spacing w:after="16"/>
            </w:pPr>
            <w:r>
              <w:rPr>
                <w:color w:val="000000"/>
                <w:sz w:val="16"/>
              </w:rPr>
              <w:t>sešteva in odšteva v obravnavanem obsegu</w:t>
            </w:r>
          </w:p>
          <w:p w14:paraId="31016E93" w14:textId="77777777" w:rsidR="005B3871" w:rsidRDefault="00000000">
            <w:pPr>
              <w:pStyle w:val="Oznaenseznam"/>
              <w:spacing w:after="16"/>
            </w:pPr>
            <w:r>
              <w:rPr>
                <w:color w:val="000000"/>
                <w:sz w:val="16"/>
              </w:rPr>
              <w:t>reši slikovno nalogo</w:t>
            </w:r>
          </w:p>
          <w:p w14:paraId="1EFBD931" w14:textId="77777777" w:rsidR="005B3871" w:rsidRDefault="00000000">
            <w:pPr>
              <w:pStyle w:val="Oznaenseznam"/>
              <w:spacing w:after="16"/>
            </w:pPr>
            <w:r>
              <w:rPr>
                <w:color w:val="000000"/>
                <w:sz w:val="16"/>
              </w:rPr>
              <w:t>pojasni s konkretnim modelom</w:t>
            </w:r>
          </w:p>
          <w:p w14:paraId="3EC7F3D5" w14:textId="77777777" w:rsidR="005B3871" w:rsidRDefault="00000000">
            <w:pPr>
              <w:spacing w:before="40" w:after="20" w:line="245" w:lineRule="auto"/>
            </w:pPr>
            <w:r>
              <w:rPr>
                <w:b/>
                <w:color w:val="000000"/>
                <w:sz w:val="17"/>
              </w:rPr>
              <w:t>PRIČAKOVANI DOSEŽKI / STANDARDI</w:t>
            </w:r>
          </w:p>
          <w:p w14:paraId="17E213B7" w14:textId="77777777" w:rsidR="005B3871" w:rsidRDefault="00000000">
            <w:pPr>
              <w:pStyle w:val="Oznaenseznam"/>
              <w:spacing w:after="16"/>
            </w:pPr>
            <w:r>
              <w:rPr>
                <w:color w:val="000000"/>
                <w:sz w:val="16"/>
              </w:rPr>
              <w:t>ob konkretni, slikovni ali gibalni opori sešteva in odšteva v obravnavanem obsegu</w:t>
            </w:r>
          </w:p>
          <w:p w14:paraId="571B0515" w14:textId="77777777" w:rsidR="005B3871" w:rsidRDefault="00000000">
            <w:pPr>
              <w:pStyle w:val="Oznaenseznam"/>
              <w:spacing w:after="16"/>
            </w:pPr>
            <w:r>
              <w:rPr>
                <w:color w:val="000000"/>
                <w:sz w:val="16"/>
              </w:rPr>
              <w:t>ob konkretni, slikovni ali gibalni opori reši slikovno nalogo</w:t>
            </w:r>
          </w:p>
          <w:p w14:paraId="429ED9E9" w14:textId="77777777" w:rsidR="005B3871" w:rsidRDefault="00000000">
            <w:pPr>
              <w:pStyle w:val="Oznaenseznam"/>
              <w:spacing w:after="16"/>
            </w:pPr>
            <w:r>
              <w:rPr>
                <w:color w:val="000000"/>
                <w:sz w:val="16"/>
              </w:rPr>
              <w:t>ob konkretni, slikovni ali gibalni opori pojasni s konkretnim modelom</w:t>
            </w:r>
          </w:p>
        </w:tc>
        <w:tc>
          <w:tcPr>
            <w:tcW w:w="7087" w:type="dxa"/>
            <w:tcMar>
              <w:top w:w="70" w:type="dxa"/>
              <w:left w:w="90" w:type="dxa"/>
              <w:bottom w:w="70" w:type="dxa"/>
              <w:right w:w="90" w:type="dxa"/>
            </w:tcMar>
          </w:tcPr>
          <w:p w14:paraId="631A8CF8"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89C877E" w14:textId="77777777">
              <w:trPr>
                <w:jc w:val="center"/>
              </w:trPr>
              <w:tc>
                <w:tcPr>
                  <w:tcW w:w="7087" w:type="dxa"/>
                  <w:shd w:val="clear" w:color="auto" w:fill="C6E7F3"/>
                  <w:tcMar>
                    <w:top w:w="45" w:type="dxa"/>
                    <w:left w:w="70" w:type="dxa"/>
                    <w:bottom w:w="45" w:type="dxa"/>
                    <w:right w:w="70" w:type="dxa"/>
                  </w:tcMar>
                </w:tcPr>
                <w:p w14:paraId="0C9EF152" w14:textId="77777777" w:rsidR="005B3871" w:rsidRDefault="00000000">
                  <w:pPr>
                    <w:keepNext/>
                  </w:pPr>
                  <w:r>
                    <w:rPr>
                      <w:b/>
                      <w:color w:val="000000"/>
                    </w:rPr>
                    <w:t>UVODNI DEL – motivacija, aktivacija predznanja in namen učenja (15–20 min)</w:t>
                  </w:r>
                </w:p>
              </w:tc>
            </w:tr>
          </w:tbl>
          <w:p w14:paraId="3806C929" w14:textId="77777777" w:rsidR="005B3871" w:rsidRDefault="005B3871">
            <w:pPr>
              <w:spacing w:line="20" w:lineRule="exact"/>
            </w:pPr>
          </w:p>
          <w:p w14:paraId="7760024F" w14:textId="77777777" w:rsidR="005B3871" w:rsidRDefault="00000000">
            <w:pPr>
              <w:spacing w:before="40" w:after="60" w:line="245" w:lineRule="auto"/>
            </w:pPr>
            <w:r>
              <w:rPr>
                <w:color w:val="000000"/>
                <w:sz w:val="16"/>
              </w:rPr>
              <w:t>Tri lisičice pripravijo računske postaje do 5. Učenci na vsaki postaji izberejo model, rešijo nalogo in pojasnijo, zakaj njihov zapis ustreza dogodku ali sliki.</w:t>
            </w:r>
          </w:p>
          <w:tbl>
            <w:tblPr>
              <w:tblStyle w:val="Tabelamrea"/>
              <w:tblW w:w="0" w:type="auto"/>
              <w:jc w:val="center"/>
              <w:tblLayout w:type="fixed"/>
              <w:tblLook w:val="04A0" w:firstRow="1" w:lastRow="0" w:firstColumn="1" w:lastColumn="0" w:noHBand="0" w:noVBand="1"/>
            </w:tblPr>
            <w:tblGrid>
              <w:gridCol w:w="7087"/>
            </w:tblGrid>
            <w:tr w:rsidR="005B3871" w14:paraId="39036BA3" w14:textId="77777777">
              <w:trPr>
                <w:jc w:val="center"/>
              </w:trPr>
              <w:tc>
                <w:tcPr>
                  <w:tcW w:w="7087" w:type="dxa"/>
                  <w:shd w:val="clear" w:color="auto" w:fill="EDC9EA"/>
                  <w:tcMar>
                    <w:top w:w="45" w:type="dxa"/>
                    <w:left w:w="70" w:type="dxa"/>
                    <w:bottom w:w="45" w:type="dxa"/>
                    <w:right w:w="70" w:type="dxa"/>
                  </w:tcMar>
                </w:tcPr>
                <w:p w14:paraId="3945776D" w14:textId="77777777" w:rsidR="005B3871" w:rsidRDefault="00000000">
                  <w:pPr>
                    <w:keepNext/>
                  </w:pPr>
                  <w:r>
                    <w:rPr>
                      <w:b/>
                      <w:color w:val="000000"/>
                    </w:rPr>
                    <w:t>NAMENI UČENJA</w:t>
                  </w:r>
                </w:p>
              </w:tc>
            </w:tr>
          </w:tbl>
          <w:p w14:paraId="53451A4A" w14:textId="77777777" w:rsidR="005B3871" w:rsidRDefault="005B3871">
            <w:pPr>
              <w:spacing w:line="20" w:lineRule="exact"/>
            </w:pPr>
          </w:p>
          <w:p w14:paraId="1D0E6D10"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4D7AD308" w14:textId="77777777" w:rsidR="005B3871" w:rsidRDefault="00000000">
            <w:pPr>
              <w:pStyle w:val="Oznaenseznam"/>
              <w:spacing w:after="16"/>
            </w:pPr>
            <w:r>
              <w:rPr>
                <w:color w:val="000000"/>
                <w:sz w:val="16"/>
              </w:rPr>
              <w:t>seštevam in odštevam v obravnavanem obsegu</w:t>
            </w:r>
          </w:p>
          <w:p w14:paraId="7BFEBA09" w14:textId="77777777" w:rsidR="005B3871" w:rsidRDefault="00000000">
            <w:pPr>
              <w:pStyle w:val="Oznaenseznam"/>
              <w:spacing w:after="16"/>
            </w:pPr>
            <w:r>
              <w:rPr>
                <w:color w:val="000000"/>
                <w:sz w:val="16"/>
              </w:rPr>
              <w:t>rešim slikovno nalogo</w:t>
            </w:r>
          </w:p>
          <w:p w14:paraId="7633ED31" w14:textId="77777777" w:rsidR="005B3871" w:rsidRDefault="00000000">
            <w:pPr>
              <w:pStyle w:val="Oznaenseznam"/>
              <w:spacing w:after="16"/>
            </w:pPr>
            <w:r>
              <w:rPr>
                <w:color w:val="000000"/>
                <w:sz w:val="16"/>
              </w:rPr>
              <w:t>pojasnim s konkretnim modelom</w:t>
            </w:r>
          </w:p>
          <w:tbl>
            <w:tblPr>
              <w:tblStyle w:val="Tabelamrea"/>
              <w:tblW w:w="0" w:type="auto"/>
              <w:jc w:val="center"/>
              <w:tblLayout w:type="fixed"/>
              <w:tblLook w:val="04A0" w:firstRow="1" w:lastRow="0" w:firstColumn="1" w:lastColumn="0" w:noHBand="0" w:noVBand="1"/>
            </w:tblPr>
            <w:tblGrid>
              <w:gridCol w:w="7087"/>
            </w:tblGrid>
            <w:tr w:rsidR="005B3871" w14:paraId="6E11072D" w14:textId="77777777">
              <w:trPr>
                <w:jc w:val="center"/>
              </w:trPr>
              <w:tc>
                <w:tcPr>
                  <w:tcW w:w="7087" w:type="dxa"/>
                  <w:shd w:val="clear" w:color="auto" w:fill="EDC9EA"/>
                  <w:tcMar>
                    <w:top w:w="45" w:type="dxa"/>
                    <w:left w:w="70" w:type="dxa"/>
                    <w:bottom w:w="45" w:type="dxa"/>
                    <w:right w:w="70" w:type="dxa"/>
                  </w:tcMar>
                </w:tcPr>
                <w:p w14:paraId="411F6FCE" w14:textId="77777777" w:rsidR="005B3871" w:rsidRDefault="00000000">
                  <w:pPr>
                    <w:keepNext/>
                  </w:pPr>
                  <w:r>
                    <w:rPr>
                      <w:b/>
                      <w:color w:val="000000"/>
                    </w:rPr>
                    <w:t>PREVERJANJE PREDZNANJA</w:t>
                  </w:r>
                </w:p>
              </w:tc>
            </w:tr>
          </w:tbl>
          <w:p w14:paraId="1E4D4548" w14:textId="77777777" w:rsidR="005B3871" w:rsidRDefault="005B3871">
            <w:pPr>
              <w:spacing w:line="20" w:lineRule="exact"/>
            </w:pPr>
          </w:p>
          <w:p w14:paraId="15679F6B" w14:textId="77777777" w:rsidR="005B3871" w:rsidRDefault="00000000">
            <w:pPr>
              <w:pStyle w:val="Oznaenseznam"/>
              <w:spacing w:after="16"/>
            </w:pPr>
            <w:r>
              <w:rPr>
                <w:color w:val="000000"/>
                <w:sz w:val="16"/>
              </w:rPr>
              <w:t>Kateri pripomoček mi najbolj pomaga pri seštevanju ali odštevanju?</w:t>
            </w:r>
          </w:p>
          <w:p w14:paraId="435B918E" w14:textId="77777777" w:rsidR="005B3871" w:rsidRDefault="00000000">
            <w:pPr>
              <w:pStyle w:val="Oznaenseznam"/>
              <w:spacing w:after="16"/>
            </w:pPr>
            <w:r>
              <w:rPr>
                <w:color w:val="000000"/>
                <w:sz w:val="16"/>
              </w:rPr>
              <w:t>Kako iz slike prepoznam, katero računsko operacijo potrebujem?</w:t>
            </w:r>
          </w:p>
          <w:p w14:paraId="2AEBCB94"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663F619C" w14:textId="77777777">
              <w:trPr>
                <w:jc w:val="center"/>
              </w:trPr>
              <w:tc>
                <w:tcPr>
                  <w:tcW w:w="7087" w:type="dxa"/>
                  <w:shd w:val="clear" w:color="auto" w:fill="EDC9EA"/>
                  <w:tcMar>
                    <w:top w:w="45" w:type="dxa"/>
                    <w:left w:w="70" w:type="dxa"/>
                    <w:bottom w:w="45" w:type="dxa"/>
                    <w:right w:w="70" w:type="dxa"/>
                  </w:tcMar>
                </w:tcPr>
                <w:p w14:paraId="32EDC22F" w14:textId="77777777" w:rsidR="005B3871" w:rsidRDefault="00000000">
                  <w:pPr>
                    <w:keepNext/>
                  </w:pPr>
                  <w:r>
                    <w:rPr>
                      <w:b/>
                      <w:color w:val="000000"/>
                    </w:rPr>
                    <w:t>KRITERIJI USPEŠNOSTI</w:t>
                  </w:r>
                </w:p>
              </w:tc>
            </w:tr>
          </w:tbl>
          <w:p w14:paraId="28908407" w14:textId="77777777" w:rsidR="005B3871" w:rsidRDefault="005B3871"/>
          <w:p w14:paraId="4B25B8AA" w14:textId="77777777" w:rsidR="005B3871" w:rsidRDefault="00000000">
            <w:pPr>
              <w:spacing w:before="20" w:after="20" w:line="245" w:lineRule="auto"/>
            </w:pPr>
            <w:r>
              <w:rPr>
                <w:b/>
                <w:color w:val="000000"/>
                <w:sz w:val="16"/>
              </w:rPr>
              <w:t>Uspešen/-na bom, ko:</w:t>
            </w:r>
          </w:p>
          <w:p w14:paraId="012A2D79" w14:textId="77777777" w:rsidR="005B3871" w:rsidRDefault="00000000">
            <w:pPr>
              <w:pStyle w:val="Oznaenseznam"/>
              <w:spacing w:after="16"/>
            </w:pPr>
            <w:r>
              <w:rPr>
                <w:color w:val="000000"/>
                <w:sz w:val="16"/>
              </w:rPr>
              <w:t>seštevam in odštevam v obravnavanem obsegu</w:t>
            </w:r>
          </w:p>
          <w:p w14:paraId="4A1F3B05" w14:textId="77777777" w:rsidR="005B3871" w:rsidRDefault="00000000">
            <w:pPr>
              <w:pStyle w:val="Oznaenseznam"/>
              <w:spacing w:after="16"/>
            </w:pPr>
            <w:r>
              <w:rPr>
                <w:color w:val="000000"/>
                <w:sz w:val="16"/>
              </w:rPr>
              <w:t>rešim slikovno nalogo</w:t>
            </w:r>
          </w:p>
          <w:p w14:paraId="2B281446" w14:textId="77777777" w:rsidR="005B3871" w:rsidRDefault="00000000">
            <w:pPr>
              <w:pStyle w:val="Oznaenseznam"/>
              <w:spacing w:after="16"/>
            </w:pPr>
            <w:r>
              <w:rPr>
                <w:color w:val="000000"/>
                <w:sz w:val="16"/>
              </w:rPr>
              <w:t>pojasnim s konkretnim modelom</w:t>
            </w:r>
          </w:p>
          <w:p w14:paraId="3B9E7E1F"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4A594A0C" w14:textId="77777777" w:rsidR="005B3871" w:rsidRDefault="005B3871"/>
          <w:p w14:paraId="5E7A7F95"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1C7D4D13" w14:textId="77777777" w:rsidR="005B3871" w:rsidRDefault="00000000">
            <w:pPr>
              <w:spacing w:after="80" w:line="245" w:lineRule="auto"/>
            </w:pPr>
            <w:r>
              <w:rPr>
                <w:color w:val="000000"/>
                <w:sz w:val="16"/>
              </w:rPr>
              <w:t>Pove, pokaže ali nariše, kako bi nalogo začel. Posluša tudi drugačne strategije.</w:t>
            </w:r>
          </w:p>
          <w:p w14:paraId="0E02927E" w14:textId="77777777" w:rsidR="005B3871" w:rsidRDefault="00000000">
            <w:pPr>
              <w:spacing w:after="100" w:line="245" w:lineRule="auto"/>
            </w:pPr>
            <w:r>
              <w:rPr>
                <w:color w:val="000000"/>
                <w:sz w:val="16"/>
              </w:rPr>
              <w:t>Sodeluje pri razumevanju namenov in kriterijev uspešnosti.</w:t>
            </w:r>
          </w:p>
          <w:p w14:paraId="13BAB548" w14:textId="77777777" w:rsidR="005B3871" w:rsidRDefault="00000000">
            <w:pPr>
              <w:spacing w:after="20" w:line="245" w:lineRule="auto"/>
            </w:pPr>
            <w:r>
              <w:rPr>
                <w:b/>
                <w:color w:val="D95BC6"/>
                <w:sz w:val="17"/>
              </w:rPr>
              <w:t>DOKAZ O UČENJU</w:t>
            </w:r>
          </w:p>
          <w:p w14:paraId="7CC945E6" w14:textId="77777777" w:rsidR="005B3871" w:rsidRDefault="00000000">
            <w:pPr>
              <w:spacing w:after="30" w:line="245" w:lineRule="auto"/>
            </w:pPr>
            <w:r>
              <w:rPr>
                <w:color w:val="D95BC6"/>
                <w:sz w:val="16"/>
              </w:rPr>
              <w:t>začetna strategija, razvrstitev, model, risba, gib ali ustni odgovor</w:t>
            </w:r>
          </w:p>
        </w:tc>
      </w:tr>
    </w:tbl>
    <w:p w14:paraId="10A0738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3D1932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67D484D"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F4BA3A4" w14:textId="77777777" w:rsidR="005B3871" w:rsidRDefault="00000000">
            <w:pPr>
              <w:jc w:val="center"/>
            </w:pPr>
            <w:r>
              <w:rPr>
                <w:b/>
                <w:color w:val="000000"/>
                <w:sz w:val="20"/>
              </w:rPr>
              <w:t>UČNE DEJAVNOSTI, METODE IN FORMATIVNO SPREMLJANJE</w:t>
            </w:r>
          </w:p>
        </w:tc>
      </w:tr>
      <w:tr w:rsidR="005B3871" w14:paraId="3E01182F" w14:textId="77777777">
        <w:trPr>
          <w:tblHeader/>
          <w:jc w:val="center"/>
        </w:trPr>
        <w:tc>
          <w:tcPr>
            <w:tcW w:w="4422" w:type="dxa"/>
            <w:vMerge/>
            <w:tcMar>
              <w:top w:w="70" w:type="dxa"/>
              <w:left w:w="90" w:type="dxa"/>
              <w:bottom w:w="70" w:type="dxa"/>
              <w:right w:w="90" w:type="dxa"/>
            </w:tcMar>
            <w:vAlign w:val="center"/>
          </w:tcPr>
          <w:p w14:paraId="2A084C4A" w14:textId="77777777" w:rsidR="005B3871" w:rsidRDefault="005B3871"/>
        </w:tc>
        <w:tc>
          <w:tcPr>
            <w:tcW w:w="7087" w:type="dxa"/>
            <w:shd w:val="clear" w:color="auto" w:fill="FFFFFF"/>
            <w:tcMar>
              <w:top w:w="70" w:type="dxa"/>
              <w:left w:w="90" w:type="dxa"/>
              <w:bottom w:w="70" w:type="dxa"/>
              <w:right w:w="90" w:type="dxa"/>
            </w:tcMar>
            <w:vAlign w:val="center"/>
          </w:tcPr>
          <w:p w14:paraId="1B638109"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359FB0E" w14:textId="77777777" w:rsidR="005B3871" w:rsidRDefault="00000000">
            <w:pPr>
              <w:jc w:val="center"/>
            </w:pPr>
            <w:r>
              <w:rPr>
                <w:b/>
                <w:color w:val="000000"/>
              </w:rPr>
              <w:t>UČENEC</w:t>
            </w:r>
          </w:p>
        </w:tc>
      </w:tr>
      <w:tr w:rsidR="005B3871" w14:paraId="468D1DB9" w14:textId="77777777">
        <w:trPr>
          <w:jc w:val="center"/>
        </w:trPr>
        <w:tc>
          <w:tcPr>
            <w:tcW w:w="4422" w:type="dxa"/>
            <w:tcMar>
              <w:top w:w="70" w:type="dxa"/>
              <w:left w:w="90" w:type="dxa"/>
              <w:bottom w:w="70" w:type="dxa"/>
              <w:right w:w="90" w:type="dxa"/>
            </w:tcMar>
          </w:tcPr>
          <w:p w14:paraId="4B09A395" w14:textId="77777777" w:rsidR="005B3871" w:rsidRDefault="005B3871"/>
          <w:p w14:paraId="4BD5632B" w14:textId="77777777" w:rsidR="005B3871" w:rsidRDefault="00000000">
            <w:pPr>
              <w:spacing w:after="40" w:line="245" w:lineRule="auto"/>
            </w:pPr>
            <w:r>
              <w:rPr>
                <w:b/>
                <w:color w:val="000000"/>
              </w:rPr>
              <w:t>KLJUČNI POJMI</w:t>
            </w:r>
          </w:p>
          <w:p w14:paraId="544A52DE" w14:textId="77777777" w:rsidR="005B3871" w:rsidRDefault="00000000">
            <w:pPr>
              <w:spacing w:after="60" w:line="245" w:lineRule="auto"/>
            </w:pPr>
            <w:r>
              <w:rPr>
                <w:color w:val="000000"/>
                <w:sz w:val="16"/>
              </w:rPr>
              <w:t>seštevanje, odštevanje, račun, slikovna naloga, strategija, model, rešitev, preverjanje</w:t>
            </w:r>
          </w:p>
          <w:p w14:paraId="4259FE38" w14:textId="77777777" w:rsidR="005B3871" w:rsidRDefault="00000000">
            <w:pPr>
              <w:spacing w:after="20" w:line="245" w:lineRule="auto"/>
            </w:pPr>
            <w:r>
              <w:rPr>
                <w:b/>
                <w:color w:val="000000"/>
                <w:sz w:val="17"/>
              </w:rPr>
              <w:t>DOKAZI O UČENJU</w:t>
            </w:r>
          </w:p>
          <w:p w14:paraId="117A6F95" w14:textId="77777777" w:rsidR="005B3871" w:rsidRDefault="00000000">
            <w:pPr>
              <w:pStyle w:val="Oznaenseznam"/>
              <w:spacing w:after="16"/>
            </w:pPr>
            <w:r>
              <w:rPr>
                <w:color w:val="000000"/>
                <w:sz w:val="16"/>
              </w:rPr>
              <w:t>rešeni računi z izbranim modelom</w:t>
            </w:r>
          </w:p>
          <w:p w14:paraId="21175450" w14:textId="77777777" w:rsidR="005B3871" w:rsidRDefault="00000000">
            <w:pPr>
              <w:pStyle w:val="Oznaenseznam"/>
              <w:spacing w:after="16"/>
            </w:pPr>
            <w:r>
              <w:rPr>
                <w:color w:val="000000"/>
                <w:sz w:val="16"/>
              </w:rPr>
              <w:t>rešena slikovna naloga</w:t>
            </w:r>
          </w:p>
          <w:p w14:paraId="170A48D9" w14:textId="77777777" w:rsidR="005B3871" w:rsidRDefault="00000000">
            <w:pPr>
              <w:pStyle w:val="Oznaenseznam"/>
              <w:spacing w:after="16"/>
            </w:pPr>
            <w:r>
              <w:rPr>
                <w:color w:val="000000"/>
                <w:sz w:val="16"/>
              </w:rPr>
              <w:t>razlaga strategije in odziv na povratno informacijo</w:t>
            </w:r>
          </w:p>
          <w:p w14:paraId="009960C3" w14:textId="77777777" w:rsidR="005B3871" w:rsidRDefault="00000000">
            <w:pPr>
              <w:spacing w:before="40" w:after="20" w:line="245" w:lineRule="auto"/>
            </w:pPr>
            <w:r>
              <w:rPr>
                <w:b/>
                <w:color w:val="000000"/>
                <w:sz w:val="17"/>
              </w:rPr>
              <w:t>MEDPREDMETNA POVEZAVA</w:t>
            </w:r>
          </w:p>
          <w:p w14:paraId="1721C799" w14:textId="77777777" w:rsidR="005B3871" w:rsidRDefault="00000000">
            <w:pPr>
              <w:spacing w:after="60" w:line="245" w:lineRule="auto"/>
            </w:pPr>
            <w:r>
              <w:rPr>
                <w:color w:val="000000"/>
                <w:sz w:val="16"/>
              </w:rPr>
              <w:t>SLJ – razumevanje slikovne zgodbe; SPO – odgovorna raba materialov; ŠPO – računske postaje</w:t>
            </w:r>
          </w:p>
          <w:p w14:paraId="05F2F940" w14:textId="77777777" w:rsidR="005B3871" w:rsidRDefault="00000000">
            <w:pPr>
              <w:spacing w:after="20" w:line="245" w:lineRule="auto"/>
            </w:pPr>
            <w:r>
              <w:rPr>
                <w:b/>
                <w:color w:val="000000"/>
                <w:sz w:val="17"/>
              </w:rPr>
              <w:t>POUČEVANJE V GIBANJU</w:t>
            </w:r>
          </w:p>
          <w:p w14:paraId="5550C1DC"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162A008F" w14:textId="77777777" w:rsidR="005B3871" w:rsidRDefault="00000000">
            <w:pPr>
              <w:spacing w:after="20" w:line="245" w:lineRule="auto"/>
            </w:pPr>
            <w:r>
              <w:rPr>
                <w:b/>
                <w:color w:val="000000"/>
                <w:sz w:val="17"/>
              </w:rPr>
              <w:t>DELO PO POSTAJAH</w:t>
            </w:r>
          </w:p>
          <w:p w14:paraId="646431D5" w14:textId="77777777" w:rsidR="005B3871" w:rsidRDefault="00000000">
            <w:pPr>
              <w:spacing w:after="60" w:line="245" w:lineRule="auto"/>
            </w:pPr>
            <w:r>
              <w:rPr>
                <w:color w:val="000000"/>
                <w:sz w:val="15"/>
              </w:rPr>
              <w:t>Načrtovana rotacija: konkretno-izkušenjska – Postaje računanja do 5; gibalna/sodelovalna – Slikovna zgodba; slikovno-simbolna – Galerija strategij. Pri pisnem ocenjevanju se postaje izvedejo v pripravi, analizi in ponovnem učenju.</w:t>
            </w:r>
          </w:p>
          <w:p w14:paraId="72D8A7F2" w14:textId="77777777" w:rsidR="005B3871" w:rsidRDefault="00000000">
            <w:pPr>
              <w:spacing w:after="20" w:line="245" w:lineRule="auto"/>
            </w:pPr>
            <w:r>
              <w:rPr>
                <w:b/>
                <w:color w:val="000000"/>
                <w:sz w:val="17"/>
              </w:rPr>
              <w:t>DIFERENCIACIJA IN VKLJUČEVANJE</w:t>
            </w:r>
          </w:p>
          <w:p w14:paraId="7CAFDA82"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015EA724" w14:textId="77777777" w:rsidR="005B3871" w:rsidRDefault="00000000">
            <w:pPr>
              <w:spacing w:after="20" w:line="245" w:lineRule="auto"/>
            </w:pPr>
            <w:r>
              <w:rPr>
                <w:b/>
                <w:color w:val="000000"/>
                <w:sz w:val="17"/>
              </w:rPr>
              <w:t>SPREMLJANJE</w:t>
            </w:r>
          </w:p>
          <w:p w14:paraId="273EB193"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2B2F0F4C"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36608DB" w14:textId="77777777">
              <w:trPr>
                <w:jc w:val="center"/>
              </w:trPr>
              <w:tc>
                <w:tcPr>
                  <w:tcW w:w="7087" w:type="dxa"/>
                  <w:shd w:val="clear" w:color="auto" w:fill="C6E7F3"/>
                  <w:tcMar>
                    <w:top w:w="45" w:type="dxa"/>
                    <w:left w:w="70" w:type="dxa"/>
                    <w:bottom w:w="45" w:type="dxa"/>
                    <w:right w:w="70" w:type="dxa"/>
                  </w:tcMar>
                </w:tcPr>
                <w:p w14:paraId="476AB31C" w14:textId="77777777" w:rsidR="005B3871" w:rsidRDefault="00000000">
                  <w:pPr>
                    <w:keepNext/>
                  </w:pPr>
                  <w:r>
                    <w:rPr>
                      <w:b/>
                      <w:color w:val="000000"/>
                    </w:rPr>
                    <w:t>GLAVNI DEL – IZKUŠENJSKO IN PROBLEMSKO UČENJE (3 šolske ure)</w:t>
                  </w:r>
                </w:p>
              </w:tc>
            </w:tr>
          </w:tbl>
          <w:p w14:paraId="5C6EAD3F" w14:textId="77777777" w:rsidR="005B3871" w:rsidRDefault="005B3871">
            <w:pPr>
              <w:spacing w:line="20" w:lineRule="exact"/>
            </w:pPr>
          </w:p>
          <w:p w14:paraId="1CF9351D" w14:textId="77777777" w:rsidR="005B3871" w:rsidRDefault="00000000">
            <w:pPr>
              <w:keepNext/>
              <w:spacing w:before="40" w:after="10" w:line="245" w:lineRule="auto"/>
            </w:pPr>
            <w:r>
              <w:rPr>
                <w:b/>
                <w:color w:val="000000"/>
                <w:sz w:val="17"/>
              </w:rPr>
              <w:t>1. URA – Postaje računanja do 5</w:t>
            </w:r>
          </w:p>
          <w:p w14:paraId="1F774A3E" w14:textId="77777777" w:rsidR="005B3871" w:rsidRDefault="00000000">
            <w:pPr>
              <w:spacing w:after="14" w:line="245" w:lineRule="auto"/>
            </w:pPr>
            <w:r>
              <w:rPr>
                <w:b/>
                <w:color w:val="000000"/>
                <w:sz w:val="16"/>
              </w:rPr>
              <w:t xml:space="preserve">Dejavnost učiteljice: </w:t>
            </w:r>
            <w:r>
              <w:rPr>
                <w:color w:val="000000"/>
                <w:sz w:val="16"/>
              </w:rPr>
              <w:t>Pripravi konkretno, slikovno in gibalno postajo ter opazuje izbiro strategije.</w:t>
            </w:r>
          </w:p>
          <w:p w14:paraId="3E67E28C" w14:textId="77777777" w:rsidR="005B3871" w:rsidRDefault="00000000">
            <w:pPr>
              <w:spacing w:after="14" w:line="245" w:lineRule="auto"/>
            </w:pPr>
            <w:r>
              <w:rPr>
                <w:b/>
                <w:color w:val="000000"/>
                <w:sz w:val="16"/>
              </w:rPr>
              <w:t xml:space="preserve">Dejavnost učencev: </w:t>
            </w:r>
            <w:r>
              <w:rPr>
                <w:color w:val="000000"/>
                <w:sz w:val="16"/>
              </w:rPr>
              <w:t>Na postajah seštevajo in odštevajo do 5 ter ob rešitvi pustijo model ali zapis.</w:t>
            </w:r>
          </w:p>
          <w:p w14:paraId="326AED47" w14:textId="77777777" w:rsidR="005B3871" w:rsidRDefault="00000000">
            <w:pPr>
              <w:spacing w:after="24" w:line="245" w:lineRule="auto"/>
            </w:pPr>
            <w:r>
              <w:rPr>
                <w:i/>
                <w:color w:val="D95BC6"/>
                <w:sz w:val="16"/>
              </w:rPr>
              <w:t>Predvideni dokaz: rešeni računi z izbranim modelom.</w:t>
            </w:r>
          </w:p>
          <w:p w14:paraId="4B1D7D28" w14:textId="77777777" w:rsidR="005B3871" w:rsidRDefault="00000000">
            <w:pPr>
              <w:keepNext/>
              <w:spacing w:before="40" w:after="10" w:line="245" w:lineRule="auto"/>
            </w:pPr>
            <w:r>
              <w:rPr>
                <w:b/>
                <w:color w:val="000000"/>
                <w:sz w:val="17"/>
              </w:rPr>
              <w:t>2. URA – Slikovna zgodba</w:t>
            </w:r>
          </w:p>
          <w:p w14:paraId="4557427F" w14:textId="77777777" w:rsidR="005B3871" w:rsidRDefault="00000000">
            <w:pPr>
              <w:spacing w:after="14" w:line="245" w:lineRule="auto"/>
            </w:pPr>
            <w:r>
              <w:rPr>
                <w:b/>
                <w:color w:val="000000"/>
                <w:sz w:val="16"/>
              </w:rPr>
              <w:t xml:space="preserve">Dejavnost učiteljice: </w:t>
            </w:r>
            <w:r>
              <w:rPr>
                <w:color w:val="000000"/>
                <w:sz w:val="16"/>
              </w:rPr>
              <w:t>Vodi branje slike po korakih: kaj vemo, kaj se spremeni, kaj iščemo.</w:t>
            </w:r>
          </w:p>
          <w:p w14:paraId="3F9EC93E" w14:textId="77777777" w:rsidR="005B3871" w:rsidRDefault="00000000">
            <w:pPr>
              <w:spacing w:after="14" w:line="245" w:lineRule="auto"/>
            </w:pPr>
            <w:r>
              <w:rPr>
                <w:b/>
                <w:color w:val="000000"/>
                <w:sz w:val="16"/>
              </w:rPr>
              <w:t xml:space="preserve">Dejavnost učencev: </w:t>
            </w:r>
            <w:r>
              <w:rPr>
                <w:color w:val="000000"/>
                <w:sz w:val="16"/>
              </w:rPr>
              <w:t>Sliko ponazorijo, izberejo operacijo in zapišejo račun.</w:t>
            </w:r>
          </w:p>
          <w:p w14:paraId="499B37D3" w14:textId="77777777" w:rsidR="005B3871" w:rsidRDefault="00000000">
            <w:pPr>
              <w:spacing w:after="24" w:line="245" w:lineRule="auto"/>
            </w:pPr>
            <w:r>
              <w:rPr>
                <w:i/>
                <w:color w:val="D95BC6"/>
                <w:sz w:val="16"/>
              </w:rPr>
              <w:t>Predvideni dokaz: rešena slikovna naloga.</w:t>
            </w:r>
          </w:p>
          <w:p w14:paraId="62B96D7F" w14:textId="77777777" w:rsidR="005B3871" w:rsidRDefault="00000000">
            <w:pPr>
              <w:keepNext/>
              <w:spacing w:before="40" w:after="10" w:line="245" w:lineRule="auto"/>
            </w:pPr>
            <w:r>
              <w:rPr>
                <w:b/>
                <w:color w:val="000000"/>
                <w:sz w:val="17"/>
              </w:rPr>
              <w:t>3. URA – Galerija strategij</w:t>
            </w:r>
          </w:p>
          <w:p w14:paraId="7EAA84CA" w14:textId="77777777" w:rsidR="005B3871" w:rsidRDefault="00000000">
            <w:pPr>
              <w:spacing w:after="14" w:line="245" w:lineRule="auto"/>
            </w:pPr>
            <w:r>
              <w:rPr>
                <w:b/>
                <w:color w:val="000000"/>
                <w:sz w:val="16"/>
              </w:rPr>
              <w:t xml:space="preserve">Dejavnost učiteljice: </w:t>
            </w:r>
            <w:r>
              <w:rPr>
                <w:color w:val="000000"/>
                <w:sz w:val="16"/>
              </w:rPr>
              <w:t>Izbere različne pravilne rešitve in vodi primerjavo brez razvrščanja učencev po hitrosti.</w:t>
            </w:r>
          </w:p>
          <w:p w14:paraId="6EB5298C" w14:textId="77777777" w:rsidR="005B3871" w:rsidRDefault="00000000">
            <w:pPr>
              <w:spacing w:after="14" w:line="245" w:lineRule="auto"/>
            </w:pPr>
            <w:r>
              <w:rPr>
                <w:b/>
                <w:color w:val="000000"/>
                <w:sz w:val="16"/>
              </w:rPr>
              <w:t xml:space="preserve">Dejavnost učencev: </w:t>
            </w:r>
            <w:r>
              <w:rPr>
                <w:color w:val="000000"/>
                <w:sz w:val="16"/>
              </w:rPr>
              <w:t>Predstavijo strategijo, opazijo podobnost ali razliko ter izberejo koristen vrstniški predlog.</w:t>
            </w:r>
          </w:p>
          <w:p w14:paraId="3707DCEA" w14:textId="77777777" w:rsidR="005B3871" w:rsidRDefault="00000000">
            <w:pPr>
              <w:spacing w:after="24" w:line="245" w:lineRule="auto"/>
            </w:pPr>
            <w:r>
              <w:rPr>
                <w:i/>
                <w:color w:val="D95BC6"/>
                <w:sz w:val="16"/>
              </w:rPr>
              <w:t>Predvideni dokaz: razlaga strategije in odziv na povratno informacijo.</w:t>
            </w:r>
          </w:p>
          <w:tbl>
            <w:tblPr>
              <w:tblStyle w:val="Tabelamrea"/>
              <w:tblW w:w="0" w:type="auto"/>
              <w:jc w:val="center"/>
              <w:tblLayout w:type="fixed"/>
              <w:tblLook w:val="04A0" w:firstRow="1" w:lastRow="0" w:firstColumn="1" w:lastColumn="0" w:noHBand="0" w:noVBand="1"/>
            </w:tblPr>
            <w:tblGrid>
              <w:gridCol w:w="7087"/>
            </w:tblGrid>
            <w:tr w:rsidR="005B3871" w14:paraId="3FD4C9E6" w14:textId="77777777">
              <w:trPr>
                <w:jc w:val="center"/>
              </w:trPr>
              <w:tc>
                <w:tcPr>
                  <w:tcW w:w="7087" w:type="dxa"/>
                  <w:shd w:val="clear" w:color="auto" w:fill="EDC9EA"/>
                  <w:tcMar>
                    <w:top w:w="45" w:type="dxa"/>
                    <w:left w:w="70" w:type="dxa"/>
                    <w:bottom w:w="45" w:type="dxa"/>
                    <w:right w:w="70" w:type="dxa"/>
                  </w:tcMar>
                </w:tcPr>
                <w:p w14:paraId="43B2DCFE" w14:textId="77777777" w:rsidR="005B3871" w:rsidRDefault="00000000">
                  <w:pPr>
                    <w:keepNext/>
                  </w:pPr>
                  <w:r>
                    <w:rPr>
                      <w:b/>
                      <w:color w:val="000000"/>
                    </w:rPr>
                    <w:t>POVRATNA INFORMACIJA UČITELJICE MED DELOM</w:t>
                  </w:r>
                </w:p>
              </w:tc>
            </w:tr>
          </w:tbl>
          <w:p w14:paraId="61525D49" w14:textId="77777777" w:rsidR="005B3871" w:rsidRDefault="005B3871"/>
          <w:p w14:paraId="2FD1A677"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18EC011E" w14:textId="77777777" w:rsidR="005B3871" w:rsidRDefault="005B3871"/>
          <w:p w14:paraId="30F3A63B" w14:textId="77777777" w:rsidR="005B3871" w:rsidRDefault="00000000">
            <w:pPr>
              <w:spacing w:after="10" w:line="245" w:lineRule="auto"/>
            </w:pPr>
            <w:r>
              <w:rPr>
                <w:b/>
                <w:color w:val="000000"/>
                <w:sz w:val="16"/>
              </w:rPr>
              <w:t>1. URA</w:t>
            </w:r>
          </w:p>
          <w:p w14:paraId="0E3CE01B" w14:textId="77777777" w:rsidR="005B3871" w:rsidRDefault="00000000">
            <w:pPr>
              <w:spacing w:after="30" w:line="245" w:lineRule="auto"/>
            </w:pPr>
            <w:r>
              <w:rPr>
                <w:color w:val="000000"/>
                <w:sz w:val="16"/>
              </w:rPr>
              <w:t>Na postajah seštevajo in odštevajo do 5 ter ob rešitvi pustijo model ali zapis.</w:t>
            </w:r>
          </w:p>
          <w:p w14:paraId="506E27E7" w14:textId="77777777" w:rsidR="005B3871" w:rsidRDefault="00000000">
            <w:pPr>
              <w:spacing w:line="245" w:lineRule="auto"/>
            </w:pPr>
            <w:r>
              <w:rPr>
                <w:b/>
                <w:color w:val="D95BC6"/>
                <w:sz w:val="16"/>
              </w:rPr>
              <w:t>DOKAZ</w:t>
            </w:r>
          </w:p>
          <w:p w14:paraId="2CFD9652" w14:textId="77777777" w:rsidR="005B3871" w:rsidRDefault="00000000">
            <w:pPr>
              <w:spacing w:after="40" w:line="245" w:lineRule="auto"/>
            </w:pPr>
            <w:r>
              <w:rPr>
                <w:color w:val="D95BC6"/>
                <w:sz w:val="15"/>
              </w:rPr>
              <w:t>rešeni računi z izbranim modelom</w:t>
            </w:r>
          </w:p>
          <w:p w14:paraId="177C939F" w14:textId="77777777" w:rsidR="005B3871" w:rsidRDefault="00000000">
            <w:pPr>
              <w:spacing w:after="10" w:line="245" w:lineRule="auto"/>
            </w:pPr>
            <w:r>
              <w:rPr>
                <w:b/>
                <w:color w:val="000000"/>
                <w:sz w:val="16"/>
              </w:rPr>
              <w:t>2. URA</w:t>
            </w:r>
          </w:p>
          <w:p w14:paraId="2137E759" w14:textId="77777777" w:rsidR="005B3871" w:rsidRDefault="00000000">
            <w:pPr>
              <w:spacing w:after="30" w:line="245" w:lineRule="auto"/>
            </w:pPr>
            <w:r>
              <w:rPr>
                <w:color w:val="000000"/>
                <w:sz w:val="16"/>
              </w:rPr>
              <w:t>Sliko ponazorijo, izberejo operacijo in zapišejo račun.</w:t>
            </w:r>
          </w:p>
          <w:p w14:paraId="78B2F7BA" w14:textId="77777777" w:rsidR="005B3871" w:rsidRDefault="00000000">
            <w:pPr>
              <w:spacing w:line="245" w:lineRule="auto"/>
            </w:pPr>
            <w:r>
              <w:rPr>
                <w:b/>
                <w:color w:val="D95BC6"/>
                <w:sz w:val="16"/>
              </w:rPr>
              <w:t>DOKAZ</w:t>
            </w:r>
          </w:p>
          <w:p w14:paraId="04D695D5" w14:textId="77777777" w:rsidR="005B3871" w:rsidRDefault="00000000">
            <w:pPr>
              <w:spacing w:after="40" w:line="245" w:lineRule="auto"/>
            </w:pPr>
            <w:r>
              <w:rPr>
                <w:color w:val="D95BC6"/>
                <w:sz w:val="15"/>
              </w:rPr>
              <w:t>rešena slikovna naloga</w:t>
            </w:r>
          </w:p>
          <w:p w14:paraId="373EB836" w14:textId="77777777" w:rsidR="005B3871" w:rsidRDefault="00000000">
            <w:pPr>
              <w:spacing w:after="10" w:line="245" w:lineRule="auto"/>
            </w:pPr>
            <w:r>
              <w:rPr>
                <w:b/>
                <w:color w:val="000000"/>
                <w:sz w:val="16"/>
              </w:rPr>
              <w:t>3. URA</w:t>
            </w:r>
          </w:p>
          <w:p w14:paraId="7C2DD36B" w14:textId="77777777" w:rsidR="005B3871" w:rsidRDefault="00000000">
            <w:pPr>
              <w:spacing w:after="30" w:line="245" w:lineRule="auto"/>
            </w:pPr>
            <w:r>
              <w:rPr>
                <w:color w:val="000000"/>
                <w:sz w:val="16"/>
              </w:rPr>
              <w:t>Predstavijo strategijo, opazijo podobnost ali razliko ter izberejo koristen vrstniški predlog.</w:t>
            </w:r>
          </w:p>
          <w:p w14:paraId="0514ADFB" w14:textId="77777777" w:rsidR="005B3871" w:rsidRDefault="00000000">
            <w:pPr>
              <w:spacing w:line="245" w:lineRule="auto"/>
            </w:pPr>
            <w:r>
              <w:rPr>
                <w:b/>
                <w:color w:val="D95BC6"/>
                <w:sz w:val="16"/>
              </w:rPr>
              <w:t>DOKAZ</w:t>
            </w:r>
          </w:p>
          <w:p w14:paraId="05631E46" w14:textId="77777777" w:rsidR="005B3871" w:rsidRDefault="00000000">
            <w:pPr>
              <w:spacing w:after="40" w:line="245" w:lineRule="auto"/>
            </w:pPr>
            <w:r>
              <w:rPr>
                <w:color w:val="D95BC6"/>
                <w:sz w:val="15"/>
              </w:rPr>
              <w:t>razlaga strategije in odziv na povratno informacijo</w:t>
            </w:r>
          </w:p>
        </w:tc>
      </w:tr>
    </w:tbl>
    <w:p w14:paraId="2EBA2830"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9E7E8A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6A47515"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E2C7095" w14:textId="77777777" w:rsidR="005B3871" w:rsidRDefault="00000000">
            <w:pPr>
              <w:jc w:val="center"/>
            </w:pPr>
            <w:r>
              <w:rPr>
                <w:b/>
                <w:color w:val="000000"/>
                <w:sz w:val="20"/>
              </w:rPr>
              <w:t>UČNE DEJAVNOSTI, METODE IN FORMATIVNO SPREMLJANJE</w:t>
            </w:r>
          </w:p>
        </w:tc>
      </w:tr>
      <w:tr w:rsidR="005B3871" w14:paraId="0FC7A766" w14:textId="77777777">
        <w:trPr>
          <w:tblHeader/>
          <w:jc w:val="center"/>
        </w:trPr>
        <w:tc>
          <w:tcPr>
            <w:tcW w:w="4422" w:type="dxa"/>
            <w:vMerge/>
            <w:tcMar>
              <w:top w:w="70" w:type="dxa"/>
              <w:left w:w="90" w:type="dxa"/>
              <w:bottom w:w="70" w:type="dxa"/>
              <w:right w:w="90" w:type="dxa"/>
            </w:tcMar>
            <w:vAlign w:val="center"/>
          </w:tcPr>
          <w:p w14:paraId="00D65247" w14:textId="77777777" w:rsidR="005B3871" w:rsidRDefault="005B3871"/>
        </w:tc>
        <w:tc>
          <w:tcPr>
            <w:tcW w:w="7087" w:type="dxa"/>
            <w:shd w:val="clear" w:color="auto" w:fill="FFFFFF"/>
            <w:tcMar>
              <w:top w:w="70" w:type="dxa"/>
              <w:left w:w="90" w:type="dxa"/>
              <w:bottom w:w="70" w:type="dxa"/>
              <w:right w:w="90" w:type="dxa"/>
            </w:tcMar>
            <w:vAlign w:val="center"/>
          </w:tcPr>
          <w:p w14:paraId="391F12F5"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8271E70" w14:textId="77777777" w:rsidR="005B3871" w:rsidRDefault="00000000">
            <w:pPr>
              <w:jc w:val="center"/>
            </w:pPr>
            <w:r>
              <w:rPr>
                <w:b/>
                <w:color w:val="000000"/>
              </w:rPr>
              <w:t>UČENEC</w:t>
            </w:r>
          </w:p>
        </w:tc>
      </w:tr>
      <w:tr w:rsidR="005B3871" w14:paraId="5C827465" w14:textId="77777777">
        <w:trPr>
          <w:jc w:val="center"/>
        </w:trPr>
        <w:tc>
          <w:tcPr>
            <w:tcW w:w="4422" w:type="dxa"/>
            <w:tcMar>
              <w:top w:w="70" w:type="dxa"/>
              <w:left w:w="90" w:type="dxa"/>
              <w:bottom w:w="70" w:type="dxa"/>
              <w:right w:w="90" w:type="dxa"/>
            </w:tcMar>
          </w:tcPr>
          <w:p w14:paraId="796DBF81" w14:textId="77777777" w:rsidR="005B3871" w:rsidRDefault="005B3871"/>
          <w:p w14:paraId="0258B4B3" w14:textId="77777777" w:rsidR="005B3871" w:rsidRDefault="00000000">
            <w:pPr>
              <w:spacing w:after="40" w:line="245" w:lineRule="auto"/>
            </w:pPr>
            <w:r>
              <w:rPr>
                <w:b/>
                <w:color w:val="000000"/>
              </w:rPr>
              <w:t>FORMATIVNO SPREMLJANJE</w:t>
            </w:r>
          </w:p>
          <w:p w14:paraId="2018DBD2" w14:textId="77777777" w:rsidR="005B3871" w:rsidRDefault="00000000">
            <w:pPr>
              <w:pStyle w:val="Oznaenseznam"/>
              <w:spacing w:after="16"/>
            </w:pPr>
            <w:r>
              <w:rPr>
                <w:color w:val="000000"/>
                <w:sz w:val="16"/>
              </w:rPr>
              <w:t>predznanje: začetna strategija, ocena, razvrstitev, model ali risba</w:t>
            </w:r>
          </w:p>
          <w:p w14:paraId="74B5C1E2" w14:textId="77777777" w:rsidR="005B3871" w:rsidRDefault="00000000">
            <w:pPr>
              <w:pStyle w:val="Oznaenseznam"/>
              <w:spacing w:after="16"/>
            </w:pPr>
            <w:r>
              <w:rPr>
                <w:color w:val="000000"/>
                <w:sz w:val="16"/>
              </w:rPr>
              <w:t>dokazi med učenjem: konkretni, gibalni, slikovni in simbolni prikaz ter razlaga postopka</w:t>
            </w:r>
          </w:p>
          <w:p w14:paraId="7BDBED97" w14:textId="77777777" w:rsidR="005B3871" w:rsidRDefault="00000000">
            <w:pPr>
              <w:pStyle w:val="Oznaenseznam"/>
              <w:spacing w:after="16"/>
            </w:pPr>
            <w:r>
              <w:rPr>
                <w:color w:val="000000"/>
                <w:sz w:val="16"/>
              </w:rPr>
              <w:t>povratna informacija: konkretna, vezana na kriterij in usmerjena v preverjanje ali naslednji korak</w:t>
            </w:r>
          </w:p>
          <w:p w14:paraId="3F36A8AD" w14:textId="77777777" w:rsidR="005B3871" w:rsidRDefault="00000000">
            <w:pPr>
              <w:pStyle w:val="Oznaenseznam"/>
              <w:spacing w:after="16"/>
            </w:pPr>
            <w:r>
              <w:rPr>
                <w:color w:val="000000"/>
                <w:sz w:val="16"/>
              </w:rPr>
              <w:t>samovrednotenje: semafor, lestvica samostojnosti, izbrani dokaz ali kratka poved</w:t>
            </w:r>
          </w:p>
          <w:p w14:paraId="2EF1C133" w14:textId="77777777" w:rsidR="005B3871" w:rsidRDefault="00000000">
            <w:pPr>
              <w:spacing w:before="40" w:after="20" w:line="245" w:lineRule="auto"/>
            </w:pPr>
            <w:r>
              <w:rPr>
                <w:b/>
                <w:color w:val="000000"/>
                <w:sz w:val="17"/>
              </w:rPr>
              <w:t>VARNOST IN ODGOVORNOST</w:t>
            </w:r>
          </w:p>
          <w:p w14:paraId="0B8D9EE4"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531550BE" w14:textId="77777777" w:rsidR="005B3871" w:rsidRDefault="00000000">
            <w:pPr>
              <w:spacing w:after="20" w:line="245" w:lineRule="auto"/>
            </w:pPr>
            <w:r>
              <w:rPr>
                <w:b/>
                <w:color w:val="000000"/>
                <w:sz w:val="17"/>
              </w:rPr>
              <w:t>EVIDENCA PO IZVEDBI</w:t>
            </w:r>
          </w:p>
          <w:p w14:paraId="73C76089"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42CF6DF7"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03AFB80" w14:textId="77777777">
              <w:trPr>
                <w:jc w:val="center"/>
              </w:trPr>
              <w:tc>
                <w:tcPr>
                  <w:tcW w:w="7087" w:type="dxa"/>
                  <w:shd w:val="clear" w:color="auto" w:fill="EDC9EA"/>
                  <w:tcMar>
                    <w:top w:w="45" w:type="dxa"/>
                    <w:left w:w="70" w:type="dxa"/>
                    <w:bottom w:w="45" w:type="dxa"/>
                    <w:right w:w="70" w:type="dxa"/>
                  </w:tcMar>
                </w:tcPr>
                <w:p w14:paraId="2ABA82DC" w14:textId="77777777" w:rsidR="005B3871" w:rsidRDefault="00000000">
                  <w:pPr>
                    <w:keepNext/>
                  </w:pPr>
                  <w:r>
                    <w:rPr>
                      <w:b/>
                      <w:color w:val="000000"/>
                    </w:rPr>
                    <w:t>VPRAŠANJA V PODPORO MATEMATIČNEMU UČENJU</w:t>
                  </w:r>
                </w:p>
              </w:tc>
            </w:tr>
          </w:tbl>
          <w:p w14:paraId="01CF4594" w14:textId="77777777" w:rsidR="005B3871" w:rsidRDefault="005B3871">
            <w:pPr>
              <w:spacing w:line="20" w:lineRule="exact"/>
            </w:pPr>
          </w:p>
          <w:p w14:paraId="07ACFDB6" w14:textId="77777777" w:rsidR="005B3871" w:rsidRDefault="00000000">
            <w:pPr>
              <w:pStyle w:val="Oznaenseznam"/>
              <w:spacing w:after="16"/>
            </w:pPr>
            <w:r>
              <w:rPr>
                <w:color w:val="000000"/>
                <w:sz w:val="16"/>
              </w:rPr>
              <w:t>Kaj v tvojem modelu, risbi ali zapisu predstavlja posamezni del naloge?</w:t>
            </w:r>
          </w:p>
          <w:p w14:paraId="128DD26A" w14:textId="77777777" w:rsidR="005B3871" w:rsidRDefault="00000000">
            <w:pPr>
              <w:pStyle w:val="Oznaenseznam"/>
              <w:spacing w:after="16"/>
            </w:pPr>
            <w:r>
              <w:rPr>
                <w:color w:val="000000"/>
                <w:sz w:val="16"/>
              </w:rPr>
              <w:t>Kako si prišel/-la do rešitve in kako veš, da je smiselna?</w:t>
            </w:r>
          </w:p>
          <w:p w14:paraId="65CDE5D1" w14:textId="77777777" w:rsidR="005B3871" w:rsidRDefault="00000000">
            <w:pPr>
              <w:pStyle w:val="Oznaenseznam"/>
              <w:spacing w:after="16"/>
            </w:pPr>
            <w:r>
              <w:rPr>
                <w:color w:val="000000"/>
                <w:sz w:val="16"/>
              </w:rPr>
              <w:t>Ali lahko isto pokažeš še s predmetom, gibanjem, risbo ali drugim zapisom?</w:t>
            </w:r>
          </w:p>
          <w:p w14:paraId="26F67229" w14:textId="77777777" w:rsidR="005B3871" w:rsidRDefault="00000000">
            <w:pPr>
              <w:pStyle w:val="Oznaenseznam"/>
              <w:spacing w:after="16"/>
            </w:pPr>
            <w:r>
              <w:rPr>
                <w:color w:val="000000"/>
                <w:sz w:val="16"/>
              </w:rPr>
              <w:t>Kje bi se lahko zmotil/-a in kako boš rešitev preveril/-a?</w:t>
            </w:r>
          </w:p>
          <w:p w14:paraId="578647FD"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BC0D243" w14:textId="77777777">
              <w:trPr>
                <w:jc w:val="center"/>
              </w:trPr>
              <w:tc>
                <w:tcPr>
                  <w:tcW w:w="7087" w:type="dxa"/>
                  <w:shd w:val="clear" w:color="auto" w:fill="C6E7F3"/>
                  <w:tcMar>
                    <w:top w:w="45" w:type="dxa"/>
                    <w:left w:w="70" w:type="dxa"/>
                    <w:bottom w:w="45" w:type="dxa"/>
                    <w:right w:w="70" w:type="dxa"/>
                  </w:tcMar>
                </w:tcPr>
                <w:p w14:paraId="55849E7C" w14:textId="77777777" w:rsidR="005B3871" w:rsidRDefault="00000000">
                  <w:pPr>
                    <w:keepNext/>
                  </w:pPr>
                  <w:r>
                    <w:rPr>
                      <w:b/>
                      <w:color w:val="000000"/>
                    </w:rPr>
                    <w:t>ZAKLJUČNI DEL – UTRJEVANJE IN REFLEKSIJA (10–15 min)</w:t>
                  </w:r>
                </w:p>
              </w:tc>
            </w:tr>
          </w:tbl>
          <w:p w14:paraId="0F4F3EAB" w14:textId="77777777" w:rsidR="005B3871" w:rsidRDefault="005B3871">
            <w:pPr>
              <w:spacing w:line="20" w:lineRule="exact"/>
            </w:pPr>
          </w:p>
          <w:p w14:paraId="6E23CFEE"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0C4BFF30" w14:textId="77777777">
              <w:trPr>
                <w:jc w:val="center"/>
              </w:trPr>
              <w:tc>
                <w:tcPr>
                  <w:tcW w:w="7087" w:type="dxa"/>
                  <w:shd w:val="clear" w:color="auto" w:fill="EDC9EA"/>
                  <w:tcMar>
                    <w:top w:w="45" w:type="dxa"/>
                    <w:left w:w="70" w:type="dxa"/>
                    <w:bottom w:w="45" w:type="dxa"/>
                    <w:right w:w="70" w:type="dxa"/>
                  </w:tcMar>
                </w:tcPr>
                <w:p w14:paraId="6EECC4EF" w14:textId="77777777" w:rsidR="005B3871" w:rsidRDefault="00000000">
                  <w:pPr>
                    <w:keepNext/>
                  </w:pPr>
                  <w:r>
                    <w:rPr>
                      <w:b/>
                      <w:color w:val="000000"/>
                    </w:rPr>
                    <w:t>SAMOVREDNOTENJE</w:t>
                  </w:r>
                </w:p>
              </w:tc>
            </w:tr>
          </w:tbl>
          <w:p w14:paraId="5A897960" w14:textId="77777777" w:rsidR="005B3871" w:rsidRDefault="005B3871">
            <w:pPr>
              <w:spacing w:line="20" w:lineRule="exact"/>
            </w:pPr>
          </w:p>
          <w:p w14:paraId="670246C4"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B14EBD6" w14:textId="77777777">
              <w:trPr>
                <w:jc w:val="center"/>
              </w:trPr>
              <w:tc>
                <w:tcPr>
                  <w:tcW w:w="7087" w:type="dxa"/>
                  <w:shd w:val="clear" w:color="auto" w:fill="EDC9EA"/>
                  <w:tcMar>
                    <w:top w:w="45" w:type="dxa"/>
                    <w:left w:w="70" w:type="dxa"/>
                    <w:bottom w:w="45" w:type="dxa"/>
                    <w:right w:w="70" w:type="dxa"/>
                  </w:tcMar>
                </w:tcPr>
                <w:p w14:paraId="5D61C6CF" w14:textId="77777777" w:rsidR="005B3871" w:rsidRDefault="00000000">
                  <w:pPr>
                    <w:keepNext/>
                  </w:pPr>
                  <w:r>
                    <w:rPr>
                      <w:b/>
                      <w:color w:val="000000"/>
                    </w:rPr>
                    <w:t>VRSTNIŠKO VREDNOTENJE</w:t>
                  </w:r>
                </w:p>
              </w:tc>
            </w:tr>
          </w:tbl>
          <w:p w14:paraId="3CA83527" w14:textId="77777777" w:rsidR="005B3871" w:rsidRDefault="005B3871">
            <w:pPr>
              <w:spacing w:line="20" w:lineRule="exact"/>
            </w:pPr>
          </w:p>
          <w:p w14:paraId="1C0BECCA"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45487E85" w14:textId="77777777">
              <w:trPr>
                <w:jc w:val="center"/>
              </w:trPr>
              <w:tc>
                <w:tcPr>
                  <w:tcW w:w="7087" w:type="dxa"/>
                  <w:shd w:val="clear" w:color="auto" w:fill="EDC9EA"/>
                  <w:tcMar>
                    <w:top w:w="45" w:type="dxa"/>
                    <w:left w:w="70" w:type="dxa"/>
                    <w:bottom w:w="45" w:type="dxa"/>
                    <w:right w:w="70" w:type="dxa"/>
                  </w:tcMar>
                </w:tcPr>
                <w:p w14:paraId="1087D023" w14:textId="77777777" w:rsidR="005B3871" w:rsidRDefault="00000000">
                  <w:pPr>
                    <w:keepNext/>
                  </w:pPr>
                  <w:r>
                    <w:rPr>
                      <w:b/>
                      <w:color w:val="000000"/>
                    </w:rPr>
                    <w:t>SKUPNI POVZETEK</w:t>
                  </w:r>
                </w:p>
              </w:tc>
            </w:tr>
          </w:tbl>
          <w:p w14:paraId="092A89D0" w14:textId="77777777" w:rsidR="005B3871" w:rsidRDefault="005B3871"/>
          <w:p w14:paraId="3FF5ADB4" w14:textId="77777777" w:rsidR="005B3871" w:rsidRDefault="00000000">
            <w:pPr>
              <w:spacing w:before="20" w:after="40" w:line="245" w:lineRule="auto"/>
            </w:pPr>
            <w:r>
              <w:rPr>
                <w:b/>
                <w:color w:val="000000"/>
                <w:sz w:val="16"/>
              </w:rPr>
              <w:t>Seštevam in odštevam do 5, izberem ustrezen model ter svojo strategijo razumljivo pojasnim.</w:t>
            </w:r>
          </w:p>
        </w:tc>
        <w:tc>
          <w:tcPr>
            <w:tcW w:w="2551" w:type="dxa"/>
            <w:tcMar>
              <w:top w:w="70" w:type="dxa"/>
              <w:left w:w="90" w:type="dxa"/>
              <w:bottom w:w="70" w:type="dxa"/>
              <w:right w:w="90" w:type="dxa"/>
            </w:tcMar>
          </w:tcPr>
          <w:p w14:paraId="4F15B49F" w14:textId="77777777" w:rsidR="005B3871" w:rsidRDefault="005B3871"/>
          <w:p w14:paraId="0EBF16A0" w14:textId="77777777" w:rsidR="005B3871" w:rsidRDefault="00000000">
            <w:pPr>
              <w:spacing w:after="100" w:line="245" w:lineRule="auto"/>
            </w:pPr>
            <w:r>
              <w:rPr>
                <w:color w:val="000000"/>
                <w:sz w:val="16"/>
              </w:rPr>
              <w:t>Odgovarja na podporna vprašanja in se sklicuje na svoj model, zapis ali izvedbo.</w:t>
            </w:r>
          </w:p>
          <w:p w14:paraId="53D3A9F4" w14:textId="77777777" w:rsidR="005B3871" w:rsidRDefault="00000000">
            <w:pPr>
              <w:spacing w:after="100" w:line="245" w:lineRule="auto"/>
            </w:pPr>
            <w:r>
              <w:rPr>
                <w:color w:val="000000"/>
                <w:sz w:val="16"/>
              </w:rPr>
              <w:t>Primerja začetno strategijo z novim dokazom ter pojasni, kaj se je naučil/-a.</w:t>
            </w:r>
          </w:p>
          <w:p w14:paraId="7A2BC776" w14:textId="77777777" w:rsidR="005B3871" w:rsidRDefault="00000000">
            <w:pPr>
              <w:spacing w:after="100" w:line="245" w:lineRule="auto"/>
            </w:pPr>
            <w:r>
              <w:rPr>
                <w:color w:val="000000"/>
                <w:sz w:val="16"/>
              </w:rPr>
              <w:t>Izbere raven samostojnosti in določi naslednji korak.</w:t>
            </w:r>
          </w:p>
          <w:p w14:paraId="7C8FE131" w14:textId="77777777" w:rsidR="005B3871" w:rsidRDefault="00000000">
            <w:pPr>
              <w:spacing w:after="100" w:line="245" w:lineRule="auto"/>
            </w:pPr>
            <w:r>
              <w:rPr>
                <w:color w:val="000000"/>
                <w:sz w:val="16"/>
              </w:rPr>
              <w:t>Sošolcu poda prijazen in konkreten odziv, vezan na kriterij.</w:t>
            </w:r>
          </w:p>
          <w:p w14:paraId="36BF0139" w14:textId="77777777" w:rsidR="005B3871" w:rsidRDefault="00000000">
            <w:pPr>
              <w:spacing w:after="20" w:line="245" w:lineRule="auto"/>
            </w:pPr>
            <w:r>
              <w:rPr>
                <w:b/>
                <w:color w:val="D95BC6"/>
                <w:sz w:val="17"/>
              </w:rPr>
              <w:t>DOKAZ O UČENJU</w:t>
            </w:r>
          </w:p>
          <w:p w14:paraId="589EBB40"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13B820F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4488FB00" w14:textId="77777777">
        <w:trPr>
          <w:cantSplit/>
          <w:jc w:val="center"/>
        </w:trPr>
        <w:tc>
          <w:tcPr>
            <w:tcW w:w="14060" w:type="dxa"/>
            <w:gridSpan w:val="6"/>
            <w:tcMar>
              <w:top w:w="70" w:type="dxa"/>
              <w:left w:w="90" w:type="dxa"/>
              <w:bottom w:w="70" w:type="dxa"/>
              <w:right w:w="90" w:type="dxa"/>
            </w:tcMar>
            <w:vAlign w:val="center"/>
          </w:tcPr>
          <w:p w14:paraId="19D6124E" w14:textId="77777777" w:rsidR="005B3871" w:rsidRDefault="00000000">
            <w:pPr>
              <w:jc w:val="center"/>
            </w:pPr>
            <w:r>
              <w:rPr>
                <w:b/>
                <w:color w:val="000000"/>
                <w:sz w:val="24"/>
              </w:rPr>
              <w:lastRenderedPageBreak/>
              <w:t>UČNA PRIPRAVA 13/39</w:t>
            </w:r>
          </w:p>
        </w:tc>
      </w:tr>
      <w:tr w:rsidR="005B3871" w14:paraId="0D55C1F0" w14:textId="77777777">
        <w:trPr>
          <w:jc w:val="center"/>
        </w:trPr>
        <w:tc>
          <w:tcPr>
            <w:tcW w:w="2665" w:type="dxa"/>
            <w:tcMar>
              <w:top w:w="70" w:type="dxa"/>
              <w:left w:w="90" w:type="dxa"/>
              <w:bottom w:w="70" w:type="dxa"/>
              <w:right w:w="90" w:type="dxa"/>
            </w:tcMar>
            <w:vAlign w:val="center"/>
          </w:tcPr>
          <w:p w14:paraId="5611FF79"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B82A1F2"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2D8B845A"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C613674" w14:textId="77777777" w:rsidR="005B3871" w:rsidRDefault="00000000">
            <w:r>
              <w:rPr>
                <w:b/>
                <w:color w:val="000000"/>
                <w:sz w:val="16"/>
              </w:rPr>
              <w:t xml:space="preserve">NAČRTOVANI TERMIN: </w:t>
            </w:r>
            <w:r>
              <w:rPr>
                <w:color w:val="000000"/>
                <w:sz w:val="16"/>
              </w:rPr>
              <w:t>13. teden • 30. 11.–4. 12. 2026</w:t>
            </w:r>
          </w:p>
        </w:tc>
        <w:tc>
          <w:tcPr>
            <w:tcW w:w="2268" w:type="dxa"/>
            <w:tcMar>
              <w:top w:w="70" w:type="dxa"/>
              <w:left w:w="90" w:type="dxa"/>
              <w:bottom w:w="70" w:type="dxa"/>
              <w:right w:w="90" w:type="dxa"/>
            </w:tcMar>
            <w:vAlign w:val="center"/>
          </w:tcPr>
          <w:p w14:paraId="1872DE1A"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9BF5CBF" w14:textId="77777777" w:rsidR="005B3871" w:rsidRDefault="00000000">
            <w:r>
              <w:rPr>
                <w:b/>
                <w:color w:val="000000"/>
                <w:sz w:val="16"/>
              </w:rPr>
              <w:t xml:space="preserve">ŠTEVILO UR: </w:t>
            </w:r>
            <w:r>
              <w:rPr>
                <w:color w:val="000000"/>
                <w:sz w:val="16"/>
              </w:rPr>
              <w:t>4</w:t>
            </w:r>
          </w:p>
        </w:tc>
      </w:tr>
      <w:tr w:rsidR="005B3871" w14:paraId="7D3A86E8" w14:textId="77777777">
        <w:trPr>
          <w:jc w:val="center"/>
        </w:trPr>
        <w:tc>
          <w:tcPr>
            <w:tcW w:w="14061" w:type="dxa"/>
            <w:gridSpan w:val="6"/>
            <w:tcMar>
              <w:top w:w="70" w:type="dxa"/>
              <w:left w:w="90" w:type="dxa"/>
              <w:bottom w:w="70" w:type="dxa"/>
              <w:right w:w="90" w:type="dxa"/>
            </w:tcMar>
            <w:vAlign w:val="center"/>
          </w:tcPr>
          <w:p w14:paraId="2DFDD0A8"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1D818AA4" w14:textId="77777777">
        <w:trPr>
          <w:cantSplit/>
          <w:jc w:val="center"/>
        </w:trPr>
        <w:tc>
          <w:tcPr>
            <w:tcW w:w="14060" w:type="dxa"/>
            <w:gridSpan w:val="6"/>
            <w:tcMar>
              <w:top w:w="70" w:type="dxa"/>
              <w:left w:w="90" w:type="dxa"/>
              <w:bottom w:w="70" w:type="dxa"/>
              <w:right w:w="90" w:type="dxa"/>
            </w:tcMar>
            <w:vAlign w:val="center"/>
          </w:tcPr>
          <w:p w14:paraId="4956763B" w14:textId="77777777" w:rsidR="005B3871" w:rsidRDefault="005B3871"/>
          <w:p w14:paraId="15028A55" w14:textId="77777777" w:rsidR="005B3871" w:rsidRDefault="00000000">
            <w:pPr>
              <w:spacing w:line="245" w:lineRule="auto"/>
            </w:pPr>
            <w:r>
              <w:rPr>
                <w:b/>
                <w:color w:val="000000"/>
                <w:sz w:val="16"/>
              </w:rPr>
              <w:t xml:space="preserve">UČNI SKLOP: </w:t>
            </w:r>
            <w:r>
              <w:rPr>
                <w:color w:val="000000"/>
                <w:sz w:val="16"/>
              </w:rPr>
              <w:t>MOJA DRUŽINA, SKUPNOST IN PRAZNOVANJA</w:t>
            </w:r>
          </w:p>
        </w:tc>
      </w:tr>
      <w:tr w:rsidR="005B3871" w14:paraId="3558EA7E" w14:textId="77777777">
        <w:trPr>
          <w:cantSplit/>
          <w:jc w:val="center"/>
        </w:trPr>
        <w:tc>
          <w:tcPr>
            <w:tcW w:w="14060" w:type="dxa"/>
            <w:gridSpan w:val="6"/>
            <w:tcMar>
              <w:top w:w="70" w:type="dxa"/>
              <w:left w:w="90" w:type="dxa"/>
              <w:bottom w:w="70" w:type="dxa"/>
              <w:right w:w="90" w:type="dxa"/>
            </w:tcMar>
            <w:vAlign w:val="center"/>
          </w:tcPr>
          <w:p w14:paraId="0DB06C0E" w14:textId="77777777" w:rsidR="005B3871" w:rsidRDefault="005B3871"/>
          <w:p w14:paraId="442E0A96" w14:textId="77777777" w:rsidR="005B3871" w:rsidRDefault="00000000">
            <w:pPr>
              <w:spacing w:line="245" w:lineRule="auto"/>
            </w:pPr>
            <w:r>
              <w:rPr>
                <w:b/>
                <w:color w:val="000000"/>
                <w:sz w:val="16"/>
              </w:rPr>
              <w:t xml:space="preserve">UČNA TEMA: </w:t>
            </w:r>
            <w:r>
              <w:rPr>
                <w:color w:val="000000"/>
                <w:sz w:val="16"/>
              </w:rPr>
              <w:t>ŠTEVILA DO 10</w:t>
            </w:r>
          </w:p>
        </w:tc>
      </w:tr>
      <w:tr w:rsidR="005B3871" w14:paraId="5C51F339" w14:textId="77777777">
        <w:trPr>
          <w:cantSplit/>
          <w:jc w:val="center"/>
        </w:trPr>
        <w:tc>
          <w:tcPr>
            <w:tcW w:w="14060" w:type="dxa"/>
            <w:gridSpan w:val="6"/>
            <w:tcMar>
              <w:top w:w="70" w:type="dxa"/>
              <w:left w:w="90" w:type="dxa"/>
              <w:bottom w:w="70" w:type="dxa"/>
              <w:right w:w="90" w:type="dxa"/>
            </w:tcMar>
            <w:vAlign w:val="center"/>
          </w:tcPr>
          <w:p w14:paraId="2F28C0FC" w14:textId="77777777" w:rsidR="005B3871" w:rsidRDefault="005B3871"/>
          <w:p w14:paraId="49805BE3" w14:textId="77777777" w:rsidR="005B3871" w:rsidRDefault="00000000">
            <w:pPr>
              <w:spacing w:line="245" w:lineRule="auto"/>
            </w:pPr>
            <w:r>
              <w:rPr>
                <w:b/>
                <w:color w:val="000000"/>
                <w:sz w:val="16"/>
              </w:rPr>
              <w:t xml:space="preserve">KNJIŽEVNO IZHODIŠČE IN MOTIV: </w:t>
            </w:r>
            <w:r>
              <w:rPr>
                <w:color w:val="000000"/>
                <w:sz w:val="16"/>
              </w:rPr>
              <w:t>»Moj dežnik je lahko balon« – Ela Peroci • družina, domišljija in pot v drugačen svet</w:t>
            </w:r>
          </w:p>
        </w:tc>
      </w:tr>
      <w:tr w:rsidR="005B3871" w14:paraId="69028E24" w14:textId="77777777">
        <w:trPr>
          <w:cantSplit/>
          <w:jc w:val="center"/>
        </w:trPr>
        <w:tc>
          <w:tcPr>
            <w:tcW w:w="14060" w:type="dxa"/>
            <w:gridSpan w:val="6"/>
            <w:tcMar>
              <w:top w:w="70" w:type="dxa"/>
              <w:left w:w="90" w:type="dxa"/>
              <w:bottom w:w="70" w:type="dxa"/>
              <w:right w:w="90" w:type="dxa"/>
            </w:tcMar>
            <w:vAlign w:val="center"/>
          </w:tcPr>
          <w:p w14:paraId="4EECB0CA" w14:textId="77777777" w:rsidR="005B3871" w:rsidRDefault="005B3871"/>
          <w:p w14:paraId="6947227A" w14:textId="77777777" w:rsidR="005B3871" w:rsidRDefault="00000000">
            <w:pPr>
              <w:spacing w:line="245" w:lineRule="auto"/>
            </w:pPr>
            <w:r>
              <w:rPr>
                <w:b/>
                <w:color w:val="000000"/>
                <w:sz w:val="16"/>
              </w:rPr>
              <w:t xml:space="preserve">UČNE ENOTE: </w:t>
            </w:r>
            <w:r>
              <w:rPr>
                <w:color w:val="000000"/>
                <w:sz w:val="16"/>
              </w:rPr>
              <w:t>1. ura – Štejemo do 10 • 2. ura – Talna os 0–10 • 3. ura – Tri predstavitve • 4. ura – Sosedi in primerjava</w:t>
            </w:r>
          </w:p>
        </w:tc>
      </w:tr>
      <w:tr w:rsidR="005B3871" w14:paraId="2D8FE111" w14:textId="77777777">
        <w:trPr>
          <w:cantSplit/>
          <w:jc w:val="center"/>
        </w:trPr>
        <w:tc>
          <w:tcPr>
            <w:tcW w:w="14060" w:type="dxa"/>
            <w:gridSpan w:val="6"/>
            <w:tcMar>
              <w:top w:w="70" w:type="dxa"/>
              <w:left w:w="90" w:type="dxa"/>
              <w:bottom w:w="70" w:type="dxa"/>
              <w:right w:w="90" w:type="dxa"/>
            </w:tcMar>
            <w:vAlign w:val="center"/>
          </w:tcPr>
          <w:p w14:paraId="2213E388" w14:textId="77777777" w:rsidR="005B3871" w:rsidRDefault="005B3871"/>
          <w:p w14:paraId="700C93D2"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02B39D53" w14:textId="77777777">
        <w:trPr>
          <w:cantSplit/>
          <w:jc w:val="center"/>
        </w:trPr>
        <w:tc>
          <w:tcPr>
            <w:tcW w:w="14060" w:type="dxa"/>
            <w:gridSpan w:val="6"/>
            <w:tcMar>
              <w:top w:w="70" w:type="dxa"/>
              <w:left w:w="90" w:type="dxa"/>
              <w:bottom w:w="70" w:type="dxa"/>
              <w:right w:w="90" w:type="dxa"/>
            </w:tcMar>
            <w:vAlign w:val="center"/>
          </w:tcPr>
          <w:p w14:paraId="03BA13BC" w14:textId="77777777" w:rsidR="005B3871" w:rsidRDefault="005B3871"/>
          <w:p w14:paraId="1493BC83"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21A015CD" w14:textId="77777777">
        <w:trPr>
          <w:cantSplit/>
          <w:jc w:val="center"/>
        </w:trPr>
        <w:tc>
          <w:tcPr>
            <w:tcW w:w="14060" w:type="dxa"/>
            <w:gridSpan w:val="6"/>
            <w:tcMar>
              <w:top w:w="70" w:type="dxa"/>
              <w:left w:w="90" w:type="dxa"/>
              <w:bottom w:w="70" w:type="dxa"/>
              <w:right w:w="90" w:type="dxa"/>
            </w:tcMar>
            <w:vAlign w:val="center"/>
          </w:tcPr>
          <w:p w14:paraId="3FA72150" w14:textId="77777777" w:rsidR="005B3871" w:rsidRDefault="005B3871"/>
          <w:p w14:paraId="09B5E1B2"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06873970" w14:textId="77777777">
        <w:trPr>
          <w:cantSplit/>
          <w:jc w:val="center"/>
        </w:trPr>
        <w:tc>
          <w:tcPr>
            <w:tcW w:w="14060" w:type="dxa"/>
            <w:gridSpan w:val="6"/>
            <w:tcMar>
              <w:top w:w="70" w:type="dxa"/>
              <w:left w:w="90" w:type="dxa"/>
              <w:bottom w:w="70" w:type="dxa"/>
              <w:right w:w="90" w:type="dxa"/>
            </w:tcMar>
            <w:vAlign w:val="center"/>
          </w:tcPr>
          <w:p w14:paraId="15710C6D" w14:textId="77777777" w:rsidR="005B3871" w:rsidRDefault="005B3871"/>
          <w:p w14:paraId="2CF678DB" w14:textId="77777777" w:rsidR="005B3871" w:rsidRDefault="00000000">
            <w:pPr>
              <w:spacing w:line="245" w:lineRule="auto"/>
            </w:pPr>
            <w:r>
              <w:rPr>
                <w:b/>
                <w:color w:val="000000"/>
                <w:sz w:val="16"/>
              </w:rPr>
              <w:t xml:space="preserve">MEDPREDMETNE POVEZAVE: </w:t>
            </w:r>
            <w:r>
              <w:rPr>
                <w:color w:val="000000"/>
                <w:sz w:val="16"/>
              </w:rPr>
              <w:t>SLJ – matematična razlaga; SPO – domišljijska pot; ŠPO – živa os; LUM – pisani prikazi</w:t>
            </w:r>
          </w:p>
        </w:tc>
      </w:tr>
      <w:tr w:rsidR="005B3871" w14:paraId="41E591A0" w14:textId="77777777">
        <w:trPr>
          <w:cantSplit/>
          <w:jc w:val="center"/>
        </w:trPr>
        <w:tc>
          <w:tcPr>
            <w:tcW w:w="14060" w:type="dxa"/>
            <w:gridSpan w:val="6"/>
            <w:tcMar>
              <w:top w:w="70" w:type="dxa"/>
              <w:left w:w="90" w:type="dxa"/>
              <w:bottom w:w="70" w:type="dxa"/>
              <w:right w:w="90" w:type="dxa"/>
            </w:tcMar>
            <w:vAlign w:val="center"/>
          </w:tcPr>
          <w:p w14:paraId="0CB322EE" w14:textId="77777777" w:rsidR="005B3871" w:rsidRDefault="005B3871"/>
          <w:p w14:paraId="4F4FC280" w14:textId="77777777" w:rsidR="005B3871" w:rsidRDefault="00000000">
            <w:pPr>
              <w:spacing w:line="245" w:lineRule="auto"/>
            </w:pPr>
            <w:r>
              <w:rPr>
                <w:b/>
                <w:color w:val="000000"/>
                <w:sz w:val="16"/>
              </w:rPr>
              <w:t xml:space="preserve">UČNA SREDSTVA IN PRIPOMOČKI: </w:t>
            </w:r>
            <w:r>
              <w:rPr>
                <w:color w:val="000000"/>
                <w:sz w:val="16"/>
              </w:rPr>
              <w:t>pisani predmeti, desetiški okvirji, kartice 0–10, talna številska os, pikovne slike, vrvice, mini table</w:t>
            </w:r>
          </w:p>
        </w:tc>
      </w:tr>
      <w:tr w:rsidR="005B3871" w14:paraId="1001A8AB" w14:textId="77777777">
        <w:trPr>
          <w:cantSplit/>
          <w:jc w:val="center"/>
        </w:trPr>
        <w:tc>
          <w:tcPr>
            <w:tcW w:w="14060" w:type="dxa"/>
            <w:gridSpan w:val="6"/>
            <w:tcMar>
              <w:top w:w="70" w:type="dxa"/>
              <w:left w:w="90" w:type="dxa"/>
              <w:bottom w:w="70" w:type="dxa"/>
              <w:right w:w="90" w:type="dxa"/>
            </w:tcMar>
            <w:vAlign w:val="center"/>
          </w:tcPr>
          <w:p w14:paraId="1F107AE6" w14:textId="77777777" w:rsidR="005B3871" w:rsidRDefault="005B3871"/>
          <w:p w14:paraId="56477FE0"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34DF9240" w14:textId="77777777">
        <w:trPr>
          <w:cantSplit/>
          <w:jc w:val="center"/>
        </w:trPr>
        <w:tc>
          <w:tcPr>
            <w:tcW w:w="14060" w:type="dxa"/>
            <w:gridSpan w:val="6"/>
            <w:tcMar>
              <w:top w:w="70" w:type="dxa"/>
              <w:left w:w="90" w:type="dxa"/>
              <w:bottom w:w="70" w:type="dxa"/>
              <w:right w:w="90" w:type="dxa"/>
            </w:tcMar>
            <w:vAlign w:val="center"/>
          </w:tcPr>
          <w:p w14:paraId="2AB05800" w14:textId="77777777" w:rsidR="005B3871" w:rsidRDefault="005B3871"/>
          <w:p w14:paraId="4A2CD476"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6DB69236" w14:textId="77777777">
        <w:trPr>
          <w:cantSplit/>
          <w:jc w:val="center"/>
        </w:trPr>
        <w:tc>
          <w:tcPr>
            <w:tcW w:w="14060" w:type="dxa"/>
            <w:gridSpan w:val="6"/>
            <w:tcMar>
              <w:top w:w="70" w:type="dxa"/>
              <w:left w:w="90" w:type="dxa"/>
              <w:bottom w:w="70" w:type="dxa"/>
              <w:right w:w="90" w:type="dxa"/>
            </w:tcMar>
            <w:vAlign w:val="center"/>
          </w:tcPr>
          <w:p w14:paraId="7FFA83DA" w14:textId="77777777" w:rsidR="005B3871" w:rsidRDefault="005B3871"/>
          <w:p w14:paraId="48A143E5"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101422A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9E83AD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F81E5B0"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555714B" w14:textId="77777777" w:rsidR="005B3871" w:rsidRDefault="00000000">
            <w:pPr>
              <w:jc w:val="center"/>
            </w:pPr>
            <w:r>
              <w:rPr>
                <w:b/>
                <w:color w:val="000000"/>
                <w:sz w:val="20"/>
              </w:rPr>
              <w:t>UČNE DEJAVNOSTI, METODE IN FORMATIVNO SPREMLJANJE</w:t>
            </w:r>
          </w:p>
        </w:tc>
      </w:tr>
      <w:tr w:rsidR="005B3871" w14:paraId="2A213EB5" w14:textId="77777777">
        <w:trPr>
          <w:tblHeader/>
          <w:jc w:val="center"/>
        </w:trPr>
        <w:tc>
          <w:tcPr>
            <w:tcW w:w="4422" w:type="dxa"/>
            <w:vMerge/>
            <w:tcMar>
              <w:top w:w="70" w:type="dxa"/>
              <w:left w:w="90" w:type="dxa"/>
              <w:bottom w:w="70" w:type="dxa"/>
              <w:right w:w="90" w:type="dxa"/>
            </w:tcMar>
            <w:vAlign w:val="center"/>
          </w:tcPr>
          <w:p w14:paraId="7D270A58" w14:textId="77777777" w:rsidR="005B3871" w:rsidRDefault="005B3871"/>
        </w:tc>
        <w:tc>
          <w:tcPr>
            <w:tcW w:w="7087" w:type="dxa"/>
            <w:shd w:val="clear" w:color="auto" w:fill="FFFFFF"/>
            <w:tcMar>
              <w:top w:w="70" w:type="dxa"/>
              <w:left w:w="90" w:type="dxa"/>
              <w:bottom w:w="70" w:type="dxa"/>
              <w:right w:w="90" w:type="dxa"/>
            </w:tcMar>
            <w:vAlign w:val="center"/>
          </w:tcPr>
          <w:p w14:paraId="5DC4DEE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4A85DBE" w14:textId="77777777" w:rsidR="005B3871" w:rsidRDefault="00000000">
            <w:pPr>
              <w:jc w:val="center"/>
            </w:pPr>
            <w:r>
              <w:rPr>
                <w:b/>
                <w:color w:val="000000"/>
              </w:rPr>
              <w:t>UČENEC</w:t>
            </w:r>
          </w:p>
        </w:tc>
      </w:tr>
      <w:tr w:rsidR="005B3871" w14:paraId="278CEA0A" w14:textId="77777777">
        <w:trPr>
          <w:jc w:val="center"/>
        </w:trPr>
        <w:tc>
          <w:tcPr>
            <w:tcW w:w="4422" w:type="dxa"/>
            <w:tcMar>
              <w:top w:w="70" w:type="dxa"/>
              <w:left w:w="90" w:type="dxa"/>
              <w:bottom w:w="70" w:type="dxa"/>
              <w:right w:w="90" w:type="dxa"/>
            </w:tcMar>
          </w:tcPr>
          <w:p w14:paraId="586F62D2" w14:textId="77777777" w:rsidR="005B3871" w:rsidRDefault="005B3871"/>
          <w:p w14:paraId="442EED8D" w14:textId="77777777" w:rsidR="005B3871" w:rsidRDefault="00000000">
            <w:pPr>
              <w:spacing w:after="60" w:line="245" w:lineRule="auto"/>
            </w:pPr>
            <w:r>
              <w:rPr>
                <w:b/>
                <w:color w:val="000000"/>
              </w:rPr>
              <w:t>UČNI CILJI</w:t>
            </w:r>
          </w:p>
          <w:p w14:paraId="575C1D34" w14:textId="77777777" w:rsidR="005B3871" w:rsidRDefault="00000000">
            <w:pPr>
              <w:spacing w:after="20" w:line="245" w:lineRule="auto"/>
            </w:pPr>
            <w:r>
              <w:rPr>
                <w:b/>
                <w:color w:val="000000"/>
                <w:sz w:val="17"/>
              </w:rPr>
              <w:t>SPLOŠNI</w:t>
            </w:r>
          </w:p>
          <w:p w14:paraId="03D92BB6" w14:textId="77777777" w:rsidR="005B3871" w:rsidRDefault="00000000">
            <w:pPr>
              <w:pStyle w:val="Oznaenseznam"/>
              <w:spacing w:after="16"/>
            </w:pPr>
            <w:r>
              <w:rPr>
                <w:color w:val="000000"/>
                <w:sz w:val="16"/>
              </w:rPr>
              <w:t>razvija številske, prostorske in količinske predstave s konkretnimi izkušnjami</w:t>
            </w:r>
          </w:p>
          <w:p w14:paraId="3D6E9419" w14:textId="77777777" w:rsidR="005B3871" w:rsidRDefault="00000000">
            <w:pPr>
              <w:pStyle w:val="Oznaenseznam"/>
              <w:spacing w:after="16"/>
            </w:pPr>
            <w:r>
              <w:rPr>
                <w:color w:val="000000"/>
                <w:sz w:val="16"/>
              </w:rPr>
              <w:t>rešuje matematične probleme s predmetom, gibanjem, risbo, modelom in simbolom</w:t>
            </w:r>
          </w:p>
          <w:p w14:paraId="563458A6" w14:textId="77777777" w:rsidR="005B3871" w:rsidRDefault="00000000">
            <w:pPr>
              <w:pStyle w:val="Oznaenseznam"/>
              <w:spacing w:after="16"/>
            </w:pPr>
            <w:r>
              <w:rPr>
                <w:color w:val="000000"/>
                <w:sz w:val="16"/>
              </w:rPr>
              <w:t>pojasnjuje izbrano strategijo, preverja smiselnost rešitve in posluša rešitve drugih</w:t>
            </w:r>
          </w:p>
          <w:p w14:paraId="3139C2C7" w14:textId="77777777" w:rsidR="005B3871" w:rsidRDefault="00000000">
            <w:pPr>
              <w:pStyle w:val="Oznaenseznam"/>
              <w:spacing w:after="16"/>
            </w:pPr>
            <w:r>
              <w:rPr>
                <w:color w:val="000000"/>
                <w:sz w:val="16"/>
              </w:rPr>
              <w:t>ob namenih in kriterijih spremlja svoje učenje ter uporabi opisno povratno informacijo</w:t>
            </w:r>
          </w:p>
          <w:p w14:paraId="0FF22A68" w14:textId="77777777" w:rsidR="005B3871" w:rsidRDefault="00000000">
            <w:pPr>
              <w:spacing w:before="40" w:after="20" w:line="245" w:lineRule="auto"/>
            </w:pPr>
            <w:r>
              <w:rPr>
                <w:b/>
                <w:color w:val="000000"/>
                <w:sz w:val="17"/>
              </w:rPr>
              <w:t>OPERATIVNI</w:t>
            </w:r>
          </w:p>
          <w:p w14:paraId="585190A7" w14:textId="77777777" w:rsidR="005B3871" w:rsidRDefault="00000000">
            <w:pPr>
              <w:pStyle w:val="Oznaenseznam"/>
              <w:spacing w:after="16"/>
            </w:pPr>
            <w:r>
              <w:rPr>
                <w:color w:val="000000"/>
                <w:sz w:val="16"/>
              </w:rPr>
              <w:t>šteje, bere in zapisuje obravnavana števila</w:t>
            </w:r>
          </w:p>
          <w:p w14:paraId="4C272B56" w14:textId="77777777" w:rsidR="005B3871" w:rsidRDefault="00000000">
            <w:pPr>
              <w:pStyle w:val="Oznaenseznam"/>
              <w:spacing w:after="16"/>
            </w:pPr>
            <w:r>
              <w:rPr>
                <w:color w:val="000000"/>
                <w:sz w:val="16"/>
              </w:rPr>
              <w:t>primerja in ureja</w:t>
            </w:r>
          </w:p>
          <w:p w14:paraId="15B665D3" w14:textId="77777777" w:rsidR="005B3871" w:rsidRDefault="00000000">
            <w:pPr>
              <w:pStyle w:val="Oznaenseznam"/>
              <w:spacing w:after="16"/>
            </w:pPr>
            <w:r>
              <w:rPr>
                <w:color w:val="000000"/>
                <w:sz w:val="16"/>
              </w:rPr>
              <w:t>določa predhodnika in naslednika</w:t>
            </w:r>
          </w:p>
          <w:p w14:paraId="116D127E" w14:textId="77777777" w:rsidR="005B3871" w:rsidRDefault="00000000">
            <w:pPr>
              <w:spacing w:before="40" w:after="20" w:line="245" w:lineRule="auto"/>
            </w:pPr>
            <w:r>
              <w:rPr>
                <w:b/>
                <w:color w:val="000000"/>
                <w:sz w:val="17"/>
              </w:rPr>
              <w:t>PRIČAKOVANI DOSEŽKI / STANDARDI</w:t>
            </w:r>
          </w:p>
          <w:p w14:paraId="206B2027" w14:textId="77777777" w:rsidR="005B3871" w:rsidRDefault="00000000">
            <w:pPr>
              <w:pStyle w:val="Oznaenseznam"/>
              <w:spacing w:after="16"/>
            </w:pPr>
            <w:r>
              <w:rPr>
                <w:color w:val="000000"/>
                <w:sz w:val="16"/>
              </w:rPr>
              <w:t>ob konkretni, slikovni ali gibalni opori šteje, bere in zapisuje obravnavana števila</w:t>
            </w:r>
          </w:p>
          <w:p w14:paraId="48BD2A5F" w14:textId="77777777" w:rsidR="005B3871" w:rsidRDefault="00000000">
            <w:pPr>
              <w:pStyle w:val="Oznaenseznam"/>
              <w:spacing w:after="16"/>
            </w:pPr>
            <w:r>
              <w:rPr>
                <w:color w:val="000000"/>
                <w:sz w:val="16"/>
              </w:rPr>
              <w:t>ob konkretni, slikovni ali gibalni opori primerja in ureja</w:t>
            </w:r>
          </w:p>
          <w:p w14:paraId="1C0F4CD0" w14:textId="77777777" w:rsidR="005B3871" w:rsidRDefault="00000000">
            <w:pPr>
              <w:pStyle w:val="Oznaenseznam"/>
              <w:spacing w:after="16"/>
            </w:pPr>
            <w:r>
              <w:rPr>
                <w:color w:val="000000"/>
                <w:sz w:val="16"/>
              </w:rPr>
              <w:t>ob konkretni, slikovni ali gibalni opori določa predhodnika in naslednika</w:t>
            </w:r>
          </w:p>
        </w:tc>
        <w:tc>
          <w:tcPr>
            <w:tcW w:w="7087" w:type="dxa"/>
            <w:tcMar>
              <w:top w:w="70" w:type="dxa"/>
              <w:left w:w="90" w:type="dxa"/>
              <w:bottom w:w="70" w:type="dxa"/>
              <w:right w:w="90" w:type="dxa"/>
            </w:tcMar>
          </w:tcPr>
          <w:p w14:paraId="12029A4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DC60621" w14:textId="77777777">
              <w:trPr>
                <w:jc w:val="center"/>
              </w:trPr>
              <w:tc>
                <w:tcPr>
                  <w:tcW w:w="7087" w:type="dxa"/>
                  <w:shd w:val="clear" w:color="auto" w:fill="C6E7F3"/>
                  <w:tcMar>
                    <w:top w:w="45" w:type="dxa"/>
                    <w:left w:w="70" w:type="dxa"/>
                    <w:bottom w:w="45" w:type="dxa"/>
                    <w:right w:w="70" w:type="dxa"/>
                  </w:tcMar>
                </w:tcPr>
                <w:p w14:paraId="08E5AA61" w14:textId="77777777" w:rsidR="005B3871" w:rsidRDefault="00000000">
                  <w:pPr>
                    <w:keepNext/>
                  </w:pPr>
                  <w:r>
                    <w:rPr>
                      <w:b/>
                      <w:color w:val="000000"/>
                    </w:rPr>
                    <w:t>UVODNI DEL – motivacija, aktivacija predznanja in namen učenja (15–20 min)</w:t>
                  </w:r>
                </w:p>
              </w:tc>
            </w:tr>
          </w:tbl>
          <w:p w14:paraId="60E61759" w14:textId="77777777" w:rsidR="005B3871" w:rsidRDefault="005B3871">
            <w:pPr>
              <w:spacing w:line="20" w:lineRule="exact"/>
            </w:pPr>
          </w:p>
          <w:p w14:paraId="761A98CE" w14:textId="77777777" w:rsidR="005B3871" w:rsidRDefault="00000000">
            <w:pPr>
              <w:spacing w:before="40" w:after="60" w:line="245" w:lineRule="auto"/>
            </w:pPr>
            <w:r>
              <w:rPr>
                <w:color w:val="000000"/>
                <w:sz w:val="16"/>
              </w:rPr>
              <w:t>Dežnik iz zgodbe poleti mimo desetih pisanih predmetov. Učenci sestavljajo količine do 10, jih urejajo na talni osi in povezujejo konkretni, slikovni ter simbolni prikaz.</w:t>
            </w:r>
          </w:p>
          <w:tbl>
            <w:tblPr>
              <w:tblStyle w:val="Tabelamrea"/>
              <w:tblW w:w="0" w:type="auto"/>
              <w:jc w:val="center"/>
              <w:tblLayout w:type="fixed"/>
              <w:tblLook w:val="04A0" w:firstRow="1" w:lastRow="0" w:firstColumn="1" w:lastColumn="0" w:noHBand="0" w:noVBand="1"/>
            </w:tblPr>
            <w:tblGrid>
              <w:gridCol w:w="7087"/>
            </w:tblGrid>
            <w:tr w:rsidR="005B3871" w14:paraId="414E9686" w14:textId="77777777">
              <w:trPr>
                <w:jc w:val="center"/>
              </w:trPr>
              <w:tc>
                <w:tcPr>
                  <w:tcW w:w="7087" w:type="dxa"/>
                  <w:shd w:val="clear" w:color="auto" w:fill="EDC9EA"/>
                  <w:tcMar>
                    <w:top w:w="45" w:type="dxa"/>
                    <w:left w:w="70" w:type="dxa"/>
                    <w:bottom w:w="45" w:type="dxa"/>
                    <w:right w:w="70" w:type="dxa"/>
                  </w:tcMar>
                </w:tcPr>
                <w:p w14:paraId="7565111E" w14:textId="77777777" w:rsidR="005B3871" w:rsidRDefault="00000000">
                  <w:pPr>
                    <w:keepNext/>
                  </w:pPr>
                  <w:r>
                    <w:rPr>
                      <w:b/>
                      <w:color w:val="000000"/>
                    </w:rPr>
                    <w:t>NAMENI UČENJA</w:t>
                  </w:r>
                </w:p>
              </w:tc>
            </w:tr>
          </w:tbl>
          <w:p w14:paraId="7EF1586F" w14:textId="77777777" w:rsidR="005B3871" w:rsidRDefault="005B3871">
            <w:pPr>
              <w:spacing w:line="20" w:lineRule="exact"/>
            </w:pPr>
          </w:p>
          <w:p w14:paraId="0BDA9EA7"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5D0517C0" w14:textId="77777777" w:rsidR="005B3871" w:rsidRDefault="00000000">
            <w:pPr>
              <w:pStyle w:val="Oznaenseznam"/>
              <w:spacing w:after="16"/>
            </w:pPr>
            <w:r>
              <w:rPr>
                <w:color w:val="000000"/>
                <w:sz w:val="16"/>
              </w:rPr>
              <w:t>štejem, berem in zapisujem obravnavana števila</w:t>
            </w:r>
          </w:p>
          <w:p w14:paraId="276D0B99" w14:textId="77777777" w:rsidR="005B3871" w:rsidRDefault="00000000">
            <w:pPr>
              <w:pStyle w:val="Oznaenseznam"/>
              <w:spacing w:after="16"/>
            </w:pPr>
            <w:r>
              <w:rPr>
                <w:color w:val="000000"/>
                <w:sz w:val="16"/>
              </w:rPr>
              <w:t>primerjam in urejam</w:t>
            </w:r>
          </w:p>
          <w:p w14:paraId="1D62C72C" w14:textId="77777777" w:rsidR="005B3871" w:rsidRDefault="00000000">
            <w:pPr>
              <w:pStyle w:val="Oznaenseznam"/>
              <w:spacing w:after="16"/>
            </w:pPr>
            <w:r>
              <w:rPr>
                <w:color w:val="000000"/>
                <w:sz w:val="16"/>
              </w:rPr>
              <w:t>določam predhodnika in naslednika</w:t>
            </w:r>
          </w:p>
          <w:tbl>
            <w:tblPr>
              <w:tblStyle w:val="Tabelamrea"/>
              <w:tblW w:w="0" w:type="auto"/>
              <w:jc w:val="center"/>
              <w:tblLayout w:type="fixed"/>
              <w:tblLook w:val="04A0" w:firstRow="1" w:lastRow="0" w:firstColumn="1" w:lastColumn="0" w:noHBand="0" w:noVBand="1"/>
            </w:tblPr>
            <w:tblGrid>
              <w:gridCol w:w="7087"/>
            </w:tblGrid>
            <w:tr w:rsidR="005B3871" w14:paraId="4A343694" w14:textId="77777777">
              <w:trPr>
                <w:jc w:val="center"/>
              </w:trPr>
              <w:tc>
                <w:tcPr>
                  <w:tcW w:w="7087" w:type="dxa"/>
                  <w:shd w:val="clear" w:color="auto" w:fill="EDC9EA"/>
                  <w:tcMar>
                    <w:top w:w="45" w:type="dxa"/>
                    <w:left w:w="70" w:type="dxa"/>
                    <w:bottom w:w="45" w:type="dxa"/>
                    <w:right w:w="70" w:type="dxa"/>
                  </w:tcMar>
                </w:tcPr>
                <w:p w14:paraId="717FAD9C" w14:textId="77777777" w:rsidR="005B3871" w:rsidRDefault="00000000">
                  <w:pPr>
                    <w:keepNext/>
                  </w:pPr>
                  <w:r>
                    <w:rPr>
                      <w:b/>
                      <w:color w:val="000000"/>
                    </w:rPr>
                    <w:t>PREVERJANJE PREDZNANJA</w:t>
                  </w:r>
                </w:p>
              </w:tc>
            </w:tr>
          </w:tbl>
          <w:p w14:paraId="501E9DD0" w14:textId="77777777" w:rsidR="005B3871" w:rsidRDefault="005B3871">
            <w:pPr>
              <w:spacing w:line="20" w:lineRule="exact"/>
            </w:pPr>
          </w:p>
          <w:p w14:paraId="41990A6E" w14:textId="77777777" w:rsidR="005B3871" w:rsidRDefault="00000000">
            <w:pPr>
              <w:pStyle w:val="Oznaenseznam"/>
              <w:spacing w:after="16"/>
            </w:pPr>
            <w:r>
              <w:rPr>
                <w:color w:val="000000"/>
                <w:sz w:val="16"/>
              </w:rPr>
              <w:t>Kako si pri štetju več predmetov zagotovim, da nobenega ne izpustim?</w:t>
            </w:r>
          </w:p>
          <w:p w14:paraId="2731FDF2" w14:textId="77777777" w:rsidR="005B3871" w:rsidRDefault="00000000">
            <w:pPr>
              <w:pStyle w:val="Oznaenseznam"/>
              <w:spacing w:after="16"/>
            </w:pPr>
            <w:r>
              <w:rPr>
                <w:color w:val="000000"/>
                <w:sz w:val="16"/>
              </w:rPr>
              <w:t>Kako vem, katero število je med dvema drugima?</w:t>
            </w:r>
          </w:p>
          <w:p w14:paraId="43E7FA8A"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0C27EB3C" w14:textId="77777777">
              <w:trPr>
                <w:jc w:val="center"/>
              </w:trPr>
              <w:tc>
                <w:tcPr>
                  <w:tcW w:w="7087" w:type="dxa"/>
                  <w:shd w:val="clear" w:color="auto" w:fill="EDC9EA"/>
                  <w:tcMar>
                    <w:top w:w="45" w:type="dxa"/>
                    <w:left w:w="70" w:type="dxa"/>
                    <w:bottom w:w="45" w:type="dxa"/>
                    <w:right w:w="70" w:type="dxa"/>
                  </w:tcMar>
                </w:tcPr>
                <w:p w14:paraId="358360DE" w14:textId="77777777" w:rsidR="005B3871" w:rsidRDefault="00000000">
                  <w:pPr>
                    <w:keepNext/>
                  </w:pPr>
                  <w:r>
                    <w:rPr>
                      <w:b/>
                      <w:color w:val="000000"/>
                    </w:rPr>
                    <w:t>KRITERIJI USPEŠNOSTI</w:t>
                  </w:r>
                </w:p>
              </w:tc>
            </w:tr>
          </w:tbl>
          <w:p w14:paraId="72781451" w14:textId="77777777" w:rsidR="005B3871" w:rsidRDefault="005B3871"/>
          <w:p w14:paraId="03B0581F" w14:textId="77777777" w:rsidR="005B3871" w:rsidRDefault="00000000">
            <w:pPr>
              <w:spacing w:before="20" w:after="20" w:line="245" w:lineRule="auto"/>
            </w:pPr>
            <w:r>
              <w:rPr>
                <w:b/>
                <w:color w:val="000000"/>
                <w:sz w:val="16"/>
              </w:rPr>
              <w:t>Uspešen/-na bom, ko:</w:t>
            </w:r>
          </w:p>
          <w:p w14:paraId="1F3157EF" w14:textId="77777777" w:rsidR="005B3871" w:rsidRDefault="00000000">
            <w:pPr>
              <w:pStyle w:val="Oznaenseznam"/>
              <w:spacing w:after="16"/>
            </w:pPr>
            <w:r>
              <w:rPr>
                <w:color w:val="000000"/>
                <w:sz w:val="16"/>
              </w:rPr>
              <w:t>štejem, berem in zapisujem obravnavana števila</w:t>
            </w:r>
          </w:p>
          <w:p w14:paraId="430727EB" w14:textId="77777777" w:rsidR="005B3871" w:rsidRDefault="00000000">
            <w:pPr>
              <w:pStyle w:val="Oznaenseznam"/>
              <w:spacing w:after="16"/>
            </w:pPr>
            <w:r>
              <w:rPr>
                <w:color w:val="000000"/>
                <w:sz w:val="16"/>
              </w:rPr>
              <w:t>primerjam in urejam</w:t>
            </w:r>
          </w:p>
          <w:p w14:paraId="04932FC7" w14:textId="77777777" w:rsidR="005B3871" w:rsidRDefault="00000000">
            <w:pPr>
              <w:pStyle w:val="Oznaenseznam"/>
              <w:spacing w:after="16"/>
            </w:pPr>
            <w:r>
              <w:rPr>
                <w:color w:val="000000"/>
                <w:sz w:val="16"/>
              </w:rPr>
              <w:t>določam predhodnika in naslednika</w:t>
            </w:r>
          </w:p>
          <w:p w14:paraId="1D9C8AC2"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1984076D" w14:textId="77777777" w:rsidR="005B3871" w:rsidRDefault="005B3871"/>
          <w:p w14:paraId="791D96FE"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7F368987" w14:textId="77777777" w:rsidR="005B3871" w:rsidRDefault="00000000">
            <w:pPr>
              <w:spacing w:after="80" w:line="245" w:lineRule="auto"/>
            </w:pPr>
            <w:r>
              <w:rPr>
                <w:color w:val="000000"/>
                <w:sz w:val="16"/>
              </w:rPr>
              <w:t>Pove, pokaže ali nariše, kako bi nalogo začel. Posluša tudi drugačne strategije.</w:t>
            </w:r>
          </w:p>
          <w:p w14:paraId="6A46F89A" w14:textId="77777777" w:rsidR="005B3871" w:rsidRDefault="00000000">
            <w:pPr>
              <w:spacing w:after="100" w:line="245" w:lineRule="auto"/>
            </w:pPr>
            <w:r>
              <w:rPr>
                <w:color w:val="000000"/>
                <w:sz w:val="16"/>
              </w:rPr>
              <w:t>Sodeluje pri razumevanju namenov in kriterijev uspešnosti.</w:t>
            </w:r>
          </w:p>
          <w:p w14:paraId="3FBC0FD3" w14:textId="77777777" w:rsidR="005B3871" w:rsidRDefault="00000000">
            <w:pPr>
              <w:spacing w:after="20" w:line="245" w:lineRule="auto"/>
            </w:pPr>
            <w:r>
              <w:rPr>
                <w:b/>
                <w:color w:val="D95BC6"/>
                <w:sz w:val="17"/>
              </w:rPr>
              <w:t>DOKAZ O UČENJU</w:t>
            </w:r>
          </w:p>
          <w:p w14:paraId="2CB7F05D" w14:textId="77777777" w:rsidR="005B3871" w:rsidRDefault="00000000">
            <w:pPr>
              <w:spacing w:after="30" w:line="245" w:lineRule="auto"/>
            </w:pPr>
            <w:r>
              <w:rPr>
                <w:color w:val="D95BC6"/>
                <w:sz w:val="16"/>
              </w:rPr>
              <w:t>začetna strategija, razvrstitev, model, risba, gib ali ustni odgovor</w:t>
            </w:r>
          </w:p>
        </w:tc>
      </w:tr>
    </w:tbl>
    <w:p w14:paraId="63FB5BB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42C7D9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CF9A23E"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FD1F18D" w14:textId="77777777" w:rsidR="005B3871" w:rsidRDefault="00000000">
            <w:pPr>
              <w:jc w:val="center"/>
            </w:pPr>
            <w:r>
              <w:rPr>
                <w:b/>
                <w:color w:val="000000"/>
                <w:sz w:val="20"/>
              </w:rPr>
              <w:t>UČNE DEJAVNOSTI, METODE IN FORMATIVNO SPREMLJANJE</w:t>
            </w:r>
          </w:p>
        </w:tc>
      </w:tr>
      <w:tr w:rsidR="005B3871" w14:paraId="1D7AEBF9" w14:textId="77777777">
        <w:trPr>
          <w:tblHeader/>
          <w:jc w:val="center"/>
        </w:trPr>
        <w:tc>
          <w:tcPr>
            <w:tcW w:w="4422" w:type="dxa"/>
            <w:vMerge/>
            <w:tcMar>
              <w:top w:w="70" w:type="dxa"/>
              <w:left w:w="90" w:type="dxa"/>
              <w:bottom w:w="70" w:type="dxa"/>
              <w:right w:w="90" w:type="dxa"/>
            </w:tcMar>
            <w:vAlign w:val="center"/>
          </w:tcPr>
          <w:p w14:paraId="79DA3196" w14:textId="77777777" w:rsidR="005B3871" w:rsidRDefault="005B3871"/>
        </w:tc>
        <w:tc>
          <w:tcPr>
            <w:tcW w:w="7087" w:type="dxa"/>
            <w:shd w:val="clear" w:color="auto" w:fill="FFFFFF"/>
            <w:tcMar>
              <w:top w:w="70" w:type="dxa"/>
              <w:left w:w="90" w:type="dxa"/>
              <w:bottom w:w="70" w:type="dxa"/>
              <w:right w:w="90" w:type="dxa"/>
            </w:tcMar>
            <w:vAlign w:val="center"/>
          </w:tcPr>
          <w:p w14:paraId="42AD48B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CCC879B" w14:textId="77777777" w:rsidR="005B3871" w:rsidRDefault="00000000">
            <w:pPr>
              <w:jc w:val="center"/>
            </w:pPr>
            <w:r>
              <w:rPr>
                <w:b/>
                <w:color w:val="000000"/>
              </w:rPr>
              <w:t>UČENEC</w:t>
            </w:r>
          </w:p>
        </w:tc>
      </w:tr>
      <w:tr w:rsidR="005B3871" w14:paraId="6D5925B1" w14:textId="77777777">
        <w:trPr>
          <w:jc w:val="center"/>
        </w:trPr>
        <w:tc>
          <w:tcPr>
            <w:tcW w:w="4422" w:type="dxa"/>
            <w:tcMar>
              <w:top w:w="70" w:type="dxa"/>
              <w:left w:w="90" w:type="dxa"/>
              <w:bottom w:w="70" w:type="dxa"/>
              <w:right w:w="90" w:type="dxa"/>
            </w:tcMar>
          </w:tcPr>
          <w:p w14:paraId="0FBB7ECF" w14:textId="77777777" w:rsidR="005B3871" w:rsidRDefault="005B3871"/>
          <w:p w14:paraId="26FC8C64" w14:textId="77777777" w:rsidR="005B3871" w:rsidRDefault="00000000">
            <w:pPr>
              <w:spacing w:after="40" w:line="245" w:lineRule="auto"/>
            </w:pPr>
            <w:r>
              <w:rPr>
                <w:b/>
                <w:color w:val="000000"/>
              </w:rPr>
              <w:t>KLJUČNI POJMI</w:t>
            </w:r>
          </w:p>
          <w:p w14:paraId="41A28CDA" w14:textId="77777777" w:rsidR="005B3871" w:rsidRDefault="00000000">
            <w:pPr>
              <w:spacing w:after="60" w:line="245" w:lineRule="auto"/>
            </w:pPr>
            <w:r>
              <w:rPr>
                <w:color w:val="000000"/>
                <w:sz w:val="16"/>
              </w:rPr>
              <w:t>števila 0–10, štetje, urejanje, primerjanje, predhodnik, naslednik, številska os, števka</w:t>
            </w:r>
          </w:p>
          <w:p w14:paraId="14026DB3" w14:textId="77777777" w:rsidR="005B3871" w:rsidRDefault="00000000">
            <w:pPr>
              <w:spacing w:after="20" w:line="245" w:lineRule="auto"/>
            </w:pPr>
            <w:r>
              <w:rPr>
                <w:b/>
                <w:color w:val="000000"/>
                <w:sz w:val="17"/>
              </w:rPr>
              <w:t>DOKAZI O UČENJU</w:t>
            </w:r>
          </w:p>
          <w:p w14:paraId="3C373216" w14:textId="77777777" w:rsidR="005B3871" w:rsidRDefault="00000000">
            <w:pPr>
              <w:pStyle w:val="Oznaenseznam"/>
              <w:spacing w:after="16"/>
            </w:pPr>
            <w:r>
              <w:rPr>
                <w:color w:val="000000"/>
                <w:sz w:val="16"/>
              </w:rPr>
              <w:t>pravilno prešteta količina do 10</w:t>
            </w:r>
          </w:p>
          <w:p w14:paraId="2C894977" w14:textId="77777777" w:rsidR="005B3871" w:rsidRDefault="00000000">
            <w:pPr>
              <w:pStyle w:val="Oznaenseznam"/>
              <w:spacing w:after="16"/>
            </w:pPr>
            <w:r>
              <w:rPr>
                <w:color w:val="000000"/>
                <w:sz w:val="16"/>
              </w:rPr>
              <w:t>živo urejeno zaporedje 0–10</w:t>
            </w:r>
          </w:p>
          <w:p w14:paraId="29D41B0C" w14:textId="77777777" w:rsidR="005B3871" w:rsidRDefault="00000000">
            <w:pPr>
              <w:pStyle w:val="Oznaenseznam"/>
              <w:spacing w:after="16"/>
            </w:pPr>
            <w:r>
              <w:rPr>
                <w:color w:val="000000"/>
                <w:sz w:val="16"/>
              </w:rPr>
              <w:t>povezani konkretni, slikovni in simbolni prikazi</w:t>
            </w:r>
          </w:p>
          <w:p w14:paraId="491E5368" w14:textId="77777777" w:rsidR="005B3871" w:rsidRDefault="00000000">
            <w:pPr>
              <w:pStyle w:val="Oznaenseznam"/>
              <w:spacing w:after="16"/>
            </w:pPr>
            <w:r>
              <w:rPr>
                <w:color w:val="000000"/>
                <w:sz w:val="16"/>
              </w:rPr>
              <w:t>določeni sosedi in primerjava števil</w:t>
            </w:r>
          </w:p>
          <w:p w14:paraId="2B729187" w14:textId="77777777" w:rsidR="005B3871" w:rsidRDefault="00000000">
            <w:pPr>
              <w:spacing w:before="40" w:after="20" w:line="245" w:lineRule="auto"/>
            </w:pPr>
            <w:r>
              <w:rPr>
                <w:b/>
                <w:color w:val="000000"/>
                <w:sz w:val="17"/>
              </w:rPr>
              <w:t>MEDPREDMETNA POVEZAVA</w:t>
            </w:r>
          </w:p>
          <w:p w14:paraId="6545AC3A" w14:textId="77777777" w:rsidR="005B3871" w:rsidRDefault="00000000">
            <w:pPr>
              <w:spacing w:after="60" w:line="245" w:lineRule="auto"/>
            </w:pPr>
            <w:r>
              <w:rPr>
                <w:color w:val="000000"/>
                <w:sz w:val="16"/>
              </w:rPr>
              <w:t>SLJ – matematična razlaga; SPO – domišljijska pot; ŠPO – živa os; LUM – pisani prikazi</w:t>
            </w:r>
          </w:p>
          <w:p w14:paraId="3CED1226" w14:textId="77777777" w:rsidR="005B3871" w:rsidRDefault="00000000">
            <w:pPr>
              <w:spacing w:after="20" w:line="245" w:lineRule="auto"/>
            </w:pPr>
            <w:r>
              <w:rPr>
                <w:b/>
                <w:color w:val="000000"/>
                <w:sz w:val="17"/>
              </w:rPr>
              <w:t>POUČEVANJE V GIBANJU</w:t>
            </w:r>
          </w:p>
          <w:p w14:paraId="6DDE16EA"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7C220A69" w14:textId="77777777" w:rsidR="005B3871" w:rsidRDefault="00000000">
            <w:pPr>
              <w:spacing w:after="20" w:line="245" w:lineRule="auto"/>
            </w:pPr>
            <w:r>
              <w:rPr>
                <w:b/>
                <w:color w:val="000000"/>
                <w:sz w:val="17"/>
              </w:rPr>
              <w:t>DELO PO POSTAJAH</w:t>
            </w:r>
          </w:p>
          <w:p w14:paraId="40F664A4" w14:textId="77777777" w:rsidR="005B3871" w:rsidRDefault="00000000">
            <w:pPr>
              <w:spacing w:after="60" w:line="245" w:lineRule="auto"/>
            </w:pPr>
            <w:r>
              <w:rPr>
                <w:color w:val="000000"/>
                <w:sz w:val="15"/>
              </w:rPr>
              <w:t>Načrtovana rotacija: konkretno-izkušenjska – Štejemo do 10; gibalna/sodelovalna – Talna os 0–10; slikovno-simbolna – Tri predstavitve; izziv, dokaz in povratna informacija – Sosedi in primerjava. Pri pisnem ocenjevanju se postaje izvedejo v pripravi, analizi in ponovnem učenju.</w:t>
            </w:r>
          </w:p>
          <w:p w14:paraId="477FC337" w14:textId="77777777" w:rsidR="005B3871" w:rsidRDefault="00000000">
            <w:pPr>
              <w:spacing w:after="20" w:line="245" w:lineRule="auto"/>
            </w:pPr>
            <w:r>
              <w:rPr>
                <w:b/>
                <w:color w:val="000000"/>
                <w:sz w:val="17"/>
              </w:rPr>
              <w:t>DIFERENCIACIJA IN VKLJUČEVANJE</w:t>
            </w:r>
          </w:p>
          <w:p w14:paraId="0B70F471"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075E5644" w14:textId="77777777" w:rsidR="005B3871" w:rsidRDefault="00000000">
            <w:pPr>
              <w:spacing w:after="20" w:line="245" w:lineRule="auto"/>
            </w:pPr>
            <w:r>
              <w:rPr>
                <w:b/>
                <w:color w:val="000000"/>
                <w:sz w:val="17"/>
              </w:rPr>
              <w:t>SPREMLJANJE</w:t>
            </w:r>
          </w:p>
          <w:p w14:paraId="49201F8E"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706774E8"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EFCDF8D" w14:textId="77777777">
              <w:trPr>
                <w:jc w:val="center"/>
              </w:trPr>
              <w:tc>
                <w:tcPr>
                  <w:tcW w:w="7087" w:type="dxa"/>
                  <w:shd w:val="clear" w:color="auto" w:fill="C6E7F3"/>
                  <w:tcMar>
                    <w:top w:w="45" w:type="dxa"/>
                    <w:left w:w="70" w:type="dxa"/>
                    <w:bottom w:w="45" w:type="dxa"/>
                    <w:right w:w="70" w:type="dxa"/>
                  </w:tcMar>
                </w:tcPr>
                <w:p w14:paraId="4BFCDED1" w14:textId="77777777" w:rsidR="005B3871" w:rsidRDefault="00000000">
                  <w:pPr>
                    <w:keepNext/>
                  </w:pPr>
                  <w:r>
                    <w:rPr>
                      <w:b/>
                      <w:color w:val="000000"/>
                    </w:rPr>
                    <w:t>GLAVNI DEL – IZKUŠENJSKO IN PROBLEMSKO UČENJE (4 šolske ure)</w:t>
                  </w:r>
                </w:p>
              </w:tc>
            </w:tr>
          </w:tbl>
          <w:p w14:paraId="06190615" w14:textId="77777777" w:rsidR="005B3871" w:rsidRDefault="005B3871">
            <w:pPr>
              <w:spacing w:line="20" w:lineRule="exact"/>
            </w:pPr>
          </w:p>
          <w:p w14:paraId="090B0FA6" w14:textId="77777777" w:rsidR="005B3871" w:rsidRDefault="00000000">
            <w:pPr>
              <w:keepNext/>
              <w:spacing w:before="40" w:after="10" w:line="245" w:lineRule="auto"/>
            </w:pPr>
            <w:r>
              <w:rPr>
                <w:b/>
                <w:color w:val="000000"/>
                <w:sz w:val="17"/>
              </w:rPr>
              <w:t>1. URA – Štejemo do 10</w:t>
            </w:r>
          </w:p>
          <w:p w14:paraId="086419BE" w14:textId="77777777" w:rsidR="005B3871" w:rsidRDefault="00000000">
            <w:pPr>
              <w:spacing w:after="14" w:line="245" w:lineRule="auto"/>
            </w:pPr>
            <w:r>
              <w:rPr>
                <w:b/>
                <w:color w:val="000000"/>
                <w:sz w:val="16"/>
              </w:rPr>
              <w:t xml:space="preserve">Dejavnost učiteljice: </w:t>
            </w:r>
            <w:r>
              <w:rPr>
                <w:color w:val="000000"/>
                <w:sz w:val="16"/>
              </w:rPr>
              <w:t>Ponudi neurejene predmete ter modelira premikanje ali označevanje že preštetih.</w:t>
            </w:r>
          </w:p>
          <w:p w14:paraId="033C379D" w14:textId="77777777" w:rsidR="005B3871" w:rsidRDefault="00000000">
            <w:pPr>
              <w:spacing w:after="14" w:line="245" w:lineRule="auto"/>
            </w:pPr>
            <w:r>
              <w:rPr>
                <w:b/>
                <w:color w:val="000000"/>
                <w:sz w:val="16"/>
              </w:rPr>
              <w:t xml:space="preserve">Dejavnost učencev: </w:t>
            </w:r>
            <w:r>
              <w:rPr>
                <w:color w:val="000000"/>
                <w:sz w:val="16"/>
              </w:rPr>
              <w:t>Predmete sistematično preštejejo in količino predstavijo v urejeni desetiški strukturi.</w:t>
            </w:r>
          </w:p>
          <w:p w14:paraId="382E2E3E" w14:textId="77777777" w:rsidR="005B3871" w:rsidRDefault="00000000">
            <w:pPr>
              <w:spacing w:after="24" w:line="245" w:lineRule="auto"/>
            </w:pPr>
            <w:r>
              <w:rPr>
                <w:i/>
                <w:color w:val="D95BC6"/>
                <w:sz w:val="16"/>
              </w:rPr>
              <w:t>Predvideni dokaz: pravilno prešteta količina do 10.</w:t>
            </w:r>
          </w:p>
          <w:p w14:paraId="5EB0E0CF" w14:textId="77777777" w:rsidR="005B3871" w:rsidRDefault="00000000">
            <w:pPr>
              <w:keepNext/>
              <w:spacing w:before="40" w:after="10" w:line="245" w:lineRule="auto"/>
            </w:pPr>
            <w:r>
              <w:rPr>
                <w:b/>
                <w:color w:val="000000"/>
                <w:sz w:val="17"/>
              </w:rPr>
              <w:t>2. URA – Talna os 0–10</w:t>
            </w:r>
          </w:p>
          <w:p w14:paraId="42AD3F57" w14:textId="77777777" w:rsidR="005B3871" w:rsidRDefault="00000000">
            <w:pPr>
              <w:spacing w:after="14" w:line="245" w:lineRule="auto"/>
            </w:pPr>
            <w:r>
              <w:rPr>
                <w:b/>
                <w:color w:val="000000"/>
                <w:sz w:val="16"/>
              </w:rPr>
              <w:t xml:space="preserve">Dejavnost učiteljice: </w:t>
            </w:r>
            <w:r>
              <w:rPr>
                <w:color w:val="000000"/>
                <w:sz w:val="16"/>
              </w:rPr>
              <w:t>Učencem razdeli števila in zahteva skupno urejanje brez govorjenja, nato razlago.</w:t>
            </w:r>
          </w:p>
          <w:p w14:paraId="0B63B3CA" w14:textId="77777777" w:rsidR="005B3871" w:rsidRDefault="00000000">
            <w:pPr>
              <w:spacing w:after="14" w:line="245" w:lineRule="auto"/>
            </w:pPr>
            <w:r>
              <w:rPr>
                <w:b/>
                <w:color w:val="000000"/>
                <w:sz w:val="16"/>
              </w:rPr>
              <w:t xml:space="preserve">Dejavnost učencev: </w:t>
            </w:r>
            <w:r>
              <w:rPr>
                <w:color w:val="000000"/>
                <w:sz w:val="16"/>
              </w:rPr>
              <w:t>Postavijo se v pravilni vrstni red ter zaporedje preverijo naprej in nazaj.</w:t>
            </w:r>
          </w:p>
          <w:p w14:paraId="0AF5154B" w14:textId="77777777" w:rsidR="005B3871" w:rsidRDefault="00000000">
            <w:pPr>
              <w:spacing w:after="24" w:line="245" w:lineRule="auto"/>
            </w:pPr>
            <w:r>
              <w:rPr>
                <w:i/>
                <w:color w:val="D95BC6"/>
                <w:sz w:val="16"/>
              </w:rPr>
              <w:t>Predvideni dokaz: živo urejeno zaporedje 0–10.</w:t>
            </w:r>
          </w:p>
          <w:p w14:paraId="773E879A" w14:textId="77777777" w:rsidR="005B3871" w:rsidRDefault="00000000">
            <w:pPr>
              <w:keepNext/>
              <w:spacing w:before="40" w:after="10" w:line="245" w:lineRule="auto"/>
            </w:pPr>
            <w:r>
              <w:rPr>
                <w:b/>
                <w:color w:val="000000"/>
                <w:sz w:val="17"/>
              </w:rPr>
              <w:t>3. URA – Tri predstavitve</w:t>
            </w:r>
          </w:p>
          <w:p w14:paraId="34E52957" w14:textId="77777777" w:rsidR="005B3871" w:rsidRDefault="00000000">
            <w:pPr>
              <w:spacing w:after="14" w:line="245" w:lineRule="auto"/>
            </w:pPr>
            <w:r>
              <w:rPr>
                <w:b/>
                <w:color w:val="000000"/>
                <w:sz w:val="16"/>
              </w:rPr>
              <w:t xml:space="preserve">Dejavnost učiteljice: </w:t>
            </w:r>
            <w:r>
              <w:rPr>
                <w:color w:val="000000"/>
                <w:sz w:val="16"/>
              </w:rPr>
              <w:t>Pripravi kartice števk, pikovne slike in konkretne količine.</w:t>
            </w:r>
          </w:p>
          <w:p w14:paraId="566FB4F6" w14:textId="77777777" w:rsidR="005B3871" w:rsidRDefault="00000000">
            <w:pPr>
              <w:spacing w:after="14" w:line="245" w:lineRule="auto"/>
            </w:pPr>
            <w:r>
              <w:rPr>
                <w:b/>
                <w:color w:val="000000"/>
                <w:sz w:val="16"/>
              </w:rPr>
              <w:t xml:space="preserve">Dejavnost učencev: </w:t>
            </w:r>
            <w:r>
              <w:rPr>
                <w:color w:val="000000"/>
                <w:sz w:val="16"/>
              </w:rPr>
              <w:t>Povežejo tri predstavitve istega števila in zapišejo števko.</w:t>
            </w:r>
          </w:p>
          <w:p w14:paraId="167E30B7" w14:textId="77777777" w:rsidR="005B3871" w:rsidRDefault="00000000">
            <w:pPr>
              <w:spacing w:after="24" w:line="245" w:lineRule="auto"/>
            </w:pPr>
            <w:r>
              <w:rPr>
                <w:i/>
                <w:color w:val="D95BC6"/>
                <w:sz w:val="16"/>
              </w:rPr>
              <w:t>Predvideni dokaz: povezani konkretni, slikovni in simbolni prikazi.</w:t>
            </w:r>
          </w:p>
          <w:p w14:paraId="021F8CD0" w14:textId="77777777" w:rsidR="005B3871" w:rsidRDefault="00000000">
            <w:pPr>
              <w:keepNext/>
              <w:spacing w:before="40" w:after="10" w:line="245" w:lineRule="auto"/>
            </w:pPr>
            <w:r>
              <w:rPr>
                <w:b/>
                <w:color w:val="000000"/>
                <w:sz w:val="17"/>
              </w:rPr>
              <w:t>4. URA – Sosedi in primerjava</w:t>
            </w:r>
          </w:p>
          <w:p w14:paraId="0F69C11C" w14:textId="77777777" w:rsidR="005B3871" w:rsidRDefault="00000000">
            <w:pPr>
              <w:spacing w:after="14" w:line="245" w:lineRule="auto"/>
            </w:pPr>
            <w:r>
              <w:rPr>
                <w:b/>
                <w:color w:val="000000"/>
                <w:sz w:val="16"/>
              </w:rPr>
              <w:t xml:space="preserve">Dejavnost učiteljice: </w:t>
            </w:r>
            <w:r>
              <w:rPr>
                <w:color w:val="000000"/>
                <w:sz w:val="16"/>
              </w:rPr>
              <w:t>Zakrije mesta na osi ter ponudi dve števili za primerjavo.</w:t>
            </w:r>
          </w:p>
          <w:p w14:paraId="672215D4" w14:textId="77777777" w:rsidR="005B3871" w:rsidRDefault="00000000">
            <w:pPr>
              <w:spacing w:after="14" w:line="245" w:lineRule="auto"/>
            </w:pPr>
            <w:r>
              <w:rPr>
                <w:b/>
                <w:color w:val="000000"/>
                <w:sz w:val="16"/>
              </w:rPr>
              <w:t xml:space="preserve">Dejavnost učencev: </w:t>
            </w:r>
            <w:r>
              <w:rPr>
                <w:color w:val="000000"/>
                <w:sz w:val="16"/>
              </w:rPr>
              <w:t>Določijo predhodnika in naslednika, primerjajo števili ter odločitev pokažejo na osi.</w:t>
            </w:r>
          </w:p>
          <w:p w14:paraId="21AC61E0" w14:textId="77777777" w:rsidR="005B3871" w:rsidRDefault="00000000">
            <w:pPr>
              <w:spacing w:after="24" w:line="245" w:lineRule="auto"/>
            </w:pPr>
            <w:r>
              <w:rPr>
                <w:i/>
                <w:color w:val="D95BC6"/>
                <w:sz w:val="16"/>
              </w:rPr>
              <w:t>Predvideni dokaz: določeni sosedi in primerjava števil.</w:t>
            </w:r>
          </w:p>
          <w:tbl>
            <w:tblPr>
              <w:tblStyle w:val="Tabelamrea"/>
              <w:tblW w:w="0" w:type="auto"/>
              <w:jc w:val="center"/>
              <w:tblLayout w:type="fixed"/>
              <w:tblLook w:val="04A0" w:firstRow="1" w:lastRow="0" w:firstColumn="1" w:lastColumn="0" w:noHBand="0" w:noVBand="1"/>
            </w:tblPr>
            <w:tblGrid>
              <w:gridCol w:w="7087"/>
            </w:tblGrid>
            <w:tr w:rsidR="005B3871" w14:paraId="6D7C292F" w14:textId="77777777">
              <w:trPr>
                <w:jc w:val="center"/>
              </w:trPr>
              <w:tc>
                <w:tcPr>
                  <w:tcW w:w="7087" w:type="dxa"/>
                  <w:shd w:val="clear" w:color="auto" w:fill="EDC9EA"/>
                  <w:tcMar>
                    <w:top w:w="45" w:type="dxa"/>
                    <w:left w:w="70" w:type="dxa"/>
                    <w:bottom w:w="45" w:type="dxa"/>
                    <w:right w:w="70" w:type="dxa"/>
                  </w:tcMar>
                </w:tcPr>
                <w:p w14:paraId="6D338B84" w14:textId="77777777" w:rsidR="005B3871" w:rsidRDefault="00000000">
                  <w:pPr>
                    <w:keepNext/>
                  </w:pPr>
                  <w:r>
                    <w:rPr>
                      <w:b/>
                      <w:color w:val="000000"/>
                    </w:rPr>
                    <w:t>POVRATNA INFORMACIJA UČITELJICE MED DELOM</w:t>
                  </w:r>
                </w:p>
              </w:tc>
            </w:tr>
          </w:tbl>
          <w:p w14:paraId="4F44CF02" w14:textId="77777777" w:rsidR="005B3871" w:rsidRDefault="005B3871"/>
          <w:p w14:paraId="1DC65EF6"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5E35D809" w14:textId="77777777" w:rsidR="005B3871" w:rsidRDefault="005B3871"/>
          <w:p w14:paraId="52ADB4D9" w14:textId="77777777" w:rsidR="005B3871" w:rsidRDefault="00000000">
            <w:pPr>
              <w:spacing w:after="10" w:line="245" w:lineRule="auto"/>
            </w:pPr>
            <w:r>
              <w:rPr>
                <w:b/>
                <w:color w:val="000000"/>
                <w:sz w:val="16"/>
              </w:rPr>
              <w:t>1. URA</w:t>
            </w:r>
          </w:p>
          <w:p w14:paraId="6CFFD207" w14:textId="77777777" w:rsidR="005B3871" w:rsidRDefault="00000000">
            <w:pPr>
              <w:spacing w:after="30" w:line="245" w:lineRule="auto"/>
            </w:pPr>
            <w:r>
              <w:rPr>
                <w:color w:val="000000"/>
                <w:sz w:val="16"/>
              </w:rPr>
              <w:t>Predmete sistematično preštejejo in količino predstavijo v urejeni desetiški strukturi.</w:t>
            </w:r>
          </w:p>
          <w:p w14:paraId="2D2957A5" w14:textId="77777777" w:rsidR="005B3871" w:rsidRDefault="00000000">
            <w:pPr>
              <w:spacing w:line="245" w:lineRule="auto"/>
            </w:pPr>
            <w:r>
              <w:rPr>
                <w:b/>
                <w:color w:val="D95BC6"/>
                <w:sz w:val="16"/>
              </w:rPr>
              <w:t>DOKAZ</w:t>
            </w:r>
          </w:p>
          <w:p w14:paraId="26142D95" w14:textId="77777777" w:rsidR="005B3871" w:rsidRDefault="00000000">
            <w:pPr>
              <w:spacing w:after="40" w:line="245" w:lineRule="auto"/>
            </w:pPr>
            <w:r>
              <w:rPr>
                <w:color w:val="D95BC6"/>
                <w:sz w:val="15"/>
              </w:rPr>
              <w:t>pravilno prešteta količina do 10</w:t>
            </w:r>
          </w:p>
          <w:p w14:paraId="6F258265" w14:textId="77777777" w:rsidR="005B3871" w:rsidRDefault="00000000">
            <w:pPr>
              <w:spacing w:after="10" w:line="245" w:lineRule="auto"/>
            </w:pPr>
            <w:r>
              <w:rPr>
                <w:b/>
                <w:color w:val="000000"/>
                <w:sz w:val="16"/>
              </w:rPr>
              <w:t>2. URA</w:t>
            </w:r>
          </w:p>
          <w:p w14:paraId="0D0851A8" w14:textId="77777777" w:rsidR="005B3871" w:rsidRDefault="00000000">
            <w:pPr>
              <w:spacing w:after="30" w:line="245" w:lineRule="auto"/>
            </w:pPr>
            <w:r>
              <w:rPr>
                <w:color w:val="000000"/>
                <w:sz w:val="16"/>
              </w:rPr>
              <w:t>Postavijo se v pravilni vrstni red ter zaporedje preverijo naprej in nazaj.</w:t>
            </w:r>
          </w:p>
          <w:p w14:paraId="13316257" w14:textId="77777777" w:rsidR="005B3871" w:rsidRDefault="00000000">
            <w:pPr>
              <w:spacing w:line="245" w:lineRule="auto"/>
            </w:pPr>
            <w:r>
              <w:rPr>
                <w:b/>
                <w:color w:val="D95BC6"/>
                <w:sz w:val="16"/>
              </w:rPr>
              <w:t>DOKAZ</w:t>
            </w:r>
          </w:p>
          <w:p w14:paraId="689661F2" w14:textId="77777777" w:rsidR="005B3871" w:rsidRDefault="00000000">
            <w:pPr>
              <w:spacing w:after="40" w:line="245" w:lineRule="auto"/>
            </w:pPr>
            <w:r>
              <w:rPr>
                <w:color w:val="D95BC6"/>
                <w:sz w:val="15"/>
              </w:rPr>
              <w:t>živo urejeno zaporedje 0–10</w:t>
            </w:r>
          </w:p>
          <w:p w14:paraId="6C385F8C" w14:textId="77777777" w:rsidR="005B3871" w:rsidRDefault="00000000">
            <w:pPr>
              <w:spacing w:after="10" w:line="245" w:lineRule="auto"/>
            </w:pPr>
            <w:r>
              <w:rPr>
                <w:b/>
                <w:color w:val="000000"/>
                <w:sz w:val="16"/>
              </w:rPr>
              <w:t>3. URA</w:t>
            </w:r>
          </w:p>
          <w:p w14:paraId="49B66782" w14:textId="77777777" w:rsidR="005B3871" w:rsidRDefault="00000000">
            <w:pPr>
              <w:spacing w:after="30" w:line="245" w:lineRule="auto"/>
            </w:pPr>
            <w:r>
              <w:rPr>
                <w:color w:val="000000"/>
                <w:sz w:val="16"/>
              </w:rPr>
              <w:t>Povežejo tri predstavitve istega števila in zapišejo števko.</w:t>
            </w:r>
          </w:p>
          <w:p w14:paraId="75ADC48F" w14:textId="77777777" w:rsidR="005B3871" w:rsidRDefault="00000000">
            <w:pPr>
              <w:spacing w:line="245" w:lineRule="auto"/>
            </w:pPr>
            <w:r>
              <w:rPr>
                <w:b/>
                <w:color w:val="D95BC6"/>
                <w:sz w:val="16"/>
              </w:rPr>
              <w:t>DOKAZ</w:t>
            </w:r>
          </w:p>
          <w:p w14:paraId="265A9617" w14:textId="77777777" w:rsidR="005B3871" w:rsidRDefault="00000000">
            <w:pPr>
              <w:spacing w:after="40" w:line="245" w:lineRule="auto"/>
            </w:pPr>
            <w:r>
              <w:rPr>
                <w:color w:val="D95BC6"/>
                <w:sz w:val="15"/>
              </w:rPr>
              <w:t>povezani konkretni, slikovni in simbolni prikazi</w:t>
            </w:r>
          </w:p>
          <w:p w14:paraId="7C3CB8CF" w14:textId="77777777" w:rsidR="005B3871" w:rsidRDefault="00000000">
            <w:pPr>
              <w:spacing w:after="10" w:line="245" w:lineRule="auto"/>
            </w:pPr>
            <w:r>
              <w:rPr>
                <w:b/>
                <w:color w:val="000000"/>
                <w:sz w:val="16"/>
              </w:rPr>
              <w:t>4. URA</w:t>
            </w:r>
          </w:p>
          <w:p w14:paraId="408ACFD7" w14:textId="77777777" w:rsidR="005B3871" w:rsidRDefault="00000000">
            <w:pPr>
              <w:spacing w:after="30" w:line="245" w:lineRule="auto"/>
            </w:pPr>
            <w:r>
              <w:rPr>
                <w:color w:val="000000"/>
                <w:sz w:val="16"/>
              </w:rPr>
              <w:t>Določijo predhodnika in naslednika, primerjajo števili ter odločitev pokažejo na osi.</w:t>
            </w:r>
          </w:p>
          <w:p w14:paraId="285441A6" w14:textId="77777777" w:rsidR="005B3871" w:rsidRDefault="00000000">
            <w:pPr>
              <w:spacing w:line="245" w:lineRule="auto"/>
            </w:pPr>
            <w:r>
              <w:rPr>
                <w:b/>
                <w:color w:val="D95BC6"/>
                <w:sz w:val="16"/>
              </w:rPr>
              <w:t>DOKAZ</w:t>
            </w:r>
          </w:p>
          <w:p w14:paraId="43674F47" w14:textId="77777777" w:rsidR="005B3871" w:rsidRDefault="00000000">
            <w:pPr>
              <w:spacing w:after="40" w:line="245" w:lineRule="auto"/>
            </w:pPr>
            <w:r>
              <w:rPr>
                <w:color w:val="D95BC6"/>
                <w:sz w:val="15"/>
              </w:rPr>
              <w:t>določeni sosedi in primerjava števil</w:t>
            </w:r>
          </w:p>
        </w:tc>
      </w:tr>
    </w:tbl>
    <w:p w14:paraId="1007DB69"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63B5D1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78F209"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EA0128" w14:textId="77777777" w:rsidR="005B3871" w:rsidRDefault="00000000">
            <w:pPr>
              <w:jc w:val="center"/>
            </w:pPr>
            <w:r>
              <w:rPr>
                <w:b/>
                <w:color w:val="000000"/>
                <w:sz w:val="20"/>
              </w:rPr>
              <w:t>UČNE DEJAVNOSTI, METODE IN FORMATIVNO SPREMLJANJE</w:t>
            </w:r>
          </w:p>
        </w:tc>
      </w:tr>
      <w:tr w:rsidR="005B3871" w14:paraId="18CE4C1B" w14:textId="77777777">
        <w:trPr>
          <w:tblHeader/>
          <w:jc w:val="center"/>
        </w:trPr>
        <w:tc>
          <w:tcPr>
            <w:tcW w:w="4422" w:type="dxa"/>
            <w:vMerge/>
            <w:tcMar>
              <w:top w:w="70" w:type="dxa"/>
              <w:left w:w="90" w:type="dxa"/>
              <w:bottom w:w="70" w:type="dxa"/>
              <w:right w:w="90" w:type="dxa"/>
            </w:tcMar>
            <w:vAlign w:val="center"/>
          </w:tcPr>
          <w:p w14:paraId="7E6ECAB6" w14:textId="77777777" w:rsidR="005B3871" w:rsidRDefault="005B3871"/>
        </w:tc>
        <w:tc>
          <w:tcPr>
            <w:tcW w:w="7087" w:type="dxa"/>
            <w:shd w:val="clear" w:color="auto" w:fill="FFFFFF"/>
            <w:tcMar>
              <w:top w:w="70" w:type="dxa"/>
              <w:left w:w="90" w:type="dxa"/>
              <w:bottom w:w="70" w:type="dxa"/>
              <w:right w:w="90" w:type="dxa"/>
            </w:tcMar>
            <w:vAlign w:val="center"/>
          </w:tcPr>
          <w:p w14:paraId="7B63B162"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A98F3D0" w14:textId="77777777" w:rsidR="005B3871" w:rsidRDefault="00000000">
            <w:pPr>
              <w:jc w:val="center"/>
            </w:pPr>
            <w:r>
              <w:rPr>
                <w:b/>
                <w:color w:val="000000"/>
              </w:rPr>
              <w:t>UČENEC</w:t>
            </w:r>
          </w:p>
        </w:tc>
      </w:tr>
      <w:tr w:rsidR="005B3871" w14:paraId="6FA7CF32" w14:textId="77777777">
        <w:trPr>
          <w:jc w:val="center"/>
        </w:trPr>
        <w:tc>
          <w:tcPr>
            <w:tcW w:w="4422" w:type="dxa"/>
            <w:tcMar>
              <w:top w:w="70" w:type="dxa"/>
              <w:left w:w="90" w:type="dxa"/>
              <w:bottom w:w="70" w:type="dxa"/>
              <w:right w:w="90" w:type="dxa"/>
            </w:tcMar>
          </w:tcPr>
          <w:p w14:paraId="3D4A5D9C" w14:textId="77777777" w:rsidR="005B3871" w:rsidRDefault="005B3871"/>
          <w:p w14:paraId="68F5ED2E" w14:textId="77777777" w:rsidR="005B3871" w:rsidRDefault="00000000">
            <w:pPr>
              <w:spacing w:after="40" w:line="245" w:lineRule="auto"/>
            </w:pPr>
            <w:r>
              <w:rPr>
                <w:b/>
                <w:color w:val="000000"/>
              </w:rPr>
              <w:t>FORMATIVNO SPREMLJANJE</w:t>
            </w:r>
          </w:p>
          <w:p w14:paraId="3D98F0CD" w14:textId="77777777" w:rsidR="005B3871" w:rsidRDefault="00000000">
            <w:pPr>
              <w:pStyle w:val="Oznaenseznam"/>
              <w:spacing w:after="16"/>
            </w:pPr>
            <w:r>
              <w:rPr>
                <w:color w:val="000000"/>
                <w:sz w:val="16"/>
              </w:rPr>
              <w:t>predznanje: začetna strategija, ocena, razvrstitev, model ali risba</w:t>
            </w:r>
          </w:p>
          <w:p w14:paraId="2F5AC250" w14:textId="77777777" w:rsidR="005B3871" w:rsidRDefault="00000000">
            <w:pPr>
              <w:pStyle w:val="Oznaenseznam"/>
              <w:spacing w:after="16"/>
            </w:pPr>
            <w:r>
              <w:rPr>
                <w:color w:val="000000"/>
                <w:sz w:val="16"/>
              </w:rPr>
              <w:t>dokazi med učenjem: konkretni, gibalni, slikovni in simbolni prikaz ter razlaga postopka</w:t>
            </w:r>
          </w:p>
          <w:p w14:paraId="47DD48BC" w14:textId="77777777" w:rsidR="005B3871" w:rsidRDefault="00000000">
            <w:pPr>
              <w:pStyle w:val="Oznaenseznam"/>
              <w:spacing w:after="16"/>
            </w:pPr>
            <w:r>
              <w:rPr>
                <w:color w:val="000000"/>
                <w:sz w:val="16"/>
              </w:rPr>
              <w:t>povratna informacija: konkretna, vezana na kriterij in usmerjena v preverjanje ali naslednji korak</w:t>
            </w:r>
          </w:p>
          <w:p w14:paraId="0F3C2DB1" w14:textId="77777777" w:rsidR="005B3871" w:rsidRDefault="00000000">
            <w:pPr>
              <w:pStyle w:val="Oznaenseznam"/>
              <w:spacing w:after="16"/>
            </w:pPr>
            <w:r>
              <w:rPr>
                <w:color w:val="000000"/>
                <w:sz w:val="16"/>
              </w:rPr>
              <w:t>samovrednotenje: semafor, lestvica samostojnosti, izbrani dokaz ali kratka poved</w:t>
            </w:r>
          </w:p>
          <w:p w14:paraId="12B1872A" w14:textId="77777777" w:rsidR="005B3871" w:rsidRDefault="00000000">
            <w:pPr>
              <w:spacing w:before="40" w:after="20" w:line="245" w:lineRule="auto"/>
            </w:pPr>
            <w:r>
              <w:rPr>
                <w:b/>
                <w:color w:val="000000"/>
                <w:sz w:val="17"/>
              </w:rPr>
              <w:t>VARNOST IN ODGOVORNOST</w:t>
            </w:r>
          </w:p>
          <w:p w14:paraId="3F9B2203"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3D749911" w14:textId="77777777" w:rsidR="005B3871" w:rsidRDefault="00000000">
            <w:pPr>
              <w:spacing w:after="20" w:line="245" w:lineRule="auto"/>
            </w:pPr>
            <w:r>
              <w:rPr>
                <w:b/>
                <w:color w:val="000000"/>
                <w:sz w:val="17"/>
              </w:rPr>
              <w:t>EVIDENCA PO IZVEDBI</w:t>
            </w:r>
          </w:p>
          <w:p w14:paraId="3D21020F"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3658CDF8"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63EB5BE" w14:textId="77777777">
              <w:trPr>
                <w:jc w:val="center"/>
              </w:trPr>
              <w:tc>
                <w:tcPr>
                  <w:tcW w:w="7087" w:type="dxa"/>
                  <w:shd w:val="clear" w:color="auto" w:fill="EDC9EA"/>
                  <w:tcMar>
                    <w:top w:w="45" w:type="dxa"/>
                    <w:left w:w="70" w:type="dxa"/>
                    <w:bottom w:w="45" w:type="dxa"/>
                    <w:right w:w="70" w:type="dxa"/>
                  </w:tcMar>
                </w:tcPr>
                <w:p w14:paraId="07E278BE" w14:textId="77777777" w:rsidR="005B3871" w:rsidRDefault="00000000">
                  <w:pPr>
                    <w:keepNext/>
                  </w:pPr>
                  <w:r>
                    <w:rPr>
                      <w:b/>
                      <w:color w:val="000000"/>
                    </w:rPr>
                    <w:t>VPRAŠANJA V PODPORO MATEMATIČNEMU UČENJU</w:t>
                  </w:r>
                </w:p>
              </w:tc>
            </w:tr>
          </w:tbl>
          <w:p w14:paraId="7ECEEDA5" w14:textId="77777777" w:rsidR="005B3871" w:rsidRDefault="005B3871">
            <w:pPr>
              <w:spacing w:line="20" w:lineRule="exact"/>
            </w:pPr>
          </w:p>
          <w:p w14:paraId="637FD8E9" w14:textId="77777777" w:rsidR="005B3871" w:rsidRDefault="00000000">
            <w:pPr>
              <w:pStyle w:val="Oznaenseznam"/>
              <w:spacing w:after="16"/>
            </w:pPr>
            <w:r>
              <w:rPr>
                <w:color w:val="000000"/>
                <w:sz w:val="16"/>
              </w:rPr>
              <w:t>Kaj v tvojem modelu, risbi ali zapisu predstavlja posamezni del naloge?</w:t>
            </w:r>
          </w:p>
          <w:p w14:paraId="3AB15A28" w14:textId="77777777" w:rsidR="005B3871" w:rsidRDefault="00000000">
            <w:pPr>
              <w:pStyle w:val="Oznaenseznam"/>
              <w:spacing w:after="16"/>
            </w:pPr>
            <w:r>
              <w:rPr>
                <w:color w:val="000000"/>
                <w:sz w:val="16"/>
              </w:rPr>
              <w:t>Kako si prišel/-la do rešitve in kako veš, da je smiselna?</w:t>
            </w:r>
          </w:p>
          <w:p w14:paraId="40DC7F82" w14:textId="77777777" w:rsidR="005B3871" w:rsidRDefault="00000000">
            <w:pPr>
              <w:pStyle w:val="Oznaenseznam"/>
              <w:spacing w:after="16"/>
            </w:pPr>
            <w:r>
              <w:rPr>
                <w:color w:val="000000"/>
                <w:sz w:val="16"/>
              </w:rPr>
              <w:t>Ali lahko isto pokažeš še s predmetom, gibanjem, risbo ali drugim zapisom?</w:t>
            </w:r>
          </w:p>
          <w:p w14:paraId="661462EF" w14:textId="77777777" w:rsidR="005B3871" w:rsidRDefault="00000000">
            <w:pPr>
              <w:pStyle w:val="Oznaenseznam"/>
              <w:spacing w:after="16"/>
            </w:pPr>
            <w:r>
              <w:rPr>
                <w:color w:val="000000"/>
                <w:sz w:val="16"/>
              </w:rPr>
              <w:t>Kje bi se lahko zmotil/-a in kako boš rešitev preveril/-a?</w:t>
            </w:r>
          </w:p>
          <w:p w14:paraId="37245A52"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725382C0" w14:textId="77777777">
              <w:trPr>
                <w:jc w:val="center"/>
              </w:trPr>
              <w:tc>
                <w:tcPr>
                  <w:tcW w:w="7087" w:type="dxa"/>
                  <w:shd w:val="clear" w:color="auto" w:fill="C6E7F3"/>
                  <w:tcMar>
                    <w:top w:w="45" w:type="dxa"/>
                    <w:left w:w="70" w:type="dxa"/>
                    <w:bottom w:w="45" w:type="dxa"/>
                    <w:right w:w="70" w:type="dxa"/>
                  </w:tcMar>
                </w:tcPr>
                <w:p w14:paraId="08A9BA0F" w14:textId="77777777" w:rsidR="005B3871" w:rsidRDefault="00000000">
                  <w:pPr>
                    <w:keepNext/>
                  </w:pPr>
                  <w:r>
                    <w:rPr>
                      <w:b/>
                      <w:color w:val="000000"/>
                    </w:rPr>
                    <w:t>ZAKLJUČNI DEL – UTRJEVANJE IN REFLEKSIJA (10–15 min)</w:t>
                  </w:r>
                </w:p>
              </w:tc>
            </w:tr>
          </w:tbl>
          <w:p w14:paraId="08CBED86" w14:textId="77777777" w:rsidR="005B3871" w:rsidRDefault="005B3871">
            <w:pPr>
              <w:spacing w:line="20" w:lineRule="exact"/>
            </w:pPr>
          </w:p>
          <w:p w14:paraId="1263E534"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0B2D3361" w14:textId="77777777">
              <w:trPr>
                <w:jc w:val="center"/>
              </w:trPr>
              <w:tc>
                <w:tcPr>
                  <w:tcW w:w="7087" w:type="dxa"/>
                  <w:shd w:val="clear" w:color="auto" w:fill="EDC9EA"/>
                  <w:tcMar>
                    <w:top w:w="45" w:type="dxa"/>
                    <w:left w:w="70" w:type="dxa"/>
                    <w:bottom w:w="45" w:type="dxa"/>
                    <w:right w:w="70" w:type="dxa"/>
                  </w:tcMar>
                </w:tcPr>
                <w:p w14:paraId="1D5CC639" w14:textId="77777777" w:rsidR="005B3871" w:rsidRDefault="00000000">
                  <w:pPr>
                    <w:keepNext/>
                  </w:pPr>
                  <w:r>
                    <w:rPr>
                      <w:b/>
                      <w:color w:val="000000"/>
                    </w:rPr>
                    <w:t>SAMOVREDNOTENJE</w:t>
                  </w:r>
                </w:p>
              </w:tc>
            </w:tr>
          </w:tbl>
          <w:p w14:paraId="6018CC54" w14:textId="77777777" w:rsidR="005B3871" w:rsidRDefault="005B3871">
            <w:pPr>
              <w:spacing w:line="20" w:lineRule="exact"/>
            </w:pPr>
          </w:p>
          <w:p w14:paraId="3263A648"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6EAD0D7D" w14:textId="77777777">
              <w:trPr>
                <w:jc w:val="center"/>
              </w:trPr>
              <w:tc>
                <w:tcPr>
                  <w:tcW w:w="7087" w:type="dxa"/>
                  <w:shd w:val="clear" w:color="auto" w:fill="EDC9EA"/>
                  <w:tcMar>
                    <w:top w:w="45" w:type="dxa"/>
                    <w:left w:w="70" w:type="dxa"/>
                    <w:bottom w:w="45" w:type="dxa"/>
                    <w:right w:w="70" w:type="dxa"/>
                  </w:tcMar>
                </w:tcPr>
                <w:p w14:paraId="33EEE3FC" w14:textId="77777777" w:rsidR="005B3871" w:rsidRDefault="00000000">
                  <w:pPr>
                    <w:keepNext/>
                  </w:pPr>
                  <w:r>
                    <w:rPr>
                      <w:b/>
                      <w:color w:val="000000"/>
                    </w:rPr>
                    <w:t>VRSTNIŠKO VREDNOTENJE</w:t>
                  </w:r>
                </w:p>
              </w:tc>
            </w:tr>
          </w:tbl>
          <w:p w14:paraId="7FEB7788" w14:textId="77777777" w:rsidR="005B3871" w:rsidRDefault="005B3871">
            <w:pPr>
              <w:spacing w:line="20" w:lineRule="exact"/>
            </w:pPr>
          </w:p>
          <w:p w14:paraId="075597D1"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1F78163B" w14:textId="77777777">
              <w:trPr>
                <w:jc w:val="center"/>
              </w:trPr>
              <w:tc>
                <w:tcPr>
                  <w:tcW w:w="7087" w:type="dxa"/>
                  <w:shd w:val="clear" w:color="auto" w:fill="EDC9EA"/>
                  <w:tcMar>
                    <w:top w:w="45" w:type="dxa"/>
                    <w:left w:w="70" w:type="dxa"/>
                    <w:bottom w:w="45" w:type="dxa"/>
                    <w:right w:w="70" w:type="dxa"/>
                  </w:tcMar>
                </w:tcPr>
                <w:p w14:paraId="79ADE6B1" w14:textId="77777777" w:rsidR="005B3871" w:rsidRDefault="00000000">
                  <w:pPr>
                    <w:keepNext/>
                  </w:pPr>
                  <w:r>
                    <w:rPr>
                      <w:b/>
                      <w:color w:val="000000"/>
                    </w:rPr>
                    <w:t>SKUPNI POVZETEK</w:t>
                  </w:r>
                </w:p>
              </w:tc>
            </w:tr>
          </w:tbl>
          <w:p w14:paraId="5CF987B6" w14:textId="77777777" w:rsidR="005B3871" w:rsidRDefault="005B3871"/>
          <w:p w14:paraId="6BD82662" w14:textId="77777777" w:rsidR="005B3871" w:rsidRDefault="00000000">
            <w:pPr>
              <w:spacing w:before="20" w:after="40" w:line="245" w:lineRule="auto"/>
            </w:pPr>
            <w:r>
              <w:rPr>
                <w:b/>
                <w:color w:val="000000"/>
                <w:sz w:val="16"/>
              </w:rPr>
              <w:t>Števila do 10 sistematično preštejem, predstavim, preberem, zapišem, primerjam in uredim.</w:t>
            </w:r>
          </w:p>
        </w:tc>
        <w:tc>
          <w:tcPr>
            <w:tcW w:w="2551" w:type="dxa"/>
            <w:tcMar>
              <w:top w:w="70" w:type="dxa"/>
              <w:left w:w="90" w:type="dxa"/>
              <w:bottom w:w="70" w:type="dxa"/>
              <w:right w:w="90" w:type="dxa"/>
            </w:tcMar>
          </w:tcPr>
          <w:p w14:paraId="5E457290" w14:textId="77777777" w:rsidR="005B3871" w:rsidRDefault="005B3871"/>
          <w:p w14:paraId="2948ECFC" w14:textId="77777777" w:rsidR="005B3871" w:rsidRDefault="00000000">
            <w:pPr>
              <w:spacing w:after="100" w:line="245" w:lineRule="auto"/>
            </w:pPr>
            <w:r>
              <w:rPr>
                <w:color w:val="000000"/>
                <w:sz w:val="16"/>
              </w:rPr>
              <w:t>Odgovarja na podporna vprašanja in se sklicuje na svoj model, zapis ali izvedbo.</w:t>
            </w:r>
          </w:p>
          <w:p w14:paraId="6DB83DE2" w14:textId="77777777" w:rsidR="005B3871" w:rsidRDefault="00000000">
            <w:pPr>
              <w:spacing w:after="100" w:line="245" w:lineRule="auto"/>
            </w:pPr>
            <w:r>
              <w:rPr>
                <w:color w:val="000000"/>
                <w:sz w:val="16"/>
              </w:rPr>
              <w:t>Primerja začetno strategijo z novim dokazom ter pojasni, kaj se je naučil/-a.</w:t>
            </w:r>
          </w:p>
          <w:p w14:paraId="502B0C19" w14:textId="77777777" w:rsidR="005B3871" w:rsidRDefault="00000000">
            <w:pPr>
              <w:spacing w:after="100" w:line="245" w:lineRule="auto"/>
            </w:pPr>
            <w:r>
              <w:rPr>
                <w:color w:val="000000"/>
                <w:sz w:val="16"/>
              </w:rPr>
              <w:t>Izbere raven samostojnosti in določi naslednji korak.</w:t>
            </w:r>
          </w:p>
          <w:p w14:paraId="1E7C04CF" w14:textId="77777777" w:rsidR="005B3871" w:rsidRDefault="00000000">
            <w:pPr>
              <w:spacing w:after="100" w:line="245" w:lineRule="auto"/>
            </w:pPr>
            <w:r>
              <w:rPr>
                <w:color w:val="000000"/>
                <w:sz w:val="16"/>
              </w:rPr>
              <w:t>Sošolcu poda prijazen in konkreten odziv, vezan na kriterij.</w:t>
            </w:r>
          </w:p>
          <w:p w14:paraId="16D137FE" w14:textId="77777777" w:rsidR="005B3871" w:rsidRDefault="00000000">
            <w:pPr>
              <w:spacing w:after="20" w:line="245" w:lineRule="auto"/>
            </w:pPr>
            <w:r>
              <w:rPr>
                <w:b/>
                <w:color w:val="D95BC6"/>
                <w:sz w:val="17"/>
              </w:rPr>
              <w:t>DOKAZ O UČENJU</w:t>
            </w:r>
          </w:p>
          <w:p w14:paraId="735DC6FD"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13C4919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18BBB3E9" w14:textId="77777777">
        <w:trPr>
          <w:cantSplit/>
          <w:jc w:val="center"/>
        </w:trPr>
        <w:tc>
          <w:tcPr>
            <w:tcW w:w="14060" w:type="dxa"/>
            <w:gridSpan w:val="6"/>
            <w:tcMar>
              <w:top w:w="70" w:type="dxa"/>
              <w:left w:w="90" w:type="dxa"/>
              <w:bottom w:w="70" w:type="dxa"/>
              <w:right w:w="90" w:type="dxa"/>
            </w:tcMar>
            <w:vAlign w:val="center"/>
          </w:tcPr>
          <w:p w14:paraId="77126BBA" w14:textId="77777777" w:rsidR="005B3871" w:rsidRDefault="00000000">
            <w:pPr>
              <w:jc w:val="center"/>
            </w:pPr>
            <w:r>
              <w:rPr>
                <w:b/>
                <w:color w:val="000000"/>
                <w:sz w:val="24"/>
              </w:rPr>
              <w:lastRenderedPageBreak/>
              <w:t>UČNA PRIPRAVA 14/39</w:t>
            </w:r>
          </w:p>
        </w:tc>
      </w:tr>
      <w:tr w:rsidR="005B3871" w14:paraId="6D32A337" w14:textId="77777777">
        <w:trPr>
          <w:jc w:val="center"/>
        </w:trPr>
        <w:tc>
          <w:tcPr>
            <w:tcW w:w="2665" w:type="dxa"/>
            <w:tcMar>
              <w:top w:w="70" w:type="dxa"/>
              <w:left w:w="90" w:type="dxa"/>
              <w:bottom w:w="70" w:type="dxa"/>
              <w:right w:w="90" w:type="dxa"/>
            </w:tcMar>
            <w:vAlign w:val="center"/>
          </w:tcPr>
          <w:p w14:paraId="73F1B680"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AF349EF"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02680C00"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CA11BFD" w14:textId="77777777" w:rsidR="005B3871" w:rsidRDefault="00000000">
            <w:r>
              <w:rPr>
                <w:b/>
                <w:color w:val="000000"/>
                <w:sz w:val="16"/>
              </w:rPr>
              <w:t xml:space="preserve">NAČRTOVANI TERMIN: </w:t>
            </w:r>
            <w:r>
              <w:rPr>
                <w:color w:val="000000"/>
                <w:sz w:val="16"/>
              </w:rPr>
              <w:t>14. teden • 7.–11. 12. 2026</w:t>
            </w:r>
          </w:p>
        </w:tc>
        <w:tc>
          <w:tcPr>
            <w:tcW w:w="2268" w:type="dxa"/>
            <w:tcMar>
              <w:top w:w="70" w:type="dxa"/>
              <w:left w:w="90" w:type="dxa"/>
              <w:bottom w:w="70" w:type="dxa"/>
              <w:right w:w="90" w:type="dxa"/>
            </w:tcMar>
            <w:vAlign w:val="center"/>
          </w:tcPr>
          <w:p w14:paraId="7BBB9765"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6ABF068" w14:textId="77777777" w:rsidR="005B3871" w:rsidRDefault="00000000">
            <w:r>
              <w:rPr>
                <w:b/>
                <w:color w:val="000000"/>
                <w:sz w:val="16"/>
              </w:rPr>
              <w:t xml:space="preserve">ŠTEVILO UR: </w:t>
            </w:r>
            <w:r>
              <w:rPr>
                <w:color w:val="000000"/>
                <w:sz w:val="16"/>
              </w:rPr>
              <w:t>4</w:t>
            </w:r>
          </w:p>
        </w:tc>
      </w:tr>
      <w:tr w:rsidR="005B3871" w14:paraId="52411E9D" w14:textId="77777777">
        <w:trPr>
          <w:jc w:val="center"/>
        </w:trPr>
        <w:tc>
          <w:tcPr>
            <w:tcW w:w="14061" w:type="dxa"/>
            <w:gridSpan w:val="6"/>
            <w:tcMar>
              <w:top w:w="70" w:type="dxa"/>
              <w:left w:w="90" w:type="dxa"/>
              <w:bottom w:w="70" w:type="dxa"/>
              <w:right w:w="90" w:type="dxa"/>
            </w:tcMar>
            <w:vAlign w:val="center"/>
          </w:tcPr>
          <w:p w14:paraId="4AAC623A"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1949AB1F" w14:textId="77777777">
        <w:trPr>
          <w:cantSplit/>
          <w:jc w:val="center"/>
        </w:trPr>
        <w:tc>
          <w:tcPr>
            <w:tcW w:w="14060" w:type="dxa"/>
            <w:gridSpan w:val="6"/>
            <w:tcMar>
              <w:top w:w="70" w:type="dxa"/>
              <w:left w:w="90" w:type="dxa"/>
              <w:bottom w:w="70" w:type="dxa"/>
              <w:right w:w="90" w:type="dxa"/>
            </w:tcMar>
            <w:vAlign w:val="center"/>
          </w:tcPr>
          <w:p w14:paraId="27405B2E" w14:textId="77777777" w:rsidR="005B3871" w:rsidRDefault="005B3871"/>
          <w:p w14:paraId="6AF6CDFF" w14:textId="77777777" w:rsidR="005B3871" w:rsidRDefault="00000000">
            <w:pPr>
              <w:spacing w:line="245" w:lineRule="auto"/>
            </w:pPr>
            <w:r>
              <w:rPr>
                <w:b/>
                <w:color w:val="000000"/>
                <w:sz w:val="16"/>
              </w:rPr>
              <w:t xml:space="preserve">UČNI SKLOP: </w:t>
            </w:r>
            <w:r>
              <w:rPr>
                <w:color w:val="000000"/>
                <w:sz w:val="16"/>
              </w:rPr>
              <w:t>MOJA DRUŽINA, SKUPNOST IN PRAZNOVANJA</w:t>
            </w:r>
          </w:p>
        </w:tc>
      </w:tr>
      <w:tr w:rsidR="005B3871" w14:paraId="186AE607" w14:textId="77777777">
        <w:trPr>
          <w:cantSplit/>
          <w:jc w:val="center"/>
        </w:trPr>
        <w:tc>
          <w:tcPr>
            <w:tcW w:w="14060" w:type="dxa"/>
            <w:gridSpan w:val="6"/>
            <w:tcMar>
              <w:top w:w="70" w:type="dxa"/>
              <w:left w:w="90" w:type="dxa"/>
              <w:bottom w:w="70" w:type="dxa"/>
              <w:right w:w="90" w:type="dxa"/>
            </w:tcMar>
            <w:vAlign w:val="center"/>
          </w:tcPr>
          <w:p w14:paraId="3A3684ED" w14:textId="77777777" w:rsidR="005B3871" w:rsidRDefault="005B3871"/>
          <w:p w14:paraId="58964892" w14:textId="77777777" w:rsidR="005B3871" w:rsidRDefault="00000000">
            <w:pPr>
              <w:spacing w:line="245" w:lineRule="auto"/>
            </w:pPr>
            <w:r>
              <w:rPr>
                <w:b/>
                <w:color w:val="000000"/>
                <w:sz w:val="16"/>
              </w:rPr>
              <w:t xml:space="preserve">UČNA TEMA: </w:t>
            </w:r>
            <w:r>
              <w:rPr>
                <w:color w:val="000000"/>
                <w:sz w:val="16"/>
              </w:rPr>
              <w:t>SEŠTEVANJE DO 10</w:t>
            </w:r>
          </w:p>
        </w:tc>
      </w:tr>
      <w:tr w:rsidR="005B3871" w14:paraId="677B9A82" w14:textId="77777777">
        <w:trPr>
          <w:cantSplit/>
          <w:jc w:val="center"/>
        </w:trPr>
        <w:tc>
          <w:tcPr>
            <w:tcW w:w="14060" w:type="dxa"/>
            <w:gridSpan w:val="6"/>
            <w:tcMar>
              <w:top w:w="70" w:type="dxa"/>
              <w:left w:w="90" w:type="dxa"/>
              <w:bottom w:w="70" w:type="dxa"/>
              <w:right w:w="90" w:type="dxa"/>
            </w:tcMar>
            <w:vAlign w:val="center"/>
          </w:tcPr>
          <w:p w14:paraId="58075DFA" w14:textId="77777777" w:rsidR="005B3871" w:rsidRDefault="005B3871"/>
          <w:p w14:paraId="2DAD2BF1" w14:textId="77777777" w:rsidR="005B3871" w:rsidRDefault="00000000">
            <w:pPr>
              <w:spacing w:line="245" w:lineRule="auto"/>
            </w:pPr>
            <w:r>
              <w:rPr>
                <w:b/>
                <w:color w:val="000000"/>
                <w:sz w:val="16"/>
              </w:rPr>
              <w:t xml:space="preserve">KNJIŽEVNO IZHODIŠČE IN MOTIV: </w:t>
            </w:r>
            <w:r>
              <w:rPr>
                <w:color w:val="000000"/>
                <w:sz w:val="16"/>
              </w:rPr>
              <w:t>»Pekarna Mišmaš« – Svetlana Makarovič • delo v skupnosti, odgovornost in pravična delitev</w:t>
            </w:r>
          </w:p>
        </w:tc>
      </w:tr>
      <w:tr w:rsidR="005B3871" w14:paraId="42E686B5" w14:textId="77777777">
        <w:trPr>
          <w:cantSplit/>
          <w:jc w:val="center"/>
        </w:trPr>
        <w:tc>
          <w:tcPr>
            <w:tcW w:w="14060" w:type="dxa"/>
            <w:gridSpan w:val="6"/>
            <w:tcMar>
              <w:top w:w="70" w:type="dxa"/>
              <w:left w:w="90" w:type="dxa"/>
              <w:bottom w:w="70" w:type="dxa"/>
              <w:right w:w="90" w:type="dxa"/>
            </w:tcMar>
            <w:vAlign w:val="center"/>
          </w:tcPr>
          <w:p w14:paraId="0BE364E4" w14:textId="77777777" w:rsidR="005B3871" w:rsidRDefault="005B3871"/>
          <w:p w14:paraId="2DA23561" w14:textId="77777777" w:rsidR="005B3871" w:rsidRDefault="00000000">
            <w:pPr>
              <w:spacing w:line="245" w:lineRule="auto"/>
            </w:pPr>
            <w:r>
              <w:rPr>
                <w:b/>
                <w:color w:val="000000"/>
                <w:sz w:val="16"/>
              </w:rPr>
              <w:t xml:space="preserve">UČNE ENOTE: </w:t>
            </w:r>
            <w:r>
              <w:rPr>
                <w:color w:val="000000"/>
                <w:sz w:val="16"/>
              </w:rPr>
              <w:t>1. ura – Pekovski deli in celota • 2. ura – Zamenjajmo mesti • 3. ura – Par računov • 4. ura – Naročilo za deset</w:t>
            </w:r>
          </w:p>
        </w:tc>
      </w:tr>
      <w:tr w:rsidR="005B3871" w14:paraId="747F4081" w14:textId="77777777">
        <w:trPr>
          <w:cantSplit/>
          <w:jc w:val="center"/>
        </w:trPr>
        <w:tc>
          <w:tcPr>
            <w:tcW w:w="14060" w:type="dxa"/>
            <w:gridSpan w:val="6"/>
            <w:tcMar>
              <w:top w:w="70" w:type="dxa"/>
              <w:left w:w="90" w:type="dxa"/>
              <w:bottom w:w="70" w:type="dxa"/>
              <w:right w:w="90" w:type="dxa"/>
            </w:tcMar>
            <w:vAlign w:val="center"/>
          </w:tcPr>
          <w:p w14:paraId="20CA97A3" w14:textId="77777777" w:rsidR="005B3871" w:rsidRDefault="005B3871"/>
          <w:p w14:paraId="1727FF71"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5049F186" w14:textId="77777777">
        <w:trPr>
          <w:cantSplit/>
          <w:jc w:val="center"/>
        </w:trPr>
        <w:tc>
          <w:tcPr>
            <w:tcW w:w="14060" w:type="dxa"/>
            <w:gridSpan w:val="6"/>
            <w:tcMar>
              <w:top w:w="70" w:type="dxa"/>
              <w:left w:w="90" w:type="dxa"/>
              <w:bottom w:w="70" w:type="dxa"/>
              <w:right w:w="90" w:type="dxa"/>
            </w:tcMar>
            <w:vAlign w:val="center"/>
          </w:tcPr>
          <w:p w14:paraId="50DA8661" w14:textId="77777777" w:rsidR="005B3871" w:rsidRDefault="005B3871"/>
          <w:p w14:paraId="6A621845"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78140F72" w14:textId="77777777">
        <w:trPr>
          <w:cantSplit/>
          <w:jc w:val="center"/>
        </w:trPr>
        <w:tc>
          <w:tcPr>
            <w:tcW w:w="14060" w:type="dxa"/>
            <w:gridSpan w:val="6"/>
            <w:tcMar>
              <w:top w:w="70" w:type="dxa"/>
              <w:left w:w="90" w:type="dxa"/>
              <w:bottom w:w="70" w:type="dxa"/>
              <w:right w:w="90" w:type="dxa"/>
            </w:tcMar>
            <w:vAlign w:val="center"/>
          </w:tcPr>
          <w:p w14:paraId="3FC36F15" w14:textId="77777777" w:rsidR="005B3871" w:rsidRDefault="005B3871"/>
          <w:p w14:paraId="47894475"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3B275868" w14:textId="77777777">
        <w:trPr>
          <w:cantSplit/>
          <w:jc w:val="center"/>
        </w:trPr>
        <w:tc>
          <w:tcPr>
            <w:tcW w:w="14060" w:type="dxa"/>
            <w:gridSpan w:val="6"/>
            <w:tcMar>
              <w:top w:w="70" w:type="dxa"/>
              <w:left w:w="90" w:type="dxa"/>
              <w:bottom w:w="70" w:type="dxa"/>
              <w:right w:w="90" w:type="dxa"/>
            </w:tcMar>
            <w:vAlign w:val="center"/>
          </w:tcPr>
          <w:p w14:paraId="34A18B8A" w14:textId="77777777" w:rsidR="005B3871" w:rsidRDefault="005B3871"/>
          <w:p w14:paraId="3473022D" w14:textId="77777777" w:rsidR="005B3871" w:rsidRDefault="00000000">
            <w:pPr>
              <w:spacing w:line="245" w:lineRule="auto"/>
            </w:pPr>
            <w:r>
              <w:rPr>
                <w:b/>
                <w:color w:val="000000"/>
                <w:sz w:val="16"/>
              </w:rPr>
              <w:t xml:space="preserve">MEDPREDMETNE POVEZAVE: </w:t>
            </w:r>
            <w:r>
              <w:rPr>
                <w:color w:val="000000"/>
                <w:sz w:val="16"/>
              </w:rPr>
              <w:t>SLJ – razlaga ugotovitve; SPO – delo v skupnosti; ŠPO – živi skupini; LUM – modeli hlebčkov</w:t>
            </w:r>
          </w:p>
        </w:tc>
      </w:tr>
      <w:tr w:rsidR="005B3871" w14:paraId="4575575E" w14:textId="77777777">
        <w:trPr>
          <w:cantSplit/>
          <w:jc w:val="center"/>
        </w:trPr>
        <w:tc>
          <w:tcPr>
            <w:tcW w:w="14060" w:type="dxa"/>
            <w:gridSpan w:val="6"/>
            <w:tcMar>
              <w:top w:w="70" w:type="dxa"/>
              <w:left w:w="90" w:type="dxa"/>
              <w:bottom w:w="70" w:type="dxa"/>
              <w:right w:w="90" w:type="dxa"/>
            </w:tcMar>
            <w:vAlign w:val="center"/>
          </w:tcPr>
          <w:p w14:paraId="6F77625F" w14:textId="77777777" w:rsidR="005B3871" w:rsidRDefault="005B3871"/>
          <w:p w14:paraId="5205D97C" w14:textId="77777777" w:rsidR="005B3871" w:rsidRDefault="00000000">
            <w:pPr>
              <w:spacing w:line="245" w:lineRule="auto"/>
            </w:pPr>
            <w:r>
              <w:rPr>
                <w:b/>
                <w:color w:val="000000"/>
                <w:sz w:val="16"/>
              </w:rPr>
              <w:t xml:space="preserve">UČNA SREDSTVA IN PRIPOMOČKI: </w:t>
            </w:r>
            <w:r>
              <w:rPr>
                <w:color w:val="000000"/>
                <w:sz w:val="16"/>
              </w:rPr>
              <w:t>modeli hlebčkov, podloge del–del–celota, obroči, števci, kartice računov, desetiški okvir, mini table</w:t>
            </w:r>
          </w:p>
        </w:tc>
      </w:tr>
      <w:tr w:rsidR="005B3871" w14:paraId="401B5BC1" w14:textId="77777777">
        <w:trPr>
          <w:cantSplit/>
          <w:jc w:val="center"/>
        </w:trPr>
        <w:tc>
          <w:tcPr>
            <w:tcW w:w="14060" w:type="dxa"/>
            <w:gridSpan w:val="6"/>
            <w:tcMar>
              <w:top w:w="70" w:type="dxa"/>
              <w:left w:w="90" w:type="dxa"/>
              <w:bottom w:w="70" w:type="dxa"/>
              <w:right w:w="90" w:type="dxa"/>
            </w:tcMar>
            <w:vAlign w:val="center"/>
          </w:tcPr>
          <w:p w14:paraId="41A58B83" w14:textId="77777777" w:rsidR="005B3871" w:rsidRDefault="005B3871"/>
          <w:p w14:paraId="06E5FCAE"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657141B8" w14:textId="77777777">
        <w:trPr>
          <w:cantSplit/>
          <w:jc w:val="center"/>
        </w:trPr>
        <w:tc>
          <w:tcPr>
            <w:tcW w:w="14060" w:type="dxa"/>
            <w:gridSpan w:val="6"/>
            <w:tcMar>
              <w:top w:w="70" w:type="dxa"/>
              <w:left w:w="90" w:type="dxa"/>
              <w:bottom w:w="70" w:type="dxa"/>
              <w:right w:w="90" w:type="dxa"/>
            </w:tcMar>
            <w:vAlign w:val="center"/>
          </w:tcPr>
          <w:p w14:paraId="749BCBF5" w14:textId="77777777" w:rsidR="005B3871" w:rsidRDefault="005B3871"/>
          <w:p w14:paraId="17EC75D6"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0A848E88" w14:textId="77777777">
        <w:trPr>
          <w:cantSplit/>
          <w:jc w:val="center"/>
        </w:trPr>
        <w:tc>
          <w:tcPr>
            <w:tcW w:w="14060" w:type="dxa"/>
            <w:gridSpan w:val="6"/>
            <w:tcMar>
              <w:top w:w="70" w:type="dxa"/>
              <w:left w:w="90" w:type="dxa"/>
              <w:bottom w:w="70" w:type="dxa"/>
              <w:right w:w="90" w:type="dxa"/>
            </w:tcMar>
            <w:vAlign w:val="center"/>
          </w:tcPr>
          <w:p w14:paraId="44F32BC6" w14:textId="77777777" w:rsidR="005B3871" w:rsidRDefault="005B3871"/>
          <w:p w14:paraId="3FE33567"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1A5CB048"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D39B0B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0E36876"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F2B5A72" w14:textId="77777777" w:rsidR="005B3871" w:rsidRDefault="00000000">
            <w:pPr>
              <w:jc w:val="center"/>
            </w:pPr>
            <w:r>
              <w:rPr>
                <w:b/>
                <w:color w:val="000000"/>
                <w:sz w:val="20"/>
              </w:rPr>
              <w:t>UČNE DEJAVNOSTI, METODE IN FORMATIVNO SPREMLJANJE</w:t>
            </w:r>
          </w:p>
        </w:tc>
      </w:tr>
      <w:tr w:rsidR="005B3871" w14:paraId="624F69C7" w14:textId="77777777">
        <w:trPr>
          <w:tblHeader/>
          <w:jc w:val="center"/>
        </w:trPr>
        <w:tc>
          <w:tcPr>
            <w:tcW w:w="4422" w:type="dxa"/>
            <w:vMerge/>
            <w:tcMar>
              <w:top w:w="70" w:type="dxa"/>
              <w:left w:w="90" w:type="dxa"/>
              <w:bottom w:w="70" w:type="dxa"/>
              <w:right w:w="90" w:type="dxa"/>
            </w:tcMar>
            <w:vAlign w:val="center"/>
          </w:tcPr>
          <w:p w14:paraId="493C31A5" w14:textId="77777777" w:rsidR="005B3871" w:rsidRDefault="005B3871"/>
        </w:tc>
        <w:tc>
          <w:tcPr>
            <w:tcW w:w="7087" w:type="dxa"/>
            <w:shd w:val="clear" w:color="auto" w:fill="FFFFFF"/>
            <w:tcMar>
              <w:top w:w="70" w:type="dxa"/>
              <w:left w:w="90" w:type="dxa"/>
              <w:bottom w:w="70" w:type="dxa"/>
              <w:right w:w="90" w:type="dxa"/>
            </w:tcMar>
            <w:vAlign w:val="center"/>
          </w:tcPr>
          <w:p w14:paraId="25495B63"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A43B3A5" w14:textId="77777777" w:rsidR="005B3871" w:rsidRDefault="00000000">
            <w:pPr>
              <w:jc w:val="center"/>
            </w:pPr>
            <w:r>
              <w:rPr>
                <w:b/>
                <w:color w:val="000000"/>
              </w:rPr>
              <w:t>UČENEC</w:t>
            </w:r>
          </w:p>
        </w:tc>
      </w:tr>
      <w:tr w:rsidR="005B3871" w14:paraId="24672633" w14:textId="77777777">
        <w:trPr>
          <w:jc w:val="center"/>
        </w:trPr>
        <w:tc>
          <w:tcPr>
            <w:tcW w:w="4422" w:type="dxa"/>
            <w:tcMar>
              <w:top w:w="70" w:type="dxa"/>
              <w:left w:w="90" w:type="dxa"/>
              <w:bottom w:w="70" w:type="dxa"/>
              <w:right w:w="90" w:type="dxa"/>
            </w:tcMar>
          </w:tcPr>
          <w:p w14:paraId="1B99D0E9" w14:textId="77777777" w:rsidR="005B3871" w:rsidRDefault="005B3871"/>
          <w:p w14:paraId="76F03769" w14:textId="77777777" w:rsidR="005B3871" w:rsidRDefault="00000000">
            <w:pPr>
              <w:spacing w:after="60" w:line="245" w:lineRule="auto"/>
            </w:pPr>
            <w:r>
              <w:rPr>
                <w:b/>
                <w:color w:val="000000"/>
              </w:rPr>
              <w:t>UČNI CILJI</w:t>
            </w:r>
          </w:p>
          <w:p w14:paraId="788A9CE5" w14:textId="77777777" w:rsidR="005B3871" w:rsidRDefault="00000000">
            <w:pPr>
              <w:spacing w:after="20" w:line="245" w:lineRule="auto"/>
            </w:pPr>
            <w:r>
              <w:rPr>
                <w:b/>
                <w:color w:val="000000"/>
                <w:sz w:val="17"/>
              </w:rPr>
              <w:t>SPLOŠNI</w:t>
            </w:r>
          </w:p>
          <w:p w14:paraId="78B1F0CD" w14:textId="77777777" w:rsidR="005B3871" w:rsidRDefault="00000000">
            <w:pPr>
              <w:pStyle w:val="Oznaenseznam"/>
              <w:spacing w:after="16"/>
            </w:pPr>
            <w:r>
              <w:rPr>
                <w:color w:val="000000"/>
                <w:sz w:val="16"/>
              </w:rPr>
              <w:t>razvija številske, prostorske in količinske predstave s konkretnimi izkušnjami</w:t>
            </w:r>
          </w:p>
          <w:p w14:paraId="5D6FF32A" w14:textId="77777777" w:rsidR="005B3871" w:rsidRDefault="00000000">
            <w:pPr>
              <w:pStyle w:val="Oznaenseznam"/>
              <w:spacing w:after="16"/>
            </w:pPr>
            <w:r>
              <w:rPr>
                <w:color w:val="000000"/>
                <w:sz w:val="16"/>
              </w:rPr>
              <w:t>rešuje matematične probleme s predmetom, gibanjem, risbo, modelom in simbolom</w:t>
            </w:r>
          </w:p>
          <w:p w14:paraId="2AD0747E" w14:textId="77777777" w:rsidR="005B3871" w:rsidRDefault="00000000">
            <w:pPr>
              <w:pStyle w:val="Oznaenseznam"/>
              <w:spacing w:after="16"/>
            </w:pPr>
            <w:r>
              <w:rPr>
                <w:color w:val="000000"/>
                <w:sz w:val="16"/>
              </w:rPr>
              <w:t>pojasnjuje izbrano strategijo, preverja smiselnost rešitve in posluša rešitve drugih</w:t>
            </w:r>
          </w:p>
          <w:p w14:paraId="1A11BE46" w14:textId="77777777" w:rsidR="005B3871" w:rsidRDefault="00000000">
            <w:pPr>
              <w:pStyle w:val="Oznaenseznam"/>
              <w:spacing w:after="16"/>
            </w:pPr>
            <w:r>
              <w:rPr>
                <w:color w:val="000000"/>
                <w:sz w:val="16"/>
              </w:rPr>
              <w:t>ob namenih in kriterijih spremlja svoje učenje ter uporabi opisno povratno informacijo</w:t>
            </w:r>
          </w:p>
          <w:p w14:paraId="35BD3542" w14:textId="77777777" w:rsidR="005B3871" w:rsidRDefault="00000000">
            <w:pPr>
              <w:spacing w:before="40" w:after="20" w:line="245" w:lineRule="auto"/>
            </w:pPr>
            <w:r>
              <w:rPr>
                <w:b/>
                <w:color w:val="000000"/>
                <w:sz w:val="17"/>
              </w:rPr>
              <w:t>OPERATIVNI</w:t>
            </w:r>
          </w:p>
          <w:p w14:paraId="36B0F6CD" w14:textId="77777777" w:rsidR="005B3871" w:rsidRDefault="00000000">
            <w:pPr>
              <w:pStyle w:val="Oznaenseznam"/>
              <w:spacing w:after="16"/>
            </w:pPr>
            <w:r>
              <w:rPr>
                <w:color w:val="000000"/>
                <w:sz w:val="16"/>
              </w:rPr>
              <w:t>združuje količine</w:t>
            </w:r>
          </w:p>
          <w:p w14:paraId="3DF8D770" w14:textId="77777777" w:rsidR="005B3871" w:rsidRDefault="00000000">
            <w:pPr>
              <w:pStyle w:val="Oznaenseznam"/>
              <w:spacing w:after="16"/>
            </w:pPr>
            <w:r>
              <w:rPr>
                <w:color w:val="000000"/>
                <w:sz w:val="16"/>
              </w:rPr>
              <w:t>zapiše in prebere račun</w:t>
            </w:r>
          </w:p>
          <w:p w14:paraId="0E6DA9AD" w14:textId="77777777" w:rsidR="005B3871" w:rsidRDefault="00000000">
            <w:pPr>
              <w:pStyle w:val="Oznaenseznam"/>
              <w:spacing w:after="16"/>
            </w:pPr>
            <w:r>
              <w:rPr>
                <w:color w:val="000000"/>
                <w:sz w:val="16"/>
              </w:rPr>
              <w:t>uporabi zakon o zamenjavi na konkretni ravni</w:t>
            </w:r>
          </w:p>
          <w:p w14:paraId="2012F7FD" w14:textId="77777777" w:rsidR="005B3871" w:rsidRDefault="00000000">
            <w:pPr>
              <w:spacing w:before="40" w:after="20" w:line="245" w:lineRule="auto"/>
            </w:pPr>
            <w:r>
              <w:rPr>
                <w:b/>
                <w:color w:val="000000"/>
                <w:sz w:val="17"/>
              </w:rPr>
              <w:t>PRIČAKOVANI DOSEŽKI / STANDARDI</w:t>
            </w:r>
          </w:p>
          <w:p w14:paraId="12C069D9" w14:textId="77777777" w:rsidR="005B3871" w:rsidRDefault="00000000">
            <w:pPr>
              <w:pStyle w:val="Oznaenseznam"/>
              <w:spacing w:after="16"/>
            </w:pPr>
            <w:r>
              <w:rPr>
                <w:color w:val="000000"/>
                <w:sz w:val="16"/>
              </w:rPr>
              <w:t>ob konkretni, slikovni ali gibalni opori združuje količine</w:t>
            </w:r>
          </w:p>
          <w:p w14:paraId="7AA96180" w14:textId="77777777" w:rsidR="005B3871" w:rsidRDefault="00000000">
            <w:pPr>
              <w:pStyle w:val="Oznaenseznam"/>
              <w:spacing w:after="16"/>
            </w:pPr>
            <w:r>
              <w:rPr>
                <w:color w:val="000000"/>
                <w:sz w:val="16"/>
              </w:rPr>
              <w:t>ob konkretni, slikovni ali gibalni opori zapiše in prebere račun</w:t>
            </w:r>
          </w:p>
          <w:p w14:paraId="4F0E6A21" w14:textId="77777777" w:rsidR="005B3871" w:rsidRDefault="00000000">
            <w:pPr>
              <w:pStyle w:val="Oznaenseznam"/>
              <w:spacing w:after="16"/>
            </w:pPr>
            <w:r>
              <w:rPr>
                <w:color w:val="000000"/>
                <w:sz w:val="16"/>
              </w:rPr>
              <w:t>ob konkretni, slikovni ali gibalni opori uporabi zakon o zamenjavi na konkretni ravni</w:t>
            </w:r>
          </w:p>
        </w:tc>
        <w:tc>
          <w:tcPr>
            <w:tcW w:w="7087" w:type="dxa"/>
            <w:tcMar>
              <w:top w:w="70" w:type="dxa"/>
              <w:left w:w="90" w:type="dxa"/>
              <w:bottom w:w="70" w:type="dxa"/>
              <w:right w:w="90" w:type="dxa"/>
            </w:tcMar>
          </w:tcPr>
          <w:p w14:paraId="770A4CED"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24035C9" w14:textId="77777777">
              <w:trPr>
                <w:jc w:val="center"/>
              </w:trPr>
              <w:tc>
                <w:tcPr>
                  <w:tcW w:w="7087" w:type="dxa"/>
                  <w:shd w:val="clear" w:color="auto" w:fill="C6E7F3"/>
                  <w:tcMar>
                    <w:top w:w="45" w:type="dxa"/>
                    <w:left w:w="70" w:type="dxa"/>
                    <w:bottom w:w="45" w:type="dxa"/>
                    <w:right w:w="70" w:type="dxa"/>
                  </w:tcMar>
                </w:tcPr>
                <w:p w14:paraId="6136113D" w14:textId="77777777" w:rsidR="005B3871" w:rsidRDefault="00000000">
                  <w:pPr>
                    <w:keepNext/>
                  </w:pPr>
                  <w:r>
                    <w:rPr>
                      <w:b/>
                      <w:color w:val="000000"/>
                    </w:rPr>
                    <w:t>UVODNI DEL – motivacija, aktivacija predznanja in namen učenja (15–20 min)</w:t>
                  </w:r>
                </w:p>
              </w:tc>
            </w:tr>
          </w:tbl>
          <w:p w14:paraId="245C5E0D" w14:textId="77777777" w:rsidR="005B3871" w:rsidRDefault="005B3871">
            <w:pPr>
              <w:spacing w:line="20" w:lineRule="exact"/>
            </w:pPr>
          </w:p>
          <w:p w14:paraId="0690E048" w14:textId="77777777" w:rsidR="005B3871" w:rsidRDefault="00000000">
            <w:pPr>
              <w:spacing w:before="40" w:after="60" w:line="245" w:lineRule="auto"/>
            </w:pPr>
            <w:r>
              <w:rPr>
                <w:color w:val="000000"/>
                <w:sz w:val="16"/>
              </w:rPr>
              <w:t>V Pekarni Mišmaš se hlebčki združujejo v naročila. Učenci konkretno raziskujejo vsoto do 10 in ugotavljajo, da zamenjava vrstnega reda obeh skupin ne spremeni skupnega števila.</w:t>
            </w:r>
          </w:p>
          <w:tbl>
            <w:tblPr>
              <w:tblStyle w:val="Tabelamrea"/>
              <w:tblW w:w="0" w:type="auto"/>
              <w:jc w:val="center"/>
              <w:tblLayout w:type="fixed"/>
              <w:tblLook w:val="04A0" w:firstRow="1" w:lastRow="0" w:firstColumn="1" w:lastColumn="0" w:noHBand="0" w:noVBand="1"/>
            </w:tblPr>
            <w:tblGrid>
              <w:gridCol w:w="7087"/>
            </w:tblGrid>
            <w:tr w:rsidR="005B3871" w14:paraId="2F0A629E" w14:textId="77777777">
              <w:trPr>
                <w:jc w:val="center"/>
              </w:trPr>
              <w:tc>
                <w:tcPr>
                  <w:tcW w:w="7087" w:type="dxa"/>
                  <w:shd w:val="clear" w:color="auto" w:fill="EDC9EA"/>
                  <w:tcMar>
                    <w:top w:w="45" w:type="dxa"/>
                    <w:left w:w="70" w:type="dxa"/>
                    <w:bottom w:w="45" w:type="dxa"/>
                    <w:right w:w="70" w:type="dxa"/>
                  </w:tcMar>
                </w:tcPr>
                <w:p w14:paraId="7EF8EF89" w14:textId="77777777" w:rsidR="005B3871" w:rsidRDefault="00000000">
                  <w:pPr>
                    <w:keepNext/>
                  </w:pPr>
                  <w:r>
                    <w:rPr>
                      <w:b/>
                      <w:color w:val="000000"/>
                    </w:rPr>
                    <w:t>NAMENI UČENJA</w:t>
                  </w:r>
                </w:p>
              </w:tc>
            </w:tr>
          </w:tbl>
          <w:p w14:paraId="3C760703" w14:textId="77777777" w:rsidR="005B3871" w:rsidRDefault="005B3871">
            <w:pPr>
              <w:spacing w:line="20" w:lineRule="exact"/>
            </w:pPr>
          </w:p>
          <w:p w14:paraId="16F7E019"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3E5CE909" w14:textId="77777777" w:rsidR="005B3871" w:rsidRDefault="00000000">
            <w:pPr>
              <w:pStyle w:val="Oznaenseznam"/>
              <w:spacing w:after="16"/>
            </w:pPr>
            <w:r>
              <w:rPr>
                <w:color w:val="000000"/>
                <w:sz w:val="16"/>
              </w:rPr>
              <w:t>združujem količine</w:t>
            </w:r>
          </w:p>
          <w:p w14:paraId="0D64E2D4" w14:textId="77777777" w:rsidR="005B3871" w:rsidRDefault="00000000">
            <w:pPr>
              <w:pStyle w:val="Oznaenseznam"/>
              <w:spacing w:after="16"/>
            </w:pPr>
            <w:r>
              <w:rPr>
                <w:color w:val="000000"/>
                <w:sz w:val="16"/>
              </w:rPr>
              <w:t>zapišem in preberem račun</w:t>
            </w:r>
          </w:p>
          <w:p w14:paraId="725E8959" w14:textId="77777777" w:rsidR="005B3871" w:rsidRDefault="00000000">
            <w:pPr>
              <w:pStyle w:val="Oznaenseznam"/>
              <w:spacing w:after="16"/>
            </w:pPr>
            <w:r>
              <w:rPr>
                <w:color w:val="000000"/>
                <w:sz w:val="16"/>
              </w:rPr>
              <w:t>uporabim zakon o zamenjavi na konkretni ravni</w:t>
            </w:r>
          </w:p>
          <w:tbl>
            <w:tblPr>
              <w:tblStyle w:val="Tabelamrea"/>
              <w:tblW w:w="0" w:type="auto"/>
              <w:jc w:val="center"/>
              <w:tblLayout w:type="fixed"/>
              <w:tblLook w:val="04A0" w:firstRow="1" w:lastRow="0" w:firstColumn="1" w:lastColumn="0" w:noHBand="0" w:noVBand="1"/>
            </w:tblPr>
            <w:tblGrid>
              <w:gridCol w:w="7087"/>
            </w:tblGrid>
            <w:tr w:rsidR="005B3871" w14:paraId="28B02125" w14:textId="77777777">
              <w:trPr>
                <w:jc w:val="center"/>
              </w:trPr>
              <w:tc>
                <w:tcPr>
                  <w:tcW w:w="7087" w:type="dxa"/>
                  <w:shd w:val="clear" w:color="auto" w:fill="EDC9EA"/>
                  <w:tcMar>
                    <w:top w:w="45" w:type="dxa"/>
                    <w:left w:w="70" w:type="dxa"/>
                    <w:bottom w:w="45" w:type="dxa"/>
                    <w:right w:w="70" w:type="dxa"/>
                  </w:tcMar>
                </w:tcPr>
                <w:p w14:paraId="2FC80D39" w14:textId="77777777" w:rsidR="005B3871" w:rsidRDefault="00000000">
                  <w:pPr>
                    <w:keepNext/>
                  </w:pPr>
                  <w:r>
                    <w:rPr>
                      <w:b/>
                      <w:color w:val="000000"/>
                    </w:rPr>
                    <w:t>PREVERJANJE PREDZNANJA</w:t>
                  </w:r>
                </w:p>
              </w:tc>
            </w:tr>
          </w:tbl>
          <w:p w14:paraId="07F44F54" w14:textId="77777777" w:rsidR="005B3871" w:rsidRDefault="005B3871">
            <w:pPr>
              <w:spacing w:line="20" w:lineRule="exact"/>
            </w:pPr>
          </w:p>
          <w:p w14:paraId="4293F68C" w14:textId="77777777" w:rsidR="005B3871" w:rsidRDefault="00000000">
            <w:pPr>
              <w:pStyle w:val="Oznaenseznam"/>
              <w:spacing w:after="16"/>
            </w:pPr>
            <w:r>
              <w:rPr>
                <w:color w:val="000000"/>
                <w:sz w:val="16"/>
              </w:rPr>
              <w:t>Kako lahko število razstavim na dva dela?</w:t>
            </w:r>
          </w:p>
          <w:p w14:paraId="41663911" w14:textId="77777777" w:rsidR="005B3871" w:rsidRDefault="00000000">
            <w:pPr>
              <w:pStyle w:val="Oznaenseznam"/>
              <w:spacing w:after="16"/>
            </w:pPr>
            <w:r>
              <w:rPr>
                <w:color w:val="000000"/>
                <w:sz w:val="16"/>
              </w:rPr>
              <w:t>Kaj opazim, če pri seštevanju zamenjam oba dela?</w:t>
            </w:r>
          </w:p>
          <w:p w14:paraId="09A823B6"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3AA7B255" w14:textId="77777777">
              <w:trPr>
                <w:jc w:val="center"/>
              </w:trPr>
              <w:tc>
                <w:tcPr>
                  <w:tcW w:w="7087" w:type="dxa"/>
                  <w:shd w:val="clear" w:color="auto" w:fill="EDC9EA"/>
                  <w:tcMar>
                    <w:top w:w="45" w:type="dxa"/>
                    <w:left w:w="70" w:type="dxa"/>
                    <w:bottom w:w="45" w:type="dxa"/>
                    <w:right w:w="70" w:type="dxa"/>
                  </w:tcMar>
                </w:tcPr>
                <w:p w14:paraId="126EAB20" w14:textId="77777777" w:rsidR="005B3871" w:rsidRDefault="00000000">
                  <w:pPr>
                    <w:keepNext/>
                  </w:pPr>
                  <w:r>
                    <w:rPr>
                      <w:b/>
                      <w:color w:val="000000"/>
                    </w:rPr>
                    <w:t>KRITERIJI USPEŠNOSTI</w:t>
                  </w:r>
                </w:p>
              </w:tc>
            </w:tr>
          </w:tbl>
          <w:p w14:paraId="4E713A33" w14:textId="77777777" w:rsidR="005B3871" w:rsidRDefault="005B3871"/>
          <w:p w14:paraId="68D28FC4" w14:textId="77777777" w:rsidR="005B3871" w:rsidRDefault="00000000">
            <w:pPr>
              <w:spacing w:before="20" w:after="20" w:line="245" w:lineRule="auto"/>
            </w:pPr>
            <w:r>
              <w:rPr>
                <w:b/>
                <w:color w:val="000000"/>
                <w:sz w:val="16"/>
              </w:rPr>
              <w:t>Uspešen/-na bom, ko:</w:t>
            </w:r>
          </w:p>
          <w:p w14:paraId="70E238DA" w14:textId="77777777" w:rsidR="005B3871" w:rsidRDefault="00000000">
            <w:pPr>
              <w:pStyle w:val="Oznaenseznam"/>
              <w:spacing w:after="16"/>
            </w:pPr>
            <w:r>
              <w:rPr>
                <w:color w:val="000000"/>
                <w:sz w:val="16"/>
              </w:rPr>
              <w:t>združujem količine</w:t>
            </w:r>
          </w:p>
          <w:p w14:paraId="31ABFD8E" w14:textId="77777777" w:rsidR="005B3871" w:rsidRDefault="00000000">
            <w:pPr>
              <w:pStyle w:val="Oznaenseznam"/>
              <w:spacing w:after="16"/>
            </w:pPr>
            <w:r>
              <w:rPr>
                <w:color w:val="000000"/>
                <w:sz w:val="16"/>
              </w:rPr>
              <w:t>zapišem in preberem račun</w:t>
            </w:r>
          </w:p>
          <w:p w14:paraId="2E2AFBE4" w14:textId="77777777" w:rsidR="005B3871" w:rsidRDefault="00000000">
            <w:pPr>
              <w:pStyle w:val="Oznaenseznam"/>
              <w:spacing w:after="16"/>
            </w:pPr>
            <w:r>
              <w:rPr>
                <w:color w:val="000000"/>
                <w:sz w:val="16"/>
              </w:rPr>
              <w:t>uporabim zakon o zamenjavi na konkretni ravni</w:t>
            </w:r>
          </w:p>
          <w:p w14:paraId="420E225C"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3348F6AB" w14:textId="77777777" w:rsidR="005B3871" w:rsidRDefault="005B3871"/>
          <w:p w14:paraId="112BD065"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58E6771A" w14:textId="77777777" w:rsidR="005B3871" w:rsidRDefault="00000000">
            <w:pPr>
              <w:spacing w:after="80" w:line="245" w:lineRule="auto"/>
            </w:pPr>
            <w:r>
              <w:rPr>
                <w:color w:val="000000"/>
                <w:sz w:val="16"/>
              </w:rPr>
              <w:t>Pove, pokaže ali nariše, kako bi nalogo začel. Posluša tudi drugačne strategije.</w:t>
            </w:r>
          </w:p>
          <w:p w14:paraId="1C73F411" w14:textId="77777777" w:rsidR="005B3871" w:rsidRDefault="00000000">
            <w:pPr>
              <w:spacing w:after="100" w:line="245" w:lineRule="auto"/>
            </w:pPr>
            <w:r>
              <w:rPr>
                <w:color w:val="000000"/>
                <w:sz w:val="16"/>
              </w:rPr>
              <w:t>Sodeluje pri razumevanju namenov in kriterijev uspešnosti.</w:t>
            </w:r>
          </w:p>
          <w:p w14:paraId="2766FEED" w14:textId="77777777" w:rsidR="005B3871" w:rsidRDefault="00000000">
            <w:pPr>
              <w:spacing w:after="20" w:line="245" w:lineRule="auto"/>
            </w:pPr>
            <w:r>
              <w:rPr>
                <w:b/>
                <w:color w:val="D95BC6"/>
                <w:sz w:val="17"/>
              </w:rPr>
              <w:t>DOKAZ O UČENJU</w:t>
            </w:r>
          </w:p>
          <w:p w14:paraId="354EA044" w14:textId="77777777" w:rsidR="005B3871" w:rsidRDefault="00000000">
            <w:pPr>
              <w:spacing w:after="30" w:line="245" w:lineRule="auto"/>
            </w:pPr>
            <w:r>
              <w:rPr>
                <w:color w:val="D95BC6"/>
                <w:sz w:val="16"/>
              </w:rPr>
              <w:t>začetna strategija, razvrstitev, model, risba, gib ali ustni odgovor</w:t>
            </w:r>
          </w:p>
        </w:tc>
      </w:tr>
    </w:tbl>
    <w:p w14:paraId="24312FA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91B2BC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FE955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AB47C8D" w14:textId="77777777" w:rsidR="005B3871" w:rsidRDefault="00000000">
            <w:pPr>
              <w:jc w:val="center"/>
            </w:pPr>
            <w:r>
              <w:rPr>
                <w:b/>
                <w:color w:val="000000"/>
                <w:sz w:val="20"/>
              </w:rPr>
              <w:t>UČNE DEJAVNOSTI, METODE IN FORMATIVNO SPREMLJANJE</w:t>
            </w:r>
          </w:p>
        </w:tc>
      </w:tr>
      <w:tr w:rsidR="005B3871" w14:paraId="6AAB77A9" w14:textId="77777777">
        <w:trPr>
          <w:tblHeader/>
          <w:jc w:val="center"/>
        </w:trPr>
        <w:tc>
          <w:tcPr>
            <w:tcW w:w="4422" w:type="dxa"/>
            <w:vMerge/>
            <w:tcMar>
              <w:top w:w="70" w:type="dxa"/>
              <w:left w:w="90" w:type="dxa"/>
              <w:bottom w:w="70" w:type="dxa"/>
              <w:right w:w="90" w:type="dxa"/>
            </w:tcMar>
            <w:vAlign w:val="center"/>
          </w:tcPr>
          <w:p w14:paraId="226B4331" w14:textId="77777777" w:rsidR="005B3871" w:rsidRDefault="005B3871"/>
        </w:tc>
        <w:tc>
          <w:tcPr>
            <w:tcW w:w="7087" w:type="dxa"/>
            <w:shd w:val="clear" w:color="auto" w:fill="FFFFFF"/>
            <w:tcMar>
              <w:top w:w="70" w:type="dxa"/>
              <w:left w:w="90" w:type="dxa"/>
              <w:bottom w:w="70" w:type="dxa"/>
              <w:right w:w="90" w:type="dxa"/>
            </w:tcMar>
            <w:vAlign w:val="center"/>
          </w:tcPr>
          <w:p w14:paraId="07FD76D0"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1C3AC08" w14:textId="77777777" w:rsidR="005B3871" w:rsidRDefault="00000000">
            <w:pPr>
              <w:jc w:val="center"/>
            </w:pPr>
            <w:r>
              <w:rPr>
                <w:b/>
                <w:color w:val="000000"/>
              </w:rPr>
              <w:t>UČENEC</w:t>
            </w:r>
          </w:p>
        </w:tc>
      </w:tr>
      <w:tr w:rsidR="005B3871" w14:paraId="0CE26B2B" w14:textId="77777777">
        <w:trPr>
          <w:jc w:val="center"/>
        </w:trPr>
        <w:tc>
          <w:tcPr>
            <w:tcW w:w="4422" w:type="dxa"/>
            <w:tcMar>
              <w:top w:w="70" w:type="dxa"/>
              <w:left w:w="90" w:type="dxa"/>
              <w:bottom w:w="70" w:type="dxa"/>
              <w:right w:w="90" w:type="dxa"/>
            </w:tcMar>
          </w:tcPr>
          <w:p w14:paraId="4F1A768B" w14:textId="77777777" w:rsidR="005B3871" w:rsidRDefault="005B3871"/>
          <w:p w14:paraId="45429EC4" w14:textId="77777777" w:rsidR="005B3871" w:rsidRDefault="00000000">
            <w:pPr>
              <w:spacing w:after="40" w:line="245" w:lineRule="auto"/>
            </w:pPr>
            <w:r>
              <w:rPr>
                <w:b/>
                <w:color w:val="000000"/>
              </w:rPr>
              <w:t>KLJUČNI POJMI</w:t>
            </w:r>
          </w:p>
          <w:p w14:paraId="27D1B11A" w14:textId="77777777" w:rsidR="005B3871" w:rsidRDefault="00000000">
            <w:pPr>
              <w:spacing w:after="60" w:line="245" w:lineRule="auto"/>
            </w:pPr>
            <w:r>
              <w:rPr>
                <w:color w:val="000000"/>
                <w:sz w:val="16"/>
              </w:rPr>
              <w:t>seštevanje, vsota, del, celota, razstav, zakon o zamenjavi, račun, enako</w:t>
            </w:r>
          </w:p>
          <w:p w14:paraId="3283FB80" w14:textId="77777777" w:rsidR="005B3871" w:rsidRDefault="00000000">
            <w:pPr>
              <w:spacing w:after="20" w:line="245" w:lineRule="auto"/>
            </w:pPr>
            <w:r>
              <w:rPr>
                <w:b/>
                <w:color w:val="000000"/>
                <w:sz w:val="17"/>
              </w:rPr>
              <w:t>DOKAZI O UČENJU</w:t>
            </w:r>
          </w:p>
          <w:p w14:paraId="0C543B2A" w14:textId="77777777" w:rsidR="005B3871" w:rsidRDefault="00000000">
            <w:pPr>
              <w:pStyle w:val="Oznaenseznam"/>
              <w:spacing w:after="16"/>
            </w:pPr>
            <w:r>
              <w:rPr>
                <w:color w:val="000000"/>
                <w:sz w:val="16"/>
              </w:rPr>
              <w:t>konkretni model seštevanja do 10</w:t>
            </w:r>
          </w:p>
          <w:p w14:paraId="166E6FAF" w14:textId="77777777" w:rsidR="005B3871" w:rsidRDefault="00000000">
            <w:pPr>
              <w:pStyle w:val="Oznaenseznam"/>
              <w:spacing w:after="16"/>
            </w:pPr>
            <w:r>
              <w:rPr>
                <w:color w:val="000000"/>
                <w:sz w:val="16"/>
              </w:rPr>
              <w:t>živi dokaz zakona o zamenjavi</w:t>
            </w:r>
          </w:p>
          <w:p w14:paraId="25BF539C" w14:textId="77777777" w:rsidR="005B3871" w:rsidRDefault="00000000">
            <w:pPr>
              <w:pStyle w:val="Oznaenseznam"/>
              <w:spacing w:after="16"/>
            </w:pPr>
            <w:r>
              <w:rPr>
                <w:color w:val="000000"/>
                <w:sz w:val="16"/>
              </w:rPr>
              <w:t>pravilen par računov z enako vsoto</w:t>
            </w:r>
          </w:p>
          <w:p w14:paraId="37F742A4" w14:textId="77777777" w:rsidR="005B3871" w:rsidRDefault="00000000">
            <w:pPr>
              <w:pStyle w:val="Oznaenseznam"/>
              <w:spacing w:after="16"/>
            </w:pPr>
            <w:r>
              <w:rPr>
                <w:color w:val="000000"/>
                <w:sz w:val="16"/>
              </w:rPr>
              <w:t>razstavi števila 10 z razlago</w:t>
            </w:r>
          </w:p>
          <w:p w14:paraId="23C4658C" w14:textId="77777777" w:rsidR="005B3871" w:rsidRDefault="00000000">
            <w:pPr>
              <w:spacing w:before="40" w:after="20" w:line="245" w:lineRule="auto"/>
            </w:pPr>
            <w:r>
              <w:rPr>
                <w:b/>
                <w:color w:val="000000"/>
                <w:sz w:val="17"/>
              </w:rPr>
              <w:t>MEDPREDMETNA POVEZAVA</w:t>
            </w:r>
          </w:p>
          <w:p w14:paraId="407868C7" w14:textId="77777777" w:rsidR="005B3871" w:rsidRDefault="00000000">
            <w:pPr>
              <w:spacing w:after="60" w:line="245" w:lineRule="auto"/>
            </w:pPr>
            <w:r>
              <w:rPr>
                <w:color w:val="000000"/>
                <w:sz w:val="16"/>
              </w:rPr>
              <w:t>SLJ – razlaga ugotovitve; SPO – delo v skupnosti; ŠPO – živi skupini; LUM – modeli hlebčkov</w:t>
            </w:r>
          </w:p>
          <w:p w14:paraId="6658679E" w14:textId="77777777" w:rsidR="005B3871" w:rsidRDefault="00000000">
            <w:pPr>
              <w:spacing w:after="20" w:line="245" w:lineRule="auto"/>
            </w:pPr>
            <w:r>
              <w:rPr>
                <w:b/>
                <w:color w:val="000000"/>
                <w:sz w:val="17"/>
              </w:rPr>
              <w:t>POUČEVANJE V GIBANJU</w:t>
            </w:r>
          </w:p>
          <w:p w14:paraId="688C039E"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5E73C1D4" w14:textId="77777777" w:rsidR="005B3871" w:rsidRDefault="00000000">
            <w:pPr>
              <w:spacing w:after="20" w:line="245" w:lineRule="auto"/>
            </w:pPr>
            <w:r>
              <w:rPr>
                <w:b/>
                <w:color w:val="000000"/>
                <w:sz w:val="17"/>
              </w:rPr>
              <w:t>DELO PO POSTAJAH</w:t>
            </w:r>
          </w:p>
          <w:p w14:paraId="19DFBE68" w14:textId="77777777" w:rsidR="005B3871" w:rsidRDefault="00000000">
            <w:pPr>
              <w:spacing w:after="60" w:line="245" w:lineRule="auto"/>
            </w:pPr>
            <w:r>
              <w:rPr>
                <w:color w:val="000000"/>
                <w:sz w:val="15"/>
              </w:rPr>
              <w:t>Načrtovana rotacija: konkretno-izkušenjska – Pekovski deli in celota; gibalna/sodelovalna – Zamenjajmo mesti; slikovno-simbolna – Par računov; izziv, dokaz in povratna informacija – Naročilo za deset. Pri pisnem ocenjevanju se postaje izvedejo v pripravi, analizi in ponovnem učenju.</w:t>
            </w:r>
          </w:p>
          <w:p w14:paraId="37984DD6" w14:textId="77777777" w:rsidR="005B3871" w:rsidRDefault="00000000">
            <w:pPr>
              <w:spacing w:after="20" w:line="245" w:lineRule="auto"/>
            </w:pPr>
            <w:r>
              <w:rPr>
                <w:b/>
                <w:color w:val="000000"/>
                <w:sz w:val="17"/>
              </w:rPr>
              <w:t>DIFERENCIACIJA IN VKLJUČEVANJE</w:t>
            </w:r>
          </w:p>
          <w:p w14:paraId="68EECB1A"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2BF2A5C6" w14:textId="77777777" w:rsidR="005B3871" w:rsidRDefault="00000000">
            <w:pPr>
              <w:spacing w:after="20" w:line="245" w:lineRule="auto"/>
            </w:pPr>
            <w:r>
              <w:rPr>
                <w:b/>
                <w:color w:val="000000"/>
                <w:sz w:val="17"/>
              </w:rPr>
              <w:t>SPREMLJANJE</w:t>
            </w:r>
          </w:p>
          <w:p w14:paraId="16CE640A"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06E09593"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CD822C1" w14:textId="77777777">
              <w:trPr>
                <w:jc w:val="center"/>
              </w:trPr>
              <w:tc>
                <w:tcPr>
                  <w:tcW w:w="7087" w:type="dxa"/>
                  <w:shd w:val="clear" w:color="auto" w:fill="C6E7F3"/>
                  <w:tcMar>
                    <w:top w:w="45" w:type="dxa"/>
                    <w:left w:w="70" w:type="dxa"/>
                    <w:bottom w:w="45" w:type="dxa"/>
                    <w:right w:w="70" w:type="dxa"/>
                  </w:tcMar>
                </w:tcPr>
                <w:p w14:paraId="70D6D5E2" w14:textId="77777777" w:rsidR="005B3871" w:rsidRDefault="00000000">
                  <w:pPr>
                    <w:keepNext/>
                  </w:pPr>
                  <w:r>
                    <w:rPr>
                      <w:b/>
                      <w:color w:val="000000"/>
                    </w:rPr>
                    <w:t>GLAVNI DEL – IZKUŠENJSKO IN PROBLEMSKO UČENJE (4 šolske ure)</w:t>
                  </w:r>
                </w:p>
              </w:tc>
            </w:tr>
          </w:tbl>
          <w:p w14:paraId="0ABA366F" w14:textId="77777777" w:rsidR="005B3871" w:rsidRDefault="005B3871">
            <w:pPr>
              <w:spacing w:line="20" w:lineRule="exact"/>
            </w:pPr>
          </w:p>
          <w:p w14:paraId="24C6FE97" w14:textId="77777777" w:rsidR="005B3871" w:rsidRDefault="00000000">
            <w:pPr>
              <w:keepNext/>
              <w:spacing w:before="40" w:after="10" w:line="245" w:lineRule="auto"/>
            </w:pPr>
            <w:r>
              <w:rPr>
                <w:b/>
                <w:color w:val="000000"/>
                <w:sz w:val="17"/>
              </w:rPr>
              <w:t>1. URA – Pekovski deli in celota</w:t>
            </w:r>
          </w:p>
          <w:p w14:paraId="0121BE87" w14:textId="77777777" w:rsidR="005B3871" w:rsidRDefault="00000000">
            <w:pPr>
              <w:spacing w:after="14" w:line="245" w:lineRule="auto"/>
            </w:pPr>
            <w:r>
              <w:rPr>
                <w:b/>
                <w:color w:val="000000"/>
                <w:sz w:val="16"/>
              </w:rPr>
              <w:t xml:space="preserve">Dejavnost učiteljice: </w:t>
            </w:r>
            <w:r>
              <w:rPr>
                <w:color w:val="000000"/>
                <w:sz w:val="16"/>
              </w:rPr>
              <w:t>Na podlogi del–del–celota združi dve količini hlebčkov.</w:t>
            </w:r>
          </w:p>
          <w:p w14:paraId="0696E217" w14:textId="77777777" w:rsidR="005B3871" w:rsidRDefault="00000000">
            <w:pPr>
              <w:spacing w:after="14" w:line="245" w:lineRule="auto"/>
            </w:pPr>
            <w:r>
              <w:rPr>
                <w:b/>
                <w:color w:val="000000"/>
                <w:sz w:val="16"/>
              </w:rPr>
              <w:t xml:space="preserve">Dejavnost učencev: </w:t>
            </w:r>
            <w:r>
              <w:rPr>
                <w:color w:val="000000"/>
                <w:sz w:val="16"/>
              </w:rPr>
              <w:t>Sestavijo dva dela, določijo celoto in zapišejo račun.</w:t>
            </w:r>
          </w:p>
          <w:p w14:paraId="656C43CD" w14:textId="77777777" w:rsidR="005B3871" w:rsidRDefault="00000000">
            <w:pPr>
              <w:spacing w:after="24" w:line="245" w:lineRule="auto"/>
            </w:pPr>
            <w:r>
              <w:rPr>
                <w:i/>
                <w:color w:val="D95BC6"/>
                <w:sz w:val="16"/>
              </w:rPr>
              <w:t>Predvideni dokaz: konkretni model seštevanja do 10.</w:t>
            </w:r>
          </w:p>
          <w:p w14:paraId="057204B2" w14:textId="77777777" w:rsidR="005B3871" w:rsidRDefault="00000000">
            <w:pPr>
              <w:keepNext/>
              <w:spacing w:before="40" w:after="10" w:line="245" w:lineRule="auto"/>
            </w:pPr>
            <w:r>
              <w:rPr>
                <w:b/>
                <w:color w:val="000000"/>
                <w:sz w:val="17"/>
              </w:rPr>
              <w:t>2. URA – Zamenjajmo mesti</w:t>
            </w:r>
          </w:p>
          <w:p w14:paraId="022AE680" w14:textId="77777777" w:rsidR="005B3871" w:rsidRDefault="00000000">
            <w:pPr>
              <w:spacing w:after="14" w:line="245" w:lineRule="auto"/>
            </w:pPr>
            <w:r>
              <w:rPr>
                <w:b/>
                <w:color w:val="000000"/>
                <w:sz w:val="16"/>
              </w:rPr>
              <w:t xml:space="preserve">Dejavnost učiteljice: </w:t>
            </w:r>
            <w:r>
              <w:rPr>
                <w:color w:val="000000"/>
                <w:sz w:val="16"/>
              </w:rPr>
              <w:t>Dve skupini učencev postavi v obroča ter zamenja njun položaj.</w:t>
            </w:r>
          </w:p>
          <w:p w14:paraId="42D97B11" w14:textId="77777777" w:rsidR="005B3871" w:rsidRDefault="00000000">
            <w:pPr>
              <w:spacing w:after="14" w:line="245" w:lineRule="auto"/>
            </w:pPr>
            <w:r>
              <w:rPr>
                <w:b/>
                <w:color w:val="000000"/>
                <w:sz w:val="16"/>
              </w:rPr>
              <w:t xml:space="preserve">Dejavnost učencev: </w:t>
            </w:r>
            <w:r>
              <w:rPr>
                <w:color w:val="000000"/>
                <w:sz w:val="16"/>
              </w:rPr>
              <w:t>Preštejejo celoto pred in po zamenjavi ter povedo ugotovitev.</w:t>
            </w:r>
          </w:p>
          <w:p w14:paraId="2C53085B" w14:textId="77777777" w:rsidR="005B3871" w:rsidRDefault="00000000">
            <w:pPr>
              <w:spacing w:after="24" w:line="245" w:lineRule="auto"/>
            </w:pPr>
            <w:r>
              <w:rPr>
                <w:i/>
                <w:color w:val="D95BC6"/>
                <w:sz w:val="16"/>
              </w:rPr>
              <w:t>Predvideni dokaz: živi dokaz zakona o zamenjavi.</w:t>
            </w:r>
          </w:p>
          <w:p w14:paraId="087458FD" w14:textId="77777777" w:rsidR="005B3871" w:rsidRDefault="00000000">
            <w:pPr>
              <w:keepNext/>
              <w:spacing w:before="40" w:after="10" w:line="245" w:lineRule="auto"/>
            </w:pPr>
            <w:r>
              <w:rPr>
                <w:b/>
                <w:color w:val="000000"/>
                <w:sz w:val="17"/>
              </w:rPr>
              <w:t>3. URA – Par računov</w:t>
            </w:r>
          </w:p>
          <w:p w14:paraId="728691C9" w14:textId="77777777" w:rsidR="005B3871" w:rsidRDefault="00000000">
            <w:pPr>
              <w:spacing w:after="14" w:line="245" w:lineRule="auto"/>
            </w:pPr>
            <w:r>
              <w:rPr>
                <w:b/>
                <w:color w:val="000000"/>
                <w:sz w:val="16"/>
              </w:rPr>
              <w:t xml:space="preserve">Dejavnost učiteljice: </w:t>
            </w:r>
            <w:r>
              <w:rPr>
                <w:color w:val="000000"/>
                <w:sz w:val="16"/>
              </w:rPr>
              <w:t>Poveže model z računoma a + b in b + a ter opozori na enako vsoto.</w:t>
            </w:r>
          </w:p>
          <w:p w14:paraId="2F93CED8" w14:textId="77777777" w:rsidR="005B3871" w:rsidRDefault="00000000">
            <w:pPr>
              <w:spacing w:after="14" w:line="245" w:lineRule="auto"/>
            </w:pPr>
            <w:r>
              <w:rPr>
                <w:b/>
                <w:color w:val="000000"/>
                <w:sz w:val="16"/>
              </w:rPr>
              <w:t xml:space="preserve">Dejavnost učencev: </w:t>
            </w:r>
            <w:r>
              <w:rPr>
                <w:color w:val="000000"/>
                <w:sz w:val="16"/>
              </w:rPr>
              <w:t>Iz modela zapišejo oba računa in ju preverijo s števci.</w:t>
            </w:r>
          </w:p>
          <w:p w14:paraId="54731400" w14:textId="77777777" w:rsidR="005B3871" w:rsidRDefault="00000000">
            <w:pPr>
              <w:spacing w:after="24" w:line="245" w:lineRule="auto"/>
            </w:pPr>
            <w:r>
              <w:rPr>
                <w:i/>
                <w:color w:val="D95BC6"/>
                <w:sz w:val="16"/>
              </w:rPr>
              <w:t>Predvideni dokaz: pravilen par računov z enako vsoto.</w:t>
            </w:r>
          </w:p>
          <w:p w14:paraId="5DD3348A" w14:textId="77777777" w:rsidR="005B3871" w:rsidRDefault="00000000">
            <w:pPr>
              <w:keepNext/>
              <w:spacing w:before="40" w:after="10" w:line="245" w:lineRule="auto"/>
            </w:pPr>
            <w:r>
              <w:rPr>
                <w:b/>
                <w:color w:val="000000"/>
                <w:sz w:val="17"/>
              </w:rPr>
              <w:t>4. URA – Naročilo za deset</w:t>
            </w:r>
          </w:p>
          <w:p w14:paraId="0A938B98" w14:textId="77777777" w:rsidR="005B3871" w:rsidRDefault="00000000">
            <w:pPr>
              <w:spacing w:after="14" w:line="245" w:lineRule="auto"/>
            </w:pPr>
            <w:r>
              <w:rPr>
                <w:b/>
                <w:color w:val="000000"/>
                <w:sz w:val="16"/>
              </w:rPr>
              <w:t xml:space="preserve">Dejavnost učiteljice: </w:t>
            </w:r>
            <w:r>
              <w:rPr>
                <w:color w:val="000000"/>
                <w:sz w:val="16"/>
              </w:rPr>
              <w:t>Ponudi problemski izziv z manjkajočim delom do 10.</w:t>
            </w:r>
          </w:p>
          <w:p w14:paraId="595F0A8D" w14:textId="77777777" w:rsidR="005B3871" w:rsidRDefault="00000000">
            <w:pPr>
              <w:spacing w:after="14" w:line="245" w:lineRule="auto"/>
            </w:pPr>
            <w:r>
              <w:rPr>
                <w:b/>
                <w:color w:val="000000"/>
                <w:sz w:val="16"/>
              </w:rPr>
              <w:t xml:space="preserve">Dejavnost učencev: </w:t>
            </w:r>
            <w:r>
              <w:rPr>
                <w:color w:val="000000"/>
                <w:sz w:val="16"/>
              </w:rPr>
              <w:t>Poiščejo več razstavov števila 10 in svojo rešitev predstavijo.</w:t>
            </w:r>
          </w:p>
          <w:p w14:paraId="2E24B63D" w14:textId="77777777" w:rsidR="005B3871" w:rsidRDefault="00000000">
            <w:pPr>
              <w:spacing w:after="24" w:line="245" w:lineRule="auto"/>
            </w:pPr>
            <w:r>
              <w:rPr>
                <w:i/>
                <w:color w:val="D95BC6"/>
                <w:sz w:val="16"/>
              </w:rPr>
              <w:t>Predvideni dokaz: razstavi števila 10 z razlago.</w:t>
            </w:r>
          </w:p>
          <w:tbl>
            <w:tblPr>
              <w:tblStyle w:val="Tabelamrea"/>
              <w:tblW w:w="0" w:type="auto"/>
              <w:jc w:val="center"/>
              <w:tblLayout w:type="fixed"/>
              <w:tblLook w:val="04A0" w:firstRow="1" w:lastRow="0" w:firstColumn="1" w:lastColumn="0" w:noHBand="0" w:noVBand="1"/>
            </w:tblPr>
            <w:tblGrid>
              <w:gridCol w:w="7087"/>
            </w:tblGrid>
            <w:tr w:rsidR="005B3871" w14:paraId="53E3A9B3" w14:textId="77777777">
              <w:trPr>
                <w:jc w:val="center"/>
              </w:trPr>
              <w:tc>
                <w:tcPr>
                  <w:tcW w:w="7087" w:type="dxa"/>
                  <w:shd w:val="clear" w:color="auto" w:fill="EDC9EA"/>
                  <w:tcMar>
                    <w:top w:w="45" w:type="dxa"/>
                    <w:left w:w="70" w:type="dxa"/>
                    <w:bottom w:w="45" w:type="dxa"/>
                    <w:right w:w="70" w:type="dxa"/>
                  </w:tcMar>
                </w:tcPr>
                <w:p w14:paraId="51701508" w14:textId="77777777" w:rsidR="005B3871" w:rsidRDefault="00000000">
                  <w:pPr>
                    <w:keepNext/>
                  </w:pPr>
                  <w:r>
                    <w:rPr>
                      <w:b/>
                      <w:color w:val="000000"/>
                    </w:rPr>
                    <w:t>POVRATNA INFORMACIJA UČITELJICE MED DELOM</w:t>
                  </w:r>
                </w:p>
              </w:tc>
            </w:tr>
          </w:tbl>
          <w:p w14:paraId="5FF2110A" w14:textId="77777777" w:rsidR="005B3871" w:rsidRDefault="005B3871"/>
          <w:p w14:paraId="6484A4BE"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4FB0ED61" w14:textId="77777777" w:rsidR="005B3871" w:rsidRDefault="005B3871"/>
          <w:p w14:paraId="518F92B4" w14:textId="77777777" w:rsidR="005B3871" w:rsidRDefault="00000000">
            <w:pPr>
              <w:spacing w:after="10" w:line="245" w:lineRule="auto"/>
            </w:pPr>
            <w:r>
              <w:rPr>
                <w:b/>
                <w:color w:val="000000"/>
                <w:sz w:val="16"/>
              </w:rPr>
              <w:t>1. URA</w:t>
            </w:r>
          </w:p>
          <w:p w14:paraId="0BFBF5E2" w14:textId="77777777" w:rsidR="005B3871" w:rsidRDefault="00000000">
            <w:pPr>
              <w:spacing w:after="30" w:line="245" w:lineRule="auto"/>
            </w:pPr>
            <w:r>
              <w:rPr>
                <w:color w:val="000000"/>
                <w:sz w:val="16"/>
              </w:rPr>
              <w:t>Sestavijo dva dela, določijo celoto in zapišejo račun.</w:t>
            </w:r>
          </w:p>
          <w:p w14:paraId="5C14A78E" w14:textId="77777777" w:rsidR="005B3871" w:rsidRDefault="00000000">
            <w:pPr>
              <w:spacing w:line="245" w:lineRule="auto"/>
            </w:pPr>
            <w:r>
              <w:rPr>
                <w:b/>
                <w:color w:val="D95BC6"/>
                <w:sz w:val="16"/>
              </w:rPr>
              <w:t>DOKAZ</w:t>
            </w:r>
          </w:p>
          <w:p w14:paraId="1F6CE53B" w14:textId="77777777" w:rsidR="005B3871" w:rsidRDefault="00000000">
            <w:pPr>
              <w:spacing w:after="40" w:line="245" w:lineRule="auto"/>
            </w:pPr>
            <w:r>
              <w:rPr>
                <w:color w:val="D95BC6"/>
                <w:sz w:val="15"/>
              </w:rPr>
              <w:t>konkretni model seštevanja do 10</w:t>
            </w:r>
          </w:p>
          <w:p w14:paraId="2FA2B877" w14:textId="77777777" w:rsidR="005B3871" w:rsidRDefault="00000000">
            <w:pPr>
              <w:spacing w:after="10" w:line="245" w:lineRule="auto"/>
            </w:pPr>
            <w:r>
              <w:rPr>
                <w:b/>
                <w:color w:val="000000"/>
                <w:sz w:val="16"/>
              </w:rPr>
              <w:t>2. URA</w:t>
            </w:r>
          </w:p>
          <w:p w14:paraId="108B7145" w14:textId="77777777" w:rsidR="005B3871" w:rsidRDefault="00000000">
            <w:pPr>
              <w:spacing w:after="30" w:line="245" w:lineRule="auto"/>
            </w:pPr>
            <w:r>
              <w:rPr>
                <w:color w:val="000000"/>
                <w:sz w:val="16"/>
              </w:rPr>
              <w:t>Preštejejo celoto pred in po zamenjavi ter povedo ugotovitev.</w:t>
            </w:r>
          </w:p>
          <w:p w14:paraId="508514D8" w14:textId="77777777" w:rsidR="005B3871" w:rsidRDefault="00000000">
            <w:pPr>
              <w:spacing w:line="245" w:lineRule="auto"/>
            </w:pPr>
            <w:r>
              <w:rPr>
                <w:b/>
                <w:color w:val="D95BC6"/>
                <w:sz w:val="16"/>
              </w:rPr>
              <w:t>DOKAZ</w:t>
            </w:r>
          </w:p>
          <w:p w14:paraId="1C7D85D3" w14:textId="77777777" w:rsidR="005B3871" w:rsidRDefault="00000000">
            <w:pPr>
              <w:spacing w:after="40" w:line="245" w:lineRule="auto"/>
            </w:pPr>
            <w:r>
              <w:rPr>
                <w:color w:val="D95BC6"/>
                <w:sz w:val="15"/>
              </w:rPr>
              <w:t>živi dokaz zakona o zamenjavi</w:t>
            </w:r>
          </w:p>
          <w:p w14:paraId="1683C3F3" w14:textId="77777777" w:rsidR="005B3871" w:rsidRDefault="00000000">
            <w:pPr>
              <w:spacing w:after="10" w:line="245" w:lineRule="auto"/>
            </w:pPr>
            <w:r>
              <w:rPr>
                <w:b/>
                <w:color w:val="000000"/>
                <w:sz w:val="16"/>
              </w:rPr>
              <w:t>3. URA</w:t>
            </w:r>
          </w:p>
          <w:p w14:paraId="58010204" w14:textId="77777777" w:rsidR="005B3871" w:rsidRDefault="00000000">
            <w:pPr>
              <w:spacing w:after="30" w:line="245" w:lineRule="auto"/>
            </w:pPr>
            <w:r>
              <w:rPr>
                <w:color w:val="000000"/>
                <w:sz w:val="16"/>
              </w:rPr>
              <w:t>Iz modela zapišejo oba računa in ju preverijo s števci.</w:t>
            </w:r>
          </w:p>
          <w:p w14:paraId="39B72AE5" w14:textId="77777777" w:rsidR="005B3871" w:rsidRDefault="00000000">
            <w:pPr>
              <w:spacing w:line="245" w:lineRule="auto"/>
            </w:pPr>
            <w:r>
              <w:rPr>
                <w:b/>
                <w:color w:val="D95BC6"/>
                <w:sz w:val="16"/>
              </w:rPr>
              <w:t>DOKAZ</w:t>
            </w:r>
          </w:p>
          <w:p w14:paraId="42F56C0E" w14:textId="77777777" w:rsidR="005B3871" w:rsidRDefault="00000000">
            <w:pPr>
              <w:spacing w:after="40" w:line="245" w:lineRule="auto"/>
            </w:pPr>
            <w:r>
              <w:rPr>
                <w:color w:val="D95BC6"/>
                <w:sz w:val="15"/>
              </w:rPr>
              <w:t>pravilen par računov z enako vsoto</w:t>
            </w:r>
          </w:p>
          <w:p w14:paraId="5C3F3F42" w14:textId="77777777" w:rsidR="005B3871" w:rsidRDefault="00000000">
            <w:pPr>
              <w:spacing w:after="10" w:line="245" w:lineRule="auto"/>
            </w:pPr>
            <w:r>
              <w:rPr>
                <w:b/>
                <w:color w:val="000000"/>
                <w:sz w:val="16"/>
              </w:rPr>
              <w:t>4. URA</w:t>
            </w:r>
          </w:p>
          <w:p w14:paraId="016AAF95" w14:textId="77777777" w:rsidR="005B3871" w:rsidRDefault="00000000">
            <w:pPr>
              <w:spacing w:after="30" w:line="245" w:lineRule="auto"/>
            </w:pPr>
            <w:r>
              <w:rPr>
                <w:color w:val="000000"/>
                <w:sz w:val="16"/>
              </w:rPr>
              <w:t>Poiščejo več razstavov števila 10 in svojo rešitev predstavijo.</w:t>
            </w:r>
          </w:p>
          <w:p w14:paraId="74DE8A1E" w14:textId="77777777" w:rsidR="005B3871" w:rsidRDefault="00000000">
            <w:pPr>
              <w:spacing w:line="245" w:lineRule="auto"/>
            </w:pPr>
            <w:r>
              <w:rPr>
                <w:b/>
                <w:color w:val="D95BC6"/>
                <w:sz w:val="16"/>
              </w:rPr>
              <w:t>DOKAZ</w:t>
            </w:r>
          </w:p>
          <w:p w14:paraId="18659A70" w14:textId="77777777" w:rsidR="005B3871" w:rsidRDefault="00000000">
            <w:pPr>
              <w:spacing w:after="40" w:line="245" w:lineRule="auto"/>
            </w:pPr>
            <w:r>
              <w:rPr>
                <w:color w:val="D95BC6"/>
                <w:sz w:val="15"/>
              </w:rPr>
              <w:t>razstavi števila 10 z razlago</w:t>
            </w:r>
          </w:p>
        </w:tc>
      </w:tr>
    </w:tbl>
    <w:p w14:paraId="6536181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00A17E3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7478239"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D5BAA4F" w14:textId="77777777" w:rsidR="005B3871" w:rsidRDefault="00000000">
            <w:pPr>
              <w:jc w:val="center"/>
            </w:pPr>
            <w:r>
              <w:rPr>
                <w:b/>
                <w:color w:val="000000"/>
                <w:sz w:val="20"/>
              </w:rPr>
              <w:t>UČNE DEJAVNOSTI, METODE IN FORMATIVNO SPREMLJANJE</w:t>
            </w:r>
          </w:p>
        </w:tc>
      </w:tr>
      <w:tr w:rsidR="005B3871" w14:paraId="2B336124" w14:textId="77777777">
        <w:trPr>
          <w:tblHeader/>
          <w:jc w:val="center"/>
        </w:trPr>
        <w:tc>
          <w:tcPr>
            <w:tcW w:w="4422" w:type="dxa"/>
            <w:vMerge/>
            <w:tcMar>
              <w:top w:w="70" w:type="dxa"/>
              <w:left w:w="90" w:type="dxa"/>
              <w:bottom w:w="70" w:type="dxa"/>
              <w:right w:w="90" w:type="dxa"/>
            </w:tcMar>
            <w:vAlign w:val="center"/>
          </w:tcPr>
          <w:p w14:paraId="4E7455A1" w14:textId="77777777" w:rsidR="005B3871" w:rsidRDefault="005B3871"/>
        </w:tc>
        <w:tc>
          <w:tcPr>
            <w:tcW w:w="7087" w:type="dxa"/>
            <w:shd w:val="clear" w:color="auto" w:fill="FFFFFF"/>
            <w:tcMar>
              <w:top w:w="70" w:type="dxa"/>
              <w:left w:w="90" w:type="dxa"/>
              <w:bottom w:w="70" w:type="dxa"/>
              <w:right w:w="90" w:type="dxa"/>
            </w:tcMar>
            <w:vAlign w:val="center"/>
          </w:tcPr>
          <w:p w14:paraId="6005E42B"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D0F3364" w14:textId="77777777" w:rsidR="005B3871" w:rsidRDefault="00000000">
            <w:pPr>
              <w:jc w:val="center"/>
            </w:pPr>
            <w:r>
              <w:rPr>
                <w:b/>
                <w:color w:val="000000"/>
              </w:rPr>
              <w:t>UČENEC</w:t>
            </w:r>
          </w:p>
        </w:tc>
      </w:tr>
      <w:tr w:rsidR="005B3871" w14:paraId="493FF7D9" w14:textId="77777777">
        <w:trPr>
          <w:jc w:val="center"/>
        </w:trPr>
        <w:tc>
          <w:tcPr>
            <w:tcW w:w="4422" w:type="dxa"/>
            <w:tcMar>
              <w:top w:w="70" w:type="dxa"/>
              <w:left w:w="90" w:type="dxa"/>
              <w:bottom w:w="70" w:type="dxa"/>
              <w:right w:w="90" w:type="dxa"/>
            </w:tcMar>
          </w:tcPr>
          <w:p w14:paraId="6D226570" w14:textId="77777777" w:rsidR="005B3871" w:rsidRDefault="005B3871"/>
          <w:p w14:paraId="5B9A5ED7" w14:textId="77777777" w:rsidR="005B3871" w:rsidRDefault="00000000">
            <w:pPr>
              <w:spacing w:after="40" w:line="245" w:lineRule="auto"/>
            </w:pPr>
            <w:r>
              <w:rPr>
                <w:b/>
                <w:color w:val="000000"/>
              </w:rPr>
              <w:t>FORMATIVNO SPREMLJANJE</w:t>
            </w:r>
          </w:p>
          <w:p w14:paraId="4C354056" w14:textId="77777777" w:rsidR="005B3871" w:rsidRDefault="00000000">
            <w:pPr>
              <w:pStyle w:val="Oznaenseznam"/>
              <w:spacing w:after="16"/>
            </w:pPr>
            <w:r>
              <w:rPr>
                <w:color w:val="000000"/>
                <w:sz w:val="16"/>
              </w:rPr>
              <w:t>predznanje: začetna strategija, ocena, razvrstitev, model ali risba</w:t>
            </w:r>
          </w:p>
          <w:p w14:paraId="31F2021A" w14:textId="77777777" w:rsidR="005B3871" w:rsidRDefault="00000000">
            <w:pPr>
              <w:pStyle w:val="Oznaenseznam"/>
              <w:spacing w:after="16"/>
            </w:pPr>
            <w:r>
              <w:rPr>
                <w:color w:val="000000"/>
                <w:sz w:val="16"/>
              </w:rPr>
              <w:t>dokazi med učenjem: konkretni, gibalni, slikovni in simbolni prikaz ter razlaga postopka</w:t>
            </w:r>
          </w:p>
          <w:p w14:paraId="2C4777A3" w14:textId="77777777" w:rsidR="005B3871" w:rsidRDefault="00000000">
            <w:pPr>
              <w:pStyle w:val="Oznaenseznam"/>
              <w:spacing w:after="16"/>
            </w:pPr>
            <w:r>
              <w:rPr>
                <w:color w:val="000000"/>
                <w:sz w:val="16"/>
              </w:rPr>
              <w:t>povratna informacija: konkretna, vezana na kriterij in usmerjena v preverjanje ali naslednji korak</w:t>
            </w:r>
          </w:p>
          <w:p w14:paraId="4CC57A09" w14:textId="77777777" w:rsidR="005B3871" w:rsidRDefault="00000000">
            <w:pPr>
              <w:pStyle w:val="Oznaenseznam"/>
              <w:spacing w:after="16"/>
            </w:pPr>
            <w:r>
              <w:rPr>
                <w:color w:val="000000"/>
                <w:sz w:val="16"/>
              </w:rPr>
              <w:t>samovrednotenje: semafor, lestvica samostojnosti, izbrani dokaz ali kratka poved</w:t>
            </w:r>
          </w:p>
          <w:p w14:paraId="4EE79298" w14:textId="77777777" w:rsidR="005B3871" w:rsidRDefault="00000000">
            <w:pPr>
              <w:spacing w:before="40" w:after="20" w:line="245" w:lineRule="auto"/>
            </w:pPr>
            <w:r>
              <w:rPr>
                <w:b/>
                <w:color w:val="000000"/>
                <w:sz w:val="17"/>
              </w:rPr>
              <w:t>VARNOST IN ODGOVORNOST</w:t>
            </w:r>
          </w:p>
          <w:p w14:paraId="24EFBD91"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1C48302E" w14:textId="77777777" w:rsidR="005B3871" w:rsidRDefault="00000000">
            <w:pPr>
              <w:spacing w:after="20" w:line="245" w:lineRule="auto"/>
            </w:pPr>
            <w:r>
              <w:rPr>
                <w:b/>
                <w:color w:val="000000"/>
                <w:sz w:val="17"/>
              </w:rPr>
              <w:t>EVIDENCA PO IZVEDBI</w:t>
            </w:r>
          </w:p>
          <w:p w14:paraId="186D19A6"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2C7DACFA"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EB8E3C7" w14:textId="77777777">
              <w:trPr>
                <w:jc w:val="center"/>
              </w:trPr>
              <w:tc>
                <w:tcPr>
                  <w:tcW w:w="7087" w:type="dxa"/>
                  <w:shd w:val="clear" w:color="auto" w:fill="EDC9EA"/>
                  <w:tcMar>
                    <w:top w:w="45" w:type="dxa"/>
                    <w:left w:w="70" w:type="dxa"/>
                    <w:bottom w:w="45" w:type="dxa"/>
                    <w:right w:w="70" w:type="dxa"/>
                  </w:tcMar>
                </w:tcPr>
                <w:p w14:paraId="6C61CB15" w14:textId="77777777" w:rsidR="005B3871" w:rsidRDefault="00000000">
                  <w:pPr>
                    <w:keepNext/>
                  </w:pPr>
                  <w:r>
                    <w:rPr>
                      <w:b/>
                      <w:color w:val="000000"/>
                    </w:rPr>
                    <w:t>VPRAŠANJA V PODPORO MATEMATIČNEMU UČENJU</w:t>
                  </w:r>
                </w:p>
              </w:tc>
            </w:tr>
          </w:tbl>
          <w:p w14:paraId="160752F0" w14:textId="77777777" w:rsidR="005B3871" w:rsidRDefault="005B3871">
            <w:pPr>
              <w:spacing w:line="20" w:lineRule="exact"/>
            </w:pPr>
          </w:p>
          <w:p w14:paraId="32058E97" w14:textId="77777777" w:rsidR="005B3871" w:rsidRDefault="00000000">
            <w:pPr>
              <w:pStyle w:val="Oznaenseznam"/>
              <w:spacing w:after="16"/>
            </w:pPr>
            <w:r>
              <w:rPr>
                <w:color w:val="000000"/>
                <w:sz w:val="16"/>
              </w:rPr>
              <w:t>Kaj v tvojem modelu, risbi ali zapisu predstavlja posamezni del naloge?</w:t>
            </w:r>
          </w:p>
          <w:p w14:paraId="1A3C02AF" w14:textId="77777777" w:rsidR="005B3871" w:rsidRDefault="00000000">
            <w:pPr>
              <w:pStyle w:val="Oznaenseznam"/>
              <w:spacing w:after="16"/>
            </w:pPr>
            <w:r>
              <w:rPr>
                <w:color w:val="000000"/>
                <w:sz w:val="16"/>
              </w:rPr>
              <w:t>Kako si prišel/-la do rešitve in kako veš, da je smiselna?</w:t>
            </w:r>
          </w:p>
          <w:p w14:paraId="0B3FC686" w14:textId="77777777" w:rsidR="005B3871" w:rsidRDefault="00000000">
            <w:pPr>
              <w:pStyle w:val="Oznaenseznam"/>
              <w:spacing w:after="16"/>
            </w:pPr>
            <w:r>
              <w:rPr>
                <w:color w:val="000000"/>
                <w:sz w:val="16"/>
              </w:rPr>
              <w:t>Ali lahko isto pokažeš še s predmetom, gibanjem, risbo ali drugim zapisom?</w:t>
            </w:r>
          </w:p>
          <w:p w14:paraId="28AFB914" w14:textId="77777777" w:rsidR="005B3871" w:rsidRDefault="00000000">
            <w:pPr>
              <w:pStyle w:val="Oznaenseznam"/>
              <w:spacing w:after="16"/>
            </w:pPr>
            <w:r>
              <w:rPr>
                <w:color w:val="000000"/>
                <w:sz w:val="16"/>
              </w:rPr>
              <w:t>Kje bi se lahko zmotil/-a in kako boš rešitev preveril/-a?</w:t>
            </w:r>
          </w:p>
          <w:p w14:paraId="785C0928"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6B834249" w14:textId="77777777">
              <w:trPr>
                <w:jc w:val="center"/>
              </w:trPr>
              <w:tc>
                <w:tcPr>
                  <w:tcW w:w="7087" w:type="dxa"/>
                  <w:shd w:val="clear" w:color="auto" w:fill="C6E7F3"/>
                  <w:tcMar>
                    <w:top w:w="45" w:type="dxa"/>
                    <w:left w:w="70" w:type="dxa"/>
                    <w:bottom w:w="45" w:type="dxa"/>
                    <w:right w:w="70" w:type="dxa"/>
                  </w:tcMar>
                </w:tcPr>
                <w:p w14:paraId="7DD83C03" w14:textId="77777777" w:rsidR="005B3871" w:rsidRDefault="00000000">
                  <w:pPr>
                    <w:keepNext/>
                  </w:pPr>
                  <w:r>
                    <w:rPr>
                      <w:b/>
                      <w:color w:val="000000"/>
                    </w:rPr>
                    <w:t>ZAKLJUČNI DEL – UTRJEVANJE IN REFLEKSIJA (10–15 min)</w:t>
                  </w:r>
                </w:p>
              </w:tc>
            </w:tr>
          </w:tbl>
          <w:p w14:paraId="2592ECD2" w14:textId="77777777" w:rsidR="005B3871" w:rsidRDefault="005B3871">
            <w:pPr>
              <w:spacing w:line="20" w:lineRule="exact"/>
            </w:pPr>
          </w:p>
          <w:p w14:paraId="10940956"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468688C8" w14:textId="77777777">
              <w:trPr>
                <w:jc w:val="center"/>
              </w:trPr>
              <w:tc>
                <w:tcPr>
                  <w:tcW w:w="7087" w:type="dxa"/>
                  <w:shd w:val="clear" w:color="auto" w:fill="EDC9EA"/>
                  <w:tcMar>
                    <w:top w:w="45" w:type="dxa"/>
                    <w:left w:w="70" w:type="dxa"/>
                    <w:bottom w:w="45" w:type="dxa"/>
                    <w:right w:w="70" w:type="dxa"/>
                  </w:tcMar>
                </w:tcPr>
                <w:p w14:paraId="1A36E1F1" w14:textId="77777777" w:rsidR="005B3871" w:rsidRDefault="00000000">
                  <w:pPr>
                    <w:keepNext/>
                  </w:pPr>
                  <w:r>
                    <w:rPr>
                      <w:b/>
                      <w:color w:val="000000"/>
                    </w:rPr>
                    <w:t>SAMOVREDNOTENJE</w:t>
                  </w:r>
                </w:p>
              </w:tc>
            </w:tr>
          </w:tbl>
          <w:p w14:paraId="323A3D45" w14:textId="77777777" w:rsidR="005B3871" w:rsidRDefault="005B3871">
            <w:pPr>
              <w:spacing w:line="20" w:lineRule="exact"/>
            </w:pPr>
          </w:p>
          <w:p w14:paraId="7F4D4705"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73B82FBB" w14:textId="77777777">
              <w:trPr>
                <w:jc w:val="center"/>
              </w:trPr>
              <w:tc>
                <w:tcPr>
                  <w:tcW w:w="7087" w:type="dxa"/>
                  <w:shd w:val="clear" w:color="auto" w:fill="EDC9EA"/>
                  <w:tcMar>
                    <w:top w:w="45" w:type="dxa"/>
                    <w:left w:w="70" w:type="dxa"/>
                    <w:bottom w:w="45" w:type="dxa"/>
                    <w:right w:w="70" w:type="dxa"/>
                  </w:tcMar>
                </w:tcPr>
                <w:p w14:paraId="52AA8B8B" w14:textId="77777777" w:rsidR="005B3871" w:rsidRDefault="00000000">
                  <w:pPr>
                    <w:keepNext/>
                  </w:pPr>
                  <w:r>
                    <w:rPr>
                      <w:b/>
                      <w:color w:val="000000"/>
                    </w:rPr>
                    <w:t>VRSTNIŠKO VREDNOTENJE</w:t>
                  </w:r>
                </w:p>
              </w:tc>
            </w:tr>
          </w:tbl>
          <w:p w14:paraId="7C0C09C6" w14:textId="77777777" w:rsidR="005B3871" w:rsidRDefault="005B3871">
            <w:pPr>
              <w:spacing w:line="20" w:lineRule="exact"/>
            </w:pPr>
          </w:p>
          <w:p w14:paraId="74DFE00C"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4A598B71" w14:textId="77777777">
              <w:trPr>
                <w:jc w:val="center"/>
              </w:trPr>
              <w:tc>
                <w:tcPr>
                  <w:tcW w:w="7087" w:type="dxa"/>
                  <w:shd w:val="clear" w:color="auto" w:fill="EDC9EA"/>
                  <w:tcMar>
                    <w:top w:w="45" w:type="dxa"/>
                    <w:left w:w="70" w:type="dxa"/>
                    <w:bottom w:w="45" w:type="dxa"/>
                    <w:right w:w="70" w:type="dxa"/>
                  </w:tcMar>
                </w:tcPr>
                <w:p w14:paraId="4BA31496" w14:textId="77777777" w:rsidR="005B3871" w:rsidRDefault="00000000">
                  <w:pPr>
                    <w:keepNext/>
                  </w:pPr>
                  <w:r>
                    <w:rPr>
                      <w:b/>
                      <w:color w:val="000000"/>
                    </w:rPr>
                    <w:t>SKUPNI POVZETEK</w:t>
                  </w:r>
                </w:p>
              </w:tc>
            </w:tr>
          </w:tbl>
          <w:p w14:paraId="68475CCB" w14:textId="77777777" w:rsidR="005B3871" w:rsidRDefault="005B3871"/>
          <w:p w14:paraId="14BFC36C" w14:textId="77777777" w:rsidR="005B3871" w:rsidRDefault="00000000">
            <w:pPr>
              <w:spacing w:before="20" w:after="40" w:line="245" w:lineRule="auto"/>
            </w:pPr>
            <w:r>
              <w:rPr>
                <w:b/>
                <w:color w:val="000000"/>
                <w:sz w:val="16"/>
              </w:rPr>
              <w:t>Količine do 10 združim, zapišem račun in na modelu pokažem, da zamenjava seštevancev ne spremeni vsote.</w:t>
            </w:r>
          </w:p>
        </w:tc>
        <w:tc>
          <w:tcPr>
            <w:tcW w:w="2551" w:type="dxa"/>
            <w:tcMar>
              <w:top w:w="70" w:type="dxa"/>
              <w:left w:w="90" w:type="dxa"/>
              <w:bottom w:w="70" w:type="dxa"/>
              <w:right w:w="90" w:type="dxa"/>
            </w:tcMar>
          </w:tcPr>
          <w:p w14:paraId="1BB8BA63" w14:textId="77777777" w:rsidR="005B3871" w:rsidRDefault="005B3871"/>
          <w:p w14:paraId="18D32BA1" w14:textId="77777777" w:rsidR="005B3871" w:rsidRDefault="00000000">
            <w:pPr>
              <w:spacing w:after="100" w:line="245" w:lineRule="auto"/>
            </w:pPr>
            <w:r>
              <w:rPr>
                <w:color w:val="000000"/>
                <w:sz w:val="16"/>
              </w:rPr>
              <w:t>Odgovarja na podporna vprašanja in se sklicuje na svoj model, zapis ali izvedbo.</w:t>
            </w:r>
          </w:p>
          <w:p w14:paraId="783D73C9" w14:textId="77777777" w:rsidR="005B3871" w:rsidRDefault="00000000">
            <w:pPr>
              <w:spacing w:after="100" w:line="245" w:lineRule="auto"/>
            </w:pPr>
            <w:r>
              <w:rPr>
                <w:color w:val="000000"/>
                <w:sz w:val="16"/>
              </w:rPr>
              <w:t>Primerja začetno strategijo z novim dokazom ter pojasni, kaj se je naučil/-a.</w:t>
            </w:r>
          </w:p>
          <w:p w14:paraId="688FDDFA" w14:textId="77777777" w:rsidR="005B3871" w:rsidRDefault="00000000">
            <w:pPr>
              <w:spacing w:after="100" w:line="245" w:lineRule="auto"/>
            </w:pPr>
            <w:r>
              <w:rPr>
                <w:color w:val="000000"/>
                <w:sz w:val="16"/>
              </w:rPr>
              <w:t>Izbere raven samostojnosti in določi naslednji korak.</w:t>
            </w:r>
          </w:p>
          <w:p w14:paraId="7243B8AD" w14:textId="77777777" w:rsidR="005B3871" w:rsidRDefault="00000000">
            <w:pPr>
              <w:spacing w:after="100" w:line="245" w:lineRule="auto"/>
            </w:pPr>
            <w:r>
              <w:rPr>
                <w:color w:val="000000"/>
                <w:sz w:val="16"/>
              </w:rPr>
              <w:t>Sošolcu poda prijazen in konkreten odziv, vezan na kriterij.</w:t>
            </w:r>
          </w:p>
          <w:p w14:paraId="2B10C487" w14:textId="77777777" w:rsidR="005B3871" w:rsidRDefault="00000000">
            <w:pPr>
              <w:spacing w:after="20" w:line="245" w:lineRule="auto"/>
            </w:pPr>
            <w:r>
              <w:rPr>
                <w:b/>
                <w:color w:val="D95BC6"/>
                <w:sz w:val="17"/>
              </w:rPr>
              <w:t>DOKAZ O UČENJU</w:t>
            </w:r>
          </w:p>
          <w:p w14:paraId="3D50364D"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36140B70"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4DA219B2" w14:textId="77777777">
        <w:trPr>
          <w:cantSplit/>
          <w:jc w:val="center"/>
        </w:trPr>
        <w:tc>
          <w:tcPr>
            <w:tcW w:w="14060" w:type="dxa"/>
            <w:gridSpan w:val="6"/>
            <w:tcMar>
              <w:top w:w="70" w:type="dxa"/>
              <w:left w:w="90" w:type="dxa"/>
              <w:bottom w:w="70" w:type="dxa"/>
              <w:right w:w="90" w:type="dxa"/>
            </w:tcMar>
            <w:vAlign w:val="center"/>
          </w:tcPr>
          <w:p w14:paraId="3A0785BB" w14:textId="77777777" w:rsidR="005B3871" w:rsidRDefault="00000000">
            <w:pPr>
              <w:jc w:val="center"/>
            </w:pPr>
            <w:r>
              <w:rPr>
                <w:b/>
                <w:color w:val="000000"/>
                <w:sz w:val="24"/>
              </w:rPr>
              <w:lastRenderedPageBreak/>
              <w:t>UČNA PRIPRAVA 15/39</w:t>
            </w:r>
          </w:p>
        </w:tc>
      </w:tr>
      <w:tr w:rsidR="005B3871" w14:paraId="0F6F3B56" w14:textId="77777777">
        <w:trPr>
          <w:jc w:val="center"/>
        </w:trPr>
        <w:tc>
          <w:tcPr>
            <w:tcW w:w="2665" w:type="dxa"/>
            <w:tcMar>
              <w:top w:w="70" w:type="dxa"/>
              <w:left w:w="90" w:type="dxa"/>
              <w:bottom w:w="70" w:type="dxa"/>
              <w:right w:w="90" w:type="dxa"/>
            </w:tcMar>
            <w:vAlign w:val="center"/>
          </w:tcPr>
          <w:p w14:paraId="5EC0956F"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D31A003"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13D46105"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59AACB2" w14:textId="77777777" w:rsidR="005B3871" w:rsidRDefault="00000000">
            <w:r>
              <w:rPr>
                <w:b/>
                <w:color w:val="000000"/>
                <w:sz w:val="16"/>
              </w:rPr>
              <w:t xml:space="preserve">NAČRTOVANI TERMIN: </w:t>
            </w:r>
            <w:r>
              <w:rPr>
                <w:color w:val="000000"/>
                <w:sz w:val="16"/>
              </w:rPr>
              <w:t>15. teden • 14.–18. 12. 2026</w:t>
            </w:r>
          </w:p>
        </w:tc>
        <w:tc>
          <w:tcPr>
            <w:tcW w:w="2268" w:type="dxa"/>
            <w:tcMar>
              <w:top w:w="70" w:type="dxa"/>
              <w:left w:w="90" w:type="dxa"/>
              <w:bottom w:w="70" w:type="dxa"/>
              <w:right w:w="90" w:type="dxa"/>
            </w:tcMar>
            <w:vAlign w:val="center"/>
          </w:tcPr>
          <w:p w14:paraId="29E00521"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2317C03" w14:textId="77777777" w:rsidR="005B3871" w:rsidRDefault="00000000">
            <w:r>
              <w:rPr>
                <w:b/>
                <w:color w:val="000000"/>
                <w:sz w:val="16"/>
              </w:rPr>
              <w:t xml:space="preserve">ŠTEVILO UR: </w:t>
            </w:r>
            <w:r>
              <w:rPr>
                <w:color w:val="000000"/>
                <w:sz w:val="16"/>
              </w:rPr>
              <w:t>4</w:t>
            </w:r>
          </w:p>
        </w:tc>
      </w:tr>
      <w:tr w:rsidR="005B3871" w14:paraId="01D5B2EF" w14:textId="77777777">
        <w:trPr>
          <w:jc w:val="center"/>
        </w:trPr>
        <w:tc>
          <w:tcPr>
            <w:tcW w:w="14061" w:type="dxa"/>
            <w:gridSpan w:val="6"/>
            <w:tcMar>
              <w:top w:w="70" w:type="dxa"/>
              <w:left w:w="90" w:type="dxa"/>
              <w:bottom w:w="70" w:type="dxa"/>
              <w:right w:w="90" w:type="dxa"/>
            </w:tcMar>
            <w:vAlign w:val="center"/>
          </w:tcPr>
          <w:p w14:paraId="39440738"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16BAEC61" w14:textId="77777777">
        <w:trPr>
          <w:cantSplit/>
          <w:jc w:val="center"/>
        </w:trPr>
        <w:tc>
          <w:tcPr>
            <w:tcW w:w="14060" w:type="dxa"/>
            <w:gridSpan w:val="6"/>
            <w:tcMar>
              <w:top w:w="70" w:type="dxa"/>
              <w:left w:w="90" w:type="dxa"/>
              <w:bottom w:w="70" w:type="dxa"/>
              <w:right w:w="90" w:type="dxa"/>
            </w:tcMar>
            <w:vAlign w:val="center"/>
          </w:tcPr>
          <w:p w14:paraId="7E3E2827" w14:textId="77777777" w:rsidR="005B3871" w:rsidRDefault="005B3871"/>
          <w:p w14:paraId="31975C41" w14:textId="77777777" w:rsidR="005B3871" w:rsidRDefault="00000000">
            <w:pPr>
              <w:spacing w:line="245" w:lineRule="auto"/>
            </w:pPr>
            <w:r>
              <w:rPr>
                <w:b/>
                <w:color w:val="000000"/>
                <w:sz w:val="16"/>
              </w:rPr>
              <w:t xml:space="preserve">UČNI SKLOP: </w:t>
            </w:r>
            <w:r>
              <w:rPr>
                <w:color w:val="000000"/>
                <w:sz w:val="16"/>
              </w:rPr>
              <w:t>MOJA DRUŽINA, SKUPNOST IN PRAZNOVANJA</w:t>
            </w:r>
          </w:p>
        </w:tc>
      </w:tr>
      <w:tr w:rsidR="005B3871" w14:paraId="33526E6A" w14:textId="77777777">
        <w:trPr>
          <w:cantSplit/>
          <w:jc w:val="center"/>
        </w:trPr>
        <w:tc>
          <w:tcPr>
            <w:tcW w:w="14060" w:type="dxa"/>
            <w:gridSpan w:val="6"/>
            <w:tcMar>
              <w:top w:w="70" w:type="dxa"/>
              <w:left w:w="90" w:type="dxa"/>
              <w:bottom w:w="70" w:type="dxa"/>
              <w:right w:w="90" w:type="dxa"/>
            </w:tcMar>
            <w:vAlign w:val="center"/>
          </w:tcPr>
          <w:p w14:paraId="1C0AF2A6" w14:textId="77777777" w:rsidR="005B3871" w:rsidRDefault="005B3871"/>
          <w:p w14:paraId="6B0B80A0" w14:textId="77777777" w:rsidR="005B3871" w:rsidRDefault="00000000">
            <w:pPr>
              <w:spacing w:line="245" w:lineRule="auto"/>
            </w:pPr>
            <w:r>
              <w:rPr>
                <w:b/>
                <w:color w:val="000000"/>
                <w:sz w:val="16"/>
              </w:rPr>
              <w:t xml:space="preserve">UČNA TEMA: </w:t>
            </w:r>
            <w:r>
              <w:rPr>
                <w:color w:val="000000"/>
                <w:sz w:val="16"/>
              </w:rPr>
              <w:t>ODŠTEVANJE DO 10</w:t>
            </w:r>
          </w:p>
        </w:tc>
      </w:tr>
      <w:tr w:rsidR="005B3871" w14:paraId="7D316F26" w14:textId="77777777">
        <w:trPr>
          <w:cantSplit/>
          <w:jc w:val="center"/>
        </w:trPr>
        <w:tc>
          <w:tcPr>
            <w:tcW w:w="14060" w:type="dxa"/>
            <w:gridSpan w:val="6"/>
            <w:tcMar>
              <w:top w:w="70" w:type="dxa"/>
              <w:left w:w="90" w:type="dxa"/>
              <w:bottom w:w="70" w:type="dxa"/>
              <w:right w:w="90" w:type="dxa"/>
            </w:tcMar>
            <w:vAlign w:val="center"/>
          </w:tcPr>
          <w:p w14:paraId="7C62AEBF" w14:textId="77777777" w:rsidR="005B3871" w:rsidRDefault="005B3871"/>
          <w:p w14:paraId="70D6D835" w14:textId="77777777" w:rsidR="005B3871" w:rsidRDefault="00000000">
            <w:pPr>
              <w:spacing w:line="245" w:lineRule="auto"/>
            </w:pPr>
            <w:r>
              <w:rPr>
                <w:b/>
                <w:color w:val="000000"/>
                <w:sz w:val="16"/>
              </w:rPr>
              <w:t xml:space="preserve">KNJIŽEVNO IZHODIŠČE IN MOTIV: </w:t>
            </w:r>
            <w:r>
              <w:rPr>
                <w:color w:val="000000"/>
                <w:sz w:val="16"/>
              </w:rPr>
              <w:t>»Zvezdica Zaspanka« – Frane Milčinski – Ježek • gledališče, praznovanje, odgovornost in prijaznost</w:t>
            </w:r>
          </w:p>
        </w:tc>
      </w:tr>
      <w:tr w:rsidR="005B3871" w14:paraId="32E7CC22" w14:textId="77777777">
        <w:trPr>
          <w:cantSplit/>
          <w:jc w:val="center"/>
        </w:trPr>
        <w:tc>
          <w:tcPr>
            <w:tcW w:w="14060" w:type="dxa"/>
            <w:gridSpan w:val="6"/>
            <w:tcMar>
              <w:top w:w="70" w:type="dxa"/>
              <w:left w:w="90" w:type="dxa"/>
              <w:bottom w:w="70" w:type="dxa"/>
              <w:right w:w="90" w:type="dxa"/>
            </w:tcMar>
            <w:vAlign w:val="center"/>
          </w:tcPr>
          <w:p w14:paraId="6C81F56B" w14:textId="77777777" w:rsidR="005B3871" w:rsidRDefault="005B3871"/>
          <w:p w14:paraId="50B10A5F" w14:textId="77777777" w:rsidR="005B3871" w:rsidRDefault="00000000">
            <w:pPr>
              <w:spacing w:line="245" w:lineRule="auto"/>
            </w:pPr>
            <w:r>
              <w:rPr>
                <w:b/>
                <w:color w:val="000000"/>
                <w:sz w:val="16"/>
              </w:rPr>
              <w:t xml:space="preserve">UČNE ENOTE: </w:t>
            </w:r>
            <w:r>
              <w:rPr>
                <w:color w:val="000000"/>
                <w:sz w:val="16"/>
              </w:rPr>
              <w:t>1. ura – Zvezde odhajajo • 2. ura – Skoki nazaj do rešitve • 3. ura – Besedilna naloga v treh korakih • 4. ura – Preverjanje ostanka</w:t>
            </w:r>
          </w:p>
        </w:tc>
      </w:tr>
      <w:tr w:rsidR="005B3871" w14:paraId="6D9ADAE3" w14:textId="77777777">
        <w:trPr>
          <w:cantSplit/>
          <w:jc w:val="center"/>
        </w:trPr>
        <w:tc>
          <w:tcPr>
            <w:tcW w:w="14060" w:type="dxa"/>
            <w:gridSpan w:val="6"/>
            <w:tcMar>
              <w:top w:w="70" w:type="dxa"/>
              <w:left w:w="90" w:type="dxa"/>
              <w:bottom w:w="70" w:type="dxa"/>
              <w:right w:w="90" w:type="dxa"/>
            </w:tcMar>
            <w:vAlign w:val="center"/>
          </w:tcPr>
          <w:p w14:paraId="018F043B" w14:textId="77777777" w:rsidR="005B3871" w:rsidRDefault="005B3871"/>
          <w:p w14:paraId="66A1F0AC"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3E7A9B15" w14:textId="77777777">
        <w:trPr>
          <w:cantSplit/>
          <w:jc w:val="center"/>
        </w:trPr>
        <w:tc>
          <w:tcPr>
            <w:tcW w:w="14060" w:type="dxa"/>
            <w:gridSpan w:val="6"/>
            <w:tcMar>
              <w:top w:w="70" w:type="dxa"/>
              <w:left w:w="90" w:type="dxa"/>
              <w:bottom w:w="70" w:type="dxa"/>
              <w:right w:w="90" w:type="dxa"/>
            </w:tcMar>
            <w:vAlign w:val="center"/>
          </w:tcPr>
          <w:p w14:paraId="68CC2B0D" w14:textId="77777777" w:rsidR="005B3871" w:rsidRDefault="005B3871"/>
          <w:p w14:paraId="7B9C83D6"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746C7698" w14:textId="77777777">
        <w:trPr>
          <w:cantSplit/>
          <w:jc w:val="center"/>
        </w:trPr>
        <w:tc>
          <w:tcPr>
            <w:tcW w:w="14060" w:type="dxa"/>
            <w:gridSpan w:val="6"/>
            <w:tcMar>
              <w:top w:w="70" w:type="dxa"/>
              <w:left w:w="90" w:type="dxa"/>
              <w:bottom w:w="70" w:type="dxa"/>
              <w:right w:w="90" w:type="dxa"/>
            </w:tcMar>
            <w:vAlign w:val="center"/>
          </w:tcPr>
          <w:p w14:paraId="009C55AA" w14:textId="77777777" w:rsidR="005B3871" w:rsidRDefault="005B3871"/>
          <w:p w14:paraId="088F16DB"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4AD3BF45" w14:textId="77777777">
        <w:trPr>
          <w:cantSplit/>
          <w:jc w:val="center"/>
        </w:trPr>
        <w:tc>
          <w:tcPr>
            <w:tcW w:w="14060" w:type="dxa"/>
            <w:gridSpan w:val="6"/>
            <w:tcMar>
              <w:top w:w="70" w:type="dxa"/>
              <w:left w:w="90" w:type="dxa"/>
              <w:bottom w:w="70" w:type="dxa"/>
              <w:right w:w="90" w:type="dxa"/>
            </w:tcMar>
            <w:vAlign w:val="center"/>
          </w:tcPr>
          <w:p w14:paraId="000EA2EA" w14:textId="77777777" w:rsidR="005B3871" w:rsidRDefault="005B3871"/>
          <w:p w14:paraId="4C8CA647" w14:textId="77777777" w:rsidR="005B3871" w:rsidRDefault="00000000">
            <w:pPr>
              <w:spacing w:line="245" w:lineRule="auto"/>
            </w:pPr>
            <w:r>
              <w:rPr>
                <w:b/>
                <w:color w:val="000000"/>
                <w:sz w:val="16"/>
              </w:rPr>
              <w:t xml:space="preserve">MEDPREDMETNE POVEZAVE: </w:t>
            </w:r>
            <w:r>
              <w:rPr>
                <w:color w:val="000000"/>
                <w:sz w:val="16"/>
              </w:rPr>
              <w:t>SLJ – razumevanje vprašanja in odgovor; LUM – zvezdni modeli; ŠPO – skoki po osi</w:t>
            </w:r>
          </w:p>
        </w:tc>
      </w:tr>
      <w:tr w:rsidR="005B3871" w14:paraId="77CC5C68" w14:textId="77777777">
        <w:trPr>
          <w:cantSplit/>
          <w:jc w:val="center"/>
        </w:trPr>
        <w:tc>
          <w:tcPr>
            <w:tcW w:w="14060" w:type="dxa"/>
            <w:gridSpan w:val="6"/>
            <w:tcMar>
              <w:top w:w="70" w:type="dxa"/>
              <w:left w:w="90" w:type="dxa"/>
              <w:bottom w:w="70" w:type="dxa"/>
              <w:right w:w="90" w:type="dxa"/>
            </w:tcMar>
            <w:vAlign w:val="center"/>
          </w:tcPr>
          <w:p w14:paraId="385D9A80" w14:textId="77777777" w:rsidR="005B3871" w:rsidRDefault="005B3871"/>
          <w:p w14:paraId="79FCF192" w14:textId="77777777" w:rsidR="005B3871" w:rsidRDefault="00000000">
            <w:pPr>
              <w:spacing w:line="245" w:lineRule="auto"/>
            </w:pPr>
            <w:r>
              <w:rPr>
                <w:b/>
                <w:color w:val="000000"/>
                <w:sz w:val="16"/>
              </w:rPr>
              <w:t xml:space="preserve">UČNA SREDSTVA IN PRIPOMOČKI: </w:t>
            </w:r>
            <w:r>
              <w:rPr>
                <w:color w:val="000000"/>
                <w:sz w:val="16"/>
              </w:rPr>
              <w:t>zvezde, obroči, talna os 0–10, kartice računov, slikovne in kratke besedilne naloge, označevalci</w:t>
            </w:r>
          </w:p>
        </w:tc>
      </w:tr>
      <w:tr w:rsidR="005B3871" w14:paraId="05BC8C65" w14:textId="77777777">
        <w:trPr>
          <w:cantSplit/>
          <w:jc w:val="center"/>
        </w:trPr>
        <w:tc>
          <w:tcPr>
            <w:tcW w:w="14060" w:type="dxa"/>
            <w:gridSpan w:val="6"/>
            <w:tcMar>
              <w:top w:w="70" w:type="dxa"/>
              <w:left w:w="90" w:type="dxa"/>
              <w:bottom w:w="70" w:type="dxa"/>
              <w:right w:w="90" w:type="dxa"/>
            </w:tcMar>
            <w:vAlign w:val="center"/>
          </w:tcPr>
          <w:p w14:paraId="7601F10C" w14:textId="77777777" w:rsidR="005B3871" w:rsidRDefault="005B3871"/>
          <w:p w14:paraId="43894F85"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0B9AF205" w14:textId="77777777">
        <w:trPr>
          <w:cantSplit/>
          <w:jc w:val="center"/>
        </w:trPr>
        <w:tc>
          <w:tcPr>
            <w:tcW w:w="14060" w:type="dxa"/>
            <w:gridSpan w:val="6"/>
            <w:tcMar>
              <w:top w:w="70" w:type="dxa"/>
              <w:left w:w="90" w:type="dxa"/>
              <w:bottom w:w="70" w:type="dxa"/>
              <w:right w:w="90" w:type="dxa"/>
            </w:tcMar>
            <w:vAlign w:val="center"/>
          </w:tcPr>
          <w:p w14:paraId="2D62A176" w14:textId="77777777" w:rsidR="005B3871" w:rsidRDefault="005B3871"/>
          <w:p w14:paraId="3BD8EA22"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4FB832AD" w14:textId="77777777">
        <w:trPr>
          <w:cantSplit/>
          <w:jc w:val="center"/>
        </w:trPr>
        <w:tc>
          <w:tcPr>
            <w:tcW w:w="14060" w:type="dxa"/>
            <w:gridSpan w:val="6"/>
            <w:tcMar>
              <w:top w:w="70" w:type="dxa"/>
              <w:left w:w="90" w:type="dxa"/>
              <w:bottom w:w="70" w:type="dxa"/>
              <w:right w:w="90" w:type="dxa"/>
            </w:tcMar>
            <w:vAlign w:val="center"/>
          </w:tcPr>
          <w:p w14:paraId="52437139" w14:textId="77777777" w:rsidR="005B3871" w:rsidRDefault="005B3871"/>
          <w:p w14:paraId="005B7585"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687CFC00"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48A28A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DDC7C78"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E9FD3B9" w14:textId="77777777" w:rsidR="005B3871" w:rsidRDefault="00000000">
            <w:pPr>
              <w:jc w:val="center"/>
            </w:pPr>
            <w:r>
              <w:rPr>
                <w:b/>
                <w:color w:val="000000"/>
                <w:sz w:val="20"/>
              </w:rPr>
              <w:t>UČNE DEJAVNOSTI, METODE IN FORMATIVNO SPREMLJANJE</w:t>
            </w:r>
          </w:p>
        </w:tc>
      </w:tr>
      <w:tr w:rsidR="005B3871" w14:paraId="18456FE5" w14:textId="77777777">
        <w:trPr>
          <w:tblHeader/>
          <w:jc w:val="center"/>
        </w:trPr>
        <w:tc>
          <w:tcPr>
            <w:tcW w:w="4422" w:type="dxa"/>
            <w:vMerge/>
            <w:tcMar>
              <w:top w:w="70" w:type="dxa"/>
              <w:left w:w="90" w:type="dxa"/>
              <w:bottom w:w="70" w:type="dxa"/>
              <w:right w:w="90" w:type="dxa"/>
            </w:tcMar>
            <w:vAlign w:val="center"/>
          </w:tcPr>
          <w:p w14:paraId="0346CE0A" w14:textId="77777777" w:rsidR="005B3871" w:rsidRDefault="005B3871"/>
        </w:tc>
        <w:tc>
          <w:tcPr>
            <w:tcW w:w="7087" w:type="dxa"/>
            <w:shd w:val="clear" w:color="auto" w:fill="FFFFFF"/>
            <w:tcMar>
              <w:top w:w="70" w:type="dxa"/>
              <w:left w:w="90" w:type="dxa"/>
              <w:bottom w:w="70" w:type="dxa"/>
              <w:right w:w="90" w:type="dxa"/>
            </w:tcMar>
            <w:vAlign w:val="center"/>
          </w:tcPr>
          <w:p w14:paraId="4E5B05A9"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4F50ECC" w14:textId="77777777" w:rsidR="005B3871" w:rsidRDefault="00000000">
            <w:pPr>
              <w:jc w:val="center"/>
            </w:pPr>
            <w:r>
              <w:rPr>
                <w:b/>
                <w:color w:val="000000"/>
              </w:rPr>
              <w:t>UČENEC</w:t>
            </w:r>
          </w:p>
        </w:tc>
      </w:tr>
      <w:tr w:rsidR="005B3871" w14:paraId="3E5E1B67" w14:textId="77777777">
        <w:trPr>
          <w:jc w:val="center"/>
        </w:trPr>
        <w:tc>
          <w:tcPr>
            <w:tcW w:w="4422" w:type="dxa"/>
            <w:tcMar>
              <w:top w:w="70" w:type="dxa"/>
              <w:left w:w="90" w:type="dxa"/>
              <w:bottom w:w="70" w:type="dxa"/>
              <w:right w:w="90" w:type="dxa"/>
            </w:tcMar>
          </w:tcPr>
          <w:p w14:paraId="3AE2581E" w14:textId="77777777" w:rsidR="005B3871" w:rsidRDefault="005B3871"/>
          <w:p w14:paraId="185B4C05" w14:textId="77777777" w:rsidR="005B3871" w:rsidRDefault="00000000">
            <w:pPr>
              <w:spacing w:after="60" w:line="245" w:lineRule="auto"/>
            </w:pPr>
            <w:r>
              <w:rPr>
                <w:b/>
                <w:color w:val="000000"/>
              </w:rPr>
              <w:t>UČNI CILJI</w:t>
            </w:r>
          </w:p>
          <w:p w14:paraId="01801C7C" w14:textId="77777777" w:rsidR="005B3871" w:rsidRDefault="00000000">
            <w:pPr>
              <w:spacing w:after="20" w:line="245" w:lineRule="auto"/>
            </w:pPr>
            <w:r>
              <w:rPr>
                <w:b/>
                <w:color w:val="000000"/>
                <w:sz w:val="17"/>
              </w:rPr>
              <w:t>SPLOŠNI</w:t>
            </w:r>
          </w:p>
          <w:p w14:paraId="2AD16B28" w14:textId="77777777" w:rsidR="005B3871" w:rsidRDefault="00000000">
            <w:pPr>
              <w:pStyle w:val="Oznaenseznam"/>
              <w:spacing w:after="16"/>
            </w:pPr>
            <w:r>
              <w:rPr>
                <w:color w:val="000000"/>
                <w:sz w:val="16"/>
              </w:rPr>
              <w:t>razvija številske, prostorske in količinske predstave s konkretnimi izkušnjami</w:t>
            </w:r>
          </w:p>
          <w:p w14:paraId="3F08BA85" w14:textId="77777777" w:rsidR="005B3871" w:rsidRDefault="00000000">
            <w:pPr>
              <w:pStyle w:val="Oznaenseznam"/>
              <w:spacing w:after="16"/>
            </w:pPr>
            <w:r>
              <w:rPr>
                <w:color w:val="000000"/>
                <w:sz w:val="16"/>
              </w:rPr>
              <w:t>rešuje matematične probleme s predmetom, gibanjem, risbo, modelom in simbolom</w:t>
            </w:r>
          </w:p>
          <w:p w14:paraId="4CE84F41" w14:textId="77777777" w:rsidR="005B3871" w:rsidRDefault="00000000">
            <w:pPr>
              <w:pStyle w:val="Oznaenseznam"/>
              <w:spacing w:after="16"/>
            </w:pPr>
            <w:r>
              <w:rPr>
                <w:color w:val="000000"/>
                <w:sz w:val="16"/>
              </w:rPr>
              <w:t>pojasnjuje izbrano strategijo, preverja smiselnost rešitve in posluša rešitve drugih</w:t>
            </w:r>
          </w:p>
          <w:p w14:paraId="073544FD" w14:textId="77777777" w:rsidR="005B3871" w:rsidRDefault="00000000">
            <w:pPr>
              <w:pStyle w:val="Oznaenseznam"/>
              <w:spacing w:after="16"/>
            </w:pPr>
            <w:r>
              <w:rPr>
                <w:color w:val="000000"/>
                <w:sz w:val="16"/>
              </w:rPr>
              <w:t>ob namenih in kriterijih spremlja svoje učenje ter uporabi opisno povratno informacijo</w:t>
            </w:r>
          </w:p>
          <w:p w14:paraId="21A43F41" w14:textId="77777777" w:rsidR="005B3871" w:rsidRDefault="00000000">
            <w:pPr>
              <w:spacing w:before="40" w:after="20" w:line="245" w:lineRule="auto"/>
            </w:pPr>
            <w:r>
              <w:rPr>
                <w:b/>
                <w:color w:val="000000"/>
                <w:sz w:val="17"/>
              </w:rPr>
              <w:t>OPERATIVNI</w:t>
            </w:r>
          </w:p>
          <w:p w14:paraId="351B73EF" w14:textId="77777777" w:rsidR="005B3871" w:rsidRDefault="00000000">
            <w:pPr>
              <w:pStyle w:val="Oznaenseznam"/>
              <w:spacing w:after="16"/>
            </w:pPr>
            <w:r>
              <w:rPr>
                <w:color w:val="000000"/>
                <w:sz w:val="16"/>
              </w:rPr>
              <w:t>modelira odvzemanje in razliko</w:t>
            </w:r>
          </w:p>
          <w:p w14:paraId="793B7110" w14:textId="77777777" w:rsidR="005B3871" w:rsidRDefault="00000000">
            <w:pPr>
              <w:pStyle w:val="Oznaenseznam"/>
              <w:spacing w:after="16"/>
            </w:pPr>
            <w:r>
              <w:rPr>
                <w:color w:val="000000"/>
                <w:sz w:val="16"/>
              </w:rPr>
              <w:t>zapiše račun</w:t>
            </w:r>
          </w:p>
          <w:p w14:paraId="786D5976" w14:textId="77777777" w:rsidR="005B3871" w:rsidRDefault="00000000">
            <w:pPr>
              <w:pStyle w:val="Oznaenseznam"/>
              <w:spacing w:after="16"/>
            </w:pPr>
            <w:r>
              <w:rPr>
                <w:color w:val="000000"/>
                <w:sz w:val="16"/>
              </w:rPr>
              <w:t>reši preprosto besedilno nalogo</w:t>
            </w:r>
          </w:p>
          <w:p w14:paraId="160DFE61" w14:textId="77777777" w:rsidR="005B3871" w:rsidRDefault="00000000">
            <w:pPr>
              <w:spacing w:before="40" w:after="20" w:line="245" w:lineRule="auto"/>
            </w:pPr>
            <w:r>
              <w:rPr>
                <w:b/>
                <w:color w:val="000000"/>
                <w:sz w:val="17"/>
              </w:rPr>
              <w:t>PRIČAKOVANI DOSEŽKI / STANDARDI</w:t>
            </w:r>
          </w:p>
          <w:p w14:paraId="31E4821E" w14:textId="77777777" w:rsidR="005B3871" w:rsidRDefault="00000000">
            <w:pPr>
              <w:pStyle w:val="Oznaenseznam"/>
              <w:spacing w:after="16"/>
            </w:pPr>
            <w:r>
              <w:rPr>
                <w:color w:val="000000"/>
                <w:sz w:val="16"/>
              </w:rPr>
              <w:t>ob konkretni, slikovni ali gibalni opori modelira odvzemanje in razliko</w:t>
            </w:r>
          </w:p>
          <w:p w14:paraId="26607930" w14:textId="77777777" w:rsidR="005B3871" w:rsidRDefault="00000000">
            <w:pPr>
              <w:pStyle w:val="Oznaenseznam"/>
              <w:spacing w:after="16"/>
            </w:pPr>
            <w:r>
              <w:rPr>
                <w:color w:val="000000"/>
                <w:sz w:val="16"/>
              </w:rPr>
              <w:t>ob konkretni, slikovni ali gibalni opori zapiše račun</w:t>
            </w:r>
          </w:p>
          <w:p w14:paraId="5E15FA6E" w14:textId="77777777" w:rsidR="005B3871" w:rsidRDefault="00000000">
            <w:pPr>
              <w:pStyle w:val="Oznaenseznam"/>
              <w:spacing w:after="16"/>
            </w:pPr>
            <w:r>
              <w:rPr>
                <w:color w:val="000000"/>
                <w:sz w:val="16"/>
              </w:rPr>
              <w:t>ob konkretni, slikovni ali gibalni opori reši preprosto besedilno nalogo</w:t>
            </w:r>
          </w:p>
        </w:tc>
        <w:tc>
          <w:tcPr>
            <w:tcW w:w="7087" w:type="dxa"/>
            <w:tcMar>
              <w:top w:w="70" w:type="dxa"/>
              <w:left w:w="90" w:type="dxa"/>
              <w:bottom w:w="70" w:type="dxa"/>
              <w:right w:w="90" w:type="dxa"/>
            </w:tcMar>
          </w:tcPr>
          <w:p w14:paraId="0C353F8E"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A17452B" w14:textId="77777777">
              <w:trPr>
                <w:jc w:val="center"/>
              </w:trPr>
              <w:tc>
                <w:tcPr>
                  <w:tcW w:w="7087" w:type="dxa"/>
                  <w:shd w:val="clear" w:color="auto" w:fill="C6E7F3"/>
                  <w:tcMar>
                    <w:top w:w="45" w:type="dxa"/>
                    <w:left w:w="70" w:type="dxa"/>
                    <w:bottom w:w="45" w:type="dxa"/>
                    <w:right w:w="70" w:type="dxa"/>
                  </w:tcMar>
                </w:tcPr>
                <w:p w14:paraId="71D3EC25" w14:textId="77777777" w:rsidR="005B3871" w:rsidRDefault="00000000">
                  <w:pPr>
                    <w:keepNext/>
                  </w:pPr>
                  <w:r>
                    <w:rPr>
                      <w:b/>
                      <w:color w:val="000000"/>
                    </w:rPr>
                    <w:t>UVODNI DEL – motivacija, aktivacija predznanja in namen učenja (15–20 min)</w:t>
                  </w:r>
                </w:p>
              </w:tc>
            </w:tr>
          </w:tbl>
          <w:p w14:paraId="19C57B09" w14:textId="77777777" w:rsidR="005B3871" w:rsidRDefault="005B3871">
            <w:pPr>
              <w:spacing w:line="20" w:lineRule="exact"/>
            </w:pPr>
          </w:p>
          <w:p w14:paraId="480DB7C6" w14:textId="77777777" w:rsidR="005B3871" w:rsidRDefault="00000000">
            <w:pPr>
              <w:spacing w:before="40" w:after="60" w:line="245" w:lineRule="auto"/>
            </w:pPr>
            <w:r>
              <w:rPr>
                <w:color w:val="000000"/>
                <w:sz w:val="16"/>
              </w:rPr>
              <w:t>Zvezdica Zaspanka izgublja zvezde na poti. Učenci od začetne količine odvzemajo, primerjajo začetno in končno stanje ter računski zapis povežejo z besedilno situacijo.</w:t>
            </w:r>
          </w:p>
          <w:tbl>
            <w:tblPr>
              <w:tblStyle w:val="Tabelamrea"/>
              <w:tblW w:w="0" w:type="auto"/>
              <w:jc w:val="center"/>
              <w:tblLayout w:type="fixed"/>
              <w:tblLook w:val="04A0" w:firstRow="1" w:lastRow="0" w:firstColumn="1" w:lastColumn="0" w:noHBand="0" w:noVBand="1"/>
            </w:tblPr>
            <w:tblGrid>
              <w:gridCol w:w="7087"/>
            </w:tblGrid>
            <w:tr w:rsidR="005B3871" w14:paraId="06260CA3" w14:textId="77777777">
              <w:trPr>
                <w:jc w:val="center"/>
              </w:trPr>
              <w:tc>
                <w:tcPr>
                  <w:tcW w:w="7087" w:type="dxa"/>
                  <w:shd w:val="clear" w:color="auto" w:fill="EDC9EA"/>
                  <w:tcMar>
                    <w:top w:w="45" w:type="dxa"/>
                    <w:left w:w="70" w:type="dxa"/>
                    <w:bottom w:w="45" w:type="dxa"/>
                    <w:right w:w="70" w:type="dxa"/>
                  </w:tcMar>
                </w:tcPr>
                <w:p w14:paraId="515006E9" w14:textId="77777777" w:rsidR="005B3871" w:rsidRDefault="00000000">
                  <w:pPr>
                    <w:keepNext/>
                  </w:pPr>
                  <w:r>
                    <w:rPr>
                      <w:b/>
                      <w:color w:val="000000"/>
                    </w:rPr>
                    <w:t>NAMENI UČENJA</w:t>
                  </w:r>
                </w:p>
              </w:tc>
            </w:tr>
          </w:tbl>
          <w:p w14:paraId="7CBF8395" w14:textId="77777777" w:rsidR="005B3871" w:rsidRDefault="005B3871">
            <w:pPr>
              <w:spacing w:line="20" w:lineRule="exact"/>
            </w:pPr>
          </w:p>
          <w:p w14:paraId="5A27D813"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45992EF0" w14:textId="77777777" w:rsidR="005B3871" w:rsidRDefault="00000000">
            <w:pPr>
              <w:pStyle w:val="Oznaenseznam"/>
              <w:spacing w:after="16"/>
            </w:pPr>
            <w:r>
              <w:rPr>
                <w:color w:val="000000"/>
                <w:sz w:val="16"/>
              </w:rPr>
              <w:t>modeliram odvzemanje in razliko</w:t>
            </w:r>
          </w:p>
          <w:p w14:paraId="20AA8575" w14:textId="77777777" w:rsidR="005B3871" w:rsidRDefault="00000000">
            <w:pPr>
              <w:pStyle w:val="Oznaenseznam"/>
              <w:spacing w:after="16"/>
            </w:pPr>
            <w:r>
              <w:rPr>
                <w:color w:val="000000"/>
                <w:sz w:val="16"/>
              </w:rPr>
              <w:t>zapišem račun</w:t>
            </w:r>
          </w:p>
          <w:p w14:paraId="48CE8BEE" w14:textId="77777777" w:rsidR="005B3871" w:rsidRDefault="00000000">
            <w:pPr>
              <w:pStyle w:val="Oznaenseznam"/>
              <w:spacing w:after="16"/>
            </w:pPr>
            <w:r>
              <w:rPr>
                <w:color w:val="000000"/>
                <w:sz w:val="16"/>
              </w:rPr>
              <w:t>rešim preprosto besedilno nalogo</w:t>
            </w:r>
          </w:p>
          <w:tbl>
            <w:tblPr>
              <w:tblStyle w:val="Tabelamrea"/>
              <w:tblW w:w="0" w:type="auto"/>
              <w:jc w:val="center"/>
              <w:tblLayout w:type="fixed"/>
              <w:tblLook w:val="04A0" w:firstRow="1" w:lastRow="0" w:firstColumn="1" w:lastColumn="0" w:noHBand="0" w:noVBand="1"/>
            </w:tblPr>
            <w:tblGrid>
              <w:gridCol w:w="7087"/>
            </w:tblGrid>
            <w:tr w:rsidR="005B3871" w14:paraId="0C81C27B" w14:textId="77777777">
              <w:trPr>
                <w:jc w:val="center"/>
              </w:trPr>
              <w:tc>
                <w:tcPr>
                  <w:tcW w:w="7087" w:type="dxa"/>
                  <w:shd w:val="clear" w:color="auto" w:fill="EDC9EA"/>
                  <w:tcMar>
                    <w:top w:w="45" w:type="dxa"/>
                    <w:left w:w="70" w:type="dxa"/>
                    <w:bottom w:w="45" w:type="dxa"/>
                    <w:right w:w="70" w:type="dxa"/>
                  </w:tcMar>
                </w:tcPr>
                <w:p w14:paraId="36DB0CAB" w14:textId="77777777" w:rsidR="005B3871" w:rsidRDefault="00000000">
                  <w:pPr>
                    <w:keepNext/>
                  </w:pPr>
                  <w:r>
                    <w:rPr>
                      <w:b/>
                      <w:color w:val="000000"/>
                    </w:rPr>
                    <w:t>PREVERJANJE PREDZNANJA</w:t>
                  </w:r>
                </w:p>
              </w:tc>
            </w:tr>
          </w:tbl>
          <w:p w14:paraId="690EB1A9" w14:textId="77777777" w:rsidR="005B3871" w:rsidRDefault="005B3871">
            <w:pPr>
              <w:spacing w:line="20" w:lineRule="exact"/>
            </w:pPr>
          </w:p>
          <w:p w14:paraId="73C29D72" w14:textId="77777777" w:rsidR="005B3871" w:rsidRDefault="00000000">
            <w:pPr>
              <w:pStyle w:val="Oznaenseznam"/>
              <w:spacing w:after="16"/>
            </w:pPr>
            <w:r>
              <w:rPr>
                <w:color w:val="000000"/>
                <w:sz w:val="16"/>
              </w:rPr>
              <w:t>Kaj moram v besedilni nalogi najprej ugotoviti?</w:t>
            </w:r>
          </w:p>
          <w:p w14:paraId="0C1F24B0" w14:textId="77777777" w:rsidR="005B3871" w:rsidRDefault="00000000">
            <w:pPr>
              <w:pStyle w:val="Oznaenseznam"/>
              <w:spacing w:after="16"/>
            </w:pPr>
            <w:r>
              <w:rPr>
                <w:color w:val="000000"/>
                <w:sz w:val="16"/>
              </w:rPr>
              <w:t>Kako razlikujem začetno količino, odvzeti del in ostanek?</w:t>
            </w:r>
          </w:p>
          <w:p w14:paraId="21CF3A99"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1213A51D" w14:textId="77777777">
              <w:trPr>
                <w:jc w:val="center"/>
              </w:trPr>
              <w:tc>
                <w:tcPr>
                  <w:tcW w:w="7087" w:type="dxa"/>
                  <w:shd w:val="clear" w:color="auto" w:fill="EDC9EA"/>
                  <w:tcMar>
                    <w:top w:w="45" w:type="dxa"/>
                    <w:left w:w="70" w:type="dxa"/>
                    <w:bottom w:w="45" w:type="dxa"/>
                    <w:right w:w="70" w:type="dxa"/>
                  </w:tcMar>
                </w:tcPr>
                <w:p w14:paraId="2607BE13" w14:textId="77777777" w:rsidR="005B3871" w:rsidRDefault="00000000">
                  <w:pPr>
                    <w:keepNext/>
                  </w:pPr>
                  <w:r>
                    <w:rPr>
                      <w:b/>
                      <w:color w:val="000000"/>
                    </w:rPr>
                    <w:t>KRITERIJI USPEŠNOSTI</w:t>
                  </w:r>
                </w:p>
              </w:tc>
            </w:tr>
          </w:tbl>
          <w:p w14:paraId="16B20495" w14:textId="77777777" w:rsidR="005B3871" w:rsidRDefault="005B3871"/>
          <w:p w14:paraId="466680B3" w14:textId="77777777" w:rsidR="005B3871" w:rsidRDefault="00000000">
            <w:pPr>
              <w:spacing w:before="20" w:after="20" w:line="245" w:lineRule="auto"/>
            </w:pPr>
            <w:r>
              <w:rPr>
                <w:b/>
                <w:color w:val="000000"/>
                <w:sz w:val="16"/>
              </w:rPr>
              <w:t>Uspešen/-na bom, ko:</w:t>
            </w:r>
          </w:p>
          <w:p w14:paraId="6564322F" w14:textId="77777777" w:rsidR="005B3871" w:rsidRDefault="00000000">
            <w:pPr>
              <w:pStyle w:val="Oznaenseznam"/>
              <w:spacing w:after="16"/>
            </w:pPr>
            <w:r>
              <w:rPr>
                <w:color w:val="000000"/>
                <w:sz w:val="16"/>
              </w:rPr>
              <w:t>modeliram odvzemanje in razliko</w:t>
            </w:r>
          </w:p>
          <w:p w14:paraId="4FE62923" w14:textId="77777777" w:rsidR="005B3871" w:rsidRDefault="00000000">
            <w:pPr>
              <w:pStyle w:val="Oznaenseznam"/>
              <w:spacing w:after="16"/>
            </w:pPr>
            <w:r>
              <w:rPr>
                <w:color w:val="000000"/>
                <w:sz w:val="16"/>
              </w:rPr>
              <w:t>zapišem račun</w:t>
            </w:r>
          </w:p>
          <w:p w14:paraId="4BC50B6A" w14:textId="77777777" w:rsidR="005B3871" w:rsidRDefault="00000000">
            <w:pPr>
              <w:pStyle w:val="Oznaenseznam"/>
              <w:spacing w:after="16"/>
            </w:pPr>
            <w:r>
              <w:rPr>
                <w:color w:val="000000"/>
                <w:sz w:val="16"/>
              </w:rPr>
              <w:t>rešim preprosto besedilno nalogo</w:t>
            </w:r>
          </w:p>
          <w:p w14:paraId="6153CA55"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6685FD23" w14:textId="77777777" w:rsidR="005B3871" w:rsidRDefault="005B3871"/>
          <w:p w14:paraId="3D4D14E3"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512714E4" w14:textId="77777777" w:rsidR="005B3871" w:rsidRDefault="00000000">
            <w:pPr>
              <w:spacing w:after="80" w:line="245" w:lineRule="auto"/>
            </w:pPr>
            <w:r>
              <w:rPr>
                <w:color w:val="000000"/>
                <w:sz w:val="16"/>
              </w:rPr>
              <w:t>Pove, pokaže ali nariše, kako bi nalogo začel. Posluša tudi drugačne strategije.</w:t>
            </w:r>
          </w:p>
          <w:p w14:paraId="63595328" w14:textId="77777777" w:rsidR="005B3871" w:rsidRDefault="00000000">
            <w:pPr>
              <w:spacing w:after="100" w:line="245" w:lineRule="auto"/>
            </w:pPr>
            <w:r>
              <w:rPr>
                <w:color w:val="000000"/>
                <w:sz w:val="16"/>
              </w:rPr>
              <w:t>Sodeluje pri razumevanju namenov in kriterijev uspešnosti.</w:t>
            </w:r>
          </w:p>
          <w:p w14:paraId="74D807AF" w14:textId="77777777" w:rsidR="005B3871" w:rsidRDefault="00000000">
            <w:pPr>
              <w:spacing w:after="20" w:line="245" w:lineRule="auto"/>
            </w:pPr>
            <w:r>
              <w:rPr>
                <w:b/>
                <w:color w:val="D95BC6"/>
                <w:sz w:val="17"/>
              </w:rPr>
              <w:t>DOKAZ O UČENJU</w:t>
            </w:r>
          </w:p>
          <w:p w14:paraId="1EABC2D5" w14:textId="77777777" w:rsidR="005B3871" w:rsidRDefault="00000000">
            <w:pPr>
              <w:spacing w:after="30" w:line="245" w:lineRule="auto"/>
            </w:pPr>
            <w:r>
              <w:rPr>
                <w:color w:val="D95BC6"/>
                <w:sz w:val="16"/>
              </w:rPr>
              <w:t>začetna strategija, razvrstitev, model, risba, gib ali ustni odgovor</w:t>
            </w:r>
          </w:p>
        </w:tc>
      </w:tr>
    </w:tbl>
    <w:p w14:paraId="3B4E16D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963510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DCED01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1276C6" w14:textId="77777777" w:rsidR="005B3871" w:rsidRDefault="00000000">
            <w:pPr>
              <w:jc w:val="center"/>
            </w:pPr>
            <w:r>
              <w:rPr>
                <w:b/>
                <w:color w:val="000000"/>
                <w:sz w:val="20"/>
              </w:rPr>
              <w:t>UČNE DEJAVNOSTI, METODE IN FORMATIVNO SPREMLJANJE</w:t>
            </w:r>
          </w:p>
        </w:tc>
      </w:tr>
      <w:tr w:rsidR="005B3871" w14:paraId="71AAB36E" w14:textId="77777777">
        <w:trPr>
          <w:tblHeader/>
          <w:jc w:val="center"/>
        </w:trPr>
        <w:tc>
          <w:tcPr>
            <w:tcW w:w="4422" w:type="dxa"/>
            <w:vMerge/>
            <w:tcMar>
              <w:top w:w="70" w:type="dxa"/>
              <w:left w:w="90" w:type="dxa"/>
              <w:bottom w:w="70" w:type="dxa"/>
              <w:right w:w="90" w:type="dxa"/>
            </w:tcMar>
            <w:vAlign w:val="center"/>
          </w:tcPr>
          <w:p w14:paraId="5228AE92" w14:textId="77777777" w:rsidR="005B3871" w:rsidRDefault="005B3871"/>
        </w:tc>
        <w:tc>
          <w:tcPr>
            <w:tcW w:w="7087" w:type="dxa"/>
            <w:shd w:val="clear" w:color="auto" w:fill="FFFFFF"/>
            <w:tcMar>
              <w:top w:w="70" w:type="dxa"/>
              <w:left w:w="90" w:type="dxa"/>
              <w:bottom w:w="70" w:type="dxa"/>
              <w:right w:w="90" w:type="dxa"/>
            </w:tcMar>
            <w:vAlign w:val="center"/>
          </w:tcPr>
          <w:p w14:paraId="7DBDEAE1"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9E8C3C1" w14:textId="77777777" w:rsidR="005B3871" w:rsidRDefault="00000000">
            <w:pPr>
              <w:jc w:val="center"/>
            </w:pPr>
            <w:r>
              <w:rPr>
                <w:b/>
                <w:color w:val="000000"/>
              </w:rPr>
              <w:t>UČENEC</w:t>
            </w:r>
          </w:p>
        </w:tc>
      </w:tr>
      <w:tr w:rsidR="005B3871" w14:paraId="57F95411" w14:textId="77777777">
        <w:trPr>
          <w:jc w:val="center"/>
        </w:trPr>
        <w:tc>
          <w:tcPr>
            <w:tcW w:w="4422" w:type="dxa"/>
            <w:tcMar>
              <w:top w:w="70" w:type="dxa"/>
              <w:left w:w="90" w:type="dxa"/>
              <w:bottom w:w="70" w:type="dxa"/>
              <w:right w:w="90" w:type="dxa"/>
            </w:tcMar>
          </w:tcPr>
          <w:p w14:paraId="3CB26797" w14:textId="77777777" w:rsidR="005B3871" w:rsidRDefault="005B3871"/>
          <w:p w14:paraId="233CE399" w14:textId="77777777" w:rsidR="005B3871" w:rsidRDefault="00000000">
            <w:pPr>
              <w:spacing w:after="40" w:line="245" w:lineRule="auto"/>
            </w:pPr>
            <w:r>
              <w:rPr>
                <w:b/>
                <w:color w:val="000000"/>
              </w:rPr>
              <w:t>KLJUČNI POJMI</w:t>
            </w:r>
          </w:p>
          <w:p w14:paraId="71F432F4" w14:textId="77777777" w:rsidR="005B3871" w:rsidRDefault="00000000">
            <w:pPr>
              <w:spacing w:after="60" w:line="245" w:lineRule="auto"/>
            </w:pPr>
            <w:r>
              <w:rPr>
                <w:color w:val="000000"/>
                <w:sz w:val="16"/>
              </w:rPr>
              <w:t>odštevanje, razlika, začetna količina, odvzeti del, ostanek, besedilna naloga, odgovor, preverjanje</w:t>
            </w:r>
          </w:p>
          <w:p w14:paraId="4053BAB2" w14:textId="77777777" w:rsidR="005B3871" w:rsidRDefault="00000000">
            <w:pPr>
              <w:spacing w:after="20" w:line="245" w:lineRule="auto"/>
            </w:pPr>
            <w:r>
              <w:rPr>
                <w:b/>
                <w:color w:val="000000"/>
                <w:sz w:val="17"/>
              </w:rPr>
              <w:t>DOKAZI O UČENJU</w:t>
            </w:r>
          </w:p>
          <w:p w14:paraId="672E0279" w14:textId="77777777" w:rsidR="005B3871" w:rsidRDefault="00000000">
            <w:pPr>
              <w:pStyle w:val="Oznaenseznam"/>
              <w:spacing w:after="16"/>
            </w:pPr>
            <w:r>
              <w:rPr>
                <w:color w:val="000000"/>
                <w:sz w:val="16"/>
              </w:rPr>
              <w:t>konkretni model odštevanja do 10</w:t>
            </w:r>
          </w:p>
          <w:p w14:paraId="6B21C48E" w14:textId="77777777" w:rsidR="005B3871" w:rsidRDefault="00000000">
            <w:pPr>
              <w:pStyle w:val="Oznaenseznam"/>
              <w:spacing w:after="16"/>
            </w:pPr>
            <w:r>
              <w:rPr>
                <w:color w:val="000000"/>
                <w:sz w:val="16"/>
              </w:rPr>
              <w:t>gibalni in simbolni prikaz</w:t>
            </w:r>
          </w:p>
          <w:p w14:paraId="097E6B4F" w14:textId="77777777" w:rsidR="005B3871" w:rsidRDefault="00000000">
            <w:pPr>
              <w:pStyle w:val="Oznaenseznam"/>
              <w:spacing w:after="16"/>
            </w:pPr>
            <w:r>
              <w:rPr>
                <w:color w:val="000000"/>
                <w:sz w:val="16"/>
              </w:rPr>
              <w:t>rešena preprosta besedilna naloga</w:t>
            </w:r>
          </w:p>
          <w:p w14:paraId="51E76295" w14:textId="77777777" w:rsidR="005B3871" w:rsidRDefault="00000000">
            <w:pPr>
              <w:pStyle w:val="Oznaenseznam"/>
              <w:spacing w:after="16"/>
            </w:pPr>
            <w:r>
              <w:rPr>
                <w:color w:val="000000"/>
                <w:sz w:val="16"/>
              </w:rPr>
              <w:t>preverjena in popravljena rešitev</w:t>
            </w:r>
          </w:p>
          <w:p w14:paraId="34BDC067" w14:textId="77777777" w:rsidR="005B3871" w:rsidRDefault="00000000">
            <w:pPr>
              <w:spacing w:before="40" w:after="20" w:line="245" w:lineRule="auto"/>
            </w:pPr>
            <w:r>
              <w:rPr>
                <w:b/>
                <w:color w:val="000000"/>
                <w:sz w:val="17"/>
              </w:rPr>
              <w:t>MEDPREDMETNA POVEZAVA</w:t>
            </w:r>
          </w:p>
          <w:p w14:paraId="6E8AF3D3" w14:textId="77777777" w:rsidR="005B3871" w:rsidRDefault="00000000">
            <w:pPr>
              <w:spacing w:after="60" w:line="245" w:lineRule="auto"/>
            </w:pPr>
            <w:r>
              <w:rPr>
                <w:color w:val="000000"/>
                <w:sz w:val="16"/>
              </w:rPr>
              <w:t>SLJ – razumevanje vprašanja in odgovor; LUM – zvezdni modeli; ŠPO – skoki po osi</w:t>
            </w:r>
          </w:p>
          <w:p w14:paraId="63B8DFA2" w14:textId="77777777" w:rsidR="005B3871" w:rsidRDefault="00000000">
            <w:pPr>
              <w:spacing w:after="20" w:line="245" w:lineRule="auto"/>
            </w:pPr>
            <w:r>
              <w:rPr>
                <w:b/>
                <w:color w:val="000000"/>
                <w:sz w:val="17"/>
              </w:rPr>
              <w:t>POUČEVANJE V GIBANJU</w:t>
            </w:r>
          </w:p>
          <w:p w14:paraId="46683EF7"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28445FE6" w14:textId="77777777" w:rsidR="005B3871" w:rsidRDefault="00000000">
            <w:pPr>
              <w:spacing w:after="20" w:line="245" w:lineRule="auto"/>
            </w:pPr>
            <w:r>
              <w:rPr>
                <w:b/>
                <w:color w:val="000000"/>
                <w:sz w:val="17"/>
              </w:rPr>
              <w:t>DELO PO POSTAJAH</w:t>
            </w:r>
          </w:p>
          <w:p w14:paraId="621FD00C" w14:textId="77777777" w:rsidR="005B3871" w:rsidRDefault="00000000">
            <w:pPr>
              <w:spacing w:after="60" w:line="245" w:lineRule="auto"/>
            </w:pPr>
            <w:r>
              <w:rPr>
                <w:color w:val="000000"/>
                <w:sz w:val="15"/>
              </w:rPr>
              <w:t>Načrtovana rotacija: konkretno-izkušenjska – Zvezde odhajajo; gibalna/sodelovalna – Skoki nazaj do rešitve; slikovno-simbolna – Besedilna naloga v treh korakih; izziv, dokaz in povratna informacija – Preverjanje ostanka. Pri pisnem ocenjevanju se postaje izvedejo v pripravi, analizi in ponovnem učenju.</w:t>
            </w:r>
          </w:p>
          <w:p w14:paraId="797D3FDC" w14:textId="77777777" w:rsidR="005B3871" w:rsidRDefault="00000000">
            <w:pPr>
              <w:spacing w:after="20" w:line="245" w:lineRule="auto"/>
            </w:pPr>
            <w:r>
              <w:rPr>
                <w:b/>
                <w:color w:val="000000"/>
                <w:sz w:val="17"/>
              </w:rPr>
              <w:t>DIFERENCIACIJA IN VKLJUČEVANJE</w:t>
            </w:r>
          </w:p>
          <w:p w14:paraId="5507E384"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2AB01DE4" w14:textId="77777777" w:rsidR="005B3871" w:rsidRDefault="00000000">
            <w:pPr>
              <w:spacing w:after="20" w:line="245" w:lineRule="auto"/>
            </w:pPr>
            <w:r>
              <w:rPr>
                <w:b/>
                <w:color w:val="000000"/>
                <w:sz w:val="17"/>
              </w:rPr>
              <w:t>SPREMLJANJE</w:t>
            </w:r>
          </w:p>
          <w:p w14:paraId="41776CA0"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1D8F03D4"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DAB6E86" w14:textId="77777777">
              <w:trPr>
                <w:jc w:val="center"/>
              </w:trPr>
              <w:tc>
                <w:tcPr>
                  <w:tcW w:w="7087" w:type="dxa"/>
                  <w:shd w:val="clear" w:color="auto" w:fill="C6E7F3"/>
                  <w:tcMar>
                    <w:top w:w="45" w:type="dxa"/>
                    <w:left w:w="70" w:type="dxa"/>
                    <w:bottom w:w="45" w:type="dxa"/>
                    <w:right w:w="70" w:type="dxa"/>
                  </w:tcMar>
                </w:tcPr>
                <w:p w14:paraId="12929D5B" w14:textId="77777777" w:rsidR="005B3871" w:rsidRDefault="00000000">
                  <w:pPr>
                    <w:keepNext/>
                  </w:pPr>
                  <w:r>
                    <w:rPr>
                      <w:b/>
                      <w:color w:val="000000"/>
                    </w:rPr>
                    <w:t>GLAVNI DEL – IZKUŠENJSKO IN PROBLEMSKO UČENJE (4 šolske ure)</w:t>
                  </w:r>
                </w:p>
              </w:tc>
            </w:tr>
          </w:tbl>
          <w:p w14:paraId="54BBC293" w14:textId="77777777" w:rsidR="005B3871" w:rsidRDefault="005B3871">
            <w:pPr>
              <w:spacing w:line="20" w:lineRule="exact"/>
            </w:pPr>
          </w:p>
          <w:p w14:paraId="42246E93" w14:textId="77777777" w:rsidR="005B3871" w:rsidRDefault="00000000">
            <w:pPr>
              <w:keepNext/>
              <w:spacing w:before="40" w:after="10" w:line="245" w:lineRule="auto"/>
            </w:pPr>
            <w:r>
              <w:rPr>
                <w:b/>
                <w:color w:val="000000"/>
                <w:sz w:val="17"/>
              </w:rPr>
              <w:t>1. URA – Zvezde odhajajo</w:t>
            </w:r>
          </w:p>
          <w:p w14:paraId="0AB2C9D5" w14:textId="77777777" w:rsidR="005B3871" w:rsidRDefault="00000000">
            <w:pPr>
              <w:spacing w:after="14" w:line="245" w:lineRule="auto"/>
            </w:pPr>
            <w:r>
              <w:rPr>
                <w:b/>
                <w:color w:val="000000"/>
                <w:sz w:val="16"/>
              </w:rPr>
              <w:t xml:space="preserve">Dejavnost učiteljice: </w:t>
            </w:r>
            <w:r>
              <w:rPr>
                <w:color w:val="000000"/>
                <w:sz w:val="16"/>
              </w:rPr>
              <w:t>S konkretnimi zvezdami modelira odvzemanje in sproti poimenuje vse tri količine.</w:t>
            </w:r>
          </w:p>
          <w:p w14:paraId="07F5AE59" w14:textId="77777777" w:rsidR="005B3871" w:rsidRDefault="00000000">
            <w:pPr>
              <w:spacing w:after="14" w:line="245" w:lineRule="auto"/>
            </w:pPr>
            <w:r>
              <w:rPr>
                <w:b/>
                <w:color w:val="000000"/>
                <w:sz w:val="16"/>
              </w:rPr>
              <w:t xml:space="preserve">Dejavnost učencev: </w:t>
            </w:r>
            <w:r>
              <w:rPr>
                <w:color w:val="000000"/>
                <w:sz w:val="16"/>
              </w:rPr>
              <w:t>Odvzamejo zvezde, določijo ostanek in dogodek povedo z lastnimi besedami.</w:t>
            </w:r>
          </w:p>
          <w:p w14:paraId="772E481F" w14:textId="77777777" w:rsidR="005B3871" w:rsidRDefault="00000000">
            <w:pPr>
              <w:spacing w:after="24" w:line="245" w:lineRule="auto"/>
            </w:pPr>
            <w:r>
              <w:rPr>
                <w:i/>
                <w:color w:val="D95BC6"/>
                <w:sz w:val="16"/>
              </w:rPr>
              <w:t>Predvideni dokaz: konkretni model odštevanja do 10.</w:t>
            </w:r>
          </w:p>
          <w:p w14:paraId="4591CB84" w14:textId="77777777" w:rsidR="005B3871" w:rsidRDefault="00000000">
            <w:pPr>
              <w:keepNext/>
              <w:spacing w:before="40" w:after="10" w:line="245" w:lineRule="auto"/>
            </w:pPr>
            <w:r>
              <w:rPr>
                <w:b/>
                <w:color w:val="000000"/>
                <w:sz w:val="17"/>
              </w:rPr>
              <w:t>2. URA – Skoki nazaj do rešitve</w:t>
            </w:r>
          </w:p>
          <w:p w14:paraId="05396358" w14:textId="77777777" w:rsidR="005B3871" w:rsidRDefault="00000000">
            <w:pPr>
              <w:spacing w:after="14" w:line="245" w:lineRule="auto"/>
            </w:pPr>
            <w:r>
              <w:rPr>
                <w:b/>
                <w:color w:val="000000"/>
                <w:sz w:val="16"/>
              </w:rPr>
              <w:t xml:space="preserve">Dejavnost učiteljice: </w:t>
            </w:r>
            <w:r>
              <w:rPr>
                <w:color w:val="000000"/>
                <w:sz w:val="16"/>
              </w:rPr>
              <w:t>Na talni osi pokaže začetek, število korakov in končno mesto.</w:t>
            </w:r>
          </w:p>
          <w:p w14:paraId="05A4D906" w14:textId="77777777" w:rsidR="005B3871" w:rsidRDefault="00000000">
            <w:pPr>
              <w:spacing w:after="14" w:line="245" w:lineRule="auto"/>
            </w:pPr>
            <w:r>
              <w:rPr>
                <w:b/>
                <w:color w:val="000000"/>
                <w:sz w:val="16"/>
              </w:rPr>
              <w:t xml:space="preserve">Dejavnost učencev: </w:t>
            </w:r>
            <w:r>
              <w:rPr>
                <w:color w:val="000000"/>
                <w:sz w:val="16"/>
              </w:rPr>
              <w:t>Izvedejo skoke nazaj, nato gib povežejo z računom.</w:t>
            </w:r>
          </w:p>
          <w:p w14:paraId="20267B8C" w14:textId="77777777" w:rsidR="005B3871" w:rsidRDefault="00000000">
            <w:pPr>
              <w:spacing w:after="24" w:line="245" w:lineRule="auto"/>
            </w:pPr>
            <w:r>
              <w:rPr>
                <w:i/>
                <w:color w:val="D95BC6"/>
                <w:sz w:val="16"/>
              </w:rPr>
              <w:t>Predvideni dokaz: gibalni in simbolni prikaz.</w:t>
            </w:r>
          </w:p>
          <w:p w14:paraId="7F5E5E75" w14:textId="77777777" w:rsidR="005B3871" w:rsidRDefault="00000000">
            <w:pPr>
              <w:keepNext/>
              <w:spacing w:before="40" w:after="10" w:line="245" w:lineRule="auto"/>
            </w:pPr>
            <w:r>
              <w:rPr>
                <w:b/>
                <w:color w:val="000000"/>
                <w:sz w:val="17"/>
              </w:rPr>
              <w:t>3. URA – Besedilna naloga v treh korakih</w:t>
            </w:r>
          </w:p>
          <w:p w14:paraId="625A9BF9" w14:textId="77777777" w:rsidR="005B3871" w:rsidRDefault="00000000">
            <w:pPr>
              <w:spacing w:after="14" w:line="245" w:lineRule="auto"/>
            </w:pPr>
            <w:r>
              <w:rPr>
                <w:b/>
                <w:color w:val="000000"/>
                <w:sz w:val="16"/>
              </w:rPr>
              <w:t xml:space="preserve">Dejavnost učiteljice: </w:t>
            </w:r>
            <w:r>
              <w:rPr>
                <w:color w:val="000000"/>
                <w:sz w:val="16"/>
              </w:rPr>
              <w:t>Vodi postopek razumem – ponazorim – izračunam in poudari vprašanje.</w:t>
            </w:r>
          </w:p>
          <w:p w14:paraId="491E87D5" w14:textId="77777777" w:rsidR="005B3871" w:rsidRDefault="00000000">
            <w:pPr>
              <w:spacing w:after="14" w:line="245" w:lineRule="auto"/>
            </w:pPr>
            <w:r>
              <w:rPr>
                <w:b/>
                <w:color w:val="000000"/>
                <w:sz w:val="16"/>
              </w:rPr>
              <w:t xml:space="preserve">Dejavnost učencev: </w:t>
            </w:r>
            <w:r>
              <w:rPr>
                <w:color w:val="000000"/>
                <w:sz w:val="16"/>
              </w:rPr>
              <w:t>Označijo znane podatke, nalogo ponazorijo ter zapišejo račun in odgovor.</w:t>
            </w:r>
          </w:p>
          <w:p w14:paraId="334DD131" w14:textId="77777777" w:rsidR="005B3871" w:rsidRDefault="00000000">
            <w:pPr>
              <w:spacing w:after="24" w:line="245" w:lineRule="auto"/>
            </w:pPr>
            <w:r>
              <w:rPr>
                <w:i/>
                <w:color w:val="D95BC6"/>
                <w:sz w:val="16"/>
              </w:rPr>
              <w:t>Predvideni dokaz: rešena preprosta besedilna naloga.</w:t>
            </w:r>
          </w:p>
          <w:p w14:paraId="4B5F2456" w14:textId="77777777" w:rsidR="005B3871" w:rsidRDefault="00000000">
            <w:pPr>
              <w:keepNext/>
              <w:spacing w:before="40" w:after="10" w:line="245" w:lineRule="auto"/>
            </w:pPr>
            <w:r>
              <w:rPr>
                <w:b/>
                <w:color w:val="000000"/>
                <w:sz w:val="17"/>
              </w:rPr>
              <w:t>4. URA – Preverjanje ostanka</w:t>
            </w:r>
          </w:p>
          <w:p w14:paraId="1C01C16C" w14:textId="77777777" w:rsidR="005B3871" w:rsidRDefault="00000000">
            <w:pPr>
              <w:spacing w:after="14" w:line="245" w:lineRule="auto"/>
            </w:pPr>
            <w:r>
              <w:rPr>
                <w:b/>
                <w:color w:val="000000"/>
                <w:sz w:val="16"/>
              </w:rPr>
              <w:t xml:space="preserve">Dejavnost učiteljice: </w:t>
            </w:r>
            <w:r>
              <w:rPr>
                <w:color w:val="000000"/>
                <w:sz w:val="16"/>
              </w:rPr>
              <w:t>Ponudi napačen model ali odgovor in spodbuja vračanje k zgodbi.</w:t>
            </w:r>
          </w:p>
          <w:p w14:paraId="0A661F55" w14:textId="77777777" w:rsidR="005B3871" w:rsidRDefault="00000000">
            <w:pPr>
              <w:spacing w:after="14" w:line="245" w:lineRule="auto"/>
            </w:pPr>
            <w:r>
              <w:rPr>
                <w:b/>
                <w:color w:val="000000"/>
                <w:sz w:val="16"/>
              </w:rPr>
              <w:t xml:space="preserve">Dejavnost učencev: </w:t>
            </w:r>
            <w:r>
              <w:rPr>
                <w:color w:val="000000"/>
                <w:sz w:val="16"/>
              </w:rPr>
              <w:t>Napako odkrijejo s predmeti ali risbo ter utemeljijo popravek.</w:t>
            </w:r>
          </w:p>
          <w:p w14:paraId="0ACCC438" w14:textId="77777777" w:rsidR="005B3871" w:rsidRDefault="00000000">
            <w:pPr>
              <w:spacing w:after="24" w:line="245" w:lineRule="auto"/>
            </w:pPr>
            <w:r>
              <w:rPr>
                <w:i/>
                <w:color w:val="D95BC6"/>
                <w:sz w:val="16"/>
              </w:rPr>
              <w:t>Predvideni dokaz: preverjena in popravljena rešitev.</w:t>
            </w:r>
          </w:p>
          <w:tbl>
            <w:tblPr>
              <w:tblStyle w:val="Tabelamrea"/>
              <w:tblW w:w="0" w:type="auto"/>
              <w:jc w:val="center"/>
              <w:tblLayout w:type="fixed"/>
              <w:tblLook w:val="04A0" w:firstRow="1" w:lastRow="0" w:firstColumn="1" w:lastColumn="0" w:noHBand="0" w:noVBand="1"/>
            </w:tblPr>
            <w:tblGrid>
              <w:gridCol w:w="7087"/>
            </w:tblGrid>
            <w:tr w:rsidR="005B3871" w14:paraId="74BF9FB8" w14:textId="77777777">
              <w:trPr>
                <w:jc w:val="center"/>
              </w:trPr>
              <w:tc>
                <w:tcPr>
                  <w:tcW w:w="7087" w:type="dxa"/>
                  <w:shd w:val="clear" w:color="auto" w:fill="EDC9EA"/>
                  <w:tcMar>
                    <w:top w:w="45" w:type="dxa"/>
                    <w:left w:w="70" w:type="dxa"/>
                    <w:bottom w:w="45" w:type="dxa"/>
                    <w:right w:w="70" w:type="dxa"/>
                  </w:tcMar>
                </w:tcPr>
                <w:p w14:paraId="6C903EA1" w14:textId="77777777" w:rsidR="005B3871" w:rsidRDefault="00000000">
                  <w:pPr>
                    <w:keepNext/>
                  </w:pPr>
                  <w:r>
                    <w:rPr>
                      <w:b/>
                      <w:color w:val="000000"/>
                    </w:rPr>
                    <w:t>POVRATNA INFORMACIJA UČITELJICE MED DELOM</w:t>
                  </w:r>
                </w:p>
              </w:tc>
            </w:tr>
          </w:tbl>
          <w:p w14:paraId="765F5226" w14:textId="77777777" w:rsidR="005B3871" w:rsidRDefault="005B3871"/>
          <w:p w14:paraId="41DF62D5"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31DF55EE" w14:textId="77777777" w:rsidR="005B3871" w:rsidRDefault="005B3871"/>
          <w:p w14:paraId="5FF0490D" w14:textId="77777777" w:rsidR="005B3871" w:rsidRDefault="00000000">
            <w:pPr>
              <w:spacing w:after="10" w:line="245" w:lineRule="auto"/>
            </w:pPr>
            <w:r>
              <w:rPr>
                <w:b/>
                <w:color w:val="000000"/>
                <w:sz w:val="16"/>
              </w:rPr>
              <w:t>1. URA</w:t>
            </w:r>
          </w:p>
          <w:p w14:paraId="202F5D67" w14:textId="77777777" w:rsidR="005B3871" w:rsidRDefault="00000000">
            <w:pPr>
              <w:spacing w:after="30" w:line="245" w:lineRule="auto"/>
            </w:pPr>
            <w:r>
              <w:rPr>
                <w:color w:val="000000"/>
                <w:sz w:val="16"/>
              </w:rPr>
              <w:t>Odvzamejo zvezde, določijo ostanek in dogodek povedo z lastnimi besedami.</w:t>
            </w:r>
          </w:p>
          <w:p w14:paraId="541EFE8D" w14:textId="77777777" w:rsidR="005B3871" w:rsidRDefault="00000000">
            <w:pPr>
              <w:spacing w:line="245" w:lineRule="auto"/>
            </w:pPr>
            <w:r>
              <w:rPr>
                <w:b/>
                <w:color w:val="D95BC6"/>
                <w:sz w:val="16"/>
              </w:rPr>
              <w:t>DOKAZ</w:t>
            </w:r>
          </w:p>
          <w:p w14:paraId="441841A9" w14:textId="77777777" w:rsidR="005B3871" w:rsidRDefault="00000000">
            <w:pPr>
              <w:spacing w:after="40" w:line="245" w:lineRule="auto"/>
            </w:pPr>
            <w:r>
              <w:rPr>
                <w:color w:val="D95BC6"/>
                <w:sz w:val="15"/>
              </w:rPr>
              <w:t>konkretni model odštevanja do 10</w:t>
            </w:r>
          </w:p>
          <w:p w14:paraId="719BD372" w14:textId="77777777" w:rsidR="005B3871" w:rsidRDefault="00000000">
            <w:pPr>
              <w:spacing w:after="10" w:line="245" w:lineRule="auto"/>
            </w:pPr>
            <w:r>
              <w:rPr>
                <w:b/>
                <w:color w:val="000000"/>
                <w:sz w:val="16"/>
              </w:rPr>
              <w:t>2. URA</w:t>
            </w:r>
          </w:p>
          <w:p w14:paraId="020BC191" w14:textId="77777777" w:rsidR="005B3871" w:rsidRDefault="00000000">
            <w:pPr>
              <w:spacing w:after="30" w:line="245" w:lineRule="auto"/>
            </w:pPr>
            <w:r>
              <w:rPr>
                <w:color w:val="000000"/>
                <w:sz w:val="16"/>
              </w:rPr>
              <w:t>Izvedejo skoke nazaj, nato gib povežejo z računom.</w:t>
            </w:r>
          </w:p>
          <w:p w14:paraId="180D829D" w14:textId="77777777" w:rsidR="005B3871" w:rsidRDefault="00000000">
            <w:pPr>
              <w:spacing w:line="245" w:lineRule="auto"/>
            </w:pPr>
            <w:r>
              <w:rPr>
                <w:b/>
                <w:color w:val="D95BC6"/>
                <w:sz w:val="16"/>
              </w:rPr>
              <w:t>DOKAZ</w:t>
            </w:r>
          </w:p>
          <w:p w14:paraId="59587796" w14:textId="77777777" w:rsidR="005B3871" w:rsidRDefault="00000000">
            <w:pPr>
              <w:spacing w:after="40" w:line="245" w:lineRule="auto"/>
            </w:pPr>
            <w:r>
              <w:rPr>
                <w:color w:val="D95BC6"/>
                <w:sz w:val="15"/>
              </w:rPr>
              <w:t>gibalni in simbolni prikaz</w:t>
            </w:r>
          </w:p>
          <w:p w14:paraId="31F088F7" w14:textId="77777777" w:rsidR="005B3871" w:rsidRDefault="00000000">
            <w:pPr>
              <w:spacing w:after="10" w:line="245" w:lineRule="auto"/>
            </w:pPr>
            <w:r>
              <w:rPr>
                <w:b/>
                <w:color w:val="000000"/>
                <w:sz w:val="16"/>
              </w:rPr>
              <w:t>3. URA</w:t>
            </w:r>
          </w:p>
          <w:p w14:paraId="73C32C8A" w14:textId="77777777" w:rsidR="005B3871" w:rsidRDefault="00000000">
            <w:pPr>
              <w:spacing w:after="30" w:line="245" w:lineRule="auto"/>
            </w:pPr>
            <w:r>
              <w:rPr>
                <w:color w:val="000000"/>
                <w:sz w:val="16"/>
              </w:rPr>
              <w:t>Označijo znane podatke, nalogo ponazorijo ter zapišejo račun in odgovor.</w:t>
            </w:r>
          </w:p>
          <w:p w14:paraId="2190AEE8" w14:textId="77777777" w:rsidR="005B3871" w:rsidRDefault="00000000">
            <w:pPr>
              <w:spacing w:line="245" w:lineRule="auto"/>
            </w:pPr>
            <w:r>
              <w:rPr>
                <w:b/>
                <w:color w:val="D95BC6"/>
                <w:sz w:val="16"/>
              </w:rPr>
              <w:t>DOKAZ</w:t>
            </w:r>
          </w:p>
          <w:p w14:paraId="4692CF06" w14:textId="77777777" w:rsidR="005B3871" w:rsidRDefault="00000000">
            <w:pPr>
              <w:spacing w:after="40" w:line="245" w:lineRule="auto"/>
            </w:pPr>
            <w:r>
              <w:rPr>
                <w:color w:val="D95BC6"/>
                <w:sz w:val="15"/>
              </w:rPr>
              <w:t>rešena preprosta besedilna naloga</w:t>
            </w:r>
          </w:p>
          <w:p w14:paraId="091D03BB" w14:textId="77777777" w:rsidR="005B3871" w:rsidRDefault="00000000">
            <w:pPr>
              <w:spacing w:after="10" w:line="245" w:lineRule="auto"/>
            </w:pPr>
            <w:r>
              <w:rPr>
                <w:b/>
                <w:color w:val="000000"/>
                <w:sz w:val="16"/>
              </w:rPr>
              <w:t>4. URA</w:t>
            </w:r>
          </w:p>
          <w:p w14:paraId="3924DBA6" w14:textId="77777777" w:rsidR="005B3871" w:rsidRDefault="00000000">
            <w:pPr>
              <w:spacing w:after="30" w:line="245" w:lineRule="auto"/>
            </w:pPr>
            <w:r>
              <w:rPr>
                <w:color w:val="000000"/>
                <w:sz w:val="16"/>
              </w:rPr>
              <w:t>Napako odkrijejo s predmeti ali risbo ter utemeljijo popravek.</w:t>
            </w:r>
          </w:p>
          <w:p w14:paraId="560B4A6B" w14:textId="77777777" w:rsidR="005B3871" w:rsidRDefault="00000000">
            <w:pPr>
              <w:spacing w:line="245" w:lineRule="auto"/>
            </w:pPr>
            <w:r>
              <w:rPr>
                <w:b/>
                <w:color w:val="D95BC6"/>
                <w:sz w:val="16"/>
              </w:rPr>
              <w:t>DOKAZ</w:t>
            </w:r>
          </w:p>
          <w:p w14:paraId="0A32BFEB" w14:textId="77777777" w:rsidR="005B3871" w:rsidRDefault="00000000">
            <w:pPr>
              <w:spacing w:after="40" w:line="245" w:lineRule="auto"/>
            </w:pPr>
            <w:r>
              <w:rPr>
                <w:color w:val="D95BC6"/>
                <w:sz w:val="15"/>
              </w:rPr>
              <w:t>preverjena in popravljena rešitev</w:t>
            </w:r>
          </w:p>
        </w:tc>
      </w:tr>
    </w:tbl>
    <w:p w14:paraId="131AE4C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6F4FF7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9C7362E"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A7649AB" w14:textId="77777777" w:rsidR="005B3871" w:rsidRDefault="00000000">
            <w:pPr>
              <w:jc w:val="center"/>
            </w:pPr>
            <w:r>
              <w:rPr>
                <w:b/>
                <w:color w:val="000000"/>
                <w:sz w:val="20"/>
              </w:rPr>
              <w:t>UČNE DEJAVNOSTI, METODE IN FORMATIVNO SPREMLJANJE</w:t>
            </w:r>
          </w:p>
        </w:tc>
      </w:tr>
      <w:tr w:rsidR="005B3871" w14:paraId="5913531E" w14:textId="77777777">
        <w:trPr>
          <w:tblHeader/>
          <w:jc w:val="center"/>
        </w:trPr>
        <w:tc>
          <w:tcPr>
            <w:tcW w:w="4422" w:type="dxa"/>
            <w:vMerge/>
            <w:tcMar>
              <w:top w:w="70" w:type="dxa"/>
              <w:left w:w="90" w:type="dxa"/>
              <w:bottom w:w="70" w:type="dxa"/>
              <w:right w:w="90" w:type="dxa"/>
            </w:tcMar>
            <w:vAlign w:val="center"/>
          </w:tcPr>
          <w:p w14:paraId="5FFA1422" w14:textId="77777777" w:rsidR="005B3871" w:rsidRDefault="005B3871"/>
        </w:tc>
        <w:tc>
          <w:tcPr>
            <w:tcW w:w="7087" w:type="dxa"/>
            <w:shd w:val="clear" w:color="auto" w:fill="FFFFFF"/>
            <w:tcMar>
              <w:top w:w="70" w:type="dxa"/>
              <w:left w:w="90" w:type="dxa"/>
              <w:bottom w:w="70" w:type="dxa"/>
              <w:right w:w="90" w:type="dxa"/>
            </w:tcMar>
            <w:vAlign w:val="center"/>
          </w:tcPr>
          <w:p w14:paraId="17E33F42"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3FE97D4" w14:textId="77777777" w:rsidR="005B3871" w:rsidRDefault="00000000">
            <w:pPr>
              <w:jc w:val="center"/>
            </w:pPr>
            <w:r>
              <w:rPr>
                <w:b/>
                <w:color w:val="000000"/>
              </w:rPr>
              <w:t>UČENEC</w:t>
            </w:r>
          </w:p>
        </w:tc>
      </w:tr>
      <w:tr w:rsidR="005B3871" w14:paraId="3CDBB362" w14:textId="77777777">
        <w:trPr>
          <w:jc w:val="center"/>
        </w:trPr>
        <w:tc>
          <w:tcPr>
            <w:tcW w:w="4422" w:type="dxa"/>
            <w:tcMar>
              <w:top w:w="70" w:type="dxa"/>
              <w:left w:w="90" w:type="dxa"/>
              <w:bottom w:w="70" w:type="dxa"/>
              <w:right w:w="90" w:type="dxa"/>
            </w:tcMar>
          </w:tcPr>
          <w:p w14:paraId="55687B17" w14:textId="77777777" w:rsidR="005B3871" w:rsidRDefault="005B3871"/>
          <w:p w14:paraId="24470F5A" w14:textId="77777777" w:rsidR="005B3871" w:rsidRDefault="00000000">
            <w:pPr>
              <w:spacing w:after="40" w:line="245" w:lineRule="auto"/>
            </w:pPr>
            <w:r>
              <w:rPr>
                <w:b/>
                <w:color w:val="000000"/>
              </w:rPr>
              <w:t>FORMATIVNO SPREMLJANJE</w:t>
            </w:r>
          </w:p>
          <w:p w14:paraId="5524BC0C" w14:textId="77777777" w:rsidR="005B3871" w:rsidRDefault="00000000">
            <w:pPr>
              <w:pStyle w:val="Oznaenseznam"/>
              <w:spacing w:after="16"/>
            </w:pPr>
            <w:r>
              <w:rPr>
                <w:color w:val="000000"/>
                <w:sz w:val="16"/>
              </w:rPr>
              <w:t>predznanje: začetna strategija, ocena, razvrstitev, model ali risba</w:t>
            </w:r>
          </w:p>
          <w:p w14:paraId="7D4EF5B7" w14:textId="77777777" w:rsidR="005B3871" w:rsidRDefault="00000000">
            <w:pPr>
              <w:pStyle w:val="Oznaenseznam"/>
              <w:spacing w:after="16"/>
            </w:pPr>
            <w:r>
              <w:rPr>
                <w:color w:val="000000"/>
                <w:sz w:val="16"/>
              </w:rPr>
              <w:t>dokazi med učenjem: konkretni, gibalni, slikovni in simbolni prikaz ter razlaga postopka</w:t>
            </w:r>
          </w:p>
          <w:p w14:paraId="59357A1F" w14:textId="77777777" w:rsidR="005B3871" w:rsidRDefault="00000000">
            <w:pPr>
              <w:pStyle w:val="Oznaenseznam"/>
              <w:spacing w:after="16"/>
            </w:pPr>
            <w:r>
              <w:rPr>
                <w:color w:val="000000"/>
                <w:sz w:val="16"/>
              </w:rPr>
              <w:t>povratna informacija: konkretna, vezana na kriterij in usmerjena v preverjanje ali naslednji korak</w:t>
            </w:r>
          </w:p>
          <w:p w14:paraId="739ACEDA" w14:textId="77777777" w:rsidR="005B3871" w:rsidRDefault="00000000">
            <w:pPr>
              <w:pStyle w:val="Oznaenseznam"/>
              <w:spacing w:after="16"/>
            </w:pPr>
            <w:r>
              <w:rPr>
                <w:color w:val="000000"/>
                <w:sz w:val="16"/>
              </w:rPr>
              <w:t>samovrednotenje: semafor, lestvica samostojnosti, izbrani dokaz ali kratka poved</w:t>
            </w:r>
          </w:p>
          <w:p w14:paraId="14FE6800" w14:textId="77777777" w:rsidR="005B3871" w:rsidRDefault="00000000">
            <w:pPr>
              <w:spacing w:before="40" w:after="20" w:line="245" w:lineRule="auto"/>
            </w:pPr>
            <w:r>
              <w:rPr>
                <w:b/>
                <w:color w:val="000000"/>
                <w:sz w:val="17"/>
              </w:rPr>
              <w:t>VARNOST IN ODGOVORNOST</w:t>
            </w:r>
          </w:p>
          <w:p w14:paraId="7EE88391"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390C3B07" w14:textId="77777777" w:rsidR="005B3871" w:rsidRDefault="00000000">
            <w:pPr>
              <w:spacing w:after="20" w:line="245" w:lineRule="auto"/>
            </w:pPr>
            <w:r>
              <w:rPr>
                <w:b/>
                <w:color w:val="000000"/>
                <w:sz w:val="17"/>
              </w:rPr>
              <w:t>EVIDENCA PO IZVEDBI</w:t>
            </w:r>
          </w:p>
          <w:p w14:paraId="25413E02"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52F48A9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DECB741" w14:textId="77777777">
              <w:trPr>
                <w:jc w:val="center"/>
              </w:trPr>
              <w:tc>
                <w:tcPr>
                  <w:tcW w:w="7087" w:type="dxa"/>
                  <w:shd w:val="clear" w:color="auto" w:fill="EDC9EA"/>
                  <w:tcMar>
                    <w:top w:w="45" w:type="dxa"/>
                    <w:left w:w="70" w:type="dxa"/>
                    <w:bottom w:w="45" w:type="dxa"/>
                    <w:right w:w="70" w:type="dxa"/>
                  </w:tcMar>
                </w:tcPr>
                <w:p w14:paraId="0A76E2F0" w14:textId="77777777" w:rsidR="005B3871" w:rsidRDefault="00000000">
                  <w:pPr>
                    <w:keepNext/>
                  </w:pPr>
                  <w:r>
                    <w:rPr>
                      <w:b/>
                      <w:color w:val="000000"/>
                    </w:rPr>
                    <w:t>VPRAŠANJA V PODPORO MATEMATIČNEMU UČENJU</w:t>
                  </w:r>
                </w:p>
              </w:tc>
            </w:tr>
          </w:tbl>
          <w:p w14:paraId="4D3EF694" w14:textId="77777777" w:rsidR="005B3871" w:rsidRDefault="005B3871">
            <w:pPr>
              <w:spacing w:line="20" w:lineRule="exact"/>
            </w:pPr>
          </w:p>
          <w:p w14:paraId="03866DED" w14:textId="77777777" w:rsidR="005B3871" w:rsidRDefault="00000000">
            <w:pPr>
              <w:pStyle w:val="Oznaenseznam"/>
              <w:spacing w:after="16"/>
            </w:pPr>
            <w:r>
              <w:rPr>
                <w:color w:val="000000"/>
                <w:sz w:val="16"/>
              </w:rPr>
              <w:t>Kaj v tvojem modelu, risbi ali zapisu predstavlja posamezni del naloge?</w:t>
            </w:r>
          </w:p>
          <w:p w14:paraId="5733CEA0" w14:textId="77777777" w:rsidR="005B3871" w:rsidRDefault="00000000">
            <w:pPr>
              <w:pStyle w:val="Oznaenseznam"/>
              <w:spacing w:after="16"/>
            </w:pPr>
            <w:r>
              <w:rPr>
                <w:color w:val="000000"/>
                <w:sz w:val="16"/>
              </w:rPr>
              <w:t>Kako si prišel/-la do rešitve in kako veš, da je smiselna?</w:t>
            </w:r>
          </w:p>
          <w:p w14:paraId="798AAC6F" w14:textId="77777777" w:rsidR="005B3871" w:rsidRDefault="00000000">
            <w:pPr>
              <w:pStyle w:val="Oznaenseznam"/>
              <w:spacing w:after="16"/>
            </w:pPr>
            <w:r>
              <w:rPr>
                <w:color w:val="000000"/>
                <w:sz w:val="16"/>
              </w:rPr>
              <w:t>Ali lahko isto pokažeš še s predmetom, gibanjem, risbo ali drugim zapisom?</w:t>
            </w:r>
          </w:p>
          <w:p w14:paraId="58061622" w14:textId="77777777" w:rsidR="005B3871" w:rsidRDefault="00000000">
            <w:pPr>
              <w:pStyle w:val="Oznaenseznam"/>
              <w:spacing w:after="16"/>
            </w:pPr>
            <w:r>
              <w:rPr>
                <w:color w:val="000000"/>
                <w:sz w:val="16"/>
              </w:rPr>
              <w:t>Kje bi se lahko zmotil/-a in kako boš rešitev preveril/-a?</w:t>
            </w:r>
          </w:p>
          <w:p w14:paraId="7C8C0145"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04D9F91" w14:textId="77777777">
              <w:trPr>
                <w:jc w:val="center"/>
              </w:trPr>
              <w:tc>
                <w:tcPr>
                  <w:tcW w:w="7087" w:type="dxa"/>
                  <w:shd w:val="clear" w:color="auto" w:fill="C6E7F3"/>
                  <w:tcMar>
                    <w:top w:w="45" w:type="dxa"/>
                    <w:left w:w="70" w:type="dxa"/>
                    <w:bottom w:w="45" w:type="dxa"/>
                    <w:right w:w="70" w:type="dxa"/>
                  </w:tcMar>
                </w:tcPr>
                <w:p w14:paraId="2219BBFD" w14:textId="77777777" w:rsidR="005B3871" w:rsidRDefault="00000000">
                  <w:pPr>
                    <w:keepNext/>
                  </w:pPr>
                  <w:r>
                    <w:rPr>
                      <w:b/>
                      <w:color w:val="000000"/>
                    </w:rPr>
                    <w:t>ZAKLJUČNI DEL – UTRJEVANJE IN REFLEKSIJA (10–15 min)</w:t>
                  </w:r>
                </w:p>
              </w:tc>
            </w:tr>
          </w:tbl>
          <w:p w14:paraId="4CEF6287" w14:textId="77777777" w:rsidR="005B3871" w:rsidRDefault="005B3871">
            <w:pPr>
              <w:spacing w:line="20" w:lineRule="exact"/>
            </w:pPr>
          </w:p>
          <w:p w14:paraId="16A3C19E"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09D71EFD" w14:textId="77777777">
              <w:trPr>
                <w:jc w:val="center"/>
              </w:trPr>
              <w:tc>
                <w:tcPr>
                  <w:tcW w:w="7087" w:type="dxa"/>
                  <w:shd w:val="clear" w:color="auto" w:fill="EDC9EA"/>
                  <w:tcMar>
                    <w:top w:w="45" w:type="dxa"/>
                    <w:left w:w="70" w:type="dxa"/>
                    <w:bottom w:w="45" w:type="dxa"/>
                    <w:right w:w="70" w:type="dxa"/>
                  </w:tcMar>
                </w:tcPr>
                <w:p w14:paraId="23478572" w14:textId="77777777" w:rsidR="005B3871" w:rsidRDefault="00000000">
                  <w:pPr>
                    <w:keepNext/>
                  </w:pPr>
                  <w:r>
                    <w:rPr>
                      <w:b/>
                      <w:color w:val="000000"/>
                    </w:rPr>
                    <w:t>SAMOVREDNOTENJE</w:t>
                  </w:r>
                </w:p>
              </w:tc>
            </w:tr>
          </w:tbl>
          <w:p w14:paraId="1CCC88B5" w14:textId="77777777" w:rsidR="005B3871" w:rsidRDefault="005B3871">
            <w:pPr>
              <w:spacing w:line="20" w:lineRule="exact"/>
            </w:pPr>
          </w:p>
          <w:p w14:paraId="6DA55574"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59462EF" w14:textId="77777777">
              <w:trPr>
                <w:jc w:val="center"/>
              </w:trPr>
              <w:tc>
                <w:tcPr>
                  <w:tcW w:w="7087" w:type="dxa"/>
                  <w:shd w:val="clear" w:color="auto" w:fill="EDC9EA"/>
                  <w:tcMar>
                    <w:top w:w="45" w:type="dxa"/>
                    <w:left w:w="70" w:type="dxa"/>
                    <w:bottom w:w="45" w:type="dxa"/>
                    <w:right w:w="70" w:type="dxa"/>
                  </w:tcMar>
                </w:tcPr>
                <w:p w14:paraId="7ACC2AD7" w14:textId="77777777" w:rsidR="005B3871" w:rsidRDefault="00000000">
                  <w:pPr>
                    <w:keepNext/>
                  </w:pPr>
                  <w:r>
                    <w:rPr>
                      <w:b/>
                      <w:color w:val="000000"/>
                    </w:rPr>
                    <w:t>VRSTNIŠKO VREDNOTENJE</w:t>
                  </w:r>
                </w:p>
              </w:tc>
            </w:tr>
          </w:tbl>
          <w:p w14:paraId="28A422CC" w14:textId="77777777" w:rsidR="005B3871" w:rsidRDefault="005B3871">
            <w:pPr>
              <w:spacing w:line="20" w:lineRule="exact"/>
            </w:pPr>
          </w:p>
          <w:p w14:paraId="3BD7B9E3"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3467C745" w14:textId="77777777">
              <w:trPr>
                <w:jc w:val="center"/>
              </w:trPr>
              <w:tc>
                <w:tcPr>
                  <w:tcW w:w="7087" w:type="dxa"/>
                  <w:shd w:val="clear" w:color="auto" w:fill="EDC9EA"/>
                  <w:tcMar>
                    <w:top w:w="45" w:type="dxa"/>
                    <w:left w:w="70" w:type="dxa"/>
                    <w:bottom w:w="45" w:type="dxa"/>
                    <w:right w:w="70" w:type="dxa"/>
                  </w:tcMar>
                </w:tcPr>
                <w:p w14:paraId="5E0301C5" w14:textId="77777777" w:rsidR="005B3871" w:rsidRDefault="00000000">
                  <w:pPr>
                    <w:keepNext/>
                  </w:pPr>
                  <w:r>
                    <w:rPr>
                      <w:b/>
                      <w:color w:val="000000"/>
                    </w:rPr>
                    <w:t>SKUPNI POVZETEK</w:t>
                  </w:r>
                </w:p>
              </w:tc>
            </w:tr>
          </w:tbl>
          <w:p w14:paraId="0C5480B4" w14:textId="77777777" w:rsidR="005B3871" w:rsidRDefault="005B3871"/>
          <w:p w14:paraId="20DA3CAE" w14:textId="77777777" w:rsidR="005B3871" w:rsidRDefault="00000000">
            <w:pPr>
              <w:spacing w:before="20" w:after="40" w:line="245" w:lineRule="auto"/>
            </w:pPr>
            <w:r>
              <w:rPr>
                <w:b/>
                <w:color w:val="000000"/>
                <w:sz w:val="16"/>
              </w:rPr>
              <w:t>Odštevam do 10, račun povežem z odvzemanjem ter rešim in preverim preprosto besedilno nalogo.</w:t>
            </w:r>
          </w:p>
        </w:tc>
        <w:tc>
          <w:tcPr>
            <w:tcW w:w="2551" w:type="dxa"/>
            <w:tcMar>
              <w:top w:w="70" w:type="dxa"/>
              <w:left w:w="90" w:type="dxa"/>
              <w:bottom w:w="70" w:type="dxa"/>
              <w:right w:w="90" w:type="dxa"/>
            </w:tcMar>
          </w:tcPr>
          <w:p w14:paraId="6F569708" w14:textId="77777777" w:rsidR="005B3871" w:rsidRDefault="005B3871"/>
          <w:p w14:paraId="67ECF41B" w14:textId="77777777" w:rsidR="005B3871" w:rsidRDefault="00000000">
            <w:pPr>
              <w:spacing w:after="100" w:line="245" w:lineRule="auto"/>
            </w:pPr>
            <w:r>
              <w:rPr>
                <w:color w:val="000000"/>
                <w:sz w:val="16"/>
              </w:rPr>
              <w:t>Odgovarja na podporna vprašanja in se sklicuje na svoj model, zapis ali izvedbo.</w:t>
            </w:r>
          </w:p>
          <w:p w14:paraId="085DA6B9" w14:textId="77777777" w:rsidR="005B3871" w:rsidRDefault="00000000">
            <w:pPr>
              <w:spacing w:after="100" w:line="245" w:lineRule="auto"/>
            </w:pPr>
            <w:r>
              <w:rPr>
                <w:color w:val="000000"/>
                <w:sz w:val="16"/>
              </w:rPr>
              <w:t>Primerja začetno strategijo z novim dokazom ter pojasni, kaj se je naučil/-a.</w:t>
            </w:r>
          </w:p>
          <w:p w14:paraId="0BD1C4CD" w14:textId="77777777" w:rsidR="005B3871" w:rsidRDefault="00000000">
            <w:pPr>
              <w:spacing w:after="100" w:line="245" w:lineRule="auto"/>
            </w:pPr>
            <w:r>
              <w:rPr>
                <w:color w:val="000000"/>
                <w:sz w:val="16"/>
              </w:rPr>
              <w:t>Izbere raven samostojnosti in določi naslednji korak.</w:t>
            </w:r>
          </w:p>
          <w:p w14:paraId="0977ABCA" w14:textId="77777777" w:rsidR="005B3871" w:rsidRDefault="00000000">
            <w:pPr>
              <w:spacing w:after="100" w:line="245" w:lineRule="auto"/>
            </w:pPr>
            <w:r>
              <w:rPr>
                <w:color w:val="000000"/>
                <w:sz w:val="16"/>
              </w:rPr>
              <w:t>Sošolcu poda prijazen in konkreten odziv, vezan na kriterij.</w:t>
            </w:r>
          </w:p>
          <w:p w14:paraId="4F062A84" w14:textId="77777777" w:rsidR="005B3871" w:rsidRDefault="00000000">
            <w:pPr>
              <w:spacing w:after="20" w:line="245" w:lineRule="auto"/>
            </w:pPr>
            <w:r>
              <w:rPr>
                <w:b/>
                <w:color w:val="D95BC6"/>
                <w:sz w:val="17"/>
              </w:rPr>
              <w:t>DOKAZ O UČENJU</w:t>
            </w:r>
          </w:p>
          <w:p w14:paraId="3A99E464"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537D956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7E84AF60" w14:textId="77777777">
        <w:trPr>
          <w:cantSplit/>
          <w:jc w:val="center"/>
        </w:trPr>
        <w:tc>
          <w:tcPr>
            <w:tcW w:w="14060" w:type="dxa"/>
            <w:gridSpan w:val="6"/>
            <w:tcMar>
              <w:top w:w="70" w:type="dxa"/>
              <w:left w:w="90" w:type="dxa"/>
              <w:bottom w:w="70" w:type="dxa"/>
              <w:right w:w="90" w:type="dxa"/>
            </w:tcMar>
            <w:vAlign w:val="center"/>
          </w:tcPr>
          <w:p w14:paraId="13D8C831" w14:textId="77777777" w:rsidR="005B3871" w:rsidRDefault="00000000">
            <w:pPr>
              <w:jc w:val="center"/>
            </w:pPr>
            <w:r>
              <w:rPr>
                <w:b/>
                <w:color w:val="000000"/>
                <w:sz w:val="24"/>
              </w:rPr>
              <w:lastRenderedPageBreak/>
              <w:t>UČNA PRIPRAVA 16/39</w:t>
            </w:r>
          </w:p>
        </w:tc>
      </w:tr>
      <w:tr w:rsidR="005B3871" w14:paraId="0243310C" w14:textId="77777777">
        <w:trPr>
          <w:jc w:val="center"/>
        </w:trPr>
        <w:tc>
          <w:tcPr>
            <w:tcW w:w="2665" w:type="dxa"/>
            <w:tcMar>
              <w:top w:w="70" w:type="dxa"/>
              <w:left w:w="90" w:type="dxa"/>
              <w:bottom w:w="70" w:type="dxa"/>
              <w:right w:w="90" w:type="dxa"/>
            </w:tcMar>
            <w:vAlign w:val="center"/>
          </w:tcPr>
          <w:p w14:paraId="43490331"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30C3874"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66DEA92F"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70D5143" w14:textId="77777777" w:rsidR="005B3871" w:rsidRDefault="00000000">
            <w:r>
              <w:rPr>
                <w:b/>
                <w:color w:val="000000"/>
                <w:sz w:val="16"/>
              </w:rPr>
              <w:t xml:space="preserve">NAČRTOVANI TERMIN: </w:t>
            </w:r>
            <w:r>
              <w:rPr>
                <w:color w:val="000000"/>
                <w:sz w:val="16"/>
              </w:rPr>
              <w:t>16. teden • 21.–24. 12. 2026</w:t>
            </w:r>
          </w:p>
        </w:tc>
        <w:tc>
          <w:tcPr>
            <w:tcW w:w="2268" w:type="dxa"/>
            <w:tcMar>
              <w:top w:w="70" w:type="dxa"/>
              <w:left w:w="90" w:type="dxa"/>
              <w:bottom w:w="70" w:type="dxa"/>
              <w:right w:w="90" w:type="dxa"/>
            </w:tcMar>
            <w:vAlign w:val="center"/>
          </w:tcPr>
          <w:p w14:paraId="24F31B02"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D5FE0E3" w14:textId="77777777" w:rsidR="005B3871" w:rsidRDefault="00000000">
            <w:r>
              <w:rPr>
                <w:b/>
                <w:color w:val="000000"/>
                <w:sz w:val="16"/>
              </w:rPr>
              <w:t xml:space="preserve">ŠTEVILO UR: </w:t>
            </w:r>
            <w:r>
              <w:rPr>
                <w:color w:val="000000"/>
                <w:sz w:val="16"/>
              </w:rPr>
              <w:t>3</w:t>
            </w:r>
          </w:p>
        </w:tc>
      </w:tr>
      <w:tr w:rsidR="005B3871" w14:paraId="0522D77A" w14:textId="77777777">
        <w:trPr>
          <w:jc w:val="center"/>
        </w:trPr>
        <w:tc>
          <w:tcPr>
            <w:tcW w:w="14061" w:type="dxa"/>
            <w:gridSpan w:val="6"/>
            <w:tcMar>
              <w:top w:w="70" w:type="dxa"/>
              <w:left w:w="90" w:type="dxa"/>
              <w:bottom w:w="70" w:type="dxa"/>
              <w:right w:w="90" w:type="dxa"/>
            </w:tcMar>
            <w:vAlign w:val="center"/>
          </w:tcPr>
          <w:p w14:paraId="66BD3EE5" w14:textId="77777777" w:rsidR="005B3871" w:rsidRDefault="00000000">
            <w:r>
              <w:rPr>
                <w:b/>
                <w:color w:val="000000"/>
                <w:sz w:val="17"/>
              </w:rPr>
              <w:t xml:space="preserve">TIP UČNE URE: </w:t>
            </w:r>
            <w:r>
              <w:rPr>
                <w:color w:val="000000"/>
                <w:sz w:val="17"/>
              </w:rPr>
              <w:t>praktično preverjanje in opisno ocenjevanje z ustno razlago</w:t>
            </w:r>
          </w:p>
        </w:tc>
      </w:tr>
      <w:tr w:rsidR="005B3871" w14:paraId="2E1EA536" w14:textId="77777777">
        <w:trPr>
          <w:cantSplit/>
          <w:jc w:val="center"/>
        </w:trPr>
        <w:tc>
          <w:tcPr>
            <w:tcW w:w="14060" w:type="dxa"/>
            <w:gridSpan w:val="6"/>
            <w:tcMar>
              <w:top w:w="70" w:type="dxa"/>
              <w:left w:w="90" w:type="dxa"/>
              <w:bottom w:w="70" w:type="dxa"/>
              <w:right w:w="90" w:type="dxa"/>
            </w:tcMar>
            <w:vAlign w:val="center"/>
          </w:tcPr>
          <w:p w14:paraId="24B1063D" w14:textId="77777777" w:rsidR="005B3871" w:rsidRDefault="005B3871"/>
          <w:p w14:paraId="36491E5D" w14:textId="77777777" w:rsidR="005B3871" w:rsidRDefault="00000000">
            <w:pPr>
              <w:spacing w:line="245" w:lineRule="auto"/>
            </w:pPr>
            <w:r>
              <w:rPr>
                <w:b/>
                <w:color w:val="000000"/>
                <w:sz w:val="16"/>
              </w:rPr>
              <w:t xml:space="preserve">UČNI SKLOP: </w:t>
            </w:r>
            <w:r>
              <w:rPr>
                <w:color w:val="000000"/>
                <w:sz w:val="16"/>
              </w:rPr>
              <w:t>MOJA DRUŽINA, SKUPNOST IN PRAZNOVANJA</w:t>
            </w:r>
          </w:p>
        </w:tc>
      </w:tr>
      <w:tr w:rsidR="005B3871" w14:paraId="2C6C1D8B" w14:textId="77777777">
        <w:trPr>
          <w:cantSplit/>
          <w:jc w:val="center"/>
        </w:trPr>
        <w:tc>
          <w:tcPr>
            <w:tcW w:w="14060" w:type="dxa"/>
            <w:gridSpan w:val="6"/>
            <w:tcMar>
              <w:top w:w="70" w:type="dxa"/>
              <w:left w:w="90" w:type="dxa"/>
              <w:bottom w:w="70" w:type="dxa"/>
              <w:right w:w="90" w:type="dxa"/>
            </w:tcMar>
            <w:vAlign w:val="center"/>
          </w:tcPr>
          <w:p w14:paraId="68B4D0C5" w14:textId="77777777" w:rsidR="005B3871" w:rsidRDefault="005B3871"/>
          <w:p w14:paraId="7BBA12B1" w14:textId="77777777" w:rsidR="005B3871" w:rsidRDefault="00000000">
            <w:pPr>
              <w:spacing w:line="245" w:lineRule="auto"/>
            </w:pPr>
            <w:r>
              <w:rPr>
                <w:b/>
                <w:color w:val="000000"/>
                <w:sz w:val="16"/>
              </w:rPr>
              <w:t xml:space="preserve">UČNA TEMA: </w:t>
            </w:r>
            <w:r>
              <w:rPr>
                <w:color w:val="000000"/>
                <w:sz w:val="16"/>
              </w:rPr>
              <w:t>KAJ ŽE ZNAM</w:t>
            </w:r>
          </w:p>
        </w:tc>
      </w:tr>
      <w:tr w:rsidR="005B3871" w14:paraId="73A6434A" w14:textId="77777777">
        <w:trPr>
          <w:cantSplit/>
          <w:jc w:val="center"/>
        </w:trPr>
        <w:tc>
          <w:tcPr>
            <w:tcW w:w="14060" w:type="dxa"/>
            <w:gridSpan w:val="6"/>
            <w:tcMar>
              <w:top w:w="70" w:type="dxa"/>
              <w:left w:w="90" w:type="dxa"/>
              <w:bottom w:w="70" w:type="dxa"/>
              <w:right w:w="90" w:type="dxa"/>
            </w:tcMar>
            <w:vAlign w:val="center"/>
          </w:tcPr>
          <w:p w14:paraId="4AB6201B" w14:textId="77777777" w:rsidR="005B3871" w:rsidRDefault="005B3871"/>
          <w:p w14:paraId="47FA9801" w14:textId="77777777" w:rsidR="005B3871" w:rsidRDefault="00000000">
            <w:pPr>
              <w:spacing w:line="245" w:lineRule="auto"/>
            </w:pPr>
            <w:r>
              <w:rPr>
                <w:b/>
                <w:color w:val="000000"/>
                <w:sz w:val="16"/>
              </w:rPr>
              <w:t xml:space="preserve">KNJIŽEVNO IZHODIŠČE IN MOTIV: </w:t>
            </w:r>
            <w:r>
              <w:rPr>
                <w:color w:val="000000"/>
                <w:sz w:val="16"/>
              </w:rPr>
              <w:t>»Enci benci na kamenci« – slovensko ljudsko izročilo • izštevanke, ritem, skupnost in praznična ustvarjalnost</w:t>
            </w:r>
          </w:p>
        </w:tc>
      </w:tr>
      <w:tr w:rsidR="005B3871" w14:paraId="1F55125E" w14:textId="77777777">
        <w:trPr>
          <w:cantSplit/>
          <w:jc w:val="center"/>
        </w:trPr>
        <w:tc>
          <w:tcPr>
            <w:tcW w:w="14060" w:type="dxa"/>
            <w:gridSpan w:val="6"/>
            <w:tcMar>
              <w:top w:w="70" w:type="dxa"/>
              <w:left w:w="90" w:type="dxa"/>
              <w:bottom w:w="70" w:type="dxa"/>
              <w:right w:w="90" w:type="dxa"/>
            </w:tcMar>
            <w:vAlign w:val="center"/>
          </w:tcPr>
          <w:p w14:paraId="4C70616C" w14:textId="77777777" w:rsidR="005B3871" w:rsidRDefault="005B3871"/>
          <w:p w14:paraId="0E5649AC" w14:textId="77777777" w:rsidR="005B3871" w:rsidRDefault="00000000">
            <w:pPr>
              <w:spacing w:line="245" w:lineRule="auto"/>
            </w:pPr>
            <w:r>
              <w:rPr>
                <w:b/>
                <w:color w:val="000000"/>
                <w:sz w:val="16"/>
              </w:rPr>
              <w:t xml:space="preserve">UČNE ENOTE: </w:t>
            </w:r>
            <w:r>
              <w:rPr>
                <w:color w:val="000000"/>
                <w:sz w:val="16"/>
              </w:rPr>
              <w:t>1. ura – Ogled kriterijev in vzorčni dokaz • 2. ura – Praktične ocenjevalne postaje • 3. ura – Razlaga in naslednji korak</w:t>
            </w:r>
          </w:p>
        </w:tc>
      </w:tr>
      <w:tr w:rsidR="005B3871" w14:paraId="5CFD8AEB" w14:textId="77777777">
        <w:trPr>
          <w:cantSplit/>
          <w:jc w:val="center"/>
        </w:trPr>
        <w:tc>
          <w:tcPr>
            <w:tcW w:w="14060" w:type="dxa"/>
            <w:gridSpan w:val="6"/>
            <w:tcMar>
              <w:top w:w="70" w:type="dxa"/>
              <w:left w:w="90" w:type="dxa"/>
              <w:bottom w:w="70" w:type="dxa"/>
              <w:right w:w="90" w:type="dxa"/>
            </w:tcMar>
            <w:vAlign w:val="center"/>
          </w:tcPr>
          <w:p w14:paraId="1DAE738C" w14:textId="77777777" w:rsidR="005B3871" w:rsidRDefault="005B3871"/>
          <w:p w14:paraId="48937BB4"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4E143646" w14:textId="77777777">
        <w:trPr>
          <w:cantSplit/>
          <w:jc w:val="center"/>
        </w:trPr>
        <w:tc>
          <w:tcPr>
            <w:tcW w:w="14060" w:type="dxa"/>
            <w:gridSpan w:val="6"/>
            <w:tcMar>
              <w:top w:w="70" w:type="dxa"/>
              <w:left w:w="90" w:type="dxa"/>
              <w:bottom w:w="70" w:type="dxa"/>
              <w:right w:w="90" w:type="dxa"/>
            </w:tcMar>
            <w:vAlign w:val="center"/>
          </w:tcPr>
          <w:p w14:paraId="05C7541C" w14:textId="77777777" w:rsidR="005B3871" w:rsidRDefault="005B3871"/>
          <w:p w14:paraId="4AF25784"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2C72C213" w14:textId="77777777">
        <w:trPr>
          <w:cantSplit/>
          <w:jc w:val="center"/>
        </w:trPr>
        <w:tc>
          <w:tcPr>
            <w:tcW w:w="14060" w:type="dxa"/>
            <w:gridSpan w:val="6"/>
            <w:tcMar>
              <w:top w:w="70" w:type="dxa"/>
              <w:left w:w="90" w:type="dxa"/>
              <w:bottom w:w="70" w:type="dxa"/>
              <w:right w:w="90" w:type="dxa"/>
            </w:tcMar>
            <w:vAlign w:val="center"/>
          </w:tcPr>
          <w:p w14:paraId="7872F4AB" w14:textId="77777777" w:rsidR="005B3871" w:rsidRDefault="005B3871"/>
          <w:p w14:paraId="6D212AC5"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377AA4EE" w14:textId="77777777">
        <w:trPr>
          <w:cantSplit/>
          <w:jc w:val="center"/>
        </w:trPr>
        <w:tc>
          <w:tcPr>
            <w:tcW w:w="14060" w:type="dxa"/>
            <w:gridSpan w:val="6"/>
            <w:tcMar>
              <w:top w:w="70" w:type="dxa"/>
              <w:left w:w="90" w:type="dxa"/>
              <w:bottom w:w="70" w:type="dxa"/>
              <w:right w:w="90" w:type="dxa"/>
            </w:tcMar>
            <w:vAlign w:val="center"/>
          </w:tcPr>
          <w:p w14:paraId="498C2C24" w14:textId="77777777" w:rsidR="005B3871" w:rsidRDefault="005B3871"/>
          <w:p w14:paraId="218647BB" w14:textId="77777777" w:rsidR="005B3871" w:rsidRDefault="00000000">
            <w:pPr>
              <w:spacing w:line="245" w:lineRule="auto"/>
            </w:pPr>
            <w:r>
              <w:rPr>
                <w:b/>
                <w:color w:val="000000"/>
                <w:sz w:val="16"/>
              </w:rPr>
              <w:t xml:space="preserve">MEDPREDMETNE POVEZAVE: </w:t>
            </w:r>
            <w:r>
              <w:rPr>
                <w:color w:val="000000"/>
                <w:sz w:val="16"/>
              </w:rPr>
              <w:t>SLJ – ustna razlaga; LUM – liki in vzorci; ŠPO – prehajanje med postajami; SPO – lastnosti predmetov</w:t>
            </w:r>
          </w:p>
        </w:tc>
      </w:tr>
      <w:tr w:rsidR="005B3871" w14:paraId="48EED1BA" w14:textId="77777777">
        <w:trPr>
          <w:cantSplit/>
          <w:jc w:val="center"/>
        </w:trPr>
        <w:tc>
          <w:tcPr>
            <w:tcW w:w="14060" w:type="dxa"/>
            <w:gridSpan w:val="6"/>
            <w:tcMar>
              <w:top w:w="70" w:type="dxa"/>
              <w:left w:w="90" w:type="dxa"/>
              <w:bottom w:w="70" w:type="dxa"/>
              <w:right w:w="90" w:type="dxa"/>
            </w:tcMar>
            <w:vAlign w:val="center"/>
          </w:tcPr>
          <w:p w14:paraId="771609B0" w14:textId="77777777" w:rsidR="005B3871" w:rsidRDefault="005B3871"/>
          <w:p w14:paraId="237E8CDD" w14:textId="77777777" w:rsidR="005B3871" w:rsidRDefault="00000000">
            <w:pPr>
              <w:spacing w:line="245" w:lineRule="auto"/>
            </w:pPr>
            <w:r>
              <w:rPr>
                <w:b/>
                <w:color w:val="000000"/>
                <w:sz w:val="16"/>
              </w:rPr>
              <w:t xml:space="preserve">UČNA SREDSTVA IN PRIPOMOČKI: </w:t>
            </w:r>
            <w:r>
              <w:rPr>
                <w:color w:val="000000"/>
                <w:sz w:val="16"/>
              </w:rPr>
              <w:t>geometrijska telesa in liki, predmeti, kartice vzorcev, obroči, Carrollova podloga, kriteriji v slikah, opazovalni list</w:t>
            </w:r>
          </w:p>
        </w:tc>
      </w:tr>
      <w:tr w:rsidR="005B3871" w14:paraId="456659BD" w14:textId="77777777">
        <w:trPr>
          <w:cantSplit/>
          <w:jc w:val="center"/>
        </w:trPr>
        <w:tc>
          <w:tcPr>
            <w:tcW w:w="14060" w:type="dxa"/>
            <w:gridSpan w:val="6"/>
            <w:tcMar>
              <w:top w:w="70" w:type="dxa"/>
              <w:left w:w="90" w:type="dxa"/>
              <w:bottom w:w="70" w:type="dxa"/>
              <w:right w:w="90" w:type="dxa"/>
            </w:tcMar>
            <w:vAlign w:val="center"/>
          </w:tcPr>
          <w:p w14:paraId="0CF0A570" w14:textId="77777777" w:rsidR="005B3871" w:rsidRDefault="005B3871"/>
          <w:p w14:paraId="07077D80"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2987BA6F" w14:textId="77777777">
        <w:trPr>
          <w:cantSplit/>
          <w:jc w:val="center"/>
        </w:trPr>
        <w:tc>
          <w:tcPr>
            <w:tcW w:w="14060" w:type="dxa"/>
            <w:gridSpan w:val="6"/>
            <w:tcMar>
              <w:top w:w="70" w:type="dxa"/>
              <w:left w:w="90" w:type="dxa"/>
              <w:bottom w:w="70" w:type="dxa"/>
              <w:right w:w="90" w:type="dxa"/>
            </w:tcMar>
            <w:vAlign w:val="center"/>
          </w:tcPr>
          <w:p w14:paraId="028D7105" w14:textId="77777777" w:rsidR="005B3871" w:rsidRDefault="005B3871"/>
          <w:p w14:paraId="073579A1" w14:textId="77777777" w:rsidR="005B3871" w:rsidRDefault="00000000">
            <w:pPr>
              <w:spacing w:line="245" w:lineRule="auto"/>
            </w:pPr>
            <w:r>
              <w:rPr>
                <w:b/>
                <w:color w:val="000000"/>
                <w:sz w:val="16"/>
              </w:rPr>
              <w:t xml:space="preserve">OCENJEVANJE / DAN DEJAVNOSTI: </w:t>
            </w:r>
            <w:r>
              <w:rPr>
                <w:color w:val="000000"/>
                <w:sz w:val="16"/>
              </w:rPr>
              <w:t>OCENJEVANJE 2 – DRUGE OBLIKE: praktične ocenjevalne postaje z razlago</w:t>
            </w:r>
          </w:p>
        </w:tc>
      </w:tr>
      <w:tr w:rsidR="005B3871" w14:paraId="233DE44F" w14:textId="77777777">
        <w:trPr>
          <w:cantSplit/>
          <w:jc w:val="center"/>
        </w:trPr>
        <w:tc>
          <w:tcPr>
            <w:tcW w:w="14060" w:type="dxa"/>
            <w:gridSpan w:val="6"/>
            <w:tcMar>
              <w:top w:w="70" w:type="dxa"/>
              <w:left w:w="90" w:type="dxa"/>
              <w:bottom w:w="70" w:type="dxa"/>
              <w:right w:w="90" w:type="dxa"/>
            </w:tcMar>
            <w:vAlign w:val="center"/>
          </w:tcPr>
          <w:p w14:paraId="5707ED7C" w14:textId="77777777" w:rsidR="005B3871" w:rsidRDefault="005B3871"/>
          <w:p w14:paraId="662E8F57"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186C6D2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893E30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2A49C28"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0077156" w14:textId="77777777" w:rsidR="005B3871" w:rsidRDefault="00000000">
            <w:pPr>
              <w:jc w:val="center"/>
            </w:pPr>
            <w:r>
              <w:rPr>
                <w:b/>
                <w:color w:val="000000"/>
                <w:sz w:val="20"/>
              </w:rPr>
              <w:t>UČNE DEJAVNOSTI, METODE IN FORMATIVNO SPREMLJANJE</w:t>
            </w:r>
          </w:p>
        </w:tc>
      </w:tr>
      <w:tr w:rsidR="005B3871" w14:paraId="3BA8A276" w14:textId="77777777">
        <w:trPr>
          <w:tblHeader/>
          <w:jc w:val="center"/>
        </w:trPr>
        <w:tc>
          <w:tcPr>
            <w:tcW w:w="4422" w:type="dxa"/>
            <w:vMerge/>
            <w:tcMar>
              <w:top w:w="70" w:type="dxa"/>
              <w:left w:w="90" w:type="dxa"/>
              <w:bottom w:w="70" w:type="dxa"/>
              <w:right w:w="90" w:type="dxa"/>
            </w:tcMar>
            <w:vAlign w:val="center"/>
          </w:tcPr>
          <w:p w14:paraId="6C798E3C" w14:textId="77777777" w:rsidR="005B3871" w:rsidRDefault="005B3871"/>
        </w:tc>
        <w:tc>
          <w:tcPr>
            <w:tcW w:w="7087" w:type="dxa"/>
            <w:shd w:val="clear" w:color="auto" w:fill="FFFFFF"/>
            <w:tcMar>
              <w:top w:w="70" w:type="dxa"/>
              <w:left w:w="90" w:type="dxa"/>
              <w:bottom w:w="70" w:type="dxa"/>
              <w:right w:w="90" w:type="dxa"/>
            </w:tcMar>
            <w:vAlign w:val="center"/>
          </w:tcPr>
          <w:p w14:paraId="0E5275F5"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C83E9AF" w14:textId="77777777" w:rsidR="005B3871" w:rsidRDefault="00000000">
            <w:pPr>
              <w:jc w:val="center"/>
            </w:pPr>
            <w:r>
              <w:rPr>
                <w:b/>
                <w:color w:val="000000"/>
              </w:rPr>
              <w:t>UČENEC</w:t>
            </w:r>
          </w:p>
        </w:tc>
      </w:tr>
      <w:tr w:rsidR="005B3871" w14:paraId="652B4FAD" w14:textId="77777777">
        <w:trPr>
          <w:jc w:val="center"/>
        </w:trPr>
        <w:tc>
          <w:tcPr>
            <w:tcW w:w="4422" w:type="dxa"/>
            <w:tcMar>
              <w:top w:w="70" w:type="dxa"/>
              <w:left w:w="90" w:type="dxa"/>
              <w:bottom w:w="70" w:type="dxa"/>
              <w:right w:w="90" w:type="dxa"/>
            </w:tcMar>
          </w:tcPr>
          <w:p w14:paraId="4F6D5212" w14:textId="77777777" w:rsidR="005B3871" w:rsidRDefault="005B3871"/>
          <w:p w14:paraId="2FF26823" w14:textId="77777777" w:rsidR="005B3871" w:rsidRDefault="00000000">
            <w:pPr>
              <w:spacing w:after="60" w:line="245" w:lineRule="auto"/>
            </w:pPr>
            <w:r>
              <w:rPr>
                <w:b/>
                <w:color w:val="000000"/>
              </w:rPr>
              <w:t>UČNI CILJI</w:t>
            </w:r>
          </w:p>
          <w:p w14:paraId="0191DA44" w14:textId="77777777" w:rsidR="005B3871" w:rsidRDefault="00000000">
            <w:pPr>
              <w:spacing w:after="20" w:line="245" w:lineRule="auto"/>
            </w:pPr>
            <w:r>
              <w:rPr>
                <w:b/>
                <w:color w:val="000000"/>
                <w:sz w:val="17"/>
              </w:rPr>
              <w:t>SPLOŠNI</w:t>
            </w:r>
          </w:p>
          <w:p w14:paraId="536F041F" w14:textId="77777777" w:rsidR="005B3871" w:rsidRDefault="00000000">
            <w:pPr>
              <w:pStyle w:val="Oznaenseznam"/>
              <w:spacing w:after="16"/>
            </w:pPr>
            <w:r>
              <w:rPr>
                <w:color w:val="000000"/>
                <w:sz w:val="16"/>
              </w:rPr>
              <w:t>razvija številske, prostorske in količinske predstave s konkretnimi izkušnjami</w:t>
            </w:r>
          </w:p>
          <w:p w14:paraId="64FDF38D" w14:textId="77777777" w:rsidR="005B3871" w:rsidRDefault="00000000">
            <w:pPr>
              <w:pStyle w:val="Oznaenseznam"/>
              <w:spacing w:after="16"/>
            </w:pPr>
            <w:r>
              <w:rPr>
                <w:color w:val="000000"/>
                <w:sz w:val="16"/>
              </w:rPr>
              <w:t>rešuje matematične probleme s predmetom, gibanjem, risbo, modelom in simbolom</w:t>
            </w:r>
          </w:p>
          <w:p w14:paraId="7D7548CD" w14:textId="77777777" w:rsidR="005B3871" w:rsidRDefault="00000000">
            <w:pPr>
              <w:pStyle w:val="Oznaenseznam"/>
              <w:spacing w:after="16"/>
            </w:pPr>
            <w:r>
              <w:rPr>
                <w:color w:val="000000"/>
                <w:sz w:val="16"/>
              </w:rPr>
              <w:t>pojasnjuje izbrano strategijo, preverja smiselnost rešitve in posluša rešitve drugih</w:t>
            </w:r>
          </w:p>
          <w:p w14:paraId="1776E5D9" w14:textId="77777777" w:rsidR="005B3871" w:rsidRDefault="00000000">
            <w:pPr>
              <w:pStyle w:val="Oznaenseznam"/>
              <w:spacing w:after="16"/>
            </w:pPr>
            <w:r>
              <w:rPr>
                <w:color w:val="000000"/>
                <w:sz w:val="16"/>
              </w:rPr>
              <w:t>ob namenih in kriterijih spremlja svoje učenje ter uporabi opisno povratno informacijo</w:t>
            </w:r>
          </w:p>
          <w:p w14:paraId="475C7599" w14:textId="77777777" w:rsidR="005B3871" w:rsidRDefault="00000000">
            <w:pPr>
              <w:spacing w:before="40" w:after="20" w:line="245" w:lineRule="auto"/>
            </w:pPr>
            <w:r>
              <w:rPr>
                <w:b/>
                <w:color w:val="000000"/>
                <w:sz w:val="17"/>
              </w:rPr>
              <w:t>OPERATIVNI</w:t>
            </w:r>
          </w:p>
          <w:p w14:paraId="41183829" w14:textId="77777777" w:rsidR="005B3871" w:rsidRDefault="00000000">
            <w:pPr>
              <w:pStyle w:val="Oznaenseznam"/>
              <w:spacing w:after="16"/>
            </w:pPr>
            <w:r>
              <w:rPr>
                <w:color w:val="000000"/>
                <w:sz w:val="16"/>
              </w:rPr>
              <w:t>loči geometrijsko telo in lik</w:t>
            </w:r>
          </w:p>
          <w:p w14:paraId="592F64F8" w14:textId="77777777" w:rsidR="005B3871" w:rsidRDefault="00000000">
            <w:pPr>
              <w:pStyle w:val="Oznaenseznam"/>
              <w:spacing w:after="16"/>
            </w:pPr>
            <w:r>
              <w:rPr>
                <w:color w:val="000000"/>
                <w:sz w:val="16"/>
              </w:rPr>
              <w:t>nadaljuje ponavljajoče zaporedje</w:t>
            </w:r>
          </w:p>
          <w:p w14:paraId="0A416367" w14:textId="77777777" w:rsidR="005B3871" w:rsidRDefault="00000000">
            <w:pPr>
              <w:pStyle w:val="Oznaenseznam"/>
              <w:spacing w:after="16"/>
            </w:pPr>
            <w:r>
              <w:rPr>
                <w:color w:val="000000"/>
                <w:sz w:val="16"/>
              </w:rPr>
              <w:t>oblikuje in razvršča množico po izbrani lastnosti</w:t>
            </w:r>
          </w:p>
          <w:p w14:paraId="098F09B6" w14:textId="77777777" w:rsidR="005B3871" w:rsidRDefault="00000000">
            <w:pPr>
              <w:spacing w:before="40" w:after="20" w:line="245" w:lineRule="auto"/>
            </w:pPr>
            <w:r>
              <w:rPr>
                <w:b/>
                <w:color w:val="000000"/>
                <w:sz w:val="17"/>
              </w:rPr>
              <w:t>PRIČAKOVANI DOSEŽKI / STANDARDI</w:t>
            </w:r>
          </w:p>
          <w:p w14:paraId="4F7453CC" w14:textId="77777777" w:rsidR="005B3871" w:rsidRDefault="00000000">
            <w:pPr>
              <w:pStyle w:val="Oznaenseznam"/>
              <w:spacing w:after="16"/>
            </w:pPr>
            <w:r>
              <w:rPr>
                <w:color w:val="000000"/>
                <w:sz w:val="16"/>
              </w:rPr>
              <w:t>ob konkretni, slikovni ali gibalni opori loči geometrijsko telo in lik</w:t>
            </w:r>
          </w:p>
          <w:p w14:paraId="3CBF9A4B" w14:textId="77777777" w:rsidR="005B3871" w:rsidRDefault="00000000">
            <w:pPr>
              <w:pStyle w:val="Oznaenseznam"/>
              <w:spacing w:after="16"/>
            </w:pPr>
            <w:r>
              <w:rPr>
                <w:color w:val="000000"/>
                <w:sz w:val="16"/>
              </w:rPr>
              <w:t>ob konkretni, slikovni ali gibalni opori nadaljuje ponavljajoče zaporedje</w:t>
            </w:r>
          </w:p>
          <w:p w14:paraId="1D8EF947" w14:textId="77777777" w:rsidR="005B3871" w:rsidRDefault="00000000">
            <w:pPr>
              <w:pStyle w:val="Oznaenseznam"/>
              <w:spacing w:after="16"/>
            </w:pPr>
            <w:r>
              <w:rPr>
                <w:color w:val="000000"/>
                <w:sz w:val="16"/>
              </w:rPr>
              <w:t>ob konkretni, slikovni ali gibalni opori oblikuje in razvršča množico po izbrani lastnosti</w:t>
            </w:r>
          </w:p>
        </w:tc>
        <w:tc>
          <w:tcPr>
            <w:tcW w:w="7087" w:type="dxa"/>
            <w:tcMar>
              <w:top w:w="70" w:type="dxa"/>
              <w:left w:w="90" w:type="dxa"/>
              <w:bottom w:w="70" w:type="dxa"/>
              <w:right w:w="90" w:type="dxa"/>
            </w:tcMar>
          </w:tcPr>
          <w:p w14:paraId="10FDDDF4"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64D7E3E" w14:textId="77777777">
              <w:trPr>
                <w:jc w:val="center"/>
              </w:trPr>
              <w:tc>
                <w:tcPr>
                  <w:tcW w:w="7087" w:type="dxa"/>
                  <w:shd w:val="clear" w:color="auto" w:fill="C6E7F3"/>
                  <w:tcMar>
                    <w:top w:w="45" w:type="dxa"/>
                    <w:left w:w="70" w:type="dxa"/>
                    <w:bottom w:w="45" w:type="dxa"/>
                    <w:right w:w="70" w:type="dxa"/>
                  </w:tcMar>
                </w:tcPr>
                <w:p w14:paraId="7638A637" w14:textId="77777777" w:rsidR="005B3871" w:rsidRDefault="00000000">
                  <w:pPr>
                    <w:keepNext/>
                  </w:pPr>
                  <w:r>
                    <w:rPr>
                      <w:b/>
                      <w:color w:val="000000"/>
                    </w:rPr>
                    <w:t>UVODNI DEL – motivacija, aktivacija predznanja in namen učenja (15–20 min)</w:t>
                  </w:r>
                </w:p>
              </w:tc>
            </w:tr>
          </w:tbl>
          <w:p w14:paraId="15F110E1" w14:textId="77777777" w:rsidR="005B3871" w:rsidRDefault="005B3871">
            <w:pPr>
              <w:spacing w:line="20" w:lineRule="exact"/>
            </w:pPr>
          </w:p>
          <w:p w14:paraId="5C21410F" w14:textId="77777777" w:rsidR="005B3871" w:rsidRDefault="00000000">
            <w:pPr>
              <w:spacing w:before="40" w:after="60" w:line="245" w:lineRule="auto"/>
            </w:pPr>
            <w:r>
              <w:rPr>
                <w:color w:val="000000"/>
                <w:sz w:val="16"/>
              </w:rPr>
              <w:t>Izštevanka Enci benci učence vodi med praktičnimi postajami. Pred ocenjevanjem obnovijo kriterije za telesa in like, ponavljajoča zaporedja, množice ter razvrščanje.</w:t>
            </w:r>
          </w:p>
          <w:tbl>
            <w:tblPr>
              <w:tblStyle w:val="Tabelamrea"/>
              <w:tblW w:w="0" w:type="auto"/>
              <w:jc w:val="center"/>
              <w:tblLayout w:type="fixed"/>
              <w:tblLook w:val="04A0" w:firstRow="1" w:lastRow="0" w:firstColumn="1" w:lastColumn="0" w:noHBand="0" w:noVBand="1"/>
            </w:tblPr>
            <w:tblGrid>
              <w:gridCol w:w="7087"/>
            </w:tblGrid>
            <w:tr w:rsidR="005B3871" w14:paraId="0F20E988" w14:textId="77777777">
              <w:trPr>
                <w:jc w:val="center"/>
              </w:trPr>
              <w:tc>
                <w:tcPr>
                  <w:tcW w:w="7087" w:type="dxa"/>
                  <w:shd w:val="clear" w:color="auto" w:fill="EDC9EA"/>
                  <w:tcMar>
                    <w:top w:w="45" w:type="dxa"/>
                    <w:left w:w="70" w:type="dxa"/>
                    <w:bottom w:w="45" w:type="dxa"/>
                    <w:right w:w="70" w:type="dxa"/>
                  </w:tcMar>
                </w:tcPr>
                <w:p w14:paraId="02C9B492" w14:textId="77777777" w:rsidR="005B3871" w:rsidRDefault="00000000">
                  <w:pPr>
                    <w:keepNext/>
                  </w:pPr>
                  <w:r>
                    <w:rPr>
                      <w:b/>
                      <w:color w:val="000000"/>
                    </w:rPr>
                    <w:t>NAMENI UČENJA</w:t>
                  </w:r>
                </w:p>
              </w:tc>
            </w:tr>
          </w:tbl>
          <w:p w14:paraId="7CABCB7D" w14:textId="77777777" w:rsidR="005B3871" w:rsidRDefault="005B3871">
            <w:pPr>
              <w:spacing w:line="20" w:lineRule="exact"/>
            </w:pPr>
          </w:p>
          <w:p w14:paraId="65AA7D62"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589905EC" w14:textId="77777777" w:rsidR="005B3871" w:rsidRDefault="00000000">
            <w:pPr>
              <w:pStyle w:val="Oznaenseznam"/>
              <w:spacing w:after="16"/>
            </w:pPr>
            <w:r>
              <w:rPr>
                <w:color w:val="000000"/>
                <w:sz w:val="16"/>
              </w:rPr>
              <w:t>ločim geometrijsko telo in lik</w:t>
            </w:r>
          </w:p>
          <w:p w14:paraId="0185091A" w14:textId="77777777" w:rsidR="005B3871" w:rsidRDefault="00000000">
            <w:pPr>
              <w:pStyle w:val="Oznaenseznam"/>
              <w:spacing w:after="16"/>
            </w:pPr>
            <w:r>
              <w:rPr>
                <w:color w:val="000000"/>
                <w:sz w:val="16"/>
              </w:rPr>
              <w:t>nadaljujem ponavljajoče zaporedje</w:t>
            </w:r>
          </w:p>
          <w:p w14:paraId="67BAE02B" w14:textId="77777777" w:rsidR="005B3871" w:rsidRDefault="00000000">
            <w:pPr>
              <w:pStyle w:val="Oznaenseznam"/>
              <w:spacing w:after="16"/>
            </w:pPr>
            <w:r>
              <w:rPr>
                <w:color w:val="000000"/>
                <w:sz w:val="16"/>
              </w:rPr>
              <w:t>oblikujem in razvrščam množico po izbrani lastnosti</w:t>
            </w:r>
          </w:p>
          <w:tbl>
            <w:tblPr>
              <w:tblStyle w:val="Tabelamrea"/>
              <w:tblW w:w="0" w:type="auto"/>
              <w:jc w:val="center"/>
              <w:tblLayout w:type="fixed"/>
              <w:tblLook w:val="04A0" w:firstRow="1" w:lastRow="0" w:firstColumn="1" w:lastColumn="0" w:noHBand="0" w:noVBand="1"/>
            </w:tblPr>
            <w:tblGrid>
              <w:gridCol w:w="7087"/>
            </w:tblGrid>
            <w:tr w:rsidR="005B3871" w14:paraId="58B87B5A" w14:textId="77777777">
              <w:trPr>
                <w:jc w:val="center"/>
              </w:trPr>
              <w:tc>
                <w:tcPr>
                  <w:tcW w:w="7087" w:type="dxa"/>
                  <w:shd w:val="clear" w:color="auto" w:fill="EDC9EA"/>
                  <w:tcMar>
                    <w:top w:w="45" w:type="dxa"/>
                    <w:left w:w="70" w:type="dxa"/>
                    <w:bottom w:w="45" w:type="dxa"/>
                    <w:right w:w="70" w:type="dxa"/>
                  </w:tcMar>
                </w:tcPr>
                <w:p w14:paraId="0736B488" w14:textId="77777777" w:rsidR="005B3871" w:rsidRDefault="00000000">
                  <w:pPr>
                    <w:keepNext/>
                  </w:pPr>
                  <w:r>
                    <w:rPr>
                      <w:b/>
                      <w:color w:val="000000"/>
                    </w:rPr>
                    <w:t>PREVERJANJE PREDZNANJA</w:t>
                  </w:r>
                </w:p>
              </w:tc>
            </w:tr>
          </w:tbl>
          <w:p w14:paraId="38612382" w14:textId="77777777" w:rsidR="005B3871" w:rsidRDefault="005B3871">
            <w:pPr>
              <w:spacing w:line="20" w:lineRule="exact"/>
            </w:pPr>
          </w:p>
          <w:p w14:paraId="019BF6B7" w14:textId="77777777" w:rsidR="005B3871" w:rsidRDefault="00000000">
            <w:pPr>
              <w:pStyle w:val="Oznaenseznam"/>
              <w:spacing w:after="16"/>
            </w:pPr>
            <w:r>
              <w:rPr>
                <w:color w:val="000000"/>
                <w:sz w:val="16"/>
              </w:rPr>
              <w:t>Kako ločim geometrijsko telo od lika?</w:t>
            </w:r>
          </w:p>
          <w:p w14:paraId="57547EB4" w14:textId="77777777" w:rsidR="005B3871" w:rsidRDefault="00000000">
            <w:pPr>
              <w:pStyle w:val="Oznaenseznam"/>
              <w:spacing w:after="16"/>
            </w:pPr>
            <w:r>
              <w:rPr>
                <w:color w:val="000000"/>
                <w:sz w:val="16"/>
              </w:rPr>
              <w:t>Kako svoj postopek na postaji razložim kratko in natančno?</w:t>
            </w:r>
          </w:p>
          <w:p w14:paraId="5F8DB062"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7CDD079F" w14:textId="77777777">
              <w:trPr>
                <w:jc w:val="center"/>
              </w:trPr>
              <w:tc>
                <w:tcPr>
                  <w:tcW w:w="7087" w:type="dxa"/>
                  <w:shd w:val="clear" w:color="auto" w:fill="EDC9EA"/>
                  <w:tcMar>
                    <w:top w:w="45" w:type="dxa"/>
                    <w:left w:w="70" w:type="dxa"/>
                    <w:bottom w:w="45" w:type="dxa"/>
                    <w:right w:w="70" w:type="dxa"/>
                  </w:tcMar>
                </w:tcPr>
                <w:p w14:paraId="59B4819B" w14:textId="77777777" w:rsidR="005B3871" w:rsidRDefault="00000000">
                  <w:pPr>
                    <w:keepNext/>
                  </w:pPr>
                  <w:r>
                    <w:rPr>
                      <w:b/>
                      <w:color w:val="000000"/>
                    </w:rPr>
                    <w:t>KRITERIJI USPEŠNOSTI</w:t>
                  </w:r>
                </w:p>
              </w:tc>
            </w:tr>
          </w:tbl>
          <w:p w14:paraId="467A69AE" w14:textId="77777777" w:rsidR="005B3871" w:rsidRDefault="005B3871"/>
          <w:p w14:paraId="6135090F" w14:textId="77777777" w:rsidR="005B3871" w:rsidRDefault="00000000">
            <w:pPr>
              <w:spacing w:before="20" w:after="20" w:line="245" w:lineRule="auto"/>
            </w:pPr>
            <w:r>
              <w:rPr>
                <w:b/>
                <w:color w:val="000000"/>
                <w:sz w:val="16"/>
              </w:rPr>
              <w:t>Uspešen/-na bom, ko:</w:t>
            </w:r>
          </w:p>
          <w:p w14:paraId="4AA95DEA" w14:textId="77777777" w:rsidR="005B3871" w:rsidRDefault="00000000">
            <w:pPr>
              <w:pStyle w:val="Oznaenseznam"/>
              <w:spacing w:after="16"/>
            </w:pPr>
            <w:r>
              <w:rPr>
                <w:color w:val="000000"/>
                <w:sz w:val="16"/>
              </w:rPr>
              <w:t>ločim geometrijsko telo in lik</w:t>
            </w:r>
          </w:p>
          <w:p w14:paraId="5E84AF33" w14:textId="77777777" w:rsidR="005B3871" w:rsidRDefault="00000000">
            <w:pPr>
              <w:pStyle w:val="Oznaenseznam"/>
              <w:spacing w:after="16"/>
            </w:pPr>
            <w:r>
              <w:rPr>
                <w:color w:val="000000"/>
                <w:sz w:val="16"/>
              </w:rPr>
              <w:t>nadaljujem ponavljajoče zaporedje</w:t>
            </w:r>
          </w:p>
          <w:p w14:paraId="23422586" w14:textId="77777777" w:rsidR="005B3871" w:rsidRDefault="00000000">
            <w:pPr>
              <w:pStyle w:val="Oznaenseznam"/>
              <w:spacing w:after="16"/>
            </w:pPr>
            <w:r>
              <w:rPr>
                <w:color w:val="000000"/>
                <w:sz w:val="16"/>
              </w:rPr>
              <w:t>oblikujem in razvrščam množico po izbrani lastnosti</w:t>
            </w:r>
          </w:p>
          <w:p w14:paraId="3BA65208"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76A5DA44" w14:textId="77777777" w:rsidR="005B3871" w:rsidRDefault="005B3871"/>
          <w:p w14:paraId="53B348FB"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20039CC7" w14:textId="77777777" w:rsidR="005B3871" w:rsidRDefault="00000000">
            <w:pPr>
              <w:spacing w:after="80" w:line="245" w:lineRule="auto"/>
            </w:pPr>
            <w:r>
              <w:rPr>
                <w:color w:val="000000"/>
                <w:sz w:val="16"/>
              </w:rPr>
              <w:t>Pove, pokaže ali nariše, kako bi nalogo začel. Posluša tudi drugačne strategije.</w:t>
            </w:r>
          </w:p>
          <w:p w14:paraId="45A23EBB" w14:textId="77777777" w:rsidR="005B3871" w:rsidRDefault="00000000">
            <w:pPr>
              <w:spacing w:after="100" w:line="245" w:lineRule="auto"/>
            </w:pPr>
            <w:r>
              <w:rPr>
                <w:color w:val="000000"/>
                <w:sz w:val="16"/>
              </w:rPr>
              <w:t>Sodeluje pri razumevanju namenov in kriterijev uspešnosti.</w:t>
            </w:r>
          </w:p>
          <w:p w14:paraId="7C4D6DDD" w14:textId="77777777" w:rsidR="005B3871" w:rsidRDefault="00000000">
            <w:pPr>
              <w:spacing w:after="20" w:line="245" w:lineRule="auto"/>
            </w:pPr>
            <w:r>
              <w:rPr>
                <w:b/>
                <w:color w:val="D95BC6"/>
                <w:sz w:val="17"/>
              </w:rPr>
              <w:t>DOKAZ O UČENJU</w:t>
            </w:r>
          </w:p>
          <w:p w14:paraId="417CA0A2" w14:textId="77777777" w:rsidR="005B3871" w:rsidRDefault="00000000">
            <w:pPr>
              <w:spacing w:after="30" w:line="245" w:lineRule="auto"/>
            </w:pPr>
            <w:r>
              <w:rPr>
                <w:color w:val="D95BC6"/>
                <w:sz w:val="16"/>
              </w:rPr>
              <w:t>začetna strategija, razvrstitev, model, risba, gib ali ustni odgovor</w:t>
            </w:r>
          </w:p>
        </w:tc>
      </w:tr>
    </w:tbl>
    <w:p w14:paraId="499C7E1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3F3980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39EBEF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C116F9C" w14:textId="77777777" w:rsidR="005B3871" w:rsidRDefault="00000000">
            <w:pPr>
              <w:jc w:val="center"/>
            </w:pPr>
            <w:r>
              <w:rPr>
                <w:b/>
                <w:color w:val="000000"/>
                <w:sz w:val="20"/>
              </w:rPr>
              <w:t>UČNE DEJAVNOSTI, METODE IN FORMATIVNO SPREMLJANJE</w:t>
            </w:r>
          </w:p>
        </w:tc>
      </w:tr>
      <w:tr w:rsidR="005B3871" w14:paraId="01F05350" w14:textId="77777777">
        <w:trPr>
          <w:tblHeader/>
          <w:jc w:val="center"/>
        </w:trPr>
        <w:tc>
          <w:tcPr>
            <w:tcW w:w="4422" w:type="dxa"/>
            <w:vMerge/>
            <w:tcMar>
              <w:top w:w="70" w:type="dxa"/>
              <w:left w:w="90" w:type="dxa"/>
              <w:bottom w:w="70" w:type="dxa"/>
              <w:right w:w="90" w:type="dxa"/>
            </w:tcMar>
            <w:vAlign w:val="center"/>
          </w:tcPr>
          <w:p w14:paraId="431B1A28" w14:textId="77777777" w:rsidR="005B3871" w:rsidRDefault="005B3871"/>
        </w:tc>
        <w:tc>
          <w:tcPr>
            <w:tcW w:w="7087" w:type="dxa"/>
            <w:shd w:val="clear" w:color="auto" w:fill="FFFFFF"/>
            <w:tcMar>
              <w:top w:w="70" w:type="dxa"/>
              <w:left w:w="90" w:type="dxa"/>
              <w:bottom w:w="70" w:type="dxa"/>
              <w:right w:w="90" w:type="dxa"/>
            </w:tcMar>
            <w:vAlign w:val="center"/>
          </w:tcPr>
          <w:p w14:paraId="01C7486D"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532338C" w14:textId="77777777" w:rsidR="005B3871" w:rsidRDefault="00000000">
            <w:pPr>
              <w:jc w:val="center"/>
            </w:pPr>
            <w:r>
              <w:rPr>
                <w:b/>
                <w:color w:val="000000"/>
              </w:rPr>
              <w:t>UČENEC</w:t>
            </w:r>
          </w:p>
        </w:tc>
      </w:tr>
      <w:tr w:rsidR="005B3871" w14:paraId="6B02C551" w14:textId="77777777">
        <w:trPr>
          <w:jc w:val="center"/>
        </w:trPr>
        <w:tc>
          <w:tcPr>
            <w:tcW w:w="4422" w:type="dxa"/>
            <w:tcMar>
              <w:top w:w="70" w:type="dxa"/>
              <w:left w:w="90" w:type="dxa"/>
              <w:bottom w:w="70" w:type="dxa"/>
              <w:right w:w="90" w:type="dxa"/>
            </w:tcMar>
          </w:tcPr>
          <w:p w14:paraId="7BB8D92F" w14:textId="77777777" w:rsidR="005B3871" w:rsidRDefault="005B3871"/>
          <w:p w14:paraId="7D70D7F5" w14:textId="77777777" w:rsidR="005B3871" w:rsidRDefault="00000000">
            <w:pPr>
              <w:spacing w:after="40" w:line="245" w:lineRule="auto"/>
            </w:pPr>
            <w:r>
              <w:rPr>
                <w:b/>
                <w:color w:val="000000"/>
              </w:rPr>
              <w:t>KLJUČNI POJMI</w:t>
            </w:r>
          </w:p>
          <w:p w14:paraId="6D19DAE5" w14:textId="77777777" w:rsidR="005B3871" w:rsidRDefault="00000000">
            <w:pPr>
              <w:spacing w:after="60" w:line="245" w:lineRule="auto"/>
            </w:pPr>
            <w:r>
              <w:rPr>
                <w:color w:val="000000"/>
                <w:sz w:val="16"/>
              </w:rPr>
              <w:t>geometrijsko telo, geometrijski lik, vzorec, pravilo, množica, lastnost, razvrščanje, dokaz</w:t>
            </w:r>
          </w:p>
          <w:p w14:paraId="13EF7E00" w14:textId="77777777" w:rsidR="005B3871" w:rsidRDefault="00000000">
            <w:pPr>
              <w:spacing w:after="20" w:line="245" w:lineRule="auto"/>
            </w:pPr>
            <w:r>
              <w:rPr>
                <w:b/>
                <w:color w:val="000000"/>
                <w:sz w:val="17"/>
              </w:rPr>
              <w:t>DOKAZI O UČENJU</w:t>
            </w:r>
          </w:p>
          <w:p w14:paraId="65C194BF" w14:textId="77777777" w:rsidR="005B3871" w:rsidRDefault="00000000">
            <w:pPr>
              <w:pStyle w:val="Oznaenseznam"/>
              <w:spacing w:after="16"/>
            </w:pPr>
            <w:r>
              <w:rPr>
                <w:color w:val="000000"/>
                <w:sz w:val="16"/>
              </w:rPr>
              <w:t>razumevanje ocenjevalnih kriterijev</w:t>
            </w:r>
          </w:p>
          <w:p w14:paraId="4E745FEB" w14:textId="77777777" w:rsidR="005B3871" w:rsidRDefault="00000000">
            <w:pPr>
              <w:pStyle w:val="Oznaenseznam"/>
              <w:spacing w:after="16"/>
            </w:pPr>
            <w:r>
              <w:rPr>
                <w:color w:val="000000"/>
                <w:sz w:val="16"/>
              </w:rPr>
              <w:t>praktična izvedba na treh postajah</w:t>
            </w:r>
          </w:p>
          <w:p w14:paraId="61908FDD" w14:textId="77777777" w:rsidR="005B3871" w:rsidRDefault="00000000">
            <w:pPr>
              <w:pStyle w:val="Oznaenseznam"/>
              <w:spacing w:after="16"/>
            </w:pPr>
            <w:r>
              <w:rPr>
                <w:color w:val="000000"/>
                <w:sz w:val="16"/>
              </w:rPr>
              <w:t>ustna razlaga, opazovalni zapis in samovrednotenje</w:t>
            </w:r>
          </w:p>
          <w:p w14:paraId="01EBF4CB" w14:textId="77777777" w:rsidR="005B3871" w:rsidRDefault="00000000">
            <w:pPr>
              <w:spacing w:before="40" w:after="20" w:line="245" w:lineRule="auto"/>
            </w:pPr>
            <w:r>
              <w:rPr>
                <w:b/>
                <w:color w:val="000000"/>
                <w:sz w:val="17"/>
              </w:rPr>
              <w:t>MEDPREDMETNA POVEZAVA</w:t>
            </w:r>
          </w:p>
          <w:p w14:paraId="541ACB9D" w14:textId="77777777" w:rsidR="005B3871" w:rsidRDefault="00000000">
            <w:pPr>
              <w:spacing w:after="60" w:line="245" w:lineRule="auto"/>
            </w:pPr>
            <w:r>
              <w:rPr>
                <w:color w:val="000000"/>
                <w:sz w:val="16"/>
              </w:rPr>
              <w:t>SLJ – ustna razlaga; LUM – liki in vzorci; ŠPO – prehajanje med postajami; SPO – lastnosti predmetov</w:t>
            </w:r>
          </w:p>
          <w:p w14:paraId="230224E6" w14:textId="77777777" w:rsidR="005B3871" w:rsidRDefault="00000000">
            <w:pPr>
              <w:spacing w:after="20" w:line="245" w:lineRule="auto"/>
            </w:pPr>
            <w:r>
              <w:rPr>
                <w:b/>
                <w:color w:val="000000"/>
                <w:sz w:val="17"/>
              </w:rPr>
              <w:t>POUČEVANJE V GIBANJU</w:t>
            </w:r>
          </w:p>
          <w:p w14:paraId="244E5463"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6C0822B8" w14:textId="77777777" w:rsidR="005B3871" w:rsidRDefault="00000000">
            <w:pPr>
              <w:spacing w:after="20" w:line="245" w:lineRule="auto"/>
            </w:pPr>
            <w:r>
              <w:rPr>
                <w:b/>
                <w:color w:val="000000"/>
                <w:sz w:val="17"/>
              </w:rPr>
              <w:t>DELO PO POSTAJAH</w:t>
            </w:r>
          </w:p>
          <w:p w14:paraId="0F28D4FF" w14:textId="77777777" w:rsidR="005B3871" w:rsidRDefault="00000000">
            <w:pPr>
              <w:spacing w:after="60" w:line="245" w:lineRule="auto"/>
            </w:pPr>
            <w:r>
              <w:rPr>
                <w:color w:val="000000"/>
                <w:sz w:val="15"/>
              </w:rPr>
              <w:t>Načrtovana rotacija: konkretno-izkušenjska – Ogled kriterijev in vzorčni dokaz; gibalna/sodelovalna – Praktične ocenjevalne postaje; slikovno-simbolna – Razlaga in naslednji korak. Pri pisnem ocenjevanju se postaje izvedejo v pripravi, analizi in ponovnem učenju.</w:t>
            </w:r>
          </w:p>
          <w:p w14:paraId="2C8000B2" w14:textId="77777777" w:rsidR="005B3871" w:rsidRDefault="00000000">
            <w:pPr>
              <w:spacing w:after="20" w:line="245" w:lineRule="auto"/>
            </w:pPr>
            <w:r>
              <w:rPr>
                <w:b/>
                <w:color w:val="000000"/>
                <w:sz w:val="17"/>
              </w:rPr>
              <w:t>DIFERENCIACIJA IN VKLJUČEVANJE</w:t>
            </w:r>
          </w:p>
          <w:p w14:paraId="45A78022"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45EB7F87" w14:textId="77777777" w:rsidR="005B3871" w:rsidRDefault="00000000">
            <w:pPr>
              <w:spacing w:after="20" w:line="245" w:lineRule="auto"/>
            </w:pPr>
            <w:r>
              <w:rPr>
                <w:b/>
                <w:color w:val="000000"/>
                <w:sz w:val="17"/>
              </w:rPr>
              <w:t>SPREMLJANJE</w:t>
            </w:r>
          </w:p>
          <w:p w14:paraId="76883C73"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638402E2"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2F6DF42" w14:textId="77777777">
              <w:trPr>
                <w:jc w:val="center"/>
              </w:trPr>
              <w:tc>
                <w:tcPr>
                  <w:tcW w:w="7087" w:type="dxa"/>
                  <w:shd w:val="clear" w:color="auto" w:fill="C6E7F3"/>
                  <w:tcMar>
                    <w:top w:w="45" w:type="dxa"/>
                    <w:left w:w="70" w:type="dxa"/>
                    <w:bottom w:w="45" w:type="dxa"/>
                    <w:right w:w="70" w:type="dxa"/>
                  </w:tcMar>
                </w:tcPr>
                <w:p w14:paraId="5A6F82B9" w14:textId="77777777" w:rsidR="005B3871" w:rsidRDefault="00000000">
                  <w:pPr>
                    <w:keepNext/>
                  </w:pPr>
                  <w:r>
                    <w:rPr>
                      <w:b/>
                      <w:color w:val="000000"/>
                    </w:rPr>
                    <w:t>GLAVNI DEL – IZKUŠENJSKO IN PROBLEMSKO UČENJE (3 šolske ure)</w:t>
                  </w:r>
                </w:p>
              </w:tc>
            </w:tr>
          </w:tbl>
          <w:p w14:paraId="53DF979B" w14:textId="77777777" w:rsidR="005B3871" w:rsidRDefault="005B3871">
            <w:pPr>
              <w:spacing w:line="20" w:lineRule="exact"/>
            </w:pPr>
          </w:p>
          <w:p w14:paraId="43C7EABB" w14:textId="77777777" w:rsidR="005B3871" w:rsidRDefault="00000000">
            <w:pPr>
              <w:keepNext/>
              <w:spacing w:before="40" w:after="10" w:line="245" w:lineRule="auto"/>
            </w:pPr>
            <w:r>
              <w:rPr>
                <w:b/>
                <w:color w:val="000000"/>
                <w:sz w:val="17"/>
              </w:rPr>
              <w:t>1. URA – Ogled kriterijev in vzorčni dokaz</w:t>
            </w:r>
          </w:p>
          <w:p w14:paraId="6784D51C" w14:textId="77777777" w:rsidR="005B3871" w:rsidRDefault="00000000">
            <w:pPr>
              <w:spacing w:after="14" w:line="245" w:lineRule="auto"/>
            </w:pPr>
            <w:r>
              <w:rPr>
                <w:b/>
                <w:color w:val="000000"/>
                <w:sz w:val="16"/>
              </w:rPr>
              <w:t xml:space="preserve">Dejavnost učiteljice: </w:t>
            </w:r>
            <w:r>
              <w:rPr>
                <w:color w:val="000000"/>
                <w:sz w:val="16"/>
              </w:rPr>
              <w:t>Na enem zgledu pokaže razliko med poimenovanjem in dokazom z razlago.</w:t>
            </w:r>
          </w:p>
          <w:p w14:paraId="6DF07075" w14:textId="77777777" w:rsidR="005B3871" w:rsidRDefault="00000000">
            <w:pPr>
              <w:spacing w:after="14" w:line="245" w:lineRule="auto"/>
            </w:pPr>
            <w:r>
              <w:rPr>
                <w:b/>
                <w:color w:val="000000"/>
                <w:sz w:val="16"/>
              </w:rPr>
              <w:t xml:space="preserve">Dejavnost učencev: </w:t>
            </w:r>
            <w:r>
              <w:rPr>
                <w:color w:val="000000"/>
                <w:sz w:val="16"/>
              </w:rPr>
              <w:t>Preizkusijo vzorčni izziv ter povedo, kateri kriterij so uporabili.</w:t>
            </w:r>
          </w:p>
          <w:p w14:paraId="3C1717D0" w14:textId="77777777" w:rsidR="005B3871" w:rsidRDefault="00000000">
            <w:pPr>
              <w:spacing w:after="24" w:line="245" w:lineRule="auto"/>
            </w:pPr>
            <w:r>
              <w:rPr>
                <w:i/>
                <w:color w:val="D95BC6"/>
                <w:sz w:val="16"/>
              </w:rPr>
              <w:t>Predvideni dokaz: razumevanje ocenjevalnih kriterijev.</w:t>
            </w:r>
          </w:p>
          <w:p w14:paraId="5CF96233" w14:textId="77777777" w:rsidR="005B3871" w:rsidRDefault="00000000">
            <w:pPr>
              <w:keepNext/>
              <w:spacing w:before="40" w:after="10" w:line="245" w:lineRule="auto"/>
            </w:pPr>
            <w:r>
              <w:rPr>
                <w:b/>
                <w:color w:val="000000"/>
                <w:sz w:val="17"/>
              </w:rPr>
              <w:t>2. URA – Praktične ocenjevalne postaje</w:t>
            </w:r>
          </w:p>
          <w:p w14:paraId="66391DFC" w14:textId="77777777" w:rsidR="005B3871" w:rsidRDefault="00000000">
            <w:pPr>
              <w:spacing w:after="14" w:line="245" w:lineRule="auto"/>
            </w:pPr>
            <w:r>
              <w:rPr>
                <w:b/>
                <w:color w:val="000000"/>
                <w:sz w:val="16"/>
              </w:rPr>
              <w:t xml:space="preserve">Dejavnost učiteljice: </w:t>
            </w:r>
            <w:r>
              <w:rPr>
                <w:color w:val="000000"/>
                <w:sz w:val="16"/>
              </w:rPr>
              <w:t>Individualno opazuje ločevanje teles/likov, nadaljevanje vzorca in oblikovanje množice; uporablja enoten opisni zapis.</w:t>
            </w:r>
          </w:p>
          <w:p w14:paraId="3840361F" w14:textId="77777777" w:rsidR="005B3871" w:rsidRDefault="00000000">
            <w:pPr>
              <w:spacing w:after="14" w:line="245" w:lineRule="auto"/>
            </w:pPr>
            <w:r>
              <w:rPr>
                <w:b/>
                <w:color w:val="000000"/>
                <w:sz w:val="16"/>
              </w:rPr>
              <w:t xml:space="preserve">Dejavnost učencev: </w:t>
            </w:r>
            <w:r>
              <w:rPr>
                <w:color w:val="000000"/>
                <w:sz w:val="16"/>
              </w:rPr>
              <w:t>Samostojno razvrstijo geometrijske predmete, nadaljujejo zaporedje ter oblikujejo množico po lastnosti.</w:t>
            </w:r>
          </w:p>
          <w:p w14:paraId="12691A7B" w14:textId="77777777" w:rsidR="005B3871" w:rsidRDefault="00000000">
            <w:pPr>
              <w:spacing w:after="24" w:line="245" w:lineRule="auto"/>
            </w:pPr>
            <w:r>
              <w:rPr>
                <w:i/>
                <w:color w:val="D95BC6"/>
                <w:sz w:val="16"/>
              </w:rPr>
              <w:t>Predvideni dokaz: praktična izvedba na treh postajah.</w:t>
            </w:r>
          </w:p>
          <w:p w14:paraId="6529A4A4" w14:textId="77777777" w:rsidR="005B3871" w:rsidRDefault="00000000">
            <w:pPr>
              <w:keepNext/>
              <w:spacing w:before="40" w:after="10" w:line="245" w:lineRule="auto"/>
            </w:pPr>
            <w:r>
              <w:rPr>
                <w:b/>
                <w:color w:val="000000"/>
                <w:sz w:val="17"/>
              </w:rPr>
              <w:t>3. URA – Razlaga in naslednji korak</w:t>
            </w:r>
          </w:p>
          <w:p w14:paraId="099E1E1E" w14:textId="77777777" w:rsidR="005B3871" w:rsidRDefault="00000000">
            <w:pPr>
              <w:spacing w:after="14" w:line="245" w:lineRule="auto"/>
            </w:pPr>
            <w:r>
              <w:rPr>
                <w:b/>
                <w:color w:val="000000"/>
                <w:sz w:val="16"/>
              </w:rPr>
              <w:t xml:space="preserve">Dejavnost učiteljice: </w:t>
            </w:r>
            <w:r>
              <w:rPr>
                <w:color w:val="000000"/>
                <w:sz w:val="16"/>
              </w:rPr>
              <w:t>Z vsakim učencem opravi kratek pogovor ob izbranem izdelku ali izvedbi.</w:t>
            </w:r>
          </w:p>
          <w:p w14:paraId="11F62604" w14:textId="77777777" w:rsidR="005B3871" w:rsidRDefault="00000000">
            <w:pPr>
              <w:spacing w:after="14" w:line="245" w:lineRule="auto"/>
            </w:pPr>
            <w:r>
              <w:rPr>
                <w:b/>
                <w:color w:val="000000"/>
                <w:sz w:val="16"/>
              </w:rPr>
              <w:t xml:space="preserve">Dejavnost učencev: </w:t>
            </w:r>
            <w:r>
              <w:rPr>
                <w:color w:val="000000"/>
                <w:sz w:val="16"/>
              </w:rPr>
              <w:t>Pojasnijo eno odločitev, izberejo dokaz uspeha in se samovrednotijo.</w:t>
            </w:r>
          </w:p>
          <w:p w14:paraId="2B1D1503" w14:textId="77777777" w:rsidR="005B3871" w:rsidRDefault="00000000">
            <w:pPr>
              <w:spacing w:after="24" w:line="245" w:lineRule="auto"/>
            </w:pPr>
            <w:r>
              <w:rPr>
                <w:i/>
                <w:color w:val="D95BC6"/>
                <w:sz w:val="16"/>
              </w:rPr>
              <w:t>Predvideni dokaz: ustna razlaga, opazovalni zapis in samovrednotenje.</w:t>
            </w:r>
          </w:p>
          <w:tbl>
            <w:tblPr>
              <w:tblStyle w:val="Tabelamrea"/>
              <w:tblW w:w="0" w:type="auto"/>
              <w:jc w:val="center"/>
              <w:tblLayout w:type="fixed"/>
              <w:tblLook w:val="04A0" w:firstRow="1" w:lastRow="0" w:firstColumn="1" w:lastColumn="0" w:noHBand="0" w:noVBand="1"/>
            </w:tblPr>
            <w:tblGrid>
              <w:gridCol w:w="7087"/>
            </w:tblGrid>
            <w:tr w:rsidR="005B3871" w14:paraId="6267BA60" w14:textId="77777777">
              <w:trPr>
                <w:jc w:val="center"/>
              </w:trPr>
              <w:tc>
                <w:tcPr>
                  <w:tcW w:w="7087" w:type="dxa"/>
                  <w:shd w:val="clear" w:color="auto" w:fill="EDC9EA"/>
                  <w:tcMar>
                    <w:top w:w="45" w:type="dxa"/>
                    <w:left w:w="70" w:type="dxa"/>
                    <w:bottom w:w="45" w:type="dxa"/>
                    <w:right w:w="70" w:type="dxa"/>
                  </w:tcMar>
                </w:tcPr>
                <w:p w14:paraId="15BBD85A" w14:textId="77777777" w:rsidR="005B3871" w:rsidRDefault="00000000">
                  <w:pPr>
                    <w:keepNext/>
                  </w:pPr>
                  <w:r>
                    <w:rPr>
                      <w:b/>
                      <w:color w:val="000000"/>
                    </w:rPr>
                    <w:t>POVRATNA INFORMACIJA UČITELJICE MED DELOM</w:t>
                  </w:r>
                </w:p>
              </w:tc>
            </w:tr>
          </w:tbl>
          <w:p w14:paraId="4065F23B" w14:textId="77777777" w:rsidR="005B3871" w:rsidRDefault="005B3871"/>
          <w:p w14:paraId="220A96DB"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0B4A05BC" w14:textId="77777777" w:rsidR="005B3871" w:rsidRDefault="005B3871"/>
          <w:p w14:paraId="31CABD49" w14:textId="77777777" w:rsidR="005B3871" w:rsidRDefault="00000000">
            <w:pPr>
              <w:spacing w:after="10" w:line="245" w:lineRule="auto"/>
            </w:pPr>
            <w:r>
              <w:rPr>
                <w:b/>
                <w:color w:val="000000"/>
                <w:sz w:val="16"/>
              </w:rPr>
              <w:t>1. URA</w:t>
            </w:r>
          </w:p>
          <w:p w14:paraId="49CC7801" w14:textId="77777777" w:rsidR="005B3871" w:rsidRDefault="00000000">
            <w:pPr>
              <w:spacing w:after="30" w:line="245" w:lineRule="auto"/>
            </w:pPr>
            <w:r>
              <w:rPr>
                <w:color w:val="000000"/>
                <w:sz w:val="16"/>
              </w:rPr>
              <w:t>Preizkusijo vzorčni izziv ter povedo, kateri kriterij so uporabili.</w:t>
            </w:r>
          </w:p>
          <w:p w14:paraId="44249A13" w14:textId="77777777" w:rsidR="005B3871" w:rsidRDefault="00000000">
            <w:pPr>
              <w:spacing w:line="245" w:lineRule="auto"/>
            </w:pPr>
            <w:r>
              <w:rPr>
                <w:b/>
                <w:color w:val="D95BC6"/>
                <w:sz w:val="16"/>
              </w:rPr>
              <w:t>DOKAZ</w:t>
            </w:r>
          </w:p>
          <w:p w14:paraId="4B37B154" w14:textId="77777777" w:rsidR="005B3871" w:rsidRDefault="00000000">
            <w:pPr>
              <w:spacing w:after="40" w:line="245" w:lineRule="auto"/>
            </w:pPr>
            <w:r>
              <w:rPr>
                <w:color w:val="D95BC6"/>
                <w:sz w:val="15"/>
              </w:rPr>
              <w:t>razumevanje ocenjevalnih kriterijev</w:t>
            </w:r>
          </w:p>
          <w:p w14:paraId="329AC8F8" w14:textId="77777777" w:rsidR="005B3871" w:rsidRDefault="00000000">
            <w:pPr>
              <w:spacing w:after="10" w:line="245" w:lineRule="auto"/>
            </w:pPr>
            <w:r>
              <w:rPr>
                <w:b/>
                <w:color w:val="000000"/>
                <w:sz w:val="16"/>
              </w:rPr>
              <w:t>2. URA</w:t>
            </w:r>
          </w:p>
          <w:p w14:paraId="771CA9AF" w14:textId="77777777" w:rsidR="005B3871" w:rsidRDefault="00000000">
            <w:pPr>
              <w:spacing w:after="30" w:line="245" w:lineRule="auto"/>
            </w:pPr>
            <w:r>
              <w:rPr>
                <w:color w:val="000000"/>
                <w:sz w:val="16"/>
              </w:rPr>
              <w:t>Samostojno razvrstijo geometrijske predmete, nadaljujejo zaporedje ter oblikujejo množico po lastnosti.</w:t>
            </w:r>
          </w:p>
          <w:p w14:paraId="21A68561" w14:textId="77777777" w:rsidR="005B3871" w:rsidRDefault="00000000">
            <w:pPr>
              <w:spacing w:line="245" w:lineRule="auto"/>
            </w:pPr>
            <w:r>
              <w:rPr>
                <w:b/>
                <w:color w:val="D95BC6"/>
                <w:sz w:val="16"/>
              </w:rPr>
              <w:t>DOKAZ</w:t>
            </w:r>
          </w:p>
          <w:p w14:paraId="0C5795CF" w14:textId="77777777" w:rsidR="005B3871" w:rsidRDefault="00000000">
            <w:pPr>
              <w:spacing w:after="40" w:line="245" w:lineRule="auto"/>
            </w:pPr>
            <w:r>
              <w:rPr>
                <w:color w:val="D95BC6"/>
                <w:sz w:val="15"/>
              </w:rPr>
              <w:t>praktična izvedba na treh postajah</w:t>
            </w:r>
          </w:p>
          <w:p w14:paraId="171AE930" w14:textId="77777777" w:rsidR="005B3871" w:rsidRDefault="00000000">
            <w:pPr>
              <w:spacing w:after="10" w:line="245" w:lineRule="auto"/>
            </w:pPr>
            <w:r>
              <w:rPr>
                <w:b/>
                <w:color w:val="000000"/>
                <w:sz w:val="16"/>
              </w:rPr>
              <w:t>3. URA</w:t>
            </w:r>
          </w:p>
          <w:p w14:paraId="7E7098BF" w14:textId="77777777" w:rsidR="005B3871" w:rsidRDefault="00000000">
            <w:pPr>
              <w:spacing w:after="30" w:line="245" w:lineRule="auto"/>
            </w:pPr>
            <w:r>
              <w:rPr>
                <w:color w:val="000000"/>
                <w:sz w:val="16"/>
              </w:rPr>
              <w:t>Pojasnijo eno odločitev, izberejo dokaz uspeha in se samovrednotijo.</w:t>
            </w:r>
          </w:p>
          <w:p w14:paraId="40A0CE13" w14:textId="77777777" w:rsidR="005B3871" w:rsidRDefault="00000000">
            <w:pPr>
              <w:spacing w:line="245" w:lineRule="auto"/>
            </w:pPr>
            <w:r>
              <w:rPr>
                <w:b/>
                <w:color w:val="D95BC6"/>
                <w:sz w:val="16"/>
              </w:rPr>
              <w:t>DOKAZ</w:t>
            </w:r>
          </w:p>
          <w:p w14:paraId="740E7DF3" w14:textId="77777777" w:rsidR="005B3871" w:rsidRDefault="00000000">
            <w:pPr>
              <w:spacing w:after="40" w:line="245" w:lineRule="auto"/>
            </w:pPr>
            <w:r>
              <w:rPr>
                <w:color w:val="D95BC6"/>
                <w:sz w:val="15"/>
              </w:rPr>
              <w:t>ustna razlaga, opazovalni zapis in samovrednotenje</w:t>
            </w:r>
          </w:p>
        </w:tc>
      </w:tr>
    </w:tbl>
    <w:p w14:paraId="64589FF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5B97CA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6FCF9EE"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20CF255" w14:textId="77777777" w:rsidR="005B3871" w:rsidRDefault="00000000">
            <w:pPr>
              <w:jc w:val="center"/>
            </w:pPr>
            <w:r>
              <w:rPr>
                <w:b/>
                <w:color w:val="000000"/>
                <w:sz w:val="20"/>
              </w:rPr>
              <w:t>UČNE DEJAVNOSTI, METODE IN FORMATIVNO SPREMLJANJE</w:t>
            </w:r>
          </w:p>
        </w:tc>
      </w:tr>
      <w:tr w:rsidR="005B3871" w14:paraId="1CA2FEFE" w14:textId="77777777">
        <w:trPr>
          <w:tblHeader/>
          <w:jc w:val="center"/>
        </w:trPr>
        <w:tc>
          <w:tcPr>
            <w:tcW w:w="4422" w:type="dxa"/>
            <w:vMerge/>
            <w:tcMar>
              <w:top w:w="70" w:type="dxa"/>
              <w:left w:w="90" w:type="dxa"/>
              <w:bottom w:w="70" w:type="dxa"/>
              <w:right w:w="90" w:type="dxa"/>
            </w:tcMar>
            <w:vAlign w:val="center"/>
          </w:tcPr>
          <w:p w14:paraId="17F0AB81" w14:textId="77777777" w:rsidR="005B3871" w:rsidRDefault="005B3871"/>
        </w:tc>
        <w:tc>
          <w:tcPr>
            <w:tcW w:w="7087" w:type="dxa"/>
            <w:shd w:val="clear" w:color="auto" w:fill="FFFFFF"/>
            <w:tcMar>
              <w:top w:w="70" w:type="dxa"/>
              <w:left w:w="90" w:type="dxa"/>
              <w:bottom w:w="70" w:type="dxa"/>
              <w:right w:w="90" w:type="dxa"/>
            </w:tcMar>
            <w:vAlign w:val="center"/>
          </w:tcPr>
          <w:p w14:paraId="06F01F40"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4EB943F" w14:textId="77777777" w:rsidR="005B3871" w:rsidRDefault="00000000">
            <w:pPr>
              <w:jc w:val="center"/>
            </w:pPr>
            <w:r>
              <w:rPr>
                <w:b/>
                <w:color w:val="000000"/>
              </w:rPr>
              <w:t>UČENEC</w:t>
            </w:r>
          </w:p>
        </w:tc>
      </w:tr>
      <w:tr w:rsidR="005B3871" w14:paraId="25520C3A" w14:textId="77777777">
        <w:trPr>
          <w:jc w:val="center"/>
        </w:trPr>
        <w:tc>
          <w:tcPr>
            <w:tcW w:w="4422" w:type="dxa"/>
            <w:tcMar>
              <w:top w:w="70" w:type="dxa"/>
              <w:left w:w="90" w:type="dxa"/>
              <w:bottom w:w="70" w:type="dxa"/>
              <w:right w:w="90" w:type="dxa"/>
            </w:tcMar>
          </w:tcPr>
          <w:p w14:paraId="341D2267" w14:textId="77777777" w:rsidR="005B3871" w:rsidRDefault="005B3871"/>
          <w:p w14:paraId="5CBD91DF" w14:textId="77777777" w:rsidR="005B3871" w:rsidRDefault="00000000">
            <w:pPr>
              <w:spacing w:after="40" w:line="245" w:lineRule="auto"/>
            </w:pPr>
            <w:r>
              <w:rPr>
                <w:b/>
                <w:color w:val="000000"/>
              </w:rPr>
              <w:t>FORMATIVNO SPREMLJANJE</w:t>
            </w:r>
          </w:p>
          <w:p w14:paraId="6F920AA6" w14:textId="77777777" w:rsidR="005B3871" w:rsidRDefault="00000000">
            <w:pPr>
              <w:pStyle w:val="Oznaenseznam"/>
              <w:spacing w:after="16"/>
            </w:pPr>
            <w:r>
              <w:rPr>
                <w:color w:val="000000"/>
                <w:sz w:val="16"/>
              </w:rPr>
              <w:t>predznanje: začetna strategija, ocena, razvrstitev, model ali risba</w:t>
            </w:r>
          </w:p>
          <w:p w14:paraId="50AF7F0F" w14:textId="77777777" w:rsidR="005B3871" w:rsidRDefault="00000000">
            <w:pPr>
              <w:pStyle w:val="Oznaenseznam"/>
              <w:spacing w:after="16"/>
            </w:pPr>
            <w:r>
              <w:rPr>
                <w:color w:val="000000"/>
                <w:sz w:val="16"/>
              </w:rPr>
              <w:t>dokazi med učenjem: konkretni, gibalni, slikovni in simbolni prikaz ter razlaga postopka</w:t>
            </w:r>
          </w:p>
          <w:p w14:paraId="77AA4CEB" w14:textId="77777777" w:rsidR="005B3871" w:rsidRDefault="00000000">
            <w:pPr>
              <w:pStyle w:val="Oznaenseznam"/>
              <w:spacing w:after="16"/>
            </w:pPr>
            <w:r>
              <w:rPr>
                <w:color w:val="000000"/>
                <w:sz w:val="16"/>
              </w:rPr>
              <w:t>povratna informacija: konkretna, vezana na kriterij in usmerjena v preverjanje ali naslednji korak</w:t>
            </w:r>
          </w:p>
          <w:p w14:paraId="5B55D7D8" w14:textId="77777777" w:rsidR="005B3871" w:rsidRDefault="00000000">
            <w:pPr>
              <w:pStyle w:val="Oznaenseznam"/>
              <w:spacing w:after="16"/>
            </w:pPr>
            <w:r>
              <w:rPr>
                <w:color w:val="000000"/>
                <w:sz w:val="16"/>
              </w:rPr>
              <w:t>samovrednotenje: semafor, lestvica samostojnosti, izbrani dokaz ali kratka poved</w:t>
            </w:r>
          </w:p>
          <w:p w14:paraId="074658B5" w14:textId="77777777" w:rsidR="005B3871" w:rsidRDefault="00000000">
            <w:pPr>
              <w:spacing w:before="40" w:after="20" w:line="245" w:lineRule="auto"/>
            </w:pPr>
            <w:r>
              <w:rPr>
                <w:b/>
                <w:color w:val="000000"/>
                <w:sz w:val="17"/>
              </w:rPr>
              <w:t>VARNOST IN ODGOVORNOST</w:t>
            </w:r>
          </w:p>
          <w:p w14:paraId="30C5C610"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2E4C1108" w14:textId="77777777" w:rsidR="005B3871" w:rsidRDefault="00000000">
            <w:pPr>
              <w:spacing w:after="20" w:line="245" w:lineRule="auto"/>
            </w:pPr>
            <w:r>
              <w:rPr>
                <w:b/>
                <w:color w:val="000000"/>
                <w:sz w:val="17"/>
              </w:rPr>
              <w:t>EVIDENCA PO IZVEDBI</w:t>
            </w:r>
          </w:p>
          <w:p w14:paraId="373622BE"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32DFADC3"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F426614" w14:textId="77777777">
              <w:trPr>
                <w:jc w:val="center"/>
              </w:trPr>
              <w:tc>
                <w:tcPr>
                  <w:tcW w:w="7087" w:type="dxa"/>
                  <w:shd w:val="clear" w:color="auto" w:fill="EDC9EA"/>
                  <w:tcMar>
                    <w:top w:w="45" w:type="dxa"/>
                    <w:left w:w="70" w:type="dxa"/>
                    <w:bottom w:w="45" w:type="dxa"/>
                    <w:right w:w="70" w:type="dxa"/>
                  </w:tcMar>
                </w:tcPr>
                <w:p w14:paraId="4A19EA68" w14:textId="77777777" w:rsidR="005B3871" w:rsidRDefault="00000000">
                  <w:pPr>
                    <w:keepNext/>
                  </w:pPr>
                  <w:r>
                    <w:rPr>
                      <w:b/>
                      <w:color w:val="000000"/>
                    </w:rPr>
                    <w:t>VPRAŠANJA V PODPORO MATEMATIČNEMU UČENJU</w:t>
                  </w:r>
                </w:p>
              </w:tc>
            </w:tr>
          </w:tbl>
          <w:p w14:paraId="1153065A" w14:textId="77777777" w:rsidR="005B3871" w:rsidRDefault="005B3871">
            <w:pPr>
              <w:spacing w:line="20" w:lineRule="exact"/>
            </w:pPr>
          </w:p>
          <w:p w14:paraId="3927728D" w14:textId="77777777" w:rsidR="005B3871" w:rsidRDefault="00000000">
            <w:pPr>
              <w:pStyle w:val="Oznaenseznam"/>
              <w:spacing w:after="16"/>
            </w:pPr>
            <w:r>
              <w:rPr>
                <w:color w:val="000000"/>
                <w:sz w:val="16"/>
              </w:rPr>
              <w:t>Kaj v tvojem modelu, risbi ali zapisu predstavlja posamezni del naloge?</w:t>
            </w:r>
          </w:p>
          <w:p w14:paraId="39626C7B" w14:textId="77777777" w:rsidR="005B3871" w:rsidRDefault="00000000">
            <w:pPr>
              <w:pStyle w:val="Oznaenseznam"/>
              <w:spacing w:after="16"/>
            </w:pPr>
            <w:r>
              <w:rPr>
                <w:color w:val="000000"/>
                <w:sz w:val="16"/>
              </w:rPr>
              <w:t>Kako si prišel/-la do rešitve in kako veš, da je smiselna?</w:t>
            </w:r>
          </w:p>
          <w:p w14:paraId="0FE87BAF" w14:textId="77777777" w:rsidR="005B3871" w:rsidRDefault="00000000">
            <w:pPr>
              <w:pStyle w:val="Oznaenseznam"/>
              <w:spacing w:after="16"/>
            </w:pPr>
            <w:r>
              <w:rPr>
                <w:color w:val="000000"/>
                <w:sz w:val="16"/>
              </w:rPr>
              <w:t>Ali lahko isto pokažeš še s predmetom, gibanjem, risbo ali drugim zapisom?</w:t>
            </w:r>
          </w:p>
          <w:p w14:paraId="64DDA99C" w14:textId="77777777" w:rsidR="005B3871" w:rsidRDefault="00000000">
            <w:pPr>
              <w:pStyle w:val="Oznaenseznam"/>
              <w:spacing w:after="16"/>
            </w:pPr>
            <w:r>
              <w:rPr>
                <w:color w:val="000000"/>
                <w:sz w:val="16"/>
              </w:rPr>
              <w:t>Kje bi se lahko zmotil/-a in kako boš rešitev preveril/-a?</w:t>
            </w:r>
          </w:p>
          <w:p w14:paraId="26C0B8FD"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0017248F" w14:textId="77777777">
              <w:trPr>
                <w:jc w:val="center"/>
              </w:trPr>
              <w:tc>
                <w:tcPr>
                  <w:tcW w:w="7087" w:type="dxa"/>
                  <w:shd w:val="clear" w:color="auto" w:fill="C6E7F3"/>
                  <w:tcMar>
                    <w:top w:w="45" w:type="dxa"/>
                    <w:left w:w="70" w:type="dxa"/>
                    <w:bottom w:w="45" w:type="dxa"/>
                    <w:right w:w="70" w:type="dxa"/>
                  </w:tcMar>
                </w:tcPr>
                <w:p w14:paraId="4A858A4A" w14:textId="77777777" w:rsidR="005B3871" w:rsidRDefault="00000000">
                  <w:pPr>
                    <w:keepNext/>
                  </w:pPr>
                  <w:r>
                    <w:rPr>
                      <w:b/>
                      <w:color w:val="000000"/>
                    </w:rPr>
                    <w:t>ZAKLJUČNI DEL – UTRJEVANJE IN REFLEKSIJA (10–15 min)</w:t>
                  </w:r>
                </w:p>
              </w:tc>
            </w:tr>
          </w:tbl>
          <w:p w14:paraId="12E2361A" w14:textId="77777777" w:rsidR="005B3871" w:rsidRDefault="005B3871">
            <w:pPr>
              <w:spacing w:line="20" w:lineRule="exact"/>
            </w:pPr>
          </w:p>
          <w:p w14:paraId="0B42471C"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32E720FC" w14:textId="77777777">
              <w:trPr>
                <w:jc w:val="center"/>
              </w:trPr>
              <w:tc>
                <w:tcPr>
                  <w:tcW w:w="7087" w:type="dxa"/>
                  <w:shd w:val="clear" w:color="auto" w:fill="EDC9EA"/>
                  <w:tcMar>
                    <w:top w:w="45" w:type="dxa"/>
                    <w:left w:w="70" w:type="dxa"/>
                    <w:bottom w:w="45" w:type="dxa"/>
                    <w:right w:w="70" w:type="dxa"/>
                  </w:tcMar>
                </w:tcPr>
                <w:p w14:paraId="08AEBF22" w14:textId="77777777" w:rsidR="005B3871" w:rsidRDefault="00000000">
                  <w:pPr>
                    <w:keepNext/>
                  </w:pPr>
                  <w:r>
                    <w:rPr>
                      <w:b/>
                      <w:color w:val="000000"/>
                    </w:rPr>
                    <w:t>SAMOVREDNOTENJE</w:t>
                  </w:r>
                </w:p>
              </w:tc>
            </w:tr>
          </w:tbl>
          <w:p w14:paraId="67E93C94" w14:textId="77777777" w:rsidR="005B3871" w:rsidRDefault="005B3871">
            <w:pPr>
              <w:spacing w:line="20" w:lineRule="exact"/>
            </w:pPr>
          </w:p>
          <w:p w14:paraId="79C5EA01"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3343CDF5" w14:textId="77777777">
              <w:trPr>
                <w:jc w:val="center"/>
              </w:trPr>
              <w:tc>
                <w:tcPr>
                  <w:tcW w:w="7087" w:type="dxa"/>
                  <w:shd w:val="clear" w:color="auto" w:fill="EDC9EA"/>
                  <w:tcMar>
                    <w:top w:w="45" w:type="dxa"/>
                    <w:left w:w="70" w:type="dxa"/>
                    <w:bottom w:w="45" w:type="dxa"/>
                    <w:right w:w="70" w:type="dxa"/>
                  </w:tcMar>
                </w:tcPr>
                <w:p w14:paraId="38AF2C50" w14:textId="77777777" w:rsidR="005B3871" w:rsidRDefault="00000000">
                  <w:pPr>
                    <w:keepNext/>
                  </w:pPr>
                  <w:r>
                    <w:rPr>
                      <w:b/>
                      <w:color w:val="000000"/>
                    </w:rPr>
                    <w:t>VRSTNIŠKO VREDNOTENJE</w:t>
                  </w:r>
                </w:p>
              </w:tc>
            </w:tr>
          </w:tbl>
          <w:p w14:paraId="4B410220" w14:textId="77777777" w:rsidR="005B3871" w:rsidRDefault="005B3871">
            <w:pPr>
              <w:spacing w:line="20" w:lineRule="exact"/>
            </w:pPr>
          </w:p>
          <w:p w14:paraId="17FB6277"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0776E7F0" w14:textId="77777777">
              <w:trPr>
                <w:jc w:val="center"/>
              </w:trPr>
              <w:tc>
                <w:tcPr>
                  <w:tcW w:w="7087" w:type="dxa"/>
                  <w:shd w:val="clear" w:color="auto" w:fill="EDC9EA"/>
                  <w:tcMar>
                    <w:top w:w="45" w:type="dxa"/>
                    <w:left w:w="70" w:type="dxa"/>
                    <w:bottom w:w="45" w:type="dxa"/>
                    <w:right w:w="70" w:type="dxa"/>
                  </w:tcMar>
                </w:tcPr>
                <w:p w14:paraId="21FD24BB" w14:textId="77777777" w:rsidR="005B3871" w:rsidRDefault="00000000">
                  <w:pPr>
                    <w:keepNext/>
                  </w:pPr>
                  <w:r>
                    <w:rPr>
                      <w:b/>
                      <w:color w:val="000000"/>
                    </w:rPr>
                    <w:t>SKUPNI POVZETEK</w:t>
                  </w:r>
                </w:p>
              </w:tc>
            </w:tr>
          </w:tbl>
          <w:p w14:paraId="77AC9908" w14:textId="77777777" w:rsidR="005B3871" w:rsidRDefault="005B3871">
            <w:pPr>
              <w:spacing w:line="20" w:lineRule="exact"/>
            </w:pPr>
          </w:p>
          <w:p w14:paraId="3377C69C" w14:textId="77777777" w:rsidR="005B3871" w:rsidRDefault="00000000">
            <w:pPr>
              <w:spacing w:before="20" w:after="40" w:line="245" w:lineRule="auto"/>
            </w:pPr>
            <w:r>
              <w:rPr>
                <w:b/>
                <w:color w:val="000000"/>
                <w:sz w:val="16"/>
              </w:rPr>
              <w:t>Ločim telo in lik, nadaljujem zaporedje, oblikujem množico ter svoj postopek kratko pojasnim.</w:t>
            </w:r>
          </w:p>
          <w:tbl>
            <w:tblPr>
              <w:tblStyle w:val="Tabelamrea"/>
              <w:tblW w:w="0" w:type="auto"/>
              <w:jc w:val="center"/>
              <w:tblLayout w:type="fixed"/>
              <w:tblLook w:val="04A0" w:firstRow="1" w:lastRow="0" w:firstColumn="1" w:lastColumn="0" w:noHBand="0" w:noVBand="1"/>
            </w:tblPr>
            <w:tblGrid>
              <w:gridCol w:w="7087"/>
            </w:tblGrid>
            <w:tr w:rsidR="005B3871" w14:paraId="6903F0EA" w14:textId="77777777">
              <w:trPr>
                <w:jc w:val="center"/>
              </w:trPr>
              <w:tc>
                <w:tcPr>
                  <w:tcW w:w="7087" w:type="dxa"/>
                  <w:shd w:val="clear" w:color="auto" w:fill="EDC9EA"/>
                  <w:tcMar>
                    <w:top w:w="45" w:type="dxa"/>
                    <w:left w:w="70" w:type="dxa"/>
                    <w:bottom w:w="45" w:type="dxa"/>
                    <w:right w:w="70" w:type="dxa"/>
                  </w:tcMar>
                </w:tcPr>
                <w:p w14:paraId="150B2E82" w14:textId="77777777" w:rsidR="005B3871" w:rsidRDefault="00000000">
                  <w:pPr>
                    <w:keepNext/>
                  </w:pPr>
                  <w:r>
                    <w:rPr>
                      <w:b/>
                      <w:color w:val="000000"/>
                    </w:rPr>
                    <w:t>OPISNO OCENJEVANJE</w:t>
                  </w:r>
                </w:p>
              </w:tc>
            </w:tr>
          </w:tbl>
          <w:p w14:paraId="573E29FB" w14:textId="77777777" w:rsidR="005B3871" w:rsidRDefault="005B3871"/>
          <w:p w14:paraId="06DD6E62" w14:textId="77777777" w:rsidR="005B3871" w:rsidRDefault="00000000">
            <w:pPr>
              <w:spacing w:before="20" w:after="30" w:line="245" w:lineRule="auto"/>
            </w:pPr>
            <w:r>
              <w:rPr>
                <w:color w:val="000000"/>
                <w:sz w:val="16"/>
              </w:rPr>
              <w:t>OCENJEVANJE 2 – DRUGE OBLIKE: praktične ocenjevalne postaje z razlago</w:t>
            </w:r>
          </w:p>
        </w:tc>
        <w:tc>
          <w:tcPr>
            <w:tcW w:w="2551" w:type="dxa"/>
            <w:tcMar>
              <w:top w:w="70" w:type="dxa"/>
              <w:left w:w="90" w:type="dxa"/>
              <w:bottom w:w="70" w:type="dxa"/>
              <w:right w:w="90" w:type="dxa"/>
            </w:tcMar>
          </w:tcPr>
          <w:p w14:paraId="77E0642A" w14:textId="77777777" w:rsidR="005B3871" w:rsidRDefault="005B3871"/>
          <w:p w14:paraId="766F92CB" w14:textId="77777777" w:rsidR="005B3871" w:rsidRDefault="00000000">
            <w:pPr>
              <w:spacing w:after="100" w:line="245" w:lineRule="auto"/>
            </w:pPr>
            <w:r>
              <w:rPr>
                <w:color w:val="000000"/>
                <w:sz w:val="16"/>
              </w:rPr>
              <w:t>Odgovarja na podporna vprašanja in se sklicuje na svoj model, zapis ali izvedbo.</w:t>
            </w:r>
          </w:p>
          <w:p w14:paraId="315F798C" w14:textId="77777777" w:rsidR="005B3871" w:rsidRDefault="00000000">
            <w:pPr>
              <w:spacing w:after="100" w:line="245" w:lineRule="auto"/>
            </w:pPr>
            <w:r>
              <w:rPr>
                <w:color w:val="000000"/>
                <w:sz w:val="16"/>
              </w:rPr>
              <w:t>Primerja začetno strategijo z novim dokazom ter pojasni, kaj se je naučil/-a.</w:t>
            </w:r>
          </w:p>
          <w:p w14:paraId="36C6B6D1" w14:textId="77777777" w:rsidR="005B3871" w:rsidRDefault="00000000">
            <w:pPr>
              <w:spacing w:after="100" w:line="245" w:lineRule="auto"/>
            </w:pPr>
            <w:r>
              <w:rPr>
                <w:color w:val="000000"/>
                <w:sz w:val="16"/>
              </w:rPr>
              <w:t>Izbere raven samostojnosti in določi naslednji korak.</w:t>
            </w:r>
          </w:p>
          <w:p w14:paraId="00604A4B" w14:textId="77777777" w:rsidR="005B3871" w:rsidRDefault="00000000">
            <w:pPr>
              <w:spacing w:after="100" w:line="245" w:lineRule="auto"/>
            </w:pPr>
            <w:r>
              <w:rPr>
                <w:color w:val="000000"/>
                <w:sz w:val="16"/>
              </w:rPr>
              <w:t>Sošolcu poda prijazen in konkreten odziv, vezan na kriterij.</w:t>
            </w:r>
          </w:p>
          <w:p w14:paraId="090ED4F9" w14:textId="77777777" w:rsidR="005B3871" w:rsidRDefault="00000000">
            <w:pPr>
              <w:spacing w:after="20" w:line="245" w:lineRule="auto"/>
            </w:pPr>
            <w:r>
              <w:rPr>
                <w:b/>
                <w:color w:val="D95BC6"/>
                <w:sz w:val="17"/>
              </w:rPr>
              <w:t>DOKAZ O UČENJU</w:t>
            </w:r>
          </w:p>
          <w:p w14:paraId="190D1101"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57ABD27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082A2793" w14:textId="77777777">
        <w:trPr>
          <w:cantSplit/>
          <w:jc w:val="center"/>
        </w:trPr>
        <w:tc>
          <w:tcPr>
            <w:tcW w:w="14060" w:type="dxa"/>
            <w:gridSpan w:val="6"/>
            <w:tcMar>
              <w:top w:w="70" w:type="dxa"/>
              <w:left w:w="90" w:type="dxa"/>
              <w:bottom w:w="70" w:type="dxa"/>
              <w:right w:w="90" w:type="dxa"/>
            </w:tcMar>
            <w:vAlign w:val="center"/>
          </w:tcPr>
          <w:p w14:paraId="75B6FD8E" w14:textId="77777777" w:rsidR="005B3871" w:rsidRDefault="00000000">
            <w:pPr>
              <w:jc w:val="center"/>
            </w:pPr>
            <w:r>
              <w:rPr>
                <w:b/>
                <w:color w:val="000000"/>
                <w:sz w:val="24"/>
              </w:rPr>
              <w:lastRenderedPageBreak/>
              <w:t>UČNA PRIPRAVA 17/39</w:t>
            </w:r>
          </w:p>
        </w:tc>
      </w:tr>
      <w:tr w:rsidR="005B3871" w14:paraId="38EC6E6F" w14:textId="77777777">
        <w:trPr>
          <w:jc w:val="center"/>
        </w:trPr>
        <w:tc>
          <w:tcPr>
            <w:tcW w:w="2665" w:type="dxa"/>
            <w:tcMar>
              <w:top w:w="70" w:type="dxa"/>
              <w:left w:w="90" w:type="dxa"/>
              <w:bottom w:w="70" w:type="dxa"/>
              <w:right w:w="90" w:type="dxa"/>
            </w:tcMar>
            <w:vAlign w:val="center"/>
          </w:tcPr>
          <w:p w14:paraId="543CF6F6"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1DB1CED"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0DF1769C"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35FEF3B" w14:textId="77777777" w:rsidR="005B3871" w:rsidRDefault="00000000">
            <w:r>
              <w:rPr>
                <w:b/>
                <w:color w:val="000000"/>
                <w:sz w:val="16"/>
              </w:rPr>
              <w:t xml:space="preserve">NAČRTOVANI TERMIN: </w:t>
            </w:r>
            <w:r>
              <w:rPr>
                <w:color w:val="000000"/>
                <w:sz w:val="16"/>
              </w:rPr>
              <w:t>17. teden • 4.–8. 1. 2027</w:t>
            </w:r>
          </w:p>
        </w:tc>
        <w:tc>
          <w:tcPr>
            <w:tcW w:w="2268" w:type="dxa"/>
            <w:tcMar>
              <w:top w:w="70" w:type="dxa"/>
              <w:left w:w="90" w:type="dxa"/>
              <w:bottom w:w="70" w:type="dxa"/>
              <w:right w:w="90" w:type="dxa"/>
            </w:tcMar>
            <w:vAlign w:val="center"/>
          </w:tcPr>
          <w:p w14:paraId="12695286"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D8F98F9" w14:textId="77777777" w:rsidR="005B3871" w:rsidRDefault="00000000">
            <w:r>
              <w:rPr>
                <w:b/>
                <w:color w:val="000000"/>
                <w:sz w:val="16"/>
              </w:rPr>
              <w:t xml:space="preserve">ŠTEVILO UR: </w:t>
            </w:r>
            <w:r>
              <w:rPr>
                <w:color w:val="000000"/>
                <w:sz w:val="16"/>
              </w:rPr>
              <w:t>4</w:t>
            </w:r>
          </w:p>
        </w:tc>
      </w:tr>
      <w:tr w:rsidR="005B3871" w14:paraId="2745B8B5" w14:textId="77777777">
        <w:trPr>
          <w:jc w:val="center"/>
        </w:trPr>
        <w:tc>
          <w:tcPr>
            <w:tcW w:w="14061" w:type="dxa"/>
            <w:gridSpan w:val="6"/>
            <w:tcMar>
              <w:top w:w="70" w:type="dxa"/>
              <w:left w:w="90" w:type="dxa"/>
              <w:bottom w:w="70" w:type="dxa"/>
              <w:right w:w="90" w:type="dxa"/>
            </w:tcMar>
            <w:vAlign w:val="center"/>
          </w:tcPr>
          <w:p w14:paraId="61557A67"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1B61F394" w14:textId="77777777">
        <w:trPr>
          <w:cantSplit/>
          <w:jc w:val="center"/>
        </w:trPr>
        <w:tc>
          <w:tcPr>
            <w:tcW w:w="14060" w:type="dxa"/>
            <w:gridSpan w:val="6"/>
            <w:tcMar>
              <w:top w:w="70" w:type="dxa"/>
              <w:left w:w="90" w:type="dxa"/>
              <w:bottom w:w="70" w:type="dxa"/>
              <w:right w:w="90" w:type="dxa"/>
            </w:tcMar>
            <w:vAlign w:val="center"/>
          </w:tcPr>
          <w:p w14:paraId="38CBB1D3" w14:textId="77777777" w:rsidR="005B3871" w:rsidRDefault="005B3871"/>
          <w:p w14:paraId="7971BCB9" w14:textId="77777777" w:rsidR="005B3871" w:rsidRDefault="00000000">
            <w:pPr>
              <w:spacing w:line="245" w:lineRule="auto"/>
            </w:pPr>
            <w:r>
              <w:rPr>
                <w:b/>
                <w:color w:val="000000"/>
                <w:sz w:val="16"/>
              </w:rPr>
              <w:t xml:space="preserve">UČNI SKLOP: </w:t>
            </w:r>
            <w:r>
              <w:rPr>
                <w:color w:val="000000"/>
                <w:sz w:val="16"/>
              </w:rPr>
              <w:t>ZIMA, SNOVI IN POJAVI</w:t>
            </w:r>
          </w:p>
        </w:tc>
      </w:tr>
      <w:tr w:rsidR="005B3871" w14:paraId="32303849" w14:textId="77777777">
        <w:trPr>
          <w:cantSplit/>
          <w:jc w:val="center"/>
        </w:trPr>
        <w:tc>
          <w:tcPr>
            <w:tcW w:w="14060" w:type="dxa"/>
            <w:gridSpan w:val="6"/>
            <w:tcMar>
              <w:top w:w="70" w:type="dxa"/>
              <w:left w:w="90" w:type="dxa"/>
              <w:bottom w:w="70" w:type="dxa"/>
              <w:right w:w="90" w:type="dxa"/>
            </w:tcMar>
            <w:vAlign w:val="center"/>
          </w:tcPr>
          <w:p w14:paraId="17CA3DAC" w14:textId="77777777" w:rsidR="005B3871" w:rsidRDefault="005B3871"/>
          <w:p w14:paraId="44ACBF35" w14:textId="77777777" w:rsidR="005B3871" w:rsidRDefault="00000000">
            <w:pPr>
              <w:spacing w:line="245" w:lineRule="auto"/>
            </w:pPr>
            <w:r>
              <w:rPr>
                <w:b/>
                <w:color w:val="000000"/>
                <w:sz w:val="16"/>
              </w:rPr>
              <w:t xml:space="preserve">UČNA TEMA: </w:t>
            </w:r>
            <w:r>
              <w:rPr>
                <w:color w:val="000000"/>
                <w:sz w:val="16"/>
              </w:rPr>
              <w:t>RAČUNANJE DO 10</w:t>
            </w:r>
          </w:p>
        </w:tc>
      </w:tr>
      <w:tr w:rsidR="005B3871" w14:paraId="53737DB8" w14:textId="77777777">
        <w:trPr>
          <w:cantSplit/>
          <w:jc w:val="center"/>
        </w:trPr>
        <w:tc>
          <w:tcPr>
            <w:tcW w:w="14060" w:type="dxa"/>
            <w:gridSpan w:val="6"/>
            <w:tcMar>
              <w:top w:w="70" w:type="dxa"/>
              <w:left w:w="90" w:type="dxa"/>
              <w:bottom w:w="70" w:type="dxa"/>
              <w:right w:w="90" w:type="dxa"/>
            </w:tcMar>
            <w:vAlign w:val="center"/>
          </w:tcPr>
          <w:p w14:paraId="7EEC0ECC" w14:textId="77777777" w:rsidR="005B3871" w:rsidRDefault="005B3871"/>
          <w:p w14:paraId="4100B6D9" w14:textId="77777777" w:rsidR="005B3871" w:rsidRDefault="00000000">
            <w:pPr>
              <w:spacing w:line="245" w:lineRule="auto"/>
            </w:pPr>
            <w:r>
              <w:rPr>
                <w:b/>
                <w:color w:val="000000"/>
                <w:sz w:val="16"/>
              </w:rPr>
              <w:t xml:space="preserve">KNJIŽEVNO IZHODIŠČE IN MOTIV: </w:t>
            </w:r>
            <w:r>
              <w:rPr>
                <w:color w:val="000000"/>
                <w:sz w:val="16"/>
              </w:rPr>
              <w:t>»Janko in Metka« – brata Grimm • zima, gozd, varnost in pravljični prostor</w:t>
            </w:r>
          </w:p>
        </w:tc>
      </w:tr>
      <w:tr w:rsidR="005B3871" w14:paraId="30C56DCD" w14:textId="77777777">
        <w:trPr>
          <w:cantSplit/>
          <w:jc w:val="center"/>
        </w:trPr>
        <w:tc>
          <w:tcPr>
            <w:tcW w:w="14060" w:type="dxa"/>
            <w:gridSpan w:val="6"/>
            <w:tcMar>
              <w:top w:w="70" w:type="dxa"/>
              <w:left w:w="90" w:type="dxa"/>
              <w:bottom w:w="70" w:type="dxa"/>
              <w:right w:w="90" w:type="dxa"/>
            </w:tcMar>
            <w:vAlign w:val="center"/>
          </w:tcPr>
          <w:p w14:paraId="10AAE259" w14:textId="77777777" w:rsidR="005B3871" w:rsidRDefault="005B3871"/>
          <w:p w14:paraId="06BA3665" w14:textId="77777777" w:rsidR="005B3871" w:rsidRDefault="00000000">
            <w:pPr>
              <w:spacing w:line="245" w:lineRule="auto"/>
            </w:pPr>
            <w:r>
              <w:rPr>
                <w:b/>
                <w:color w:val="000000"/>
                <w:sz w:val="16"/>
              </w:rPr>
              <w:t xml:space="preserve">UČNE ENOTE: </w:t>
            </w:r>
            <w:r>
              <w:rPr>
                <w:color w:val="000000"/>
                <w:sz w:val="16"/>
              </w:rPr>
              <w:t>1. ura – Hišice števila 10 • 2. ura – Živi pari • 3. ura – Računski vrtiljak • 4. ura – Primerjamo strategije</w:t>
            </w:r>
          </w:p>
        </w:tc>
      </w:tr>
      <w:tr w:rsidR="005B3871" w14:paraId="37E47735" w14:textId="77777777">
        <w:trPr>
          <w:cantSplit/>
          <w:jc w:val="center"/>
        </w:trPr>
        <w:tc>
          <w:tcPr>
            <w:tcW w:w="14060" w:type="dxa"/>
            <w:gridSpan w:val="6"/>
            <w:tcMar>
              <w:top w:w="70" w:type="dxa"/>
              <w:left w:w="90" w:type="dxa"/>
              <w:bottom w:w="70" w:type="dxa"/>
              <w:right w:w="90" w:type="dxa"/>
            </w:tcMar>
            <w:vAlign w:val="center"/>
          </w:tcPr>
          <w:p w14:paraId="2112124A" w14:textId="77777777" w:rsidR="005B3871" w:rsidRDefault="005B3871"/>
          <w:p w14:paraId="4D5458EE"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1DF18351" w14:textId="77777777">
        <w:trPr>
          <w:cantSplit/>
          <w:jc w:val="center"/>
        </w:trPr>
        <w:tc>
          <w:tcPr>
            <w:tcW w:w="14060" w:type="dxa"/>
            <w:gridSpan w:val="6"/>
            <w:tcMar>
              <w:top w:w="70" w:type="dxa"/>
              <w:left w:w="90" w:type="dxa"/>
              <w:bottom w:w="70" w:type="dxa"/>
              <w:right w:w="90" w:type="dxa"/>
            </w:tcMar>
            <w:vAlign w:val="center"/>
          </w:tcPr>
          <w:p w14:paraId="52BDF070" w14:textId="77777777" w:rsidR="005B3871" w:rsidRDefault="005B3871"/>
          <w:p w14:paraId="5BBDDDC4"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049FB144" w14:textId="77777777">
        <w:trPr>
          <w:cantSplit/>
          <w:jc w:val="center"/>
        </w:trPr>
        <w:tc>
          <w:tcPr>
            <w:tcW w:w="14060" w:type="dxa"/>
            <w:gridSpan w:val="6"/>
            <w:tcMar>
              <w:top w:w="70" w:type="dxa"/>
              <w:left w:w="90" w:type="dxa"/>
              <w:bottom w:w="70" w:type="dxa"/>
              <w:right w:w="90" w:type="dxa"/>
            </w:tcMar>
            <w:vAlign w:val="center"/>
          </w:tcPr>
          <w:p w14:paraId="55478F78" w14:textId="77777777" w:rsidR="005B3871" w:rsidRDefault="005B3871"/>
          <w:p w14:paraId="3557CEA7"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52296E05" w14:textId="77777777">
        <w:trPr>
          <w:cantSplit/>
          <w:jc w:val="center"/>
        </w:trPr>
        <w:tc>
          <w:tcPr>
            <w:tcW w:w="14060" w:type="dxa"/>
            <w:gridSpan w:val="6"/>
            <w:tcMar>
              <w:top w:w="70" w:type="dxa"/>
              <w:left w:w="90" w:type="dxa"/>
              <w:bottom w:w="70" w:type="dxa"/>
              <w:right w:w="90" w:type="dxa"/>
            </w:tcMar>
            <w:vAlign w:val="center"/>
          </w:tcPr>
          <w:p w14:paraId="7D6033F3" w14:textId="77777777" w:rsidR="005B3871" w:rsidRDefault="005B3871"/>
          <w:p w14:paraId="6EB5DE98" w14:textId="77777777" w:rsidR="005B3871" w:rsidRDefault="00000000">
            <w:pPr>
              <w:spacing w:line="245" w:lineRule="auto"/>
            </w:pPr>
            <w:r>
              <w:rPr>
                <w:b/>
                <w:color w:val="000000"/>
                <w:sz w:val="16"/>
              </w:rPr>
              <w:t xml:space="preserve">MEDPREDMETNE POVEZAVE: </w:t>
            </w:r>
            <w:r>
              <w:rPr>
                <w:color w:val="000000"/>
                <w:sz w:val="16"/>
              </w:rPr>
              <w:t>SLJ – primerjava razlag; SPO – pot in varnost; ŠPO – živi pari; LUM – hišice števil</w:t>
            </w:r>
          </w:p>
        </w:tc>
      </w:tr>
      <w:tr w:rsidR="005B3871" w14:paraId="1725AA3A" w14:textId="77777777">
        <w:trPr>
          <w:cantSplit/>
          <w:jc w:val="center"/>
        </w:trPr>
        <w:tc>
          <w:tcPr>
            <w:tcW w:w="14060" w:type="dxa"/>
            <w:gridSpan w:val="6"/>
            <w:tcMar>
              <w:top w:w="70" w:type="dxa"/>
              <w:left w:w="90" w:type="dxa"/>
              <w:bottom w:w="70" w:type="dxa"/>
              <w:right w:w="90" w:type="dxa"/>
            </w:tcMar>
            <w:vAlign w:val="center"/>
          </w:tcPr>
          <w:p w14:paraId="1A6E98F3" w14:textId="77777777" w:rsidR="005B3871" w:rsidRDefault="005B3871"/>
          <w:p w14:paraId="1FEE61AB" w14:textId="77777777" w:rsidR="005B3871" w:rsidRDefault="00000000">
            <w:pPr>
              <w:spacing w:line="245" w:lineRule="auto"/>
            </w:pPr>
            <w:r>
              <w:rPr>
                <w:b/>
                <w:color w:val="000000"/>
                <w:sz w:val="16"/>
              </w:rPr>
              <w:t xml:space="preserve">UČNA SREDSTVA IN PRIPOMOČKI: </w:t>
            </w:r>
            <w:r>
              <w:rPr>
                <w:color w:val="000000"/>
                <w:sz w:val="16"/>
              </w:rPr>
              <w:t>desetiški okvirji, števci, hišice števil, kartice 0–10, talna os, računske postaje, mini table</w:t>
            </w:r>
          </w:p>
        </w:tc>
      </w:tr>
      <w:tr w:rsidR="005B3871" w14:paraId="64EEBBEF" w14:textId="77777777">
        <w:trPr>
          <w:cantSplit/>
          <w:jc w:val="center"/>
        </w:trPr>
        <w:tc>
          <w:tcPr>
            <w:tcW w:w="14060" w:type="dxa"/>
            <w:gridSpan w:val="6"/>
            <w:tcMar>
              <w:top w:w="70" w:type="dxa"/>
              <w:left w:w="90" w:type="dxa"/>
              <w:bottom w:w="70" w:type="dxa"/>
              <w:right w:w="90" w:type="dxa"/>
            </w:tcMar>
            <w:vAlign w:val="center"/>
          </w:tcPr>
          <w:p w14:paraId="1B002307" w14:textId="77777777" w:rsidR="005B3871" w:rsidRDefault="005B3871"/>
          <w:p w14:paraId="6F4C809B"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49BCFFCB" w14:textId="77777777">
        <w:trPr>
          <w:cantSplit/>
          <w:jc w:val="center"/>
        </w:trPr>
        <w:tc>
          <w:tcPr>
            <w:tcW w:w="14060" w:type="dxa"/>
            <w:gridSpan w:val="6"/>
            <w:tcMar>
              <w:top w:w="70" w:type="dxa"/>
              <w:left w:w="90" w:type="dxa"/>
              <w:bottom w:w="70" w:type="dxa"/>
              <w:right w:w="90" w:type="dxa"/>
            </w:tcMar>
            <w:vAlign w:val="center"/>
          </w:tcPr>
          <w:p w14:paraId="35ACA2F5" w14:textId="77777777" w:rsidR="005B3871" w:rsidRDefault="005B3871"/>
          <w:p w14:paraId="3AF45065"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7C1377DC" w14:textId="77777777">
        <w:trPr>
          <w:cantSplit/>
          <w:jc w:val="center"/>
        </w:trPr>
        <w:tc>
          <w:tcPr>
            <w:tcW w:w="14060" w:type="dxa"/>
            <w:gridSpan w:val="6"/>
            <w:tcMar>
              <w:top w:w="70" w:type="dxa"/>
              <w:left w:w="90" w:type="dxa"/>
              <w:bottom w:w="70" w:type="dxa"/>
              <w:right w:w="90" w:type="dxa"/>
            </w:tcMar>
            <w:vAlign w:val="center"/>
          </w:tcPr>
          <w:p w14:paraId="72ADE510" w14:textId="77777777" w:rsidR="005B3871" w:rsidRDefault="005B3871"/>
          <w:p w14:paraId="14397A3F"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11EA1CE0"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41502C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D626AD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3AA3737" w14:textId="77777777" w:rsidR="005B3871" w:rsidRDefault="00000000">
            <w:pPr>
              <w:jc w:val="center"/>
            </w:pPr>
            <w:r>
              <w:rPr>
                <w:b/>
                <w:color w:val="000000"/>
                <w:sz w:val="20"/>
              </w:rPr>
              <w:t>UČNE DEJAVNOSTI, METODE IN FORMATIVNO SPREMLJANJE</w:t>
            </w:r>
          </w:p>
        </w:tc>
      </w:tr>
      <w:tr w:rsidR="005B3871" w14:paraId="28E7212E" w14:textId="77777777">
        <w:trPr>
          <w:tblHeader/>
          <w:jc w:val="center"/>
        </w:trPr>
        <w:tc>
          <w:tcPr>
            <w:tcW w:w="4422" w:type="dxa"/>
            <w:vMerge/>
            <w:tcMar>
              <w:top w:w="70" w:type="dxa"/>
              <w:left w:w="90" w:type="dxa"/>
              <w:bottom w:w="70" w:type="dxa"/>
              <w:right w:w="90" w:type="dxa"/>
            </w:tcMar>
            <w:vAlign w:val="center"/>
          </w:tcPr>
          <w:p w14:paraId="4518AFA3" w14:textId="77777777" w:rsidR="005B3871" w:rsidRDefault="005B3871"/>
        </w:tc>
        <w:tc>
          <w:tcPr>
            <w:tcW w:w="7087" w:type="dxa"/>
            <w:shd w:val="clear" w:color="auto" w:fill="FFFFFF"/>
            <w:tcMar>
              <w:top w:w="70" w:type="dxa"/>
              <w:left w:w="90" w:type="dxa"/>
              <w:bottom w:w="70" w:type="dxa"/>
              <w:right w:w="90" w:type="dxa"/>
            </w:tcMar>
            <w:vAlign w:val="center"/>
          </w:tcPr>
          <w:p w14:paraId="5F16D92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A959E50" w14:textId="77777777" w:rsidR="005B3871" w:rsidRDefault="00000000">
            <w:pPr>
              <w:jc w:val="center"/>
            </w:pPr>
            <w:r>
              <w:rPr>
                <w:b/>
                <w:color w:val="000000"/>
              </w:rPr>
              <w:t>UČENEC</w:t>
            </w:r>
          </w:p>
        </w:tc>
      </w:tr>
      <w:tr w:rsidR="005B3871" w14:paraId="28EABCEA" w14:textId="77777777">
        <w:trPr>
          <w:jc w:val="center"/>
        </w:trPr>
        <w:tc>
          <w:tcPr>
            <w:tcW w:w="4422" w:type="dxa"/>
            <w:tcMar>
              <w:top w:w="70" w:type="dxa"/>
              <w:left w:w="90" w:type="dxa"/>
              <w:bottom w:w="70" w:type="dxa"/>
              <w:right w:w="90" w:type="dxa"/>
            </w:tcMar>
          </w:tcPr>
          <w:p w14:paraId="45F0AB71" w14:textId="77777777" w:rsidR="005B3871" w:rsidRDefault="005B3871"/>
          <w:p w14:paraId="3CEDDDB3" w14:textId="77777777" w:rsidR="005B3871" w:rsidRDefault="00000000">
            <w:pPr>
              <w:spacing w:after="60" w:line="245" w:lineRule="auto"/>
            </w:pPr>
            <w:r>
              <w:rPr>
                <w:b/>
                <w:color w:val="000000"/>
              </w:rPr>
              <w:t>UČNI CILJI</w:t>
            </w:r>
          </w:p>
          <w:p w14:paraId="0C5EF917" w14:textId="77777777" w:rsidR="005B3871" w:rsidRDefault="00000000">
            <w:pPr>
              <w:spacing w:after="20" w:line="245" w:lineRule="auto"/>
            </w:pPr>
            <w:r>
              <w:rPr>
                <w:b/>
                <w:color w:val="000000"/>
                <w:sz w:val="17"/>
              </w:rPr>
              <w:t>SPLOŠNI</w:t>
            </w:r>
          </w:p>
          <w:p w14:paraId="3286B1C3" w14:textId="77777777" w:rsidR="005B3871" w:rsidRDefault="00000000">
            <w:pPr>
              <w:pStyle w:val="Oznaenseznam"/>
              <w:spacing w:after="16"/>
            </w:pPr>
            <w:r>
              <w:rPr>
                <w:color w:val="000000"/>
                <w:sz w:val="16"/>
              </w:rPr>
              <w:t>razvija številske, prostorske in količinske predstave s konkretnimi izkušnjami</w:t>
            </w:r>
          </w:p>
          <w:p w14:paraId="745E4779" w14:textId="77777777" w:rsidR="005B3871" w:rsidRDefault="00000000">
            <w:pPr>
              <w:pStyle w:val="Oznaenseznam"/>
              <w:spacing w:after="16"/>
            </w:pPr>
            <w:r>
              <w:rPr>
                <w:color w:val="000000"/>
                <w:sz w:val="16"/>
              </w:rPr>
              <w:t>rešuje matematične probleme s predmetom, gibanjem, risbo, modelom in simbolom</w:t>
            </w:r>
          </w:p>
          <w:p w14:paraId="5FE8F1A7" w14:textId="77777777" w:rsidR="005B3871" w:rsidRDefault="00000000">
            <w:pPr>
              <w:pStyle w:val="Oznaenseznam"/>
              <w:spacing w:after="16"/>
            </w:pPr>
            <w:r>
              <w:rPr>
                <w:color w:val="000000"/>
                <w:sz w:val="16"/>
              </w:rPr>
              <w:t>pojasnjuje izbrano strategijo, preverja smiselnost rešitve in posluša rešitve drugih</w:t>
            </w:r>
          </w:p>
          <w:p w14:paraId="068B87E3" w14:textId="77777777" w:rsidR="005B3871" w:rsidRDefault="00000000">
            <w:pPr>
              <w:pStyle w:val="Oznaenseznam"/>
              <w:spacing w:after="16"/>
            </w:pPr>
            <w:r>
              <w:rPr>
                <w:color w:val="000000"/>
                <w:sz w:val="16"/>
              </w:rPr>
              <w:t>ob namenih in kriterijih spremlja svoje učenje ter uporabi opisno povratno informacijo</w:t>
            </w:r>
          </w:p>
          <w:p w14:paraId="31E8B860" w14:textId="77777777" w:rsidR="005B3871" w:rsidRDefault="00000000">
            <w:pPr>
              <w:spacing w:before="40" w:after="20" w:line="245" w:lineRule="auto"/>
            </w:pPr>
            <w:r>
              <w:rPr>
                <w:b/>
                <w:color w:val="000000"/>
                <w:sz w:val="17"/>
              </w:rPr>
              <w:t>OPERATIVNI</w:t>
            </w:r>
          </w:p>
          <w:p w14:paraId="47F61B75" w14:textId="77777777" w:rsidR="005B3871" w:rsidRDefault="00000000">
            <w:pPr>
              <w:pStyle w:val="Oznaenseznam"/>
              <w:spacing w:after="16"/>
            </w:pPr>
            <w:r>
              <w:rPr>
                <w:color w:val="000000"/>
                <w:sz w:val="16"/>
              </w:rPr>
              <w:t>utrjuje pare števil z enako vsoto</w:t>
            </w:r>
          </w:p>
          <w:p w14:paraId="47883683" w14:textId="77777777" w:rsidR="005B3871" w:rsidRDefault="00000000">
            <w:pPr>
              <w:pStyle w:val="Oznaenseznam"/>
              <w:spacing w:after="16"/>
            </w:pPr>
            <w:r>
              <w:rPr>
                <w:color w:val="000000"/>
                <w:sz w:val="16"/>
              </w:rPr>
              <w:t>išče kombinacije za vsoto 10</w:t>
            </w:r>
          </w:p>
          <w:p w14:paraId="4FA025B7" w14:textId="77777777" w:rsidR="005B3871" w:rsidRDefault="00000000">
            <w:pPr>
              <w:pStyle w:val="Oznaenseznam"/>
              <w:spacing w:after="16"/>
            </w:pPr>
            <w:r>
              <w:rPr>
                <w:color w:val="000000"/>
                <w:sz w:val="16"/>
              </w:rPr>
              <w:t>preverja rezultat</w:t>
            </w:r>
          </w:p>
          <w:p w14:paraId="4DD3CD6C" w14:textId="77777777" w:rsidR="005B3871" w:rsidRDefault="00000000">
            <w:pPr>
              <w:spacing w:before="40" w:after="20" w:line="245" w:lineRule="auto"/>
            </w:pPr>
            <w:r>
              <w:rPr>
                <w:b/>
                <w:color w:val="000000"/>
                <w:sz w:val="17"/>
              </w:rPr>
              <w:t>PRIČAKOVANI DOSEŽKI / STANDARDI</w:t>
            </w:r>
          </w:p>
          <w:p w14:paraId="517C904F" w14:textId="77777777" w:rsidR="005B3871" w:rsidRDefault="00000000">
            <w:pPr>
              <w:pStyle w:val="Oznaenseznam"/>
              <w:spacing w:after="16"/>
            </w:pPr>
            <w:r>
              <w:rPr>
                <w:color w:val="000000"/>
                <w:sz w:val="16"/>
              </w:rPr>
              <w:t>ob konkretni, slikovni ali gibalni opori utrjuje pare števil z enako vsoto</w:t>
            </w:r>
          </w:p>
          <w:p w14:paraId="32B90C01" w14:textId="77777777" w:rsidR="005B3871" w:rsidRDefault="00000000">
            <w:pPr>
              <w:pStyle w:val="Oznaenseznam"/>
              <w:spacing w:after="16"/>
            </w:pPr>
            <w:r>
              <w:rPr>
                <w:color w:val="000000"/>
                <w:sz w:val="16"/>
              </w:rPr>
              <w:t>ob konkretni, slikovni ali gibalni opori išče kombinacije za vsoto 10</w:t>
            </w:r>
          </w:p>
          <w:p w14:paraId="000E4C06" w14:textId="77777777" w:rsidR="005B3871" w:rsidRDefault="00000000">
            <w:pPr>
              <w:pStyle w:val="Oznaenseznam"/>
              <w:spacing w:after="16"/>
            </w:pPr>
            <w:r>
              <w:rPr>
                <w:color w:val="000000"/>
                <w:sz w:val="16"/>
              </w:rPr>
              <w:t>ob konkretni, slikovni ali gibalni opori preverja rezultat</w:t>
            </w:r>
          </w:p>
        </w:tc>
        <w:tc>
          <w:tcPr>
            <w:tcW w:w="7087" w:type="dxa"/>
            <w:tcMar>
              <w:top w:w="70" w:type="dxa"/>
              <w:left w:w="90" w:type="dxa"/>
              <w:bottom w:w="70" w:type="dxa"/>
              <w:right w:w="90" w:type="dxa"/>
            </w:tcMar>
          </w:tcPr>
          <w:p w14:paraId="3F87247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4F60A75" w14:textId="77777777">
              <w:trPr>
                <w:jc w:val="center"/>
              </w:trPr>
              <w:tc>
                <w:tcPr>
                  <w:tcW w:w="7087" w:type="dxa"/>
                  <w:shd w:val="clear" w:color="auto" w:fill="C6E7F3"/>
                  <w:tcMar>
                    <w:top w:w="45" w:type="dxa"/>
                    <w:left w:w="70" w:type="dxa"/>
                    <w:bottom w:w="45" w:type="dxa"/>
                    <w:right w:w="70" w:type="dxa"/>
                  </w:tcMar>
                </w:tcPr>
                <w:p w14:paraId="3E8FFD52" w14:textId="77777777" w:rsidR="005B3871" w:rsidRDefault="00000000">
                  <w:pPr>
                    <w:keepNext/>
                  </w:pPr>
                  <w:r>
                    <w:rPr>
                      <w:b/>
                      <w:color w:val="000000"/>
                    </w:rPr>
                    <w:t>UVODNI DEL – motivacija, aktivacija predznanja in namen učenja (15–20 min)</w:t>
                  </w:r>
                </w:p>
              </w:tc>
            </w:tr>
          </w:tbl>
          <w:p w14:paraId="5DFBF1E9" w14:textId="77777777" w:rsidR="005B3871" w:rsidRDefault="005B3871">
            <w:pPr>
              <w:spacing w:line="20" w:lineRule="exact"/>
            </w:pPr>
          </w:p>
          <w:p w14:paraId="257C5575" w14:textId="77777777" w:rsidR="005B3871" w:rsidRDefault="00000000">
            <w:pPr>
              <w:spacing w:before="40" w:after="60" w:line="245" w:lineRule="auto"/>
            </w:pPr>
            <w:r>
              <w:rPr>
                <w:color w:val="000000"/>
                <w:sz w:val="16"/>
              </w:rPr>
              <w:t>Janko in Metka iščeta različne poti do hišice, vendar vse vodijo do vsote 10. Učenci raziskujejo pare števil, primerjajo strategije in rezultat preverjajo na več načinov.</w:t>
            </w:r>
          </w:p>
          <w:tbl>
            <w:tblPr>
              <w:tblStyle w:val="Tabelamrea"/>
              <w:tblW w:w="0" w:type="auto"/>
              <w:jc w:val="center"/>
              <w:tblLayout w:type="fixed"/>
              <w:tblLook w:val="04A0" w:firstRow="1" w:lastRow="0" w:firstColumn="1" w:lastColumn="0" w:noHBand="0" w:noVBand="1"/>
            </w:tblPr>
            <w:tblGrid>
              <w:gridCol w:w="7087"/>
            </w:tblGrid>
            <w:tr w:rsidR="005B3871" w14:paraId="18B0FF71" w14:textId="77777777">
              <w:trPr>
                <w:jc w:val="center"/>
              </w:trPr>
              <w:tc>
                <w:tcPr>
                  <w:tcW w:w="7087" w:type="dxa"/>
                  <w:shd w:val="clear" w:color="auto" w:fill="EDC9EA"/>
                  <w:tcMar>
                    <w:top w:w="45" w:type="dxa"/>
                    <w:left w:w="70" w:type="dxa"/>
                    <w:bottom w:w="45" w:type="dxa"/>
                    <w:right w:w="70" w:type="dxa"/>
                  </w:tcMar>
                </w:tcPr>
                <w:p w14:paraId="2DE72CDE" w14:textId="77777777" w:rsidR="005B3871" w:rsidRDefault="00000000">
                  <w:pPr>
                    <w:keepNext/>
                  </w:pPr>
                  <w:r>
                    <w:rPr>
                      <w:b/>
                      <w:color w:val="000000"/>
                    </w:rPr>
                    <w:t>NAMENI UČENJA</w:t>
                  </w:r>
                </w:p>
              </w:tc>
            </w:tr>
          </w:tbl>
          <w:p w14:paraId="59444DC4" w14:textId="77777777" w:rsidR="005B3871" w:rsidRDefault="005B3871">
            <w:pPr>
              <w:spacing w:line="20" w:lineRule="exact"/>
            </w:pPr>
          </w:p>
          <w:p w14:paraId="2C684F7E"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38BE4ED8" w14:textId="77777777" w:rsidR="005B3871" w:rsidRDefault="00000000">
            <w:pPr>
              <w:pStyle w:val="Oznaenseznam"/>
              <w:spacing w:after="16"/>
            </w:pPr>
            <w:r>
              <w:rPr>
                <w:color w:val="000000"/>
                <w:sz w:val="16"/>
              </w:rPr>
              <w:t>utrjuje pare števil z enako vsoto</w:t>
            </w:r>
          </w:p>
          <w:p w14:paraId="77E3858A" w14:textId="77777777" w:rsidR="005B3871" w:rsidRDefault="00000000">
            <w:pPr>
              <w:pStyle w:val="Oznaenseznam"/>
              <w:spacing w:after="16"/>
            </w:pPr>
            <w:r>
              <w:rPr>
                <w:color w:val="000000"/>
                <w:sz w:val="16"/>
              </w:rPr>
              <w:t>iščem kombinacije za vsoto 10</w:t>
            </w:r>
          </w:p>
          <w:p w14:paraId="6E86ED80" w14:textId="77777777" w:rsidR="005B3871" w:rsidRDefault="00000000">
            <w:pPr>
              <w:pStyle w:val="Oznaenseznam"/>
              <w:spacing w:after="16"/>
            </w:pPr>
            <w:r>
              <w:rPr>
                <w:color w:val="000000"/>
                <w:sz w:val="16"/>
              </w:rPr>
              <w:t>preverjam rezultat</w:t>
            </w:r>
          </w:p>
          <w:tbl>
            <w:tblPr>
              <w:tblStyle w:val="Tabelamrea"/>
              <w:tblW w:w="0" w:type="auto"/>
              <w:jc w:val="center"/>
              <w:tblLayout w:type="fixed"/>
              <w:tblLook w:val="04A0" w:firstRow="1" w:lastRow="0" w:firstColumn="1" w:lastColumn="0" w:noHBand="0" w:noVBand="1"/>
            </w:tblPr>
            <w:tblGrid>
              <w:gridCol w:w="7087"/>
            </w:tblGrid>
            <w:tr w:rsidR="005B3871" w14:paraId="720BF35D" w14:textId="77777777">
              <w:trPr>
                <w:jc w:val="center"/>
              </w:trPr>
              <w:tc>
                <w:tcPr>
                  <w:tcW w:w="7087" w:type="dxa"/>
                  <w:shd w:val="clear" w:color="auto" w:fill="EDC9EA"/>
                  <w:tcMar>
                    <w:top w:w="45" w:type="dxa"/>
                    <w:left w:w="70" w:type="dxa"/>
                    <w:bottom w:w="45" w:type="dxa"/>
                    <w:right w:w="70" w:type="dxa"/>
                  </w:tcMar>
                </w:tcPr>
                <w:p w14:paraId="495236C5" w14:textId="77777777" w:rsidR="005B3871" w:rsidRDefault="00000000">
                  <w:pPr>
                    <w:keepNext/>
                  </w:pPr>
                  <w:r>
                    <w:rPr>
                      <w:b/>
                      <w:color w:val="000000"/>
                    </w:rPr>
                    <w:t>PREVERJANJE PREDZNANJA</w:t>
                  </w:r>
                </w:p>
              </w:tc>
            </w:tr>
          </w:tbl>
          <w:p w14:paraId="4F8421C8" w14:textId="77777777" w:rsidR="005B3871" w:rsidRDefault="005B3871">
            <w:pPr>
              <w:spacing w:line="20" w:lineRule="exact"/>
            </w:pPr>
          </w:p>
          <w:p w14:paraId="1B10DE2F" w14:textId="77777777" w:rsidR="005B3871" w:rsidRDefault="00000000">
            <w:pPr>
              <w:pStyle w:val="Oznaenseznam"/>
              <w:spacing w:after="16"/>
            </w:pPr>
            <w:r>
              <w:rPr>
                <w:color w:val="000000"/>
                <w:sz w:val="16"/>
              </w:rPr>
              <w:t>Katere pare števil z vsoto 10 že poznam?</w:t>
            </w:r>
          </w:p>
          <w:p w14:paraId="71287375" w14:textId="77777777" w:rsidR="005B3871" w:rsidRDefault="00000000">
            <w:pPr>
              <w:pStyle w:val="Oznaenseznam"/>
              <w:spacing w:after="16"/>
            </w:pPr>
            <w:r>
              <w:rPr>
                <w:color w:val="000000"/>
                <w:sz w:val="16"/>
              </w:rPr>
              <w:t>Kako lahko račun preverim z drugim modelom?</w:t>
            </w:r>
          </w:p>
          <w:p w14:paraId="37E24D29"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27119294" w14:textId="77777777">
              <w:trPr>
                <w:jc w:val="center"/>
              </w:trPr>
              <w:tc>
                <w:tcPr>
                  <w:tcW w:w="7087" w:type="dxa"/>
                  <w:shd w:val="clear" w:color="auto" w:fill="EDC9EA"/>
                  <w:tcMar>
                    <w:top w:w="45" w:type="dxa"/>
                    <w:left w:w="70" w:type="dxa"/>
                    <w:bottom w:w="45" w:type="dxa"/>
                    <w:right w:w="70" w:type="dxa"/>
                  </w:tcMar>
                </w:tcPr>
                <w:p w14:paraId="7FB6E8E5" w14:textId="77777777" w:rsidR="005B3871" w:rsidRDefault="00000000">
                  <w:pPr>
                    <w:keepNext/>
                  </w:pPr>
                  <w:r>
                    <w:rPr>
                      <w:b/>
                      <w:color w:val="000000"/>
                    </w:rPr>
                    <w:t>KRITERIJI USPEŠNOSTI</w:t>
                  </w:r>
                </w:p>
              </w:tc>
            </w:tr>
          </w:tbl>
          <w:p w14:paraId="6830F521" w14:textId="77777777" w:rsidR="005B3871" w:rsidRDefault="005B3871"/>
          <w:p w14:paraId="3938EA20" w14:textId="77777777" w:rsidR="005B3871" w:rsidRDefault="00000000">
            <w:pPr>
              <w:spacing w:before="20" w:after="20" w:line="245" w:lineRule="auto"/>
            </w:pPr>
            <w:r>
              <w:rPr>
                <w:b/>
                <w:color w:val="000000"/>
                <w:sz w:val="16"/>
              </w:rPr>
              <w:t>Uspešen/-na bom, ko:</w:t>
            </w:r>
          </w:p>
          <w:p w14:paraId="577AA01F" w14:textId="77777777" w:rsidR="005B3871" w:rsidRDefault="00000000">
            <w:pPr>
              <w:pStyle w:val="Oznaenseznam"/>
              <w:spacing w:after="16"/>
            </w:pPr>
            <w:r>
              <w:rPr>
                <w:color w:val="000000"/>
                <w:sz w:val="16"/>
              </w:rPr>
              <w:t>utrjuje pare števil z enako vsoto</w:t>
            </w:r>
          </w:p>
          <w:p w14:paraId="165D9E94" w14:textId="77777777" w:rsidR="005B3871" w:rsidRDefault="00000000">
            <w:pPr>
              <w:pStyle w:val="Oznaenseznam"/>
              <w:spacing w:after="16"/>
            </w:pPr>
            <w:r>
              <w:rPr>
                <w:color w:val="000000"/>
                <w:sz w:val="16"/>
              </w:rPr>
              <w:t>iščem kombinacije za vsoto 10</w:t>
            </w:r>
          </w:p>
          <w:p w14:paraId="20995B06" w14:textId="77777777" w:rsidR="005B3871" w:rsidRDefault="00000000">
            <w:pPr>
              <w:pStyle w:val="Oznaenseznam"/>
              <w:spacing w:after="16"/>
            </w:pPr>
            <w:r>
              <w:rPr>
                <w:color w:val="000000"/>
                <w:sz w:val="16"/>
              </w:rPr>
              <w:t>preverjam rezultat</w:t>
            </w:r>
          </w:p>
          <w:p w14:paraId="3645C50E"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2DA575B1" w14:textId="77777777" w:rsidR="005B3871" w:rsidRDefault="005B3871"/>
          <w:p w14:paraId="3FA0C557"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15BF83BC" w14:textId="77777777" w:rsidR="005B3871" w:rsidRDefault="00000000">
            <w:pPr>
              <w:spacing w:after="80" w:line="245" w:lineRule="auto"/>
            </w:pPr>
            <w:r>
              <w:rPr>
                <w:color w:val="000000"/>
                <w:sz w:val="16"/>
              </w:rPr>
              <w:t>Pove, pokaže ali nariše, kako bi nalogo začel. Posluša tudi drugačne strategije.</w:t>
            </w:r>
          </w:p>
          <w:p w14:paraId="6F2D70B3" w14:textId="77777777" w:rsidR="005B3871" w:rsidRDefault="00000000">
            <w:pPr>
              <w:spacing w:after="100" w:line="245" w:lineRule="auto"/>
            </w:pPr>
            <w:r>
              <w:rPr>
                <w:color w:val="000000"/>
                <w:sz w:val="16"/>
              </w:rPr>
              <w:t>Sodeluje pri razumevanju namenov in kriterijev uspešnosti.</w:t>
            </w:r>
          </w:p>
          <w:p w14:paraId="3D498614" w14:textId="77777777" w:rsidR="005B3871" w:rsidRDefault="00000000">
            <w:pPr>
              <w:spacing w:after="20" w:line="245" w:lineRule="auto"/>
            </w:pPr>
            <w:r>
              <w:rPr>
                <w:b/>
                <w:color w:val="D95BC6"/>
                <w:sz w:val="17"/>
              </w:rPr>
              <w:t>DOKAZ O UČENJU</w:t>
            </w:r>
          </w:p>
          <w:p w14:paraId="48A97B44" w14:textId="77777777" w:rsidR="005B3871" w:rsidRDefault="00000000">
            <w:pPr>
              <w:spacing w:after="30" w:line="245" w:lineRule="auto"/>
            </w:pPr>
            <w:r>
              <w:rPr>
                <w:color w:val="D95BC6"/>
                <w:sz w:val="16"/>
              </w:rPr>
              <w:t>začetna strategija, razvrstitev, model, risba, gib ali ustni odgovor</w:t>
            </w:r>
          </w:p>
        </w:tc>
      </w:tr>
    </w:tbl>
    <w:p w14:paraId="505E3559"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1C291C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9317717"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9B28C71" w14:textId="77777777" w:rsidR="005B3871" w:rsidRDefault="00000000">
            <w:pPr>
              <w:jc w:val="center"/>
            </w:pPr>
            <w:r>
              <w:rPr>
                <w:b/>
                <w:color w:val="000000"/>
                <w:sz w:val="20"/>
              </w:rPr>
              <w:t>UČNE DEJAVNOSTI, METODE IN FORMATIVNO SPREMLJANJE</w:t>
            </w:r>
          </w:p>
        </w:tc>
      </w:tr>
      <w:tr w:rsidR="005B3871" w14:paraId="54DE21BE" w14:textId="77777777">
        <w:trPr>
          <w:tblHeader/>
          <w:jc w:val="center"/>
        </w:trPr>
        <w:tc>
          <w:tcPr>
            <w:tcW w:w="4422" w:type="dxa"/>
            <w:vMerge/>
            <w:tcMar>
              <w:top w:w="70" w:type="dxa"/>
              <w:left w:w="90" w:type="dxa"/>
              <w:bottom w:w="70" w:type="dxa"/>
              <w:right w:w="90" w:type="dxa"/>
            </w:tcMar>
            <w:vAlign w:val="center"/>
          </w:tcPr>
          <w:p w14:paraId="405F917A" w14:textId="77777777" w:rsidR="005B3871" w:rsidRDefault="005B3871"/>
        </w:tc>
        <w:tc>
          <w:tcPr>
            <w:tcW w:w="7087" w:type="dxa"/>
            <w:shd w:val="clear" w:color="auto" w:fill="FFFFFF"/>
            <w:tcMar>
              <w:top w:w="70" w:type="dxa"/>
              <w:left w:w="90" w:type="dxa"/>
              <w:bottom w:w="70" w:type="dxa"/>
              <w:right w:w="90" w:type="dxa"/>
            </w:tcMar>
            <w:vAlign w:val="center"/>
          </w:tcPr>
          <w:p w14:paraId="2D5CDDC6"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EB4B059" w14:textId="77777777" w:rsidR="005B3871" w:rsidRDefault="00000000">
            <w:pPr>
              <w:jc w:val="center"/>
            </w:pPr>
            <w:r>
              <w:rPr>
                <w:b/>
                <w:color w:val="000000"/>
              </w:rPr>
              <w:t>UČENEC</w:t>
            </w:r>
          </w:p>
        </w:tc>
      </w:tr>
      <w:tr w:rsidR="005B3871" w14:paraId="6923DD68" w14:textId="77777777">
        <w:trPr>
          <w:jc w:val="center"/>
        </w:trPr>
        <w:tc>
          <w:tcPr>
            <w:tcW w:w="4422" w:type="dxa"/>
            <w:tcMar>
              <w:top w:w="70" w:type="dxa"/>
              <w:left w:w="90" w:type="dxa"/>
              <w:bottom w:w="70" w:type="dxa"/>
              <w:right w:w="90" w:type="dxa"/>
            </w:tcMar>
          </w:tcPr>
          <w:p w14:paraId="68C166F0" w14:textId="77777777" w:rsidR="005B3871" w:rsidRDefault="005B3871"/>
          <w:p w14:paraId="5E96FB20" w14:textId="77777777" w:rsidR="005B3871" w:rsidRDefault="00000000">
            <w:pPr>
              <w:spacing w:after="40" w:line="245" w:lineRule="auto"/>
            </w:pPr>
            <w:r>
              <w:rPr>
                <w:b/>
                <w:color w:val="000000"/>
              </w:rPr>
              <w:t>KLJUČNI POJMI</w:t>
            </w:r>
          </w:p>
          <w:p w14:paraId="612CD0B7" w14:textId="77777777" w:rsidR="005B3871" w:rsidRDefault="00000000">
            <w:pPr>
              <w:spacing w:after="60" w:line="245" w:lineRule="auto"/>
            </w:pPr>
            <w:r>
              <w:rPr>
                <w:color w:val="000000"/>
                <w:sz w:val="16"/>
              </w:rPr>
              <w:t>pari števil, vsota 10, dopolnjevanje, seštevanje, odštevanje, strategija, preverjanje</w:t>
            </w:r>
          </w:p>
          <w:p w14:paraId="0F4FF15F" w14:textId="77777777" w:rsidR="005B3871" w:rsidRDefault="00000000">
            <w:pPr>
              <w:spacing w:after="20" w:line="245" w:lineRule="auto"/>
            </w:pPr>
            <w:r>
              <w:rPr>
                <w:b/>
                <w:color w:val="000000"/>
                <w:sz w:val="17"/>
              </w:rPr>
              <w:t>DOKAZI O UČENJU</w:t>
            </w:r>
          </w:p>
          <w:p w14:paraId="08EB8AC7" w14:textId="77777777" w:rsidR="005B3871" w:rsidRDefault="00000000">
            <w:pPr>
              <w:pStyle w:val="Oznaenseznam"/>
              <w:spacing w:after="16"/>
            </w:pPr>
            <w:r>
              <w:rPr>
                <w:color w:val="000000"/>
                <w:sz w:val="16"/>
              </w:rPr>
              <w:t>modeli in zapisi parov z vsoto 10</w:t>
            </w:r>
          </w:p>
          <w:p w14:paraId="4F37AFC9" w14:textId="77777777" w:rsidR="005B3871" w:rsidRDefault="00000000">
            <w:pPr>
              <w:pStyle w:val="Oznaenseznam"/>
              <w:spacing w:after="16"/>
            </w:pPr>
            <w:r>
              <w:rPr>
                <w:color w:val="000000"/>
                <w:sz w:val="16"/>
              </w:rPr>
              <w:t>gibalni prikaz dopolnjevanja do 10</w:t>
            </w:r>
          </w:p>
          <w:p w14:paraId="265F9467" w14:textId="77777777" w:rsidR="005B3871" w:rsidRDefault="00000000">
            <w:pPr>
              <w:pStyle w:val="Oznaenseznam"/>
              <w:spacing w:after="16"/>
            </w:pPr>
            <w:r>
              <w:rPr>
                <w:color w:val="000000"/>
                <w:sz w:val="16"/>
              </w:rPr>
              <w:t>rešeni in preverjeni računi</w:t>
            </w:r>
          </w:p>
          <w:p w14:paraId="3BCCF9DA" w14:textId="77777777" w:rsidR="005B3871" w:rsidRDefault="00000000">
            <w:pPr>
              <w:pStyle w:val="Oznaenseznam"/>
              <w:spacing w:after="16"/>
            </w:pPr>
            <w:r>
              <w:rPr>
                <w:color w:val="000000"/>
                <w:sz w:val="16"/>
              </w:rPr>
              <w:t>razlaga strategije in izboljšan dokaz</w:t>
            </w:r>
          </w:p>
          <w:p w14:paraId="4199F025" w14:textId="77777777" w:rsidR="005B3871" w:rsidRDefault="00000000">
            <w:pPr>
              <w:spacing w:before="40" w:after="20" w:line="245" w:lineRule="auto"/>
            </w:pPr>
            <w:r>
              <w:rPr>
                <w:b/>
                <w:color w:val="000000"/>
                <w:sz w:val="17"/>
              </w:rPr>
              <w:t>MEDPREDMETNA POVEZAVA</w:t>
            </w:r>
          </w:p>
          <w:p w14:paraId="499E8E03" w14:textId="77777777" w:rsidR="005B3871" w:rsidRDefault="00000000">
            <w:pPr>
              <w:spacing w:after="60" w:line="245" w:lineRule="auto"/>
            </w:pPr>
            <w:r>
              <w:rPr>
                <w:color w:val="000000"/>
                <w:sz w:val="16"/>
              </w:rPr>
              <w:t>SLJ – primerjava razlag; SPO – pot in varnost; ŠPO – živi pari; LUM – hišice števil</w:t>
            </w:r>
          </w:p>
          <w:p w14:paraId="62BAE95F" w14:textId="77777777" w:rsidR="005B3871" w:rsidRDefault="00000000">
            <w:pPr>
              <w:spacing w:after="20" w:line="245" w:lineRule="auto"/>
            </w:pPr>
            <w:r>
              <w:rPr>
                <w:b/>
                <w:color w:val="000000"/>
                <w:sz w:val="17"/>
              </w:rPr>
              <w:t>POUČEVANJE V GIBANJU</w:t>
            </w:r>
          </w:p>
          <w:p w14:paraId="3797CB03"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55540256" w14:textId="77777777" w:rsidR="005B3871" w:rsidRDefault="00000000">
            <w:pPr>
              <w:spacing w:after="20" w:line="245" w:lineRule="auto"/>
            </w:pPr>
            <w:r>
              <w:rPr>
                <w:b/>
                <w:color w:val="000000"/>
                <w:sz w:val="17"/>
              </w:rPr>
              <w:t>DELO PO POSTAJAH</w:t>
            </w:r>
          </w:p>
          <w:p w14:paraId="12EA8BB1" w14:textId="77777777" w:rsidR="005B3871" w:rsidRDefault="00000000">
            <w:pPr>
              <w:spacing w:after="60" w:line="245" w:lineRule="auto"/>
            </w:pPr>
            <w:r>
              <w:rPr>
                <w:color w:val="000000"/>
                <w:sz w:val="15"/>
              </w:rPr>
              <w:t>Načrtovana rotacija: konkretno-izkušenjska – Hišice števila 10; gibalna/sodelovalna – Živi pari; slikovno-simbolna – Računski vrtiljak; izziv, dokaz in povratna informacija – Primerjamo strategije. Pri pisnem ocenjevanju se postaje izvedejo v pripravi, analizi in ponovnem učenju.</w:t>
            </w:r>
          </w:p>
          <w:p w14:paraId="4AFDAEBC" w14:textId="77777777" w:rsidR="005B3871" w:rsidRDefault="00000000">
            <w:pPr>
              <w:spacing w:after="20" w:line="245" w:lineRule="auto"/>
            </w:pPr>
            <w:r>
              <w:rPr>
                <w:b/>
                <w:color w:val="000000"/>
                <w:sz w:val="17"/>
              </w:rPr>
              <w:t>DIFERENCIACIJA IN VKLJUČEVANJE</w:t>
            </w:r>
          </w:p>
          <w:p w14:paraId="01254D4C"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0F131EC6" w14:textId="77777777" w:rsidR="005B3871" w:rsidRDefault="00000000">
            <w:pPr>
              <w:spacing w:after="20" w:line="245" w:lineRule="auto"/>
            </w:pPr>
            <w:r>
              <w:rPr>
                <w:b/>
                <w:color w:val="000000"/>
                <w:sz w:val="17"/>
              </w:rPr>
              <w:t>SPREMLJANJE</w:t>
            </w:r>
          </w:p>
          <w:p w14:paraId="6B905451"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1AFF8A3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A7EFD01" w14:textId="77777777">
              <w:trPr>
                <w:jc w:val="center"/>
              </w:trPr>
              <w:tc>
                <w:tcPr>
                  <w:tcW w:w="7087" w:type="dxa"/>
                  <w:shd w:val="clear" w:color="auto" w:fill="C6E7F3"/>
                  <w:tcMar>
                    <w:top w:w="45" w:type="dxa"/>
                    <w:left w:w="70" w:type="dxa"/>
                    <w:bottom w:w="45" w:type="dxa"/>
                    <w:right w:w="70" w:type="dxa"/>
                  </w:tcMar>
                </w:tcPr>
                <w:p w14:paraId="58666008" w14:textId="77777777" w:rsidR="005B3871" w:rsidRDefault="00000000">
                  <w:pPr>
                    <w:keepNext/>
                  </w:pPr>
                  <w:r>
                    <w:rPr>
                      <w:b/>
                      <w:color w:val="000000"/>
                    </w:rPr>
                    <w:t>GLAVNI DEL – IZKUŠENJSKO IN PROBLEMSKO UČENJE (4 šolske ure)</w:t>
                  </w:r>
                </w:p>
              </w:tc>
            </w:tr>
          </w:tbl>
          <w:p w14:paraId="24BCF0FF" w14:textId="77777777" w:rsidR="005B3871" w:rsidRDefault="005B3871">
            <w:pPr>
              <w:spacing w:line="20" w:lineRule="exact"/>
            </w:pPr>
          </w:p>
          <w:p w14:paraId="7F76341C" w14:textId="77777777" w:rsidR="005B3871" w:rsidRDefault="00000000">
            <w:pPr>
              <w:keepNext/>
              <w:spacing w:before="40" w:after="10" w:line="245" w:lineRule="auto"/>
            </w:pPr>
            <w:r>
              <w:rPr>
                <w:b/>
                <w:color w:val="000000"/>
                <w:sz w:val="17"/>
              </w:rPr>
              <w:t>1. URA – Hišice števila 10</w:t>
            </w:r>
          </w:p>
          <w:p w14:paraId="74BA0F54" w14:textId="77777777" w:rsidR="005B3871" w:rsidRDefault="00000000">
            <w:pPr>
              <w:spacing w:after="14" w:line="245" w:lineRule="auto"/>
            </w:pPr>
            <w:r>
              <w:rPr>
                <w:b/>
                <w:color w:val="000000"/>
                <w:sz w:val="16"/>
              </w:rPr>
              <w:t xml:space="preserve">Dejavnost učiteljice: </w:t>
            </w:r>
            <w:r>
              <w:rPr>
                <w:color w:val="000000"/>
                <w:sz w:val="16"/>
              </w:rPr>
              <w:t>Pripravi desetiške okvirje in kartice manjkajočega dela.</w:t>
            </w:r>
          </w:p>
          <w:p w14:paraId="20EAFEC8" w14:textId="77777777" w:rsidR="005B3871" w:rsidRDefault="00000000">
            <w:pPr>
              <w:spacing w:after="14" w:line="245" w:lineRule="auto"/>
            </w:pPr>
            <w:r>
              <w:rPr>
                <w:b/>
                <w:color w:val="000000"/>
                <w:sz w:val="16"/>
              </w:rPr>
              <w:t xml:space="preserve">Dejavnost učencev: </w:t>
            </w:r>
            <w:r>
              <w:rPr>
                <w:color w:val="000000"/>
                <w:sz w:val="16"/>
              </w:rPr>
              <w:t>S števci poiščejo pare do 10 ter jih zapišejo v hišico števila.</w:t>
            </w:r>
          </w:p>
          <w:p w14:paraId="723CFC78" w14:textId="77777777" w:rsidR="005B3871" w:rsidRDefault="00000000">
            <w:pPr>
              <w:spacing w:after="24" w:line="245" w:lineRule="auto"/>
            </w:pPr>
            <w:r>
              <w:rPr>
                <w:i/>
                <w:color w:val="D95BC6"/>
                <w:sz w:val="16"/>
              </w:rPr>
              <w:t>Predvideni dokaz: modeli in zapisi parov z vsoto 10.</w:t>
            </w:r>
          </w:p>
          <w:p w14:paraId="28AE822E" w14:textId="77777777" w:rsidR="005B3871" w:rsidRDefault="00000000">
            <w:pPr>
              <w:keepNext/>
              <w:spacing w:before="40" w:after="10" w:line="245" w:lineRule="auto"/>
            </w:pPr>
            <w:r>
              <w:rPr>
                <w:b/>
                <w:color w:val="000000"/>
                <w:sz w:val="17"/>
              </w:rPr>
              <w:t>2. URA – Živi pari</w:t>
            </w:r>
          </w:p>
          <w:p w14:paraId="49C4D87B" w14:textId="77777777" w:rsidR="005B3871" w:rsidRDefault="00000000">
            <w:pPr>
              <w:spacing w:after="14" w:line="245" w:lineRule="auto"/>
            </w:pPr>
            <w:r>
              <w:rPr>
                <w:b/>
                <w:color w:val="000000"/>
                <w:sz w:val="16"/>
              </w:rPr>
              <w:t xml:space="preserve">Dejavnost učiteljice: </w:t>
            </w:r>
            <w:r>
              <w:rPr>
                <w:color w:val="000000"/>
                <w:sz w:val="16"/>
              </w:rPr>
              <w:t>Vsakemu dodeli število ter učence usmeri k iskanju dopolnila do 10.</w:t>
            </w:r>
          </w:p>
          <w:p w14:paraId="1FB1C240" w14:textId="77777777" w:rsidR="005B3871" w:rsidRDefault="00000000">
            <w:pPr>
              <w:spacing w:after="14" w:line="245" w:lineRule="auto"/>
            </w:pPr>
            <w:r>
              <w:rPr>
                <w:b/>
                <w:color w:val="000000"/>
                <w:sz w:val="16"/>
              </w:rPr>
              <w:t xml:space="preserve">Dejavnost učencev: </w:t>
            </w:r>
            <w:r>
              <w:rPr>
                <w:color w:val="000000"/>
                <w:sz w:val="16"/>
              </w:rPr>
              <w:t>Poiščejo svoj par, skupaj pokažejo deset in zamenjajo vlogi.</w:t>
            </w:r>
          </w:p>
          <w:p w14:paraId="0175C362" w14:textId="77777777" w:rsidR="005B3871" w:rsidRDefault="00000000">
            <w:pPr>
              <w:spacing w:after="24" w:line="245" w:lineRule="auto"/>
            </w:pPr>
            <w:r>
              <w:rPr>
                <w:i/>
                <w:color w:val="D95BC6"/>
                <w:sz w:val="16"/>
              </w:rPr>
              <w:t>Predvideni dokaz: gibalni prikaz dopolnjevanja do 10.</w:t>
            </w:r>
          </w:p>
          <w:p w14:paraId="1DD52793" w14:textId="77777777" w:rsidR="005B3871" w:rsidRDefault="00000000">
            <w:pPr>
              <w:keepNext/>
              <w:spacing w:before="40" w:after="10" w:line="245" w:lineRule="auto"/>
            </w:pPr>
            <w:r>
              <w:rPr>
                <w:b/>
                <w:color w:val="000000"/>
                <w:sz w:val="17"/>
              </w:rPr>
              <w:t>3. URA – Računski vrtiljak</w:t>
            </w:r>
          </w:p>
          <w:p w14:paraId="155BE2E3" w14:textId="77777777" w:rsidR="005B3871" w:rsidRDefault="00000000">
            <w:pPr>
              <w:spacing w:after="14" w:line="245" w:lineRule="auto"/>
            </w:pPr>
            <w:r>
              <w:rPr>
                <w:b/>
                <w:color w:val="000000"/>
                <w:sz w:val="16"/>
              </w:rPr>
              <w:t xml:space="preserve">Dejavnost učiteljice: </w:t>
            </w:r>
            <w:r>
              <w:rPr>
                <w:color w:val="000000"/>
                <w:sz w:val="16"/>
              </w:rPr>
              <w:t>Na postajah ponudi različne modele in račune do 10.</w:t>
            </w:r>
          </w:p>
          <w:p w14:paraId="011BCB17" w14:textId="77777777" w:rsidR="005B3871" w:rsidRDefault="00000000">
            <w:pPr>
              <w:spacing w:after="14" w:line="245" w:lineRule="auto"/>
            </w:pPr>
            <w:r>
              <w:rPr>
                <w:b/>
                <w:color w:val="000000"/>
                <w:sz w:val="16"/>
              </w:rPr>
              <w:t xml:space="preserve">Dejavnost učencev: </w:t>
            </w:r>
            <w:r>
              <w:rPr>
                <w:color w:val="000000"/>
                <w:sz w:val="16"/>
              </w:rPr>
              <w:t>Izračunajo, izberejo pripomoček ter ob enem računu zapišejo način preverjanja.</w:t>
            </w:r>
          </w:p>
          <w:p w14:paraId="224AD80F" w14:textId="77777777" w:rsidR="005B3871" w:rsidRDefault="00000000">
            <w:pPr>
              <w:spacing w:after="24" w:line="245" w:lineRule="auto"/>
            </w:pPr>
            <w:r>
              <w:rPr>
                <w:i/>
                <w:color w:val="D95BC6"/>
                <w:sz w:val="16"/>
              </w:rPr>
              <w:t>Predvideni dokaz: rešeni in preverjeni računi.</w:t>
            </w:r>
          </w:p>
          <w:p w14:paraId="2C4F771A" w14:textId="77777777" w:rsidR="005B3871" w:rsidRDefault="00000000">
            <w:pPr>
              <w:keepNext/>
              <w:spacing w:before="40" w:after="10" w:line="245" w:lineRule="auto"/>
            </w:pPr>
            <w:r>
              <w:rPr>
                <w:b/>
                <w:color w:val="000000"/>
                <w:sz w:val="17"/>
              </w:rPr>
              <w:t>4. URA – Primerjamo strategije</w:t>
            </w:r>
          </w:p>
          <w:p w14:paraId="7F98FE41" w14:textId="77777777" w:rsidR="005B3871" w:rsidRDefault="00000000">
            <w:pPr>
              <w:spacing w:after="14" w:line="245" w:lineRule="auto"/>
            </w:pPr>
            <w:r>
              <w:rPr>
                <w:b/>
                <w:color w:val="000000"/>
                <w:sz w:val="16"/>
              </w:rPr>
              <w:t xml:space="preserve">Dejavnost učiteljice: </w:t>
            </w:r>
            <w:r>
              <w:rPr>
                <w:color w:val="000000"/>
                <w:sz w:val="16"/>
              </w:rPr>
              <w:t>Izpostavi dva različna pravilna postopka in vodi pogovor o razumljivosti ter učinkovitosti.</w:t>
            </w:r>
          </w:p>
          <w:p w14:paraId="2B5EED57" w14:textId="77777777" w:rsidR="005B3871" w:rsidRDefault="00000000">
            <w:pPr>
              <w:spacing w:after="14" w:line="245" w:lineRule="auto"/>
            </w:pPr>
            <w:r>
              <w:rPr>
                <w:b/>
                <w:color w:val="000000"/>
                <w:sz w:val="16"/>
              </w:rPr>
              <w:t xml:space="preserve">Dejavnost učencev: </w:t>
            </w:r>
            <w:r>
              <w:rPr>
                <w:color w:val="000000"/>
                <w:sz w:val="16"/>
              </w:rPr>
              <w:t>Razložijo izbrano strategijo, poslušajo drugo in po povratni informaciji izboljšajo zapis.</w:t>
            </w:r>
          </w:p>
          <w:p w14:paraId="73C3E178" w14:textId="77777777" w:rsidR="005B3871" w:rsidRDefault="00000000">
            <w:pPr>
              <w:spacing w:after="24" w:line="245" w:lineRule="auto"/>
            </w:pPr>
            <w:r>
              <w:rPr>
                <w:i/>
                <w:color w:val="D95BC6"/>
                <w:sz w:val="16"/>
              </w:rPr>
              <w:t>Predvideni dokaz: razlaga strategije in izboljšan dokaz.</w:t>
            </w:r>
          </w:p>
          <w:tbl>
            <w:tblPr>
              <w:tblStyle w:val="Tabelamrea"/>
              <w:tblW w:w="0" w:type="auto"/>
              <w:jc w:val="center"/>
              <w:tblLayout w:type="fixed"/>
              <w:tblLook w:val="04A0" w:firstRow="1" w:lastRow="0" w:firstColumn="1" w:lastColumn="0" w:noHBand="0" w:noVBand="1"/>
            </w:tblPr>
            <w:tblGrid>
              <w:gridCol w:w="7087"/>
            </w:tblGrid>
            <w:tr w:rsidR="005B3871" w14:paraId="6C1F03E4" w14:textId="77777777">
              <w:trPr>
                <w:jc w:val="center"/>
              </w:trPr>
              <w:tc>
                <w:tcPr>
                  <w:tcW w:w="7087" w:type="dxa"/>
                  <w:shd w:val="clear" w:color="auto" w:fill="EDC9EA"/>
                  <w:tcMar>
                    <w:top w:w="45" w:type="dxa"/>
                    <w:left w:w="70" w:type="dxa"/>
                    <w:bottom w:w="45" w:type="dxa"/>
                    <w:right w:w="70" w:type="dxa"/>
                  </w:tcMar>
                </w:tcPr>
                <w:p w14:paraId="3CADA1A5" w14:textId="77777777" w:rsidR="005B3871" w:rsidRDefault="00000000">
                  <w:pPr>
                    <w:keepNext/>
                  </w:pPr>
                  <w:r>
                    <w:rPr>
                      <w:b/>
                      <w:color w:val="000000"/>
                    </w:rPr>
                    <w:t>POVRATNA INFORMACIJA UČITELJICE MED DELOM</w:t>
                  </w:r>
                </w:p>
              </w:tc>
            </w:tr>
          </w:tbl>
          <w:p w14:paraId="7CE53092" w14:textId="77777777" w:rsidR="005B3871" w:rsidRDefault="005B3871"/>
          <w:p w14:paraId="7F853CDB"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357CAC73" w14:textId="77777777" w:rsidR="005B3871" w:rsidRDefault="005B3871"/>
          <w:p w14:paraId="0AF07A3E" w14:textId="77777777" w:rsidR="005B3871" w:rsidRDefault="00000000">
            <w:pPr>
              <w:spacing w:after="10" w:line="245" w:lineRule="auto"/>
            </w:pPr>
            <w:r>
              <w:rPr>
                <w:b/>
                <w:color w:val="000000"/>
                <w:sz w:val="16"/>
              </w:rPr>
              <w:t>1. URA</w:t>
            </w:r>
          </w:p>
          <w:p w14:paraId="468E546B" w14:textId="77777777" w:rsidR="005B3871" w:rsidRDefault="00000000">
            <w:pPr>
              <w:spacing w:after="30" w:line="245" w:lineRule="auto"/>
            </w:pPr>
            <w:r>
              <w:rPr>
                <w:color w:val="000000"/>
                <w:sz w:val="16"/>
              </w:rPr>
              <w:t>S števci poiščejo pare do 10 ter jih zapišejo v hišico števila.</w:t>
            </w:r>
          </w:p>
          <w:p w14:paraId="5D497A0A" w14:textId="77777777" w:rsidR="005B3871" w:rsidRDefault="00000000">
            <w:pPr>
              <w:spacing w:line="245" w:lineRule="auto"/>
            </w:pPr>
            <w:r>
              <w:rPr>
                <w:b/>
                <w:color w:val="D95BC6"/>
                <w:sz w:val="16"/>
              </w:rPr>
              <w:t>DOKAZ</w:t>
            </w:r>
          </w:p>
          <w:p w14:paraId="66DBC46C" w14:textId="77777777" w:rsidR="005B3871" w:rsidRDefault="00000000">
            <w:pPr>
              <w:spacing w:after="40" w:line="245" w:lineRule="auto"/>
            </w:pPr>
            <w:r>
              <w:rPr>
                <w:color w:val="D95BC6"/>
                <w:sz w:val="15"/>
              </w:rPr>
              <w:t>modeli in zapisi parov z vsoto 10</w:t>
            </w:r>
          </w:p>
          <w:p w14:paraId="180B4791" w14:textId="77777777" w:rsidR="005B3871" w:rsidRDefault="00000000">
            <w:pPr>
              <w:spacing w:after="10" w:line="245" w:lineRule="auto"/>
            </w:pPr>
            <w:r>
              <w:rPr>
                <w:b/>
                <w:color w:val="000000"/>
                <w:sz w:val="16"/>
              </w:rPr>
              <w:t>2. URA</w:t>
            </w:r>
          </w:p>
          <w:p w14:paraId="03C54179" w14:textId="77777777" w:rsidR="005B3871" w:rsidRDefault="00000000">
            <w:pPr>
              <w:spacing w:after="30" w:line="245" w:lineRule="auto"/>
            </w:pPr>
            <w:r>
              <w:rPr>
                <w:color w:val="000000"/>
                <w:sz w:val="16"/>
              </w:rPr>
              <w:t>Poiščejo svoj par, skupaj pokažejo deset in zamenjajo vlogi.</w:t>
            </w:r>
          </w:p>
          <w:p w14:paraId="416D707C" w14:textId="77777777" w:rsidR="005B3871" w:rsidRDefault="00000000">
            <w:pPr>
              <w:spacing w:line="245" w:lineRule="auto"/>
            </w:pPr>
            <w:r>
              <w:rPr>
                <w:b/>
                <w:color w:val="D95BC6"/>
                <w:sz w:val="16"/>
              </w:rPr>
              <w:t>DOKAZ</w:t>
            </w:r>
          </w:p>
          <w:p w14:paraId="1E81215C" w14:textId="77777777" w:rsidR="005B3871" w:rsidRDefault="00000000">
            <w:pPr>
              <w:spacing w:after="40" w:line="245" w:lineRule="auto"/>
            </w:pPr>
            <w:r>
              <w:rPr>
                <w:color w:val="D95BC6"/>
                <w:sz w:val="15"/>
              </w:rPr>
              <w:t>gibalni prikaz dopolnjevanja do 10</w:t>
            </w:r>
          </w:p>
          <w:p w14:paraId="5AE997DE" w14:textId="77777777" w:rsidR="005B3871" w:rsidRDefault="00000000">
            <w:pPr>
              <w:spacing w:after="10" w:line="245" w:lineRule="auto"/>
            </w:pPr>
            <w:r>
              <w:rPr>
                <w:b/>
                <w:color w:val="000000"/>
                <w:sz w:val="16"/>
              </w:rPr>
              <w:t>3. URA</w:t>
            </w:r>
          </w:p>
          <w:p w14:paraId="4E740A7F" w14:textId="77777777" w:rsidR="005B3871" w:rsidRDefault="00000000">
            <w:pPr>
              <w:spacing w:after="30" w:line="245" w:lineRule="auto"/>
            </w:pPr>
            <w:r>
              <w:rPr>
                <w:color w:val="000000"/>
                <w:sz w:val="16"/>
              </w:rPr>
              <w:t>Izračunajo, izberejo pripomoček ter ob enem računu zapišejo način preverjanja.</w:t>
            </w:r>
          </w:p>
          <w:p w14:paraId="54C384B9" w14:textId="77777777" w:rsidR="005B3871" w:rsidRDefault="00000000">
            <w:pPr>
              <w:spacing w:line="245" w:lineRule="auto"/>
            </w:pPr>
            <w:r>
              <w:rPr>
                <w:b/>
                <w:color w:val="D95BC6"/>
                <w:sz w:val="16"/>
              </w:rPr>
              <w:t>DOKAZ</w:t>
            </w:r>
          </w:p>
          <w:p w14:paraId="6BC79E32" w14:textId="77777777" w:rsidR="005B3871" w:rsidRDefault="00000000">
            <w:pPr>
              <w:spacing w:after="40" w:line="245" w:lineRule="auto"/>
            </w:pPr>
            <w:r>
              <w:rPr>
                <w:color w:val="D95BC6"/>
                <w:sz w:val="15"/>
              </w:rPr>
              <w:t>rešeni in preverjeni računi</w:t>
            </w:r>
          </w:p>
          <w:p w14:paraId="640CE111" w14:textId="77777777" w:rsidR="005B3871" w:rsidRDefault="00000000">
            <w:pPr>
              <w:spacing w:after="10" w:line="245" w:lineRule="auto"/>
            </w:pPr>
            <w:r>
              <w:rPr>
                <w:b/>
                <w:color w:val="000000"/>
                <w:sz w:val="16"/>
              </w:rPr>
              <w:t>4. URA</w:t>
            </w:r>
          </w:p>
          <w:p w14:paraId="5D234196" w14:textId="77777777" w:rsidR="005B3871" w:rsidRDefault="00000000">
            <w:pPr>
              <w:spacing w:after="30" w:line="245" w:lineRule="auto"/>
            </w:pPr>
            <w:r>
              <w:rPr>
                <w:color w:val="000000"/>
                <w:sz w:val="16"/>
              </w:rPr>
              <w:t>Razložijo izbrano strategijo, poslušajo drugo in po povratni informaciji izboljšajo zapis.</w:t>
            </w:r>
          </w:p>
          <w:p w14:paraId="2C97ED5D" w14:textId="77777777" w:rsidR="005B3871" w:rsidRDefault="00000000">
            <w:pPr>
              <w:spacing w:line="245" w:lineRule="auto"/>
            </w:pPr>
            <w:r>
              <w:rPr>
                <w:b/>
                <w:color w:val="D95BC6"/>
                <w:sz w:val="16"/>
              </w:rPr>
              <w:t>DOKAZ</w:t>
            </w:r>
          </w:p>
          <w:p w14:paraId="5B79C267" w14:textId="77777777" w:rsidR="005B3871" w:rsidRDefault="00000000">
            <w:pPr>
              <w:spacing w:after="40" w:line="245" w:lineRule="auto"/>
            </w:pPr>
            <w:r>
              <w:rPr>
                <w:color w:val="D95BC6"/>
                <w:sz w:val="15"/>
              </w:rPr>
              <w:t>razlaga strategije in izboljšan dokaz</w:t>
            </w:r>
          </w:p>
        </w:tc>
      </w:tr>
    </w:tbl>
    <w:p w14:paraId="1FF1BF84"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C9BE15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4CF18A"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ADAF2A7" w14:textId="77777777" w:rsidR="005B3871" w:rsidRDefault="00000000">
            <w:pPr>
              <w:jc w:val="center"/>
            </w:pPr>
            <w:r>
              <w:rPr>
                <w:b/>
                <w:color w:val="000000"/>
                <w:sz w:val="20"/>
              </w:rPr>
              <w:t>UČNE DEJAVNOSTI, METODE IN FORMATIVNO SPREMLJANJE</w:t>
            </w:r>
          </w:p>
        </w:tc>
      </w:tr>
      <w:tr w:rsidR="005B3871" w14:paraId="50DF8860" w14:textId="77777777">
        <w:trPr>
          <w:tblHeader/>
          <w:jc w:val="center"/>
        </w:trPr>
        <w:tc>
          <w:tcPr>
            <w:tcW w:w="4422" w:type="dxa"/>
            <w:vMerge/>
            <w:tcMar>
              <w:top w:w="70" w:type="dxa"/>
              <w:left w:w="90" w:type="dxa"/>
              <w:bottom w:w="70" w:type="dxa"/>
              <w:right w:w="90" w:type="dxa"/>
            </w:tcMar>
            <w:vAlign w:val="center"/>
          </w:tcPr>
          <w:p w14:paraId="23216775" w14:textId="77777777" w:rsidR="005B3871" w:rsidRDefault="005B3871"/>
        </w:tc>
        <w:tc>
          <w:tcPr>
            <w:tcW w:w="7087" w:type="dxa"/>
            <w:shd w:val="clear" w:color="auto" w:fill="FFFFFF"/>
            <w:tcMar>
              <w:top w:w="70" w:type="dxa"/>
              <w:left w:w="90" w:type="dxa"/>
              <w:bottom w:w="70" w:type="dxa"/>
              <w:right w:w="90" w:type="dxa"/>
            </w:tcMar>
            <w:vAlign w:val="center"/>
          </w:tcPr>
          <w:p w14:paraId="538AAF9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A7F4DFD" w14:textId="77777777" w:rsidR="005B3871" w:rsidRDefault="00000000">
            <w:pPr>
              <w:jc w:val="center"/>
            </w:pPr>
            <w:r>
              <w:rPr>
                <w:b/>
                <w:color w:val="000000"/>
              </w:rPr>
              <w:t>UČENEC</w:t>
            </w:r>
          </w:p>
        </w:tc>
      </w:tr>
      <w:tr w:rsidR="005B3871" w14:paraId="27D5945E" w14:textId="77777777">
        <w:trPr>
          <w:jc w:val="center"/>
        </w:trPr>
        <w:tc>
          <w:tcPr>
            <w:tcW w:w="4422" w:type="dxa"/>
            <w:tcMar>
              <w:top w:w="70" w:type="dxa"/>
              <w:left w:w="90" w:type="dxa"/>
              <w:bottom w:w="70" w:type="dxa"/>
              <w:right w:w="90" w:type="dxa"/>
            </w:tcMar>
          </w:tcPr>
          <w:p w14:paraId="2A7F9DD2" w14:textId="77777777" w:rsidR="005B3871" w:rsidRDefault="005B3871"/>
          <w:p w14:paraId="7CD65E0C" w14:textId="77777777" w:rsidR="005B3871" w:rsidRDefault="00000000">
            <w:pPr>
              <w:spacing w:after="40" w:line="245" w:lineRule="auto"/>
            </w:pPr>
            <w:r>
              <w:rPr>
                <w:b/>
                <w:color w:val="000000"/>
              </w:rPr>
              <w:t>FORMATIVNO SPREMLJANJE</w:t>
            </w:r>
          </w:p>
          <w:p w14:paraId="46E2ED9E" w14:textId="77777777" w:rsidR="005B3871" w:rsidRDefault="00000000">
            <w:pPr>
              <w:pStyle w:val="Oznaenseznam"/>
              <w:spacing w:after="16"/>
            </w:pPr>
            <w:r>
              <w:rPr>
                <w:color w:val="000000"/>
                <w:sz w:val="16"/>
              </w:rPr>
              <w:t>predznanje: začetna strategija, ocena, razvrstitev, model ali risba</w:t>
            </w:r>
          </w:p>
          <w:p w14:paraId="0AC29899" w14:textId="77777777" w:rsidR="005B3871" w:rsidRDefault="00000000">
            <w:pPr>
              <w:pStyle w:val="Oznaenseznam"/>
              <w:spacing w:after="16"/>
            </w:pPr>
            <w:r>
              <w:rPr>
                <w:color w:val="000000"/>
                <w:sz w:val="16"/>
              </w:rPr>
              <w:t>dokazi med učenjem: konkretni, gibalni, slikovni in simbolni prikaz ter razlaga postopka</w:t>
            </w:r>
          </w:p>
          <w:p w14:paraId="6664E305" w14:textId="77777777" w:rsidR="005B3871" w:rsidRDefault="00000000">
            <w:pPr>
              <w:pStyle w:val="Oznaenseznam"/>
              <w:spacing w:after="16"/>
            </w:pPr>
            <w:r>
              <w:rPr>
                <w:color w:val="000000"/>
                <w:sz w:val="16"/>
              </w:rPr>
              <w:t>povratna informacija: konkretna, vezana na kriterij in usmerjena v preverjanje ali naslednji korak</w:t>
            </w:r>
          </w:p>
          <w:p w14:paraId="476634EC" w14:textId="77777777" w:rsidR="005B3871" w:rsidRDefault="00000000">
            <w:pPr>
              <w:pStyle w:val="Oznaenseznam"/>
              <w:spacing w:after="16"/>
            </w:pPr>
            <w:r>
              <w:rPr>
                <w:color w:val="000000"/>
                <w:sz w:val="16"/>
              </w:rPr>
              <w:t>samovrednotenje: semafor, lestvica samostojnosti, izbrani dokaz ali kratka poved</w:t>
            </w:r>
          </w:p>
          <w:p w14:paraId="3709101C" w14:textId="77777777" w:rsidR="005B3871" w:rsidRDefault="00000000">
            <w:pPr>
              <w:spacing w:before="40" w:after="20" w:line="245" w:lineRule="auto"/>
            </w:pPr>
            <w:r>
              <w:rPr>
                <w:b/>
                <w:color w:val="000000"/>
                <w:sz w:val="17"/>
              </w:rPr>
              <w:t>VARNOST IN ODGOVORNOST</w:t>
            </w:r>
          </w:p>
          <w:p w14:paraId="71BBDBDC"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4EEE7105" w14:textId="77777777" w:rsidR="005B3871" w:rsidRDefault="00000000">
            <w:pPr>
              <w:spacing w:after="20" w:line="245" w:lineRule="auto"/>
            </w:pPr>
            <w:r>
              <w:rPr>
                <w:b/>
                <w:color w:val="000000"/>
                <w:sz w:val="17"/>
              </w:rPr>
              <w:t>EVIDENCA PO IZVEDBI</w:t>
            </w:r>
          </w:p>
          <w:p w14:paraId="2C72AE73"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469B3F41"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A1651F8" w14:textId="77777777">
              <w:trPr>
                <w:jc w:val="center"/>
              </w:trPr>
              <w:tc>
                <w:tcPr>
                  <w:tcW w:w="7087" w:type="dxa"/>
                  <w:shd w:val="clear" w:color="auto" w:fill="EDC9EA"/>
                  <w:tcMar>
                    <w:top w:w="45" w:type="dxa"/>
                    <w:left w:w="70" w:type="dxa"/>
                    <w:bottom w:w="45" w:type="dxa"/>
                    <w:right w:w="70" w:type="dxa"/>
                  </w:tcMar>
                </w:tcPr>
                <w:p w14:paraId="4CD67369" w14:textId="77777777" w:rsidR="005B3871" w:rsidRDefault="00000000">
                  <w:pPr>
                    <w:keepNext/>
                  </w:pPr>
                  <w:r>
                    <w:rPr>
                      <w:b/>
                      <w:color w:val="000000"/>
                    </w:rPr>
                    <w:t>VPRAŠANJA V PODPORO MATEMATIČNEMU UČENJU</w:t>
                  </w:r>
                </w:p>
              </w:tc>
            </w:tr>
          </w:tbl>
          <w:p w14:paraId="2553743B" w14:textId="77777777" w:rsidR="005B3871" w:rsidRDefault="005B3871">
            <w:pPr>
              <w:spacing w:line="20" w:lineRule="exact"/>
            </w:pPr>
          </w:p>
          <w:p w14:paraId="0D9ECCCF" w14:textId="77777777" w:rsidR="005B3871" w:rsidRDefault="00000000">
            <w:pPr>
              <w:pStyle w:val="Oznaenseznam"/>
              <w:spacing w:after="16"/>
            </w:pPr>
            <w:r>
              <w:rPr>
                <w:color w:val="000000"/>
                <w:sz w:val="16"/>
              </w:rPr>
              <w:t>Kaj v tvojem modelu, risbi ali zapisu predstavlja posamezni del naloge?</w:t>
            </w:r>
          </w:p>
          <w:p w14:paraId="2023DEB8" w14:textId="77777777" w:rsidR="005B3871" w:rsidRDefault="00000000">
            <w:pPr>
              <w:pStyle w:val="Oznaenseznam"/>
              <w:spacing w:after="16"/>
            </w:pPr>
            <w:r>
              <w:rPr>
                <w:color w:val="000000"/>
                <w:sz w:val="16"/>
              </w:rPr>
              <w:t>Kako si prišel/-la do rešitve in kako veš, da je smiselna?</w:t>
            </w:r>
          </w:p>
          <w:p w14:paraId="1B23F131" w14:textId="77777777" w:rsidR="005B3871" w:rsidRDefault="00000000">
            <w:pPr>
              <w:pStyle w:val="Oznaenseznam"/>
              <w:spacing w:after="16"/>
            </w:pPr>
            <w:r>
              <w:rPr>
                <w:color w:val="000000"/>
                <w:sz w:val="16"/>
              </w:rPr>
              <w:t>Ali lahko isto pokažeš še s predmetom, gibanjem, risbo ali drugim zapisom?</w:t>
            </w:r>
          </w:p>
          <w:p w14:paraId="4CE8AF0E" w14:textId="77777777" w:rsidR="005B3871" w:rsidRDefault="00000000">
            <w:pPr>
              <w:pStyle w:val="Oznaenseznam"/>
              <w:spacing w:after="16"/>
            </w:pPr>
            <w:r>
              <w:rPr>
                <w:color w:val="000000"/>
                <w:sz w:val="16"/>
              </w:rPr>
              <w:t>Kje bi se lahko zmotil/-a in kako boš rešitev preveril/-a?</w:t>
            </w:r>
          </w:p>
          <w:p w14:paraId="15908627"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4ED3EAA1" w14:textId="77777777">
              <w:trPr>
                <w:jc w:val="center"/>
              </w:trPr>
              <w:tc>
                <w:tcPr>
                  <w:tcW w:w="7087" w:type="dxa"/>
                  <w:shd w:val="clear" w:color="auto" w:fill="C6E7F3"/>
                  <w:tcMar>
                    <w:top w:w="45" w:type="dxa"/>
                    <w:left w:w="70" w:type="dxa"/>
                    <w:bottom w:w="45" w:type="dxa"/>
                    <w:right w:w="70" w:type="dxa"/>
                  </w:tcMar>
                </w:tcPr>
                <w:p w14:paraId="64774661" w14:textId="77777777" w:rsidR="005B3871" w:rsidRDefault="00000000">
                  <w:pPr>
                    <w:keepNext/>
                  </w:pPr>
                  <w:r>
                    <w:rPr>
                      <w:b/>
                      <w:color w:val="000000"/>
                    </w:rPr>
                    <w:t>ZAKLJUČNI DEL – UTRJEVANJE IN REFLEKSIJA (10–15 min)</w:t>
                  </w:r>
                </w:p>
              </w:tc>
            </w:tr>
          </w:tbl>
          <w:p w14:paraId="32DCF1D7" w14:textId="77777777" w:rsidR="005B3871" w:rsidRDefault="005B3871">
            <w:pPr>
              <w:spacing w:line="20" w:lineRule="exact"/>
            </w:pPr>
          </w:p>
          <w:p w14:paraId="6136864B"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151FECDB" w14:textId="77777777">
              <w:trPr>
                <w:jc w:val="center"/>
              </w:trPr>
              <w:tc>
                <w:tcPr>
                  <w:tcW w:w="7087" w:type="dxa"/>
                  <w:shd w:val="clear" w:color="auto" w:fill="EDC9EA"/>
                  <w:tcMar>
                    <w:top w:w="45" w:type="dxa"/>
                    <w:left w:w="70" w:type="dxa"/>
                    <w:bottom w:w="45" w:type="dxa"/>
                    <w:right w:w="70" w:type="dxa"/>
                  </w:tcMar>
                </w:tcPr>
                <w:p w14:paraId="03CAC623" w14:textId="77777777" w:rsidR="005B3871" w:rsidRDefault="00000000">
                  <w:pPr>
                    <w:keepNext/>
                  </w:pPr>
                  <w:r>
                    <w:rPr>
                      <w:b/>
                      <w:color w:val="000000"/>
                    </w:rPr>
                    <w:t>SAMOVREDNOTENJE</w:t>
                  </w:r>
                </w:p>
              </w:tc>
            </w:tr>
          </w:tbl>
          <w:p w14:paraId="04CE539F" w14:textId="77777777" w:rsidR="005B3871" w:rsidRDefault="005B3871">
            <w:pPr>
              <w:spacing w:line="20" w:lineRule="exact"/>
            </w:pPr>
          </w:p>
          <w:p w14:paraId="7A6AA7DE"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495C3B23" w14:textId="77777777">
              <w:trPr>
                <w:jc w:val="center"/>
              </w:trPr>
              <w:tc>
                <w:tcPr>
                  <w:tcW w:w="7087" w:type="dxa"/>
                  <w:shd w:val="clear" w:color="auto" w:fill="EDC9EA"/>
                  <w:tcMar>
                    <w:top w:w="45" w:type="dxa"/>
                    <w:left w:w="70" w:type="dxa"/>
                    <w:bottom w:w="45" w:type="dxa"/>
                    <w:right w:w="70" w:type="dxa"/>
                  </w:tcMar>
                </w:tcPr>
                <w:p w14:paraId="68B6D6D3" w14:textId="77777777" w:rsidR="005B3871" w:rsidRDefault="00000000">
                  <w:pPr>
                    <w:keepNext/>
                  </w:pPr>
                  <w:r>
                    <w:rPr>
                      <w:b/>
                      <w:color w:val="000000"/>
                    </w:rPr>
                    <w:t>VRSTNIŠKO VREDNOTENJE</w:t>
                  </w:r>
                </w:p>
              </w:tc>
            </w:tr>
          </w:tbl>
          <w:p w14:paraId="7255896D" w14:textId="77777777" w:rsidR="005B3871" w:rsidRDefault="005B3871">
            <w:pPr>
              <w:spacing w:line="20" w:lineRule="exact"/>
            </w:pPr>
          </w:p>
          <w:p w14:paraId="56860106"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18408651" w14:textId="77777777">
              <w:trPr>
                <w:jc w:val="center"/>
              </w:trPr>
              <w:tc>
                <w:tcPr>
                  <w:tcW w:w="7087" w:type="dxa"/>
                  <w:shd w:val="clear" w:color="auto" w:fill="EDC9EA"/>
                  <w:tcMar>
                    <w:top w:w="45" w:type="dxa"/>
                    <w:left w:w="70" w:type="dxa"/>
                    <w:bottom w:w="45" w:type="dxa"/>
                    <w:right w:w="70" w:type="dxa"/>
                  </w:tcMar>
                </w:tcPr>
                <w:p w14:paraId="6DE228B4" w14:textId="77777777" w:rsidR="005B3871" w:rsidRDefault="00000000">
                  <w:pPr>
                    <w:keepNext/>
                  </w:pPr>
                  <w:r>
                    <w:rPr>
                      <w:b/>
                      <w:color w:val="000000"/>
                    </w:rPr>
                    <w:t>SKUPNI POVZETEK</w:t>
                  </w:r>
                </w:p>
              </w:tc>
            </w:tr>
          </w:tbl>
          <w:p w14:paraId="7E6D8DE4" w14:textId="77777777" w:rsidR="005B3871" w:rsidRDefault="005B3871"/>
          <w:p w14:paraId="4BE95412" w14:textId="77777777" w:rsidR="005B3871" w:rsidRDefault="00000000">
            <w:pPr>
              <w:spacing w:before="20" w:after="40" w:line="245" w:lineRule="auto"/>
            </w:pPr>
            <w:r>
              <w:rPr>
                <w:b/>
                <w:color w:val="000000"/>
                <w:sz w:val="16"/>
              </w:rPr>
              <w:t>Poznam pare števil z vsoto 10, računam do 10 ter svojo rešitev preverim in pojasnim.</w:t>
            </w:r>
          </w:p>
        </w:tc>
        <w:tc>
          <w:tcPr>
            <w:tcW w:w="2551" w:type="dxa"/>
            <w:tcMar>
              <w:top w:w="70" w:type="dxa"/>
              <w:left w:w="90" w:type="dxa"/>
              <w:bottom w:w="70" w:type="dxa"/>
              <w:right w:w="90" w:type="dxa"/>
            </w:tcMar>
          </w:tcPr>
          <w:p w14:paraId="514B1446" w14:textId="77777777" w:rsidR="005B3871" w:rsidRDefault="005B3871"/>
          <w:p w14:paraId="4855A42F" w14:textId="77777777" w:rsidR="005B3871" w:rsidRDefault="00000000">
            <w:pPr>
              <w:spacing w:after="100" w:line="245" w:lineRule="auto"/>
            </w:pPr>
            <w:r>
              <w:rPr>
                <w:color w:val="000000"/>
                <w:sz w:val="16"/>
              </w:rPr>
              <w:t>Odgovarja na podporna vprašanja in se sklicuje na svoj model, zapis ali izvedbo.</w:t>
            </w:r>
          </w:p>
          <w:p w14:paraId="1888885A" w14:textId="77777777" w:rsidR="005B3871" w:rsidRDefault="00000000">
            <w:pPr>
              <w:spacing w:after="100" w:line="245" w:lineRule="auto"/>
            </w:pPr>
            <w:r>
              <w:rPr>
                <w:color w:val="000000"/>
                <w:sz w:val="16"/>
              </w:rPr>
              <w:t>Primerja začetno strategijo z novim dokazom ter pojasni, kaj se je naučil/-a.</w:t>
            </w:r>
          </w:p>
          <w:p w14:paraId="48E3A00A" w14:textId="77777777" w:rsidR="005B3871" w:rsidRDefault="00000000">
            <w:pPr>
              <w:spacing w:after="100" w:line="245" w:lineRule="auto"/>
            </w:pPr>
            <w:r>
              <w:rPr>
                <w:color w:val="000000"/>
                <w:sz w:val="16"/>
              </w:rPr>
              <w:t>Izbere raven samostojnosti in določi naslednji korak.</w:t>
            </w:r>
          </w:p>
          <w:p w14:paraId="5F7F7413" w14:textId="77777777" w:rsidR="005B3871" w:rsidRDefault="00000000">
            <w:pPr>
              <w:spacing w:after="100" w:line="245" w:lineRule="auto"/>
            </w:pPr>
            <w:r>
              <w:rPr>
                <w:color w:val="000000"/>
                <w:sz w:val="16"/>
              </w:rPr>
              <w:t>Sošolcu poda prijazen in konkreten odziv, vezan na kriterij.</w:t>
            </w:r>
          </w:p>
          <w:p w14:paraId="3794F1F1" w14:textId="77777777" w:rsidR="005B3871" w:rsidRDefault="00000000">
            <w:pPr>
              <w:spacing w:after="20" w:line="245" w:lineRule="auto"/>
            </w:pPr>
            <w:r>
              <w:rPr>
                <w:b/>
                <w:color w:val="D95BC6"/>
                <w:sz w:val="17"/>
              </w:rPr>
              <w:t>DOKAZ O UČENJU</w:t>
            </w:r>
          </w:p>
          <w:p w14:paraId="681279BF"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47A996E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7BFF29F0" w14:textId="77777777">
        <w:trPr>
          <w:cantSplit/>
          <w:jc w:val="center"/>
        </w:trPr>
        <w:tc>
          <w:tcPr>
            <w:tcW w:w="14060" w:type="dxa"/>
            <w:gridSpan w:val="6"/>
            <w:tcMar>
              <w:top w:w="70" w:type="dxa"/>
              <w:left w:w="90" w:type="dxa"/>
              <w:bottom w:w="70" w:type="dxa"/>
              <w:right w:w="90" w:type="dxa"/>
            </w:tcMar>
            <w:vAlign w:val="center"/>
          </w:tcPr>
          <w:p w14:paraId="500F74C3" w14:textId="77777777" w:rsidR="005B3871" w:rsidRDefault="00000000">
            <w:pPr>
              <w:jc w:val="center"/>
            </w:pPr>
            <w:r>
              <w:rPr>
                <w:b/>
                <w:color w:val="000000"/>
                <w:sz w:val="24"/>
              </w:rPr>
              <w:lastRenderedPageBreak/>
              <w:t>UČNA PRIPRAVA 18/39</w:t>
            </w:r>
          </w:p>
        </w:tc>
      </w:tr>
      <w:tr w:rsidR="005B3871" w14:paraId="245686C1" w14:textId="77777777">
        <w:trPr>
          <w:jc w:val="center"/>
        </w:trPr>
        <w:tc>
          <w:tcPr>
            <w:tcW w:w="2665" w:type="dxa"/>
            <w:tcMar>
              <w:top w:w="70" w:type="dxa"/>
              <w:left w:w="90" w:type="dxa"/>
              <w:bottom w:w="70" w:type="dxa"/>
              <w:right w:w="90" w:type="dxa"/>
            </w:tcMar>
            <w:vAlign w:val="center"/>
          </w:tcPr>
          <w:p w14:paraId="06F8D8DF"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3A4A015"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2D9DFA88"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0A0F007" w14:textId="77777777" w:rsidR="005B3871" w:rsidRDefault="00000000">
            <w:r>
              <w:rPr>
                <w:b/>
                <w:color w:val="000000"/>
                <w:sz w:val="16"/>
              </w:rPr>
              <w:t xml:space="preserve">NAČRTOVANI TERMIN: </w:t>
            </w:r>
            <w:r>
              <w:rPr>
                <w:color w:val="000000"/>
                <w:sz w:val="16"/>
              </w:rPr>
              <w:t>18. teden • 11.–15. 1. 2027</w:t>
            </w:r>
          </w:p>
        </w:tc>
        <w:tc>
          <w:tcPr>
            <w:tcW w:w="2268" w:type="dxa"/>
            <w:tcMar>
              <w:top w:w="70" w:type="dxa"/>
              <w:left w:w="90" w:type="dxa"/>
              <w:bottom w:w="70" w:type="dxa"/>
              <w:right w:w="90" w:type="dxa"/>
            </w:tcMar>
            <w:vAlign w:val="center"/>
          </w:tcPr>
          <w:p w14:paraId="5924EDFF"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8CB24FA" w14:textId="77777777" w:rsidR="005B3871" w:rsidRDefault="00000000">
            <w:r>
              <w:rPr>
                <w:b/>
                <w:color w:val="000000"/>
                <w:sz w:val="16"/>
              </w:rPr>
              <w:t xml:space="preserve">ŠTEVILO UR: </w:t>
            </w:r>
            <w:r>
              <w:rPr>
                <w:color w:val="000000"/>
                <w:sz w:val="16"/>
              </w:rPr>
              <w:t>4</w:t>
            </w:r>
          </w:p>
        </w:tc>
      </w:tr>
      <w:tr w:rsidR="005B3871" w14:paraId="0C3D4E90" w14:textId="77777777">
        <w:trPr>
          <w:jc w:val="center"/>
        </w:trPr>
        <w:tc>
          <w:tcPr>
            <w:tcW w:w="14061" w:type="dxa"/>
            <w:gridSpan w:val="6"/>
            <w:tcMar>
              <w:top w:w="70" w:type="dxa"/>
              <w:left w:w="90" w:type="dxa"/>
              <w:bottom w:w="70" w:type="dxa"/>
              <w:right w:w="90" w:type="dxa"/>
            </w:tcMar>
            <w:vAlign w:val="center"/>
          </w:tcPr>
          <w:p w14:paraId="267C5E60"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0223DAA2" w14:textId="77777777">
        <w:trPr>
          <w:cantSplit/>
          <w:jc w:val="center"/>
        </w:trPr>
        <w:tc>
          <w:tcPr>
            <w:tcW w:w="14060" w:type="dxa"/>
            <w:gridSpan w:val="6"/>
            <w:tcMar>
              <w:top w:w="70" w:type="dxa"/>
              <w:left w:w="90" w:type="dxa"/>
              <w:bottom w:w="70" w:type="dxa"/>
              <w:right w:w="90" w:type="dxa"/>
            </w:tcMar>
            <w:vAlign w:val="center"/>
          </w:tcPr>
          <w:p w14:paraId="26FB9AF1" w14:textId="77777777" w:rsidR="005B3871" w:rsidRDefault="005B3871"/>
          <w:p w14:paraId="1D73E4F9" w14:textId="77777777" w:rsidR="005B3871" w:rsidRDefault="00000000">
            <w:pPr>
              <w:spacing w:line="245" w:lineRule="auto"/>
            </w:pPr>
            <w:r>
              <w:rPr>
                <w:b/>
                <w:color w:val="000000"/>
                <w:sz w:val="16"/>
              </w:rPr>
              <w:t xml:space="preserve">UČNI SKLOP: </w:t>
            </w:r>
            <w:r>
              <w:rPr>
                <w:color w:val="000000"/>
                <w:sz w:val="16"/>
              </w:rPr>
              <w:t>ZIMA, SNOVI IN POJAVI</w:t>
            </w:r>
          </w:p>
        </w:tc>
      </w:tr>
      <w:tr w:rsidR="005B3871" w14:paraId="064B8993" w14:textId="77777777">
        <w:trPr>
          <w:cantSplit/>
          <w:jc w:val="center"/>
        </w:trPr>
        <w:tc>
          <w:tcPr>
            <w:tcW w:w="14060" w:type="dxa"/>
            <w:gridSpan w:val="6"/>
            <w:tcMar>
              <w:top w:w="70" w:type="dxa"/>
              <w:left w:w="90" w:type="dxa"/>
              <w:bottom w:w="70" w:type="dxa"/>
              <w:right w:w="90" w:type="dxa"/>
            </w:tcMar>
            <w:vAlign w:val="center"/>
          </w:tcPr>
          <w:p w14:paraId="348738D7" w14:textId="77777777" w:rsidR="005B3871" w:rsidRDefault="005B3871"/>
          <w:p w14:paraId="429C6E98" w14:textId="77777777" w:rsidR="005B3871" w:rsidRDefault="00000000">
            <w:pPr>
              <w:spacing w:line="245" w:lineRule="auto"/>
            </w:pPr>
            <w:r>
              <w:rPr>
                <w:b/>
                <w:color w:val="000000"/>
                <w:sz w:val="16"/>
              </w:rPr>
              <w:t xml:space="preserve">UČNA TEMA: </w:t>
            </w:r>
            <w:r>
              <w:rPr>
                <w:color w:val="000000"/>
                <w:sz w:val="16"/>
              </w:rPr>
              <w:t>POLOVICA IN ČETRTINA</w:t>
            </w:r>
          </w:p>
        </w:tc>
      </w:tr>
      <w:tr w:rsidR="005B3871" w14:paraId="675F8265" w14:textId="77777777">
        <w:trPr>
          <w:cantSplit/>
          <w:jc w:val="center"/>
        </w:trPr>
        <w:tc>
          <w:tcPr>
            <w:tcW w:w="14060" w:type="dxa"/>
            <w:gridSpan w:val="6"/>
            <w:tcMar>
              <w:top w:w="70" w:type="dxa"/>
              <w:left w:w="90" w:type="dxa"/>
              <w:bottom w:w="70" w:type="dxa"/>
              <w:right w:w="90" w:type="dxa"/>
            </w:tcMar>
            <w:vAlign w:val="center"/>
          </w:tcPr>
          <w:p w14:paraId="1AE98367" w14:textId="77777777" w:rsidR="005B3871" w:rsidRDefault="005B3871"/>
          <w:p w14:paraId="0B62C656" w14:textId="77777777" w:rsidR="005B3871" w:rsidRDefault="00000000">
            <w:pPr>
              <w:spacing w:line="245" w:lineRule="auto"/>
            </w:pPr>
            <w:r>
              <w:rPr>
                <w:b/>
                <w:color w:val="000000"/>
                <w:sz w:val="16"/>
              </w:rPr>
              <w:t xml:space="preserve">KNJIŽEVNO IZHODIŠČE IN MOTIV: </w:t>
            </w:r>
            <w:r>
              <w:rPr>
                <w:color w:val="000000"/>
                <w:sz w:val="16"/>
              </w:rPr>
              <w:t>»Mehurčki« – Oton Župančič • voda, igra besed, zvočnost in spreminjanje snovi</w:t>
            </w:r>
          </w:p>
        </w:tc>
      </w:tr>
      <w:tr w:rsidR="005B3871" w14:paraId="1824DCE9" w14:textId="77777777">
        <w:trPr>
          <w:cantSplit/>
          <w:jc w:val="center"/>
        </w:trPr>
        <w:tc>
          <w:tcPr>
            <w:tcW w:w="14060" w:type="dxa"/>
            <w:gridSpan w:val="6"/>
            <w:tcMar>
              <w:top w:w="70" w:type="dxa"/>
              <w:left w:w="90" w:type="dxa"/>
              <w:bottom w:w="70" w:type="dxa"/>
              <w:right w:w="90" w:type="dxa"/>
            </w:tcMar>
            <w:vAlign w:val="center"/>
          </w:tcPr>
          <w:p w14:paraId="561A3C86" w14:textId="77777777" w:rsidR="005B3871" w:rsidRDefault="005B3871"/>
          <w:p w14:paraId="4790C6BB" w14:textId="77777777" w:rsidR="005B3871" w:rsidRDefault="00000000">
            <w:pPr>
              <w:spacing w:line="245" w:lineRule="auto"/>
            </w:pPr>
            <w:r>
              <w:rPr>
                <w:b/>
                <w:color w:val="000000"/>
                <w:sz w:val="16"/>
              </w:rPr>
              <w:t xml:space="preserve">UČNE ENOTE: </w:t>
            </w:r>
            <w:r>
              <w:rPr>
                <w:color w:val="000000"/>
                <w:sz w:val="16"/>
              </w:rPr>
              <w:t>1. ura – Celota in dve polovici • 2. ura – Pravična delitev • 3. ura – Štiri četrtine • 4. ura – Živa celota</w:t>
            </w:r>
          </w:p>
        </w:tc>
      </w:tr>
      <w:tr w:rsidR="005B3871" w14:paraId="0C11396E" w14:textId="77777777">
        <w:trPr>
          <w:cantSplit/>
          <w:jc w:val="center"/>
        </w:trPr>
        <w:tc>
          <w:tcPr>
            <w:tcW w:w="14060" w:type="dxa"/>
            <w:gridSpan w:val="6"/>
            <w:tcMar>
              <w:top w:w="70" w:type="dxa"/>
              <w:left w:w="90" w:type="dxa"/>
              <w:bottom w:w="70" w:type="dxa"/>
              <w:right w:w="90" w:type="dxa"/>
            </w:tcMar>
            <w:vAlign w:val="center"/>
          </w:tcPr>
          <w:p w14:paraId="593B9C7A" w14:textId="77777777" w:rsidR="005B3871" w:rsidRDefault="005B3871"/>
          <w:p w14:paraId="5EEED93F"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3CD99FC8" w14:textId="77777777">
        <w:trPr>
          <w:cantSplit/>
          <w:jc w:val="center"/>
        </w:trPr>
        <w:tc>
          <w:tcPr>
            <w:tcW w:w="14060" w:type="dxa"/>
            <w:gridSpan w:val="6"/>
            <w:tcMar>
              <w:top w:w="70" w:type="dxa"/>
              <w:left w:w="90" w:type="dxa"/>
              <w:bottom w:w="70" w:type="dxa"/>
              <w:right w:w="90" w:type="dxa"/>
            </w:tcMar>
            <w:vAlign w:val="center"/>
          </w:tcPr>
          <w:p w14:paraId="0BD4E7E3" w14:textId="77777777" w:rsidR="005B3871" w:rsidRDefault="005B3871"/>
          <w:p w14:paraId="01D0A86A"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63282EAF" w14:textId="77777777">
        <w:trPr>
          <w:cantSplit/>
          <w:jc w:val="center"/>
        </w:trPr>
        <w:tc>
          <w:tcPr>
            <w:tcW w:w="14060" w:type="dxa"/>
            <w:gridSpan w:val="6"/>
            <w:tcMar>
              <w:top w:w="70" w:type="dxa"/>
              <w:left w:w="90" w:type="dxa"/>
              <w:bottom w:w="70" w:type="dxa"/>
              <w:right w:w="90" w:type="dxa"/>
            </w:tcMar>
            <w:vAlign w:val="center"/>
          </w:tcPr>
          <w:p w14:paraId="03D39B1F" w14:textId="77777777" w:rsidR="005B3871" w:rsidRDefault="005B3871"/>
          <w:p w14:paraId="67F2A81C"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4E307FD8" w14:textId="77777777">
        <w:trPr>
          <w:cantSplit/>
          <w:jc w:val="center"/>
        </w:trPr>
        <w:tc>
          <w:tcPr>
            <w:tcW w:w="14060" w:type="dxa"/>
            <w:gridSpan w:val="6"/>
            <w:tcMar>
              <w:top w:w="70" w:type="dxa"/>
              <w:left w:w="90" w:type="dxa"/>
              <w:bottom w:w="70" w:type="dxa"/>
              <w:right w:w="90" w:type="dxa"/>
            </w:tcMar>
            <w:vAlign w:val="center"/>
          </w:tcPr>
          <w:p w14:paraId="1793DAB9" w14:textId="77777777" w:rsidR="005B3871" w:rsidRDefault="005B3871"/>
          <w:p w14:paraId="1E3ABB4F" w14:textId="77777777" w:rsidR="005B3871" w:rsidRDefault="00000000">
            <w:pPr>
              <w:spacing w:line="245" w:lineRule="auto"/>
            </w:pPr>
            <w:r>
              <w:rPr>
                <w:b/>
                <w:color w:val="000000"/>
                <w:sz w:val="16"/>
              </w:rPr>
              <w:t xml:space="preserve">MEDPREDMETNE POVEZAVE: </w:t>
            </w:r>
            <w:r>
              <w:rPr>
                <w:color w:val="000000"/>
                <w:sz w:val="16"/>
              </w:rPr>
              <w:t>SLJ – razlaga postopka; SPO – voda in spreminjanje; LUM – zgibanje in kolaž; ŠPO – živi deli celote</w:t>
            </w:r>
          </w:p>
        </w:tc>
      </w:tr>
      <w:tr w:rsidR="005B3871" w14:paraId="5D69A386" w14:textId="77777777">
        <w:trPr>
          <w:cantSplit/>
          <w:jc w:val="center"/>
        </w:trPr>
        <w:tc>
          <w:tcPr>
            <w:tcW w:w="14060" w:type="dxa"/>
            <w:gridSpan w:val="6"/>
            <w:tcMar>
              <w:top w:w="70" w:type="dxa"/>
              <w:left w:w="90" w:type="dxa"/>
              <w:bottom w:w="70" w:type="dxa"/>
              <w:right w:w="90" w:type="dxa"/>
            </w:tcMar>
            <w:vAlign w:val="center"/>
          </w:tcPr>
          <w:p w14:paraId="35A55983" w14:textId="77777777" w:rsidR="005B3871" w:rsidRDefault="005B3871"/>
          <w:p w14:paraId="2367BA7A" w14:textId="77777777" w:rsidR="005B3871" w:rsidRDefault="00000000">
            <w:pPr>
              <w:spacing w:line="245" w:lineRule="auto"/>
            </w:pPr>
            <w:r>
              <w:rPr>
                <w:b/>
                <w:color w:val="000000"/>
                <w:sz w:val="16"/>
              </w:rPr>
              <w:t xml:space="preserve">UČNA SREDSTVA IN PRIPOMOČKI: </w:t>
            </w:r>
            <w:r>
              <w:rPr>
                <w:color w:val="000000"/>
                <w:sz w:val="16"/>
              </w:rPr>
              <w:t>papirnati krogi in pravokotniki, varne škarje, modeli kapljic, števci, krožniki, talni trakovi, kartice celota/polovica/četrtina</w:t>
            </w:r>
          </w:p>
        </w:tc>
      </w:tr>
      <w:tr w:rsidR="005B3871" w14:paraId="4B9B3B63" w14:textId="77777777">
        <w:trPr>
          <w:cantSplit/>
          <w:jc w:val="center"/>
        </w:trPr>
        <w:tc>
          <w:tcPr>
            <w:tcW w:w="14060" w:type="dxa"/>
            <w:gridSpan w:val="6"/>
            <w:tcMar>
              <w:top w:w="70" w:type="dxa"/>
              <w:left w:w="90" w:type="dxa"/>
              <w:bottom w:w="70" w:type="dxa"/>
              <w:right w:w="90" w:type="dxa"/>
            </w:tcMar>
            <w:vAlign w:val="center"/>
          </w:tcPr>
          <w:p w14:paraId="38B33747" w14:textId="77777777" w:rsidR="005B3871" w:rsidRDefault="005B3871"/>
          <w:p w14:paraId="4E5C7256"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36D54DF6" w14:textId="77777777">
        <w:trPr>
          <w:cantSplit/>
          <w:jc w:val="center"/>
        </w:trPr>
        <w:tc>
          <w:tcPr>
            <w:tcW w:w="14060" w:type="dxa"/>
            <w:gridSpan w:val="6"/>
            <w:tcMar>
              <w:top w:w="70" w:type="dxa"/>
              <w:left w:w="90" w:type="dxa"/>
              <w:bottom w:w="70" w:type="dxa"/>
              <w:right w:w="90" w:type="dxa"/>
            </w:tcMar>
            <w:vAlign w:val="center"/>
          </w:tcPr>
          <w:p w14:paraId="1D421F42" w14:textId="77777777" w:rsidR="005B3871" w:rsidRDefault="005B3871"/>
          <w:p w14:paraId="0CB5D5BC"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729B5327" w14:textId="77777777">
        <w:trPr>
          <w:cantSplit/>
          <w:jc w:val="center"/>
        </w:trPr>
        <w:tc>
          <w:tcPr>
            <w:tcW w:w="14060" w:type="dxa"/>
            <w:gridSpan w:val="6"/>
            <w:tcMar>
              <w:top w:w="70" w:type="dxa"/>
              <w:left w:w="90" w:type="dxa"/>
              <w:bottom w:w="70" w:type="dxa"/>
              <w:right w:w="90" w:type="dxa"/>
            </w:tcMar>
            <w:vAlign w:val="center"/>
          </w:tcPr>
          <w:p w14:paraId="301CA6D7" w14:textId="77777777" w:rsidR="005B3871" w:rsidRDefault="005B3871"/>
          <w:p w14:paraId="56396317" w14:textId="77777777" w:rsidR="005B3871" w:rsidRDefault="00000000">
            <w:pPr>
              <w:spacing w:line="245" w:lineRule="auto"/>
            </w:pPr>
            <w:r>
              <w:rPr>
                <w:b/>
                <w:color w:val="000000"/>
                <w:sz w:val="16"/>
              </w:rPr>
              <w:t xml:space="preserve">VARNOST: </w:t>
            </w:r>
            <w:r>
              <w:rPr>
                <w:color w:val="000000"/>
                <w:sz w:val="16"/>
              </w:rPr>
              <w:t>Škarje uporablja sede in po navodilu; za delitev hrane se uporabijo modeli ali higiensko pripravljeni individualni vzorci.</w:t>
            </w:r>
          </w:p>
        </w:tc>
      </w:tr>
    </w:tbl>
    <w:p w14:paraId="4BD1EB4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A78E40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F3C53E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86C36A3" w14:textId="77777777" w:rsidR="005B3871" w:rsidRDefault="00000000">
            <w:pPr>
              <w:jc w:val="center"/>
            </w:pPr>
            <w:r>
              <w:rPr>
                <w:b/>
                <w:color w:val="000000"/>
                <w:sz w:val="20"/>
              </w:rPr>
              <w:t>UČNE DEJAVNOSTI, METODE IN FORMATIVNO SPREMLJANJE</w:t>
            </w:r>
          </w:p>
        </w:tc>
      </w:tr>
      <w:tr w:rsidR="005B3871" w14:paraId="2D2429F7" w14:textId="77777777">
        <w:trPr>
          <w:tblHeader/>
          <w:jc w:val="center"/>
        </w:trPr>
        <w:tc>
          <w:tcPr>
            <w:tcW w:w="4422" w:type="dxa"/>
            <w:vMerge/>
            <w:tcMar>
              <w:top w:w="70" w:type="dxa"/>
              <w:left w:w="90" w:type="dxa"/>
              <w:bottom w:w="70" w:type="dxa"/>
              <w:right w:w="90" w:type="dxa"/>
            </w:tcMar>
            <w:vAlign w:val="center"/>
          </w:tcPr>
          <w:p w14:paraId="1ACFDD92" w14:textId="77777777" w:rsidR="005B3871" w:rsidRDefault="005B3871"/>
        </w:tc>
        <w:tc>
          <w:tcPr>
            <w:tcW w:w="7087" w:type="dxa"/>
            <w:shd w:val="clear" w:color="auto" w:fill="FFFFFF"/>
            <w:tcMar>
              <w:top w:w="70" w:type="dxa"/>
              <w:left w:w="90" w:type="dxa"/>
              <w:bottom w:w="70" w:type="dxa"/>
              <w:right w:w="90" w:type="dxa"/>
            </w:tcMar>
            <w:vAlign w:val="center"/>
          </w:tcPr>
          <w:p w14:paraId="3373F066"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1DA420A" w14:textId="77777777" w:rsidR="005B3871" w:rsidRDefault="00000000">
            <w:pPr>
              <w:jc w:val="center"/>
            </w:pPr>
            <w:r>
              <w:rPr>
                <w:b/>
                <w:color w:val="000000"/>
              </w:rPr>
              <w:t>UČENEC</w:t>
            </w:r>
          </w:p>
        </w:tc>
      </w:tr>
      <w:tr w:rsidR="005B3871" w14:paraId="57D1782C" w14:textId="77777777">
        <w:trPr>
          <w:jc w:val="center"/>
        </w:trPr>
        <w:tc>
          <w:tcPr>
            <w:tcW w:w="4422" w:type="dxa"/>
            <w:tcMar>
              <w:top w:w="70" w:type="dxa"/>
              <w:left w:w="90" w:type="dxa"/>
              <w:bottom w:w="70" w:type="dxa"/>
              <w:right w:w="90" w:type="dxa"/>
            </w:tcMar>
          </w:tcPr>
          <w:p w14:paraId="5F6AA247" w14:textId="77777777" w:rsidR="005B3871" w:rsidRDefault="005B3871"/>
          <w:p w14:paraId="18E05B75" w14:textId="77777777" w:rsidR="005B3871" w:rsidRDefault="00000000">
            <w:pPr>
              <w:spacing w:after="60" w:line="245" w:lineRule="auto"/>
            </w:pPr>
            <w:r>
              <w:rPr>
                <w:b/>
                <w:color w:val="000000"/>
              </w:rPr>
              <w:t>UČNI CILJI</w:t>
            </w:r>
          </w:p>
          <w:p w14:paraId="72214CED" w14:textId="77777777" w:rsidR="005B3871" w:rsidRDefault="00000000">
            <w:pPr>
              <w:spacing w:after="20" w:line="245" w:lineRule="auto"/>
            </w:pPr>
            <w:r>
              <w:rPr>
                <w:b/>
                <w:color w:val="000000"/>
                <w:sz w:val="17"/>
              </w:rPr>
              <w:t>SPLOŠNI</w:t>
            </w:r>
          </w:p>
          <w:p w14:paraId="02910D7F" w14:textId="77777777" w:rsidR="005B3871" w:rsidRDefault="00000000">
            <w:pPr>
              <w:pStyle w:val="Oznaenseznam"/>
              <w:spacing w:after="16"/>
            </w:pPr>
            <w:r>
              <w:rPr>
                <w:color w:val="000000"/>
                <w:sz w:val="16"/>
              </w:rPr>
              <w:t>razvija številske, prostorske in količinske predstave s konkretnimi izkušnjami</w:t>
            </w:r>
          </w:p>
          <w:p w14:paraId="11BF7C1C" w14:textId="77777777" w:rsidR="005B3871" w:rsidRDefault="00000000">
            <w:pPr>
              <w:pStyle w:val="Oznaenseznam"/>
              <w:spacing w:after="16"/>
            </w:pPr>
            <w:r>
              <w:rPr>
                <w:color w:val="000000"/>
                <w:sz w:val="16"/>
              </w:rPr>
              <w:t>rešuje matematične probleme s predmetom, gibanjem, risbo, modelom in simbolom</w:t>
            </w:r>
          </w:p>
          <w:p w14:paraId="7A08EFC6" w14:textId="77777777" w:rsidR="005B3871" w:rsidRDefault="00000000">
            <w:pPr>
              <w:pStyle w:val="Oznaenseznam"/>
              <w:spacing w:after="16"/>
            </w:pPr>
            <w:r>
              <w:rPr>
                <w:color w:val="000000"/>
                <w:sz w:val="16"/>
              </w:rPr>
              <w:t>pojasnjuje izbrano strategijo, preverja smiselnost rešitve in posluša rešitve drugih</w:t>
            </w:r>
          </w:p>
          <w:p w14:paraId="43E37936" w14:textId="77777777" w:rsidR="005B3871" w:rsidRDefault="00000000">
            <w:pPr>
              <w:pStyle w:val="Oznaenseznam"/>
              <w:spacing w:after="16"/>
            </w:pPr>
            <w:r>
              <w:rPr>
                <w:color w:val="000000"/>
                <w:sz w:val="16"/>
              </w:rPr>
              <w:t>ob namenih in kriterijih spremlja svoje učenje ter uporabi opisno povratno informacijo</w:t>
            </w:r>
          </w:p>
          <w:p w14:paraId="08ADF73E" w14:textId="77777777" w:rsidR="005B3871" w:rsidRDefault="00000000">
            <w:pPr>
              <w:spacing w:before="40" w:after="20" w:line="245" w:lineRule="auto"/>
            </w:pPr>
            <w:r>
              <w:rPr>
                <w:b/>
                <w:color w:val="000000"/>
                <w:sz w:val="17"/>
              </w:rPr>
              <w:t>OPERATIVNI</w:t>
            </w:r>
          </w:p>
          <w:p w14:paraId="14F2CB36" w14:textId="77777777" w:rsidR="005B3871" w:rsidRDefault="00000000">
            <w:pPr>
              <w:pStyle w:val="Oznaenseznam"/>
              <w:spacing w:after="16"/>
            </w:pPr>
            <w:r>
              <w:rPr>
                <w:color w:val="000000"/>
                <w:sz w:val="16"/>
              </w:rPr>
              <w:t>na konkretnem modelu prepozna polovico</w:t>
            </w:r>
          </w:p>
          <w:p w14:paraId="416A873F" w14:textId="77777777" w:rsidR="005B3871" w:rsidRDefault="00000000">
            <w:pPr>
              <w:pStyle w:val="Oznaenseznam"/>
              <w:spacing w:after="16"/>
            </w:pPr>
            <w:r>
              <w:rPr>
                <w:color w:val="000000"/>
                <w:sz w:val="16"/>
              </w:rPr>
              <w:t>prepozna četrtino</w:t>
            </w:r>
          </w:p>
          <w:p w14:paraId="2ED3514E" w14:textId="77777777" w:rsidR="005B3871" w:rsidRDefault="00000000">
            <w:pPr>
              <w:pStyle w:val="Oznaenseznam"/>
              <w:spacing w:after="16"/>
            </w:pPr>
            <w:r>
              <w:rPr>
                <w:color w:val="000000"/>
                <w:sz w:val="16"/>
              </w:rPr>
              <w:t>pošteno deli celoto</w:t>
            </w:r>
          </w:p>
          <w:p w14:paraId="7BE2F9DE" w14:textId="77777777" w:rsidR="005B3871" w:rsidRDefault="00000000">
            <w:pPr>
              <w:spacing w:before="40" w:after="20" w:line="245" w:lineRule="auto"/>
            </w:pPr>
            <w:r>
              <w:rPr>
                <w:b/>
                <w:color w:val="000000"/>
                <w:sz w:val="17"/>
              </w:rPr>
              <w:t>PRIČAKOVANI DOSEŽKI / STANDARDI</w:t>
            </w:r>
          </w:p>
          <w:p w14:paraId="4D98C65D" w14:textId="77777777" w:rsidR="005B3871" w:rsidRDefault="00000000">
            <w:pPr>
              <w:pStyle w:val="Oznaenseznam"/>
              <w:spacing w:after="16"/>
            </w:pPr>
            <w:r>
              <w:rPr>
                <w:color w:val="000000"/>
                <w:sz w:val="16"/>
              </w:rPr>
              <w:t>ob konkretni, slikovni ali gibalni opori na konkretnem modelu prepozna polovico</w:t>
            </w:r>
          </w:p>
          <w:p w14:paraId="78FEBC6B" w14:textId="77777777" w:rsidR="005B3871" w:rsidRDefault="00000000">
            <w:pPr>
              <w:pStyle w:val="Oznaenseznam"/>
              <w:spacing w:after="16"/>
            </w:pPr>
            <w:r>
              <w:rPr>
                <w:color w:val="000000"/>
                <w:sz w:val="16"/>
              </w:rPr>
              <w:t>ob konkretni, slikovni ali gibalni opori prepozna četrtino</w:t>
            </w:r>
          </w:p>
          <w:p w14:paraId="5F8F3E85" w14:textId="77777777" w:rsidR="005B3871" w:rsidRDefault="00000000">
            <w:pPr>
              <w:pStyle w:val="Oznaenseznam"/>
              <w:spacing w:after="16"/>
            </w:pPr>
            <w:r>
              <w:rPr>
                <w:color w:val="000000"/>
                <w:sz w:val="16"/>
              </w:rPr>
              <w:t>ob konkretni, slikovni ali gibalni opori pošteno deli celoto</w:t>
            </w:r>
          </w:p>
        </w:tc>
        <w:tc>
          <w:tcPr>
            <w:tcW w:w="7087" w:type="dxa"/>
            <w:tcMar>
              <w:top w:w="70" w:type="dxa"/>
              <w:left w:w="90" w:type="dxa"/>
              <w:bottom w:w="70" w:type="dxa"/>
              <w:right w:w="90" w:type="dxa"/>
            </w:tcMar>
          </w:tcPr>
          <w:p w14:paraId="155E52A7"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CEC43B9" w14:textId="77777777">
              <w:trPr>
                <w:jc w:val="center"/>
              </w:trPr>
              <w:tc>
                <w:tcPr>
                  <w:tcW w:w="7087" w:type="dxa"/>
                  <w:shd w:val="clear" w:color="auto" w:fill="C6E7F3"/>
                  <w:tcMar>
                    <w:top w:w="45" w:type="dxa"/>
                    <w:left w:w="70" w:type="dxa"/>
                    <w:bottom w:w="45" w:type="dxa"/>
                    <w:right w:w="70" w:type="dxa"/>
                  </w:tcMar>
                </w:tcPr>
                <w:p w14:paraId="5E959E71" w14:textId="77777777" w:rsidR="005B3871" w:rsidRDefault="00000000">
                  <w:pPr>
                    <w:keepNext/>
                  </w:pPr>
                  <w:r>
                    <w:rPr>
                      <w:b/>
                      <w:color w:val="000000"/>
                    </w:rPr>
                    <w:t>UVODNI DEL – motivacija, aktivacija predznanja in namen učenja (15–20 min)</w:t>
                  </w:r>
                </w:p>
              </w:tc>
            </w:tr>
          </w:tbl>
          <w:p w14:paraId="7EEECE8B" w14:textId="77777777" w:rsidR="005B3871" w:rsidRDefault="005B3871">
            <w:pPr>
              <w:spacing w:line="20" w:lineRule="exact"/>
            </w:pPr>
          </w:p>
          <w:p w14:paraId="2A76AF7F" w14:textId="77777777" w:rsidR="005B3871" w:rsidRDefault="00000000">
            <w:pPr>
              <w:spacing w:before="40" w:after="60" w:line="245" w:lineRule="auto"/>
            </w:pPr>
            <w:r>
              <w:rPr>
                <w:color w:val="000000"/>
                <w:sz w:val="16"/>
              </w:rPr>
              <w:t>Mehurček iz papirja postane celota, ki jo lahko prepognemo ali pravično razdelimo. Učenci s prekrivanjem preverjajo, ali sta polovici oziroma štiri četrtine res enake.</w:t>
            </w:r>
          </w:p>
          <w:tbl>
            <w:tblPr>
              <w:tblStyle w:val="Tabelamrea"/>
              <w:tblW w:w="0" w:type="auto"/>
              <w:jc w:val="center"/>
              <w:tblLayout w:type="fixed"/>
              <w:tblLook w:val="04A0" w:firstRow="1" w:lastRow="0" w:firstColumn="1" w:lastColumn="0" w:noHBand="0" w:noVBand="1"/>
            </w:tblPr>
            <w:tblGrid>
              <w:gridCol w:w="7087"/>
            </w:tblGrid>
            <w:tr w:rsidR="005B3871" w14:paraId="3531134A" w14:textId="77777777">
              <w:trPr>
                <w:jc w:val="center"/>
              </w:trPr>
              <w:tc>
                <w:tcPr>
                  <w:tcW w:w="7087" w:type="dxa"/>
                  <w:shd w:val="clear" w:color="auto" w:fill="EDC9EA"/>
                  <w:tcMar>
                    <w:top w:w="45" w:type="dxa"/>
                    <w:left w:w="70" w:type="dxa"/>
                    <w:bottom w:w="45" w:type="dxa"/>
                    <w:right w:w="70" w:type="dxa"/>
                  </w:tcMar>
                </w:tcPr>
                <w:p w14:paraId="26375E80" w14:textId="77777777" w:rsidR="005B3871" w:rsidRDefault="00000000">
                  <w:pPr>
                    <w:keepNext/>
                  </w:pPr>
                  <w:r>
                    <w:rPr>
                      <w:b/>
                      <w:color w:val="000000"/>
                    </w:rPr>
                    <w:t>NAMENI UČENJA</w:t>
                  </w:r>
                </w:p>
              </w:tc>
            </w:tr>
          </w:tbl>
          <w:p w14:paraId="36BDDFF7" w14:textId="77777777" w:rsidR="005B3871" w:rsidRDefault="005B3871">
            <w:pPr>
              <w:spacing w:line="20" w:lineRule="exact"/>
            </w:pPr>
          </w:p>
          <w:p w14:paraId="2D45D7A8"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6B6F0219" w14:textId="77777777" w:rsidR="005B3871" w:rsidRDefault="00000000">
            <w:pPr>
              <w:pStyle w:val="Oznaenseznam"/>
              <w:spacing w:after="16"/>
            </w:pPr>
            <w:r>
              <w:rPr>
                <w:color w:val="000000"/>
                <w:sz w:val="16"/>
              </w:rPr>
              <w:t>na konkretnem modelu prepoznam polovico</w:t>
            </w:r>
          </w:p>
          <w:p w14:paraId="1CB07085" w14:textId="77777777" w:rsidR="005B3871" w:rsidRDefault="00000000">
            <w:pPr>
              <w:pStyle w:val="Oznaenseznam"/>
              <w:spacing w:after="16"/>
            </w:pPr>
            <w:r>
              <w:rPr>
                <w:color w:val="000000"/>
                <w:sz w:val="16"/>
              </w:rPr>
              <w:t>prepoznam četrtino</w:t>
            </w:r>
          </w:p>
          <w:p w14:paraId="37D96679" w14:textId="77777777" w:rsidR="005B3871" w:rsidRDefault="00000000">
            <w:pPr>
              <w:pStyle w:val="Oznaenseznam"/>
              <w:spacing w:after="16"/>
            </w:pPr>
            <w:r>
              <w:rPr>
                <w:color w:val="000000"/>
                <w:sz w:val="16"/>
              </w:rPr>
              <w:t>pošteno delim celoto</w:t>
            </w:r>
          </w:p>
          <w:tbl>
            <w:tblPr>
              <w:tblStyle w:val="Tabelamrea"/>
              <w:tblW w:w="0" w:type="auto"/>
              <w:jc w:val="center"/>
              <w:tblLayout w:type="fixed"/>
              <w:tblLook w:val="04A0" w:firstRow="1" w:lastRow="0" w:firstColumn="1" w:lastColumn="0" w:noHBand="0" w:noVBand="1"/>
            </w:tblPr>
            <w:tblGrid>
              <w:gridCol w:w="7087"/>
            </w:tblGrid>
            <w:tr w:rsidR="005B3871" w14:paraId="0237CE16" w14:textId="77777777">
              <w:trPr>
                <w:jc w:val="center"/>
              </w:trPr>
              <w:tc>
                <w:tcPr>
                  <w:tcW w:w="7087" w:type="dxa"/>
                  <w:shd w:val="clear" w:color="auto" w:fill="EDC9EA"/>
                  <w:tcMar>
                    <w:top w:w="45" w:type="dxa"/>
                    <w:left w:w="70" w:type="dxa"/>
                    <w:bottom w:w="45" w:type="dxa"/>
                    <w:right w:w="70" w:type="dxa"/>
                  </w:tcMar>
                </w:tcPr>
                <w:p w14:paraId="2A3D06BA" w14:textId="77777777" w:rsidR="005B3871" w:rsidRDefault="00000000">
                  <w:pPr>
                    <w:keepNext/>
                  </w:pPr>
                  <w:r>
                    <w:rPr>
                      <w:b/>
                      <w:color w:val="000000"/>
                    </w:rPr>
                    <w:t>PREVERJANJE PREDZNANJA</w:t>
                  </w:r>
                </w:p>
              </w:tc>
            </w:tr>
          </w:tbl>
          <w:p w14:paraId="31E9E488" w14:textId="77777777" w:rsidR="005B3871" w:rsidRDefault="005B3871">
            <w:pPr>
              <w:spacing w:line="20" w:lineRule="exact"/>
            </w:pPr>
          </w:p>
          <w:p w14:paraId="74F0F445" w14:textId="77777777" w:rsidR="005B3871" w:rsidRDefault="00000000">
            <w:pPr>
              <w:pStyle w:val="Oznaenseznam"/>
              <w:spacing w:after="16"/>
            </w:pPr>
            <w:r>
              <w:rPr>
                <w:color w:val="000000"/>
                <w:sz w:val="16"/>
              </w:rPr>
              <w:t>Kaj pomeni pravično razdeliti celoto?</w:t>
            </w:r>
          </w:p>
          <w:p w14:paraId="5AD7FB1E" w14:textId="77777777" w:rsidR="005B3871" w:rsidRDefault="00000000">
            <w:pPr>
              <w:pStyle w:val="Oznaenseznam"/>
              <w:spacing w:after="16"/>
            </w:pPr>
            <w:r>
              <w:rPr>
                <w:color w:val="000000"/>
                <w:sz w:val="16"/>
              </w:rPr>
              <w:t>Kako preverim, da so deli enaki?</w:t>
            </w:r>
          </w:p>
          <w:p w14:paraId="2AC99813"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163FD570" w14:textId="77777777">
              <w:trPr>
                <w:jc w:val="center"/>
              </w:trPr>
              <w:tc>
                <w:tcPr>
                  <w:tcW w:w="7087" w:type="dxa"/>
                  <w:shd w:val="clear" w:color="auto" w:fill="EDC9EA"/>
                  <w:tcMar>
                    <w:top w:w="45" w:type="dxa"/>
                    <w:left w:w="70" w:type="dxa"/>
                    <w:bottom w:w="45" w:type="dxa"/>
                    <w:right w:w="70" w:type="dxa"/>
                  </w:tcMar>
                </w:tcPr>
                <w:p w14:paraId="12DBD324" w14:textId="77777777" w:rsidR="005B3871" w:rsidRDefault="00000000">
                  <w:pPr>
                    <w:keepNext/>
                  </w:pPr>
                  <w:r>
                    <w:rPr>
                      <w:b/>
                      <w:color w:val="000000"/>
                    </w:rPr>
                    <w:t>KRITERIJI USPEŠNOSTI</w:t>
                  </w:r>
                </w:p>
              </w:tc>
            </w:tr>
          </w:tbl>
          <w:p w14:paraId="29EBD67F" w14:textId="77777777" w:rsidR="005B3871" w:rsidRDefault="005B3871"/>
          <w:p w14:paraId="57909170" w14:textId="77777777" w:rsidR="005B3871" w:rsidRDefault="00000000">
            <w:pPr>
              <w:spacing w:before="20" w:after="20" w:line="245" w:lineRule="auto"/>
            </w:pPr>
            <w:r>
              <w:rPr>
                <w:b/>
                <w:color w:val="000000"/>
                <w:sz w:val="16"/>
              </w:rPr>
              <w:t>Uspešen/-na bom, ko:</w:t>
            </w:r>
          </w:p>
          <w:p w14:paraId="60286494" w14:textId="77777777" w:rsidR="005B3871" w:rsidRDefault="00000000">
            <w:pPr>
              <w:pStyle w:val="Oznaenseznam"/>
              <w:spacing w:after="16"/>
            </w:pPr>
            <w:r>
              <w:rPr>
                <w:color w:val="000000"/>
                <w:sz w:val="16"/>
              </w:rPr>
              <w:t>na konkretnem modelu prepoznam polovico</w:t>
            </w:r>
          </w:p>
          <w:p w14:paraId="08A77B61" w14:textId="77777777" w:rsidR="005B3871" w:rsidRDefault="00000000">
            <w:pPr>
              <w:pStyle w:val="Oznaenseznam"/>
              <w:spacing w:after="16"/>
            </w:pPr>
            <w:r>
              <w:rPr>
                <w:color w:val="000000"/>
                <w:sz w:val="16"/>
              </w:rPr>
              <w:t>prepoznam četrtino</w:t>
            </w:r>
          </w:p>
          <w:p w14:paraId="1C34E426" w14:textId="77777777" w:rsidR="005B3871" w:rsidRDefault="00000000">
            <w:pPr>
              <w:pStyle w:val="Oznaenseznam"/>
              <w:spacing w:after="16"/>
            </w:pPr>
            <w:r>
              <w:rPr>
                <w:color w:val="000000"/>
                <w:sz w:val="16"/>
              </w:rPr>
              <w:t>pošteno delim celoto</w:t>
            </w:r>
          </w:p>
          <w:p w14:paraId="34214A37"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7C28F399" w14:textId="77777777" w:rsidR="005B3871" w:rsidRDefault="005B3871"/>
          <w:p w14:paraId="4A1629B2"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4F4A67E8" w14:textId="77777777" w:rsidR="005B3871" w:rsidRDefault="00000000">
            <w:pPr>
              <w:spacing w:after="80" w:line="245" w:lineRule="auto"/>
            </w:pPr>
            <w:r>
              <w:rPr>
                <w:color w:val="000000"/>
                <w:sz w:val="16"/>
              </w:rPr>
              <w:t>Pove, pokaže ali nariše, kako bi nalogo začel. Posluša tudi drugačne strategije.</w:t>
            </w:r>
          </w:p>
          <w:p w14:paraId="74810BBD" w14:textId="77777777" w:rsidR="005B3871" w:rsidRDefault="00000000">
            <w:pPr>
              <w:spacing w:after="100" w:line="245" w:lineRule="auto"/>
            </w:pPr>
            <w:r>
              <w:rPr>
                <w:color w:val="000000"/>
                <w:sz w:val="16"/>
              </w:rPr>
              <w:t>Sodeluje pri razumevanju namenov in kriterijev uspešnosti.</w:t>
            </w:r>
          </w:p>
          <w:p w14:paraId="15AC5769" w14:textId="77777777" w:rsidR="005B3871" w:rsidRDefault="00000000">
            <w:pPr>
              <w:spacing w:after="20" w:line="245" w:lineRule="auto"/>
            </w:pPr>
            <w:r>
              <w:rPr>
                <w:b/>
                <w:color w:val="D95BC6"/>
                <w:sz w:val="17"/>
              </w:rPr>
              <w:t>DOKAZ O UČENJU</w:t>
            </w:r>
          </w:p>
          <w:p w14:paraId="0FA21377" w14:textId="77777777" w:rsidR="005B3871" w:rsidRDefault="00000000">
            <w:pPr>
              <w:spacing w:after="30" w:line="245" w:lineRule="auto"/>
            </w:pPr>
            <w:r>
              <w:rPr>
                <w:color w:val="D95BC6"/>
                <w:sz w:val="16"/>
              </w:rPr>
              <w:t>začetna strategija, razvrstitev, model, risba, gib ali ustni odgovor</w:t>
            </w:r>
          </w:p>
        </w:tc>
      </w:tr>
    </w:tbl>
    <w:p w14:paraId="19FC15D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C61653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6DDA0A1"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F68390D" w14:textId="77777777" w:rsidR="005B3871" w:rsidRDefault="00000000">
            <w:pPr>
              <w:jc w:val="center"/>
            </w:pPr>
            <w:r>
              <w:rPr>
                <w:b/>
                <w:color w:val="000000"/>
                <w:sz w:val="20"/>
              </w:rPr>
              <w:t>UČNE DEJAVNOSTI, METODE IN FORMATIVNO SPREMLJANJE</w:t>
            </w:r>
          </w:p>
        </w:tc>
      </w:tr>
      <w:tr w:rsidR="005B3871" w14:paraId="679203ED" w14:textId="77777777">
        <w:trPr>
          <w:tblHeader/>
          <w:jc w:val="center"/>
        </w:trPr>
        <w:tc>
          <w:tcPr>
            <w:tcW w:w="4422" w:type="dxa"/>
            <w:vMerge/>
            <w:tcMar>
              <w:top w:w="70" w:type="dxa"/>
              <w:left w:w="90" w:type="dxa"/>
              <w:bottom w:w="70" w:type="dxa"/>
              <w:right w:w="90" w:type="dxa"/>
            </w:tcMar>
            <w:vAlign w:val="center"/>
          </w:tcPr>
          <w:p w14:paraId="4F75B3DE" w14:textId="77777777" w:rsidR="005B3871" w:rsidRDefault="005B3871"/>
        </w:tc>
        <w:tc>
          <w:tcPr>
            <w:tcW w:w="7087" w:type="dxa"/>
            <w:shd w:val="clear" w:color="auto" w:fill="FFFFFF"/>
            <w:tcMar>
              <w:top w:w="70" w:type="dxa"/>
              <w:left w:w="90" w:type="dxa"/>
              <w:bottom w:w="70" w:type="dxa"/>
              <w:right w:w="90" w:type="dxa"/>
            </w:tcMar>
            <w:vAlign w:val="center"/>
          </w:tcPr>
          <w:p w14:paraId="71823C43"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C4ED6C5" w14:textId="77777777" w:rsidR="005B3871" w:rsidRDefault="00000000">
            <w:pPr>
              <w:jc w:val="center"/>
            </w:pPr>
            <w:r>
              <w:rPr>
                <w:b/>
                <w:color w:val="000000"/>
              </w:rPr>
              <w:t>UČENEC</w:t>
            </w:r>
          </w:p>
        </w:tc>
      </w:tr>
      <w:tr w:rsidR="005B3871" w14:paraId="5F742CDD" w14:textId="77777777">
        <w:trPr>
          <w:jc w:val="center"/>
        </w:trPr>
        <w:tc>
          <w:tcPr>
            <w:tcW w:w="4422" w:type="dxa"/>
            <w:tcMar>
              <w:top w:w="70" w:type="dxa"/>
              <w:left w:w="90" w:type="dxa"/>
              <w:bottom w:w="70" w:type="dxa"/>
              <w:right w:w="90" w:type="dxa"/>
            </w:tcMar>
          </w:tcPr>
          <w:p w14:paraId="67AD9C6C" w14:textId="77777777" w:rsidR="005B3871" w:rsidRDefault="005B3871"/>
          <w:p w14:paraId="0A56C8B5" w14:textId="77777777" w:rsidR="005B3871" w:rsidRDefault="00000000">
            <w:pPr>
              <w:spacing w:after="40" w:line="245" w:lineRule="auto"/>
            </w:pPr>
            <w:r>
              <w:rPr>
                <w:b/>
                <w:color w:val="000000"/>
              </w:rPr>
              <w:t>KLJUČNI POJMI</w:t>
            </w:r>
          </w:p>
          <w:p w14:paraId="3E5E89B1" w14:textId="77777777" w:rsidR="005B3871" w:rsidRDefault="00000000">
            <w:pPr>
              <w:spacing w:after="60" w:line="245" w:lineRule="auto"/>
            </w:pPr>
            <w:r>
              <w:rPr>
                <w:color w:val="000000"/>
                <w:sz w:val="16"/>
              </w:rPr>
              <w:t>celota, del, enaki deli, polovica, četrtina, pravična delitev, prekrivanje, sestavljanje</w:t>
            </w:r>
          </w:p>
          <w:p w14:paraId="4BD51F25" w14:textId="77777777" w:rsidR="005B3871" w:rsidRDefault="00000000">
            <w:pPr>
              <w:spacing w:after="20" w:line="245" w:lineRule="auto"/>
            </w:pPr>
            <w:r>
              <w:rPr>
                <w:b/>
                <w:color w:val="000000"/>
                <w:sz w:val="17"/>
              </w:rPr>
              <w:t>DOKAZI O UČENJU</w:t>
            </w:r>
          </w:p>
          <w:p w14:paraId="4A18B219" w14:textId="77777777" w:rsidR="005B3871" w:rsidRDefault="00000000">
            <w:pPr>
              <w:pStyle w:val="Oznaenseznam"/>
              <w:spacing w:after="16"/>
            </w:pPr>
            <w:r>
              <w:rPr>
                <w:color w:val="000000"/>
                <w:sz w:val="16"/>
              </w:rPr>
              <w:t>prepognjen model celote in polovic</w:t>
            </w:r>
          </w:p>
          <w:p w14:paraId="307532E3" w14:textId="77777777" w:rsidR="005B3871" w:rsidRDefault="00000000">
            <w:pPr>
              <w:pStyle w:val="Oznaenseznam"/>
              <w:spacing w:after="16"/>
            </w:pPr>
            <w:r>
              <w:rPr>
                <w:color w:val="000000"/>
                <w:sz w:val="16"/>
              </w:rPr>
              <w:t>konkretna delitev na dve enaki skupini</w:t>
            </w:r>
          </w:p>
          <w:p w14:paraId="1B2E0516" w14:textId="77777777" w:rsidR="005B3871" w:rsidRDefault="00000000">
            <w:pPr>
              <w:pStyle w:val="Oznaenseznam"/>
              <w:spacing w:after="16"/>
            </w:pPr>
            <w:r>
              <w:rPr>
                <w:color w:val="000000"/>
                <w:sz w:val="16"/>
              </w:rPr>
              <w:t>model štirih četrtin in sestavljena celota</w:t>
            </w:r>
          </w:p>
          <w:p w14:paraId="4F85CF91" w14:textId="77777777" w:rsidR="005B3871" w:rsidRDefault="00000000">
            <w:pPr>
              <w:pStyle w:val="Oznaenseznam"/>
              <w:spacing w:after="16"/>
            </w:pPr>
            <w:r>
              <w:rPr>
                <w:color w:val="000000"/>
                <w:sz w:val="16"/>
              </w:rPr>
              <w:t>gibalni prikaz delov celote</w:t>
            </w:r>
          </w:p>
          <w:p w14:paraId="5B78DED1" w14:textId="77777777" w:rsidR="005B3871" w:rsidRDefault="00000000">
            <w:pPr>
              <w:spacing w:before="40" w:after="20" w:line="245" w:lineRule="auto"/>
            </w:pPr>
            <w:r>
              <w:rPr>
                <w:b/>
                <w:color w:val="000000"/>
                <w:sz w:val="17"/>
              </w:rPr>
              <w:t>MEDPREDMETNA POVEZAVA</w:t>
            </w:r>
          </w:p>
          <w:p w14:paraId="4708DC68" w14:textId="77777777" w:rsidR="005B3871" w:rsidRDefault="00000000">
            <w:pPr>
              <w:spacing w:after="60" w:line="245" w:lineRule="auto"/>
            </w:pPr>
            <w:r>
              <w:rPr>
                <w:color w:val="000000"/>
                <w:sz w:val="16"/>
              </w:rPr>
              <w:t>SLJ – razlaga postopka; SPO – voda in spreminjanje; LUM – zgibanje in kolaž; ŠPO – živi deli celote</w:t>
            </w:r>
          </w:p>
          <w:p w14:paraId="39FC4B83" w14:textId="77777777" w:rsidR="005B3871" w:rsidRDefault="00000000">
            <w:pPr>
              <w:spacing w:after="20" w:line="245" w:lineRule="auto"/>
            </w:pPr>
            <w:r>
              <w:rPr>
                <w:b/>
                <w:color w:val="000000"/>
                <w:sz w:val="17"/>
              </w:rPr>
              <w:t>POUČEVANJE V GIBANJU</w:t>
            </w:r>
          </w:p>
          <w:p w14:paraId="1EE9B03E"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061AF13A" w14:textId="77777777" w:rsidR="005B3871" w:rsidRDefault="00000000">
            <w:pPr>
              <w:spacing w:after="20" w:line="245" w:lineRule="auto"/>
            </w:pPr>
            <w:r>
              <w:rPr>
                <w:b/>
                <w:color w:val="000000"/>
                <w:sz w:val="17"/>
              </w:rPr>
              <w:t>DELO PO POSTAJAH</w:t>
            </w:r>
          </w:p>
          <w:p w14:paraId="52A4E21C" w14:textId="77777777" w:rsidR="005B3871" w:rsidRDefault="00000000">
            <w:pPr>
              <w:spacing w:after="60" w:line="245" w:lineRule="auto"/>
            </w:pPr>
            <w:r>
              <w:rPr>
                <w:color w:val="000000"/>
                <w:sz w:val="15"/>
              </w:rPr>
              <w:t>Načrtovana rotacija: konkretno-izkušenjska – Celota in dve polovici; gibalna/sodelovalna – Pravična delitev; slikovno-simbolna – Štiri četrtine; izziv, dokaz in povratna informacija – Živa celota. Pri pisnem ocenjevanju se postaje izvedejo v pripravi, analizi in ponovnem učenju.</w:t>
            </w:r>
          </w:p>
          <w:p w14:paraId="1A83342D" w14:textId="77777777" w:rsidR="005B3871" w:rsidRDefault="00000000">
            <w:pPr>
              <w:spacing w:after="20" w:line="245" w:lineRule="auto"/>
            </w:pPr>
            <w:r>
              <w:rPr>
                <w:b/>
                <w:color w:val="000000"/>
                <w:sz w:val="17"/>
              </w:rPr>
              <w:t>DIFERENCIACIJA IN VKLJUČEVANJE</w:t>
            </w:r>
          </w:p>
          <w:p w14:paraId="36755A52"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4F16C990" w14:textId="77777777" w:rsidR="005B3871" w:rsidRDefault="00000000">
            <w:pPr>
              <w:spacing w:after="20" w:line="245" w:lineRule="auto"/>
            </w:pPr>
            <w:r>
              <w:rPr>
                <w:b/>
                <w:color w:val="000000"/>
                <w:sz w:val="17"/>
              </w:rPr>
              <w:t>SPREMLJANJE</w:t>
            </w:r>
          </w:p>
          <w:p w14:paraId="383F87FB"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78508CE2"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3650BCE" w14:textId="77777777">
              <w:trPr>
                <w:jc w:val="center"/>
              </w:trPr>
              <w:tc>
                <w:tcPr>
                  <w:tcW w:w="7087" w:type="dxa"/>
                  <w:shd w:val="clear" w:color="auto" w:fill="C6E7F3"/>
                  <w:tcMar>
                    <w:top w:w="45" w:type="dxa"/>
                    <w:left w:w="70" w:type="dxa"/>
                    <w:bottom w:w="45" w:type="dxa"/>
                    <w:right w:w="70" w:type="dxa"/>
                  </w:tcMar>
                </w:tcPr>
                <w:p w14:paraId="4539BF19" w14:textId="77777777" w:rsidR="005B3871" w:rsidRDefault="00000000">
                  <w:pPr>
                    <w:keepNext/>
                  </w:pPr>
                  <w:r>
                    <w:rPr>
                      <w:b/>
                      <w:color w:val="000000"/>
                    </w:rPr>
                    <w:t>GLAVNI DEL – IZKUŠENJSKO IN PROBLEMSKO UČENJE (4 šolske ure)</w:t>
                  </w:r>
                </w:p>
              </w:tc>
            </w:tr>
          </w:tbl>
          <w:p w14:paraId="6682C2FD" w14:textId="77777777" w:rsidR="005B3871" w:rsidRDefault="005B3871">
            <w:pPr>
              <w:spacing w:line="20" w:lineRule="exact"/>
            </w:pPr>
          </w:p>
          <w:p w14:paraId="417F45FE" w14:textId="77777777" w:rsidR="005B3871" w:rsidRDefault="00000000">
            <w:pPr>
              <w:keepNext/>
              <w:spacing w:before="40" w:after="10" w:line="245" w:lineRule="auto"/>
            </w:pPr>
            <w:r>
              <w:rPr>
                <w:b/>
                <w:color w:val="000000"/>
                <w:sz w:val="17"/>
              </w:rPr>
              <w:t>1. URA – Celota in dve polovici</w:t>
            </w:r>
          </w:p>
          <w:p w14:paraId="4AACF232" w14:textId="77777777" w:rsidR="005B3871" w:rsidRDefault="00000000">
            <w:pPr>
              <w:spacing w:after="14" w:line="245" w:lineRule="auto"/>
            </w:pPr>
            <w:r>
              <w:rPr>
                <w:b/>
                <w:color w:val="000000"/>
                <w:sz w:val="16"/>
              </w:rPr>
              <w:t xml:space="preserve">Dejavnost učiteljice: </w:t>
            </w:r>
            <w:r>
              <w:rPr>
                <w:color w:val="000000"/>
                <w:sz w:val="16"/>
              </w:rPr>
              <w:t>Z zgibanjem kroga modelira razdelitev na dva enaka dela in preverjanje s prekrivanjem.</w:t>
            </w:r>
          </w:p>
          <w:p w14:paraId="67D44898" w14:textId="77777777" w:rsidR="005B3871" w:rsidRDefault="00000000">
            <w:pPr>
              <w:spacing w:after="14" w:line="245" w:lineRule="auto"/>
            </w:pPr>
            <w:r>
              <w:rPr>
                <w:b/>
                <w:color w:val="000000"/>
                <w:sz w:val="16"/>
              </w:rPr>
              <w:t xml:space="preserve">Dejavnost učencev: </w:t>
            </w:r>
            <w:r>
              <w:rPr>
                <w:color w:val="000000"/>
                <w:sz w:val="16"/>
              </w:rPr>
              <w:t>Prepognejo model, poimenujejo celoto in polovici ter preverijo enakost.</w:t>
            </w:r>
          </w:p>
          <w:p w14:paraId="55F1E6A7" w14:textId="77777777" w:rsidR="005B3871" w:rsidRDefault="00000000">
            <w:pPr>
              <w:spacing w:after="24" w:line="245" w:lineRule="auto"/>
            </w:pPr>
            <w:r>
              <w:rPr>
                <w:i/>
                <w:color w:val="D95BC6"/>
                <w:sz w:val="16"/>
              </w:rPr>
              <w:t>Predvideni dokaz: prepognjen model celote in polovic.</w:t>
            </w:r>
          </w:p>
          <w:p w14:paraId="3C2A830A" w14:textId="77777777" w:rsidR="005B3871" w:rsidRDefault="00000000">
            <w:pPr>
              <w:keepNext/>
              <w:spacing w:before="40" w:after="10" w:line="245" w:lineRule="auto"/>
            </w:pPr>
            <w:r>
              <w:rPr>
                <w:b/>
                <w:color w:val="000000"/>
                <w:sz w:val="17"/>
              </w:rPr>
              <w:t>2. URA – Pravična delitev</w:t>
            </w:r>
          </w:p>
          <w:p w14:paraId="45F1DF77" w14:textId="77777777" w:rsidR="005B3871" w:rsidRDefault="00000000">
            <w:pPr>
              <w:spacing w:after="14" w:line="245" w:lineRule="auto"/>
            </w:pPr>
            <w:r>
              <w:rPr>
                <w:b/>
                <w:color w:val="000000"/>
                <w:sz w:val="16"/>
              </w:rPr>
              <w:t xml:space="preserve">Dejavnost učiteljice: </w:t>
            </w:r>
            <w:r>
              <w:rPr>
                <w:color w:val="000000"/>
                <w:sz w:val="16"/>
              </w:rPr>
              <w:t>Pripravi predmete ali količine, ki jih je mogoče razdeliti na dve enaki skupini.</w:t>
            </w:r>
          </w:p>
          <w:p w14:paraId="6B16A0FC" w14:textId="77777777" w:rsidR="005B3871" w:rsidRDefault="00000000">
            <w:pPr>
              <w:spacing w:after="14" w:line="245" w:lineRule="auto"/>
            </w:pPr>
            <w:r>
              <w:rPr>
                <w:b/>
                <w:color w:val="000000"/>
                <w:sz w:val="16"/>
              </w:rPr>
              <w:t xml:space="preserve">Dejavnost učencev: </w:t>
            </w:r>
            <w:r>
              <w:rPr>
                <w:color w:val="000000"/>
                <w:sz w:val="16"/>
              </w:rPr>
              <w:t>V paru pravično razdelijo količino ter rešitev preverijo s prirejanjem.</w:t>
            </w:r>
          </w:p>
          <w:p w14:paraId="5E2ACBB2" w14:textId="77777777" w:rsidR="005B3871" w:rsidRDefault="00000000">
            <w:pPr>
              <w:spacing w:after="24" w:line="245" w:lineRule="auto"/>
            </w:pPr>
            <w:r>
              <w:rPr>
                <w:i/>
                <w:color w:val="D95BC6"/>
                <w:sz w:val="16"/>
              </w:rPr>
              <w:t>Predvideni dokaz: konkretna delitev na dve enaki skupini.</w:t>
            </w:r>
          </w:p>
          <w:p w14:paraId="2AD55816" w14:textId="77777777" w:rsidR="005B3871" w:rsidRDefault="00000000">
            <w:pPr>
              <w:keepNext/>
              <w:spacing w:before="40" w:after="10" w:line="245" w:lineRule="auto"/>
            </w:pPr>
            <w:r>
              <w:rPr>
                <w:b/>
                <w:color w:val="000000"/>
                <w:sz w:val="17"/>
              </w:rPr>
              <w:t>3. URA – Štiri četrtine</w:t>
            </w:r>
          </w:p>
          <w:p w14:paraId="55A11776" w14:textId="77777777" w:rsidR="005B3871" w:rsidRDefault="00000000">
            <w:pPr>
              <w:spacing w:after="14" w:line="245" w:lineRule="auto"/>
            </w:pPr>
            <w:r>
              <w:rPr>
                <w:b/>
                <w:color w:val="000000"/>
                <w:sz w:val="16"/>
              </w:rPr>
              <w:t xml:space="preserve">Dejavnost učiteljice: </w:t>
            </w:r>
            <w:r>
              <w:rPr>
                <w:color w:val="000000"/>
                <w:sz w:val="16"/>
              </w:rPr>
              <w:t>Celoto postopno prepogne še enkrat in poveže štiri enake dele s pojmom četrtina.</w:t>
            </w:r>
          </w:p>
          <w:p w14:paraId="200DF10C" w14:textId="77777777" w:rsidR="005B3871" w:rsidRDefault="00000000">
            <w:pPr>
              <w:spacing w:after="14" w:line="245" w:lineRule="auto"/>
            </w:pPr>
            <w:r>
              <w:rPr>
                <w:b/>
                <w:color w:val="000000"/>
                <w:sz w:val="16"/>
              </w:rPr>
              <w:t xml:space="preserve">Dejavnost učencev: </w:t>
            </w:r>
            <w:r>
              <w:rPr>
                <w:color w:val="000000"/>
                <w:sz w:val="16"/>
              </w:rPr>
              <w:t>Izdelajo četrtine, dele preštejejo in sestavijo nazaj v celoto.</w:t>
            </w:r>
          </w:p>
          <w:p w14:paraId="51E51168" w14:textId="77777777" w:rsidR="005B3871" w:rsidRDefault="00000000">
            <w:pPr>
              <w:spacing w:after="24" w:line="245" w:lineRule="auto"/>
            </w:pPr>
            <w:r>
              <w:rPr>
                <w:i/>
                <w:color w:val="D95BC6"/>
                <w:sz w:val="16"/>
              </w:rPr>
              <w:t>Predvideni dokaz: model štirih četrtin in sestavljena celota.</w:t>
            </w:r>
          </w:p>
          <w:p w14:paraId="5BD99786" w14:textId="77777777" w:rsidR="005B3871" w:rsidRDefault="00000000">
            <w:pPr>
              <w:keepNext/>
              <w:spacing w:before="40" w:after="10" w:line="245" w:lineRule="auto"/>
            </w:pPr>
            <w:r>
              <w:rPr>
                <w:b/>
                <w:color w:val="000000"/>
                <w:sz w:val="17"/>
              </w:rPr>
              <w:t>4. URA – Živa celota</w:t>
            </w:r>
          </w:p>
          <w:p w14:paraId="4596DA3A" w14:textId="77777777" w:rsidR="005B3871" w:rsidRDefault="00000000">
            <w:pPr>
              <w:spacing w:after="14" w:line="245" w:lineRule="auto"/>
            </w:pPr>
            <w:r>
              <w:rPr>
                <w:b/>
                <w:color w:val="000000"/>
                <w:sz w:val="16"/>
              </w:rPr>
              <w:t xml:space="preserve">Dejavnost učiteljice: </w:t>
            </w:r>
            <w:r>
              <w:rPr>
                <w:color w:val="000000"/>
                <w:sz w:val="16"/>
              </w:rPr>
              <w:t>Na tleh označi celoto in štiri enaka polja.</w:t>
            </w:r>
          </w:p>
          <w:p w14:paraId="473EC826" w14:textId="77777777" w:rsidR="005B3871" w:rsidRDefault="00000000">
            <w:pPr>
              <w:spacing w:after="14" w:line="245" w:lineRule="auto"/>
            </w:pPr>
            <w:r>
              <w:rPr>
                <w:b/>
                <w:color w:val="000000"/>
                <w:sz w:val="16"/>
              </w:rPr>
              <w:t xml:space="preserve">Dejavnost učencev: </w:t>
            </w:r>
            <w:r>
              <w:rPr>
                <w:color w:val="000000"/>
                <w:sz w:val="16"/>
              </w:rPr>
              <w:t>S telesom ali karticami sestavijo polovice in četrtine ter povedo odnos do celote.</w:t>
            </w:r>
          </w:p>
          <w:p w14:paraId="4E9134EB" w14:textId="77777777" w:rsidR="005B3871" w:rsidRDefault="00000000">
            <w:pPr>
              <w:spacing w:after="24" w:line="245" w:lineRule="auto"/>
            </w:pPr>
            <w:r>
              <w:rPr>
                <w:i/>
                <w:color w:val="D95BC6"/>
                <w:sz w:val="16"/>
              </w:rPr>
              <w:t>Predvideni dokaz: gibalni prikaz delov celote.</w:t>
            </w:r>
          </w:p>
          <w:tbl>
            <w:tblPr>
              <w:tblStyle w:val="Tabelamrea"/>
              <w:tblW w:w="0" w:type="auto"/>
              <w:jc w:val="center"/>
              <w:tblLayout w:type="fixed"/>
              <w:tblLook w:val="04A0" w:firstRow="1" w:lastRow="0" w:firstColumn="1" w:lastColumn="0" w:noHBand="0" w:noVBand="1"/>
            </w:tblPr>
            <w:tblGrid>
              <w:gridCol w:w="7087"/>
            </w:tblGrid>
            <w:tr w:rsidR="005B3871" w14:paraId="4CBEF291" w14:textId="77777777">
              <w:trPr>
                <w:jc w:val="center"/>
              </w:trPr>
              <w:tc>
                <w:tcPr>
                  <w:tcW w:w="7087" w:type="dxa"/>
                  <w:shd w:val="clear" w:color="auto" w:fill="EDC9EA"/>
                  <w:tcMar>
                    <w:top w:w="45" w:type="dxa"/>
                    <w:left w:w="70" w:type="dxa"/>
                    <w:bottom w:w="45" w:type="dxa"/>
                    <w:right w:w="70" w:type="dxa"/>
                  </w:tcMar>
                </w:tcPr>
                <w:p w14:paraId="33A7F06A" w14:textId="77777777" w:rsidR="005B3871" w:rsidRDefault="00000000">
                  <w:pPr>
                    <w:keepNext/>
                  </w:pPr>
                  <w:r>
                    <w:rPr>
                      <w:b/>
                      <w:color w:val="000000"/>
                    </w:rPr>
                    <w:t>POVRATNA INFORMACIJA UČITELJICE MED DELOM</w:t>
                  </w:r>
                </w:p>
              </w:tc>
            </w:tr>
          </w:tbl>
          <w:p w14:paraId="546C7945" w14:textId="77777777" w:rsidR="005B3871" w:rsidRDefault="005B3871"/>
          <w:p w14:paraId="607528AD"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09A6622C" w14:textId="77777777" w:rsidR="005B3871" w:rsidRDefault="005B3871"/>
          <w:p w14:paraId="4F10E5FC" w14:textId="77777777" w:rsidR="005B3871" w:rsidRDefault="00000000">
            <w:pPr>
              <w:spacing w:after="10" w:line="245" w:lineRule="auto"/>
            </w:pPr>
            <w:r>
              <w:rPr>
                <w:b/>
                <w:color w:val="000000"/>
                <w:sz w:val="16"/>
              </w:rPr>
              <w:t>1. URA</w:t>
            </w:r>
          </w:p>
          <w:p w14:paraId="5653D0A2" w14:textId="77777777" w:rsidR="005B3871" w:rsidRDefault="00000000">
            <w:pPr>
              <w:spacing w:after="30" w:line="245" w:lineRule="auto"/>
            </w:pPr>
            <w:r>
              <w:rPr>
                <w:color w:val="000000"/>
                <w:sz w:val="16"/>
              </w:rPr>
              <w:t>Prepognejo model, poimenujejo celoto in polovici ter preverijo enakost.</w:t>
            </w:r>
          </w:p>
          <w:p w14:paraId="6877B9C1" w14:textId="77777777" w:rsidR="005B3871" w:rsidRDefault="00000000">
            <w:pPr>
              <w:spacing w:line="245" w:lineRule="auto"/>
            </w:pPr>
            <w:r>
              <w:rPr>
                <w:b/>
                <w:color w:val="D95BC6"/>
                <w:sz w:val="16"/>
              </w:rPr>
              <w:t>DOKAZ</w:t>
            </w:r>
          </w:p>
          <w:p w14:paraId="541E1853" w14:textId="77777777" w:rsidR="005B3871" w:rsidRDefault="00000000">
            <w:pPr>
              <w:spacing w:after="40" w:line="245" w:lineRule="auto"/>
            </w:pPr>
            <w:r>
              <w:rPr>
                <w:color w:val="D95BC6"/>
                <w:sz w:val="15"/>
              </w:rPr>
              <w:t>prepognjen model celote in polovic</w:t>
            </w:r>
          </w:p>
          <w:p w14:paraId="2198019E" w14:textId="77777777" w:rsidR="005B3871" w:rsidRDefault="00000000">
            <w:pPr>
              <w:spacing w:after="10" w:line="245" w:lineRule="auto"/>
            </w:pPr>
            <w:r>
              <w:rPr>
                <w:b/>
                <w:color w:val="000000"/>
                <w:sz w:val="16"/>
              </w:rPr>
              <w:t>2. URA</w:t>
            </w:r>
          </w:p>
          <w:p w14:paraId="5F82DF97" w14:textId="77777777" w:rsidR="005B3871" w:rsidRDefault="00000000">
            <w:pPr>
              <w:spacing w:after="30" w:line="245" w:lineRule="auto"/>
            </w:pPr>
            <w:r>
              <w:rPr>
                <w:color w:val="000000"/>
                <w:sz w:val="16"/>
              </w:rPr>
              <w:t>V paru pravično razdelijo količino ter rešitev preverijo s prirejanjem.</w:t>
            </w:r>
          </w:p>
          <w:p w14:paraId="3AC891DA" w14:textId="77777777" w:rsidR="005B3871" w:rsidRDefault="00000000">
            <w:pPr>
              <w:spacing w:line="245" w:lineRule="auto"/>
            </w:pPr>
            <w:r>
              <w:rPr>
                <w:b/>
                <w:color w:val="D95BC6"/>
                <w:sz w:val="16"/>
              </w:rPr>
              <w:t>DOKAZ</w:t>
            </w:r>
          </w:p>
          <w:p w14:paraId="3B90248C" w14:textId="77777777" w:rsidR="005B3871" w:rsidRDefault="00000000">
            <w:pPr>
              <w:spacing w:after="40" w:line="245" w:lineRule="auto"/>
            </w:pPr>
            <w:r>
              <w:rPr>
                <w:color w:val="D95BC6"/>
                <w:sz w:val="15"/>
              </w:rPr>
              <w:t>konkretna delitev na dve enaki skupini</w:t>
            </w:r>
          </w:p>
          <w:p w14:paraId="23D6EC39" w14:textId="77777777" w:rsidR="005B3871" w:rsidRDefault="00000000">
            <w:pPr>
              <w:spacing w:after="10" w:line="245" w:lineRule="auto"/>
            </w:pPr>
            <w:r>
              <w:rPr>
                <w:b/>
                <w:color w:val="000000"/>
                <w:sz w:val="16"/>
              </w:rPr>
              <w:t>3. URA</w:t>
            </w:r>
          </w:p>
          <w:p w14:paraId="073106A0" w14:textId="77777777" w:rsidR="005B3871" w:rsidRDefault="00000000">
            <w:pPr>
              <w:spacing w:after="30" w:line="245" w:lineRule="auto"/>
            </w:pPr>
            <w:r>
              <w:rPr>
                <w:color w:val="000000"/>
                <w:sz w:val="16"/>
              </w:rPr>
              <w:t>Izdelajo četrtine, dele preštejejo in sestavijo nazaj v celoto.</w:t>
            </w:r>
          </w:p>
          <w:p w14:paraId="7ED7D946" w14:textId="77777777" w:rsidR="005B3871" w:rsidRDefault="00000000">
            <w:pPr>
              <w:spacing w:line="245" w:lineRule="auto"/>
            </w:pPr>
            <w:r>
              <w:rPr>
                <w:b/>
                <w:color w:val="D95BC6"/>
                <w:sz w:val="16"/>
              </w:rPr>
              <w:t>DOKAZ</w:t>
            </w:r>
          </w:p>
          <w:p w14:paraId="39B758A1" w14:textId="77777777" w:rsidR="005B3871" w:rsidRDefault="00000000">
            <w:pPr>
              <w:spacing w:after="40" w:line="245" w:lineRule="auto"/>
            </w:pPr>
            <w:r>
              <w:rPr>
                <w:color w:val="D95BC6"/>
                <w:sz w:val="15"/>
              </w:rPr>
              <w:t>model štirih četrtin in sestavljena celota</w:t>
            </w:r>
          </w:p>
          <w:p w14:paraId="49CFD841" w14:textId="77777777" w:rsidR="005B3871" w:rsidRDefault="00000000">
            <w:pPr>
              <w:spacing w:after="10" w:line="245" w:lineRule="auto"/>
            </w:pPr>
            <w:r>
              <w:rPr>
                <w:b/>
                <w:color w:val="000000"/>
                <w:sz w:val="16"/>
              </w:rPr>
              <w:t>4. URA</w:t>
            </w:r>
          </w:p>
          <w:p w14:paraId="45A7FF31" w14:textId="77777777" w:rsidR="005B3871" w:rsidRDefault="00000000">
            <w:pPr>
              <w:spacing w:after="30" w:line="245" w:lineRule="auto"/>
            </w:pPr>
            <w:r>
              <w:rPr>
                <w:color w:val="000000"/>
                <w:sz w:val="16"/>
              </w:rPr>
              <w:t>S telesom ali karticami sestavijo polovice in četrtine ter povedo odnos do celote.</w:t>
            </w:r>
          </w:p>
          <w:p w14:paraId="58F5E2E0" w14:textId="77777777" w:rsidR="005B3871" w:rsidRDefault="00000000">
            <w:pPr>
              <w:spacing w:line="245" w:lineRule="auto"/>
            </w:pPr>
            <w:r>
              <w:rPr>
                <w:b/>
                <w:color w:val="D95BC6"/>
                <w:sz w:val="16"/>
              </w:rPr>
              <w:t>DOKAZ</w:t>
            </w:r>
          </w:p>
          <w:p w14:paraId="6C0D90AD" w14:textId="77777777" w:rsidR="005B3871" w:rsidRDefault="00000000">
            <w:pPr>
              <w:spacing w:after="40" w:line="245" w:lineRule="auto"/>
            </w:pPr>
            <w:r>
              <w:rPr>
                <w:color w:val="D95BC6"/>
                <w:sz w:val="15"/>
              </w:rPr>
              <w:t>gibalni prikaz delov celote</w:t>
            </w:r>
          </w:p>
        </w:tc>
      </w:tr>
    </w:tbl>
    <w:p w14:paraId="06EA0968"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E80F9D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B779C91"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6BE52F3" w14:textId="77777777" w:rsidR="005B3871" w:rsidRDefault="00000000">
            <w:pPr>
              <w:jc w:val="center"/>
            </w:pPr>
            <w:r>
              <w:rPr>
                <w:b/>
                <w:color w:val="000000"/>
                <w:sz w:val="20"/>
              </w:rPr>
              <w:t>UČNE DEJAVNOSTI, METODE IN FORMATIVNO SPREMLJANJE</w:t>
            </w:r>
          </w:p>
        </w:tc>
      </w:tr>
      <w:tr w:rsidR="005B3871" w14:paraId="12DAEA45" w14:textId="77777777">
        <w:trPr>
          <w:tblHeader/>
          <w:jc w:val="center"/>
        </w:trPr>
        <w:tc>
          <w:tcPr>
            <w:tcW w:w="4422" w:type="dxa"/>
            <w:vMerge/>
            <w:tcMar>
              <w:top w:w="70" w:type="dxa"/>
              <w:left w:w="90" w:type="dxa"/>
              <w:bottom w:w="70" w:type="dxa"/>
              <w:right w:w="90" w:type="dxa"/>
            </w:tcMar>
            <w:vAlign w:val="center"/>
          </w:tcPr>
          <w:p w14:paraId="54FC699E" w14:textId="77777777" w:rsidR="005B3871" w:rsidRDefault="005B3871"/>
        </w:tc>
        <w:tc>
          <w:tcPr>
            <w:tcW w:w="7087" w:type="dxa"/>
            <w:shd w:val="clear" w:color="auto" w:fill="FFFFFF"/>
            <w:tcMar>
              <w:top w:w="70" w:type="dxa"/>
              <w:left w:w="90" w:type="dxa"/>
              <w:bottom w:w="70" w:type="dxa"/>
              <w:right w:w="90" w:type="dxa"/>
            </w:tcMar>
            <w:vAlign w:val="center"/>
          </w:tcPr>
          <w:p w14:paraId="726CB00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EAB0B3C" w14:textId="77777777" w:rsidR="005B3871" w:rsidRDefault="00000000">
            <w:pPr>
              <w:jc w:val="center"/>
            </w:pPr>
            <w:r>
              <w:rPr>
                <w:b/>
                <w:color w:val="000000"/>
              </w:rPr>
              <w:t>UČENEC</w:t>
            </w:r>
          </w:p>
        </w:tc>
      </w:tr>
      <w:tr w:rsidR="005B3871" w14:paraId="63C7FFE3" w14:textId="77777777">
        <w:trPr>
          <w:jc w:val="center"/>
        </w:trPr>
        <w:tc>
          <w:tcPr>
            <w:tcW w:w="4422" w:type="dxa"/>
            <w:tcMar>
              <w:top w:w="70" w:type="dxa"/>
              <w:left w:w="90" w:type="dxa"/>
              <w:bottom w:w="70" w:type="dxa"/>
              <w:right w:w="90" w:type="dxa"/>
            </w:tcMar>
          </w:tcPr>
          <w:p w14:paraId="735A1B00" w14:textId="77777777" w:rsidR="005B3871" w:rsidRDefault="005B3871"/>
          <w:p w14:paraId="62CAC935" w14:textId="77777777" w:rsidR="005B3871" w:rsidRDefault="00000000">
            <w:pPr>
              <w:spacing w:after="40" w:line="245" w:lineRule="auto"/>
            </w:pPr>
            <w:r>
              <w:rPr>
                <w:b/>
                <w:color w:val="000000"/>
              </w:rPr>
              <w:t>FORMATIVNO SPREMLJANJE</w:t>
            </w:r>
          </w:p>
          <w:p w14:paraId="1895D9FC" w14:textId="77777777" w:rsidR="005B3871" w:rsidRDefault="00000000">
            <w:pPr>
              <w:pStyle w:val="Oznaenseznam"/>
              <w:spacing w:after="16"/>
            </w:pPr>
            <w:r>
              <w:rPr>
                <w:color w:val="000000"/>
                <w:sz w:val="16"/>
              </w:rPr>
              <w:t>predznanje: začetna strategija, ocena, razvrstitev, model ali risba</w:t>
            </w:r>
          </w:p>
          <w:p w14:paraId="47D86952" w14:textId="77777777" w:rsidR="005B3871" w:rsidRDefault="00000000">
            <w:pPr>
              <w:pStyle w:val="Oznaenseznam"/>
              <w:spacing w:after="16"/>
            </w:pPr>
            <w:r>
              <w:rPr>
                <w:color w:val="000000"/>
                <w:sz w:val="16"/>
              </w:rPr>
              <w:t>dokazi med učenjem: konkretni, gibalni, slikovni in simbolni prikaz ter razlaga postopka</w:t>
            </w:r>
          </w:p>
          <w:p w14:paraId="544D4149" w14:textId="77777777" w:rsidR="005B3871" w:rsidRDefault="00000000">
            <w:pPr>
              <w:pStyle w:val="Oznaenseznam"/>
              <w:spacing w:after="16"/>
            </w:pPr>
            <w:r>
              <w:rPr>
                <w:color w:val="000000"/>
                <w:sz w:val="16"/>
              </w:rPr>
              <w:t>povratna informacija: konkretna, vezana na kriterij in usmerjena v preverjanje ali naslednji korak</w:t>
            </w:r>
          </w:p>
          <w:p w14:paraId="32CE66D6" w14:textId="77777777" w:rsidR="005B3871" w:rsidRDefault="00000000">
            <w:pPr>
              <w:pStyle w:val="Oznaenseznam"/>
              <w:spacing w:after="16"/>
            </w:pPr>
            <w:r>
              <w:rPr>
                <w:color w:val="000000"/>
                <w:sz w:val="16"/>
              </w:rPr>
              <w:t>samovrednotenje: semafor, lestvica samostojnosti, izbrani dokaz ali kratka poved</w:t>
            </w:r>
          </w:p>
          <w:p w14:paraId="334BE700" w14:textId="77777777" w:rsidR="005B3871" w:rsidRDefault="00000000">
            <w:pPr>
              <w:spacing w:before="40" w:after="20" w:line="245" w:lineRule="auto"/>
            </w:pPr>
            <w:r>
              <w:rPr>
                <w:b/>
                <w:color w:val="000000"/>
                <w:sz w:val="17"/>
              </w:rPr>
              <w:t>VARNOST IN ODGOVORNOST</w:t>
            </w:r>
          </w:p>
          <w:p w14:paraId="01E9BAE1" w14:textId="77777777" w:rsidR="005B3871" w:rsidRDefault="00000000">
            <w:pPr>
              <w:spacing w:after="60" w:line="245" w:lineRule="auto"/>
            </w:pPr>
            <w:r>
              <w:rPr>
                <w:color w:val="000000"/>
                <w:sz w:val="16"/>
              </w:rPr>
              <w:t>Škarje uporablja sede in po navodilu; za delitev hrane se uporabijo modeli ali higiensko pripravljeni individualni vzorci.</w:t>
            </w:r>
          </w:p>
          <w:p w14:paraId="7EB2EEF9" w14:textId="77777777" w:rsidR="005B3871" w:rsidRDefault="00000000">
            <w:pPr>
              <w:spacing w:after="20" w:line="245" w:lineRule="auto"/>
            </w:pPr>
            <w:r>
              <w:rPr>
                <w:b/>
                <w:color w:val="000000"/>
                <w:sz w:val="17"/>
              </w:rPr>
              <w:t>EVIDENCA PO IZVEDBI</w:t>
            </w:r>
          </w:p>
          <w:p w14:paraId="3186D13A"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1C1577E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00DB7D1" w14:textId="77777777">
              <w:trPr>
                <w:jc w:val="center"/>
              </w:trPr>
              <w:tc>
                <w:tcPr>
                  <w:tcW w:w="7087" w:type="dxa"/>
                  <w:shd w:val="clear" w:color="auto" w:fill="EDC9EA"/>
                  <w:tcMar>
                    <w:top w:w="45" w:type="dxa"/>
                    <w:left w:w="70" w:type="dxa"/>
                    <w:bottom w:w="45" w:type="dxa"/>
                    <w:right w:w="70" w:type="dxa"/>
                  </w:tcMar>
                </w:tcPr>
                <w:p w14:paraId="7EA5F750" w14:textId="77777777" w:rsidR="005B3871" w:rsidRDefault="00000000">
                  <w:pPr>
                    <w:keepNext/>
                  </w:pPr>
                  <w:r>
                    <w:rPr>
                      <w:b/>
                      <w:color w:val="000000"/>
                    </w:rPr>
                    <w:t>VPRAŠANJA V PODPORO MATEMATIČNEMU UČENJU</w:t>
                  </w:r>
                </w:p>
              </w:tc>
            </w:tr>
          </w:tbl>
          <w:p w14:paraId="69519B39" w14:textId="77777777" w:rsidR="005B3871" w:rsidRDefault="005B3871">
            <w:pPr>
              <w:spacing w:line="20" w:lineRule="exact"/>
            </w:pPr>
          </w:p>
          <w:p w14:paraId="7ABCD2CA" w14:textId="77777777" w:rsidR="005B3871" w:rsidRDefault="00000000">
            <w:pPr>
              <w:pStyle w:val="Oznaenseznam"/>
              <w:spacing w:after="16"/>
            </w:pPr>
            <w:r>
              <w:rPr>
                <w:color w:val="000000"/>
                <w:sz w:val="16"/>
              </w:rPr>
              <w:t>Kaj v tvojem modelu, risbi ali zapisu predstavlja posamezni del naloge?</w:t>
            </w:r>
          </w:p>
          <w:p w14:paraId="38EF7D9A" w14:textId="77777777" w:rsidR="005B3871" w:rsidRDefault="00000000">
            <w:pPr>
              <w:pStyle w:val="Oznaenseznam"/>
              <w:spacing w:after="16"/>
            </w:pPr>
            <w:r>
              <w:rPr>
                <w:color w:val="000000"/>
                <w:sz w:val="16"/>
              </w:rPr>
              <w:t>Kako si prišel/-la do rešitve in kako veš, da je smiselna?</w:t>
            </w:r>
          </w:p>
          <w:p w14:paraId="56B25E47" w14:textId="77777777" w:rsidR="005B3871" w:rsidRDefault="00000000">
            <w:pPr>
              <w:pStyle w:val="Oznaenseznam"/>
              <w:spacing w:after="16"/>
            </w:pPr>
            <w:r>
              <w:rPr>
                <w:color w:val="000000"/>
                <w:sz w:val="16"/>
              </w:rPr>
              <w:t>Ali lahko isto pokažeš še s predmetom, gibanjem, risbo ali drugim zapisom?</w:t>
            </w:r>
          </w:p>
          <w:p w14:paraId="13D7A1C3" w14:textId="77777777" w:rsidR="005B3871" w:rsidRDefault="00000000">
            <w:pPr>
              <w:pStyle w:val="Oznaenseznam"/>
              <w:spacing w:after="16"/>
            </w:pPr>
            <w:r>
              <w:rPr>
                <w:color w:val="000000"/>
                <w:sz w:val="16"/>
              </w:rPr>
              <w:t>Kje bi se lahko zmotil/-a in kako boš rešitev preveril/-a?</w:t>
            </w:r>
          </w:p>
          <w:p w14:paraId="526572C1"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54C28B2" w14:textId="77777777">
              <w:trPr>
                <w:jc w:val="center"/>
              </w:trPr>
              <w:tc>
                <w:tcPr>
                  <w:tcW w:w="7087" w:type="dxa"/>
                  <w:shd w:val="clear" w:color="auto" w:fill="C6E7F3"/>
                  <w:tcMar>
                    <w:top w:w="45" w:type="dxa"/>
                    <w:left w:w="70" w:type="dxa"/>
                    <w:bottom w:w="45" w:type="dxa"/>
                    <w:right w:w="70" w:type="dxa"/>
                  </w:tcMar>
                </w:tcPr>
                <w:p w14:paraId="18F049CE" w14:textId="77777777" w:rsidR="005B3871" w:rsidRDefault="00000000">
                  <w:pPr>
                    <w:keepNext/>
                  </w:pPr>
                  <w:r>
                    <w:rPr>
                      <w:b/>
                      <w:color w:val="000000"/>
                    </w:rPr>
                    <w:t>ZAKLJUČNI DEL – UTRJEVANJE IN REFLEKSIJA (10–15 min)</w:t>
                  </w:r>
                </w:p>
              </w:tc>
            </w:tr>
          </w:tbl>
          <w:p w14:paraId="65C20BBB" w14:textId="77777777" w:rsidR="005B3871" w:rsidRDefault="005B3871">
            <w:pPr>
              <w:spacing w:line="20" w:lineRule="exact"/>
            </w:pPr>
          </w:p>
          <w:p w14:paraId="6048E152"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7497B49D" w14:textId="77777777">
              <w:trPr>
                <w:jc w:val="center"/>
              </w:trPr>
              <w:tc>
                <w:tcPr>
                  <w:tcW w:w="7087" w:type="dxa"/>
                  <w:shd w:val="clear" w:color="auto" w:fill="EDC9EA"/>
                  <w:tcMar>
                    <w:top w:w="45" w:type="dxa"/>
                    <w:left w:w="70" w:type="dxa"/>
                    <w:bottom w:w="45" w:type="dxa"/>
                    <w:right w:w="70" w:type="dxa"/>
                  </w:tcMar>
                </w:tcPr>
                <w:p w14:paraId="66F8DF34" w14:textId="77777777" w:rsidR="005B3871" w:rsidRDefault="00000000">
                  <w:pPr>
                    <w:keepNext/>
                  </w:pPr>
                  <w:r>
                    <w:rPr>
                      <w:b/>
                      <w:color w:val="000000"/>
                    </w:rPr>
                    <w:t>SAMOVREDNOTENJE</w:t>
                  </w:r>
                </w:p>
              </w:tc>
            </w:tr>
          </w:tbl>
          <w:p w14:paraId="7AF8EC5C" w14:textId="77777777" w:rsidR="005B3871" w:rsidRDefault="005B3871">
            <w:pPr>
              <w:spacing w:line="20" w:lineRule="exact"/>
            </w:pPr>
          </w:p>
          <w:p w14:paraId="3A90730B"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220E27D" w14:textId="77777777">
              <w:trPr>
                <w:jc w:val="center"/>
              </w:trPr>
              <w:tc>
                <w:tcPr>
                  <w:tcW w:w="7087" w:type="dxa"/>
                  <w:shd w:val="clear" w:color="auto" w:fill="EDC9EA"/>
                  <w:tcMar>
                    <w:top w:w="45" w:type="dxa"/>
                    <w:left w:w="70" w:type="dxa"/>
                    <w:bottom w:w="45" w:type="dxa"/>
                    <w:right w:w="70" w:type="dxa"/>
                  </w:tcMar>
                </w:tcPr>
                <w:p w14:paraId="529A3CF2" w14:textId="77777777" w:rsidR="005B3871" w:rsidRDefault="00000000">
                  <w:pPr>
                    <w:keepNext/>
                  </w:pPr>
                  <w:r>
                    <w:rPr>
                      <w:b/>
                      <w:color w:val="000000"/>
                    </w:rPr>
                    <w:t>VRSTNIŠKO VREDNOTENJE</w:t>
                  </w:r>
                </w:p>
              </w:tc>
            </w:tr>
          </w:tbl>
          <w:p w14:paraId="429D8F54" w14:textId="77777777" w:rsidR="005B3871" w:rsidRDefault="005B3871">
            <w:pPr>
              <w:spacing w:line="20" w:lineRule="exact"/>
            </w:pPr>
          </w:p>
          <w:p w14:paraId="31907305"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4C60A9C5" w14:textId="77777777">
              <w:trPr>
                <w:jc w:val="center"/>
              </w:trPr>
              <w:tc>
                <w:tcPr>
                  <w:tcW w:w="7087" w:type="dxa"/>
                  <w:shd w:val="clear" w:color="auto" w:fill="EDC9EA"/>
                  <w:tcMar>
                    <w:top w:w="45" w:type="dxa"/>
                    <w:left w:w="70" w:type="dxa"/>
                    <w:bottom w:w="45" w:type="dxa"/>
                    <w:right w:w="70" w:type="dxa"/>
                  </w:tcMar>
                </w:tcPr>
                <w:p w14:paraId="0D9947B5" w14:textId="77777777" w:rsidR="005B3871" w:rsidRDefault="00000000">
                  <w:pPr>
                    <w:keepNext/>
                  </w:pPr>
                  <w:r>
                    <w:rPr>
                      <w:b/>
                      <w:color w:val="000000"/>
                    </w:rPr>
                    <w:t>SKUPNI POVZETEK</w:t>
                  </w:r>
                </w:p>
              </w:tc>
            </w:tr>
          </w:tbl>
          <w:p w14:paraId="335DBB31" w14:textId="77777777" w:rsidR="005B3871" w:rsidRDefault="005B3871"/>
          <w:p w14:paraId="2DE30B5D" w14:textId="77777777" w:rsidR="005B3871" w:rsidRDefault="00000000">
            <w:pPr>
              <w:spacing w:before="20" w:after="40" w:line="245" w:lineRule="auto"/>
            </w:pPr>
            <w:r>
              <w:rPr>
                <w:b/>
                <w:color w:val="000000"/>
                <w:sz w:val="16"/>
              </w:rPr>
              <w:t>Celoto prepoznam, jo razdelim na dve polovici ali štiri četrtine in enakost delov preverim.</w:t>
            </w:r>
          </w:p>
        </w:tc>
        <w:tc>
          <w:tcPr>
            <w:tcW w:w="2551" w:type="dxa"/>
            <w:tcMar>
              <w:top w:w="70" w:type="dxa"/>
              <w:left w:w="90" w:type="dxa"/>
              <w:bottom w:w="70" w:type="dxa"/>
              <w:right w:w="90" w:type="dxa"/>
            </w:tcMar>
          </w:tcPr>
          <w:p w14:paraId="7A37A9FA" w14:textId="77777777" w:rsidR="005B3871" w:rsidRDefault="005B3871"/>
          <w:p w14:paraId="4480C8B1" w14:textId="77777777" w:rsidR="005B3871" w:rsidRDefault="00000000">
            <w:pPr>
              <w:spacing w:after="100" w:line="245" w:lineRule="auto"/>
            </w:pPr>
            <w:r>
              <w:rPr>
                <w:color w:val="000000"/>
                <w:sz w:val="16"/>
              </w:rPr>
              <w:t>Odgovarja na podporna vprašanja in se sklicuje na svoj model, zapis ali izvedbo.</w:t>
            </w:r>
          </w:p>
          <w:p w14:paraId="1BA0054C" w14:textId="77777777" w:rsidR="005B3871" w:rsidRDefault="00000000">
            <w:pPr>
              <w:spacing w:after="100" w:line="245" w:lineRule="auto"/>
            </w:pPr>
            <w:r>
              <w:rPr>
                <w:color w:val="000000"/>
                <w:sz w:val="16"/>
              </w:rPr>
              <w:t>Primerja začetno strategijo z novim dokazom ter pojasni, kaj se je naučil/-a.</w:t>
            </w:r>
          </w:p>
          <w:p w14:paraId="64F7E3AA" w14:textId="77777777" w:rsidR="005B3871" w:rsidRDefault="00000000">
            <w:pPr>
              <w:spacing w:after="100" w:line="245" w:lineRule="auto"/>
            </w:pPr>
            <w:r>
              <w:rPr>
                <w:color w:val="000000"/>
                <w:sz w:val="16"/>
              </w:rPr>
              <w:t>Izbere raven samostojnosti in določi naslednji korak.</w:t>
            </w:r>
          </w:p>
          <w:p w14:paraId="14E5CD4C" w14:textId="77777777" w:rsidR="005B3871" w:rsidRDefault="00000000">
            <w:pPr>
              <w:spacing w:after="100" w:line="245" w:lineRule="auto"/>
            </w:pPr>
            <w:r>
              <w:rPr>
                <w:color w:val="000000"/>
                <w:sz w:val="16"/>
              </w:rPr>
              <w:t>Sošolcu poda prijazen in konkreten odziv, vezan na kriterij.</w:t>
            </w:r>
          </w:p>
          <w:p w14:paraId="4F019C99" w14:textId="77777777" w:rsidR="005B3871" w:rsidRDefault="00000000">
            <w:pPr>
              <w:spacing w:after="20" w:line="245" w:lineRule="auto"/>
            </w:pPr>
            <w:r>
              <w:rPr>
                <w:b/>
                <w:color w:val="D95BC6"/>
                <w:sz w:val="17"/>
              </w:rPr>
              <w:t>DOKAZ O UČENJU</w:t>
            </w:r>
          </w:p>
          <w:p w14:paraId="0BE17812"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AB08DE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674826BF" w14:textId="77777777">
        <w:trPr>
          <w:cantSplit/>
          <w:jc w:val="center"/>
        </w:trPr>
        <w:tc>
          <w:tcPr>
            <w:tcW w:w="14060" w:type="dxa"/>
            <w:gridSpan w:val="6"/>
            <w:tcMar>
              <w:top w:w="70" w:type="dxa"/>
              <w:left w:w="90" w:type="dxa"/>
              <w:bottom w:w="70" w:type="dxa"/>
              <w:right w:w="90" w:type="dxa"/>
            </w:tcMar>
            <w:vAlign w:val="center"/>
          </w:tcPr>
          <w:p w14:paraId="32404948" w14:textId="77777777" w:rsidR="005B3871" w:rsidRDefault="00000000">
            <w:pPr>
              <w:jc w:val="center"/>
            </w:pPr>
            <w:r>
              <w:rPr>
                <w:b/>
                <w:color w:val="000000"/>
                <w:sz w:val="24"/>
              </w:rPr>
              <w:lastRenderedPageBreak/>
              <w:t>UČNA PRIPRAVA 19/39</w:t>
            </w:r>
          </w:p>
        </w:tc>
      </w:tr>
      <w:tr w:rsidR="005B3871" w14:paraId="222BF7A2" w14:textId="77777777">
        <w:trPr>
          <w:jc w:val="center"/>
        </w:trPr>
        <w:tc>
          <w:tcPr>
            <w:tcW w:w="2665" w:type="dxa"/>
            <w:tcMar>
              <w:top w:w="70" w:type="dxa"/>
              <w:left w:w="90" w:type="dxa"/>
              <w:bottom w:w="70" w:type="dxa"/>
              <w:right w:w="90" w:type="dxa"/>
            </w:tcMar>
            <w:vAlign w:val="center"/>
          </w:tcPr>
          <w:p w14:paraId="56035430"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8C1975E"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15D8DA80"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B4322D0" w14:textId="77777777" w:rsidR="005B3871" w:rsidRDefault="00000000">
            <w:r>
              <w:rPr>
                <w:b/>
                <w:color w:val="000000"/>
                <w:sz w:val="16"/>
              </w:rPr>
              <w:t xml:space="preserve">NAČRTOVANI TERMIN: </w:t>
            </w:r>
            <w:r>
              <w:rPr>
                <w:color w:val="000000"/>
                <w:sz w:val="16"/>
              </w:rPr>
              <w:t>19. teden • 18.–22. 1. 2027</w:t>
            </w:r>
          </w:p>
        </w:tc>
        <w:tc>
          <w:tcPr>
            <w:tcW w:w="2268" w:type="dxa"/>
            <w:tcMar>
              <w:top w:w="70" w:type="dxa"/>
              <w:left w:w="90" w:type="dxa"/>
              <w:bottom w:w="70" w:type="dxa"/>
              <w:right w:w="90" w:type="dxa"/>
            </w:tcMar>
            <w:vAlign w:val="center"/>
          </w:tcPr>
          <w:p w14:paraId="199B55E3"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73AB483" w14:textId="77777777" w:rsidR="005B3871" w:rsidRDefault="00000000">
            <w:r>
              <w:rPr>
                <w:b/>
                <w:color w:val="000000"/>
                <w:sz w:val="16"/>
              </w:rPr>
              <w:t xml:space="preserve">ŠTEVILO UR: </w:t>
            </w:r>
            <w:r>
              <w:rPr>
                <w:color w:val="000000"/>
                <w:sz w:val="16"/>
              </w:rPr>
              <w:t>4</w:t>
            </w:r>
          </w:p>
        </w:tc>
      </w:tr>
      <w:tr w:rsidR="005B3871" w14:paraId="0A2A8AAC" w14:textId="77777777">
        <w:trPr>
          <w:jc w:val="center"/>
        </w:trPr>
        <w:tc>
          <w:tcPr>
            <w:tcW w:w="14061" w:type="dxa"/>
            <w:gridSpan w:val="6"/>
            <w:tcMar>
              <w:top w:w="70" w:type="dxa"/>
              <w:left w:w="90" w:type="dxa"/>
              <w:bottom w:w="70" w:type="dxa"/>
              <w:right w:w="90" w:type="dxa"/>
            </w:tcMar>
            <w:vAlign w:val="center"/>
          </w:tcPr>
          <w:p w14:paraId="0BC7C704"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691AAF5B" w14:textId="77777777">
        <w:trPr>
          <w:cantSplit/>
          <w:jc w:val="center"/>
        </w:trPr>
        <w:tc>
          <w:tcPr>
            <w:tcW w:w="14060" w:type="dxa"/>
            <w:gridSpan w:val="6"/>
            <w:tcMar>
              <w:top w:w="70" w:type="dxa"/>
              <w:left w:w="90" w:type="dxa"/>
              <w:bottom w:w="70" w:type="dxa"/>
              <w:right w:w="90" w:type="dxa"/>
            </w:tcMar>
            <w:vAlign w:val="center"/>
          </w:tcPr>
          <w:p w14:paraId="1D168E07" w14:textId="77777777" w:rsidR="005B3871" w:rsidRDefault="005B3871"/>
          <w:p w14:paraId="05535619" w14:textId="77777777" w:rsidR="005B3871" w:rsidRDefault="00000000">
            <w:pPr>
              <w:spacing w:line="245" w:lineRule="auto"/>
            </w:pPr>
            <w:r>
              <w:rPr>
                <w:b/>
                <w:color w:val="000000"/>
                <w:sz w:val="16"/>
              </w:rPr>
              <w:t xml:space="preserve">UČNI SKLOP: </w:t>
            </w:r>
            <w:r>
              <w:rPr>
                <w:color w:val="000000"/>
                <w:sz w:val="16"/>
              </w:rPr>
              <w:t>ZIMA, SNOVI IN POJAVI</w:t>
            </w:r>
          </w:p>
        </w:tc>
      </w:tr>
      <w:tr w:rsidR="005B3871" w14:paraId="42BA6326" w14:textId="77777777">
        <w:trPr>
          <w:cantSplit/>
          <w:jc w:val="center"/>
        </w:trPr>
        <w:tc>
          <w:tcPr>
            <w:tcW w:w="14060" w:type="dxa"/>
            <w:gridSpan w:val="6"/>
            <w:tcMar>
              <w:top w:w="70" w:type="dxa"/>
              <w:left w:w="90" w:type="dxa"/>
              <w:bottom w:w="70" w:type="dxa"/>
              <w:right w:w="90" w:type="dxa"/>
            </w:tcMar>
            <w:vAlign w:val="center"/>
          </w:tcPr>
          <w:p w14:paraId="3FC631B1" w14:textId="77777777" w:rsidR="005B3871" w:rsidRDefault="005B3871"/>
          <w:p w14:paraId="316D21E7" w14:textId="77777777" w:rsidR="005B3871" w:rsidRDefault="00000000">
            <w:pPr>
              <w:spacing w:line="245" w:lineRule="auto"/>
            </w:pPr>
            <w:r>
              <w:rPr>
                <w:b/>
                <w:color w:val="000000"/>
                <w:sz w:val="16"/>
              </w:rPr>
              <w:t xml:space="preserve">UČNA TEMA: </w:t>
            </w:r>
            <w:r>
              <w:rPr>
                <w:color w:val="000000"/>
                <w:sz w:val="16"/>
              </w:rPr>
              <w:t>MERJENJE PROSTORNINE</w:t>
            </w:r>
          </w:p>
        </w:tc>
      </w:tr>
      <w:tr w:rsidR="005B3871" w14:paraId="1BE173BE" w14:textId="77777777">
        <w:trPr>
          <w:cantSplit/>
          <w:jc w:val="center"/>
        </w:trPr>
        <w:tc>
          <w:tcPr>
            <w:tcW w:w="14060" w:type="dxa"/>
            <w:gridSpan w:val="6"/>
            <w:tcMar>
              <w:top w:w="70" w:type="dxa"/>
              <w:left w:w="90" w:type="dxa"/>
              <w:bottom w:w="70" w:type="dxa"/>
              <w:right w:w="90" w:type="dxa"/>
            </w:tcMar>
            <w:vAlign w:val="center"/>
          </w:tcPr>
          <w:p w14:paraId="037A868B" w14:textId="77777777" w:rsidR="005B3871" w:rsidRDefault="005B3871"/>
          <w:p w14:paraId="0E883EE4" w14:textId="77777777" w:rsidR="005B3871" w:rsidRDefault="00000000">
            <w:pPr>
              <w:spacing w:line="245" w:lineRule="auto"/>
            </w:pPr>
            <w:r>
              <w:rPr>
                <w:b/>
                <w:color w:val="000000"/>
                <w:sz w:val="16"/>
              </w:rPr>
              <w:t xml:space="preserve">KNJIŽEVNO IZHODIŠČE IN MOTIV: </w:t>
            </w:r>
            <w:r>
              <w:rPr>
                <w:color w:val="000000"/>
                <w:sz w:val="16"/>
              </w:rPr>
              <w:t>»Zlata ptica« – slovenska ljudska pravljica • svetloba, zvok, barva in pravljično iskanje</w:t>
            </w:r>
          </w:p>
        </w:tc>
      </w:tr>
      <w:tr w:rsidR="005B3871" w14:paraId="73A3AAE4" w14:textId="77777777">
        <w:trPr>
          <w:cantSplit/>
          <w:jc w:val="center"/>
        </w:trPr>
        <w:tc>
          <w:tcPr>
            <w:tcW w:w="14060" w:type="dxa"/>
            <w:gridSpan w:val="6"/>
            <w:tcMar>
              <w:top w:w="70" w:type="dxa"/>
              <w:left w:w="90" w:type="dxa"/>
              <w:bottom w:w="70" w:type="dxa"/>
              <w:right w:w="90" w:type="dxa"/>
            </w:tcMar>
            <w:vAlign w:val="center"/>
          </w:tcPr>
          <w:p w14:paraId="3321FB5E" w14:textId="77777777" w:rsidR="005B3871" w:rsidRDefault="005B3871"/>
          <w:p w14:paraId="39B51998" w14:textId="77777777" w:rsidR="005B3871" w:rsidRDefault="00000000">
            <w:pPr>
              <w:spacing w:line="245" w:lineRule="auto"/>
            </w:pPr>
            <w:r>
              <w:rPr>
                <w:b/>
                <w:color w:val="000000"/>
                <w:sz w:val="16"/>
              </w:rPr>
              <w:t xml:space="preserve">UČNE ENOTE: </w:t>
            </w:r>
            <w:r>
              <w:rPr>
                <w:color w:val="000000"/>
                <w:sz w:val="16"/>
              </w:rPr>
              <w:t>1. ura – Napoved prostornine • 2. ura – Merimo z lončkom • 3. ura – Merilne postaje • 4. ura – Zakaj rezultat ni enak?</w:t>
            </w:r>
          </w:p>
        </w:tc>
      </w:tr>
      <w:tr w:rsidR="005B3871" w14:paraId="5590B38D" w14:textId="77777777">
        <w:trPr>
          <w:cantSplit/>
          <w:jc w:val="center"/>
        </w:trPr>
        <w:tc>
          <w:tcPr>
            <w:tcW w:w="14060" w:type="dxa"/>
            <w:gridSpan w:val="6"/>
            <w:tcMar>
              <w:top w:w="70" w:type="dxa"/>
              <w:left w:w="90" w:type="dxa"/>
              <w:bottom w:w="70" w:type="dxa"/>
              <w:right w:w="90" w:type="dxa"/>
            </w:tcMar>
            <w:vAlign w:val="center"/>
          </w:tcPr>
          <w:p w14:paraId="68DFE263" w14:textId="77777777" w:rsidR="005B3871" w:rsidRDefault="005B3871"/>
          <w:p w14:paraId="6FFCF004"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68140010" w14:textId="77777777">
        <w:trPr>
          <w:cantSplit/>
          <w:jc w:val="center"/>
        </w:trPr>
        <w:tc>
          <w:tcPr>
            <w:tcW w:w="14060" w:type="dxa"/>
            <w:gridSpan w:val="6"/>
            <w:tcMar>
              <w:top w:w="70" w:type="dxa"/>
              <w:left w:w="90" w:type="dxa"/>
              <w:bottom w:w="70" w:type="dxa"/>
              <w:right w:w="90" w:type="dxa"/>
            </w:tcMar>
            <w:vAlign w:val="center"/>
          </w:tcPr>
          <w:p w14:paraId="2B4509DB" w14:textId="77777777" w:rsidR="005B3871" w:rsidRDefault="005B3871"/>
          <w:p w14:paraId="1297E40A"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7A2DCC15" w14:textId="77777777">
        <w:trPr>
          <w:cantSplit/>
          <w:jc w:val="center"/>
        </w:trPr>
        <w:tc>
          <w:tcPr>
            <w:tcW w:w="14060" w:type="dxa"/>
            <w:gridSpan w:val="6"/>
            <w:tcMar>
              <w:top w:w="70" w:type="dxa"/>
              <w:left w:w="90" w:type="dxa"/>
              <w:bottom w:w="70" w:type="dxa"/>
              <w:right w:w="90" w:type="dxa"/>
            </w:tcMar>
            <w:vAlign w:val="center"/>
          </w:tcPr>
          <w:p w14:paraId="62535B00" w14:textId="77777777" w:rsidR="005B3871" w:rsidRDefault="005B3871"/>
          <w:p w14:paraId="32D6EC23"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6B7ECB54" w14:textId="77777777">
        <w:trPr>
          <w:cantSplit/>
          <w:jc w:val="center"/>
        </w:trPr>
        <w:tc>
          <w:tcPr>
            <w:tcW w:w="14060" w:type="dxa"/>
            <w:gridSpan w:val="6"/>
            <w:tcMar>
              <w:top w:w="70" w:type="dxa"/>
              <w:left w:w="90" w:type="dxa"/>
              <w:bottom w:w="70" w:type="dxa"/>
              <w:right w:w="90" w:type="dxa"/>
            </w:tcMar>
            <w:vAlign w:val="center"/>
          </w:tcPr>
          <w:p w14:paraId="49FB4BDF" w14:textId="77777777" w:rsidR="005B3871" w:rsidRDefault="005B3871"/>
          <w:p w14:paraId="489A88CC" w14:textId="77777777" w:rsidR="005B3871" w:rsidRDefault="00000000">
            <w:pPr>
              <w:spacing w:line="245" w:lineRule="auto"/>
            </w:pPr>
            <w:r>
              <w:rPr>
                <w:b/>
                <w:color w:val="000000"/>
                <w:sz w:val="16"/>
              </w:rPr>
              <w:t xml:space="preserve">MEDPREDMETNE POVEZAVE: </w:t>
            </w:r>
            <w:r>
              <w:rPr>
                <w:color w:val="000000"/>
                <w:sz w:val="16"/>
              </w:rPr>
              <w:t>SLJ – napoved in ugotovitev; SPO – voda in snovi; ŠPO – merilne postaje; LUM – oznake posod</w:t>
            </w:r>
          </w:p>
        </w:tc>
      </w:tr>
      <w:tr w:rsidR="005B3871" w14:paraId="1F410FFA" w14:textId="77777777">
        <w:trPr>
          <w:cantSplit/>
          <w:jc w:val="center"/>
        </w:trPr>
        <w:tc>
          <w:tcPr>
            <w:tcW w:w="14060" w:type="dxa"/>
            <w:gridSpan w:val="6"/>
            <w:tcMar>
              <w:top w:w="70" w:type="dxa"/>
              <w:left w:w="90" w:type="dxa"/>
              <w:bottom w:w="70" w:type="dxa"/>
              <w:right w:w="90" w:type="dxa"/>
            </w:tcMar>
            <w:vAlign w:val="center"/>
          </w:tcPr>
          <w:p w14:paraId="7A4B51D2" w14:textId="77777777" w:rsidR="005B3871" w:rsidRDefault="005B3871"/>
          <w:p w14:paraId="368ECC51" w14:textId="77777777" w:rsidR="005B3871" w:rsidRDefault="00000000">
            <w:pPr>
              <w:spacing w:line="245" w:lineRule="auto"/>
            </w:pPr>
            <w:r>
              <w:rPr>
                <w:b/>
                <w:color w:val="000000"/>
                <w:sz w:val="16"/>
              </w:rPr>
              <w:t xml:space="preserve">UČNA SREDSTVA IN PRIPOMOČKI: </w:t>
            </w:r>
            <w:r>
              <w:rPr>
                <w:color w:val="000000"/>
                <w:sz w:val="16"/>
              </w:rPr>
              <w:t>prosojne posode, enaki lončki, obarvana voda ali suh sipki material, pladnji, brisače, števci meric, preprosta tabela</w:t>
            </w:r>
          </w:p>
        </w:tc>
      </w:tr>
      <w:tr w:rsidR="005B3871" w14:paraId="384500C9" w14:textId="77777777">
        <w:trPr>
          <w:cantSplit/>
          <w:jc w:val="center"/>
        </w:trPr>
        <w:tc>
          <w:tcPr>
            <w:tcW w:w="14060" w:type="dxa"/>
            <w:gridSpan w:val="6"/>
            <w:tcMar>
              <w:top w:w="70" w:type="dxa"/>
              <w:left w:w="90" w:type="dxa"/>
              <w:bottom w:w="70" w:type="dxa"/>
              <w:right w:w="90" w:type="dxa"/>
            </w:tcMar>
            <w:vAlign w:val="center"/>
          </w:tcPr>
          <w:p w14:paraId="1E0EA76A" w14:textId="77777777" w:rsidR="005B3871" w:rsidRDefault="005B3871"/>
          <w:p w14:paraId="33394CD3"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4FFCACBC" w14:textId="77777777">
        <w:trPr>
          <w:cantSplit/>
          <w:jc w:val="center"/>
        </w:trPr>
        <w:tc>
          <w:tcPr>
            <w:tcW w:w="14060" w:type="dxa"/>
            <w:gridSpan w:val="6"/>
            <w:tcMar>
              <w:top w:w="70" w:type="dxa"/>
              <w:left w:w="90" w:type="dxa"/>
              <w:bottom w:w="70" w:type="dxa"/>
              <w:right w:w="90" w:type="dxa"/>
            </w:tcMar>
            <w:vAlign w:val="center"/>
          </w:tcPr>
          <w:p w14:paraId="4A3BF975" w14:textId="77777777" w:rsidR="005B3871" w:rsidRDefault="005B3871"/>
          <w:p w14:paraId="79DDE08E"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54A369D1" w14:textId="77777777">
        <w:trPr>
          <w:cantSplit/>
          <w:jc w:val="center"/>
        </w:trPr>
        <w:tc>
          <w:tcPr>
            <w:tcW w:w="14060" w:type="dxa"/>
            <w:gridSpan w:val="6"/>
            <w:tcMar>
              <w:top w:w="70" w:type="dxa"/>
              <w:left w:w="90" w:type="dxa"/>
              <w:bottom w:w="70" w:type="dxa"/>
              <w:right w:w="90" w:type="dxa"/>
            </w:tcMar>
            <w:vAlign w:val="center"/>
          </w:tcPr>
          <w:p w14:paraId="2B7B7998" w14:textId="77777777" w:rsidR="005B3871" w:rsidRDefault="005B3871"/>
          <w:p w14:paraId="3AF49921" w14:textId="77777777" w:rsidR="005B3871" w:rsidRDefault="00000000">
            <w:pPr>
              <w:spacing w:line="245" w:lineRule="auto"/>
            </w:pPr>
            <w:r>
              <w:rPr>
                <w:b/>
                <w:color w:val="000000"/>
                <w:sz w:val="16"/>
              </w:rPr>
              <w:t xml:space="preserve">VARNOST: </w:t>
            </w:r>
            <w:r>
              <w:rPr>
                <w:color w:val="000000"/>
                <w:sz w:val="16"/>
              </w:rPr>
              <w:t>Tekočino uporablja na pladnju in jo takoj obriše; po mokrih tleh ne hodi. Po potrebi se uporabi suh sipki material.</w:t>
            </w:r>
          </w:p>
        </w:tc>
      </w:tr>
    </w:tbl>
    <w:p w14:paraId="1C1F672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5909C0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BC5BA3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B855812" w14:textId="77777777" w:rsidR="005B3871" w:rsidRDefault="00000000">
            <w:pPr>
              <w:jc w:val="center"/>
            </w:pPr>
            <w:r>
              <w:rPr>
                <w:b/>
                <w:color w:val="000000"/>
                <w:sz w:val="20"/>
              </w:rPr>
              <w:t>UČNE DEJAVNOSTI, METODE IN FORMATIVNO SPREMLJANJE</w:t>
            </w:r>
          </w:p>
        </w:tc>
      </w:tr>
      <w:tr w:rsidR="005B3871" w14:paraId="354FFB96" w14:textId="77777777">
        <w:trPr>
          <w:tblHeader/>
          <w:jc w:val="center"/>
        </w:trPr>
        <w:tc>
          <w:tcPr>
            <w:tcW w:w="4422" w:type="dxa"/>
            <w:vMerge/>
            <w:tcMar>
              <w:top w:w="70" w:type="dxa"/>
              <w:left w:w="90" w:type="dxa"/>
              <w:bottom w:w="70" w:type="dxa"/>
              <w:right w:w="90" w:type="dxa"/>
            </w:tcMar>
            <w:vAlign w:val="center"/>
          </w:tcPr>
          <w:p w14:paraId="47BFA61E" w14:textId="77777777" w:rsidR="005B3871" w:rsidRDefault="005B3871"/>
        </w:tc>
        <w:tc>
          <w:tcPr>
            <w:tcW w:w="7087" w:type="dxa"/>
            <w:shd w:val="clear" w:color="auto" w:fill="FFFFFF"/>
            <w:tcMar>
              <w:top w:w="70" w:type="dxa"/>
              <w:left w:w="90" w:type="dxa"/>
              <w:bottom w:w="70" w:type="dxa"/>
              <w:right w:w="90" w:type="dxa"/>
            </w:tcMar>
            <w:vAlign w:val="center"/>
          </w:tcPr>
          <w:p w14:paraId="1E54AF6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1DAE355" w14:textId="77777777" w:rsidR="005B3871" w:rsidRDefault="00000000">
            <w:pPr>
              <w:jc w:val="center"/>
            </w:pPr>
            <w:r>
              <w:rPr>
                <w:b/>
                <w:color w:val="000000"/>
              </w:rPr>
              <w:t>UČENEC</w:t>
            </w:r>
          </w:p>
        </w:tc>
      </w:tr>
      <w:tr w:rsidR="005B3871" w14:paraId="2A25A1F3" w14:textId="77777777">
        <w:trPr>
          <w:jc w:val="center"/>
        </w:trPr>
        <w:tc>
          <w:tcPr>
            <w:tcW w:w="4422" w:type="dxa"/>
            <w:tcMar>
              <w:top w:w="70" w:type="dxa"/>
              <w:left w:w="90" w:type="dxa"/>
              <w:bottom w:w="70" w:type="dxa"/>
              <w:right w:w="90" w:type="dxa"/>
            </w:tcMar>
          </w:tcPr>
          <w:p w14:paraId="58737CD0" w14:textId="77777777" w:rsidR="005B3871" w:rsidRDefault="005B3871"/>
          <w:p w14:paraId="618810CD" w14:textId="77777777" w:rsidR="005B3871" w:rsidRDefault="00000000">
            <w:pPr>
              <w:spacing w:after="60" w:line="245" w:lineRule="auto"/>
            </w:pPr>
            <w:r>
              <w:rPr>
                <w:b/>
                <w:color w:val="000000"/>
              </w:rPr>
              <w:t>UČNI CILJI</w:t>
            </w:r>
          </w:p>
          <w:p w14:paraId="3BF96F20" w14:textId="77777777" w:rsidR="005B3871" w:rsidRDefault="00000000">
            <w:pPr>
              <w:spacing w:after="20" w:line="245" w:lineRule="auto"/>
            </w:pPr>
            <w:r>
              <w:rPr>
                <w:b/>
                <w:color w:val="000000"/>
                <w:sz w:val="17"/>
              </w:rPr>
              <w:t>SPLOŠNI</w:t>
            </w:r>
          </w:p>
          <w:p w14:paraId="6B28F29E" w14:textId="77777777" w:rsidR="005B3871" w:rsidRDefault="00000000">
            <w:pPr>
              <w:pStyle w:val="Oznaenseznam"/>
              <w:spacing w:after="16"/>
            </w:pPr>
            <w:r>
              <w:rPr>
                <w:color w:val="000000"/>
                <w:sz w:val="16"/>
              </w:rPr>
              <w:t>razvija številske, prostorske in količinske predstave s konkretnimi izkušnjami</w:t>
            </w:r>
          </w:p>
          <w:p w14:paraId="1CF088FE" w14:textId="77777777" w:rsidR="005B3871" w:rsidRDefault="00000000">
            <w:pPr>
              <w:pStyle w:val="Oznaenseznam"/>
              <w:spacing w:after="16"/>
            </w:pPr>
            <w:r>
              <w:rPr>
                <w:color w:val="000000"/>
                <w:sz w:val="16"/>
              </w:rPr>
              <w:t>rešuje matematične probleme s predmetom, gibanjem, risbo, modelom in simbolom</w:t>
            </w:r>
          </w:p>
          <w:p w14:paraId="52C439D6" w14:textId="77777777" w:rsidR="005B3871" w:rsidRDefault="00000000">
            <w:pPr>
              <w:pStyle w:val="Oznaenseznam"/>
              <w:spacing w:after="16"/>
            </w:pPr>
            <w:r>
              <w:rPr>
                <w:color w:val="000000"/>
                <w:sz w:val="16"/>
              </w:rPr>
              <w:t>pojasnjuje izbrano strategijo, preverja smiselnost rešitve in posluša rešitve drugih</w:t>
            </w:r>
          </w:p>
          <w:p w14:paraId="4CEB9E1C" w14:textId="77777777" w:rsidR="005B3871" w:rsidRDefault="00000000">
            <w:pPr>
              <w:pStyle w:val="Oznaenseznam"/>
              <w:spacing w:after="16"/>
            </w:pPr>
            <w:r>
              <w:rPr>
                <w:color w:val="000000"/>
                <w:sz w:val="16"/>
              </w:rPr>
              <w:t>ob namenih in kriterijih spremlja svoje učenje ter uporabi opisno povratno informacijo</w:t>
            </w:r>
          </w:p>
          <w:p w14:paraId="061D6A13" w14:textId="77777777" w:rsidR="005B3871" w:rsidRDefault="00000000">
            <w:pPr>
              <w:spacing w:before="40" w:after="20" w:line="245" w:lineRule="auto"/>
            </w:pPr>
            <w:r>
              <w:rPr>
                <w:b/>
                <w:color w:val="000000"/>
                <w:sz w:val="17"/>
              </w:rPr>
              <w:t>OPERATIVNI</w:t>
            </w:r>
          </w:p>
          <w:p w14:paraId="317AFC79" w14:textId="77777777" w:rsidR="005B3871" w:rsidRDefault="00000000">
            <w:pPr>
              <w:pStyle w:val="Oznaenseznam"/>
              <w:spacing w:after="16"/>
            </w:pPr>
            <w:r>
              <w:rPr>
                <w:color w:val="000000"/>
                <w:sz w:val="16"/>
              </w:rPr>
              <w:t>primerja prostornine</w:t>
            </w:r>
          </w:p>
          <w:p w14:paraId="56346FD1" w14:textId="77777777" w:rsidR="005B3871" w:rsidRDefault="00000000">
            <w:pPr>
              <w:pStyle w:val="Oznaenseznam"/>
              <w:spacing w:after="16"/>
            </w:pPr>
            <w:r>
              <w:rPr>
                <w:color w:val="000000"/>
                <w:sz w:val="16"/>
              </w:rPr>
              <w:t>meri z nestandardno enoto</w:t>
            </w:r>
          </w:p>
          <w:p w14:paraId="34B2982B" w14:textId="77777777" w:rsidR="005B3871" w:rsidRDefault="00000000">
            <w:pPr>
              <w:pStyle w:val="Oznaenseznam"/>
              <w:spacing w:after="16"/>
            </w:pPr>
            <w:r>
              <w:rPr>
                <w:color w:val="000000"/>
                <w:sz w:val="16"/>
              </w:rPr>
              <w:t>rezultat predstavi</w:t>
            </w:r>
          </w:p>
          <w:p w14:paraId="42846B09" w14:textId="77777777" w:rsidR="005B3871" w:rsidRDefault="00000000">
            <w:pPr>
              <w:spacing w:before="40" w:after="20" w:line="245" w:lineRule="auto"/>
            </w:pPr>
            <w:r>
              <w:rPr>
                <w:b/>
                <w:color w:val="000000"/>
                <w:sz w:val="17"/>
              </w:rPr>
              <w:t>PRIČAKOVANI DOSEŽKI / STANDARDI</w:t>
            </w:r>
          </w:p>
          <w:p w14:paraId="6D0B01B2" w14:textId="77777777" w:rsidR="005B3871" w:rsidRDefault="00000000">
            <w:pPr>
              <w:pStyle w:val="Oznaenseznam"/>
              <w:spacing w:after="16"/>
            </w:pPr>
            <w:r>
              <w:rPr>
                <w:color w:val="000000"/>
                <w:sz w:val="16"/>
              </w:rPr>
              <w:t>ob konkretni, slikovni ali gibalni opori primerja prostornine</w:t>
            </w:r>
          </w:p>
          <w:p w14:paraId="5A4D0A2A" w14:textId="77777777" w:rsidR="005B3871" w:rsidRDefault="00000000">
            <w:pPr>
              <w:pStyle w:val="Oznaenseznam"/>
              <w:spacing w:after="16"/>
            </w:pPr>
            <w:r>
              <w:rPr>
                <w:color w:val="000000"/>
                <w:sz w:val="16"/>
              </w:rPr>
              <w:t>ob konkretni, slikovni ali gibalni opori meri z nestandardno enoto</w:t>
            </w:r>
          </w:p>
          <w:p w14:paraId="588BDAE0" w14:textId="77777777" w:rsidR="005B3871" w:rsidRDefault="00000000">
            <w:pPr>
              <w:pStyle w:val="Oznaenseznam"/>
              <w:spacing w:after="16"/>
            </w:pPr>
            <w:r>
              <w:rPr>
                <w:color w:val="000000"/>
                <w:sz w:val="16"/>
              </w:rPr>
              <w:t>ob konkretni, slikovni ali gibalni opori rezultat predstavi</w:t>
            </w:r>
          </w:p>
        </w:tc>
        <w:tc>
          <w:tcPr>
            <w:tcW w:w="7087" w:type="dxa"/>
            <w:tcMar>
              <w:top w:w="70" w:type="dxa"/>
              <w:left w:w="90" w:type="dxa"/>
              <w:bottom w:w="70" w:type="dxa"/>
              <w:right w:w="90" w:type="dxa"/>
            </w:tcMar>
          </w:tcPr>
          <w:p w14:paraId="0858B99E"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0C15C9E" w14:textId="77777777">
              <w:trPr>
                <w:jc w:val="center"/>
              </w:trPr>
              <w:tc>
                <w:tcPr>
                  <w:tcW w:w="7087" w:type="dxa"/>
                  <w:shd w:val="clear" w:color="auto" w:fill="C6E7F3"/>
                  <w:tcMar>
                    <w:top w:w="45" w:type="dxa"/>
                    <w:left w:w="70" w:type="dxa"/>
                    <w:bottom w:w="45" w:type="dxa"/>
                    <w:right w:w="70" w:type="dxa"/>
                  </w:tcMar>
                </w:tcPr>
                <w:p w14:paraId="4ED587A3" w14:textId="77777777" w:rsidR="005B3871" w:rsidRDefault="00000000">
                  <w:pPr>
                    <w:keepNext/>
                  </w:pPr>
                  <w:r>
                    <w:rPr>
                      <w:b/>
                      <w:color w:val="000000"/>
                    </w:rPr>
                    <w:t>UVODNI DEL – motivacija, aktivacija predznanja in namen učenja (15–20 min)</w:t>
                  </w:r>
                </w:p>
              </w:tc>
            </w:tr>
          </w:tbl>
          <w:p w14:paraId="450B0286" w14:textId="77777777" w:rsidR="005B3871" w:rsidRDefault="005B3871">
            <w:pPr>
              <w:spacing w:line="20" w:lineRule="exact"/>
            </w:pPr>
          </w:p>
          <w:p w14:paraId="526CA286" w14:textId="77777777" w:rsidR="005B3871" w:rsidRDefault="00000000">
            <w:pPr>
              <w:spacing w:before="40" w:after="60" w:line="245" w:lineRule="auto"/>
            </w:pPr>
            <w:r>
              <w:rPr>
                <w:color w:val="000000"/>
                <w:sz w:val="16"/>
              </w:rPr>
              <w:t>Zlata ptica mora izbrati posodo za pravljični napoj. Učenci najprej ocenijo, katera posoda drži več, nato prostornino merijo z isto nestandardno enoto.</w:t>
            </w:r>
          </w:p>
          <w:tbl>
            <w:tblPr>
              <w:tblStyle w:val="Tabelamrea"/>
              <w:tblW w:w="0" w:type="auto"/>
              <w:jc w:val="center"/>
              <w:tblLayout w:type="fixed"/>
              <w:tblLook w:val="04A0" w:firstRow="1" w:lastRow="0" w:firstColumn="1" w:lastColumn="0" w:noHBand="0" w:noVBand="1"/>
            </w:tblPr>
            <w:tblGrid>
              <w:gridCol w:w="7087"/>
            </w:tblGrid>
            <w:tr w:rsidR="005B3871" w14:paraId="23C8F70C" w14:textId="77777777">
              <w:trPr>
                <w:jc w:val="center"/>
              </w:trPr>
              <w:tc>
                <w:tcPr>
                  <w:tcW w:w="7087" w:type="dxa"/>
                  <w:shd w:val="clear" w:color="auto" w:fill="EDC9EA"/>
                  <w:tcMar>
                    <w:top w:w="45" w:type="dxa"/>
                    <w:left w:w="70" w:type="dxa"/>
                    <w:bottom w:w="45" w:type="dxa"/>
                    <w:right w:w="70" w:type="dxa"/>
                  </w:tcMar>
                </w:tcPr>
                <w:p w14:paraId="2CA3D256" w14:textId="77777777" w:rsidR="005B3871" w:rsidRDefault="00000000">
                  <w:pPr>
                    <w:keepNext/>
                  </w:pPr>
                  <w:r>
                    <w:rPr>
                      <w:b/>
                      <w:color w:val="000000"/>
                    </w:rPr>
                    <w:t>NAMENI UČENJA</w:t>
                  </w:r>
                </w:p>
              </w:tc>
            </w:tr>
          </w:tbl>
          <w:p w14:paraId="6FBA5DF9" w14:textId="77777777" w:rsidR="005B3871" w:rsidRDefault="005B3871">
            <w:pPr>
              <w:spacing w:line="20" w:lineRule="exact"/>
            </w:pPr>
          </w:p>
          <w:p w14:paraId="5BB418C2"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2726BBB2" w14:textId="77777777" w:rsidR="005B3871" w:rsidRDefault="00000000">
            <w:pPr>
              <w:pStyle w:val="Oznaenseznam"/>
              <w:spacing w:after="16"/>
            </w:pPr>
            <w:r>
              <w:rPr>
                <w:color w:val="000000"/>
                <w:sz w:val="16"/>
              </w:rPr>
              <w:t>primerjam prostornine</w:t>
            </w:r>
          </w:p>
          <w:p w14:paraId="13FB60C0" w14:textId="77777777" w:rsidR="005B3871" w:rsidRDefault="00000000">
            <w:pPr>
              <w:pStyle w:val="Oznaenseznam"/>
              <w:spacing w:after="16"/>
            </w:pPr>
            <w:r>
              <w:rPr>
                <w:color w:val="000000"/>
                <w:sz w:val="16"/>
              </w:rPr>
              <w:t>merim z nestandardno enoto</w:t>
            </w:r>
          </w:p>
          <w:p w14:paraId="2DBB6B5C" w14:textId="77777777" w:rsidR="005B3871" w:rsidRDefault="00000000">
            <w:pPr>
              <w:pStyle w:val="Oznaenseznam"/>
              <w:spacing w:after="16"/>
            </w:pPr>
            <w:r>
              <w:rPr>
                <w:color w:val="000000"/>
                <w:sz w:val="16"/>
              </w:rPr>
              <w:t>rezultat predstavim</w:t>
            </w:r>
          </w:p>
          <w:tbl>
            <w:tblPr>
              <w:tblStyle w:val="Tabelamrea"/>
              <w:tblW w:w="0" w:type="auto"/>
              <w:jc w:val="center"/>
              <w:tblLayout w:type="fixed"/>
              <w:tblLook w:val="04A0" w:firstRow="1" w:lastRow="0" w:firstColumn="1" w:lastColumn="0" w:noHBand="0" w:noVBand="1"/>
            </w:tblPr>
            <w:tblGrid>
              <w:gridCol w:w="7087"/>
            </w:tblGrid>
            <w:tr w:rsidR="005B3871" w14:paraId="01A386F5" w14:textId="77777777">
              <w:trPr>
                <w:jc w:val="center"/>
              </w:trPr>
              <w:tc>
                <w:tcPr>
                  <w:tcW w:w="7087" w:type="dxa"/>
                  <w:shd w:val="clear" w:color="auto" w:fill="EDC9EA"/>
                  <w:tcMar>
                    <w:top w:w="45" w:type="dxa"/>
                    <w:left w:w="70" w:type="dxa"/>
                    <w:bottom w:w="45" w:type="dxa"/>
                    <w:right w:w="70" w:type="dxa"/>
                  </w:tcMar>
                </w:tcPr>
                <w:p w14:paraId="0A127873" w14:textId="77777777" w:rsidR="005B3871" w:rsidRDefault="00000000">
                  <w:pPr>
                    <w:keepNext/>
                  </w:pPr>
                  <w:r>
                    <w:rPr>
                      <w:b/>
                      <w:color w:val="000000"/>
                    </w:rPr>
                    <w:t>PREVERJANJE PREDZNANJA</w:t>
                  </w:r>
                </w:p>
              </w:tc>
            </w:tr>
          </w:tbl>
          <w:p w14:paraId="797D1ACD" w14:textId="77777777" w:rsidR="005B3871" w:rsidRDefault="005B3871">
            <w:pPr>
              <w:spacing w:line="20" w:lineRule="exact"/>
            </w:pPr>
          </w:p>
          <w:p w14:paraId="4F7A1459" w14:textId="77777777" w:rsidR="005B3871" w:rsidRDefault="00000000">
            <w:pPr>
              <w:pStyle w:val="Oznaenseznam"/>
              <w:spacing w:after="16"/>
            </w:pPr>
            <w:r>
              <w:rPr>
                <w:color w:val="000000"/>
                <w:sz w:val="16"/>
              </w:rPr>
              <w:t>Ali višja posoda vedno drži več?</w:t>
            </w:r>
          </w:p>
          <w:p w14:paraId="196B72AD" w14:textId="77777777" w:rsidR="005B3871" w:rsidRDefault="00000000">
            <w:pPr>
              <w:pStyle w:val="Oznaenseznam"/>
              <w:spacing w:after="16"/>
            </w:pPr>
            <w:r>
              <w:rPr>
                <w:color w:val="000000"/>
                <w:sz w:val="16"/>
              </w:rPr>
              <w:t>Zakaj moramo pri primerjavi uporabiti enako mersko enoto?</w:t>
            </w:r>
          </w:p>
          <w:p w14:paraId="4A1B103E"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56569C67" w14:textId="77777777">
              <w:trPr>
                <w:jc w:val="center"/>
              </w:trPr>
              <w:tc>
                <w:tcPr>
                  <w:tcW w:w="7087" w:type="dxa"/>
                  <w:shd w:val="clear" w:color="auto" w:fill="EDC9EA"/>
                  <w:tcMar>
                    <w:top w:w="45" w:type="dxa"/>
                    <w:left w:w="70" w:type="dxa"/>
                    <w:bottom w:w="45" w:type="dxa"/>
                    <w:right w:w="70" w:type="dxa"/>
                  </w:tcMar>
                </w:tcPr>
                <w:p w14:paraId="0B4AF99C" w14:textId="77777777" w:rsidR="005B3871" w:rsidRDefault="00000000">
                  <w:pPr>
                    <w:keepNext/>
                  </w:pPr>
                  <w:r>
                    <w:rPr>
                      <w:b/>
                      <w:color w:val="000000"/>
                    </w:rPr>
                    <w:t>KRITERIJI USPEŠNOSTI</w:t>
                  </w:r>
                </w:p>
              </w:tc>
            </w:tr>
          </w:tbl>
          <w:p w14:paraId="53BB073D" w14:textId="77777777" w:rsidR="005B3871" w:rsidRDefault="005B3871"/>
          <w:p w14:paraId="4911979C" w14:textId="77777777" w:rsidR="005B3871" w:rsidRDefault="00000000">
            <w:pPr>
              <w:spacing w:before="20" w:after="20" w:line="245" w:lineRule="auto"/>
            </w:pPr>
            <w:r>
              <w:rPr>
                <w:b/>
                <w:color w:val="000000"/>
                <w:sz w:val="16"/>
              </w:rPr>
              <w:t>Uspešen/-na bom, ko:</w:t>
            </w:r>
          </w:p>
          <w:p w14:paraId="42F21D74" w14:textId="77777777" w:rsidR="005B3871" w:rsidRDefault="00000000">
            <w:pPr>
              <w:pStyle w:val="Oznaenseznam"/>
              <w:spacing w:after="16"/>
            </w:pPr>
            <w:r>
              <w:rPr>
                <w:color w:val="000000"/>
                <w:sz w:val="16"/>
              </w:rPr>
              <w:t>primerjam prostornine</w:t>
            </w:r>
          </w:p>
          <w:p w14:paraId="5D60C68D" w14:textId="77777777" w:rsidR="005B3871" w:rsidRDefault="00000000">
            <w:pPr>
              <w:pStyle w:val="Oznaenseznam"/>
              <w:spacing w:after="16"/>
            </w:pPr>
            <w:r>
              <w:rPr>
                <w:color w:val="000000"/>
                <w:sz w:val="16"/>
              </w:rPr>
              <w:t>merim z nestandardno enoto</w:t>
            </w:r>
          </w:p>
          <w:p w14:paraId="64AE0023" w14:textId="77777777" w:rsidR="005B3871" w:rsidRDefault="00000000">
            <w:pPr>
              <w:pStyle w:val="Oznaenseznam"/>
              <w:spacing w:after="16"/>
            </w:pPr>
            <w:r>
              <w:rPr>
                <w:color w:val="000000"/>
                <w:sz w:val="16"/>
              </w:rPr>
              <w:t>rezultat predstavim</w:t>
            </w:r>
          </w:p>
          <w:p w14:paraId="024834A8"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2718C0C3" w14:textId="77777777" w:rsidR="005B3871" w:rsidRDefault="005B3871"/>
          <w:p w14:paraId="7BA7C75D"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6E983969" w14:textId="77777777" w:rsidR="005B3871" w:rsidRDefault="00000000">
            <w:pPr>
              <w:spacing w:after="80" w:line="245" w:lineRule="auto"/>
            </w:pPr>
            <w:r>
              <w:rPr>
                <w:color w:val="000000"/>
                <w:sz w:val="16"/>
              </w:rPr>
              <w:t>Pove, pokaže ali nariše, kako bi nalogo začel. Posluša tudi drugačne strategije.</w:t>
            </w:r>
          </w:p>
          <w:p w14:paraId="60DF7072" w14:textId="77777777" w:rsidR="005B3871" w:rsidRDefault="00000000">
            <w:pPr>
              <w:spacing w:after="100" w:line="245" w:lineRule="auto"/>
            </w:pPr>
            <w:r>
              <w:rPr>
                <w:color w:val="000000"/>
                <w:sz w:val="16"/>
              </w:rPr>
              <w:t>Sodeluje pri razumevanju namenov in kriterijev uspešnosti.</w:t>
            </w:r>
          </w:p>
          <w:p w14:paraId="76E9B6A1" w14:textId="77777777" w:rsidR="005B3871" w:rsidRDefault="00000000">
            <w:pPr>
              <w:spacing w:after="20" w:line="245" w:lineRule="auto"/>
            </w:pPr>
            <w:r>
              <w:rPr>
                <w:b/>
                <w:color w:val="D95BC6"/>
                <w:sz w:val="17"/>
              </w:rPr>
              <w:t>DOKAZ O UČENJU</w:t>
            </w:r>
          </w:p>
          <w:p w14:paraId="7F1029EF" w14:textId="77777777" w:rsidR="005B3871" w:rsidRDefault="00000000">
            <w:pPr>
              <w:spacing w:after="30" w:line="245" w:lineRule="auto"/>
            </w:pPr>
            <w:r>
              <w:rPr>
                <w:color w:val="D95BC6"/>
                <w:sz w:val="16"/>
              </w:rPr>
              <w:t>začetna strategija, razvrstitev, model, risba, gib ali ustni odgovor</w:t>
            </w:r>
          </w:p>
        </w:tc>
      </w:tr>
    </w:tbl>
    <w:p w14:paraId="00C29EF4"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4A5A03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558A88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546B549" w14:textId="77777777" w:rsidR="005B3871" w:rsidRDefault="00000000">
            <w:pPr>
              <w:jc w:val="center"/>
            </w:pPr>
            <w:r>
              <w:rPr>
                <w:b/>
                <w:color w:val="000000"/>
                <w:sz w:val="20"/>
              </w:rPr>
              <w:t>UČNE DEJAVNOSTI, METODE IN FORMATIVNO SPREMLJANJE</w:t>
            </w:r>
          </w:p>
        </w:tc>
      </w:tr>
      <w:tr w:rsidR="005B3871" w14:paraId="26034998" w14:textId="77777777">
        <w:trPr>
          <w:tblHeader/>
          <w:jc w:val="center"/>
        </w:trPr>
        <w:tc>
          <w:tcPr>
            <w:tcW w:w="4422" w:type="dxa"/>
            <w:vMerge/>
            <w:tcMar>
              <w:top w:w="70" w:type="dxa"/>
              <w:left w:w="90" w:type="dxa"/>
              <w:bottom w:w="70" w:type="dxa"/>
              <w:right w:w="90" w:type="dxa"/>
            </w:tcMar>
            <w:vAlign w:val="center"/>
          </w:tcPr>
          <w:p w14:paraId="50FF3637" w14:textId="77777777" w:rsidR="005B3871" w:rsidRDefault="005B3871"/>
        </w:tc>
        <w:tc>
          <w:tcPr>
            <w:tcW w:w="7087" w:type="dxa"/>
            <w:shd w:val="clear" w:color="auto" w:fill="FFFFFF"/>
            <w:tcMar>
              <w:top w:w="70" w:type="dxa"/>
              <w:left w:w="90" w:type="dxa"/>
              <w:bottom w:w="70" w:type="dxa"/>
              <w:right w:w="90" w:type="dxa"/>
            </w:tcMar>
            <w:vAlign w:val="center"/>
          </w:tcPr>
          <w:p w14:paraId="69CFC195"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4256A8" w14:textId="77777777" w:rsidR="005B3871" w:rsidRDefault="00000000">
            <w:pPr>
              <w:jc w:val="center"/>
            </w:pPr>
            <w:r>
              <w:rPr>
                <w:b/>
                <w:color w:val="000000"/>
              </w:rPr>
              <w:t>UČENEC</w:t>
            </w:r>
          </w:p>
        </w:tc>
      </w:tr>
      <w:tr w:rsidR="005B3871" w14:paraId="1744A0A3" w14:textId="77777777">
        <w:trPr>
          <w:jc w:val="center"/>
        </w:trPr>
        <w:tc>
          <w:tcPr>
            <w:tcW w:w="4422" w:type="dxa"/>
            <w:tcMar>
              <w:top w:w="70" w:type="dxa"/>
              <w:left w:w="90" w:type="dxa"/>
              <w:bottom w:w="70" w:type="dxa"/>
              <w:right w:w="90" w:type="dxa"/>
            </w:tcMar>
          </w:tcPr>
          <w:p w14:paraId="672B0889" w14:textId="77777777" w:rsidR="005B3871" w:rsidRDefault="005B3871"/>
          <w:p w14:paraId="78F35213" w14:textId="77777777" w:rsidR="005B3871" w:rsidRDefault="00000000">
            <w:pPr>
              <w:spacing w:after="40" w:line="245" w:lineRule="auto"/>
            </w:pPr>
            <w:r>
              <w:rPr>
                <w:b/>
                <w:color w:val="000000"/>
              </w:rPr>
              <w:t>KLJUČNI POJMI</w:t>
            </w:r>
          </w:p>
          <w:p w14:paraId="29A088BB" w14:textId="77777777" w:rsidR="005B3871" w:rsidRDefault="00000000">
            <w:pPr>
              <w:spacing w:after="60" w:line="245" w:lineRule="auto"/>
            </w:pPr>
            <w:r>
              <w:rPr>
                <w:color w:val="000000"/>
                <w:sz w:val="16"/>
              </w:rPr>
              <w:t>prostornina, posoda, več, manj, enako, merjenje, nestandardna enota, merica, rezultat, napoved</w:t>
            </w:r>
          </w:p>
          <w:p w14:paraId="0EAA4215" w14:textId="77777777" w:rsidR="005B3871" w:rsidRDefault="00000000">
            <w:pPr>
              <w:spacing w:after="20" w:line="245" w:lineRule="auto"/>
            </w:pPr>
            <w:r>
              <w:rPr>
                <w:b/>
                <w:color w:val="000000"/>
                <w:sz w:val="17"/>
              </w:rPr>
              <w:t>DOKAZI O UČENJU</w:t>
            </w:r>
          </w:p>
          <w:p w14:paraId="34B5D26E" w14:textId="77777777" w:rsidR="005B3871" w:rsidRDefault="00000000">
            <w:pPr>
              <w:pStyle w:val="Oznaenseznam"/>
              <w:spacing w:after="16"/>
            </w:pPr>
            <w:r>
              <w:rPr>
                <w:color w:val="000000"/>
                <w:sz w:val="16"/>
              </w:rPr>
              <w:t>urejena napoved z razlogom</w:t>
            </w:r>
          </w:p>
          <w:p w14:paraId="3E56A5A5" w14:textId="77777777" w:rsidR="005B3871" w:rsidRDefault="00000000">
            <w:pPr>
              <w:pStyle w:val="Oznaenseznam"/>
              <w:spacing w:after="16"/>
            </w:pPr>
            <w:r>
              <w:rPr>
                <w:color w:val="000000"/>
                <w:sz w:val="16"/>
              </w:rPr>
              <w:t>izvedena meritev z navedeno enoto</w:t>
            </w:r>
          </w:p>
          <w:p w14:paraId="1D1D830F" w14:textId="77777777" w:rsidR="005B3871" w:rsidRDefault="00000000">
            <w:pPr>
              <w:pStyle w:val="Oznaenseznam"/>
              <w:spacing w:after="16"/>
            </w:pPr>
            <w:r>
              <w:rPr>
                <w:color w:val="000000"/>
                <w:sz w:val="16"/>
              </w:rPr>
              <w:t>primerjalna tabela meritev</w:t>
            </w:r>
          </w:p>
          <w:p w14:paraId="1039A14E" w14:textId="77777777" w:rsidR="005B3871" w:rsidRDefault="00000000">
            <w:pPr>
              <w:pStyle w:val="Oznaenseznam"/>
              <w:spacing w:after="16"/>
            </w:pPr>
            <w:r>
              <w:rPr>
                <w:color w:val="000000"/>
                <w:sz w:val="16"/>
              </w:rPr>
              <w:t>pojasnjena napaka in popravljena meritev</w:t>
            </w:r>
          </w:p>
          <w:p w14:paraId="0DEDF26C" w14:textId="77777777" w:rsidR="005B3871" w:rsidRDefault="00000000">
            <w:pPr>
              <w:spacing w:before="40" w:after="20" w:line="245" w:lineRule="auto"/>
            </w:pPr>
            <w:r>
              <w:rPr>
                <w:b/>
                <w:color w:val="000000"/>
                <w:sz w:val="17"/>
              </w:rPr>
              <w:t>MEDPREDMETNA POVEZAVA</w:t>
            </w:r>
          </w:p>
          <w:p w14:paraId="7C79DED7" w14:textId="77777777" w:rsidR="005B3871" w:rsidRDefault="00000000">
            <w:pPr>
              <w:spacing w:after="60" w:line="245" w:lineRule="auto"/>
            </w:pPr>
            <w:r>
              <w:rPr>
                <w:color w:val="000000"/>
                <w:sz w:val="16"/>
              </w:rPr>
              <w:t>SLJ – napoved in ugotovitev; SPO – voda in snovi; ŠPO – merilne postaje; LUM – oznake posod</w:t>
            </w:r>
          </w:p>
          <w:p w14:paraId="6A66D47D" w14:textId="77777777" w:rsidR="005B3871" w:rsidRDefault="00000000">
            <w:pPr>
              <w:spacing w:after="20" w:line="245" w:lineRule="auto"/>
            </w:pPr>
            <w:r>
              <w:rPr>
                <w:b/>
                <w:color w:val="000000"/>
                <w:sz w:val="17"/>
              </w:rPr>
              <w:t>POUČEVANJE V GIBANJU</w:t>
            </w:r>
          </w:p>
          <w:p w14:paraId="05F2BF51"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4CA23C39" w14:textId="77777777" w:rsidR="005B3871" w:rsidRDefault="00000000">
            <w:pPr>
              <w:spacing w:after="20" w:line="245" w:lineRule="auto"/>
            </w:pPr>
            <w:r>
              <w:rPr>
                <w:b/>
                <w:color w:val="000000"/>
                <w:sz w:val="17"/>
              </w:rPr>
              <w:t>DELO PO POSTAJAH</w:t>
            </w:r>
          </w:p>
          <w:p w14:paraId="06ED4096" w14:textId="77777777" w:rsidR="005B3871" w:rsidRDefault="00000000">
            <w:pPr>
              <w:spacing w:after="60" w:line="245" w:lineRule="auto"/>
            </w:pPr>
            <w:r>
              <w:rPr>
                <w:color w:val="000000"/>
                <w:sz w:val="15"/>
              </w:rPr>
              <w:t>Načrtovana rotacija: konkretno-izkušenjska – Napoved prostornine; gibalna/sodelovalna – Merimo z lončkom; slikovno-simbolna – Merilne postaje; izziv, dokaz in povratna informacija – Zakaj rezultat ni enak?. Pri pisnem ocenjevanju se postaje izvedejo v pripravi, analizi in ponovnem učenju.</w:t>
            </w:r>
          </w:p>
          <w:p w14:paraId="56D360DB" w14:textId="77777777" w:rsidR="005B3871" w:rsidRDefault="00000000">
            <w:pPr>
              <w:spacing w:after="20" w:line="245" w:lineRule="auto"/>
            </w:pPr>
            <w:r>
              <w:rPr>
                <w:b/>
                <w:color w:val="000000"/>
                <w:sz w:val="17"/>
              </w:rPr>
              <w:t>DIFERENCIACIJA IN VKLJUČEVANJE</w:t>
            </w:r>
          </w:p>
          <w:p w14:paraId="06378B67"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1BEB99BB" w14:textId="77777777" w:rsidR="005B3871" w:rsidRDefault="00000000">
            <w:pPr>
              <w:spacing w:after="20" w:line="245" w:lineRule="auto"/>
            </w:pPr>
            <w:r>
              <w:rPr>
                <w:b/>
                <w:color w:val="000000"/>
                <w:sz w:val="17"/>
              </w:rPr>
              <w:t>SPREMLJANJE</w:t>
            </w:r>
          </w:p>
          <w:p w14:paraId="38754DF6"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073CA49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E7AEA70" w14:textId="77777777">
              <w:trPr>
                <w:jc w:val="center"/>
              </w:trPr>
              <w:tc>
                <w:tcPr>
                  <w:tcW w:w="7087" w:type="dxa"/>
                  <w:shd w:val="clear" w:color="auto" w:fill="C6E7F3"/>
                  <w:tcMar>
                    <w:top w:w="45" w:type="dxa"/>
                    <w:left w:w="70" w:type="dxa"/>
                    <w:bottom w:w="45" w:type="dxa"/>
                    <w:right w:w="70" w:type="dxa"/>
                  </w:tcMar>
                </w:tcPr>
                <w:p w14:paraId="3C8326F9" w14:textId="77777777" w:rsidR="005B3871" w:rsidRDefault="00000000">
                  <w:pPr>
                    <w:keepNext/>
                  </w:pPr>
                  <w:r>
                    <w:rPr>
                      <w:b/>
                      <w:color w:val="000000"/>
                    </w:rPr>
                    <w:t>GLAVNI DEL – IZKUŠENJSKO IN PROBLEMSKO UČENJE (4 šolske ure)</w:t>
                  </w:r>
                </w:p>
              </w:tc>
            </w:tr>
          </w:tbl>
          <w:p w14:paraId="1C808536" w14:textId="77777777" w:rsidR="005B3871" w:rsidRDefault="005B3871">
            <w:pPr>
              <w:spacing w:line="20" w:lineRule="exact"/>
            </w:pPr>
          </w:p>
          <w:p w14:paraId="098316C7" w14:textId="77777777" w:rsidR="005B3871" w:rsidRDefault="00000000">
            <w:pPr>
              <w:keepNext/>
              <w:spacing w:before="40" w:after="10" w:line="245" w:lineRule="auto"/>
            </w:pPr>
            <w:r>
              <w:rPr>
                <w:b/>
                <w:color w:val="000000"/>
                <w:sz w:val="17"/>
              </w:rPr>
              <w:t>1. URA – Napoved prostornine</w:t>
            </w:r>
          </w:p>
          <w:p w14:paraId="050D7F94" w14:textId="77777777" w:rsidR="005B3871" w:rsidRDefault="00000000">
            <w:pPr>
              <w:spacing w:after="14" w:line="245" w:lineRule="auto"/>
            </w:pPr>
            <w:r>
              <w:rPr>
                <w:b/>
                <w:color w:val="000000"/>
                <w:sz w:val="16"/>
              </w:rPr>
              <w:t xml:space="preserve">Dejavnost učiteljice: </w:t>
            </w:r>
            <w:r>
              <w:rPr>
                <w:color w:val="000000"/>
                <w:sz w:val="16"/>
              </w:rPr>
              <w:t>Pokaže posode različnih oblik in zbere napovedi z razlogi.</w:t>
            </w:r>
          </w:p>
          <w:p w14:paraId="71E3F57A" w14:textId="77777777" w:rsidR="005B3871" w:rsidRDefault="00000000">
            <w:pPr>
              <w:spacing w:after="14" w:line="245" w:lineRule="auto"/>
            </w:pPr>
            <w:r>
              <w:rPr>
                <w:b/>
                <w:color w:val="000000"/>
                <w:sz w:val="16"/>
              </w:rPr>
              <w:t xml:space="preserve">Dejavnost učencev: </w:t>
            </w:r>
            <w:r>
              <w:rPr>
                <w:color w:val="000000"/>
                <w:sz w:val="16"/>
              </w:rPr>
              <w:t>Posode primerjajo na pogled, jih uredijo po oceni ter pojasnijo eno napoved.</w:t>
            </w:r>
          </w:p>
          <w:p w14:paraId="514D49AC" w14:textId="77777777" w:rsidR="005B3871" w:rsidRDefault="00000000">
            <w:pPr>
              <w:spacing w:after="24" w:line="245" w:lineRule="auto"/>
            </w:pPr>
            <w:r>
              <w:rPr>
                <w:i/>
                <w:color w:val="D95BC6"/>
                <w:sz w:val="16"/>
              </w:rPr>
              <w:t>Predvideni dokaz: urejena napoved z razlogom.</w:t>
            </w:r>
          </w:p>
          <w:p w14:paraId="1D102B2C" w14:textId="77777777" w:rsidR="005B3871" w:rsidRDefault="00000000">
            <w:pPr>
              <w:keepNext/>
              <w:spacing w:before="40" w:after="10" w:line="245" w:lineRule="auto"/>
            </w:pPr>
            <w:r>
              <w:rPr>
                <w:b/>
                <w:color w:val="000000"/>
                <w:sz w:val="17"/>
              </w:rPr>
              <w:t>2. URA – Merimo z lončkom</w:t>
            </w:r>
          </w:p>
          <w:p w14:paraId="1054E8BD" w14:textId="77777777" w:rsidR="005B3871" w:rsidRDefault="00000000">
            <w:pPr>
              <w:spacing w:after="14" w:line="245" w:lineRule="auto"/>
            </w:pPr>
            <w:r>
              <w:rPr>
                <w:b/>
                <w:color w:val="000000"/>
                <w:sz w:val="16"/>
              </w:rPr>
              <w:t xml:space="preserve">Dejavnost učiteljice: </w:t>
            </w:r>
            <w:r>
              <w:rPr>
                <w:color w:val="000000"/>
                <w:sz w:val="16"/>
              </w:rPr>
              <w:t>Modelira polnjenje z isto enoto brez razlivanja in pregledno štetje meric.</w:t>
            </w:r>
          </w:p>
          <w:p w14:paraId="24716584" w14:textId="77777777" w:rsidR="005B3871" w:rsidRDefault="00000000">
            <w:pPr>
              <w:spacing w:after="14" w:line="245" w:lineRule="auto"/>
            </w:pPr>
            <w:r>
              <w:rPr>
                <w:b/>
                <w:color w:val="000000"/>
                <w:sz w:val="16"/>
              </w:rPr>
              <w:t xml:space="preserve">Dejavnost učencev: </w:t>
            </w:r>
            <w:r>
              <w:rPr>
                <w:color w:val="000000"/>
                <w:sz w:val="16"/>
              </w:rPr>
              <w:t>Prostornino posode izmerijo z enakim lončkom ter rezultat označijo s številom meric.</w:t>
            </w:r>
          </w:p>
          <w:p w14:paraId="2D503E0A" w14:textId="77777777" w:rsidR="005B3871" w:rsidRDefault="00000000">
            <w:pPr>
              <w:spacing w:after="24" w:line="245" w:lineRule="auto"/>
            </w:pPr>
            <w:r>
              <w:rPr>
                <w:i/>
                <w:color w:val="D95BC6"/>
                <w:sz w:val="16"/>
              </w:rPr>
              <w:t>Predvideni dokaz: izvedena meritev z navedeno enoto.</w:t>
            </w:r>
          </w:p>
          <w:p w14:paraId="7A68CB3D" w14:textId="77777777" w:rsidR="005B3871" w:rsidRDefault="00000000">
            <w:pPr>
              <w:keepNext/>
              <w:spacing w:before="40" w:after="10" w:line="245" w:lineRule="auto"/>
            </w:pPr>
            <w:r>
              <w:rPr>
                <w:b/>
                <w:color w:val="000000"/>
                <w:sz w:val="17"/>
              </w:rPr>
              <w:t>3. URA – Merilne postaje</w:t>
            </w:r>
          </w:p>
          <w:p w14:paraId="2149D98D" w14:textId="77777777" w:rsidR="005B3871" w:rsidRDefault="00000000">
            <w:pPr>
              <w:spacing w:after="14" w:line="245" w:lineRule="auto"/>
            </w:pPr>
            <w:r>
              <w:rPr>
                <w:b/>
                <w:color w:val="000000"/>
                <w:sz w:val="16"/>
              </w:rPr>
              <w:t xml:space="preserve">Dejavnost učiteljice: </w:t>
            </w:r>
            <w:r>
              <w:rPr>
                <w:color w:val="000000"/>
                <w:sz w:val="16"/>
              </w:rPr>
              <w:t>Pripravi več parov posod in isti merski lonček na vsaki postaji.</w:t>
            </w:r>
          </w:p>
          <w:p w14:paraId="292BA967" w14:textId="77777777" w:rsidR="005B3871" w:rsidRDefault="00000000">
            <w:pPr>
              <w:spacing w:after="14" w:line="245" w:lineRule="auto"/>
            </w:pPr>
            <w:r>
              <w:rPr>
                <w:b/>
                <w:color w:val="000000"/>
                <w:sz w:val="16"/>
              </w:rPr>
              <w:t xml:space="preserve">Dejavnost učencev: </w:t>
            </w:r>
            <w:r>
              <w:rPr>
                <w:color w:val="000000"/>
                <w:sz w:val="16"/>
              </w:rPr>
              <w:t>V skupini merijo, rezultate primerjajo in preverijo začetno napoved.</w:t>
            </w:r>
          </w:p>
          <w:p w14:paraId="0B0E8A38" w14:textId="77777777" w:rsidR="005B3871" w:rsidRDefault="00000000">
            <w:pPr>
              <w:spacing w:after="24" w:line="245" w:lineRule="auto"/>
            </w:pPr>
            <w:r>
              <w:rPr>
                <w:i/>
                <w:color w:val="D95BC6"/>
                <w:sz w:val="16"/>
              </w:rPr>
              <w:t>Predvideni dokaz: primerjalna tabela meritev.</w:t>
            </w:r>
          </w:p>
          <w:p w14:paraId="47D949DB" w14:textId="77777777" w:rsidR="005B3871" w:rsidRDefault="00000000">
            <w:pPr>
              <w:keepNext/>
              <w:spacing w:before="40" w:after="10" w:line="245" w:lineRule="auto"/>
            </w:pPr>
            <w:r>
              <w:rPr>
                <w:b/>
                <w:color w:val="000000"/>
                <w:sz w:val="17"/>
              </w:rPr>
              <w:t>4. URA – Zakaj rezultat ni enak?</w:t>
            </w:r>
          </w:p>
          <w:p w14:paraId="75F32348" w14:textId="77777777" w:rsidR="005B3871" w:rsidRDefault="00000000">
            <w:pPr>
              <w:spacing w:after="14" w:line="245" w:lineRule="auto"/>
            </w:pPr>
            <w:r>
              <w:rPr>
                <w:b/>
                <w:color w:val="000000"/>
                <w:sz w:val="16"/>
              </w:rPr>
              <w:t xml:space="preserve">Dejavnost učiteljice: </w:t>
            </w:r>
            <w:r>
              <w:rPr>
                <w:color w:val="000000"/>
                <w:sz w:val="16"/>
              </w:rPr>
              <w:t>Prikaže meritev z različno velikima enotama in vodi razpravo o pošteni primerjavi.</w:t>
            </w:r>
          </w:p>
          <w:p w14:paraId="0B9D815D" w14:textId="77777777" w:rsidR="005B3871" w:rsidRDefault="00000000">
            <w:pPr>
              <w:spacing w:after="14" w:line="245" w:lineRule="auto"/>
            </w:pPr>
            <w:r>
              <w:rPr>
                <w:b/>
                <w:color w:val="000000"/>
                <w:sz w:val="16"/>
              </w:rPr>
              <w:t xml:space="preserve">Dejavnost učencev: </w:t>
            </w:r>
            <w:r>
              <w:rPr>
                <w:color w:val="000000"/>
                <w:sz w:val="16"/>
              </w:rPr>
              <w:t>Odkrijejo vzrok razlike ter ponovijo meritev z dogovorjeno enoto.</w:t>
            </w:r>
          </w:p>
          <w:p w14:paraId="3478782B" w14:textId="77777777" w:rsidR="005B3871" w:rsidRDefault="00000000">
            <w:pPr>
              <w:spacing w:after="24" w:line="245" w:lineRule="auto"/>
            </w:pPr>
            <w:r>
              <w:rPr>
                <w:i/>
                <w:color w:val="D95BC6"/>
                <w:sz w:val="16"/>
              </w:rPr>
              <w:t>Predvideni dokaz: pojasnjena napaka in popravljena meritev.</w:t>
            </w:r>
          </w:p>
          <w:tbl>
            <w:tblPr>
              <w:tblStyle w:val="Tabelamrea"/>
              <w:tblW w:w="0" w:type="auto"/>
              <w:jc w:val="center"/>
              <w:tblLayout w:type="fixed"/>
              <w:tblLook w:val="04A0" w:firstRow="1" w:lastRow="0" w:firstColumn="1" w:lastColumn="0" w:noHBand="0" w:noVBand="1"/>
            </w:tblPr>
            <w:tblGrid>
              <w:gridCol w:w="7087"/>
            </w:tblGrid>
            <w:tr w:rsidR="005B3871" w14:paraId="7A6B0C49" w14:textId="77777777">
              <w:trPr>
                <w:jc w:val="center"/>
              </w:trPr>
              <w:tc>
                <w:tcPr>
                  <w:tcW w:w="7087" w:type="dxa"/>
                  <w:shd w:val="clear" w:color="auto" w:fill="EDC9EA"/>
                  <w:tcMar>
                    <w:top w:w="45" w:type="dxa"/>
                    <w:left w:w="70" w:type="dxa"/>
                    <w:bottom w:w="45" w:type="dxa"/>
                    <w:right w:w="70" w:type="dxa"/>
                  </w:tcMar>
                </w:tcPr>
                <w:p w14:paraId="0CA6E9FB" w14:textId="77777777" w:rsidR="005B3871" w:rsidRDefault="00000000">
                  <w:pPr>
                    <w:keepNext/>
                  </w:pPr>
                  <w:r>
                    <w:rPr>
                      <w:b/>
                      <w:color w:val="000000"/>
                    </w:rPr>
                    <w:t>POVRATNA INFORMACIJA UČITELJICE MED DELOM</w:t>
                  </w:r>
                </w:p>
              </w:tc>
            </w:tr>
          </w:tbl>
          <w:p w14:paraId="77C33F02" w14:textId="77777777" w:rsidR="005B3871" w:rsidRDefault="005B3871"/>
          <w:p w14:paraId="18551E8C"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1481AD37" w14:textId="77777777" w:rsidR="005B3871" w:rsidRDefault="005B3871"/>
          <w:p w14:paraId="4DDECDFA" w14:textId="77777777" w:rsidR="005B3871" w:rsidRDefault="00000000">
            <w:pPr>
              <w:spacing w:after="10" w:line="245" w:lineRule="auto"/>
            </w:pPr>
            <w:r>
              <w:rPr>
                <w:b/>
                <w:color w:val="000000"/>
                <w:sz w:val="16"/>
              </w:rPr>
              <w:t>1. URA</w:t>
            </w:r>
          </w:p>
          <w:p w14:paraId="7790D618" w14:textId="77777777" w:rsidR="005B3871" w:rsidRDefault="00000000">
            <w:pPr>
              <w:spacing w:after="30" w:line="245" w:lineRule="auto"/>
            </w:pPr>
            <w:r>
              <w:rPr>
                <w:color w:val="000000"/>
                <w:sz w:val="16"/>
              </w:rPr>
              <w:t>Posode primerjajo na pogled, jih uredijo po oceni ter pojasnijo eno napoved.</w:t>
            </w:r>
          </w:p>
          <w:p w14:paraId="0A72549A" w14:textId="77777777" w:rsidR="005B3871" w:rsidRDefault="00000000">
            <w:pPr>
              <w:spacing w:line="245" w:lineRule="auto"/>
            </w:pPr>
            <w:r>
              <w:rPr>
                <w:b/>
                <w:color w:val="D95BC6"/>
                <w:sz w:val="16"/>
              </w:rPr>
              <w:t>DOKAZ</w:t>
            </w:r>
          </w:p>
          <w:p w14:paraId="5F24516A" w14:textId="77777777" w:rsidR="005B3871" w:rsidRDefault="00000000">
            <w:pPr>
              <w:spacing w:after="40" w:line="245" w:lineRule="auto"/>
            </w:pPr>
            <w:r>
              <w:rPr>
                <w:color w:val="D95BC6"/>
                <w:sz w:val="15"/>
              </w:rPr>
              <w:t>urejena napoved z razlogom</w:t>
            </w:r>
          </w:p>
          <w:p w14:paraId="0F543590" w14:textId="77777777" w:rsidR="005B3871" w:rsidRDefault="00000000">
            <w:pPr>
              <w:spacing w:after="10" w:line="245" w:lineRule="auto"/>
            </w:pPr>
            <w:r>
              <w:rPr>
                <w:b/>
                <w:color w:val="000000"/>
                <w:sz w:val="16"/>
              </w:rPr>
              <w:t>2. URA</w:t>
            </w:r>
          </w:p>
          <w:p w14:paraId="2C9797ED" w14:textId="77777777" w:rsidR="005B3871" w:rsidRDefault="00000000">
            <w:pPr>
              <w:spacing w:after="30" w:line="245" w:lineRule="auto"/>
            </w:pPr>
            <w:r>
              <w:rPr>
                <w:color w:val="000000"/>
                <w:sz w:val="16"/>
              </w:rPr>
              <w:t>Prostornino posode izmerijo z enakim lončkom ter rezultat označijo s številom meric.</w:t>
            </w:r>
          </w:p>
          <w:p w14:paraId="4EAC24EE" w14:textId="77777777" w:rsidR="005B3871" w:rsidRDefault="00000000">
            <w:pPr>
              <w:spacing w:line="245" w:lineRule="auto"/>
            </w:pPr>
            <w:r>
              <w:rPr>
                <w:b/>
                <w:color w:val="D95BC6"/>
                <w:sz w:val="16"/>
              </w:rPr>
              <w:t>DOKAZ</w:t>
            </w:r>
          </w:p>
          <w:p w14:paraId="3D11A364" w14:textId="77777777" w:rsidR="005B3871" w:rsidRDefault="00000000">
            <w:pPr>
              <w:spacing w:after="40" w:line="245" w:lineRule="auto"/>
            </w:pPr>
            <w:r>
              <w:rPr>
                <w:color w:val="D95BC6"/>
                <w:sz w:val="15"/>
              </w:rPr>
              <w:t>izvedena meritev z navedeno enoto</w:t>
            </w:r>
          </w:p>
          <w:p w14:paraId="68B60081" w14:textId="77777777" w:rsidR="005B3871" w:rsidRDefault="00000000">
            <w:pPr>
              <w:spacing w:after="10" w:line="245" w:lineRule="auto"/>
            </w:pPr>
            <w:r>
              <w:rPr>
                <w:b/>
                <w:color w:val="000000"/>
                <w:sz w:val="16"/>
              </w:rPr>
              <w:t>3. URA</w:t>
            </w:r>
          </w:p>
          <w:p w14:paraId="293E3227" w14:textId="77777777" w:rsidR="005B3871" w:rsidRDefault="00000000">
            <w:pPr>
              <w:spacing w:after="30" w:line="245" w:lineRule="auto"/>
            </w:pPr>
            <w:r>
              <w:rPr>
                <w:color w:val="000000"/>
                <w:sz w:val="16"/>
              </w:rPr>
              <w:t>V skupini merijo, rezultate primerjajo in preverijo začetno napoved.</w:t>
            </w:r>
          </w:p>
          <w:p w14:paraId="5216BB1D" w14:textId="77777777" w:rsidR="005B3871" w:rsidRDefault="00000000">
            <w:pPr>
              <w:spacing w:line="245" w:lineRule="auto"/>
            </w:pPr>
            <w:r>
              <w:rPr>
                <w:b/>
                <w:color w:val="D95BC6"/>
                <w:sz w:val="16"/>
              </w:rPr>
              <w:t>DOKAZ</w:t>
            </w:r>
          </w:p>
          <w:p w14:paraId="4D15232C" w14:textId="77777777" w:rsidR="005B3871" w:rsidRDefault="00000000">
            <w:pPr>
              <w:spacing w:after="40" w:line="245" w:lineRule="auto"/>
            </w:pPr>
            <w:r>
              <w:rPr>
                <w:color w:val="D95BC6"/>
                <w:sz w:val="15"/>
              </w:rPr>
              <w:t>primerjalna tabela meritev</w:t>
            </w:r>
          </w:p>
          <w:p w14:paraId="3EF32E72" w14:textId="77777777" w:rsidR="005B3871" w:rsidRDefault="00000000">
            <w:pPr>
              <w:spacing w:after="10" w:line="245" w:lineRule="auto"/>
            </w:pPr>
            <w:r>
              <w:rPr>
                <w:b/>
                <w:color w:val="000000"/>
                <w:sz w:val="16"/>
              </w:rPr>
              <w:t>4. URA</w:t>
            </w:r>
          </w:p>
          <w:p w14:paraId="12498EA1" w14:textId="77777777" w:rsidR="005B3871" w:rsidRDefault="00000000">
            <w:pPr>
              <w:spacing w:after="30" w:line="245" w:lineRule="auto"/>
            </w:pPr>
            <w:r>
              <w:rPr>
                <w:color w:val="000000"/>
                <w:sz w:val="16"/>
              </w:rPr>
              <w:t>Odkrijejo vzrok razlike ter ponovijo meritev z dogovorjeno enoto.</w:t>
            </w:r>
          </w:p>
          <w:p w14:paraId="2AF16758" w14:textId="77777777" w:rsidR="005B3871" w:rsidRDefault="00000000">
            <w:pPr>
              <w:spacing w:line="245" w:lineRule="auto"/>
            </w:pPr>
            <w:r>
              <w:rPr>
                <w:b/>
                <w:color w:val="D95BC6"/>
                <w:sz w:val="16"/>
              </w:rPr>
              <w:t>DOKAZ</w:t>
            </w:r>
          </w:p>
          <w:p w14:paraId="0A165EEF" w14:textId="77777777" w:rsidR="005B3871" w:rsidRDefault="00000000">
            <w:pPr>
              <w:spacing w:after="40" w:line="245" w:lineRule="auto"/>
            </w:pPr>
            <w:r>
              <w:rPr>
                <w:color w:val="D95BC6"/>
                <w:sz w:val="15"/>
              </w:rPr>
              <w:t>pojasnjena napaka in popravljena meritev</w:t>
            </w:r>
          </w:p>
        </w:tc>
      </w:tr>
    </w:tbl>
    <w:p w14:paraId="3ED34E54"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0FBCBF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B70C06F"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F934CF3" w14:textId="77777777" w:rsidR="005B3871" w:rsidRDefault="00000000">
            <w:pPr>
              <w:jc w:val="center"/>
            </w:pPr>
            <w:r>
              <w:rPr>
                <w:b/>
                <w:color w:val="000000"/>
                <w:sz w:val="20"/>
              </w:rPr>
              <w:t>UČNE DEJAVNOSTI, METODE IN FORMATIVNO SPREMLJANJE</w:t>
            </w:r>
          </w:p>
        </w:tc>
      </w:tr>
      <w:tr w:rsidR="005B3871" w14:paraId="40E00AEE" w14:textId="77777777">
        <w:trPr>
          <w:tblHeader/>
          <w:jc w:val="center"/>
        </w:trPr>
        <w:tc>
          <w:tcPr>
            <w:tcW w:w="4422" w:type="dxa"/>
            <w:vMerge/>
            <w:tcMar>
              <w:top w:w="70" w:type="dxa"/>
              <w:left w:w="90" w:type="dxa"/>
              <w:bottom w:w="70" w:type="dxa"/>
              <w:right w:w="90" w:type="dxa"/>
            </w:tcMar>
            <w:vAlign w:val="center"/>
          </w:tcPr>
          <w:p w14:paraId="26CC735C" w14:textId="77777777" w:rsidR="005B3871" w:rsidRDefault="005B3871"/>
        </w:tc>
        <w:tc>
          <w:tcPr>
            <w:tcW w:w="7087" w:type="dxa"/>
            <w:shd w:val="clear" w:color="auto" w:fill="FFFFFF"/>
            <w:tcMar>
              <w:top w:w="70" w:type="dxa"/>
              <w:left w:w="90" w:type="dxa"/>
              <w:bottom w:w="70" w:type="dxa"/>
              <w:right w:w="90" w:type="dxa"/>
            </w:tcMar>
            <w:vAlign w:val="center"/>
          </w:tcPr>
          <w:p w14:paraId="0C7265D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BB9C5A5" w14:textId="77777777" w:rsidR="005B3871" w:rsidRDefault="00000000">
            <w:pPr>
              <w:jc w:val="center"/>
            </w:pPr>
            <w:r>
              <w:rPr>
                <w:b/>
                <w:color w:val="000000"/>
              </w:rPr>
              <w:t>UČENEC</w:t>
            </w:r>
          </w:p>
        </w:tc>
      </w:tr>
      <w:tr w:rsidR="005B3871" w14:paraId="7FADF604" w14:textId="77777777">
        <w:trPr>
          <w:jc w:val="center"/>
        </w:trPr>
        <w:tc>
          <w:tcPr>
            <w:tcW w:w="4422" w:type="dxa"/>
            <w:tcMar>
              <w:top w:w="70" w:type="dxa"/>
              <w:left w:w="90" w:type="dxa"/>
              <w:bottom w:w="70" w:type="dxa"/>
              <w:right w:w="90" w:type="dxa"/>
            </w:tcMar>
          </w:tcPr>
          <w:p w14:paraId="6E102AF1" w14:textId="77777777" w:rsidR="005B3871" w:rsidRDefault="005B3871"/>
          <w:p w14:paraId="7D4C619F" w14:textId="77777777" w:rsidR="005B3871" w:rsidRDefault="00000000">
            <w:pPr>
              <w:spacing w:after="40" w:line="245" w:lineRule="auto"/>
            </w:pPr>
            <w:r>
              <w:rPr>
                <w:b/>
                <w:color w:val="000000"/>
              </w:rPr>
              <w:t>FORMATIVNO SPREMLJANJE</w:t>
            </w:r>
          </w:p>
          <w:p w14:paraId="764A1D8D" w14:textId="77777777" w:rsidR="005B3871" w:rsidRDefault="00000000">
            <w:pPr>
              <w:pStyle w:val="Oznaenseznam"/>
              <w:spacing w:after="16"/>
            </w:pPr>
            <w:r>
              <w:rPr>
                <w:color w:val="000000"/>
                <w:sz w:val="16"/>
              </w:rPr>
              <w:t>predznanje: začetna strategija, ocena, razvrstitev, model ali risba</w:t>
            </w:r>
          </w:p>
          <w:p w14:paraId="145C8FC1" w14:textId="77777777" w:rsidR="005B3871" w:rsidRDefault="00000000">
            <w:pPr>
              <w:pStyle w:val="Oznaenseznam"/>
              <w:spacing w:after="16"/>
            </w:pPr>
            <w:r>
              <w:rPr>
                <w:color w:val="000000"/>
                <w:sz w:val="16"/>
              </w:rPr>
              <w:t>dokazi med učenjem: konkretni, gibalni, slikovni in simbolni prikaz ter razlaga postopka</w:t>
            </w:r>
          </w:p>
          <w:p w14:paraId="3E039763" w14:textId="77777777" w:rsidR="005B3871" w:rsidRDefault="00000000">
            <w:pPr>
              <w:pStyle w:val="Oznaenseznam"/>
              <w:spacing w:after="16"/>
            </w:pPr>
            <w:r>
              <w:rPr>
                <w:color w:val="000000"/>
                <w:sz w:val="16"/>
              </w:rPr>
              <w:t>povratna informacija: konkretna, vezana na kriterij in usmerjena v preverjanje ali naslednji korak</w:t>
            </w:r>
          </w:p>
          <w:p w14:paraId="2AD37441" w14:textId="77777777" w:rsidR="005B3871" w:rsidRDefault="00000000">
            <w:pPr>
              <w:pStyle w:val="Oznaenseznam"/>
              <w:spacing w:after="16"/>
            </w:pPr>
            <w:r>
              <w:rPr>
                <w:color w:val="000000"/>
                <w:sz w:val="16"/>
              </w:rPr>
              <w:t>samovrednotenje: semafor, lestvica samostojnosti, izbrani dokaz ali kratka poved</w:t>
            </w:r>
          </w:p>
          <w:p w14:paraId="0D1F9970" w14:textId="77777777" w:rsidR="005B3871" w:rsidRDefault="00000000">
            <w:pPr>
              <w:spacing w:before="40" w:after="20" w:line="245" w:lineRule="auto"/>
            </w:pPr>
            <w:r>
              <w:rPr>
                <w:b/>
                <w:color w:val="000000"/>
                <w:sz w:val="17"/>
              </w:rPr>
              <w:t>VARNOST IN ODGOVORNOST</w:t>
            </w:r>
          </w:p>
          <w:p w14:paraId="104E1D88" w14:textId="77777777" w:rsidR="005B3871" w:rsidRDefault="00000000">
            <w:pPr>
              <w:spacing w:after="60" w:line="245" w:lineRule="auto"/>
            </w:pPr>
            <w:r>
              <w:rPr>
                <w:color w:val="000000"/>
                <w:sz w:val="16"/>
              </w:rPr>
              <w:t>Tekočino uporablja na pladnju in jo takoj obriše; po mokrih tleh ne hodi. Po potrebi se uporabi suh sipki material.</w:t>
            </w:r>
          </w:p>
          <w:p w14:paraId="1FCF9498" w14:textId="77777777" w:rsidR="005B3871" w:rsidRDefault="00000000">
            <w:pPr>
              <w:spacing w:after="20" w:line="245" w:lineRule="auto"/>
            </w:pPr>
            <w:r>
              <w:rPr>
                <w:b/>
                <w:color w:val="000000"/>
                <w:sz w:val="17"/>
              </w:rPr>
              <w:t>EVIDENCA PO IZVEDBI</w:t>
            </w:r>
          </w:p>
          <w:p w14:paraId="798448CE"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62EA12E0"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8B4B052" w14:textId="77777777">
              <w:trPr>
                <w:jc w:val="center"/>
              </w:trPr>
              <w:tc>
                <w:tcPr>
                  <w:tcW w:w="7087" w:type="dxa"/>
                  <w:shd w:val="clear" w:color="auto" w:fill="EDC9EA"/>
                  <w:tcMar>
                    <w:top w:w="45" w:type="dxa"/>
                    <w:left w:w="70" w:type="dxa"/>
                    <w:bottom w:w="45" w:type="dxa"/>
                    <w:right w:w="70" w:type="dxa"/>
                  </w:tcMar>
                </w:tcPr>
                <w:p w14:paraId="48E307F2" w14:textId="77777777" w:rsidR="005B3871" w:rsidRDefault="00000000">
                  <w:pPr>
                    <w:keepNext/>
                  </w:pPr>
                  <w:r>
                    <w:rPr>
                      <w:b/>
                      <w:color w:val="000000"/>
                    </w:rPr>
                    <w:t>VPRAŠANJA V PODPORO MATEMATIČNEMU UČENJU</w:t>
                  </w:r>
                </w:p>
              </w:tc>
            </w:tr>
          </w:tbl>
          <w:p w14:paraId="56DD18B9" w14:textId="77777777" w:rsidR="005B3871" w:rsidRDefault="005B3871">
            <w:pPr>
              <w:spacing w:line="20" w:lineRule="exact"/>
            </w:pPr>
          </w:p>
          <w:p w14:paraId="7B0A505D" w14:textId="77777777" w:rsidR="005B3871" w:rsidRDefault="00000000">
            <w:pPr>
              <w:pStyle w:val="Oznaenseznam"/>
              <w:spacing w:after="16"/>
            </w:pPr>
            <w:r>
              <w:rPr>
                <w:color w:val="000000"/>
                <w:sz w:val="16"/>
              </w:rPr>
              <w:t>Kaj v tvojem modelu, risbi ali zapisu predstavlja posamezni del naloge?</w:t>
            </w:r>
          </w:p>
          <w:p w14:paraId="55B9F3D9" w14:textId="77777777" w:rsidR="005B3871" w:rsidRDefault="00000000">
            <w:pPr>
              <w:pStyle w:val="Oznaenseznam"/>
              <w:spacing w:after="16"/>
            </w:pPr>
            <w:r>
              <w:rPr>
                <w:color w:val="000000"/>
                <w:sz w:val="16"/>
              </w:rPr>
              <w:t>Kako si prišel/-la do rešitve in kako veš, da je smiselna?</w:t>
            </w:r>
          </w:p>
          <w:p w14:paraId="59CCB39B" w14:textId="77777777" w:rsidR="005B3871" w:rsidRDefault="00000000">
            <w:pPr>
              <w:pStyle w:val="Oznaenseznam"/>
              <w:spacing w:after="16"/>
            </w:pPr>
            <w:r>
              <w:rPr>
                <w:color w:val="000000"/>
                <w:sz w:val="16"/>
              </w:rPr>
              <w:t>Ali lahko isto pokažeš še s predmetom, gibanjem, risbo ali drugim zapisom?</w:t>
            </w:r>
          </w:p>
          <w:p w14:paraId="1D13311B" w14:textId="77777777" w:rsidR="005B3871" w:rsidRDefault="00000000">
            <w:pPr>
              <w:pStyle w:val="Oznaenseznam"/>
              <w:spacing w:after="16"/>
            </w:pPr>
            <w:r>
              <w:rPr>
                <w:color w:val="000000"/>
                <w:sz w:val="16"/>
              </w:rPr>
              <w:t>Kje bi se lahko zmotil/-a in kako boš rešitev preveril/-a?</w:t>
            </w:r>
          </w:p>
          <w:p w14:paraId="044F8C97"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436C3EC1" w14:textId="77777777">
              <w:trPr>
                <w:jc w:val="center"/>
              </w:trPr>
              <w:tc>
                <w:tcPr>
                  <w:tcW w:w="7087" w:type="dxa"/>
                  <w:shd w:val="clear" w:color="auto" w:fill="C6E7F3"/>
                  <w:tcMar>
                    <w:top w:w="45" w:type="dxa"/>
                    <w:left w:w="70" w:type="dxa"/>
                    <w:bottom w:w="45" w:type="dxa"/>
                    <w:right w:w="70" w:type="dxa"/>
                  </w:tcMar>
                </w:tcPr>
                <w:p w14:paraId="7AD11DAC" w14:textId="77777777" w:rsidR="005B3871" w:rsidRDefault="00000000">
                  <w:pPr>
                    <w:keepNext/>
                  </w:pPr>
                  <w:r>
                    <w:rPr>
                      <w:b/>
                      <w:color w:val="000000"/>
                    </w:rPr>
                    <w:t>ZAKLJUČNI DEL – UTRJEVANJE IN REFLEKSIJA (10–15 min)</w:t>
                  </w:r>
                </w:p>
              </w:tc>
            </w:tr>
          </w:tbl>
          <w:p w14:paraId="2AB041EA" w14:textId="77777777" w:rsidR="005B3871" w:rsidRDefault="005B3871">
            <w:pPr>
              <w:spacing w:line="20" w:lineRule="exact"/>
            </w:pPr>
          </w:p>
          <w:p w14:paraId="46DD72A4"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371F5C32" w14:textId="77777777">
              <w:trPr>
                <w:jc w:val="center"/>
              </w:trPr>
              <w:tc>
                <w:tcPr>
                  <w:tcW w:w="7087" w:type="dxa"/>
                  <w:shd w:val="clear" w:color="auto" w:fill="EDC9EA"/>
                  <w:tcMar>
                    <w:top w:w="45" w:type="dxa"/>
                    <w:left w:w="70" w:type="dxa"/>
                    <w:bottom w:w="45" w:type="dxa"/>
                    <w:right w:w="70" w:type="dxa"/>
                  </w:tcMar>
                </w:tcPr>
                <w:p w14:paraId="3883E61B" w14:textId="77777777" w:rsidR="005B3871" w:rsidRDefault="00000000">
                  <w:pPr>
                    <w:keepNext/>
                  </w:pPr>
                  <w:r>
                    <w:rPr>
                      <w:b/>
                      <w:color w:val="000000"/>
                    </w:rPr>
                    <w:t>SAMOVREDNOTENJE</w:t>
                  </w:r>
                </w:p>
              </w:tc>
            </w:tr>
          </w:tbl>
          <w:p w14:paraId="4920C175" w14:textId="77777777" w:rsidR="005B3871" w:rsidRDefault="005B3871">
            <w:pPr>
              <w:spacing w:line="20" w:lineRule="exact"/>
            </w:pPr>
          </w:p>
          <w:p w14:paraId="08AA7070"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5A230BB" w14:textId="77777777">
              <w:trPr>
                <w:jc w:val="center"/>
              </w:trPr>
              <w:tc>
                <w:tcPr>
                  <w:tcW w:w="7087" w:type="dxa"/>
                  <w:shd w:val="clear" w:color="auto" w:fill="EDC9EA"/>
                  <w:tcMar>
                    <w:top w:w="45" w:type="dxa"/>
                    <w:left w:w="70" w:type="dxa"/>
                    <w:bottom w:w="45" w:type="dxa"/>
                    <w:right w:w="70" w:type="dxa"/>
                  </w:tcMar>
                </w:tcPr>
                <w:p w14:paraId="0DA81E61" w14:textId="77777777" w:rsidR="005B3871" w:rsidRDefault="00000000">
                  <w:pPr>
                    <w:keepNext/>
                  </w:pPr>
                  <w:r>
                    <w:rPr>
                      <w:b/>
                      <w:color w:val="000000"/>
                    </w:rPr>
                    <w:t>VRSTNIŠKO VREDNOTENJE</w:t>
                  </w:r>
                </w:p>
              </w:tc>
            </w:tr>
          </w:tbl>
          <w:p w14:paraId="3A341FF8" w14:textId="77777777" w:rsidR="005B3871" w:rsidRDefault="005B3871">
            <w:pPr>
              <w:spacing w:line="20" w:lineRule="exact"/>
            </w:pPr>
          </w:p>
          <w:p w14:paraId="7CBB431C"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2787992E" w14:textId="77777777">
              <w:trPr>
                <w:jc w:val="center"/>
              </w:trPr>
              <w:tc>
                <w:tcPr>
                  <w:tcW w:w="7087" w:type="dxa"/>
                  <w:shd w:val="clear" w:color="auto" w:fill="EDC9EA"/>
                  <w:tcMar>
                    <w:top w:w="45" w:type="dxa"/>
                    <w:left w:w="70" w:type="dxa"/>
                    <w:bottom w:w="45" w:type="dxa"/>
                    <w:right w:w="70" w:type="dxa"/>
                  </w:tcMar>
                </w:tcPr>
                <w:p w14:paraId="370A7718" w14:textId="77777777" w:rsidR="005B3871" w:rsidRDefault="00000000">
                  <w:pPr>
                    <w:keepNext/>
                  </w:pPr>
                  <w:r>
                    <w:rPr>
                      <w:b/>
                      <w:color w:val="000000"/>
                    </w:rPr>
                    <w:t>SKUPNI POVZETEK</w:t>
                  </w:r>
                </w:p>
              </w:tc>
            </w:tr>
          </w:tbl>
          <w:p w14:paraId="180C3BCD" w14:textId="77777777" w:rsidR="005B3871" w:rsidRDefault="005B3871"/>
          <w:p w14:paraId="285EE2E4" w14:textId="77777777" w:rsidR="005B3871" w:rsidRDefault="00000000">
            <w:pPr>
              <w:spacing w:before="20" w:after="40" w:line="245" w:lineRule="auto"/>
            </w:pPr>
            <w:r>
              <w:rPr>
                <w:b/>
                <w:color w:val="000000"/>
                <w:sz w:val="16"/>
              </w:rPr>
              <w:t>Prostornino posod ocenim, izmerim z enako nestandardno enoto ter rezultat predstavim in primerjam.</w:t>
            </w:r>
          </w:p>
        </w:tc>
        <w:tc>
          <w:tcPr>
            <w:tcW w:w="2551" w:type="dxa"/>
            <w:tcMar>
              <w:top w:w="70" w:type="dxa"/>
              <w:left w:w="90" w:type="dxa"/>
              <w:bottom w:w="70" w:type="dxa"/>
              <w:right w:w="90" w:type="dxa"/>
            </w:tcMar>
          </w:tcPr>
          <w:p w14:paraId="5B33203D" w14:textId="77777777" w:rsidR="005B3871" w:rsidRDefault="005B3871"/>
          <w:p w14:paraId="5368B514" w14:textId="77777777" w:rsidR="005B3871" w:rsidRDefault="00000000">
            <w:pPr>
              <w:spacing w:after="100" w:line="245" w:lineRule="auto"/>
            </w:pPr>
            <w:r>
              <w:rPr>
                <w:color w:val="000000"/>
                <w:sz w:val="16"/>
              </w:rPr>
              <w:t>Odgovarja na podporna vprašanja in se sklicuje na svoj model, zapis ali izvedbo.</w:t>
            </w:r>
          </w:p>
          <w:p w14:paraId="72F78FD6" w14:textId="77777777" w:rsidR="005B3871" w:rsidRDefault="00000000">
            <w:pPr>
              <w:spacing w:after="100" w:line="245" w:lineRule="auto"/>
            </w:pPr>
            <w:r>
              <w:rPr>
                <w:color w:val="000000"/>
                <w:sz w:val="16"/>
              </w:rPr>
              <w:t>Primerja začetno strategijo z novim dokazom ter pojasni, kaj se je naučil/-a.</w:t>
            </w:r>
          </w:p>
          <w:p w14:paraId="1E560133" w14:textId="77777777" w:rsidR="005B3871" w:rsidRDefault="00000000">
            <w:pPr>
              <w:spacing w:after="100" w:line="245" w:lineRule="auto"/>
            </w:pPr>
            <w:r>
              <w:rPr>
                <w:color w:val="000000"/>
                <w:sz w:val="16"/>
              </w:rPr>
              <w:t>Izbere raven samostojnosti in določi naslednji korak.</w:t>
            </w:r>
          </w:p>
          <w:p w14:paraId="6478D020" w14:textId="77777777" w:rsidR="005B3871" w:rsidRDefault="00000000">
            <w:pPr>
              <w:spacing w:after="100" w:line="245" w:lineRule="auto"/>
            </w:pPr>
            <w:r>
              <w:rPr>
                <w:color w:val="000000"/>
                <w:sz w:val="16"/>
              </w:rPr>
              <w:t>Sošolcu poda prijazen in konkreten odziv, vezan na kriterij.</w:t>
            </w:r>
          </w:p>
          <w:p w14:paraId="09D54A39" w14:textId="77777777" w:rsidR="005B3871" w:rsidRDefault="00000000">
            <w:pPr>
              <w:spacing w:after="20" w:line="245" w:lineRule="auto"/>
            </w:pPr>
            <w:r>
              <w:rPr>
                <w:b/>
                <w:color w:val="D95BC6"/>
                <w:sz w:val="17"/>
              </w:rPr>
              <w:t>DOKAZ O UČENJU</w:t>
            </w:r>
          </w:p>
          <w:p w14:paraId="568D2414"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4FC40717"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6F8D1D20" w14:textId="77777777">
        <w:trPr>
          <w:cantSplit/>
          <w:jc w:val="center"/>
        </w:trPr>
        <w:tc>
          <w:tcPr>
            <w:tcW w:w="14060" w:type="dxa"/>
            <w:gridSpan w:val="6"/>
            <w:tcMar>
              <w:top w:w="70" w:type="dxa"/>
              <w:left w:w="90" w:type="dxa"/>
              <w:bottom w:w="70" w:type="dxa"/>
              <w:right w:w="90" w:type="dxa"/>
            </w:tcMar>
            <w:vAlign w:val="center"/>
          </w:tcPr>
          <w:p w14:paraId="2E50DF23" w14:textId="77777777" w:rsidR="005B3871" w:rsidRDefault="00000000">
            <w:pPr>
              <w:jc w:val="center"/>
            </w:pPr>
            <w:r>
              <w:rPr>
                <w:b/>
                <w:color w:val="000000"/>
                <w:sz w:val="24"/>
              </w:rPr>
              <w:lastRenderedPageBreak/>
              <w:t>UČNA PRIPRAVA 20/39</w:t>
            </w:r>
          </w:p>
        </w:tc>
      </w:tr>
      <w:tr w:rsidR="005B3871" w14:paraId="08521492" w14:textId="77777777">
        <w:trPr>
          <w:jc w:val="center"/>
        </w:trPr>
        <w:tc>
          <w:tcPr>
            <w:tcW w:w="2665" w:type="dxa"/>
            <w:tcMar>
              <w:top w:w="70" w:type="dxa"/>
              <w:left w:w="90" w:type="dxa"/>
              <w:bottom w:w="70" w:type="dxa"/>
              <w:right w:w="90" w:type="dxa"/>
            </w:tcMar>
            <w:vAlign w:val="center"/>
          </w:tcPr>
          <w:p w14:paraId="13A3458C"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9AFB524"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64C52980"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AD6046A" w14:textId="77777777" w:rsidR="005B3871" w:rsidRDefault="00000000">
            <w:r>
              <w:rPr>
                <w:b/>
                <w:color w:val="000000"/>
                <w:sz w:val="16"/>
              </w:rPr>
              <w:t xml:space="preserve">NAČRTOVANI TERMIN: </w:t>
            </w:r>
            <w:r>
              <w:rPr>
                <w:color w:val="000000"/>
                <w:sz w:val="16"/>
              </w:rPr>
              <w:t>20. teden • 25.–29. 1. 2027</w:t>
            </w:r>
          </w:p>
        </w:tc>
        <w:tc>
          <w:tcPr>
            <w:tcW w:w="2268" w:type="dxa"/>
            <w:tcMar>
              <w:top w:w="70" w:type="dxa"/>
              <w:left w:w="90" w:type="dxa"/>
              <w:bottom w:w="70" w:type="dxa"/>
              <w:right w:w="90" w:type="dxa"/>
            </w:tcMar>
            <w:vAlign w:val="center"/>
          </w:tcPr>
          <w:p w14:paraId="7F744C71"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BA587A8" w14:textId="77777777" w:rsidR="005B3871" w:rsidRDefault="00000000">
            <w:r>
              <w:rPr>
                <w:b/>
                <w:color w:val="000000"/>
                <w:sz w:val="16"/>
              </w:rPr>
              <w:t xml:space="preserve">ŠTEVILO UR: </w:t>
            </w:r>
            <w:r>
              <w:rPr>
                <w:color w:val="000000"/>
                <w:sz w:val="16"/>
              </w:rPr>
              <w:t>3</w:t>
            </w:r>
          </w:p>
        </w:tc>
      </w:tr>
      <w:tr w:rsidR="005B3871" w14:paraId="27BE1C08" w14:textId="77777777">
        <w:trPr>
          <w:jc w:val="center"/>
        </w:trPr>
        <w:tc>
          <w:tcPr>
            <w:tcW w:w="14061" w:type="dxa"/>
            <w:gridSpan w:val="6"/>
            <w:tcMar>
              <w:top w:w="70" w:type="dxa"/>
              <w:left w:w="90" w:type="dxa"/>
              <w:bottom w:w="70" w:type="dxa"/>
              <w:right w:w="90" w:type="dxa"/>
            </w:tcMar>
            <w:vAlign w:val="center"/>
          </w:tcPr>
          <w:p w14:paraId="4FEBE507"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4969AD16" w14:textId="77777777">
        <w:trPr>
          <w:cantSplit/>
          <w:jc w:val="center"/>
        </w:trPr>
        <w:tc>
          <w:tcPr>
            <w:tcW w:w="14060" w:type="dxa"/>
            <w:gridSpan w:val="6"/>
            <w:tcMar>
              <w:top w:w="70" w:type="dxa"/>
              <w:left w:w="90" w:type="dxa"/>
              <w:bottom w:w="70" w:type="dxa"/>
              <w:right w:w="90" w:type="dxa"/>
            </w:tcMar>
            <w:vAlign w:val="center"/>
          </w:tcPr>
          <w:p w14:paraId="43461441" w14:textId="77777777" w:rsidR="005B3871" w:rsidRDefault="005B3871"/>
          <w:p w14:paraId="7283E80A" w14:textId="77777777" w:rsidR="005B3871" w:rsidRDefault="00000000">
            <w:pPr>
              <w:spacing w:line="245" w:lineRule="auto"/>
            </w:pPr>
            <w:r>
              <w:rPr>
                <w:b/>
                <w:color w:val="000000"/>
                <w:sz w:val="16"/>
              </w:rPr>
              <w:t xml:space="preserve">UČNI SKLOP: </w:t>
            </w:r>
            <w:r>
              <w:rPr>
                <w:color w:val="000000"/>
                <w:sz w:val="16"/>
              </w:rPr>
              <w:t>ZIMA, SNOVI IN POJAVI</w:t>
            </w:r>
          </w:p>
        </w:tc>
      </w:tr>
      <w:tr w:rsidR="005B3871" w14:paraId="69E04E52" w14:textId="77777777">
        <w:trPr>
          <w:cantSplit/>
          <w:jc w:val="center"/>
        </w:trPr>
        <w:tc>
          <w:tcPr>
            <w:tcW w:w="14060" w:type="dxa"/>
            <w:gridSpan w:val="6"/>
            <w:tcMar>
              <w:top w:w="70" w:type="dxa"/>
              <w:left w:w="90" w:type="dxa"/>
              <w:bottom w:w="70" w:type="dxa"/>
              <w:right w:w="90" w:type="dxa"/>
            </w:tcMar>
            <w:vAlign w:val="center"/>
          </w:tcPr>
          <w:p w14:paraId="7621FCBB" w14:textId="77777777" w:rsidR="005B3871" w:rsidRDefault="005B3871"/>
          <w:p w14:paraId="10E986AD" w14:textId="77777777" w:rsidR="005B3871" w:rsidRDefault="00000000">
            <w:pPr>
              <w:spacing w:line="245" w:lineRule="auto"/>
            </w:pPr>
            <w:r>
              <w:rPr>
                <w:b/>
                <w:color w:val="000000"/>
                <w:sz w:val="16"/>
              </w:rPr>
              <w:t xml:space="preserve">UČNA TEMA: </w:t>
            </w:r>
            <w:r>
              <w:rPr>
                <w:color w:val="000000"/>
                <w:sz w:val="16"/>
              </w:rPr>
              <w:t>PODATKI</w:t>
            </w:r>
          </w:p>
        </w:tc>
      </w:tr>
      <w:tr w:rsidR="005B3871" w14:paraId="17289B39" w14:textId="77777777">
        <w:trPr>
          <w:cantSplit/>
          <w:jc w:val="center"/>
        </w:trPr>
        <w:tc>
          <w:tcPr>
            <w:tcW w:w="14060" w:type="dxa"/>
            <w:gridSpan w:val="6"/>
            <w:tcMar>
              <w:top w:w="70" w:type="dxa"/>
              <w:left w:w="90" w:type="dxa"/>
              <w:bottom w:w="70" w:type="dxa"/>
              <w:right w:w="90" w:type="dxa"/>
            </w:tcMar>
            <w:vAlign w:val="center"/>
          </w:tcPr>
          <w:p w14:paraId="5D2997D3" w14:textId="77777777" w:rsidR="005B3871" w:rsidRDefault="005B3871"/>
          <w:p w14:paraId="1FB2530B" w14:textId="77777777" w:rsidR="005B3871" w:rsidRDefault="00000000">
            <w:pPr>
              <w:spacing w:line="245" w:lineRule="auto"/>
            </w:pPr>
            <w:r>
              <w:rPr>
                <w:b/>
                <w:color w:val="000000"/>
                <w:sz w:val="16"/>
              </w:rPr>
              <w:t xml:space="preserve">KNJIŽEVNO IZHODIŠČE IN MOTIV: </w:t>
            </w:r>
            <w:r>
              <w:rPr>
                <w:color w:val="000000"/>
                <w:sz w:val="16"/>
              </w:rPr>
              <w:t>»Klobuk gospoda Konstantina« – Peter Svetina • predmet, material, načrtovanje in ustvarjalno reševanje težav</w:t>
            </w:r>
          </w:p>
        </w:tc>
      </w:tr>
      <w:tr w:rsidR="005B3871" w14:paraId="177D1E5B" w14:textId="77777777">
        <w:trPr>
          <w:cantSplit/>
          <w:jc w:val="center"/>
        </w:trPr>
        <w:tc>
          <w:tcPr>
            <w:tcW w:w="14060" w:type="dxa"/>
            <w:gridSpan w:val="6"/>
            <w:tcMar>
              <w:top w:w="70" w:type="dxa"/>
              <w:left w:w="90" w:type="dxa"/>
              <w:bottom w:w="70" w:type="dxa"/>
              <w:right w:w="90" w:type="dxa"/>
            </w:tcMar>
            <w:vAlign w:val="center"/>
          </w:tcPr>
          <w:p w14:paraId="0BD7A577" w14:textId="77777777" w:rsidR="005B3871" w:rsidRDefault="005B3871"/>
          <w:p w14:paraId="6AF36BD8" w14:textId="77777777" w:rsidR="005B3871" w:rsidRDefault="00000000">
            <w:pPr>
              <w:spacing w:line="245" w:lineRule="auto"/>
            </w:pPr>
            <w:r>
              <w:rPr>
                <w:b/>
                <w:color w:val="000000"/>
                <w:sz w:val="16"/>
              </w:rPr>
              <w:t xml:space="preserve">UČNE ENOTE: </w:t>
            </w:r>
            <w:r>
              <w:rPr>
                <w:color w:val="000000"/>
                <w:sz w:val="16"/>
              </w:rPr>
              <w:t>1. ura – Razredno vprašanje • 2. ura – Živi prikaz • 3. ura – Od podatka do slike</w:t>
            </w:r>
          </w:p>
        </w:tc>
      </w:tr>
      <w:tr w:rsidR="005B3871" w14:paraId="143D4519" w14:textId="77777777">
        <w:trPr>
          <w:cantSplit/>
          <w:jc w:val="center"/>
        </w:trPr>
        <w:tc>
          <w:tcPr>
            <w:tcW w:w="14060" w:type="dxa"/>
            <w:gridSpan w:val="6"/>
            <w:tcMar>
              <w:top w:w="70" w:type="dxa"/>
              <w:left w:w="90" w:type="dxa"/>
              <w:bottom w:w="70" w:type="dxa"/>
              <w:right w:w="90" w:type="dxa"/>
            </w:tcMar>
            <w:vAlign w:val="center"/>
          </w:tcPr>
          <w:p w14:paraId="3602374A" w14:textId="77777777" w:rsidR="005B3871" w:rsidRDefault="005B3871"/>
          <w:p w14:paraId="0E0FEE7F"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240A5063" w14:textId="77777777">
        <w:trPr>
          <w:cantSplit/>
          <w:jc w:val="center"/>
        </w:trPr>
        <w:tc>
          <w:tcPr>
            <w:tcW w:w="14060" w:type="dxa"/>
            <w:gridSpan w:val="6"/>
            <w:tcMar>
              <w:top w:w="70" w:type="dxa"/>
              <w:left w:w="90" w:type="dxa"/>
              <w:bottom w:w="70" w:type="dxa"/>
              <w:right w:w="90" w:type="dxa"/>
            </w:tcMar>
            <w:vAlign w:val="center"/>
          </w:tcPr>
          <w:p w14:paraId="0D908416" w14:textId="77777777" w:rsidR="005B3871" w:rsidRDefault="005B3871"/>
          <w:p w14:paraId="7C27F5B6"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41C098BD" w14:textId="77777777">
        <w:trPr>
          <w:cantSplit/>
          <w:jc w:val="center"/>
        </w:trPr>
        <w:tc>
          <w:tcPr>
            <w:tcW w:w="14060" w:type="dxa"/>
            <w:gridSpan w:val="6"/>
            <w:tcMar>
              <w:top w:w="70" w:type="dxa"/>
              <w:left w:w="90" w:type="dxa"/>
              <w:bottom w:w="70" w:type="dxa"/>
              <w:right w:w="90" w:type="dxa"/>
            </w:tcMar>
            <w:vAlign w:val="center"/>
          </w:tcPr>
          <w:p w14:paraId="3ABAB6D0" w14:textId="77777777" w:rsidR="005B3871" w:rsidRDefault="005B3871"/>
          <w:p w14:paraId="28042307"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1D2F71F2" w14:textId="77777777">
        <w:trPr>
          <w:cantSplit/>
          <w:jc w:val="center"/>
        </w:trPr>
        <w:tc>
          <w:tcPr>
            <w:tcW w:w="14060" w:type="dxa"/>
            <w:gridSpan w:val="6"/>
            <w:tcMar>
              <w:top w:w="70" w:type="dxa"/>
              <w:left w:w="90" w:type="dxa"/>
              <w:bottom w:w="70" w:type="dxa"/>
              <w:right w:w="90" w:type="dxa"/>
            </w:tcMar>
            <w:vAlign w:val="center"/>
          </w:tcPr>
          <w:p w14:paraId="14B0524B" w14:textId="77777777" w:rsidR="005B3871" w:rsidRDefault="005B3871"/>
          <w:p w14:paraId="4B51D399" w14:textId="77777777" w:rsidR="005B3871" w:rsidRDefault="00000000">
            <w:pPr>
              <w:spacing w:line="245" w:lineRule="auto"/>
            </w:pPr>
            <w:r>
              <w:rPr>
                <w:b/>
                <w:color w:val="000000"/>
                <w:sz w:val="16"/>
              </w:rPr>
              <w:t xml:space="preserve">MEDPREDMETNE POVEZAVE: </w:t>
            </w:r>
            <w:r>
              <w:rPr>
                <w:color w:val="000000"/>
                <w:sz w:val="16"/>
              </w:rPr>
              <w:t>SLJ – oblikovanje vprašanja in ugotovitve; SPO – lastnosti predmetov; ŠPO – živi prikaz; LUM – pregledna razporeditev</w:t>
            </w:r>
          </w:p>
        </w:tc>
      </w:tr>
      <w:tr w:rsidR="005B3871" w14:paraId="24657D3E" w14:textId="77777777">
        <w:trPr>
          <w:cantSplit/>
          <w:jc w:val="center"/>
        </w:trPr>
        <w:tc>
          <w:tcPr>
            <w:tcW w:w="14060" w:type="dxa"/>
            <w:gridSpan w:val="6"/>
            <w:tcMar>
              <w:top w:w="70" w:type="dxa"/>
              <w:left w:w="90" w:type="dxa"/>
              <w:bottom w:w="70" w:type="dxa"/>
              <w:right w:w="90" w:type="dxa"/>
            </w:tcMar>
            <w:vAlign w:val="center"/>
          </w:tcPr>
          <w:p w14:paraId="403310D4" w14:textId="77777777" w:rsidR="005B3871" w:rsidRDefault="005B3871"/>
          <w:p w14:paraId="02196C89" w14:textId="77777777" w:rsidR="005B3871" w:rsidRDefault="00000000">
            <w:pPr>
              <w:spacing w:line="245" w:lineRule="auto"/>
            </w:pPr>
            <w:r>
              <w:rPr>
                <w:b/>
                <w:color w:val="000000"/>
                <w:sz w:val="16"/>
              </w:rPr>
              <w:t xml:space="preserve">UČNA SREDSTVA IN PRIPOMOČKI: </w:t>
            </w:r>
            <w:r>
              <w:rPr>
                <w:color w:val="000000"/>
                <w:sz w:val="16"/>
              </w:rPr>
              <w:t>slike klobukov, glasovalne kartice, talni trakovi, kategorijske oznake, papirnate figure, mreža za prikaz, preprosta preglednica</w:t>
            </w:r>
          </w:p>
        </w:tc>
      </w:tr>
      <w:tr w:rsidR="005B3871" w14:paraId="198A505A" w14:textId="77777777">
        <w:trPr>
          <w:cantSplit/>
          <w:jc w:val="center"/>
        </w:trPr>
        <w:tc>
          <w:tcPr>
            <w:tcW w:w="14060" w:type="dxa"/>
            <w:gridSpan w:val="6"/>
            <w:tcMar>
              <w:top w:w="70" w:type="dxa"/>
              <w:left w:w="90" w:type="dxa"/>
              <w:bottom w:w="70" w:type="dxa"/>
              <w:right w:w="90" w:type="dxa"/>
            </w:tcMar>
            <w:vAlign w:val="center"/>
          </w:tcPr>
          <w:p w14:paraId="64827337" w14:textId="77777777" w:rsidR="005B3871" w:rsidRDefault="005B3871"/>
          <w:p w14:paraId="7B8ADE97"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29FE99EE" w14:textId="77777777">
        <w:trPr>
          <w:cantSplit/>
          <w:jc w:val="center"/>
        </w:trPr>
        <w:tc>
          <w:tcPr>
            <w:tcW w:w="14060" w:type="dxa"/>
            <w:gridSpan w:val="6"/>
            <w:tcMar>
              <w:top w:w="70" w:type="dxa"/>
              <w:left w:w="90" w:type="dxa"/>
              <w:bottom w:w="70" w:type="dxa"/>
              <w:right w:w="90" w:type="dxa"/>
            </w:tcMar>
            <w:vAlign w:val="center"/>
          </w:tcPr>
          <w:p w14:paraId="6A394C28" w14:textId="77777777" w:rsidR="005B3871" w:rsidRDefault="005B3871"/>
          <w:p w14:paraId="332B94F7" w14:textId="77777777" w:rsidR="005B3871" w:rsidRDefault="00000000">
            <w:pPr>
              <w:spacing w:line="245" w:lineRule="auto"/>
            </w:pPr>
            <w:r>
              <w:rPr>
                <w:b/>
                <w:color w:val="000000"/>
                <w:sz w:val="16"/>
              </w:rPr>
              <w:t xml:space="preserve">OCENJEVANJE / DAN DEJAVNOSTI: </w:t>
            </w:r>
            <w:r>
              <w:rPr>
                <w:color w:val="000000"/>
                <w:sz w:val="16"/>
              </w:rPr>
              <w:t>NARAVOSLOVNI DAN</w:t>
            </w:r>
          </w:p>
        </w:tc>
      </w:tr>
      <w:tr w:rsidR="005B3871" w14:paraId="494E7EC5" w14:textId="77777777">
        <w:trPr>
          <w:cantSplit/>
          <w:jc w:val="center"/>
        </w:trPr>
        <w:tc>
          <w:tcPr>
            <w:tcW w:w="14060" w:type="dxa"/>
            <w:gridSpan w:val="6"/>
            <w:tcMar>
              <w:top w:w="70" w:type="dxa"/>
              <w:left w:w="90" w:type="dxa"/>
              <w:bottom w:w="70" w:type="dxa"/>
              <w:right w:w="90" w:type="dxa"/>
            </w:tcMar>
            <w:vAlign w:val="center"/>
          </w:tcPr>
          <w:p w14:paraId="2763FCE7" w14:textId="77777777" w:rsidR="005B3871" w:rsidRDefault="005B3871"/>
          <w:p w14:paraId="41EA01A9"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6362254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270963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73C18B6"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78CDFBF" w14:textId="77777777" w:rsidR="005B3871" w:rsidRDefault="00000000">
            <w:pPr>
              <w:jc w:val="center"/>
            </w:pPr>
            <w:r>
              <w:rPr>
                <w:b/>
                <w:color w:val="000000"/>
                <w:sz w:val="20"/>
              </w:rPr>
              <w:t>UČNE DEJAVNOSTI, METODE IN FORMATIVNO SPREMLJANJE</w:t>
            </w:r>
          </w:p>
        </w:tc>
      </w:tr>
      <w:tr w:rsidR="005B3871" w14:paraId="1068FD18" w14:textId="77777777">
        <w:trPr>
          <w:tblHeader/>
          <w:jc w:val="center"/>
        </w:trPr>
        <w:tc>
          <w:tcPr>
            <w:tcW w:w="4422" w:type="dxa"/>
            <w:vMerge/>
            <w:tcMar>
              <w:top w:w="70" w:type="dxa"/>
              <w:left w:w="90" w:type="dxa"/>
              <w:bottom w:w="70" w:type="dxa"/>
              <w:right w:w="90" w:type="dxa"/>
            </w:tcMar>
            <w:vAlign w:val="center"/>
          </w:tcPr>
          <w:p w14:paraId="544001DD" w14:textId="77777777" w:rsidR="005B3871" w:rsidRDefault="005B3871"/>
        </w:tc>
        <w:tc>
          <w:tcPr>
            <w:tcW w:w="7087" w:type="dxa"/>
            <w:shd w:val="clear" w:color="auto" w:fill="FFFFFF"/>
            <w:tcMar>
              <w:top w:w="70" w:type="dxa"/>
              <w:left w:w="90" w:type="dxa"/>
              <w:bottom w:w="70" w:type="dxa"/>
              <w:right w:w="90" w:type="dxa"/>
            </w:tcMar>
            <w:vAlign w:val="center"/>
          </w:tcPr>
          <w:p w14:paraId="36947079"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7ABAF17" w14:textId="77777777" w:rsidR="005B3871" w:rsidRDefault="00000000">
            <w:pPr>
              <w:jc w:val="center"/>
            </w:pPr>
            <w:r>
              <w:rPr>
                <w:b/>
                <w:color w:val="000000"/>
              </w:rPr>
              <w:t>UČENEC</w:t>
            </w:r>
          </w:p>
        </w:tc>
      </w:tr>
      <w:tr w:rsidR="005B3871" w14:paraId="46078A7F" w14:textId="77777777">
        <w:trPr>
          <w:jc w:val="center"/>
        </w:trPr>
        <w:tc>
          <w:tcPr>
            <w:tcW w:w="4422" w:type="dxa"/>
            <w:tcMar>
              <w:top w:w="70" w:type="dxa"/>
              <w:left w:w="90" w:type="dxa"/>
              <w:bottom w:w="70" w:type="dxa"/>
              <w:right w:w="90" w:type="dxa"/>
            </w:tcMar>
          </w:tcPr>
          <w:p w14:paraId="26C23F63" w14:textId="77777777" w:rsidR="005B3871" w:rsidRDefault="005B3871"/>
          <w:p w14:paraId="05067F40" w14:textId="77777777" w:rsidR="005B3871" w:rsidRDefault="00000000">
            <w:pPr>
              <w:spacing w:after="60" w:line="245" w:lineRule="auto"/>
            </w:pPr>
            <w:r>
              <w:rPr>
                <w:b/>
                <w:color w:val="000000"/>
              </w:rPr>
              <w:t>UČNI CILJI</w:t>
            </w:r>
          </w:p>
          <w:p w14:paraId="654C7C43" w14:textId="77777777" w:rsidR="005B3871" w:rsidRDefault="00000000">
            <w:pPr>
              <w:spacing w:after="20" w:line="245" w:lineRule="auto"/>
            </w:pPr>
            <w:r>
              <w:rPr>
                <w:b/>
                <w:color w:val="000000"/>
                <w:sz w:val="17"/>
              </w:rPr>
              <w:t>SPLOŠNI</w:t>
            </w:r>
          </w:p>
          <w:p w14:paraId="4247F127" w14:textId="77777777" w:rsidR="005B3871" w:rsidRDefault="00000000">
            <w:pPr>
              <w:pStyle w:val="Oznaenseznam"/>
              <w:spacing w:after="16"/>
            </w:pPr>
            <w:r>
              <w:rPr>
                <w:color w:val="000000"/>
                <w:sz w:val="16"/>
              </w:rPr>
              <w:t>razvija številske, prostorske in količinske predstave s konkretnimi izkušnjami</w:t>
            </w:r>
          </w:p>
          <w:p w14:paraId="5CFB44B3" w14:textId="77777777" w:rsidR="005B3871" w:rsidRDefault="00000000">
            <w:pPr>
              <w:pStyle w:val="Oznaenseznam"/>
              <w:spacing w:after="16"/>
            </w:pPr>
            <w:r>
              <w:rPr>
                <w:color w:val="000000"/>
                <w:sz w:val="16"/>
              </w:rPr>
              <w:t>rešuje matematične probleme s predmetom, gibanjem, risbo, modelom in simbolom</w:t>
            </w:r>
          </w:p>
          <w:p w14:paraId="2E877792" w14:textId="77777777" w:rsidR="005B3871" w:rsidRDefault="00000000">
            <w:pPr>
              <w:pStyle w:val="Oznaenseznam"/>
              <w:spacing w:after="16"/>
            </w:pPr>
            <w:r>
              <w:rPr>
                <w:color w:val="000000"/>
                <w:sz w:val="16"/>
              </w:rPr>
              <w:t>pojasnjuje izbrano strategijo, preverja smiselnost rešitve in posluša rešitve drugih</w:t>
            </w:r>
          </w:p>
          <w:p w14:paraId="1E02EF23" w14:textId="77777777" w:rsidR="005B3871" w:rsidRDefault="00000000">
            <w:pPr>
              <w:pStyle w:val="Oznaenseznam"/>
              <w:spacing w:after="16"/>
            </w:pPr>
            <w:r>
              <w:rPr>
                <w:color w:val="000000"/>
                <w:sz w:val="16"/>
              </w:rPr>
              <w:t>ob namenih in kriterijih spremlja svoje učenje ter uporabi opisno povratno informacijo</w:t>
            </w:r>
          </w:p>
          <w:p w14:paraId="719CD60C" w14:textId="77777777" w:rsidR="005B3871" w:rsidRDefault="00000000">
            <w:pPr>
              <w:spacing w:before="40" w:after="20" w:line="245" w:lineRule="auto"/>
            </w:pPr>
            <w:r>
              <w:rPr>
                <w:b/>
                <w:color w:val="000000"/>
                <w:sz w:val="17"/>
              </w:rPr>
              <w:t>OPERATIVNI</w:t>
            </w:r>
          </w:p>
          <w:p w14:paraId="28CC7D60" w14:textId="77777777" w:rsidR="005B3871" w:rsidRDefault="00000000">
            <w:pPr>
              <w:pStyle w:val="Oznaenseznam"/>
              <w:spacing w:after="16"/>
            </w:pPr>
            <w:r>
              <w:rPr>
                <w:color w:val="000000"/>
                <w:sz w:val="16"/>
              </w:rPr>
              <w:t>zbira podatke</w:t>
            </w:r>
          </w:p>
          <w:p w14:paraId="47F29ED2" w14:textId="77777777" w:rsidR="005B3871" w:rsidRDefault="00000000">
            <w:pPr>
              <w:pStyle w:val="Oznaenseznam"/>
              <w:spacing w:after="16"/>
            </w:pPr>
            <w:r>
              <w:rPr>
                <w:color w:val="000000"/>
                <w:sz w:val="16"/>
              </w:rPr>
              <w:t>bere figurni prikaz ali preprosto preglednico</w:t>
            </w:r>
          </w:p>
          <w:p w14:paraId="41C3BB0D" w14:textId="77777777" w:rsidR="005B3871" w:rsidRDefault="00000000">
            <w:pPr>
              <w:pStyle w:val="Oznaenseznam"/>
              <w:spacing w:after="16"/>
            </w:pPr>
            <w:r>
              <w:rPr>
                <w:color w:val="000000"/>
                <w:sz w:val="16"/>
              </w:rPr>
              <w:t>podatke predstavi v vrsticah ali stolpcih</w:t>
            </w:r>
          </w:p>
          <w:p w14:paraId="0CEBB69F" w14:textId="77777777" w:rsidR="005B3871" w:rsidRDefault="00000000">
            <w:pPr>
              <w:spacing w:before="40" w:after="20" w:line="245" w:lineRule="auto"/>
            </w:pPr>
            <w:r>
              <w:rPr>
                <w:b/>
                <w:color w:val="000000"/>
                <w:sz w:val="17"/>
              </w:rPr>
              <w:t>PRIČAKOVANI DOSEŽKI / STANDARDI</w:t>
            </w:r>
          </w:p>
          <w:p w14:paraId="49C99D85" w14:textId="77777777" w:rsidR="005B3871" w:rsidRDefault="00000000">
            <w:pPr>
              <w:pStyle w:val="Oznaenseznam"/>
              <w:spacing w:after="16"/>
            </w:pPr>
            <w:r>
              <w:rPr>
                <w:color w:val="000000"/>
                <w:sz w:val="16"/>
              </w:rPr>
              <w:t>ob konkretni, slikovni ali gibalni opori zbira podatke</w:t>
            </w:r>
          </w:p>
          <w:p w14:paraId="56ACD427" w14:textId="77777777" w:rsidR="005B3871" w:rsidRDefault="00000000">
            <w:pPr>
              <w:pStyle w:val="Oznaenseznam"/>
              <w:spacing w:after="16"/>
            </w:pPr>
            <w:r>
              <w:rPr>
                <w:color w:val="000000"/>
                <w:sz w:val="16"/>
              </w:rPr>
              <w:t>ob konkretni, slikovni ali gibalni opori bere figurni prikaz ali preprosto preglednico</w:t>
            </w:r>
          </w:p>
          <w:p w14:paraId="3F53B808" w14:textId="77777777" w:rsidR="005B3871" w:rsidRDefault="00000000">
            <w:pPr>
              <w:pStyle w:val="Oznaenseznam"/>
              <w:spacing w:after="16"/>
            </w:pPr>
            <w:r>
              <w:rPr>
                <w:color w:val="000000"/>
                <w:sz w:val="16"/>
              </w:rPr>
              <w:t>ob konkretni, slikovni ali gibalni opori podatke predstavi v vrsticah ali stolpcih</w:t>
            </w:r>
          </w:p>
        </w:tc>
        <w:tc>
          <w:tcPr>
            <w:tcW w:w="7087" w:type="dxa"/>
            <w:tcMar>
              <w:top w:w="70" w:type="dxa"/>
              <w:left w:w="90" w:type="dxa"/>
              <w:bottom w:w="70" w:type="dxa"/>
              <w:right w:w="90" w:type="dxa"/>
            </w:tcMar>
          </w:tcPr>
          <w:p w14:paraId="09C7D8E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DB3CF1D" w14:textId="77777777">
              <w:trPr>
                <w:jc w:val="center"/>
              </w:trPr>
              <w:tc>
                <w:tcPr>
                  <w:tcW w:w="7087" w:type="dxa"/>
                  <w:shd w:val="clear" w:color="auto" w:fill="C6E7F3"/>
                  <w:tcMar>
                    <w:top w:w="45" w:type="dxa"/>
                    <w:left w:w="70" w:type="dxa"/>
                    <w:bottom w:w="45" w:type="dxa"/>
                    <w:right w:w="70" w:type="dxa"/>
                  </w:tcMar>
                </w:tcPr>
                <w:p w14:paraId="52D9197E" w14:textId="77777777" w:rsidR="005B3871" w:rsidRDefault="00000000">
                  <w:pPr>
                    <w:keepNext/>
                  </w:pPr>
                  <w:r>
                    <w:rPr>
                      <w:b/>
                      <w:color w:val="000000"/>
                    </w:rPr>
                    <w:t>UVODNI DEL – motivacija, aktivacija predznanja in namen učenja (15–20 min)</w:t>
                  </w:r>
                </w:p>
              </w:tc>
            </w:tr>
          </w:tbl>
          <w:p w14:paraId="261D6B4C" w14:textId="77777777" w:rsidR="005B3871" w:rsidRDefault="005B3871">
            <w:pPr>
              <w:spacing w:line="20" w:lineRule="exact"/>
            </w:pPr>
          </w:p>
          <w:p w14:paraId="51A9FB7B" w14:textId="77777777" w:rsidR="005B3871" w:rsidRDefault="00000000">
            <w:pPr>
              <w:spacing w:before="40" w:after="60" w:line="245" w:lineRule="auto"/>
            </w:pPr>
            <w:r>
              <w:rPr>
                <w:color w:val="000000"/>
                <w:sz w:val="16"/>
              </w:rPr>
              <w:t>Klobuki gospoda Konstantina postanejo predmet razredne raziskave. Učenci oblikujejo vprašanje, zberejo podatke in jih najprej prikažejo s svojim telesom, nato s figurami ali v preglednici.</w:t>
            </w:r>
          </w:p>
          <w:tbl>
            <w:tblPr>
              <w:tblStyle w:val="Tabelamrea"/>
              <w:tblW w:w="0" w:type="auto"/>
              <w:jc w:val="center"/>
              <w:tblLayout w:type="fixed"/>
              <w:tblLook w:val="04A0" w:firstRow="1" w:lastRow="0" w:firstColumn="1" w:lastColumn="0" w:noHBand="0" w:noVBand="1"/>
            </w:tblPr>
            <w:tblGrid>
              <w:gridCol w:w="7087"/>
            </w:tblGrid>
            <w:tr w:rsidR="005B3871" w14:paraId="7B2CCA46" w14:textId="77777777">
              <w:trPr>
                <w:jc w:val="center"/>
              </w:trPr>
              <w:tc>
                <w:tcPr>
                  <w:tcW w:w="7087" w:type="dxa"/>
                  <w:shd w:val="clear" w:color="auto" w:fill="EDC9EA"/>
                  <w:tcMar>
                    <w:top w:w="45" w:type="dxa"/>
                    <w:left w:w="70" w:type="dxa"/>
                    <w:bottom w:w="45" w:type="dxa"/>
                    <w:right w:w="70" w:type="dxa"/>
                  </w:tcMar>
                </w:tcPr>
                <w:p w14:paraId="0121725B" w14:textId="77777777" w:rsidR="005B3871" w:rsidRDefault="00000000">
                  <w:pPr>
                    <w:keepNext/>
                  </w:pPr>
                  <w:r>
                    <w:rPr>
                      <w:b/>
                      <w:color w:val="000000"/>
                    </w:rPr>
                    <w:t>NAMENI UČENJA</w:t>
                  </w:r>
                </w:p>
              </w:tc>
            </w:tr>
          </w:tbl>
          <w:p w14:paraId="0058C8A2" w14:textId="77777777" w:rsidR="005B3871" w:rsidRDefault="005B3871">
            <w:pPr>
              <w:spacing w:line="20" w:lineRule="exact"/>
            </w:pPr>
          </w:p>
          <w:p w14:paraId="6915AEC3"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7FDE6CB8" w14:textId="77777777" w:rsidR="005B3871" w:rsidRDefault="00000000">
            <w:pPr>
              <w:pStyle w:val="Oznaenseznam"/>
              <w:spacing w:after="16"/>
            </w:pPr>
            <w:r>
              <w:rPr>
                <w:color w:val="000000"/>
                <w:sz w:val="16"/>
              </w:rPr>
              <w:t>zbiram podatke</w:t>
            </w:r>
          </w:p>
          <w:p w14:paraId="12FDBD11" w14:textId="77777777" w:rsidR="005B3871" w:rsidRDefault="00000000">
            <w:pPr>
              <w:pStyle w:val="Oznaenseznam"/>
              <w:spacing w:after="16"/>
            </w:pPr>
            <w:r>
              <w:rPr>
                <w:color w:val="000000"/>
                <w:sz w:val="16"/>
              </w:rPr>
              <w:t>berem figurni prikaz ali preprosto preglednico</w:t>
            </w:r>
          </w:p>
          <w:p w14:paraId="2B4AF025" w14:textId="77777777" w:rsidR="005B3871" w:rsidRDefault="00000000">
            <w:pPr>
              <w:pStyle w:val="Oznaenseznam"/>
              <w:spacing w:after="16"/>
            </w:pPr>
            <w:r>
              <w:rPr>
                <w:color w:val="000000"/>
                <w:sz w:val="16"/>
              </w:rPr>
              <w:t>podatke predstavim v vrsticah ali stolpcih</w:t>
            </w:r>
          </w:p>
          <w:tbl>
            <w:tblPr>
              <w:tblStyle w:val="Tabelamrea"/>
              <w:tblW w:w="0" w:type="auto"/>
              <w:jc w:val="center"/>
              <w:tblLayout w:type="fixed"/>
              <w:tblLook w:val="04A0" w:firstRow="1" w:lastRow="0" w:firstColumn="1" w:lastColumn="0" w:noHBand="0" w:noVBand="1"/>
            </w:tblPr>
            <w:tblGrid>
              <w:gridCol w:w="7087"/>
            </w:tblGrid>
            <w:tr w:rsidR="005B3871" w14:paraId="0C82E011" w14:textId="77777777">
              <w:trPr>
                <w:jc w:val="center"/>
              </w:trPr>
              <w:tc>
                <w:tcPr>
                  <w:tcW w:w="7087" w:type="dxa"/>
                  <w:shd w:val="clear" w:color="auto" w:fill="EDC9EA"/>
                  <w:tcMar>
                    <w:top w:w="45" w:type="dxa"/>
                    <w:left w:w="70" w:type="dxa"/>
                    <w:bottom w:w="45" w:type="dxa"/>
                    <w:right w:w="70" w:type="dxa"/>
                  </w:tcMar>
                </w:tcPr>
                <w:p w14:paraId="74EB9368" w14:textId="77777777" w:rsidR="005B3871" w:rsidRDefault="00000000">
                  <w:pPr>
                    <w:keepNext/>
                  </w:pPr>
                  <w:r>
                    <w:rPr>
                      <w:b/>
                      <w:color w:val="000000"/>
                    </w:rPr>
                    <w:t>PREVERJANJE PREDZNANJA</w:t>
                  </w:r>
                </w:p>
              </w:tc>
            </w:tr>
          </w:tbl>
          <w:p w14:paraId="13DA9337" w14:textId="77777777" w:rsidR="005B3871" w:rsidRDefault="005B3871">
            <w:pPr>
              <w:spacing w:line="20" w:lineRule="exact"/>
            </w:pPr>
          </w:p>
          <w:p w14:paraId="434E70CF" w14:textId="77777777" w:rsidR="005B3871" w:rsidRDefault="00000000">
            <w:pPr>
              <w:pStyle w:val="Oznaenseznam"/>
              <w:spacing w:after="16"/>
            </w:pPr>
            <w:r>
              <w:rPr>
                <w:color w:val="000000"/>
                <w:sz w:val="16"/>
              </w:rPr>
              <w:t>Kaj moramo vprašati, da bomo dobili primerljive podatke?</w:t>
            </w:r>
          </w:p>
          <w:p w14:paraId="334A8825" w14:textId="77777777" w:rsidR="005B3871" w:rsidRDefault="00000000">
            <w:pPr>
              <w:pStyle w:val="Oznaenseznam"/>
              <w:spacing w:after="16"/>
            </w:pPr>
            <w:r>
              <w:rPr>
                <w:color w:val="000000"/>
                <w:sz w:val="16"/>
              </w:rPr>
              <w:t>Kako iz prikaza hitro ugotovim, česa je največ ali najmanj?</w:t>
            </w:r>
          </w:p>
          <w:p w14:paraId="4D55D034"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44330424" w14:textId="77777777">
              <w:trPr>
                <w:jc w:val="center"/>
              </w:trPr>
              <w:tc>
                <w:tcPr>
                  <w:tcW w:w="7087" w:type="dxa"/>
                  <w:shd w:val="clear" w:color="auto" w:fill="EDC9EA"/>
                  <w:tcMar>
                    <w:top w:w="45" w:type="dxa"/>
                    <w:left w:w="70" w:type="dxa"/>
                    <w:bottom w:w="45" w:type="dxa"/>
                    <w:right w:w="70" w:type="dxa"/>
                  </w:tcMar>
                </w:tcPr>
                <w:p w14:paraId="70212FC8" w14:textId="77777777" w:rsidR="005B3871" w:rsidRDefault="00000000">
                  <w:pPr>
                    <w:keepNext/>
                  </w:pPr>
                  <w:r>
                    <w:rPr>
                      <w:b/>
                      <w:color w:val="000000"/>
                    </w:rPr>
                    <w:t>KRITERIJI USPEŠNOSTI</w:t>
                  </w:r>
                </w:p>
              </w:tc>
            </w:tr>
          </w:tbl>
          <w:p w14:paraId="7432B5E9" w14:textId="77777777" w:rsidR="005B3871" w:rsidRDefault="005B3871"/>
          <w:p w14:paraId="5879ADDE" w14:textId="77777777" w:rsidR="005B3871" w:rsidRDefault="00000000">
            <w:pPr>
              <w:spacing w:before="20" w:after="20" w:line="245" w:lineRule="auto"/>
            </w:pPr>
            <w:r>
              <w:rPr>
                <w:b/>
                <w:color w:val="000000"/>
                <w:sz w:val="16"/>
              </w:rPr>
              <w:t>Uspešen/-na bom, ko:</w:t>
            </w:r>
          </w:p>
          <w:p w14:paraId="4F101229" w14:textId="77777777" w:rsidR="005B3871" w:rsidRDefault="00000000">
            <w:pPr>
              <w:pStyle w:val="Oznaenseznam"/>
              <w:spacing w:after="16"/>
            </w:pPr>
            <w:r>
              <w:rPr>
                <w:color w:val="000000"/>
                <w:sz w:val="16"/>
              </w:rPr>
              <w:t>zbiram podatke</w:t>
            </w:r>
          </w:p>
          <w:p w14:paraId="36959A0B" w14:textId="77777777" w:rsidR="005B3871" w:rsidRDefault="00000000">
            <w:pPr>
              <w:pStyle w:val="Oznaenseznam"/>
              <w:spacing w:after="16"/>
            </w:pPr>
            <w:r>
              <w:rPr>
                <w:color w:val="000000"/>
                <w:sz w:val="16"/>
              </w:rPr>
              <w:t>berem figurni prikaz ali preprosto preglednico</w:t>
            </w:r>
          </w:p>
          <w:p w14:paraId="24436819" w14:textId="77777777" w:rsidR="005B3871" w:rsidRDefault="00000000">
            <w:pPr>
              <w:pStyle w:val="Oznaenseznam"/>
              <w:spacing w:after="16"/>
            </w:pPr>
            <w:r>
              <w:rPr>
                <w:color w:val="000000"/>
                <w:sz w:val="16"/>
              </w:rPr>
              <w:t>podatke predstavim v vrsticah ali stolpcih</w:t>
            </w:r>
          </w:p>
          <w:p w14:paraId="48FD413A"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36BC261D" w14:textId="77777777" w:rsidR="005B3871" w:rsidRDefault="005B3871"/>
          <w:p w14:paraId="6B0EEA6B"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3643FA71" w14:textId="77777777" w:rsidR="005B3871" w:rsidRDefault="00000000">
            <w:pPr>
              <w:spacing w:after="80" w:line="245" w:lineRule="auto"/>
            </w:pPr>
            <w:r>
              <w:rPr>
                <w:color w:val="000000"/>
                <w:sz w:val="16"/>
              </w:rPr>
              <w:t>Pove, pokaže ali nariše, kako bi nalogo začel. Posluša tudi drugačne strategije.</w:t>
            </w:r>
          </w:p>
          <w:p w14:paraId="68EB865B" w14:textId="77777777" w:rsidR="005B3871" w:rsidRDefault="00000000">
            <w:pPr>
              <w:spacing w:after="100" w:line="245" w:lineRule="auto"/>
            </w:pPr>
            <w:r>
              <w:rPr>
                <w:color w:val="000000"/>
                <w:sz w:val="16"/>
              </w:rPr>
              <w:t>Sodeluje pri razumevanju namenov in kriterijev uspešnosti.</w:t>
            </w:r>
          </w:p>
          <w:p w14:paraId="2E8E51F0" w14:textId="77777777" w:rsidR="005B3871" w:rsidRDefault="00000000">
            <w:pPr>
              <w:spacing w:after="20" w:line="245" w:lineRule="auto"/>
            </w:pPr>
            <w:r>
              <w:rPr>
                <w:b/>
                <w:color w:val="D95BC6"/>
                <w:sz w:val="17"/>
              </w:rPr>
              <w:t>DOKAZ O UČENJU</w:t>
            </w:r>
          </w:p>
          <w:p w14:paraId="24EA27DA" w14:textId="77777777" w:rsidR="005B3871" w:rsidRDefault="00000000">
            <w:pPr>
              <w:spacing w:after="30" w:line="245" w:lineRule="auto"/>
            </w:pPr>
            <w:r>
              <w:rPr>
                <w:color w:val="D95BC6"/>
                <w:sz w:val="16"/>
              </w:rPr>
              <w:t>začetna strategija, razvrstitev, model, risba, gib ali ustni odgovor</w:t>
            </w:r>
          </w:p>
        </w:tc>
      </w:tr>
    </w:tbl>
    <w:p w14:paraId="2A58FBB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949292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2BE2DB8"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4ECBE31" w14:textId="77777777" w:rsidR="005B3871" w:rsidRDefault="00000000">
            <w:pPr>
              <w:jc w:val="center"/>
            </w:pPr>
            <w:r>
              <w:rPr>
                <w:b/>
                <w:color w:val="000000"/>
                <w:sz w:val="20"/>
              </w:rPr>
              <w:t>UČNE DEJAVNOSTI, METODE IN FORMATIVNO SPREMLJANJE</w:t>
            </w:r>
          </w:p>
        </w:tc>
      </w:tr>
      <w:tr w:rsidR="005B3871" w14:paraId="11BB5961" w14:textId="77777777">
        <w:trPr>
          <w:tblHeader/>
          <w:jc w:val="center"/>
        </w:trPr>
        <w:tc>
          <w:tcPr>
            <w:tcW w:w="4422" w:type="dxa"/>
            <w:vMerge/>
            <w:tcMar>
              <w:top w:w="70" w:type="dxa"/>
              <w:left w:w="90" w:type="dxa"/>
              <w:bottom w:w="70" w:type="dxa"/>
              <w:right w:w="90" w:type="dxa"/>
            </w:tcMar>
            <w:vAlign w:val="center"/>
          </w:tcPr>
          <w:p w14:paraId="16BD9936" w14:textId="77777777" w:rsidR="005B3871" w:rsidRDefault="005B3871"/>
        </w:tc>
        <w:tc>
          <w:tcPr>
            <w:tcW w:w="7087" w:type="dxa"/>
            <w:shd w:val="clear" w:color="auto" w:fill="FFFFFF"/>
            <w:tcMar>
              <w:top w:w="70" w:type="dxa"/>
              <w:left w:w="90" w:type="dxa"/>
              <w:bottom w:w="70" w:type="dxa"/>
              <w:right w:w="90" w:type="dxa"/>
            </w:tcMar>
            <w:vAlign w:val="center"/>
          </w:tcPr>
          <w:p w14:paraId="02AB7BBF"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7B6FAAC" w14:textId="77777777" w:rsidR="005B3871" w:rsidRDefault="00000000">
            <w:pPr>
              <w:jc w:val="center"/>
            </w:pPr>
            <w:r>
              <w:rPr>
                <w:b/>
                <w:color w:val="000000"/>
              </w:rPr>
              <w:t>UČENEC</w:t>
            </w:r>
          </w:p>
        </w:tc>
      </w:tr>
      <w:tr w:rsidR="005B3871" w14:paraId="44B6D8D9" w14:textId="77777777">
        <w:trPr>
          <w:jc w:val="center"/>
        </w:trPr>
        <w:tc>
          <w:tcPr>
            <w:tcW w:w="4422" w:type="dxa"/>
            <w:tcMar>
              <w:top w:w="70" w:type="dxa"/>
              <w:left w:w="90" w:type="dxa"/>
              <w:bottom w:w="70" w:type="dxa"/>
              <w:right w:w="90" w:type="dxa"/>
            </w:tcMar>
          </w:tcPr>
          <w:p w14:paraId="5B608DE2" w14:textId="77777777" w:rsidR="005B3871" w:rsidRDefault="005B3871"/>
          <w:p w14:paraId="222FF5C7" w14:textId="77777777" w:rsidR="005B3871" w:rsidRDefault="00000000">
            <w:pPr>
              <w:spacing w:after="40" w:line="245" w:lineRule="auto"/>
            </w:pPr>
            <w:r>
              <w:rPr>
                <w:b/>
                <w:color w:val="000000"/>
              </w:rPr>
              <w:t>KLJUČNI POJMI</w:t>
            </w:r>
          </w:p>
          <w:p w14:paraId="24F486D8" w14:textId="77777777" w:rsidR="005B3871" w:rsidRDefault="00000000">
            <w:pPr>
              <w:spacing w:after="60" w:line="245" w:lineRule="auto"/>
            </w:pPr>
            <w:r>
              <w:rPr>
                <w:color w:val="000000"/>
                <w:sz w:val="16"/>
              </w:rPr>
              <w:t>podatek, vprašanje, kategorija, zbiranje, razvrščanje, figurni prikaz, stolpec, vrstica, preglednica, ključ</w:t>
            </w:r>
          </w:p>
          <w:p w14:paraId="53E5E51C" w14:textId="77777777" w:rsidR="005B3871" w:rsidRDefault="00000000">
            <w:pPr>
              <w:spacing w:after="20" w:line="245" w:lineRule="auto"/>
            </w:pPr>
            <w:r>
              <w:rPr>
                <w:b/>
                <w:color w:val="000000"/>
                <w:sz w:val="17"/>
              </w:rPr>
              <w:t>DOKAZI O UČENJU</w:t>
            </w:r>
          </w:p>
          <w:p w14:paraId="35933871" w14:textId="77777777" w:rsidR="005B3871" w:rsidRDefault="00000000">
            <w:pPr>
              <w:pStyle w:val="Oznaenseznam"/>
              <w:spacing w:after="16"/>
            </w:pPr>
            <w:r>
              <w:rPr>
                <w:color w:val="000000"/>
                <w:sz w:val="16"/>
              </w:rPr>
              <w:t>zbrani in razvrščeni podatki</w:t>
            </w:r>
          </w:p>
          <w:p w14:paraId="6BE915A6" w14:textId="77777777" w:rsidR="005B3871" w:rsidRDefault="00000000">
            <w:pPr>
              <w:pStyle w:val="Oznaenseznam"/>
              <w:spacing w:after="16"/>
            </w:pPr>
            <w:r>
              <w:rPr>
                <w:color w:val="000000"/>
                <w:sz w:val="16"/>
              </w:rPr>
              <w:t>živi stolpčni prikaz in ustna ugotovitev</w:t>
            </w:r>
          </w:p>
          <w:p w14:paraId="67F06FE6" w14:textId="77777777" w:rsidR="005B3871" w:rsidRDefault="00000000">
            <w:pPr>
              <w:pStyle w:val="Oznaenseznam"/>
              <w:spacing w:after="16"/>
            </w:pPr>
            <w:r>
              <w:rPr>
                <w:color w:val="000000"/>
                <w:sz w:val="16"/>
              </w:rPr>
              <w:t>figurni prikaz ali preglednica s ključem</w:t>
            </w:r>
          </w:p>
          <w:p w14:paraId="0E01A84B" w14:textId="77777777" w:rsidR="005B3871" w:rsidRDefault="00000000">
            <w:pPr>
              <w:spacing w:before="40" w:after="20" w:line="245" w:lineRule="auto"/>
            </w:pPr>
            <w:r>
              <w:rPr>
                <w:b/>
                <w:color w:val="000000"/>
                <w:sz w:val="17"/>
              </w:rPr>
              <w:t>MEDPREDMETNA POVEZAVA</w:t>
            </w:r>
          </w:p>
          <w:p w14:paraId="70A201A3" w14:textId="77777777" w:rsidR="005B3871" w:rsidRDefault="00000000">
            <w:pPr>
              <w:spacing w:after="60" w:line="245" w:lineRule="auto"/>
            </w:pPr>
            <w:r>
              <w:rPr>
                <w:color w:val="000000"/>
                <w:sz w:val="16"/>
              </w:rPr>
              <w:t>SLJ – oblikovanje vprašanja in ugotovitve; SPO – lastnosti predmetov; ŠPO – živi prikaz; LUM – pregledna razporeditev</w:t>
            </w:r>
          </w:p>
          <w:p w14:paraId="1225B37E" w14:textId="77777777" w:rsidR="005B3871" w:rsidRDefault="00000000">
            <w:pPr>
              <w:spacing w:after="20" w:line="245" w:lineRule="auto"/>
            </w:pPr>
            <w:r>
              <w:rPr>
                <w:b/>
                <w:color w:val="000000"/>
                <w:sz w:val="17"/>
              </w:rPr>
              <w:t>POUČEVANJE V GIBANJU</w:t>
            </w:r>
          </w:p>
          <w:p w14:paraId="4B63A431"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489EC737" w14:textId="77777777" w:rsidR="005B3871" w:rsidRDefault="00000000">
            <w:pPr>
              <w:spacing w:after="20" w:line="245" w:lineRule="auto"/>
            </w:pPr>
            <w:r>
              <w:rPr>
                <w:b/>
                <w:color w:val="000000"/>
                <w:sz w:val="17"/>
              </w:rPr>
              <w:t>DELO PO POSTAJAH</w:t>
            </w:r>
          </w:p>
          <w:p w14:paraId="0E4D538A" w14:textId="77777777" w:rsidR="005B3871" w:rsidRDefault="00000000">
            <w:pPr>
              <w:spacing w:after="60" w:line="245" w:lineRule="auto"/>
            </w:pPr>
            <w:r>
              <w:rPr>
                <w:color w:val="000000"/>
                <w:sz w:val="15"/>
              </w:rPr>
              <w:t>Načrtovana rotacija: konkretno-izkušenjska – Razredno vprašanje; gibalna/sodelovalna – Živi prikaz; slikovno-simbolna – Od podatka do slike. Pri pisnem ocenjevanju se postaje izvedejo v pripravi, analizi in ponovnem učenju.</w:t>
            </w:r>
          </w:p>
          <w:p w14:paraId="478A7E58" w14:textId="77777777" w:rsidR="005B3871" w:rsidRDefault="00000000">
            <w:pPr>
              <w:spacing w:after="20" w:line="245" w:lineRule="auto"/>
            </w:pPr>
            <w:r>
              <w:rPr>
                <w:b/>
                <w:color w:val="000000"/>
                <w:sz w:val="17"/>
              </w:rPr>
              <w:t>DIFERENCIACIJA IN VKLJUČEVANJE</w:t>
            </w:r>
          </w:p>
          <w:p w14:paraId="271DCC10"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3D2A5056" w14:textId="77777777" w:rsidR="005B3871" w:rsidRDefault="00000000">
            <w:pPr>
              <w:spacing w:after="20" w:line="245" w:lineRule="auto"/>
            </w:pPr>
            <w:r>
              <w:rPr>
                <w:b/>
                <w:color w:val="000000"/>
                <w:sz w:val="17"/>
              </w:rPr>
              <w:t>SPREMLJANJE</w:t>
            </w:r>
          </w:p>
          <w:p w14:paraId="1B58DADF"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3AD15881"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24A4A52" w14:textId="77777777">
              <w:trPr>
                <w:jc w:val="center"/>
              </w:trPr>
              <w:tc>
                <w:tcPr>
                  <w:tcW w:w="7087" w:type="dxa"/>
                  <w:shd w:val="clear" w:color="auto" w:fill="C6E7F3"/>
                  <w:tcMar>
                    <w:top w:w="45" w:type="dxa"/>
                    <w:left w:w="70" w:type="dxa"/>
                    <w:bottom w:w="45" w:type="dxa"/>
                    <w:right w:w="70" w:type="dxa"/>
                  </w:tcMar>
                </w:tcPr>
                <w:p w14:paraId="0C3D2F3F" w14:textId="77777777" w:rsidR="005B3871" w:rsidRDefault="00000000">
                  <w:pPr>
                    <w:keepNext/>
                  </w:pPr>
                  <w:r>
                    <w:rPr>
                      <w:b/>
                      <w:color w:val="000000"/>
                    </w:rPr>
                    <w:t>GLAVNI DEL – IZKUŠENJSKO IN PROBLEMSKO UČENJE (3 šolske ure)</w:t>
                  </w:r>
                </w:p>
              </w:tc>
            </w:tr>
          </w:tbl>
          <w:p w14:paraId="1711FBBE" w14:textId="77777777" w:rsidR="005B3871" w:rsidRDefault="005B3871">
            <w:pPr>
              <w:spacing w:line="20" w:lineRule="exact"/>
            </w:pPr>
          </w:p>
          <w:p w14:paraId="27F3543C" w14:textId="77777777" w:rsidR="005B3871" w:rsidRDefault="00000000">
            <w:pPr>
              <w:keepNext/>
              <w:spacing w:before="40" w:after="10" w:line="245" w:lineRule="auto"/>
            </w:pPr>
            <w:r>
              <w:rPr>
                <w:b/>
                <w:color w:val="000000"/>
                <w:sz w:val="17"/>
              </w:rPr>
              <w:t>1. URA – Razredno vprašanje</w:t>
            </w:r>
          </w:p>
          <w:p w14:paraId="3CF33BB8" w14:textId="77777777" w:rsidR="005B3871" w:rsidRDefault="00000000">
            <w:pPr>
              <w:spacing w:after="14" w:line="245" w:lineRule="auto"/>
            </w:pPr>
            <w:r>
              <w:rPr>
                <w:b/>
                <w:color w:val="000000"/>
                <w:sz w:val="16"/>
              </w:rPr>
              <w:t xml:space="preserve">Dejavnost učiteljice: </w:t>
            </w:r>
            <w:r>
              <w:rPr>
                <w:color w:val="000000"/>
                <w:sz w:val="16"/>
              </w:rPr>
              <w:t>Ponudi dve jasni možnosti vprašanja in pomaga določiti kategorije ter način beleženja.</w:t>
            </w:r>
          </w:p>
          <w:p w14:paraId="5A46C4FA" w14:textId="77777777" w:rsidR="005B3871" w:rsidRDefault="00000000">
            <w:pPr>
              <w:spacing w:after="14" w:line="245" w:lineRule="auto"/>
            </w:pPr>
            <w:r>
              <w:rPr>
                <w:b/>
                <w:color w:val="000000"/>
                <w:sz w:val="16"/>
              </w:rPr>
              <w:t xml:space="preserve">Dejavnost učencev: </w:t>
            </w:r>
            <w:r>
              <w:rPr>
                <w:color w:val="000000"/>
                <w:sz w:val="16"/>
              </w:rPr>
              <w:t>Izberejo odgovor in oddajo kartico v ustrezno kategorijo.</w:t>
            </w:r>
          </w:p>
          <w:p w14:paraId="67FFA16E" w14:textId="77777777" w:rsidR="005B3871" w:rsidRDefault="00000000">
            <w:pPr>
              <w:spacing w:after="24" w:line="245" w:lineRule="auto"/>
            </w:pPr>
            <w:r>
              <w:rPr>
                <w:i/>
                <w:color w:val="D95BC6"/>
                <w:sz w:val="16"/>
              </w:rPr>
              <w:t>Predvideni dokaz: zbrani in razvrščeni podatki.</w:t>
            </w:r>
          </w:p>
          <w:p w14:paraId="54E0E767" w14:textId="77777777" w:rsidR="005B3871" w:rsidRDefault="00000000">
            <w:pPr>
              <w:keepNext/>
              <w:spacing w:before="40" w:after="10" w:line="245" w:lineRule="auto"/>
            </w:pPr>
            <w:r>
              <w:rPr>
                <w:b/>
                <w:color w:val="000000"/>
                <w:sz w:val="17"/>
              </w:rPr>
              <w:t>2. URA – Živi prikaz</w:t>
            </w:r>
          </w:p>
          <w:p w14:paraId="531A5094" w14:textId="77777777" w:rsidR="005B3871" w:rsidRDefault="00000000">
            <w:pPr>
              <w:spacing w:after="14" w:line="245" w:lineRule="auto"/>
            </w:pPr>
            <w:r>
              <w:rPr>
                <w:b/>
                <w:color w:val="000000"/>
                <w:sz w:val="16"/>
              </w:rPr>
              <w:t xml:space="preserve">Dejavnost učiteljice: </w:t>
            </w:r>
            <w:r>
              <w:rPr>
                <w:color w:val="000000"/>
                <w:sz w:val="16"/>
              </w:rPr>
              <w:t>Na tleh označi stolpce kategorij in vodi postavitev ena oseba – en podatek.</w:t>
            </w:r>
          </w:p>
          <w:p w14:paraId="339228C4" w14:textId="77777777" w:rsidR="005B3871" w:rsidRDefault="00000000">
            <w:pPr>
              <w:spacing w:after="14" w:line="245" w:lineRule="auto"/>
            </w:pPr>
            <w:r>
              <w:rPr>
                <w:b/>
                <w:color w:val="000000"/>
                <w:sz w:val="16"/>
              </w:rPr>
              <w:t xml:space="preserve">Dejavnost učencev: </w:t>
            </w:r>
            <w:r>
              <w:rPr>
                <w:color w:val="000000"/>
                <w:sz w:val="16"/>
              </w:rPr>
              <w:t>Postavijo se v stolpec, primerjajo višine ter odgovorijo na vprašanje o največ/najmanj.</w:t>
            </w:r>
          </w:p>
          <w:p w14:paraId="0932A95E" w14:textId="77777777" w:rsidR="005B3871" w:rsidRDefault="00000000">
            <w:pPr>
              <w:spacing w:after="24" w:line="245" w:lineRule="auto"/>
            </w:pPr>
            <w:r>
              <w:rPr>
                <w:i/>
                <w:color w:val="D95BC6"/>
                <w:sz w:val="16"/>
              </w:rPr>
              <w:t>Predvideni dokaz: živi stolpčni prikaz in ustna ugotovitev.</w:t>
            </w:r>
          </w:p>
          <w:p w14:paraId="77983D88" w14:textId="77777777" w:rsidR="005B3871" w:rsidRDefault="00000000">
            <w:pPr>
              <w:keepNext/>
              <w:spacing w:before="40" w:after="10" w:line="245" w:lineRule="auto"/>
            </w:pPr>
            <w:r>
              <w:rPr>
                <w:b/>
                <w:color w:val="000000"/>
                <w:sz w:val="17"/>
              </w:rPr>
              <w:t>3. URA – Od podatka do slike</w:t>
            </w:r>
          </w:p>
          <w:p w14:paraId="267D8810" w14:textId="77777777" w:rsidR="005B3871" w:rsidRDefault="00000000">
            <w:pPr>
              <w:spacing w:after="14" w:line="245" w:lineRule="auto"/>
            </w:pPr>
            <w:r>
              <w:rPr>
                <w:b/>
                <w:color w:val="000000"/>
                <w:sz w:val="16"/>
              </w:rPr>
              <w:t xml:space="preserve">Dejavnost učiteljice: </w:t>
            </w:r>
            <w:r>
              <w:rPr>
                <w:color w:val="000000"/>
                <w:sz w:val="16"/>
              </w:rPr>
              <w:t>Modelira ključ ena figura pomeni en odgovor in urejeno postavljanje figur.</w:t>
            </w:r>
          </w:p>
          <w:p w14:paraId="38D998D1" w14:textId="77777777" w:rsidR="005B3871" w:rsidRDefault="00000000">
            <w:pPr>
              <w:spacing w:after="14" w:line="245" w:lineRule="auto"/>
            </w:pPr>
            <w:r>
              <w:rPr>
                <w:b/>
                <w:color w:val="000000"/>
                <w:sz w:val="16"/>
              </w:rPr>
              <w:t xml:space="preserve">Dejavnost učencev: </w:t>
            </w:r>
            <w:r>
              <w:rPr>
                <w:color w:val="000000"/>
                <w:sz w:val="16"/>
              </w:rPr>
              <w:t>Iz podatkov izdelajo figurni prikaz ali preprosto preglednico ter zapišejo ključ.</w:t>
            </w:r>
          </w:p>
          <w:p w14:paraId="0EC85CF3" w14:textId="77777777" w:rsidR="005B3871" w:rsidRDefault="00000000">
            <w:pPr>
              <w:spacing w:after="24" w:line="245" w:lineRule="auto"/>
            </w:pPr>
            <w:r>
              <w:rPr>
                <w:i/>
                <w:color w:val="D95BC6"/>
                <w:sz w:val="16"/>
              </w:rPr>
              <w:t>Predvideni dokaz: figurni prikaz ali preglednica s ključem.</w:t>
            </w:r>
          </w:p>
          <w:tbl>
            <w:tblPr>
              <w:tblStyle w:val="Tabelamrea"/>
              <w:tblW w:w="0" w:type="auto"/>
              <w:jc w:val="center"/>
              <w:tblLayout w:type="fixed"/>
              <w:tblLook w:val="04A0" w:firstRow="1" w:lastRow="0" w:firstColumn="1" w:lastColumn="0" w:noHBand="0" w:noVBand="1"/>
            </w:tblPr>
            <w:tblGrid>
              <w:gridCol w:w="7087"/>
            </w:tblGrid>
            <w:tr w:rsidR="005B3871" w14:paraId="7306F1B6" w14:textId="77777777">
              <w:trPr>
                <w:jc w:val="center"/>
              </w:trPr>
              <w:tc>
                <w:tcPr>
                  <w:tcW w:w="7087" w:type="dxa"/>
                  <w:shd w:val="clear" w:color="auto" w:fill="EDC9EA"/>
                  <w:tcMar>
                    <w:top w:w="45" w:type="dxa"/>
                    <w:left w:w="70" w:type="dxa"/>
                    <w:bottom w:w="45" w:type="dxa"/>
                    <w:right w:w="70" w:type="dxa"/>
                  </w:tcMar>
                </w:tcPr>
                <w:p w14:paraId="37A293A5" w14:textId="77777777" w:rsidR="005B3871" w:rsidRDefault="00000000">
                  <w:pPr>
                    <w:keepNext/>
                  </w:pPr>
                  <w:r>
                    <w:rPr>
                      <w:b/>
                      <w:color w:val="000000"/>
                    </w:rPr>
                    <w:t>POVRATNA INFORMACIJA UČITELJICE MED DELOM</w:t>
                  </w:r>
                </w:p>
              </w:tc>
            </w:tr>
          </w:tbl>
          <w:p w14:paraId="6C73CBF9" w14:textId="77777777" w:rsidR="005B3871" w:rsidRDefault="005B3871"/>
          <w:p w14:paraId="31650F36"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0D0558EC" w14:textId="77777777" w:rsidR="005B3871" w:rsidRDefault="005B3871"/>
          <w:p w14:paraId="21310218" w14:textId="77777777" w:rsidR="005B3871" w:rsidRDefault="00000000">
            <w:pPr>
              <w:spacing w:after="10" w:line="245" w:lineRule="auto"/>
            </w:pPr>
            <w:r>
              <w:rPr>
                <w:b/>
                <w:color w:val="000000"/>
                <w:sz w:val="16"/>
              </w:rPr>
              <w:t>1. URA</w:t>
            </w:r>
          </w:p>
          <w:p w14:paraId="702A1A93" w14:textId="77777777" w:rsidR="005B3871" w:rsidRDefault="00000000">
            <w:pPr>
              <w:spacing w:after="30" w:line="245" w:lineRule="auto"/>
            </w:pPr>
            <w:r>
              <w:rPr>
                <w:color w:val="000000"/>
                <w:sz w:val="16"/>
              </w:rPr>
              <w:t>Izberejo odgovor in oddajo kartico v ustrezno kategorijo.</w:t>
            </w:r>
          </w:p>
          <w:p w14:paraId="1A4A5AA9" w14:textId="77777777" w:rsidR="005B3871" w:rsidRDefault="00000000">
            <w:pPr>
              <w:spacing w:line="245" w:lineRule="auto"/>
            </w:pPr>
            <w:r>
              <w:rPr>
                <w:b/>
                <w:color w:val="D95BC6"/>
                <w:sz w:val="16"/>
              </w:rPr>
              <w:t>DOKAZ</w:t>
            </w:r>
          </w:p>
          <w:p w14:paraId="3184D68B" w14:textId="77777777" w:rsidR="005B3871" w:rsidRDefault="00000000">
            <w:pPr>
              <w:spacing w:after="40" w:line="245" w:lineRule="auto"/>
            </w:pPr>
            <w:r>
              <w:rPr>
                <w:color w:val="D95BC6"/>
                <w:sz w:val="15"/>
              </w:rPr>
              <w:t>zbrani in razvrščeni podatki</w:t>
            </w:r>
          </w:p>
          <w:p w14:paraId="50276178" w14:textId="77777777" w:rsidR="005B3871" w:rsidRDefault="00000000">
            <w:pPr>
              <w:spacing w:after="10" w:line="245" w:lineRule="auto"/>
            </w:pPr>
            <w:r>
              <w:rPr>
                <w:b/>
                <w:color w:val="000000"/>
                <w:sz w:val="16"/>
              </w:rPr>
              <w:t>2. URA</w:t>
            </w:r>
          </w:p>
          <w:p w14:paraId="11D323AB" w14:textId="77777777" w:rsidR="005B3871" w:rsidRDefault="00000000">
            <w:pPr>
              <w:spacing w:after="30" w:line="245" w:lineRule="auto"/>
            </w:pPr>
            <w:r>
              <w:rPr>
                <w:color w:val="000000"/>
                <w:sz w:val="16"/>
              </w:rPr>
              <w:t>Postavijo se v stolpec, primerjajo višine ter odgovorijo na vprašanje o največ/najmanj.</w:t>
            </w:r>
          </w:p>
          <w:p w14:paraId="6C0C2040" w14:textId="77777777" w:rsidR="005B3871" w:rsidRDefault="00000000">
            <w:pPr>
              <w:spacing w:line="245" w:lineRule="auto"/>
            </w:pPr>
            <w:r>
              <w:rPr>
                <w:b/>
                <w:color w:val="D95BC6"/>
                <w:sz w:val="16"/>
              </w:rPr>
              <w:t>DOKAZ</w:t>
            </w:r>
          </w:p>
          <w:p w14:paraId="283E1BE1" w14:textId="77777777" w:rsidR="005B3871" w:rsidRDefault="00000000">
            <w:pPr>
              <w:spacing w:after="40" w:line="245" w:lineRule="auto"/>
            </w:pPr>
            <w:r>
              <w:rPr>
                <w:color w:val="D95BC6"/>
                <w:sz w:val="15"/>
              </w:rPr>
              <w:t>živi stolpčni prikaz in ustna ugotovitev</w:t>
            </w:r>
          </w:p>
          <w:p w14:paraId="71C05E7A" w14:textId="77777777" w:rsidR="005B3871" w:rsidRDefault="00000000">
            <w:pPr>
              <w:spacing w:after="10" w:line="245" w:lineRule="auto"/>
            </w:pPr>
            <w:r>
              <w:rPr>
                <w:b/>
                <w:color w:val="000000"/>
                <w:sz w:val="16"/>
              </w:rPr>
              <w:t>3. URA</w:t>
            </w:r>
          </w:p>
          <w:p w14:paraId="7BF5630E" w14:textId="77777777" w:rsidR="005B3871" w:rsidRDefault="00000000">
            <w:pPr>
              <w:spacing w:after="30" w:line="245" w:lineRule="auto"/>
            </w:pPr>
            <w:r>
              <w:rPr>
                <w:color w:val="000000"/>
                <w:sz w:val="16"/>
              </w:rPr>
              <w:t>Iz podatkov izdelajo figurni prikaz ali preprosto preglednico ter zapišejo ključ.</w:t>
            </w:r>
          </w:p>
          <w:p w14:paraId="0FE6104B" w14:textId="77777777" w:rsidR="005B3871" w:rsidRDefault="00000000">
            <w:pPr>
              <w:spacing w:line="245" w:lineRule="auto"/>
            </w:pPr>
            <w:r>
              <w:rPr>
                <w:b/>
                <w:color w:val="D95BC6"/>
                <w:sz w:val="16"/>
              </w:rPr>
              <w:t>DOKAZ</w:t>
            </w:r>
          </w:p>
          <w:p w14:paraId="080BB8A2" w14:textId="77777777" w:rsidR="005B3871" w:rsidRDefault="00000000">
            <w:pPr>
              <w:spacing w:after="40" w:line="245" w:lineRule="auto"/>
            </w:pPr>
            <w:r>
              <w:rPr>
                <w:color w:val="D95BC6"/>
                <w:sz w:val="15"/>
              </w:rPr>
              <w:t>figurni prikaz ali preglednica s ključem</w:t>
            </w:r>
          </w:p>
        </w:tc>
      </w:tr>
    </w:tbl>
    <w:p w14:paraId="35A9C6F0"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D5F026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D41B150"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C3C38E1" w14:textId="77777777" w:rsidR="005B3871" w:rsidRDefault="00000000">
            <w:pPr>
              <w:jc w:val="center"/>
            </w:pPr>
            <w:r>
              <w:rPr>
                <w:b/>
                <w:color w:val="000000"/>
                <w:sz w:val="20"/>
              </w:rPr>
              <w:t>UČNE DEJAVNOSTI, METODE IN FORMATIVNO SPREMLJANJE</w:t>
            </w:r>
          </w:p>
        </w:tc>
      </w:tr>
      <w:tr w:rsidR="005B3871" w14:paraId="7FDAA424" w14:textId="77777777">
        <w:trPr>
          <w:tblHeader/>
          <w:jc w:val="center"/>
        </w:trPr>
        <w:tc>
          <w:tcPr>
            <w:tcW w:w="4422" w:type="dxa"/>
            <w:vMerge/>
            <w:tcMar>
              <w:top w:w="70" w:type="dxa"/>
              <w:left w:w="90" w:type="dxa"/>
              <w:bottom w:w="70" w:type="dxa"/>
              <w:right w:w="90" w:type="dxa"/>
            </w:tcMar>
            <w:vAlign w:val="center"/>
          </w:tcPr>
          <w:p w14:paraId="20EB19C8" w14:textId="77777777" w:rsidR="005B3871" w:rsidRDefault="005B3871"/>
        </w:tc>
        <w:tc>
          <w:tcPr>
            <w:tcW w:w="7087" w:type="dxa"/>
            <w:shd w:val="clear" w:color="auto" w:fill="FFFFFF"/>
            <w:tcMar>
              <w:top w:w="70" w:type="dxa"/>
              <w:left w:w="90" w:type="dxa"/>
              <w:bottom w:w="70" w:type="dxa"/>
              <w:right w:w="90" w:type="dxa"/>
            </w:tcMar>
            <w:vAlign w:val="center"/>
          </w:tcPr>
          <w:p w14:paraId="7648DFA0"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4B7F263" w14:textId="77777777" w:rsidR="005B3871" w:rsidRDefault="00000000">
            <w:pPr>
              <w:jc w:val="center"/>
            </w:pPr>
            <w:r>
              <w:rPr>
                <w:b/>
                <w:color w:val="000000"/>
              </w:rPr>
              <w:t>UČENEC</w:t>
            </w:r>
          </w:p>
        </w:tc>
      </w:tr>
      <w:tr w:rsidR="005B3871" w14:paraId="739DE567" w14:textId="77777777">
        <w:trPr>
          <w:jc w:val="center"/>
        </w:trPr>
        <w:tc>
          <w:tcPr>
            <w:tcW w:w="4422" w:type="dxa"/>
            <w:tcMar>
              <w:top w:w="70" w:type="dxa"/>
              <w:left w:w="90" w:type="dxa"/>
              <w:bottom w:w="70" w:type="dxa"/>
              <w:right w:w="90" w:type="dxa"/>
            </w:tcMar>
          </w:tcPr>
          <w:p w14:paraId="01D7F3AA" w14:textId="77777777" w:rsidR="005B3871" w:rsidRDefault="005B3871"/>
          <w:p w14:paraId="54AB7A87" w14:textId="77777777" w:rsidR="005B3871" w:rsidRDefault="00000000">
            <w:pPr>
              <w:spacing w:after="40" w:line="245" w:lineRule="auto"/>
            </w:pPr>
            <w:r>
              <w:rPr>
                <w:b/>
                <w:color w:val="000000"/>
              </w:rPr>
              <w:t>FORMATIVNO SPREMLJANJE</w:t>
            </w:r>
          </w:p>
          <w:p w14:paraId="5188689B" w14:textId="77777777" w:rsidR="005B3871" w:rsidRDefault="00000000">
            <w:pPr>
              <w:pStyle w:val="Oznaenseznam"/>
              <w:spacing w:after="16"/>
            </w:pPr>
            <w:r>
              <w:rPr>
                <w:color w:val="000000"/>
                <w:sz w:val="16"/>
              </w:rPr>
              <w:t>predznanje: začetna strategija, ocena, razvrstitev, model ali risba</w:t>
            </w:r>
          </w:p>
          <w:p w14:paraId="7921F1CC" w14:textId="77777777" w:rsidR="005B3871" w:rsidRDefault="00000000">
            <w:pPr>
              <w:pStyle w:val="Oznaenseznam"/>
              <w:spacing w:after="16"/>
            </w:pPr>
            <w:r>
              <w:rPr>
                <w:color w:val="000000"/>
                <w:sz w:val="16"/>
              </w:rPr>
              <w:t>dokazi med učenjem: konkretni, gibalni, slikovni in simbolni prikaz ter razlaga postopka</w:t>
            </w:r>
          </w:p>
          <w:p w14:paraId="26462A1A" w14:textId="77777777" w:rsidR="005B3871" w:rsidRDefault="00000000">
            <w:pPr>
              <w:pStyle w:val="Oznaenseznam"/>
              <w:spacing w:after="16"/>
            </w:pPr>
            <w:r>
              <w:rPr>
                <w:color w:val="000000"/>
                <w:sz w:val="16"/>
              </w:rPr>
              <w:t>povratna informacija: konkretna, vezana na kriterij in usmerjena v preverjanje ali naslednji korak</w:t>
            </w:r>
          </w:p>
          <w:p w14:paraId="6CC9FF2F" w14:textId="77777777" w:rsidR="005B3871" w:rsidRDefault="00000000">
            <w:pPr>
              <w:pStyle w:val="Oznaenseznam"/>
              <w:spacing w:after="16"/>
            </w:pPr>
            <w:r>
              <w:rPr>
                <w:color w:val="000000"/>
                <w:sz w:val="16"/>
              </w:rPr>
              <w:t>samovrednotenje: semafor, lestvica samostojnosti, izbrani dokaz ali kratka poved</w:t>
            </w:r>
          </w:p>
          <w:p w14:paraId="1C4FA2D1" w14:textId="77777777" w:rsidR="005B3871" w:rsidRDefault="00000000">
            <w:pPr>
              <w:spacing w:before="40" w:after="20" w:line="245" w:lineRule="auto"/>
            </w:pPr>
            <w:r>
              <w:rPr>
                <w:b/>
                <w:color w:val="000000"/>
                <w:sz w:val="17"/>
              </w:rPr>
              <w:t>VARNOST IN ODGOVORNOST</w:t>
            </w:r>
          </w:p>
          <w:p w14:paraId="3625DF67"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65F84416" w14:textId="77777777" w:rsidR="005B3871" w:rsidRDefault="00000000">
            <w:pPr>
              <w:spacing w:after="20" w:line="245" w:lineRule="auto"/>
            </w:pPr>
            <w:r>
              <w:rPr>
                <w:b/>
                <w:color w:val="000000"/>
                <w:sz w:val="17"/>
              </w:rPr>
              <w:t>EVIDENCA PO IZVEDBI</w:t>
            </w:r>
          </w:p>
          <w:p w14:paraId="0058FFC0"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7158109C"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D7D79D2" w14:textId="77777777">
              <w:trPr>
                <w:jc w:val="center"/>
              </w:trPr>
              <w:tc>
                <w:tcPr>
                  <w:tcW w:w="7087" w:type="dxa"/>
                  <w:shd w:val="clear" w:color="auto" w:fill="EDC9EA"/>
                  <w:tcMar>
                    <w:top w:w="45" w:type="dxa"/>
                    <w:left w:w="70" w:type="dxa"/>
                    <w:bottom w:w="45" w:type="dxa"/>
                    <w:right w:w="70" w:type="dxa"/>
                  </w:tcMar>
                </w:tcPr>
                <w:p w14:paraId="5A8222CA" w14:textId="77777777" w:rsidR="005B3871" w:rsidRDefault="00000000">
                  <w:pPr>
                    <w:keepNext/>
                  </w:pPr>
                  <w:r>
                    <w:rPr>
                      <w:b/>
                      <w:color w:val="000000"/>
                    </w:rPr>
                    <w:t>VPRAŠANJA V PODPORO MATEMATIČNEMU UČENJU</w:t>
                  </w:r>
                </w:p>
              </w:tc>
            </w:tr>
          </w:tbl>
          <w:p w14:paraId="61B75058" w14:textId="77777777" w:rsidR="005B3871" w:rsidRDefault="005B3871">
            <w:pPr>
              <w:spacing w:line="20" w:lineRule="exact"/>
            </w:pPr>
          </w:p>
          <w:p w14:paraId="50921EC1" w14:textId="77777777" w:rsidR="005B3871" w:rsidRDefault="00000000">
            <w:pPr>
              <w:pStyle w:val="Oznaenseznam"/>
              <w:spacing w:after="16"/>
            </w:pPr>
            <w:r>
              <w:rPr>
                <w:color w:val="000000"/>
                <w:sz w:val="16"/>
              </w:rPr>
              <w:t>Kaj v tvojem modelu, risbi ali zapisu predstavlja posamezni del naloge?</w:t>
            </w:r>
          </w:p>
          <w:p w14:paraId="10B2A357" w14:textId="77777777" w:rsidR="005B3871" w:rsidRDefault="00000000">
            <w:pPr>
              <w:pStyle w:val="Oznaenseznam"/>
              <w:spacing w:after="16"/>
            </w:pPr>
            <w:r>
              <w:rPr>
                <w:color w:val="000000"/>
                <w:sz w:val="16"/>
              </w:rPr>
              <w:t>Kako si prišel/-la do rešitve in kako veš, da je smiselna?</w:t>
            </w:r>
          </w:p>
          <w:p w14:paraId="3030F030" w14:textId="77777777" w:rsidR="005B3871" w:rsidRDefault="00000000">
            <w:pPr>
              <w:pStyle w:val="Oznaenseznam"/>
              <w:spacing w:after="16"/>
            </w:pPr>
            <w:r>
              <w:rPr>
                <w:color w:val="000000"/>
                <w:sz w:val="16"/>
              </w:rPr>
              <w:t>Ali lahko isto pokažeš še s predmetom, gibanjem, risbo ali drugim zapisom?</w:t>
            </w:r>
          </w:p>
          <w:p w14:paraId="607B2206" w14:textId="77777777" w:rsidR="005B3871" w:rsidRDefault="00000000">
            <w:pPr>
              <w:pStyle w:val="Oznaenseznam"/>
              <w:spacing w:after="16"/>
            </w:pPr>
            <w:r>
              <w:rPr>
                <w:color w:val="000000"/>
                <w:sz w:val="16"/>
              </w:rPr>
              <w:t>Kje bi se lahko zmotil/-a in kako boš rešitev preveril/-a?</w:t>
            </w:r>
          </w:p>
          <w:p w14:paraId="6ED5300C"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6F447A7" w14:textId="77777777">
              <w:trPr>
                <w:jc w:val="center"/>
              </w:trPr>
              <w:tc>
                <w:tcPr>
                  <w:tcW w:w="7087" w:type="dxa"/>
                  <w:shd w:val="clear" w:color="auto" w:fill="C6E7F3"/>
                  <w:tcMar>
                    <w:top w:w="45" w:type="dxa"/>
                    <w:left w:w="70" w:type="dxa"/>
                    <w:bottom w:w="45" w:type="dxa"/>
                    <w:right w:w="70" w:type="dxa"/>
                  </w:tcMar>
                </w:tcPr>
                <w:p w14:paraId="03A11D78" w14:textId="77777777" w:rsidR="005B3871" w:rsidRDefault="00000000">
                  <w:pPr>
                    <w:keepNext/>
                  </w:pPr>
                  <w:r>
                    <w:rPr>
                      <w:b/>
                      <w:color w:val="000000"/>
                    </w:rPr>
                    <w:t>ZAKLJUČNI DEL – UTRJEVANJE IN REFLEKSIJA (10–15 min)</w:t>
                  </w:r>
                </w:p>
              </w:tc>
            </w:tr>
          </w:tbl>
          <w:p w14:paraId="746DC14F" w14:textId="77777777" w:rsidR="005B3871" w:rsidRDefault="005B3871">
            <w:pPr>
              <w:spacing w:line="20" w:lineRule="exact"/>
            </w:pPr>
          </w:p>
          <w:p w14:paraId="319DE644"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7E373003" w14:textId="77777777">
              <w:trPr>
                <w:jc w:val="center"/>
              </w:trPr>
              <w:tc>
                <w:tcPr>
                  <w:tcW w:w="7087" w:type="dxa"/>
                  <w:shd w:val="clear" w:color="auto" w:fill="EDC9EA"/>
                  <w:tcMar>
                    <w:top w:w="45" w:type="dxa"/>
                    <w:left w:w="70" w:type="dxa"/>
                    <w:bottom w:w="45" w:type="dxa"/>
                    <w:right w:w="70" w:type="dxa"/>
                  </w:tcMar>
                </w:tcPr>
                <w:p w14:paraId="11978E35" w14:textId="77777777" w:rsidR="005B3871" w:rsidRDefault="00000000">
                  <w:pPr>
                    <w:keepNext/>
                  </w:pPr>
                  <w:r>
                    <w:rPr>
                      <w:b/>
                      <w:color w:val="000000"/>
                    </w:rPr>
                    <w:t>SAMOVREDNOTENJE</w:t>
                  </w:r>
                </w:p>
              </w:tc>
            </w:tr>
          </w:tbl>
          <w:p w14:paraId="2639DC1A" w14:textId="77777777" w:rsidR="005B3871" w:rsidRDefault="005B3871">
            <w:pPr>
              <w:spacing w:line="20" w:lineRule="exact"/>
            </w:pPr>
          </w:p>
          <w:p w14:paraId="14BD9269"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5B5A9A7D" w14:textId="77777777">
              <w:trPr>
                <w:jc w:val="center"/>
              </w:trPr>
              <w:tc>
                <w:tcPr>
                  <w:tcW w:w="7087" w:type="dxa"/>
                  <w:shd w:val="clear" w:color="auto" w:fill="EDC9EA"/>
                  <w:tcMar>
                    <w:top w:w="45" w:type="dxa"/>
                    <w:left w:w="70" w:type="dxa"/>
                    <w:bottom w:w="45" w:type="dxa"/>
                    <w:right w:w="70" w:type="dxa"/>
                  </w:tcMar>
                </w:tcPr>
                <w:p w14:paraId="47A68C21" w14:textId="77777777" w:rsidR="005B3871" w:rsidRDefault="00000000">
                  <w:pPr>
                    <w:keepNext/>
                  </w:pPr>
                  <w:r>
                    <w:rPr>
                      <w:b/>
                      <w:color w:val="000000"/>
                    </w:rPr>
                    <w:t>VRSTNIŠKO VREDNOTENJE</w:t>
                  </w:r>
                </w:p>
              </w:tc>
            </w:tr>
          </w:tbl>
          <w:p w14:paraId="3DE598B5" w14:textId="77777777" w:rsidR="005B3871" w:rsidRDefault="005B3871">
            <w:pPr>
              <w:spacing w:line="20" w:lineRule="exact"/>
            </w:pPr>
          </w:p>
          <w:p w14:paraId="2C2035CA"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5787DF18" w14:textId="77777777">
              <w:trPr>
                <w:jc w:val="center"/>
              </w:trPr>
              <w:tc>
                <w:tcPr>
                  <w:tcW w:w="7087" w:type="dxa"/>
                  <w:shd w:val="clear" w:color="auto" w:fill="EDC9EA"/>
                  <w:tcMar>
                    <w:top w:w="45" w:type="dxa"/>
                    <w:left w:w="70" w:type="dxa"/>
                    <w:bottom w:w="45" w:type="dxa"/>
                    <w:right w:w="70" w:type="dxa"/>
                  </w:tcMar>
                </w:tcPr>
                <w:p w14:paraId="6ABC5EA5" w14:textId="77777777" w:rsidR="005B3871" w:rsidRDefault="00000000">
                  <w:pPr>
                    <w:keepNext/>
                  </w:pPr>
                  <w:r>
                    <w:rPr>
                      <w:b/>
                      <w:color w:val="000000"/>
                    </w:rPr>
                    <w:t>SKUPNI POVZETEK</w:t>
                  </w:r>
                </w:p>
              </w:tc>
            </w:tr>
          </w:tbl>
          <w:p w14:paraId="12867EED" w14:textId="77777777" w:rsidR="005B3871" w:rsidRDefault="005B3871"/>
          <w:p w14:paraId="4CC01074" w14:textId="77777777" w:rsidR="005B3871" w:rsidRDefault="00000000">
            <w:pPr>
              <w:spacing w:before="20" w:after="40" w:line="245" w:lineRule="auto"/>
            </w:pPr>
            <w:r>
              <w:rPr>
                <w:b/>
                <w:color w:val="000000"/>
                <w:sz w:val="16"/>
              </w:rPr>
              <w:t>Podatke zberem in razvrstim, jih prikažem ter iz preprostega prikaza preberem očitno ugotovitev.</w:t>
            </w:r>
          </w:p>
        </w:tc>
        <w:tc>
          <w:tcPr>
            <w:tcW w:w="2551" w:type="dxa"/>
            <w:tcMar>
              <w:top w:w="70" w:type="dxa"/>
              <w:left w:w="90" w:type="dxa"/>
              <w:bottom w:w="70" w:type="dxa"/>
              <w:right w:w="90" w:type="dxa"/>
            </w:tcMar>
          </w:tcPr>
          <w:p w14:paraId="7F44217B" w14:textId="77777777" w:rsidR="005B3871" w:rsidRDefault="005B3871"/>
          <w:p w14:paraId="73C568BC" w14:textId="77777777" w:rsidR="005B3871" w:rsidRDefault="00000000">
            <w:pPr>
              <w:spacing w:after="100" w:line="245" w:lineRule="auto"/>
            </w:pPr>
            <w:r>
              <w:rPr>
                <w:color w:val="000000"/>
                <w:sz w:val="16"/>
              </w:rPr>
              <w:t>Odgovarja na podporna vprašanja in se sklicuje na svoj model, zapis ali izvedbo.</w:t>
            </w:r>
          </w:p>
          <w:p w14:paraId="774FFAA4" w14:textId="77777777" w:rsidR="005B3871" w:rsidRDefault="00000000">
            <w:pPr>
              <w:spacing w:after="100" w:line="245" w:lineRule="auto"/>
            </w:pPr>
            <w:r>
              <w:rPr>
                <w:color w:val="000000"/>
                <w:sz w:val="16"/>
              </w:rPr>
              <w:t>Primerja začetno strategijo z novim dokazom ter pojasni, kaj se je naučil/-a.</w:t>
            </w:r>
          </w:p>
          <w:p w14:paraId="524F59A4" w14:textId="77777777" w:rsidR="005B3871" w:rsidRDefault="00000000">
            <w:pPr>
              <w:spacing w:after="100" w:line="245" w:lineRule="auto"/>
            </w:pPr>
            <w:r>
              <w:rPr>
                <w:color w:val="000000"/>
                <w:sz w:val="16"/>
              </w:rPr>
              <w:t>Izbere raven samostojnosti in določi naslednji korak.</w:t>
            </w:r>
          </w:p>
          <w:p w14:paraId="492ED05B" w14:textId="77777777" w:rsidR="005B3871" w:rsidRDefault="00000000">
            <w:pPr>
              <w:spacing w:after="100" w:line="245" w:lineRule="auto"/>
            </w:pPr>
            <w:r>
              <w:rPr>
                <w:color w:val="000000"/>
                <w:sz w:val="16"/>
              </w:rPr>
              <w:t>Sošolcu poda prijazen in konkreten odziv, vezan na kriterij.</w:t>
            </w:r>
          </w:p>
          <w:p w14:paraId="23FBFC7E" w14:textId="77777777" w:rsidR="005B3871" w:rsidRDefault="00000000">
            <w:pPr>
              <w:spacing w:after="20" w:line="245" w:lineRule="auto"/>
            </w:pPr>
            <w:r>
              <w:rPr>
                <w:b/>
                <w:color w:val="D95BC6"/>
                <w:sz w:val="17"/>
              </w:rPr>
              <w:t>DOKAZ O UČENJU</w:t>
            </w:r>
          </w:p>
          <w:p w14:paraId="1512218D"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B768FB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0208714C" w14:textId="77777777">
        <w:trPr>
          <w:cantSplit/>
          <w:jc w:val="center"/>
        </w:trPr>
        <w:tc>
          <w:tcPr>
            <w:tcW w:w="14060" w:type="dxa"/>
            <w:gridSpan w:val="6"/>
            <w:tcMar>
              <w:top w:w="70" w:type="dxa"/>
              <w:left w:w="90" w:type="dxa"/>
              <w:bottom w:w="70" w:type="dxa"/>
              <w:right w:w="90" w:type="dxa"/>
            </w:tcMar>
            <w:vAlign w:val="center"/>
          </w:tcPr>
          <w:p w14:paraId="5E7322BC" w14:textId="77777777" w:rsidR="005B3871" w:rsidRDefault="00000000">
            <w:pPr>
              <w:jc w:val="center"/>
            </w:pPr>
            <w:r>
              <w:rPr>
                <w:b/>
                <w:color w:val="000000"/>
                <w:sz w:val="24"/>
              </w:rPr>
              <w:lastRenderedPageBreak/>
              <w:t>UČNA PRIPRAVA 21/39</w:t>
            </w:r>
          </w:p>
        </w:tc>
      </w:tr>
      <w:tr w:rsidR="005B3871" w14:paraId="5EB892B0" w14:textId="77777777">
        <w:trPr>
          <w:jc w:val="center"/>
        </w:trPr>
        <w:tc>
          <w:tcPr>
            <w:tcW w:w="2665" w:type="dxa"/>
            <w:tcMar>
              <w:top w:w="70" w:type="dxa"/>
              <w:left w:w="90" w:type="dxa"/>
              <w:bottom w:w="70" w:type="dxa"/>
              <w:right w:w="90" w:type="dxa"/>
            </w:tcMar>
            <w:vAlign w:val="center"/>
          </w:tcPr>
          <w:p w14:paraId="18EF32C6"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B7B9852"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3F8F49B8"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70C0011" w14:textId="77777777" w:rsidR="005B3871" w:rsidRDefault="00000000">
            <w:r>
              <w:rPr>
                <w:b/>
                <w:color w:val="000000"/>
                <w:sz w:val="16"/>
              </w:rPr>
              <w:t xml:space="preserve">NAČRTOVANI TERMIN: </w:t>
            </w:r>
            <w:r>
              <w:rPr>
                <w:color w:val="000000"/>
                <w:sz w:val="16"/>
              </w:rPr>
              <w:t>21. teden • 1.–5. 2. 2027</w:t>
            </w:r>
          </w:p>
        </w:tc>
        <w:tc>
          <w:tcPr>
            <w:tcW w:w="2268" w:type="dxa"/>
            <w:tcMar>
              <w:top w:w="70" w:type="dxa"/>
              <w:left w:w="90" w:type="dxa"/>
              <w:bottom w:w="70" w:type="dxa"/>
              <w:right w:w="90" w:type="dxa"/>
            </w:tcMar>
            <w:vAlign w:val="center"/>
          </w:tcPr>
          <w:p w14:paraId="226B7F6B"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103ED70" w14:textId="77777777" w:rsidR="005B3871" w:rsidRDefault="00000000">
            <w:r>
              <w:rPr>
                <w:b/>
                <w:color w:val="000000"/>
                <w:sz w:val="16"/>
              </w:rPr>
              <w:t xml:space="preserve">ŠTEVILO UR: </w:t>
            </w:r>
            <w:r>
              <w:rPr>
                <w:color w:val="000000"/>
                <w:sz w:val="16"/>
              </w:rPr>
              <w:t>4</w:t>
            </w:r>
          </w:p>
        </w:tc>
      </w:tr>
      <w:tr w:rsidR="005B3871" w14:paraId="60240675" w14:textId="77777777">
        <w:trPr>
          <w:jc w:val="center"/>
        </w:trPr>
        <w:tc>
          <w:tcPr>
            <w:tcW w:w="14061" w:type="dxa"/>
            <w:gridSpan w:val="6"/>
            <w:tcMar>
              <w:top w:w="70" w:type="dxa"/>
              <w:left w:w="90" w:type="dxa"/>
              <w:bottom w:w="70" w:type="dxa"/>
              <w:right w:w="90" w:type="dxa"/>
            </w:tcMar>
            <w:vAlign w:val="center"/>
          </w:tcPr>
          <w:p w14:paraId="69E06232"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532644F9" w14:textId="77777777">
        <w:trPr>
          <w:cantSplit/>
          <w:jc w:val="center"/>
        </w:trPr>
        <w:tc>
          <w:tcPr>
            <w:tcW w:w="14060" w:type="dxa"/>
            <w:gridSpan w:val="6"/>
            <w:tcMar>
              <w:top w:w="70" w:type="dxa"/>
              <w:left w:w="90" w:type="dxa"/>
              <w:bottom w:w="70" w:type="dxa"/>
              <w:right w:w="90" w:type="dxa"/>
            </w:tcMar>
            <w:vAlign w:val="center"/>
          </w:tcPr>
          <w:p w14:paraId="61189EBA" w14:textId="77777777" w:rsidR="005B3871" w:rsidRDefault="005B3871"/>
          <w:p w14:paraId="088E38D0" w14:textId="77777777" w:rsidR="005B3871" w:rsidRDefault="00000000">
            <w:pPr>
              <w:spacing w:line="245" w:lineRule="auto"/>
            </w:pPr>
            <w:r>
              <w:rPr>
                <w:b/>
                <w:color w:val="000000"/>
                <w:sz w:val="16"/>
              </w:rPr>
              <w:t xml:space="preserve">UČNI SKLOP: </w:t>
            </w:r>
            <w:r>
              <w:rPr>
                <w:color w:val="000000"/>
                <w:sz w:val="16"/>
              </w:rPr>
              <w:t>NEKOČ IN DANES – ČAS IN DEDIŠČINA</w:t>
            </w:r>
          </w:p>
        </w:tc>
      </w:tr>
      <w:tr w:rsidR="005B3871" w14:paraId="0B9C6497" w14:textId="77777777">
        <w:trPr>
          <w:cantSplit/>
          <w:jc w:val="center"/>
        </w:trPr>
        <w:tc>
          <w:tcPr>
            <w:tcW w:w="14060" w:type="dxa"/>
            <w:gridSpan w:val="6"/>
            <w:tcMar>
              <w:top w:w="70" w:type="dxa"/>
              <w:left w:w="90" w:type="dxa"/>
              <w:bottom w:w="70" w:type="dxa"/>
              <w:right w:w="90" w:type="dxa"/>
            </w:tcMar>
            <w:vAlign w:val="center"/>
          </w:tcPr>
          <w:p w14:paraId="7E30F43F" w14:textId="77777777" w:rsidR="005B3871" w:rsidRDefault="005B3871"/>
          <w:p w14:paraId="37171564" w14:textId="77777777" w:rsidR="005B3871" w:rsidRDefault="00000000">
            <w:pPr>
              <w:spacing w:line="245" w:lineRule="auto"/>
            </w:pPr>
            <w:r>
              <w:rPr>
                <w:b/>
                <w:color w:val="000000"/>
                <w:sz w:val="16"/>
              </w:rPr>
              <w:t xml:space="preserve">UČNA TEMA: </w:t>
            </w:r>
            <w:r>
              <w:rPr>
                <w:color w:val="000000"/>
                <w:sz w:val="16"/>
              </w:rPr>
              <w:t>MERJENJE ČASA</w:t>
            </w:r>
          </w:p>
        </w:tc>
      </w:tr>
      <w:tr w:rsidR="005B3871" w14:paraId="57D87527" w14:textId="77777777">
        <w:trPr>
          <w:cantSplit/>
          <w:jc w:val="center"/>
        </w:trPr>
        <w:tc>
          <w:tcPr>
            <w:tcW w:w="14060" w:type="dxa"/>
            <w:gridSpan w:val="6"/>
            <w:tcMar>
              <w:top w:w="70" w:type="dxa"/>
              <w:left w:w="90" w:type="dxa"/>
              <w:bottom w:w="70" w:type="dxa"/>
              <w:right w:w="90" w:type="dxa"/>
            </w:tcMar>
            <w:vAlign w:val="center"/>
          </w:tcPr>
          <w:p w14:paraId="09CB9E5F" w14:textId="77777777" w:rsidR="005B3871" w:rsidRDefault="005B3871"/>
          <w:p w14:paraId="638747C0" w14:textId="77777777" w:rsidR="005B3871" w:rsidRDefault="00000000">
            <w:pPr>
              <w:spacing w:line="245" w:lineRule="auto"/>
            </w:pPr>
            <w:r>
              <w:rPr>
                <w:b/>
                <w:color w:val="000000"/>
                <w:sz w:val="16"/>
              </w:rPr>
              <w:t xml:space="preserve">KNJIŽEVNO IZHODIŠČE IN MOTIV: </w:t>
            </w:r>
            <w:r>
              <w:rPr>
                <w:color w:val="000000"/>
                <w:sz w:val="16"/>
              </w:rPr>
              <w:t>»Janček Ježek« – slovenska ljudska pravljica • nekoč in danes, časovno zaporedje in ljudsko izročilo</w:t>
            </w:r>
          </w:p>
        </w:tc>
      </w:tr>
      <w:tr w:rsidR="005B3871" w14:paraId="602A7523" w14:textId="77777777">
        <w:trPr>
          <w:cantSplit/>
          <w:jc w:val="center"/>
        </w:trPr>
        <w:tc>
          <w:tcPr>
            <w:tcW w:w="14060" w:type="dxa"/>
            <w:gridSpan w:val="6"/>
            <w:tcMar>
              <w:top w:w="70" w:type="dxa"/>
              <w:left w:w="90" w:type="dxa"/>
              <w:bottom w:w="70" w:type="dxa"/>
              <w:right w:w="90" w:type="dxa"/>
            </w:tcMar>
            <w:vAlign w:val="center"/>
          </w:tcPr>
          <w:p w14:paraId="2613424B" w14:textId="77777777" w:rsidR="005B3871" w:rsidRDefault="005B3871"/>
          <w:p w14:paraId="4BE30B04" w14:textId="77777777" w:rsidR="005B3871" w:rsidRDefault="00000000">
            <w:pPr>
              <w:spacing w:line="245" w:lineRule="auto"/>
            </w:pPr>
            <w:r>
              <w:rPr>
                <w:b/>
                <w:color w:val="000000"/>
                <w:sz w:val="16"/>
              </w:rPr>
              <w:t xml:space="preserve">UČNE ENOTE: </w:t>
            </w:r>
            <w:r>
              <w:rPr>
                <w:color w:val="000000"/>
                <w:sz w:val="16"/>
              </w:rPr>
              <w:t>1. ura – Prej, potem, nazadnje • 2. ura – Kako dolgo traja? • 3. ura – Beremo urnik • 4. ura – Moj dopoldanski načrt</w:t>
            </w:r>
          </w:p>
        </w:tc>
      </w:tr>
      <w:tr w:rsidR="005B3871" w14:paraId="1570F6C6" w14:textId="77777777">
        <w:trPr>
          <w:cantSplit/>
          <w:jc w:val="center"/>
        </w:trPr>
        <w:tc>
          <w:tcPr>
            <w:tcW w:w="14060" w:type="dxa"/>
            <w:gridSpan w:val="6"/>
            <w:tcMar>
              <w:top w:w="70" w:type="dxa"/>
              <w:left w:w="90" w:type="dxa"/>
              <w:bottom w:w="70" w:type="dxa"/>
              <w:right w:w="90" w:type="dxa"/>
            </w:tcMar>
            <w:vAlign w:val="center"/>
          </w:tcPr>
          <w:p w14:paraId="57DCB401" w14:textId="77777777" w:rsidR="005B3871" w:rsidRDefault="005B3871"/>
          <w:p w14:paraId="48F2609B"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76E0A770" w14:textId="77777777">
        <w:trPr>
          <w:cantSplit/>
          <w:jc w:val="center"/>
        </w:trPr>
        <w:tc>
          <w:tcPr>
            <w:tcW w:w="14060" w:type="dxa"/>
            <w:gridSpan w:val="6"/>
            <w:tcMar>
              <w:top w:w="70" w:type="dxa"/>
              <w:left w:w="90" w:type="dxa"/>
              <w:bottom w:w="70" w:type="dxa"/>
              <w:right w:w="90" w:type="dxa"/>
            </w:tcMar>
            <w:vAlign w:val="center"/>
          </w:tcPr>
          <w:p w14:paraId="29B7C2F4" w14:textId="77777777" w:rsidR="005B3871" w:rsidRDefault="005B3871"/>
          <w:p w14:paraId="09BEC6E3"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7DD3C51A" w14:textId="77777777">
        <w:trPr>
          <w:cantSplit/>
          <w:jc w:val="center"/>
        </w:trPr>
        <w:tc>
          <w:tcPr>
            <w:tcW w:w="14060" w:type="dxa"/>
            <w:gridSpan w:val="6"/>
            <w:tcMar>
              <w:top w:w="70" w:type="dxa"/>
              <w:left w:w="90" w:type="dxa"/>
              <w:bottom w:w="70" w:type="dxa"/>
              <w:right w:w="90" w:type="dxa"/>
            </w:tcMar>
            <w:vAlign w:val="center"/>
          </w:tcPr>
          <w:p w14:paraId="23845DA3" w14:textId="77777777" w:rsidR="005B3871" w:rsidRDefault="005B3871"/>
          <w:p w14:paraId="28090A10"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3BAF9E7B" w14:textId="77777777">
        <w:trPr>
          <w:cantSplit/>
          <w:jc w:val="center"/>
        </w:trPr>
        <w:tc>
          <w:tcPr>
            <w:tcW w:w="14060" w:type="dxa"/>
            <w:gridSpan w:val="6"/>
            <w:tcMar>
              <w:top w:w="70" w:type="dxa"/>
              <w:left w:w="90" w:type="dxa"/>
              <w:bottom w:w="70" w:type="dxa"/>
              <w:right w:w="90" w:type="dxa"/>
            </w:tcMar>
            <w:vAlign w:val="center"/>
          </w:tcPr>
          <w:p w14:paraId="403D669D" w14:textId="77777777" w:rsidR="005B3871" w:rsidRDefault="005B3871"/>
          <w:p w14:paraId="0E966BBB" w14:textId="77777777" w:rsidR="005B3871" w:rsidRDefault="00000000">
            <w:pPr>
              <w:spacing w:line="245" w:lineRule="auto"/>
            </w:pPr>
            <w:r>
              <w:rPr>
                <w:b/>
                <w:color w:val="000000"/>
                <w:sz w:val="16"/>
              </w:rPr>
              <w:t xml:space="preserve">MEDPREDMETNE POVEZAVE: </w:t>
            </w:r>
            <w:r>
              <w:rPr>
                <w:color w:val="000000"/>
                <w:sz w:val="16"/>
              </w:rPr>
              <w:t>SLJ – časovno urejeno pripovedovanje; SPO – nekoč in danes; GUM – trajanje pesmi; ŠPO – časovna pot</w:t>
            </w:r>
          </w:p>
        </w:tc>
      </w:tr>
      <w:tr w:rsidR="005B3871" w14:paraId="455D9E13" w14:textId="77777777">
        <w:trPr>
          <w:cantSplit/>
          <w:jc w:val="center"/>
        </w:trPr>
        <w:tc>
          <w:tcPr>
            <w:tcW w:w="14060" w:type="dxa"/>
            <w:gridSpan w:val="6"/>
            <w:tcMar>
              <w:top w:w="70" w:type="dxa"/>
              <w:left w:w="90" w:type="dxa"/>
              <w:bottom w:w="70" w:type="dxa"/>
              <w:right w:w="90" w:type="dxa"/>
            </w:tcMar>
            <w:vAlign w:val="center"/>
          </w:tcPr>
          <w:p w14:paraId="5B5F9B57" w14:textId="77777777" w:rsidR="005B3871" w:rsidRDefault="005B3871"/>
          <w:p w14:paraId="7DD73D75" w14:textId="77777777" w:rsidR="005B3871" w:rsidRDefault="00000000">
            <w:pPr>
              <w:spacing w:line="245" w:lineRule="auto"/>
            </w:pPr>
            <w:r>
              <w:rPr>
                <w:b/>
                <w:color w:val="000000"/>
                <w:sz w:val="16"/>
              </w:rPr>
              <w:t xml:space="preserve">UČNA SREDSTVA IN PRIPOMOČKI: </w:t>
            </w:r>
            <w:r>
              <w:rPr>
                <w:color w:val="000000"/>
                <w:sz w:val="16"/>
              </w:rPr>
              <w:t>slikovne kartice dogodkov, talna časovna pot, peščena ura ali časovna pesem, slikovni urniki, puščice, prazne kartice</w:t>
            </w:r>
          </w:p>
        </w:tc>
      </w:tr>
      <w:tr w:rsidR="005B3871" w14:paraId="663270E6" w14:textId="77777777">
        <w:trPr>
          <w:cantSplit/>
          <w:jc w:val="center"/>
        </w:trPr>
        <w:tc>
          <w:tcPr>
            <w:tcW w:w="14060" w:type="dxa"/>
            <w:gridSpan w:val="6"/>
            <w:tcMar>
              <w:top w:w="70" w:type="dxa"/>
              <w:left w:w="90" w:type="dxa"/>
              <w:bottom w:w="70" w:type="dxa"/>
              <w:right w:w="90" w:type="dxa"/>
            </w:tcMar>
            <w:vAlign w:val="center"/>
          </w:tcPr>
          <w:p w14:paraId="33862063" w14:textId="77777777" w:rsidR="005B3871" w:rsidRDefault="005B3871"/>
          <w:p w14:paraId="3B953581"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728F0D5B" w14:textId="77777777">
        <w:trPr>
          <w:cantSplit/>
          <w:jc w:val="center"/>
        </w:trPr>
        <w:tc>
          <w:tcPr>
            <w:tcW w:w="14060" w:type="dxa"/>
            <w:gridSpan w:val="6"/>
            <w:tcMar>
              <w:top w:w="70" w:type="dxa"/>
              <w:left w:w="90" w:type="dxa"/>
              <w:bottom w:w="70" w:type="dxa"/>
              <w:right w:w="90" w:type="dxa"/>
            </w:tcMar>
            <w:vAlign w:val="center"/>
          </w:tcPr>
          <w:p w14:paraId="38221BFE" w14:textId="77777777" w:rsidR="005B3871" w:rsidRDefault="005B3871"/>
          <w:p w14:paraId="0F98C375"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4B55133E" w14:textId="77777777">
        <w:trPr>
          <w:cantSplit/>
          <w:jc w:val="center"/>
        </w:trPr>
        <w:tc>
          <w:tcPr>
            <w:tcW w:w="14060" w:type="dxa"/>
            <w:gridSpan w:val="6"/>
            <w:tcMar>
              <w:top w:w="70" w:type="dxa"/>
              <w:left w:w="90" w:type="dxa"/>
              <w:bottom w:w="70" w:type="dxa"/>
              <w:right w:w="90" w:type="dxa"/>
            </w:tcMar>
            <w:vAlign w:val="center"/>
          </w:tcPr>
          <w:p w14:paraId="7500628D" w14:textId="77777777" w:rsidR="005B3871" w:rsidRDefault="005B3871"/>
          <w:p w14:paraId="2AD1BD3A"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19CFFBB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877A20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AF7FB7C"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677AEBE" w14:textId="77777777" w:rsidR="005B3871" w:rsidRDefault="00000000">
            <w:pPr>
              <w:jc w:val="center"/>
            </w:pPr>
            <w:r>
              <w:rPr>
                <w:b/>
                <w:color w:val="000000"/>
                <w:sz w:val="20"/>
              </w:rPr>
              <w:t>UČNE DEJAVNOSTI, METODE IN FORMATIVNO SPREMLJANJE</w:t>
            </w:r>
          </w:p>
        </w:tc>
      </w:tr>
      <w:tr w:rsidR="005B3871" w14:paraId="7A82F24E" w14:textId="77777777">
        <w:trPr>
          <w:tblHeader/>
          <w:jc w:val="center"/>
        </w:trPr>
        <w:tc>
          <w:tcPr>
            <w:tcW w:w="4422" w:type="dxa"/>
            <w:vMerge/>
            <w:tcMar>
              <w:top w:w="70" w:type="dxa"/>
              <w:left w:w="90" w:type="dxa"/>
              <w:bottom w:w="70" w:type="dxa"/>
              <w:right w:w="90" w:type="dxa"/>
            </w:tcMar>
            <w:vAlign w:val="center"/>
          </w:tcPr>
          <w:p w14:paraId="50902C94" w14:textId="77777777" w:rsidR="005B3871" w:rsidRDefault="005B3871"/>
        </w:tc>
        <w:tc>
          <w:tcPr>
            <w:tcW w:w="7087" w:type="dxa"/>
            <w:shd w:val="clear" w:color="auto" w:fill="FFFFFF"/>
            <w:tcMar>
              <w:top w:w="70" w:type="dxa"/>
              <w:left w:w="90" w:type="dxa"/>
              <w:bottom w:w="70" w:type="dxa"/>
              <w:right w:w="90" w:type="dxa"/>
            </w:tcMar>
            <w:vAlign w:val="center"/>
          </w:tcPr>
          <w:p w14:paraId="460B068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0063DF0" w14:textId="77777777" w:rsidR="005B3871" w:rsidRDefault="00000000">
            <w:pPr>
              <w:jc w:val="center"/>
            </w:pPr>
            <w:r>
              <w:rPr>
                <w:b/>
                <w:color w:val="000000"/>
              </w:rPr>
              <w:t>UČENEC</w:t>
            </w:r>
          </w:p>
        </w:tc>
      </w:tr>
      <w:tr w:rsidR="005B3871" w14:paraId="0AF4E256" w14:textId="77777777">
        <w:trPr>
          <w:jc w:val="center"/>
        </w:trPr>
        <w:tc>
          <w:tcPr>
            <w:tcW w:w="4422" w:type="dxa"/>
            <w:tcMar>
              <w:top w:w="70" w:type="dxa"/>
              <w:left w:w="90" w:type="dxa"/>
              <w:bottom w:w="70" w:type="dxa"/>
              <w:right w:w="90" w:type="dxa"/>
            </w:tcMar>
          </w:tcPr>
          <w:p w14:paraId="0C969D8A" w14:textId="77777777" w:rsidR="005B3871" w:rsidRDefault="005B3871"/>
          <w:p w14:paraId="09266CB6" w14:textId="77777777" w:rsidR="005B3871" w:rsidRDefault="00000000">
            <w:pPr>
              <w:spacing w:after="60" w:line="245" w:lineRule="auto"/>
            </w:pPr>
            <w:r>
              <w:rPr>
                <w:b/>
                <w:color w:val="000000"/>
              </w:rPr>
              <w:t>UČNI CILJI</w:t>
            </w:r>
          </w:p>
          <w:p w14:paraId="222530BA" w14:textId="77777777" w:rsidR="005B3871" w:rsidRDefault="00000000">
            <w:pPr>
              <w:spacing w:after="20" w:line="245" w:lineRule="auto"/>
            </w:pPr>
            <w:r>
              <w:rPr>
                <w:b/>
                <w:color w:val="000000"/>
                <w:sz w:val="17"/>
              </w:rPr>
              <w:t>SPLOŠNI</w:t>
            </w:r>
          </w:p>
          <w:p w14:paraId="07CB024D" w14:textId="77777777" w:rsidR="005B3871" w:rsidRDefault="00000000">
            <w:pPr>
              <w:pStyle w:val="Oznaenseznam"/>
              <w:spacing w:after="16"/>
            </w:pPr>
            <w:r>
              <w:rPr>
                <w:color w:val="000000"/>
                <w:sz w:val="16"/>
              </w:rPr>
              <w:t>razvija številske, prostorske in količinske predstave s konkretnimi izkušnjami</w:t>
            </w:r>
          </w:p>
          <w:p w14:paraId="1223F654" w14:textId="77777777" w:rsidR="005B3871" w:rsidRDefault="00000000">
            <w:pPr>
              <w:pStyle w:val="Oznaenseznam"/>
              <w:spacing w:after="16"/>
            </w:pPr>
            <w:r>
              <w:rPr>
                <w:color w:val="000000"/>
                <w:sz w:val="16"/>
              </w:rPr>
              <w:t>rešuje matematične probleme s predmetom, gibanjem, risbo, modelom in simbolom</w:t>
            </w:r>
          </w:p>
          <w:p w14:paraId="08ADAA65" w14:textId="77777777" w:rsidR="005B3871" w:rsidRDefault="00000000">
            <w:pPr>
              <w:pStyle w:val="Oznaenseznam"/>
              <w:spacing w:after="16"/>
            </w:pPr>
            <w:r>
              <w:rPr>
                <w:color w:val="000000"/>
                <w:sz w:val="16"/>
              </w:rPr>
              <w:t>pojasnjuje izbrano strategijo, preverja smiselnost rešitve in posluša rešitve drugih</w:t>
            </w:r>
          </w:p>
          <w:p w14:paraId="096E88CF" w14:textId="77777777" w:rsidR="005B3871" w:rsidRDefault="00000000">
            <w:pPr>
              <w:pStyle w:val="Oznaenseznam"/>
              <w:spacing w:after="16"/>
            </w:pPr>
            <w:r>
              <w:rPr>
                <w:color w:val="000000"/>
                <w:sz w:val="16"/>
              </w:rPr>
              <w:t>ob namenih in kriterijih spremlja svoje učenje ter uporabi opisno povratno informacijo</w:t>
            </w:r>
          </w:p>
          <w:p w14:paraId="708335CD" w14:textId="77777777" w:rsidR="005B3871" w:rsidRDefault="00000000">
            <w:pPr>
              <w:spacing w:before="40" w:after="20" w:line="245" w:lineRule="auto"/>
            </w:pPr>
            <w:r>
              <w:rPr>
                <w:b/>
                <w:color w:val="000000"/>
                <w:sz w:val="17"/>
              </w:rPr>
              <w:t>OPERATIVNI</w:t>
            </w:r>
          </w:p>
          <w:p w14:paraId="74B3FA0C" w14:textId="77777777" w:rsidR="005B3871" w:rsidRDefault="00000000">
            <w:pPr>
              <w:pStyle w:val="Oznaenseznam"/>
              <w:spacing w:after="16"/>
            </w:pPr>
            <w:r>
              <w:rPr>
                <w:color w:val="000000"/>
                <w:sz w:val="16"/>
              </w:rPr>
              <w:t>bere preprost urnik</w:t>
            </w:r>
          </w:p>
          <w:p w14:paraId="378C92E0" w14:textId="77777777" w:rsidR="005B3871" w:rsidRDefault="00000000">
            <w:pPr>
              <w:pStyle w:val="Oznaenseznam"/>
              <w:spacing w:after="16"/>
            </w:pPr>
            <w:r>
              <w:rPr>
                <w:color w:val="000000"/>
                <w:sz w:val="16"/>
              </w:rPr>
              <w:t>primerja trajanje dejavnosti</w:t>
            </w:r>
          </w:p>
          <w:p w14:paraId="26EB603C" w14:textId="77777777" w:rsidR="005B3871" w:rsidRDefault="00000000">
            <w:pPr>
              <w:pStyle w:val="Oznaenseznam"/>
              <w:spacing w:after="16"/>
            </w:pPr>
            <w:r>
              <w:rPr>
                <w:color w:val="000000"/>
                <w:sz w:val="16"/>
              </w:rPr>
              <w:t>uredi dogodke po trajanju</w:t>
            </w:r>
          </w:p>
          <w:p w14:paraId="2ED7B4DD" w14:textId="77777777" w:rsidR="005B3871" w:rsidRDefault="00000000">
            <w:pPr>
              <w:spacing w:before="40" w:after="20" w:line="245" w:lineRule="auto"/>
            </w:pPr>
            <w:r>
              <w:rPr>
                <w:b/>
                <w:color w:val="000000"/>
                <w:sz w:val="17"/>
              </w:rPr>
              <w:t>PRIČAKOVANI DOSEŽKI / STANDARDI</w:t>
            </w:r>
          </w:p>
          <w:p w14:paraId="24425EAC" w14:textId="77777777" w:rsidR="005B3871" w:rsidRDefault="00000000">
            <w:pPr>
              <w:pStyle w:val="Oznaenseznam"/>
              <w:spacing w:after="16"/>
            </w:pPr>
            <w:r>
              <w:rPr>
                <w:color w:val="000000"/>
                <w:sz w:val="16"/>
              </w:rPr>
              <w:t>ob konkretni, slikovni ali gibalni opori bere preprost urnik</w:t>
            </w:r>
          </w:p>
          <w:p w14:paraId="2136C4E7" w14:textId="77777777" w:rsidR="005B3871" w:rsidRDefault="00000000">
            <w:pPr>
              <w:pStyle w:val="Oznaenseznam"/>
              <w:spacing w:after="16"/>
            </w:pPr>
            <w:r>
              <w:rPr>
                <w:color w:val="000000"/>
                <w:sz w:val="16"/>
              </w:rPr>
              <w:t>ob konkretni, slikovni ali gibalni opori primerja trajanje dejavnosti</w:t>
            </w:r>
          </w:p>
          <w:p w14:paraId="4D2C9248" w14:textId="77777777" w:rsidR="005B3871" w:rsidRDefault="00000000">
            <w:pPr>
              <w:pStyle w:val="Oznaenseznam"/>
              <w:spacing w:after="16"/>
            </w:pPr>
            <w:r>
              <w:rPr>
                <w:color w:val="000000"/>
                <w:sz w:val="16"/>
              </w:rPr>
              <w:t>ob konkretni, slikovni ali gibalni opori uredi dogodke po trajanju</w:t>
            </w:r>
          </w:p>
        </w:tc>
        <w:tc>
          <w:tcPr>
            <w:tcW w:w="7087" w:type="dxa"/>
            <w:tcMar>
              <w:top w:w="70" w:type="dxa"/>
              <w:left w:w="90" w:type="dxa"/>
              <w:bottom w:w="70" w:type="dxa"/>
              <w:right w:w="90" w:type="dxa"/>
            </w:tcMar>
          </w:tcPr>
          <w:p w14:paraId="41F4AF1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5C7A174" w14:textId="77777777">
              <w:trPr>
                <w:jc w:val="center"/>
              </w:trPr>
              <w:tc>
                <w:tcPr>
                  <w:tcW w:w="7087" w:type="dxa"/>
                  <w:shd w:val="clear" w:color="auto" w:fill="C6E7F3"/>
                  <w:tcMar>
                    <w:top w:w="45" w:type="dxa"/>
                    <w:left w:w="70" w:type="dxa"/>
                    <w:bottom w:w="45" w:type="dxa"/>
                    <w:right w:w="70" w:type="dxa"/>
                  </w:tcMar>
                </w:tcPr>
                <w:p w14:paraId="62EEFF5E" w14:textId="77777777" w:rsidR="005B3871" w:rsidRDefault="00000000">
                  <w:pPr>
                    <w:keepNext/>
                  </w:pPr>
                  <w:r>
                    <w:rPr>
                      <w:b/>
                      <w:color w:val="000000"/>
                    </w:rPr>
                    <w:t>UVODNI DEL – motivacija, aktivacija predznanja in namen učenja (15–20 min)</w:t>
                  </w:r>
                </w:p>
              </w:tc>
            </w:tr>
          </w:tbl>
          <w:p w14:paraId="56898C9F" w14:textId="77777777" w:rsidR="005B3871" w:rsidRDefault="005B3871">
            <w:pPr>
              <w:spacing w:line="20" w:lineRule="exact"/>
            </w:pPr>
          </w:p>
          <w:p w14:paraId="75E4936A" w14:textId="77777777" w:rsidR="005B3871" w:rsidRDefault="00000000">
            <w:pPr>
              <w:spacing w:before="40" w:after="60" w:line="245" w:lineRule="auto"/>
            </w:pPr>
            <w:r>
              <w:rPr>
                <w:color w:val="000000"/>
                <w:sz w:val="16"/>
              </w:rPr>
              <w:t>Janček Ježek razporeja dogodke iz nekoč in danes. Učenci jih uredijo po zaporedju, primerjajo trajanje ter preberejo preprost urnik brez uvajanja formalnega merjenja z uro.</w:t>
            </w:r>
          </w:p>
          <w:tbl>
            <w:tblPr>
              <w:tblStyle w:val="Tabelamrea"/>
              <w:tblW w:w="0" w:type="auto"/>
              <w:jc w:val="center"/>
              <w:tblLayout w:type="fixed"/>
              <w:tblLook w:val="04A0" w:firstRow="1" w:lastRow="0" w:firstColumn="1" w:lastColumn="0" w:noHBand="0" w:noVBand="1"/>
            </w:tblPr>
            <w:tblGrid>
              <w:gridCol w:w="7087"/>
            </w:tblGrid>
            <w:tr w:rsidR="005B3871" w14:paraId="39C9788A" w14:textId="77777777">
              <w:trPr>
                <w:jc w:val="center"/>
              </w:trPr>
              <w:tc>
                <w:tcPr>
                  <w:tcW w:w="7087" w:type="dxa"/>
                  <w:shd w:val="clear" w:color="auto" w:fill="EDC9EA"/>
                  <w:tcMar>
                    <w:top w:w="45" w:type="dxa"/>
                    <w:left w:w="70" w:type="dxa"/>
                    <w:bottom w:w="45" w:type="dxa"/>
                    <w:right w:w="70" w:type="dxa"/>
                  </w:tcMar>
                </w:tcPr>
                <w:p w14:paraId="5CF839AD" w14:textId="77777777" w:rsidR="005B3871" w:rsidRDefault="00000000">
                  <w:pPr>
                    <w:keepNext/>
                  </w:pPr>
                  <w:r>
                    <w:rPr>
                      <w:b/>
                      <w:color w:val="000000"/>
                    </w:rPr>
                    <w:t>NAMENI UČENJA</w:t>
                  </w:r>
                </w:p>
              </w:tc>
            </w:tr>
          </w:tbl>
          <w:p w14:paraId="0122260C" w14:textId="77777777" w:rsidR="005B3871" w:rsidRDefault="005B3871">
            <w:pPr>
              <w:spacing w:line="20" w:lineRule="exact"/>
            </w:pPr>
          </w:p>
          <w:p w14:paraId="161A3AA8"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0748FD87" w14:textId="77777777" w:rsidR="005B3871" w:rsidRDefault="00000000">
            <w:pPr>
              <w:pStyle w:val="Oznaenseznam"/>
              <w:spacing w:after="16"/>
            </w:pPr>
            <w:r>
              <w:rPr>
                <w:color w:val="000000"/>
                <w:sz w:val="16"/>
              </w:rPr>
              <w:t>berem preprost urnik</w:t>
            </w:r>
          </w:p>
          <w:p w14:paraId="1632CF64" w14:textId="77777777" w:rsidR="005B3871" w:rsidRDefault="00000000">
            <w:pPr>
              <w:pStyle w:val="Oznaenseznam"/>
              <w:spacing w:after="16"/>
            </w:pPr>
            <w:r>
              <w:rPr>
                <w:color w:val="000000"/>
                <w:sz w:val="16"/>
              </w:rPr>
              <w:t>primerjam trajanje dejavnosti</w:t>
            </w:r>
          </w:p>
          <w:p w14:paraId="364AF905" w14:textId="77777777" w:rsidR="005B3871" w:rsidRDefault="00000000">
            <w:pPr>
              <w:pStyle w:val="Oznaenseznam"/>
              <w:spacing w:after="16"/>
            </w:pPr>
            <w:r>
              <w:rPr>
                <w:color w:val="000000"/>
                <w:sz w:val="16"/>
              </w:rPr>
              <w:t>uredim dogodke po trajanju</w:t>
            </w:r>
          </w:p>
          <w:tbl>
            <w:tblPr>
              <w:tblStyle w:val="Tabelamrea"/>
              <w:tblW w:w="0" w:type="auto"/>
              <w:jc w:val="center"/>
              <w:tblLayout w:type="fixed"/>
              <w:tblLook w:val="04A0" w:firstRow="1" w:lastRow="0" w:firstColumn="1" w:lastColumn="0" w:noHBand="0" w:noVBand="1"/>
            </w:tblPr>
            <w:tblGrid>
              <w:gridCol w:w="7087"/>
            </w:tblGrid>
            <w:tr w:rsidR="005B3871" w14:paraId="36525B3C" w14:textId="77777777">
              <w:trPr>
                <w:jc w:val="center"/>
              </w:trPr>
              <w:tc>
                <w:tcPr>
                  <w:tcW w:w="7087" w:type="dxa"/>
                  <w:shd w:val="clear" w:color="auto" w:fill="EDC9EA"/>
                  <w:tcMar>
                    <w:top w:w="45" w:type="dxa"/>
                    <w:left w:w="70" w:type="dxa"/>
                    <w:bottom w:w="45" w:type="dxa"/>
                    <w:right w:w="70" w:type="dxa"/>
                  </w:tcMar>
                </w:tcPr>
                <w:p w14:paraId="75401429" w14:textId="77777777" w:rsidR="005B3871" w:rsidRDefault="00000000">
                  <w:pPr>
                    <w:keepNext/>
                  </w:pPr>
                  <w:r>
                    <w:rPr>
                      <w:b/>
                      <w:color w:val="000000"/>
                    </w:rPr>
                    <w:t>PREVERJANJE PREDZNANJA</w:t>
                  </w:r>
                </w:p>
              </w:tc>
            </w:tr>
          </w:tbl>
          <w:p w14:paraId="1082EDD5" w14:textId="77777777" w:rsidR="005B3871" w:rsidRDefault="005B3871">
            <w:pPr>
              <w:spacing w:line="20" w:lineRule="exact"/>
            </w:pPr>
          </w:p>
          <w:p w14:paraId="09EAC07A" w14:textId="77777777" w:rsidR="005B3871" w:rsidRDefault="00000000">
            <w:pPr>
              <w:pStyle w:val="Oznaenseznam"/>
              <w:spacing w:after="16"/>
            </w:pPr>
            <w:r>
              <w:rPr>
                <w:color w:val="000000"/>
                <w:sz w:val="16"/>
              </w:rPr>
              <w:t>Kaj pomeni, da se je nekaj zgodilo prej ali pozneje?</w:t>
            </w:r>
          </w:p>
          <w:p w14:paraId="0DE6AF5D" w14:textId="77777777" w:rsidR="005B3871" w:rsidRDefault="00000000">
            <w:pPr>
              <w:pStyle w:val="Oznaenseznam"/>
              <w:spacing w:after="16"/>
            </w:pPr>
            <w:r>
              <w:rPr>
                <w:color w:val="000000"/>
                <w:sz w:val="16"/>
              </w:rPr>
              <w:t>Kako lahko primerjam, katera dejavnost traja dlje?</w:t>
            </w:r>
          </w:p>
          <w:p w14:paraId="65E2283F"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140E44EE" w14:textId="77777777">
              <w:trPr>
                <w:jc w:val="center"/>
              </w:trPr>
              <w:tc>
                <w:tcPr>
                  <w:tcW w:w="7087" w:type="dxa"/>
                  <w:shd w:val="clear" w:color="auto" w:fill="EDC9EA"/>
                  <w:tcMar>
                    <w:top w:w="45" w:type="dxa"/>
                    <w:left w:w="70" w:type="dxa"/>
                    <w:bottom w:w="45" w:type="dxa"/>
                    <w:right w:w="70" w:type="dxa"/>
                  </w:tcMar>
                </w:tcPr>
                <w:p w14:paraId="302EF232" w14:textId="77777777" w:rsidR="005B3871" w:rsidRDefault="00000000">
                  <w:pPr>
                    <w:keepNext/>
                  </w:pPr>
                  <w:r>
                    <w:rPr>
                      <w:b/>
                      <w:color w:val="000000"/>
                    </w:rPr>
                    <w:t>KRITERIJI USPEŠNOSTI</w:t>
                  </w:r>
                </w:p>
              </w:tc>
            </w:tr>
          </w:tbl>
          <w:p w14:paraId="02770CFF" w14:textId="77777777" w:rsidR="005B3871" w:rsidRDefault="005B3871"/>
          <w:p w14:paraId="2C3A3E65" w14:textId="77777777" w:rsidR="005B3871" w:rsidRDefault="00000000">
            <w:pPr>
              <w:spacing w:before="20" w:after="20" w:line="245" w:lineRule="auto"/>
            </w:pPr>
            <w:r>
              <w:rPr>
                <w:b/>
                <w:color w:val="000000"/>
                <w:sz w:val="16"/>
              </w:rPr>
              <w:t>Uspešen/-na bom, ko:</w:t>
            </w:r>
          </w:p>
          <w:p w14:paraId="51788587" w14:textId="77777777" w:rsidR="005B3871" w:rsidRDefault="00000000">
            <w:pPr>
              <w:pStyle w:val="Oznaenseznam"/>
              <w:spacing w:after="16"/>
            </w:pPr>
            <w:r>
              <w:rPr>
                <w:color w:val="000000"/>
                <w:sz w:val="16"/>
              </w:rPr>
              <w:t>berem preprost urnik</w:t>
            </w:r>
          </w:p>
          <w:p w14:paraId="17A77EE9" w14:textId="77777777" w:rsidR="005B3871" w:rsidRDefault="00000000">
            <w:pPr>
              <w:pStyle w:val="Oznaenseznam"/>
              <w:spacing w:after="16"/>
            </w:pPr>
            <w:r>
              <w:rPr>
                <w:color w:val="000000"/>
                <w:sz w:val="16"/>
              </w:rPr>
              <w:t>primerjam trajanje dejavnosti</w:t>
            </w:r>
          </w:p>
          <w:p w14:paraId="0FBC7595" w14:textId="77777777" w:rsidR="005B3871" w:rsidRDefault="00000000">
            <w:pPr>
              <w:pStyle w:val="Oznaenseznam"/>
              <w:spacing w:after="16"/>
            </w:pPr>
            <w:r>
              <w:rPr>
                <w:color w:val="000000"/>
                <w:sz w:val="16"/>
              </w:rPr>
              <w:t>uredim dogodke po trajanju</w:t>
            </w:r>
          </w:p>
          <w:p w14:paraId="4BF78CCD"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72E16CBC" w14:textId="77777777" w:rsidR="005B3871" w:rsidRDefault="005B3871"/>
          <w:p w14:paraId="4D156773"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492E8A0F" w14:textId="77777777" w:rsidR="005B3871" w:rsidRDefault="00000000">
            <w:pPr>
              <w:spacing w:after="80" w:line="245" w:lineRule="auto"/>
            </w:pPr>
            <w:r>
              <w:rPr>
                <w:color w:val="000000"/>
                <w:sz w:val="16"/>
              </w:rPr>
              <w:t>Pove, pokaže ali nariše, kako bi nalogo začel. Posluša tudi drugačne strategije.</w:t>
            </w:r>
          </w:p>
          <w:p w14:paraId="19732EC7" w14:textId="77777777" w:rsidR="005B3871" w:rsidRDefault="00000000">
            <w:pPr>
              <w:spacing w:after="100" w:line="245" w:lineRule="auto"/>
            </w:pPr>
            <w:r>
              <w:rPr>
                <w:color w:val="000000"/>
                <w:sz w:val="16"/>
              </w:rPr>
              <w:t>Sodeluje pri razumevanju namenov in kriterijev uspešnosti.</w:t>
            </w:r>
          </w:p>
          <w:p w14:paraId="72D64D26" w14:textId="77777777" w:rsidR="005B3871" w:rsidRDefault="00000000">
            <w:pPr>
              <w:spacing w:after="20" w:line="245" w:lineRule="auto"/>
            </w:pPr>
            <w:r>
              <w:rPr>
                <w:b/>
                <w:color w:val="D95BC6"/>
                <w:sz w:val="17"/>
              </w:rPr>
              <w:t>DOKAZ O UČENJU</w:t>
            </w:r>
          </w:p>
          <w:p w14:paraId="225AA83D" w14:textId="77777777" w:rsidR="005B3871" w:rsidRDefault="00000000">
            <w:pPr>
              <w:spacing w:after="30" w:line="245" w:lineRule="auto"/>
            </w:pPr>
            <w:r>
              <w:rPr>
                <w:color w:val="D95BC6"/>
                <w:sz w:val="16"/>
              </w:rPr>
              <w:t>začetna strategija, razvrstitev, model, risba, gib ali ustni odgovor</w:t>
            </w:r>
          </w:p>
        </w:tc>
      </w:tr>
    </w:tbl>
    <w:p w14:paraId="6F9BBD3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4BAA0E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B75EE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9C13928" w14:textId="77777777" w:rsidR="005B3871" w:rsidRDefault="00000000">
            <w:pPr>
              <w:jc w:val="center"/>
            </w:pPr>
            <w:r>
              <w:rPr>
                <w:b/>
                <w:color w:val="000000"/>
                <w:sz w:val="20"/>
              </w:rPr>
              <w:t>UČNE DEJAVNOSTI, METODE IN FORMATIVNO SPREMLJANJE</w:t>
            </w:r>
          </w:p>
        </w:tc>
      </w:tr>
      <w:tr w:rsidR="005B3871" w14:paraId="20DE8591" w14:textId="77777777">
        <w:trPr>
          <w:tblHeader/>
          <w:jc w:val="center"/>
        </w:trPr>
        <w:tc>
          <w:tcPr>
            <w:tcW w:w="4422" w:type="dxa"/>
            <w:vMerge/>
            <w:tcMar>
              <w:top w:w="70" w:type="dxa"/>
              <w:left w:w="90" w:type="dxa"/>
              <w:bottom w:w="70" w:type="dxa"/>
              <w:right w:w="90" w:type="dxa"/>
            </w:tcMar>
            <w:vAlign w:val="center"/>
          </w:tcPr>
          <w:p w14:paraId="56BC856E" w14:textId="77777777" w:rsidR="005B3871" w:rsidRDefault="005B3871"/>
        </w:tc>
        <w:tc>
          <w:tcPr>
            <w:tcW w:w="7087" w:type="dxa"/>
            <w:shd w:val="clear" w:color="auto" w:fill="FFFFFF"/>
            <w:tcMar>
              <w:top w:w="70" w:type="dxa"/>
              <w:left w:w="90" w:type="dxa"/>
              <w:bottom w:w="70" w:type="dxa"/>
              <w:right w:w="90" w:type="dxa"/>
            </w:tcMar>
            <w:vAlign w:val="center"/>
          </w:tcPr>
          <w:p w14:paraId="1957A4E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25EFB60" w14:textId="77777777" w:rsidR="005B3871" w:rsidRDefault="00000000">
            <w:pPr>
              <w:jc w:val="center"/>
            </w:pPr>
            <w:r>
              <w:rPr>
                <w:b/>
                <w:color w:val="000000"/>
              </w:rPr>
              <w:t>UČENEC</w:t>
            </w:r>
          </w:p>
        </w:tc>
      </w:tr>
      <w:tr w:rsidR="005B3871" w14:paraId="5959AA58" w14:textId="77777777">
        <w:trPr>
          <w:jc w:val="center"/>
        </w:trPr>
        <w:tc>
          <w:tcPr>
            <w:tcW w:w="4422" w:type="dxa"/>
            <w:tcMar>
              <w:top w:w="70" w:type="dxa"/>
              <w:left w:w="90" w:type="dxa"/>
              <w:bottom w:w="70" w:type="dxa"/>
              <w:right w:w="90" w:type="dxa"/>
            </w:tcMar>
          </w:tcPr>
          <w:p w14:paraId="13B6D08A" w14:textId="77777777" w:rsidR="005B3871" w:rsidRDefault="005B3871"/>
          <w:p w14:paraId="676AEED6" w14:textId="77777777" w:rsidR="005B3871" w:rsidRDefault="00000000">
            <w:pPr>
              <w:spacing w:after="40" w:line="245" w:lineRule="auto"/>
            </w:pPr>
            <w:r>
              <w:rPr>
                <w:b/>
                <w:color w:val="000000"/>
              </w:rPr>
              <w:t>KLJUČNI POJMI</w:t>
            </w:r>
          </w:p>
          <w:p w14:paraId="0C596422" w14:textId="77777777" w:rsidR="005B3871" w:rsidRDefault="00000000">
            <w:pPr>
              <w:spacing w:after="60" w:line="245" w:lineRule="auto"/>
            </w:pPr>
            <w:r>
              <w:rPr>
                <w:color w:val="000000"/>
                <w:sz w:val="16"/>
              </w:rPr>
              <w:t>čas, prej, potem, nazadnje, zaporedje, trajanje, krajše, daljše, urnik, dogodek</w:t>
            </w:r>
          </w:p>
          <w:p w14:paraId="5C631E67" w14:textId="77777777" w:rsidR="005B3871" w:rsidRDefault="00000000">
            <w:pPr>
              <w:spacing w:after="20" w:line="245" w:lineRule="auto"/>
            </w:pPr>
            <w:r>
              <w:rPr>
                <w:b/>
                <w:color w:val="000000"/>
                <w:sz w:val="17"/>
              </w:rPr>
              <w:t>DOKAZI O UČENJU</w:t>
            </w:r>
          </w:p>
          <w:p w14:paraId="61923C25" w14:textId="77777777" w:rsidR="005B3871" w:rsidRDefault="00000000">
            <w:pPr>
              <w:pStyle w:val="Oznaenseznam"/>
              <w:spacing w:after="16"/>
            </w:pPr>
            <w:r>
              <w:rPr>
                <w:color w:val="000000"/>
                <w:sz w:val="16"/>
              </w:rPr>
              <w:t>urejeno in ubesedeno časovno zaporedje</w:t>
            </w:r>
          </w:p>
          <w:p w14:paraId="421A3268" w14:textId="77777777" w:rsidR="005B3871" w:rsidRDefault="00000000">
            <w:pPr>
              <w:pStyle w:val="Oznaenseznam"/>
              <w:spacing w:after="16"/>
            </w:pPr>
            <w:r>
              <w:rPr>
                <w:color w:val="000000"/>
                <w:sz w:val="16"/>
              </w:rPr>
              <w:t>primerjava in ureditev trajanja</w:t>
            </w:r>
          </w:p>
          <w:p w14:paraId="020C86E4" w14:textId="77777777" w:rsidR="005B3871" w:rsidRDefault="00000000">
            <w:pPr>
              <w:pStyle w:val="Oznaenseznam"/>
              <w:spacing w:after="16"/>
            </w:pPr>
            <w:r>
              <w:rPr>
                <w:color w:val="000000"/>
                <w:sz w:val="16"/>
              </w:rPr>
              <w:t>pravilno prebrani podatki iz urnika</w:t>
            </w:r>
          </w:p>
          <w:p w14:paraId="359F9AC4" w14:textId="77777777" w:rsidR="005B3871" w:rsidRDefault="00000000">
            <w:pPr>
              <w:pStyle w:val="Oznaenseznam"/>
              <w:spacing w:after="16"/>
            </w:pPr>
            <w:r>
              <w:rPr>
                <w:color w:val="000000"/>
                <w:sz w:val="16"/>
              </w:rPr>
              <w:t>osebni slikovni urnik z razlago</w:t>
            </w:r>
          </w:p>
          <w:p w14:paraId="4701250D" w14:textId="77777777" w:rsidR="005B3871" w:rsidRDefault="00000000">
            <w:pPr>
              <w:spacing w:before="40" w:after="20" w:line="245" w:lineRule="auto"/>
            </w:pPr>
            <w:r>
              <w:rPr>
                <w:b/>
                <w:color w:val="000000"/>
                <w:sz w:val="17"/>
              </w:rPr>
              <w:t>MEDPREDMETNA POVEZAVA</w:t>
            </w:r>
          </w:p>
          <w:p w14:paraId="11F73805" w14:textId="77777777" w:rsidR="005B3871" w:rsidRDefault="00000000">
            <w:pPr>
              <w:spacing w:after="60" w:line="245" w:lineRule="auto"/>
            </w:pPr>
            <w:r>
              <w:rPr>
                <w:color w:val="000000"/>
                <w:sz w:val="16"/>
              </w:rPr>
              <w:t>SLJ – časovno urejeno pripovedovanje; SPO – nekoč in danes; GUM – trajanje pesmi; ŠPO – časovna pot</w:t>
            </w:r>
          </w:p>
          <w:p w14:paraId="542CD88E" w14:textId="77777777" w:rsidR="005B3871" w:rsidRDefault="00000000">
            <w:pPr>
              <w:spacing w:after="20" w:line="245" w:lineRule="auto"/>
            </w:pPr>
            <w:r>
              <w:rPr>
                <w:b/>
                <w:color w:val="000000"/>
                <w:sz w:val="17"/>
              </w:rPr>
              <w:t>POUČEVANJE V GIBANJU</w:t>
            </w:r>
          </w:p>
          <w:p w14:paraId="577C9707"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61BAC068" w14:textId="77777777" w:rsidR="005B3871" w:rsidRDefault="00000000">
            <w:pPr>
              <w:spacing w:after="20" w:line="245" w:lineRule="auto"/>
            </w:pPr>
            <w:r>
              <w:rPr>
                <w:b/>
                <w:color w:val="000000"/>
                <w:sz w:val="17"/>
              </w:rPr>
              <w:t>DELO PO POSTAJAH</w:t>
            </w:r>
          </w:p>
          <w:p w14:paraId="54743FF4" w14:textId="77777777" w:rsidR="005B3871" w:rsidRDefault="00000000">
            <w:pPr>
              <w:spacing w:after="60" w:line="245" w:lineRule="auto"/>
            </w:pPr>
            <w:r>
              <w:rPr>
                <w:color w:val="000000"/>
                <w:sz w:val="15"/>
              </w:rPr>
              <w:t>Načrtovana rotacija: konkretno-izkušenjska – Prej, potem, nazadnje; gibalna/sodelovalna – Kako dolgo traja?; slikovno-simbolna – Beremo urnik; izziv, dokaz in povratna informacija – Moj dopoldanski načrt. Pri pisnem ocenjevanju se postaje izvedejo v pripravi, analizi in ponovnem učenju.</w:t>
            </w:r>
          </w:p>
          <w:p w14:paraId="0AC65C3E" w14:textId="77777777" w:rsidR="005B3871" w:rsidRDefault="00000000">
            <w:pPr>
              <w:spacing w:after="20" w:line="245" w:lineRule="auto"/>
            </w:pPr>
            <w:r>
              <w:rPr>
                <w:b/>
                <w:color w:val="000000"/>
                <w:sz w:val="17"/>
              </w:rPr>
              <w:t>DIFERENCIACIJA IN VKLJUČEVANJE</w:t>
            </w:r>
          </w:p>
          <w:p w14:paraId="76CD7FE0"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44AFADE9" w14:textId="77777777" w:rsidR="005B3871" w:rsidRDefault="00000000">
            <w:pPr>
              <w:spacing w:after="20" w:line="245" w:lineRule="auto"/>
            </w:pPr>
            <w:r>
              <w:rPr>
                <w:b/>
                <w:color w:val="000000"/>
                <w:sz w:val="17"/>
              </w:rPr>
              <w:t>SPREMLJANJE</w:t>
            </w:r>
          </w:p>
          <w:p w14:paraId="22AF8F19"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4411888D"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A9C0817" w14:textId="77777777">
              <w:trPr>
                <w:jc w:val="center"/>
              </w:trPr>
              <w:tc>
                <w:tcPr>
                  <w:tcW w:w="7087" w:type="dxa"/>
                  <w:shd w:val="clear" w:color="auto" w:fill="C6E7F3"/>
                  <w:tcMar>
                    <w:top w:w="45" w:type="dxa"/>
                    <w:left w:w="70" w:type="dxa"/>
                    <w:bottom w:w="45" w:type="dxa"/>
                    <w:right w:w="70" w:type="dxa"/>
                  </w:tcMar>
                </w:tcPr>
                <w:p w14:paraId="6FB05439" w14:textId="77777777" w:rsidR="005B3871" w:rsidRDefault="00000000">
                  <w:pPr>
                    <w:keepNext/>
                  </w:pPr>
                  <w:r>
                    <w:rPr>
                      <w:b/>
                      <w:color w:val="000000"/>
                    </w:rPr>
                    <w:t>GLAVNI DEL – IZKUŠENJSKO IN PROBLEMSKO UČENJE (4 šolske ure)</w:t>
                  </w:r>
                </w:p>
              </w:tc>
            </w:tr>
          </w:tbl>
          <w:p w14:paraId="2EEF3E16" w14:textId="77777777" w:rsidR="005B3871" w:rsidRDefault="005B3871">
            <w:pPr>
              <w:spacing w:line="20" w:lineRule="exact"/>
            </w:pPr>
          </w:p>
          <w:p w14:paraId="2B2DA2C4" w14:textId="77777777" w:rsidR="005B3871" w:rsidRDefault="00000000">
            <w:pPr>
              <w:keepNext/>
              <w:spacing w:before="40" w:after="10" w:line="245" w:lineRule="auto"/>
            </w:pPr>
            <w:r>
              <w:rPr>
                <w:b/>
                <w:color w:val="000000"/>
                <w:sz w:val="17"/>
              </w:rPr>
              <w:t>1. URA – Prej, potem, nazadnje</w:t>
            </w:r>
          </w:p>
          <w:p w14:paraId="10CA0BB4" w14:textId="77777777" w:rsidR="005B3871" w:rsidRDefault="00000000">
            <w:pPr>
              <w:spacing w:after="14" w:line="245" w:lineRule="auto"/>
            </w:pPr>
            <w:r>
              <w:rPr>
                <w:b/>
                <w:color w:val="000000"/>
                <w:sz w:val="16"/>
              </w:rPr>
              <w:t xml:space="preserve">Dejavnost učiteljice: </w:t>
            </w:r>
            <w:r>
              <w:rPr>
                <w:color w:val="000000"/>
                <w:sz w:val="16"/>
              </w:rPr>
              <w:t>Ponudi slike dnevnih ali pravljičnih dogodkov in modelira iskanje smiselnega zaporedja.</w:t>
            </w:r>
          </w:p>
          <w:p w14:paraId="322FAB58" w14:textId="77777777" w:rsidR="005B3871" w:rsidRDefault="00000000">
            <w:pPr>
              <w:spacing w:after="14" w:line="245" w:lineRule="auto"/>
            </w:pPr>
            <w:r>
              <w:rPr>
                <w:b/>
                <w:color w:val="000000"/>
                <w:sz w:val="16"/>
              </w:rPr>
              <w:t xml:space="preserve">Dejavnost učencev: </w:t>
            </w:r>
            <w:r>
              <w:rPr>
                <w:color w:val="000000"/>
                <w:sz w:val="16"/>
              </w:rPr>
              <w:t>Slike uredijo, hodijo ob časovni poti in pripovedujejo zaporedje z besedami prej, potem, nazadnje.</w:t>
            </w:r>
          </w:p>
          <w:p w14:paraId="69CD1639" w14:textId="77777777" w:rsidR="005B3871" w:rsidRDefault="00000000">
            <w:pPr>
              <w:spacing w:after="24" w:line="245" w:lineRule="auto"/>
            </w:pPr>
            <w:r>
              <w:rPr>
                <w:i/>
                <w:color w:val="D95BC6"/>
                <w:sz w:val="16"/>
              </w:rPr>
              <w:t>Predvideni dokaz: urejeno in ubesedeno časovno zaporedje.</w:t>
            </w:r>
          </w:p>
          <w:p w14:paraId="7BDA7EF1" w14:textId="77777777" w:rsidR="005B3871" w:rsidRDefault="00000000">
            <w:pPr>
              <w:keepNext/>
              <w:spacing w:before="40" w:after="10" w:line="245" w:lineRule="auto"/>
            </w:pPr>
            <w:r>
              <w:rPr>
                <w:b/>
                <w:color w:val="000000"/>
                <w:sz w:val="17"/>
              </w:rPr>
              <w:t>2. URA – Kako dolgo traja?</w:t>
            </w:r>
          </w:p>
          <w:p w14:paraId="0844D585" w14:textId="77777777" w:rsidR="005B3871" w:rsidRDefault="00000000">
            <w:pPr>
              <w:spacing w:after="14" w:line="245" w:lineRule="auto"/>
            </w:pPr>
            <w:r>
              <w:rPr>
                <w:b/>
                <w:color w:val="000000"/>
                <w:sz w:val="16"/>
              </w:rPr>
              <w:t xml:space="preserve">Dejavnost učiteljice: </w:t>
            </w:r>
            <w:r>
              <w:rPr>
                <w:color w:val="000000"/>
                <w:sz w:val="16"/>
              </w:rPr>
              <w:t>Pripravi kratke dejavnosti ter enak časovni pripomoček, na primer peščeno uro ali pesem.</w:t>
            </w:r>
          </w:p>
          <w:p w14:paraId="53C00D6E" w14:textId="77777777" w:rsidR="005B3871" w:rsidRDefault="00000000">
            <w:pPr>
              <w:spacing w:after="14" w:line="245" w:lineRule="auto"/>
            </w:pPr>
            <w:r>
              <w:rPr>
                <w:b/>
                <w:color w:val="000000"/>
                <w:sz w:val="16"/>
              </w:rPr>
              <w:t xml:space="preserve">Dejavnost učencev: </w:t>
            </w:r>
            <w:r>
              <w:rPr>
                <w:color w:val="000000"/>
                <w:sz w:val="16"/>
              </w:rPr>
              <w:t>Izvedejo dejavnosti, jih primerjajo po trajanju in uredijo od krajše do daljše.</w:t>
            </w:r>
          </w:p>
          <w:p w14:paraId="09D0250F" w14:textId="77777777" w:rsidR="005B3871" w:rsidRDefault="00000000">
            <w:pPr>
              <w:spacing w:after="24" w:line="245" w:lineRule="auto"/>
            </w:pPr>
            <w:r>
              <w:rPr>
                <w:i/>
                <w:color w:val="D95BC6"/>
                <w:sz w:val="16"/>
              </w:rPr>
              <w:t>Predvideni dokaz: primerjava in ureditev trajanja.</w:t>
            </w:r>
          </w:p>
          <w:p w14:paraId="112A59BD" w14:textId="77777777" w:rsidR="005B3871" w:rsidRDefault="00000000">
            <w:pPr>
              <w:keepNext/>
              <w:spacing w:before="40" w:after="10" w:line="245" w:lineRule="auto"/>
            </w:pPr>
            <w:r>
              <w:rPr>
                <w:b/>
                <w:color w:val="000000"/>
                <w:sz w:val="17"/>
              </w:rPr>
              <w:t>3. URA – Beremo urnik</w:t>
            </w:r>
          </w:p>
          <w:p w14:paraId="20C15E5C" w14:textId="77777777" w:rsidR="005B3871" w:rsidRDefault="00000000">
            <w:pPr>
              <w:spacing w:after="14" w:line="245" w:lineRule="auto"/>
            </w:pPr>
            <w:r>
              <w:rPr>
                <w:b/>
                <w:color w:val="000000"/>
                <w:sz w:val="16"/>
              </w:rPr>
              <w:t xml:space="preserve">Dejavnost učiteljice: </w:t>
            </w:r>
            <w:r>
              <w:rPr>
                <w:color w:val="000000"/>
                <w:sz w:val="16"/>
              </w:rPr>
              <w:t>Predstavi preprost slikovni urnik ter modelira branje vrstice in stolpca.</w:t>
            </w:r>
          </w:p>
          <w:p w14:paraId="354DB9D4" w14:textId="77777777" w:rsidR="005B3871" w:rsidRDefault="00000000">
            <w:pPr>
              <w:spacing w:after="14" w:line="245" w:lineRule="auto"/>
            </w:pPr>
            <w:r>
              <w:rPr>
                <w:b/>
                <w:color w:val="000000"/>
                <w:sz w:val="16"/>
              </w:rPr>
              <w:t xml:space="preserve">Dejavnost učencev: </w:t>
            </w:r>
            <w:r>
              <w:rPr>
                <w:color w:val="000000"/>
                <w:sz w:val="16"/>
              </w:rPr>
              <w:t>Poiščejo dogodek, določijo kaj je pred njim in po njem ter odgovorijo na vprašanja.</w:t>
            </w:r>
          </w:p>
          <w:p w14:paraId="01DEBBA8" w14:textId="77777777" w:rsidR="005B3871" w:rsidRDefault="00000000">
            <w:pPr>
              <w:spacing w:after="24" w:line="245" w:lineRule="auto"/>
            </w:pPr>
            <w:r>
              <w:rPr>
                <w:i/>
                <w:color w:val="D95BC6"/>
                <w:sz w:val="16"/>
              </w:rPr>
              <w:t>Predvideni dokaz: pravilno prebrani podatki iz urnika.</w:t>
            </w:r>
          </w:p>
          <w:p w14:paraId="58D1D400" w14:textId="77777777" w:rsidR="005B3871" w:rsidRDefault="00000000">
            <w:pPr>
              <w:keepNext/>
              <w:spacing w:before="40" w:after="10" w:line="245" w:lineRule="auto"/>
            </w:pPr>
            <w:r>
              <w:rPr>
                <w:b/>
                <w:color w:val="000000"/>
                <w:sz w:val="17"/>
              </w:rPr>
              <w:t>4. URA – Moj dopoldanski načrt</w:t>
            </w:r>
          </w:p>
          <w:p w14:paraId="04BEF825" w14:textId="77777777" w:rsidR="005B3871" w:rsidRDefault="00000000">
            <w:pPr>
              <w:spacing w:after="14" w:line="245" w:lineRule="auto"/>
            </w:pPr>
            <w:r>
              <w:rPr>
                <w:b/>
                <w:color w:val="000000"/>
                <w:sz w:val="16"/>
              </w:rPr>
              <w:t xml:space="preserve">Dejavnost učiteljice: </w:t>
            </w:r>
            <w:r>
              <w:rPr>
                <w:color w:val="000000"/>
                <w:sz w:val="16"/>
              </w:rPr>
              <w:t>Ponudi prazne kartice in omejeno število dogodkov za smiseln razpored.</w:t>
            </w:r>
          </w:p>
          <w:p w14:paraId="2D425C63" w14:textId="77777777" w:rsidR="005B3871" w:rsidRDefault="00000000">
            <w:pPr>
              <w:spacing w:after="14" w:line="245" w:lineRule="auto"/>
            </w:pPr>
            <w:r>
              <w:rPr>
                <w:b/>
                <w:color w:val="000000"/>
                <w:sz w:val="16"/>
              </w:rPr>
              <w:t xml:space="preserve">Dejavnost učencev: </w:t>
            </w:r>
            <w:r>
              <w:rPr>
                <w:color w:val="000000"/>
                <w:sz w:val="16"/>
              </w:rPr>
              <w:t>Sestavijo slikovni urnik, ga predstavijo in preverijo zaporedje.</w:t>
            </w:r>
          </w:p>
          <w:p w14:paraId="65DF1D9A" w14:textId="77777777" w:rsidR="005B3871" w:rsidRDefault="00000000">
            <w:pPr>
              <w:spacing w:after="24" w:line="245" w:lineRule="auto"/>
            </w:pPr>
            <w:r>
              <w:rPr>
                <w:i/>
                <w:color w:val="D95BC6"/>
                <w:sz w:val="16"/>
              </w:rPr>
              <w:t>Predvideni dokaz: osebni slikovni urnik z razlago.</w:t>
            </w:r>
          </w:p>
          <w:tbl>
            <w:tblPr>
              <w:tblStyle w:val="Tabelamrea"/>
              <w:tblW w:w="0" w:type="auto"/>
              <w:jc w:val="center"/>
              <w:tblLayout w:type="fixed"/>
              <w:tblLook w:val="04A0" w:firstRow="1" w:lastRow="0" w:firstColumn="1" w:lastColumn="0" w:noHBand="0" w:noVBand="1"/>
            </w:tblPr>
            <w:tblGrid>
              <w:gridCol w:w="7087"/>
            </w:tblGrid>
            <w:tr w:rsidR="005B3871" w14:paraId="24D464FE" w14:textId="77777777">
              <w:trPr>
                <w:jc w:val="center"/>
              </w:trPr>
              <w:tc>
                <w:tcPr>
                  <w:tcW w:w="7087" w:type="dxa"/>
                  <w:shd w:val="clear" w:color="auto" w:fill="EDC9EA"/>
                  <w:tcMar>
                    <w:top w:w="45" w:type="dxa"/>
                    <w:left w:w="70" w:type="dxa"/>
                    <w:bottom w:w="45" w:type="dxa"/>
                    <w:right w:w="70" w:type="dxa"/>
                  </w:tcMar>
                </w:tcPr>
                <w:p w14:paraId="3B7F7C68" w14:textId="77777777" w:rsidR="005B3871" w:rsidRDefault="00000000">
                  <w:pPr>
                    <w:keepNext/>
                  </w:pPr>
                  <w:r>
                    <w:rPr>
                      <w:b/>
                      <w:color w:val="000000"/>
                    </w:rPr>
                    <w:t>POVRATNA INFORMACIJA UČITELJICE MED DELOM</w:t>
                  </w:r>
                </w:p>
              </w:tc>
            </w:tr>
          </w:tbl>
          <w:p w14:paraId="03333B7E" w14:textId="77777777" w:rsidR="005B3871" w:rsidRDefault="005B3871"/>
          <w:p w14:paraId="5F7E14BB"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02EE407A" w14:textId="77777777" w:rsidR="005B3871" w:rsidRDefault="005B3871"/>
          <w:p w14:paraId="092C3A14" w14:textId="77777777" w:rsidR="005B3871" w:rsidRDefault="00000000">
            <w:pPr>
              <w:spacing w:after="10" w:line="245" w:lineRule="auto"/>
            </w:pPr>
            <w:r>
              <w:rPr>
                <w:b/>
                <w:color w:val="000000"/>
                <w:sz w:val="16"/>
              </w:rPr>
              <w:t>1. URA</w:t>
            </w:r>
          </w:p>
          <w:p w14:paraId="00BCB5C3" w14:textId="77777777" w:rsidR="005B3871" w:rsidRDefault="00000000">
            <w:pPr>
              <w:spacing w:after="30" w:line="245" w:lineRule="auto"/>
            </w:pPr>
            <w:r>
              <w:rPr>
                <w:color w:val="000000"/>
                <w:sz w:val="16"/>
              </w:rPr>
              <w:t>Slike uredijo, hodijo ob časovni poti in pripovedujejo zaporedje z besedami prej, potem, nazadnje.</w:t>
            </w:r>
          </w:p>
          <w:p w14:paraId="6295AF8D" w14:textId="77777777" w:rsidR="005B3871" w:rsidRDefault="00000000">
            <w:pPr>
              <w:spacing w:line="245" w:lineRule="auto"/>
            </w:pPr>
            <w:r>
              <w:rPr>
                <w:b/>
                <w:color w:val="D95BC6"/>
                <w:sz w:val="16"/>
              </w:rPr>
              <w:t>DOKAZ</w:t>
            </w:r>
          </w:p>
          <w:p w14:paraId="237CAE3D" w14:textId="77777777" w:rsidR="005B3871" w:rsidRDefault="00000000">
            <w:pPr>
              <w:spacing w:after="40" w:line="245" w:lineRule="auto"/>
            </w:pPr>
            <w:r>
              <w:rPr>
                <w:color w:val="D95BC6"/>
                <w:sz w:val="15"/>
              </w:rPr>
              <w:t>urejeno in ubesedeno časovno zaporedje</w:t>
            </w:r>
          </w:p>
          <w:p w14:paraId="0135156F" w14:textId="77777777" w:rsidR="005B3871" w:rsidRDefault="00000000">
            <w:pPr>
              <w:spacing w:after="10" w:line="245" w:lineRule="auto"/>
            </w:pPr>
            <w:r>
              <w:rPr>
                <w:b/>
                <w:color w:val="000000"/>
                <w:sz w:val="16"/>
              </w:rPr>
              <w:t>2. URA</w:t>
            </w:r>
          </w:p>
          <w:p w14:paraId="6C83EA6F" w14:textId="77777777" w:rsidR="005B3871" w:rsidRDefault="00000000">
            <w:pPr>
              <w:spacing w:after="30" w:line="245" w:lineRule="auto"/>
            </w:pPr>
            <w:r>
              <w:rPr>
                <w:color w:val="000000"/>
                <w:sz w:val="16"/>
              </w:rPr>
              <w:t>Izvedejo dejavnosti, jih primerjajo po trajanju in uredijo od krajše do daljše.</w:t>
            </w:r>
          </w:p>
          <w:p w14:paraId="1BC59D7D" w14:textId="77777777" w:rsidR="005B3871" w:rsidRDefault="00000000">
            <w:pPr>
              <w:spacing w:line="245" w:lineRule="auto"/>
            </w:pPr>
            <w:r>
              <w:rPr>
                <w:b/>
                <w:color w:val="D95BC6"/>
                <w:sz w:val="16"/>
              </w:rPr>
              <w:t>DOKAZ</w:t>
            </w:r>
          </w:p>
          <w:p w14:paraId="0737787D" w14:textId="77777777" w:rsidR="005B3871" w:rsidRDefault="00000000">
            <w:pPr>
              <w:spacing w:after="40" w:line="245" w:lineRule="auto"/>
            </w:pPr>
            <w:r>
              <w:rPr>
                <w:color w:val="D95BC6"/>
                <w:sz w:val="15"/>
              </w:rPr>
              <w:t>primerjava in ureditev trajanja</w:t>
            </w:r>
          </w:p>
          <w:p w14:paraId="76161019" w14:textId="77777777" w:rsidR="005B3871" w:rsidRDefault="00000000">
            <w:pPr>
              <w:spacing w:after="10" w:line="245" w:lineRule="auto"/>
            </w:pPr>
            <w:r>
              <w:rPr>
                <w:b/>
                <w:color w:val="000000"/>
                <w:sz w:val="16"/>
              </w:rPr>
              <w:t>3. URA</w:t>
            </w:r>
          </w:p>
          <w:p w14:paraId="4774943B" w14:textId="77777777" w:rsidR="005B3871" w:rsidRDefault="00000000">
            <w:pPr>
              <w:spacing w:after="30" w:line="245" w:lineRule="auto"/>
            </w:pPr>
            <w:r>
              <w:rPr>
                <w:color w:val="000000"/>
                <w:sz w:val="16"/>
              </w:rPr>
              <w:t>Poiščejo dogodek, določijo kaj je pred njim in po njem ter odgovorijo na vprašanja.</w:t>
            </w:r>
          </w:p>
          <w:p w14:paraId="5E676CBB" w14:textId="77777777" w:rsidR="005B3871" w:rsidRDefault="00000000">
            <w:pPr>
              <w:spacing w:line="245" w:lineRule="auto"/>
            </w:pPr>
            <w:r>
              <w:rPr>
                <w:b/>
                <w:color w:val="D95BC6"/>
                <w:sz w:val="16"/>
              </w:rPr>
              <w:t>DOKAZ</w:t>
            </w:r>
          </w:p>
          <w:p w14:paraId="40C31ED8" w14:textId="77777777" w:rsidR="005B3871" w:rsidRDefault="00000000">
            <w:pPr>
              <w:spacing w:after="40" w:line="245" w:lineRule="auto"/>
            </w:pPr>
            <w:r>
              <w:rPr>
                <w:color w:val="D95BC6"/>
                <w:sz w:val="15"/>
              </w:rPr>
              <w:t>pravilno prebrani podatki iz urnika</w:t>
            </w:r>
          </w:p>
          <w:p w14:paraId="1883274D" w14:textId="77777777" w:rsidR="005B3871" w:rsidRDefault="00000000">
            <w:pPr>
              <w:spacing w:after="10" w:line="245" w:lineRule="auto"/>
            </w:pPr>
            <w:r>
              <w:rPr>
                <w:b/>
                <w:color w:val="000000"/>
                <w:sz w:val="16"/>
              </w:rPr>
              <w:t>4. URA</w:t>
            </w:r>
          </w:p>
          <w:p w14:paraId="7A877ED9" w14:textId="77777777" w:rsidR="005B3871" w:rsidRDefault="00000000">
            <w:pPr>
              <w:spacing w:after="30" w:line="245" w:lineRule="auto"/>
            </w:pPr>
            <w:r>
              <w:rPr>
                <w:color w:val="000000"/>
                <w:sz w:val="16"/>
              </w:rPr>
              <w:t>Sestavijo slikovni urnik, ga predstavijo in preverijo zaporedje.</w:t>
            </w:r>
          </w:p>
          <w:p w14:paraId="3B1A4EC8" w14:textId="77777777" w:rsidR="005B3871" w:rsidRDefault="00000000">
            <w:pPr>
              <w:spacing w:line="245" w:lineRule="auto"/>
            </w:pPr>
            <w:r>
              <w:rPr>
                <w:b/>
                <w:color w:val="D95BC6"/>
                <w:sz w:val="16"/>
              </w:rPr>
              <w:t>DOKAZ</w:t>
            </w:r>
          </w:p>
          <w:p w14:paraId="7B4D238C" w14:textId="77777777" w:rsidR="005B3871" w:rsidRDefault="00000000">
            <w:pPr>
              <w:spacing w:after="40" w:line="245" w:lineRule="auto"/>
            </w:pPr>
            <w:r>
              <w:rPr>
                <w:color w:val="D95BC6"/>
                <w:sz w:val="15"/>
              </w:rPr>
              <w:t>osebni slikovni urnik z razlago</w:t>
            </w:r>
          </w:p>
        </w:tc>
      </w:tr>
    </w:tbl>
    <w:p w14:paraId="5FE8CEC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87C76C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15290B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785F107" w14:textId="77777777" w:rsidR="005B3871" w:rsidRDefault="00000000">
            <w:pPr>
              <w:jc w:val="center"/>
            </w:pPr>
            <w:r>
              <w:rPr>
                <w:b/>
                <w:color w:val="000000"/>
                <w:sz w:val="20"/>
              </w:rPr>
              <w:t>UČNE DEJAVNOSTI, METODE IN FORMATIVNO SPREMLJANJE</w:t>
            </w:r>
          </w:p>
        </w:tc>
      </w:tr>
      <w:tr w:rsidR="005B3871" w14:paraId="507CBA55" w14:textId="77777777">
        <w:trPr>
          <w:tblHeader/>
          <w:jc w:val="center"/>
        </w:trPr>
        <w:tc>
          <w:tcPr>
            <w:tcW w:w="4422" w:type="dxa"/>
            <w:vMerge/>
            <w:tcMar>
              <w:top w:w="70" w:type="dxa"/>
              <w:left w:w="90" w:type="dxa"/>
              <w:bottom w:w="70" w:type="dxa"/>
              <w:right w:w="90" w:type="dxa"/>
            </w:tcMar>
            <w:vAlign w:val="center"/>
          </w:tcPr>
          <w:p w14:paraId="69E4ADEA" w14:textId="77777777" w:rsidR="005B3871" w:rsidRDefault="005B3871"/>
        </w:tc>
        <w:tc>
          <w:tcPr>
            <w:tcW w:w="7087" w:type="dxa"/>
            <w:shd w:val="clear" w:color="auto" w:fill="FFFFFF"/>
            <w:tcMar>
              <w:top w:w="70" w:type="dxa"/>
              <w:left w:w="90" w:type="dxa"/>
              <w:bottom w:w="70" w:type="dxa"/>
              <w:right w:w="90" w:type="dxa"/>
            </w:tcMar>
            <w:vAlign w:val="center"/>
          </w:tcPr>
          <w:p w14:paraId="04F0E81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9056EE9" w14:textId="77777777" w:rsidR="005B3871" w:rsidRDefault="00000000">
            <w:pPr>
              <w:jc w:val="center"/>
            </w:pPr>
            <w:r>
              <w:rPr>
                <w:b/>
                <w:color w:val="000000"/>
              </w:rPr>
              <w:t>UČENEC</w:t>
            </w:r>
          </w:p>
        </w:tc>
      </w:tr>
      <w:tr w:rsidR="005B3871" w14:paraId="23F834AA" w14:textId="77777777">
        <w:trPr>
          <w:jc w:val="center"/>
        </w:trPr>
        <w:tc>
          <w:tcPr>
            <w:tcW w:w="4422" w:type="dxa"/>
            <w:tcMar>
              <w:top w:w="70" w:type="dxa"/>
              <w:left w:w="90" w:type="dxa"/>
              <w:bottom w:w="70" w:type="dxa"/>
              <w:right w:w="90" w:type="dxa"/>
            </w:tcMar>
          </w:tcPr>
          <w:p w14:paraId="5C0538FA" w14:textId="77777777" w:rsidR="005B3871" w:rsidRDefault="005B3871"/>
          <w:p w14:paraId="4F67B074" w14:textId="77777777" w:rsidR="005B3871" w:rsidRDefault="00000000">
            <w:pPr>
              <w:spacing w:after="40" w:line="245" w:lineRule="auto"/>
            </w:pPr>
            <w:r>
              <w:rPr>
                <w:b/>
                <w:color w:val="000000"/>
              </w:rPr>
              <w:t>FORMATIVNO SPREMLJANJE</w:t>
            </w:r>
          </w:p>
          <w:p w14:paraId="57E91F9E" w14:textId="77777777" w:rsidR="005B3871" w:rsidRDefault="00000000">
            <w:pPr>
              <w:pStyle w:val="Oznaenseznam"/>
              <w:spacing w:after="16"/>
            </w:pPr>
            <w:r>
              <w:rPr>
                <w:color w:val="000000"/>
                <w:sz w:val="16"/>
              </w:rPr>
              <w:t>predznanje: začetna strategija, ocena, razvrstitev, model ali risba</w:t>
            </w:r>
          </w:p>
          <w:p w14:paraId="256EC332" w14:textId="77777777" w:rsidR="005B3871" w:rsidRDefault="00000000">
            <w:pPr>
              <w:pStyle w:val="Oznaenseznam"/>
              <w:spacing w:after="16"/>
            </w:pPr>
            <w:r>
              <w:rPr>
                <w:color w:val="000000"/>
                <w:sz w:val="16"/>
              </w:rPr>
              <w:t>dokazi med učenjem: konkretni, gibalni, slikovni in simbolni prikaz ter razlaga postopka</w:t>
            </w:r>
          </w:p>
          <w:p w14:paraId="254323FE" w14:textId="77777777" w:rsidR="005B3871" w:rsidRDefault="00000000">
            <w:pPr>
              <w:pStyle w:val="Oznaenseznam"/>
              <w:spacing w:after="16"/>
            </w:pPr>
            <w:r>
              <w:rPr>
                <w:color w:val="000000"/>
                <w:sz w:val="16"/>
              </w:rPr>
              <w:t>povratna informacija: konkretna, vezana na kriterij in usmerjena v preverjanje ali naslednji korak</w:t>
            </w:r>
          </w:p>
          <w:p w14:paraId="1BC87E0C" w14:textId="77777777" w:rsidR="005B3871" w:rsidRDefault="00000000">
            <w:pPr>
              <w:pStyle w:val="Oznaenseznam"/>
              <w:spacing w:after="16"/>
            </w:pPr>
            <w:r>
              <w:rPr>
                <w:color w:val="000000"/>
                <w:sz w:val="16"/>
              </w:rPr>
              <w:t>samovrednotenje: semafor, lestvica samostojnosti, izbrani dokaz ali kratka poved</w:t>
            </w:r>
          </w:p>
          <w:p w14:paraId="759863BB" w14:textId="77777777" w:rsidR="005B3871" w:rsidRDefault="00000000">
            <w:pPr>
              <w:spacing w:before="40" w:after="20" w:line="245" w:lineRule="auto"/>
            </w:pPr>
            <w:r>
              <w:rPr>
                <w:b/>
                <w:color w:val="000000"/>
                <w:sz w:val="17"/>
              </w:rPr>
              <w:t>VARNOST IN ODGOVORNOST</w:t>
            </w:r>
          </w:p>
          <w:p w14:paraId="7236E0CF"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3E5B6A59" w14:textId="77777777" w:rsidR="005B3871" w:rsidRDefault="00000000">
            <w:pPr>
              <w:spacing w:after="20" w:line="245" w:lineRule="auto"/>
            </w:pPr>
            <w:r>
              <w:rPr>
                <w:b/>
                <w:color w:val="000000"/>
                <w:sz w:val="17"/>
              </w:rPr>
              <w:t>EVIDENCA PO IZVEDBI</w:t>
            </w:r>
          </w:p>
          <w:p w14:paraId="540BA9A1"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5E776266"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FE25F59" w14:textId="77777777">
              <w:trPr>
                <w:jc w:val="center"/>
              </w:trPr>
              <w:tc>
                <w:tcPr>
                  <w:tcW w:w="7087" w:type="dxa"/>
                  <w:shd w:val="clear" w:color="auto" w:fill="EDC9EA"/>
                  <w:tcMar>
                    <w:top w:w="45" w:type="dxa"/>
                    <w:left w:w="70" w:type="dxa"/>
                    <w:bottom w:w="45" w:type="dxa"/>
                    <w:right w:w="70" w:type="dxa"/>
                  </w:tcMar>
                </w:tcPr>
                <w:p w14:paraId="2506C5E3" w14:textId="77777777" w:rsidR="005B3871" w:rsidRDefault="00000000">
                  <w:pPr>
                    <w:keepNext/>
                  </w:pPr>
                  <w:r>
                    <w:rPr>
                      <w:b/>
                      <w:color w:val="000000"/>
                    </w:rPr>
                    <w:t>VPRAŠANJA V PODPORO MATEMATIČNEMU UČENJU</w:t>
                  </w:r>
                </w:p>
              </w:tc>
            </w:tr>
          </w:tbl>
          <w:p w14:paraId="7A70908D" w14:textId="77777777" w:rsidR="005B3871" w:rsidRDefault="005B3871">
            <w:pPr>
              <w:spacing w:line="20" w:lineRule="exact"/>
            </w:pPr>
          </w:p>
          <w:p w14:paraId="4B666C68" w14:textId="77777777" w:rsidR="005B3871" w:rsidRDefault="00000000">
            <w:pPr>
              <w:pStyle w:val="Oznaenseznam"/>
              <w:spacing w:after="16"/>
            </w:pPr>
            <w:r>
              <w:rPr>
                <w:color w:val="000000"/>
                <w:sz w:val="16"/>
              </w:rPr>
              <w:t>Kaj v tvojem modelu, risbi ali zapisu predstavlja posamezni del naloge?</w:t>
            </w:r>
          </w:p>
          <w:p w14:paraId="33599CEF" w14:textId="77777777" w:rsidR="005B3871" w:rsidRDefault="00000000">
            <w:pPr>
              <w:pStyle w:val="Oznaenseznam"/>
              <w:spacing w:after="16"/>
            </w:pPr>
            <w:r>
              <w:rPr>
                <w:color w:val="000000"/>
                <w:sz w:val="16"/>
              </w:rPr>
              <w:t>Kako si prišel/-la do rešitve in kako veš, da je smiselna?</w:t>
            </w:r>
          </w:p>
          <w:p w14:paraId="0FE65DC9" w14:textId="77777777" w:rsidR="005B3871" w:rsidRDefault="00000000">
            <w:pPr>
              <w:pStyle w:val="Oznaenseznam"/>
              <w:spacing w:after="16"/>
            </w:pPr>
            <w:r>
              <w:rPr>
                <w:color w:val="000000"/>
                <w:sz w:val="16"/>
              </w:rPr>
              <w:t>Ali lahko isto pokažeš še s predmetom, gibanjem, risbo ali drugim zapisom?</w:t>
            </w:r>
          </w:p>
          <w:p w14:paraId="13A89D26" w14:textId="77777777" w:rsidR="005B3871" w:rsidRDefault="00000000">
            <w:pPr>
              <w:pStyle w:val="Oznaenseznam"/>
              <w:spacing w:after="16"/>
            </w:pPr>
            <w:r>
              <w:rPr>
                <w:color w:val="000000"/>
                <w:sz w:val="16"/>
              </w:rPr>
              <w:t>Kje bi se lahko zmotil/-a in kako boš rešitev preveril/-a?</w:t>
            </w:r>
          </w:p>
          <w:p w14:paraId="46A165F7"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82F618A" w14:textId="77777777">
              <w:trPr>
                <w:jc w:val="center"/>
              </w:trPr>
              <w:tc>
                <w:tcPr>
                  <w:tcW w:w="7087" w:type="dxa"/>
                  <w:shd w:val="clear" w:color="auto" w:fill="C6E7F3"/>
                  <w:tcMar>
                    <w:top w:w="45" w:type="dxa"/>
                    <w:left w:w="70" w:type="dxa"/>
                    <w:bottom w:w="45" w:type="dxa"/>
                    <w:right w:w="70" w:type="dxa"/>
                  </w:tcMar>
                </w:tcPr>
                <w:p w14:paraId="38D1802F" w14:textId="77777777" w:rsidR="005B3871" w:rsidRDefault="00000000">
                  <w:pPr>
                    <w:keepNext/>
                  </w:pPr>
                  <w:r>
                    <w:rPr>
                      <w:b/>
                      <w:color w:val="000000"/>
                    </w:rPr>
                    <w:t>ZAKLJUČNI DEL – UTRJEVANJE IN REFLEKSIJA (10–15 min)</w:t>
                  </w:r>
                </w:p>
              </w:tc>
            </w:tr>
          </w:tbl>
          <w:p w14:paraId="2CBDDC80" w14:textId="77777777" w:rsidR="005B3871" w:rsidRDefault="005B3871">
            <w:pPr>
              <w:spacing w:line="20" w:lineRule="exact"/>
            </w:pPr>
          </w:p>
          <w:p w14:paraId="0AC0ED86"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0899FC23" w14:textId="77777777">
              <w:trPr>
                <w:jc w:val="center"/>
              </w:trPr>
              <w:tc>
                <w:tcPr>
                  <w:tcW w:w="7087" w:type="dxa"/>
                  <w:shd w:val="clear" w:color="auto" w:fill="EDC9EA"/>
                  <w:tcMar>
                    <w:top w:w="45" w:type="dxa"/>
                    <w:left w:w="70" w:type="dxa"/>
                    <w:bottom w:w="45" w:type="dxa"/>
                    <w:right w:w="70" w:type="dxa"/>
                  </w:tcMar>
                </w:tcPr>
                <w:p w14:paraId="2664EB0C" w14:textId="77777777" w:rsidR="005B3871" w:rsidRDefault="00000000">
                  <w:pPr>
                    <w:keepNext/>
                  </w:pPr>
                  <w:r>
                    <w:rPr>
                      <w:b/>
                      <w:color w:val="000000"/>
                    </w:rPr>
                    <w:t>SAMOVREDNOTENJE</w:t>
                  </w:r>
                </w:p>
              </w:tc>
            </w:tr>
          </w:tbl>
          <w:p w14:paraId="166A76DA" w14:textId="77777777" w:rsidR="005B3871" w:rsidRDefault="005B3871">
            <w:pPr>
              <w:spacing w:line="20" w:lineRule="exact"/>
            </w:pPr>
          </w:p>
          <w:p w14:paraId="0D5E3C26"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40446B1" w14:textId="77777777">
              <w:trPr>
                <w:jc w:val="center"/>
              </w:trPr>
              <w:tc>
                <w:tcPr>
                  <w:tcW w:w="7087" w:type="dxa"/>
                  <w:shd w:val="clear" w:color="auto" w:fill="EDC9EA"/>
                  <w:tcMar>
                    <w:top w:w="45" w:type="dxa"/>
                    <w:left w:w="70" w:type="dxa"/>
                    <w:bottom w:w="45" w:type="dxa"/>
                    <w:right w:w="70" w:type="dxa"/>
                  </w:tcMar>
                </w:tcPr>
                <w:p w14:paraId="7336450F" w14:textId="77777777" w:rsidR="005B3871" w:rsidRDefault="00000000">
                  <w:pPr>
                    <w:keepNext/>
                  </w:pPr>
                  <w:r>
                    <w:rPr>
                      <w:b/>
                      <w:color w:val="000000"/>
                    </w:rPr>
                    <w:t>VRSTNIŠKO VREDNOTENJE</w:t>
                  </w:r>
                </w:p>
              </w:tc>
            </w:tr>
          </w:tbl>
          <w:p w14:paraId="331899B1" w14:textId="77777777" w:rsidR="005B3871" w:rsidRDefault="005B3871">
            <w:pPr>
              <w:spacing w:line="20" w:lineRule="exact"/>
            </w:pPr>
          </w:p>
          <w:p w14:paraId="51CCE747"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49B6145E" w14:textId="77777777">
              <w:trPr>
                <w:jc w:val="center"/>
              </w:trPr>
              <w:tc>
                <w:tcPr>
                  <w:tcW w:w="7087" w:type="dxa"/>
                  <w:shd w:val="clear" w:color="auto" w:fill="EDC9EA"/>
                  <w:tcMar>
                    <w:top w:w="45" w:type="dxa"/>
                    <w:left w:w="70" w:type="dxa"/>
                    <w:bottom w:w="45" w:type="dxa"/>
                    <w:right w:w="70" w:type="dxa"/>
                  </w:tcMar>
                </w:tcPr>
                <w:p w14:paraId="3CD16FAD" w14:textId="77777777" w:rsidR="005B3871" w:rsidRDefault="00000000">
                  <w:pPr>
                    <w:keepNext/>
                  </w:pPr>
                  <w:r>
                    <w:rPr>
                      <w:b/>
                      <w:color w:val="000000"/>
                    </w:rPr>
                    <w:t>SKUPNI POVZETEK</w:t>
                  </w:r>
                </w:p>
              </w:tc>
            </w:tr>
          </w:tbl>
          <w:p w14:paraId="69382FCA" w14:textId="77777777" w:rsidR="005B3871" w:rsidRDefault="005B3871"/>
          <w:p w14:paraId="2B8E49D3" w14:textId="77777777" w:rsidR="005B3871" w:rsidRDefault="00000000">
            <w:pPr>
              <w:spacing w:before="20" w:after="40" w:line="245" w:lineRule="auto"/>
            </w:pPr>
            <w:r>
              <w:rPr>
                <w:b/>
                <w:color w:val="000000"/>
                <w:sz w:val="16"/>
              </w:rPr>
              <w:t>Dogodke uredim po časovnem zaporedju, primerjam njihovo trajanje in preberem preprost slikovni urnik.</w:t>
            </w:r>
          </w:p>
        </w:tc>
        <w:tc>
          <w:tcPr>
            <w:tcW w:w="2551" w:type="dxa"/>
            <w:tcMar>
              <w:top w:w="70" w:type="dxa"/>
              <w:left w:w="90" w:type="dxa"/>
              <w:bottom w:w="70" w:type="dxa"/>
              <w:right w:w="90" w:type="dxa"/>
            </w:tcMar>
          </w:tcPr>
          <w:p w14:paraId="0CB2FDA5" w14:textId="77777777" w:rsidR="005B3871" w:rsidRDefault="005B3871"/>
          <w:p w14:paraId="49B95C30" w14:textId="77777777" w:rsidR="005B3871" w:rsidRDefault="00000000">
            <w:pPr>
              <w:spacing w:after="100" w:line="245" w:lineRule="auto"/>
            </w:pPr>
            <w:r>
              <w:rPr>
                <w:color w:val="000000"/>
                <w:sz w:val="16"/>
              </w:rPr>
              <w:t>Odgovarja na podporna vprašanja in se sklicuje na svoj model, zapis ali izvedbo.</w:t>
            </w:r>
          </w:p>
          <w:p w14:paraId="67126E95" w14:textId="77777777" w:rsidR="005B3871" w:rsidRDefault="00000000">
            <w:pPr>
              <w:spacing w:after="100" w:line="245" w:lineRule="auto"/>
            </w:pPr>
            <w:r>
              <w:rPr>
                <w:color w:val="000000"/>
                <w:sz w:val="16"/>
              </w:rPr>
              <w:t>Primerja začetno strategijo z novim dokazom ter pojasni, kaj se je naučil/-a.</w:t>
            </w:r>
          </w:p>
          <w:p w14:paraId="49293F77" w14:textId="77777777" w:rsidR="005B3871" w:rsidRDefault="00000000">
            <w:pPr>
              <w:spacing w:after="100" w:line="245" w:lineRule="auto"/>
            </w:pPr>
            <w:r>
              <w:rPr>
                <w:color w:val="000000"/>
                <w:sz w:val="16"/>
              </w:rPr>
              <w:t>Izbere raven samostojnosti in določi naslednji korak.</w:t>
            </w:r>
          </w:p>
          <w:p w14:paraId="4E74A34D" w14:textId="77777777" w:rsidR="005B3871" w:rsidRDefault="00000000">
            <w:pPr>
              <w:spacing w:after="100" w:line="245" w:lineRule="auto"/>
            </w:pPr>
            <w:r>
              <w:rPr>
                <w:color w:val="000000"/>
                <w:sz w:val="16"/>
              </w:rPr>
              <w:t>Sošolcu poda prijazen in konkreten odziv, vezan na kriterij.</w:t>
            </w:r>
          </w:p>
          <w:p w14:paraId="6BA9B077" w14:textId="77777777" w:rsidR="005B3871" w:rsidRDefault="00000000">
            <w:pPr>
              <w:spacing w:after="20" w:line="245" w:lineRule="auto"/>
            </w:pPr>
            <w:r>
              <w:rPr>
                <w:b/>
                <w:color w:val="D95BC6"/>
                <w:sz w:val="17"/>
              </w:rPr>
              <w:t>DOKAZ O UČENJU</w:t>
            </w:r>
          </w:p>
          <w:p w14:paraId="67E3A9DB"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4092C2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5F2EDFBB" w14:textId="77777777">
        <w:trPr>
          <w:cantSplit/>
          <w:jc w:val="center"/>
        </w:trPr>
        <w:tc>
          <w:tcPr>
            <w:tcW w:w="14060" w:type="dxa"/>
            <w:gridSpan w:val="6"/>
            <w:tcMar>
              <w:top w:w="70" w:type="dxa"/>
              <w:left w:w="90" w:type="dxa"/>
              <w:bottom w:w="70" w:type="dxa"/>
              <w:right w:w="90" w:type="dxa"/>
            </w:tcMar>
            <w:vAlign w:val="center"/>
          </w:tcPr>
          <w:p w14:paraId="6EEEEE0A" w14:textId="77777777" w:rsidR="005B3871" w:rsidRDefault="00000000">
            <w:pPr>
              <w:jc w:val="center"/>
            </w:pPr>
            <w:r>
              <w:rPr>
                <w:b/>
                <w:color w:val="000000"/>
                <w:sz w:val="24"/>
              </w:rPr>
              <w:lastRenderedPageBreak/>
              <w:t>UČNA PRIPRAVA 22/39</w:t>
            </w:r>
          </w:p>
        </w:tc>
      </w:tr>
      <w:tr w:rsidR="005B3871" w14:paraId="58971DCB" w14:textId="77777777">
        <w:trPr>
          <w:jc w:val="center"/>
        </w:trPr>
        <w:tc>
          <w:tcPr>
            <w:tcW w:w="2665" w:type="dxa"/>
            <w:tcMar>
              <w:top w:w="70" w:type="dxa"/>
              <w:left w:w="90" w:type="dxa"/>
              <w:bottom w:w="70" w:type="dxa"/>
              <w:right w:w="90" w:type="dxa"/>
            </w:tcMar>
            <w:vAlign w:val="center"/>
          </w:tcPr>
          <w:p w14:paraId="2449EA91"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2B88A27"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3C98CCF7"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CFBEE8E" w14:textId="77777777" w:rsidR="005B3871" w:rsidRDefault="00000000">
            <w:r>
              <w:rPr>
                <w:b/>
                <w:color w:val="000000"/>
                <w:sz w:val="16"/>
              </w:rPr>
              <w:t xml:space="preserve">NAČRTOVANI TERMIN: </w:t>
            </w:r>
            <w:r>
              <w:rPr>
                <w:color w:val="000000"/>
                <w:sz w:val="16"/>
              </w:rPr>
              <w:t>22. teden • 9.–12. 2. 2027</w:t>
            </w:r>
          </w:p>
        </w:tc>
        <w:tc>
          <w:tcPr>
            <w:tcW w:w="2268" w:type="dxa"/>
            <w:tcMar>
              <w:top w:w="70" w:type="dxa"/>
              <w:left w:w="90" w:type="dxa"/>
              <w:bottom w:w="70" w:type="dxa"/>
              <w:right w:w="90" w:type="dxa"/>
            </w:tcMar>
            <w:vAlign w:val="center"/>
          </w:tcPr>
          <w:p w14:paraId="77FB9AB8"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A6B7C95" w14:textId="77777777" w:rsidR="005B3871" w:rsidRDefault="00000000">
            <w:r>
              <w:rPr>
                <w:b/>
                <w:color w:val="000000"/>
                <w:sz w:val="16"/>
              </w:rPr>
              <w:t xml:space="preserve">ŠTEVILO UR: </w:t>
            </w:r>
            <w:r>
              <w:rPr>
                <w:color w:val="000000"/>
                <w:sz w:val="16"/>
              </w:rPr>
              <w:t>3</w:t>
            </w:r>
          </w:p>
        </w:tc>
      </w:tr>
      <w:tr w:rsidR="005B3871" w14:paraId="2AF9A1B4" w14:textId="77777777">
        <w:trPr>
          <w:jc w:val="center"/>
        </w:trPr>
        <w:tc>
          <w:tcPr>
            <w:tcW w:w="14061" w:type="dxa"/>
            <w:gridSpan w:val="6"/>
            <w:tcMar>
              <w:top w:w="70" w:type="dxa"/>
              <w:left w:w="90" w:type="dxa"/>
              <w:bottom w:w="70" w:type="dxa"/>
              <w:right w:w="90" w:type="dxa"/>
            </w:tcMar>
            <w:vAlign w:val="center"/>
          </w:tcPr>
          <w:p w14:paraId="385EE165"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784C7AC6" w14:textId="77777777">
        <w:trPr>
          <w:cantSplit/>
          <w:jc w:val="center"/>
        </w:trPr>
        <w:tc>
          <w:tcPr>
            <w:tcW w:w="14060" w:type="dxa"/>
            <w:gridSpan w:val="6"/>
            <w:tcMar>
              <w:top w:w="70" w:type="dxa"/>
              <w:left w:w="90" w:type="dxa"/>
              <w:bottom w:w="70" w:type="dxa"/>
              <w:right w:w="90" w:type="dxa"/>
            </w:tcMar>
            <w:vAlign w:val="center"/>
          </w:tcPr>
          <w:p w14:paraId="45BD5134" w14:textId="77777777" w:rsidR="005B3871" w:rsidRDefault="005B3871"/>
          <w:p w14:paraId="0AE1176E" w14:textId="77777777" w:rsidR="005B3871" w:rsidRDefault="00000000">
            <w:pPr>
              <w:spacing w:line="245" w:lineRule="auto"/>
            </w:pPr>
            <w:r>
              <w:rPr>
                <w:b/>
                <w:color w:val="000000"/>
                <w:sz w:val="16"/>
              </w:rPr>
              <w:t xml:space="preserve">UČNI SKLOP: </w:t>
            </w:r>
            <w:r>
              <w:rPr>
                <w:color w:val="000000"/>
                <w:sz w:val="16"/>
              </w:rPr>
              <w:t>NEKOČ IN DANES – ČAS IN DEDIŠČINA</w:t>
            </w:r>
          </w:p>
        </w:tc>
      </w:tr>
      <w:tr w:rsidR="005B3871" w14:paraId="24D8D548" w14:textId="77777777">
        <w:trPr>
          <w:cantSplit/>
          <w:jc w:val="center"/>
        </w:trPr>
        <w:tc>
          <w:tcPr>
            <w:tcW w:w="14060" w:type="dxa"/>
            <w:gridSpan w:val="6"/>
            <w:tcMar>
              <w:top w:w="70" w:type="dxa"/>
              <w:left w:w="90" w:type="dxa"/>
              <w:bottom w:w="70" w:type="dxa"/>
              <w:right w:w="90" w:type="dxa"/>
            </w:tcMar>
            <w:vAlign w:val="center"/>
          </w:tcPr>
          <w:p w14:paraId="290EF764" w14:textId="77777777" w:rsidR="005B3871" w:rsidRDefault="005B3871"/>
          <w:p w14:paraId="3E357BBD" w14:textId="77777777" w:rsidR="005B3871" w:rsidRDefault="00000000">
            <w:pPr>
              <w:spacing w:line="245" w:lineRule="auto"/>
            </w:pPr>
            <w:r>
              <w:rPr>
                <w:b/>
                <w:color w:val="000000"/>
                <w:sz w:val="16"/>
              </w:rPr>
              <w:t xml:space="preserve">UČNA TEMA: </w:t>
            </w:r>
            <w:r>
              <w:rPr>
                <w:color w:val="000000"/>
                <w:sz w:val="16"/>
              </w:rPr>
              <w:t>ZAPOREDJA</w:t>
            </w:r>
          </w:p>
        </w:tc>
      </w:tr>
      <w:tr w:rsidR="005B3871" w14:paraId="52A78445" w14:textId="77777777">
        <w:trPr>
          <w:cantSplit/>
          <w:jc w:val="center"/>
        </w:trPr>
        <w:tc>
          <w:tcPr>
            <w:tcW w:w="14060" w:type="dxa"/>
            <w:gridSpan w:val="6"/>
            <w:tcMar>
              <w:top w:w="70" w:type="dxa"/>
              <w:left w:w="90" w:type="dxa"/>
              <w:bottom w:w="70" w:type="dxa"/>
              <w:right w:w="90" w:type="dxa"/>
            </w:tcMar>
            <w:vAlign w:val="center"/>
          </w:tcPr>
          <w:p w14:paraId="2D7AF9E8" w14:textId="77777777" w:rsidR="005B3871" w:rsidRDefault="005B3871"/>
          <w:p w14:paraId="61D20F72" w14:textId="77777777" w:rsidR="005B3871" w:rsidRDefault="00000000">
            <w:pPr>
              <w:spacing w:line="245" w:lineRule="auto"/>
            </w:pPr>
            <w:r>
              <w:rPr>
                <w:b/>
                <w:color w:val="000000"/>
                <w:sz w:val="16"/>
              </w:rPr>
              <w:t xml:space="preserve">KNJIŽEVNO IZHODIŠČE IN MOTIV: </w:t>
            </w:r>
            <w:r>
              <w:rPr>
                <w:color w:val="000000"/>
                <w:sz w:val="16"/>
              </w:rPr>
              <w:t>»Ciciban in čebela« – Oton Župančič • slovenska poezija, kulturna dediščina in skrb za naravo</w:t>
            </w:r>
          </w:p>
        </w:tc>
      </w:tr>
      <w:tr w:rsidR="005B3871" w14:paraId="191E2B01" w14:textId="77777777">
        <w:trPr>
          <w:cantSplit/>
          <w:jc w:val="center"/>
        </w:trPr>
        <w:tc>
          <w:tcPr>
            <w:tcW w:w="14060" w:type="dxa"/>
            <w:gridSpan w:val="6"/>
            <w:tcMar>
              <w:top w:w="70" w:type="dxa"/>
              <w:left w:w="90" w:type="dxa"/>
              <w:bottom w:w="70" w:type="dxa"/>
              <w:right w:w="90" w:type="dxa"/>
            </w:tcMar>
            <w:vAlign w:val="center"/>
          </w:tcPr>
          <w:p w14:paraId="7F8A2E91" w14:textId="77777777" w:rsidR="005B3871" w:rsidRDefault="005B3871"/>
          <w:p w14:paraId="73297944" w14:textId="77777777" w:rsidR="005B3871" w:rsidRDefault="00000000">
            <w:pPr>
              <w:spacing w:line="245" w:lineRule="auto"/>
            </w:pPr>
            <w:r>
              <w:rPr>
                <w:b/>
                <w:color w:val="000000"/>
                <w:sz w:val="16"/>
              </w:rPr>
              <w:t xml:space="preserve">UČNE ENOTE: </w:t>
            </w:r>
            <w:r>
              <w:rPr>
                <w:color w:val="000000"/>
                <w:sz w:val="16"/>
              </w:rPr>
              <w:t>1. ura – Poišči jedro vzorca • 2. ura – Čebelji gibalni ritem • 3. ura – Ustvari in prevedi</w:t>
            </w:r>
          </w:p>
        </w:tc>
      </w:tr>
      <w:tr w:rsidR="005B3871" w14:paraId="4E24F0CF" w14:textId="77777777">
        <w:trPr>
          <w:cantSplit/>
          <w:jc w:val="center"/>
        </w:trPr>
        <w:tc>
          <w:tcPr>
            <w:tcW w:w="14060" w:type="dxa"/>
            <w:gridSpan w:val="6"/>
            <w:tcMar>
              <w:top w:w="70" w:type="dxa"/>
              <w:left w:w="90" w:type="dxa"/>
              <w:bottom w:w="70" w:type="dxa"/>
              <w:right w:w="90" w:type="dxa"/>
            </w:tcMar>
            <w:vAlign w:val="center"/>
          </w:tcPr>
          <w:p w14:paraId="35647E3C" w14:textId="77777777" w:rsidR="005B3871" w:rsidRDefault="005B3871"/>
          <w:p w14:paraId="6B4B9877"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1848F334" w14:textId="77777777">
        <w:trPr>
          <w:cantSplit/>
          <w:jc w:val="center"/>
        </w:trPr>
        <w:tc>
          <w:tcPr>
            <w:tcW w:w="14060" w:type="dxa"/>
            <w:gridSpan w:val="6"/>
            <w:tcMar>
              <w:top w:w="70" w:type="dxa"/>
              <w:left w:w="90" w:type="dxa"/>
              <w:bottom w:w="70" w:type="dxa"/>
              <w:right w:w="90" w:type="dxa"/>
            </w:tcMar>
            <w:vAlign w:val="center"/>
          </w:tcPr>
          <w:p w14:paraId="7A371E78" w14:textId="77777777" w:rsidR="005B3871" w:rsidRDefault="005B3871"/>
          <w:p w14:paraId="2F98E9AA"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76760FFC" w14:textId="77777777">
        <w:trPr>
          <w:cantSplit/>
          <w:jc w:val="center"/>
        </w:trPr>
        <w:tc>
          <w:tcPr>
            <w:tcW w:w="14060" w:type="dxa"/>
            <w:gridSpan w:val="6"/>
            <w:tcMar>
              <w:top w:w="70" w:type="dxa"/>
              <w:left w:w="90" w:type="dxa"/>
              <w:bottom w:w="70" w:type="dxa"/>
              <w:right w:w="90" w:type="dxa"/>
            </w:tcMar>
            <w:vAlign w:val="center"/>
          </w:tcPr>
          <w:p w14:paraId="41A6E091" w14:textId="77777777" w:rsidR="005B3871" w:rsidRDefault="005B3871"/>
          <w:p w14:paraId="3A01E9E0"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4A9973F0" w14:textId="77777777">
        <w:trPr>
          <w:cantSplit/>
          <w:jc w:val="center"/>
        </w:trPr>
        <w:tc>
          <w:tcPr>
            <w:tcW w:w="14060" w:type="dxa"/>
            <w:gridSpan w:val="6"/>
            <w:tcMar>
              <w:top w:w="70" w:type="dxa"/>
              <w:left w:w="90" w:type="dxa"/>
              <w:bottom w:w="70" w:type="dxa"/>
              <w:right w:w="90" w:type="dxa"/>
            </w:tcMar>
            <w:vAlign w:val="center"/>
          </w:tcPr>
          <w:p w14:paraId="2A50400B" w14:textId="77777777" w:rsidR="005B3871" w:rsidRDefault="005B3871"/>
          <w:p w14:paraId="63B5A575" w14:textId="77777777" w:rsidR="005B3871" w:rsidRDefault="00000000">
            <w:pPr>
              <w:spacing w:line="245" w:lineRule="auto"/>
            </w:pPr>
            <w:r>
              <w:rPr>
                <w:b/>
                <w:color w:val="000000"/>
                <w:sz w:val="16"/>
              </w:rPr>
              <w:t xml:space="preserve">MEDPREDMETNE POVEZAVE: </w:t>
            </w:r>
            <w:r>
              <w:rPr>
                <w:color w:val="000000"/>
                <w:sz w:val="16"/>
              </w:rPr>
              <w:t>SLJ – ubeseditev pravila; SPO – čebele in cvetovi; GUM – ritmični vzorec; ŠPO – gibalno zaporedje; LUM – barvni vzorec</w:t>
            </w:r>
          </w:p>
        </w:tc>
      </w:tr>
      <w:tr w:rsidR="005B3871" w14:paraId="007CE487" w14:textId="77777777">
        <w:trPr>
          <w:cantSplit/>
          <w:jc w:val="center"/>
        </w:trPr>
        <w:tc>
          <w:tcPr>
            <w:tcW w:w="14060" w:type="dxa"/>
            <w:gridSpan w:val="6"/>
            <w:tcMar>
              <w:top w:w="70" w:type="dxa"/>
              <w:left w:w="90" w:type="dxa"/>
              <w:bottom w:w="70" w:type="dxa"/>
              <w:right w:w="90" w:type="dxa"/>
            </w:tcMar>
            <w:vAlign w:val="center"/>
          </w:tcPr>
          <w:p w14:paraId="7C019061" w14:textId="77777777" w:rsidR="005B3871" w:rsidRDefault="005B3871"/>
          <w:p w14:paraId="630CE367" w14:textId="77777777" w:rsidR="005B3871" w:rsidRDefault="00000000">
            <w:pPr>
              <w:spacing w:line="245" w:lineRule="auto"/>
            </w:pPr>
            <w:r>
              <w:rPr>
                <w:b/>
                <w:color w:val="000000"/>
                <w:sz w:val="16"/>
              </w:rPr>
              <w:t xml:space="preserve">UČNA SREDSTVA IN PRIPOMOČKI: </w:t>
            </w:r>
            <w:r>
              <w:rPr>
                <w:color w:val="000000"/>
                <w:sz w:val="16"/>
              </w:rPr>
              <w:t>modeli čebel in cvetov, barvne kocke, ritmični instrumenti, kartice gibov, trakovi za zaporedja, barvice</w:t>
            </w:r>
          </w:p>
        </w:tc>
      </w:tr>
      <w:tr w:rsidR="005B3871" w14:paraId="197E3A7F" w14:textId="77777777">
        <w:trPr>
          <w:cantSplit/>
          <w:jc w:val="center"/>
        </w:trPr>
        <w:tc>
          <w:tcPr>
            <w:tcW w:w="14060" w:type="dxa"/>
            <w:gridSpan w:val="6"/>
            <w:tcMar>
              <w:top w:w="70" w:type="dxa"/>
              <w:left w:w="90" w:type="dxa"/>
              <w:bottom w:w="70" w:type="dxa"/>
              <w:right w:w="90" w:type="dxa"/>
            </w:tcMar>
            <w:vAlign w:val="center"/>
          </w:tcPr>
          <w:p w14:paraId="5257B70E" w14:textId="77777777" w:rsidR="005B3871" w:rsidRDefault="005B3871"/>
          <w:p w14:paraId="0A166DC8"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3A58A879" w14:textId="77777777">
        <w:trPr>
          <w:cantSplit/>
          <w:jc w:val="center"/>
        </w:trPr>
        <w:tc>
          <w:tcPr>
            <w:tcW w:w="14060" w:type="dxa"/>
            <w:gridSpan w:val="6"/>
            <w:tcMar>
              <w:top w:w="70" w:type="dxa"/>
              <w:left w:w="90" w:type="dxa"/>
              <w:bottom w:w="70" w:type="dxa"/>
              <w:right w:w="90" w:type="dxa"/>
            </w:tcMar>
            <w:vAlign w:val="center"/>
          </w:tcPr>
          <w:p w14:paraId="1A96CD64" w14:textId="77777777" w:rsidR="005B3871" w:rsidRDefault="005B3871"/>
          <w:p w14:paraId="26523219" w14:textId="77777777" w:rsidR="005B3871" w:rsidRDefault="00000000">
            <w:pPr>
              <w:spacing w:line="245" w:lineRule="auto"/>
            </w:pPr>
            <w:r>
              <w:rPr>
                <w:b/>
                <w:color w:val="000000"/>
                <w:sz w:val="16"/>
              </w:rPr>
              <w:t xml:space="preserve">OCENJEVANJE / DAN DEJAVNOSTI: </w:t>
            </w:r>
            <w:r>
              <w:rPr>
                <w:color w:val="000000"/>
                <w:sz w:val="16"/>
              </w:rPr>
              <w:t>KULTURNI DAN</w:t>
            </w:r>
          </w:p>
        </w:tc>
      </w:tr>
      <w:tr w:rsidR="005B3871" w14:paraId="7E7AD2A1" w14:textId="77777777">
        <w:trPr>
          <w:cantSplit/>
          <w:jc w:val="center"/>
        </w:trPr>
        <w:tc>
          <w:tcPr>
            <w:tcW w:w="14060" w:type="dxa"/>
            <w:gridSpan w:val="6"/>
            <w:tcMar>
              <w:top w:w="70" w:type="dxa"/>
              <w:left w:w="90" w:type="dxa"/>
              <w:bottom w:w="70" w:type="dxa"/>
              <w:right w:w="90" w:type="dxa"/>
            </w:tcMar>
            <w:vAlign w:val="center"/>
          </w:tcPr>
          <w:p w14:paraId="7643F70E" w14:textId="77777777" w:rsidR="005B3871" w:rsidRDefault="005B3871"/>
          <w:p w14:paraId="2869D0C5"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48EF6C1D"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54E60B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41377A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9E29A83" w14:textId="77777777" w:rsidR="005B3871" w:rsidRDefault="00000000">
            <w:pPr>
              <w:jc w:val="center"/>
            </w:pPr>
            <w:r>
              <w:rPr>
                <w:b/>
                <w:color w:val="000000"/>
                <w:sz w:val="20"/>
              </w:rPr>
              <w:t>UČNE DEJAVNOSTI, METODE IN FORMATIVNO SPREMLJANJE</w:t>
            </w:r>
          </w:p>
        </w:tc>
      </w:tr>
      <w:tr w:rsidR="005B3871" w14:paraId="7153E2C5" w14:textId="77777777">
        <w:trPr>
          <w:tblHeader/>
          <w:jc w:val="center"/>
        </w:trPr>
        <w:tc>
          <w:tcPr>
            <w:tcW w:w="4422" w:type="dxa"/>
            <w:vMerge/>
            <w:tcMar>
              <w:top w:w="70" w:type="dxa"/>
              <w:left w:w="90" w:type="dxa"/>
              <w:bottom w:w="70" w:type="dxa"/>
              <w:right w:w="90" w:type="dxa"/>
            </w:tcMar>
            <w:vAlign w:val="center"/>
          </w:tcPr>
          <w:p w14:paraId="4AE03C9E" w14:textId="77777777" w:rsidR="005B3871" w:rsidRDefault="005B3871"/>
        </w:tc>
        <w:tc>
          <w:tcPr>
            <w:tcW w:w="7087" w:type="dxa"/>
            <w:shd w:val="clear" w:color="auto" w:fill="FFFFFF"/>
            <w:tcMar>
              <w:top w:w="70" w:type="dxa"/>
              <w:left w:w="90" w:type="dxa"/>
              <w:bottom w:w="70" w:type="dxa"/>
              <w:right w:w="90" w:type="dxa"/>
            </w:tcMar>
            <w:vAlign w:val="center"/>
          </w:tcPr>
          <w:p w14:paraId="17825CD5"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F300C46" w14:textId="77777777" w:rsidR="005B3871" w:rsidRDefault="00000000">
            <w:pPr>
              <w:jc w:val="center"/>
            </w:pPr>
            <w:r>
              <w:rPr>
                <w:b/>
                <w:color w:val="000000"/>
              </w:rPr>
              <w:t>UČENEC</w:t>
            </w:r>
          </w:p>
        </w:tc>
      </w:tr>
      <w:tr w:rsidR="005B3871" w14:paraId="31BDFA95" w14:textId="77777777">
        <w:trPr>
          <w:jc w:val="center"/>
        </w:trPr>
        <w:tc>
          <w:tcPr>
            <w:tcW w:w="4422" w:type="dxa"/>
            <w:tcMar>
              <w:top w:w="70" w:type="dxa"/>
              <w:left w:w="90" w:type="dxa"/>
              <w:bottom w:w="70" w:type="dxa"/>
              <w:right w:w="90" w:type="dxa"/>
            </w:tcMar>
          </w:tcPr>
          <w:p w14:paraId="3A2F9DD2" w14:textId="77777777" w:rsidR="005B3871" w:rsidRDefault="005B3871"/>
          <w:p w14:paraId="4FC65DAD" w14:textId="77777777" w:rsidR="005B3871" w:rsidRDefault="00000000">
            <w:pPr>
              <w:spacing w:after="60" w:line="245" w:lineRule="auto"/>
            </w:pPr>
            <w:r>
              <w:rPr>
                <w:b/>
                <w:color w:val="000000"/>
              </w:rPr>
              <w:t>UČNI CILJI</w:t>
            </w:r>
          </w:p>
          <w:p w14:paraId="08048E44" w14:textId="77777777" w:rsidR="005B3871" w:rsidRDefault="00000000">
            <w:pPr>
              <w:spacing w:after="20" w:line="245" w:lineRule="auto"/>
            </w:pPr>
            <w:r>
              <w:rPr>
                <w:b/>
                <w:color w:val="000000"/>
                <w:sz w:val="17"/>
              </w:rPr>
              <w:t>SPLOŠNI</w:t>
            </w:r>
          </w:p>
          <w:p w14:paraId="31D28711" w14:textId="77777777" w:rsidR="005B3871" w:rsidRDefault="00000000">
            <w:pPr>
              <w:pStyle w:val="Oznaenseznam"/>
              <w:spacing w:after="16"/>
            </w:pPr>
            <w:r>
              <w:rPr>
                <w:color w:val="000000"/>
                <w:sz w:val="16"/>
              </w:rPr>
              <w:t>razvija številske, prostorske in količinske predstave s konkretnimi izkušnjami</w:t>
            </w:r>
          </w:p>
          <w:p w14:paraId="74947223" w14:textId="77777777" w:rsidR="005B3871" w:rsidRDefault="00000000">
            <w:pPr>
              <w:pStyle w:val="Oznaenseznam"/>
              <w:spacing w:after="16"/>
            </w:pPr>
            <w:r>
              <w:rPr>
                <w:color w:val="000000"/>
                <w:sz w:val="16"/>
              </w:rPr>
              <w:t>rešuje matematične probleme s predmetom, gibanjem, risbo, modelom in simbolom</w:t>
            </w:r>
          </w:p>
          <w:p w14:paraId="7DEB962E" w14:textId="77777777" w:rsidR="005B3871" w:rsidRDefault="00000000">
            <w:pPr>
              <w:pStyle w:val="Oznaenseznam"/>
              <w:spacing w:after="16"/>
            </w:pPr>
            <w:r>
              <w:rPr>
                <w:color w:val="000000"/>
                <w:sz w:val="16"/>
              </w:rPr>
              <w:t>pojasnjuje izbrano strategijo, preverja smiselnost rešitve in posluša rešitve drugih</w:t>
            </w:r>
          </w:p>
          <w:p w14:paraId="51ED7173" w14:textId="77777777" w:rsidR="005B3871" w:rsidRDefault="00000000">
            <w:pPr>
              <w:pStyle w:val="Oznaenseznam"/>
              <w:spacing w:after="16"/>
            </w:pPr>
            <w:r>
              <w:rPr>
                <w:color w:val="000000"/>
                <w:sz w:val="16"/>
              </w:rPr>
              <w:t>ob namenih in kriterijih spremlja svoje učenje ter uporabi opisno povratno informacijo</w:t>
            </w:r>
          </w:p>
          <w:p w14:paraId="1D2623AB" w14:textId="77777777" w:rsidR="005B3871" w:rsidRDefault="00000000">
            <w:pPr>
              <w:spacing w:before="40" w:after="20" w:line="245" w:lineRule="auto"/>
            </w:pPr>
            <w:r>
              <w:rPr>
                <w:b/>
                <w:color w:val="000000"/>
                <w:sz w:val="17"/>
              </w:rPr>
              <w:t>OPERATIVNI</w:t>
            </w:r>
          </w:p>
          <w:p w14:paraId="5B331742" w14:textId="77777777" w:rsidR="005B3871" w:rsidRDefault="00000000">
            <w:pPr>
              <w:pStyle w:val="Oznaenseznam"/>
              <w:spacing w:after="16"/>
            </w:pPr>
            <w:r>
              <w:rPr>
                <w:color w:val="000000"/>
                <w:sz w:val="16"/>
              </w:rPr>
              <w:t>odkrije pravilo ponavljajočega se zaporedja</w:t>
            </w:r>
          </w:p>
          <w:p w14:paraId="52102B66" w14:textId="77777777" w:rsidR="005B3871" w:rsidRDefault="00000000">
            <w:pPr>
              <w:pStyle w:val="Oznaenseznam"/>
              <w:spacing w:after="16"/>
            </w:pPr>
            <w:r>
              <w:rPr>
                <w:color w:val="000000"/>
                <w:sz w:val="16"/>
              </w:rPr>
              <w:t>nadaljuje in oblikuje zaporedje</w:t>
            </w:r>
          </w:p>
          <w:p w14:paraId="515DBB86" w14:textId="77777777" w:rsidR="005B3871" w:rsidRDefault="00000000">
            <w:pPr>
              <w:pStyle w:val="Oznaenseznam"/>
              <w:spacing w:after="16"/>
            </w:pPr>
            <w:r>
              <w:rPr>
                <w:color w:val="000000"/>
                <w:sz w:val="16"/>
              </w:rPr>
              <w:t>pojasni pravilo</w:t>
            </w:r>
          </w:p>
          <w:p w14:paraId="13EFEADC" w14:textId="77777777" w:rsidR="005B3871" w:rsidRDefault="00000000">
            <w:pPr>
              <w:spacing w:before="40" w:after="20" w:line="245" w:lineRule="auto"/>
            </w:pPr>
            <w:r>
              <w:rPr>
                <w:b/>
                <w:color w:val="000000"/>
                <w:sz w:val="17"/>
              </w:rPr>
              <w:t>PRIČAKOVANI DOSEŽKI / STANDARDI</w:t>
            </w:r>
          </w:p>
          <w:p w14:paraId="7611B1F7" w14:textId="77777777" w:rsidR="005B3871" w:rsidRDefault="00000000">
            <w:pPr>
              <w:pStyle w:val="Oznaenseznam"/>
              <w:spacing w:after="16"/>
            </w:pPr>
            <w:r>
              <w:rPr>
                <w:color w:val="000000"/>
                <w:sz w:val="16"/>
              </w:rPr>
              <w:t>ob konkretni, slikovni ali gibalni opori odkrije pravilo ponavljajočega se zaporedja</w:t>
            </w:r>
          </w:p>
          <w:p w14:paraId="1FE54BD7" w14:textId="77777777" w:rsidR="005B3871" w:rsidRDefault="00000000">
            <w:pPr>
              <w:pStyle w:val="Oznaenseznam"/>
              <w:spacing w:after="16"/>
            </w:pPr>
            <w:r>
              <w:rPr>
                <w:color w:val="000000"/>
                <w:sz w:val="16"/>
              </w:rPr>
              <w:t>ob konkretni, slikovni ali gibalni opori nadaljuje in oblikuje zaporedje</w:t>
            </w:r>
          </w:p>
          <w:p w14:paraId="3A9B3B5E" w14:textId="77777777" w:rsidR="005B3871" w:rsidRDefault="00000000">
            <w:pPr>
              <w:pStyle w:val="Oznaenseznam"/>
              <w:spacing w:after="16"/>
            </w:pPr>
            <w:r>
              <w:rPr>
                <w:color w:val="000000"/>
                <w:sz w:val="16"/>
              </w:rPr>
              <w:t>ob konkretni, slikovni ali gibalni opori pojasni pravilo</w:t>
            </w:r>
          </w:p>
        </w:tc>
        <w:tc>
          <w:tcPr>
            <w:tcW w:w="7087" w:type="dxa"/>
            <w:tcMar>
              <w:top w:w="70" w:type="dxa"/>
              <w:left w:w="90" w:type="dxa"/>
              <w:bottom w:w="70" w:type="dxa"/>
              <w:right w:w="90" w:type="dxa"/>
            </w:tcMar>
          </w:tcPr>
          <w:p w14:paraId="70414AD4"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C0EA602" w14:textId="77777777">
              <w:trPr>
                <w:jc w:val="center"/>
              </w:trPr>
              <w:tc>
                <w:tcPr>
                  <w:tcW w:w="7087" w:type="dxa"/>
                  <w:shd w:val="clear" w:color="auto" w:fill="C6E7F3"/>
                  <w:tcMar>
                    <w:top w:w="45" w:type="dxa"/>
                    <w:left w:w="70" w:type="dxa"/>
                    <w:bottom w:w="45" w:type="dxa"/>
                    <w:right w:w="70" w:type="dxa"/>
                  </w:tcMar>
                </w:tcPr>
                <w:p w14:paraId="13E0A460" w14:textId="77777777" w:rsidR="005B3871" w:rsidRDefault="00000000">
                  <w:pPr>
                    <w:keepNext/>
                  </w:pPr>
                  <w:r>
                    <w:rPr>
                      <w:b/>
                      <w:color w:val="000000"/>
                    </w:rPr>
                    <w:t>UVODNI DEL – motivacija, aktivacija predznanja in namen učenja (15–20 min)</w:t>
                  </w:r>
                </w:p>
              </w:tc>
            </w:tr>
          </w:tbl>
          <w:p w14:paraId="490357DE" w14:textId="77777777" w:rsidR="005B3871" w:rsidRDefault="005B3871">
            <w:pPr>
              <w:spacing w:line="20" w:lineRule="exact"/>
            </w:pPr>
          </w:p>
          <w:p w14:paraId="204EC1E2" w14:textId="77777777" w:rsidR="005B3871" w:rsidRDefault="00000000">
            <w:pPr>
              <w:spacing w:before="40" w:after="60" w:line="245" w:lineRule="auto"/>
            </w:pPr>
            <w:r>
              <w:rPr>
                <w:color w:val="000000"/>
                <w:sz w:val="16"/>
              </w:rPr>
              <w:t>Čebele in cvetovi iz pesmi oblikujejo ponavljajoče se zaporedje. Učenci pravilo najprej odkrijejo v predmetih, nato v zvoku, gibu in slikovnem zapisu.</w:t>
            </w:r>
          </w:p>
          <w:tbl>
            <w:tblPr>
              <w:tblStyle w:val="Tabelamrea"/>
              <w:tblW w:w="0" w:type="auto"/>
              <w:jc w:val="center"/>
              <w:tblLayout w:type="fixed"/>
              <w:tblLook w:val="04A0" w:firstRow="1" w:lastRow="0" w:firstColumn="1" w:lastColumn="0" w:noHBand="0" w:noVBand="1"/>
            </w:tblPr>
            <w:tblGrid>
              <w:gridCol w:w="7087"/>
            </w:tblGrid>
            <w:tr w:rsidR="005B3871" w14:paraId="66A6CCC5" w14:textId="77777777">
              <w:trPr>
                <w:jc w:val="center"/>
              </w:trPr>
              <w:tc>
                <w:tcPr>
                  <w:tcW w:w="7087" w:type="dxa"/>
                  <w:shd w:val="clear" w:color="auto" w:fill="EDC9EA"/>
                  <w:tcMar>
                    <w:top w:w="45" w:type="dxa"/>
                    <w:left w:w="70" w:type="dxa"/>
                    <w:bottom w:w="45" w:type="dxa"/>
                    <w:right w:w="70" w:type="dxa"/>
                  </w:tcMar>
                </w:tcPr>
                <w:p w14:paraId="0870B39A" w14:textId="77777777" w:rsidR="005B3871" w:rsidRDefault="00000000">
                  <w:pPr>
                    <w:keepNext/>
                  </w:pPr>
                  <w:r>
                    <w:rPr>
                      <w:b/>
                      <w:color w:val="000000"/>
                    </w:rPr>
                    <w:t>NAMENI UČENJA</w:t>
                  </w:r>
                </w:p>
              </w:tc>
            </w:tr>
          </w:tbl>
          <w:p w14:paraId="280A99C1" w14:textId="77777777" w:rsidR="005B3871" w:rsidRDefault="005B3871">
            <w:pPr>
              <w:spacing w:line="20" w:lineRule="exact"/>
            </w:pPr>
          </w:p>
          <w:p w14:paraId="39B94214"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1328BF40" w14:textId="77777777" w:rsidR="005B3871" w:rsidRDefault="00000000">
            <w:pPr>
              <w:pStyle w:val="Oznaenseznam"/>
              <w:spacing w:after="16"/>
            </w:pPr>
            <w:r>
              <w:rPr>
                <w:color w:val="000000"/>
                <w:sz w:val="16"/>
              </w:rPr>
              <w:t>odkrijem pravilo ponavljajočega se zaporedja</w:t>
            </w:r>
          </w:p>
          <w:p w14:paraId="1D3DC6C1" w14:textId="77777777" w:rsidR="005B3871" w:rsidRDefault="00000000">
            <w:pPr>
              <w:pStyle w:val="Oznaenseznam"/>
              <w:spacing w:after="16"/>
            </w:pPr>
            <w:r>
              <w:rPr>
                <w:color w:val="000000"/>
                <w:sz w:val="16"/>
              </w:rPr>
              <w:t>nadaljujem in oblikujem zaporedje</w:t>
            </w:r>
          </w:p>
          <w:p w14:paraId="65FE9F0C" w14:textId="77777777" w:rsidR="005B3871" w:rsidRDefault="00000000">
            <w:pPr>
              <w:pStyle w:val="Oznaenseznam"/>
              <w:spacing w:after="16"/>
            </w:pPr>
            <w:r>
              <w:rPr>
                <w:color w:val="000000"/>
                <w:sz w:val="16"/>
              </w:rPr>
              <w:t>pojasnim pravilo</w:t>
            </w:r>
          </w:p>
          <w:tbl>
            <w:tblPr>
              <w:tblStyle w:val="Tabelamrea"/>
              <w:tblW w:w="0" w:type="auto"/>
              <w:jc w:val="center"/>
              <w:tblLayout w:type="fixed"/>
              <w:tblLook w:val="04A0" w:firstRow="1" w:lastRow="0" w:firstColumn="1" w:lastColumn="0" w:noHBand="0" w:noVBand="1"/>
            </w:tblPr>
            <w:tblGrid>
              <w:gridCol w:w="7087"/>
            </w:tblGrid>
            <w:tr w:rsidR="005B3871" w14:paraId="4DF993F5" w14:textId="77777777">
              <w:trPr>
                <w:jc w:val="center"/>
              </w:trPr>
              <w:tc>
                <w:tcPr>
                  <w:tcW w:w="7087" w:type="dxa"/>
                  <w:shd w:val="clear" w:color="auto" w:fill="EDC9EA"/>
                  <w:tcMar>
                    <w:top w:w="45" w:type="dxa"/>
                    <w:left w:w="70" w:type="dxa"/>
                    <w:bottom w:w="45" w:type="dxa"/>
                    <w:right w:w="70" w:type="dxa"/>
                  </w:tcMar>
                </w:tcPr>
                <w:p w14:paraId="74286D64" w14:textId="77777777" w:rsidR="005B3871" w:rsidRDefault="00000000">
                  <w:pPr>
                    <w:keepNext/>
                  </w:pPr>
                  <w:r>
                    <w:rPr>
                      <w:b/>
                      <w:color w:val="000000"/>
                    </w:rPr>
                    <w:t>PREVERJANJE PREDZNANJA</w:t>
                  </w:r>
                </w:p>
              </w:tc>
            </w:tr>
          </w:tbl>
          <w:p w14:paraId="7AADF6F1" w14:textId="77777777" w:rsidR="005B3871" w:rsidRDefault="005B3871">
            <w:pPr>
              <w:spacing w:line="20" w:lineRule="exact"/>
            </w:pPr>
          </w:p>
          <w:p w14:paraId="7EE76CB0" w14:textId="77777777" w:rsidR="005B3871" w:rsidRDefault="00000000">
            <w:pPr>
              <w:pStyle w:val="Oznaenseznam"/>
              <w:spacing w:after="16"/>
            </w:pPr>
            <w:r>
              <w:rPr>
                <w:color w:val="000000"/>
                <w:sz w:val="16"/>
              </w:rPr>
              <w:t>Kateri del zaporedja se ponavlja?</w:t>
            </w:r>
          </w:p>
          <w:p w14:paraId="0F41A6EF" w14:textId="77777777" w:rsidR="005B3871" w:rsidRDefault="00000000">
            <w:pPr>
              <w:pStyle w:val="Oznaenseznam"/>
              <w:spacing w:after="16"/>
            </w:pPr>
            <w:r>
              <w:rPr>
                <w:color w:val="000000"/>
                <w:sz w:val="16"/>
              </w:rPr>
              <w:t>Kako lahko isto pravilo pokažem z drugimi predmeti ali gibi?</w:t>
            </w:r>
          </w:p>
          <w:p w14:paraId="64ADD033"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0F50EF65" w14:textId="77777777">
              <w:trPr>
                <w:jc w:val="center"/>
              </w:trPr>
              <w:tc>
                <w:tcPr>
                  <w:tcW w:w="7087" w:type="dxa"/>
                  <w:shd w:val="clear" w:color="auto" w:fill="EDC9EA"/>
                  <w:tcMar>
                    <w:top w:w="45" w:type="dxa"/>
                    <w:left w:w="70" w:type="dxa"/>
                    <w:bottom w:w="45" w:type="dxa"/>
                    <w:right w:w="70" w:type="dxa"/>
                  </w:tcMar>
                </w:tcPr>
                <w:p w14:paraId="7B192943" w14:textId="77777777" w:rsidR="005B3871" w:rsidRDefault="00000000">
                  <w:pPr>
                    <w:keepNext/>
                  </w:pPr>
                  <w:r>
                    <w:rPr>
                      <w:b/>
                      <w:color w:val="000000"/>
                    </w:rPr>
                    <w:t>KRITERIJI USPEŠNOSTI</w:t>
                  </w:r>
                </w:p>
              </w:tc>
            </w:tr>
          </w:tbl>
          <w:p w14:paraId="2EFCB981" w14:textId="77777777" w:rsidR="005B3871" w:rsidRDefault="005B3871"/>
          <w:p w14:paraId="30654C1A" w14:textId="77777777" w:rsidR="005B3871" w:rsidRDefault="00000000">
            <w:pPr>
              <w:spacing w:before="20" w:after="20" w:line="245" w:lineRule="auto"/>
            </w:pPr>
            <w:r>
              <w:rPr>
                <w:b/>
                <w:color w:val="000000"/>
                <w:sz w:val="16"/>
              </w:rPr>
              <w:t>Uspešen/-na bom, ko:</w:t>
            </w:r>
          </w:p>
          <w:p w14:paraId="39254ACD" w14:textId="77777777" w:rsidR="005B3871" w:rsidRDefault="00000000">
            <w:pPr>
              <w:pStyle w:val="Oznaenseznam"/>
              <w:spacing w:after="16"/>
            </w:pPr>
            <w:r>
              <w:rPr>
                <w:color w:val="000000"/>
                <w:sz w:val="16"/>
              </w:rPr>
              <w:t>odkrijem pravilo ponavljajočega se zaporedja</w:t>
            </w:r>
          </w:p>
          <w:p w14:paraId="66B36DA4" w14:textId="77777777" w:rsidR="005B3871" w:rsidRDefault="00000000">
            <w:pPr>
              <w:pStyle w:val="Oznaenseznam"/>
              <w:spacing w:after="16"/>
            </w:pPr>
            <w:r>
              <w:rPr>
                <w:color w:val="000000"/>
                <w:sz w:val="16"/>
              </w:rPr>
              <w:t>nadaljujem in oblikujem zaporedje</w:t>
            </w:r>
          </w:p>
          <w:p w14:paraId="0C821E3F" w14:textId="77777777" w:rsidR="005B3871" w:rsidRDefault="00000000">
            <w:pPr>
              <w:pStyle w:val="Oznaenseznam"/>
              <w:spacing w:after="16"/>
            </w:pPr>
            <w:r>
              <w:rPr>
                <w:color w:val="000000"/>
                <w:sz w:val="16"/>
              </w:rPr>
              <w:t>pojasnim pravilo</w:t>
            </w:r>
          </w:p>
          <w:p w14:paraId="76CF1F6A"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02F51F1F" w14:textId="77777777" w:rsidR="005B3871" w:rsidRDefault="005B3871"/>
          <w:p w14:paraId="10B7943F"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6DBF0044" w14:textId="77777777" w:rsidR="005B3871" w:rsidRDefault="00000000">
            <w:pPr>
              <w:spacing w:after="80" w:line="245" w:lineRule="auto"/>
            </w:pPr>
            <w:r>
              <w:rPr>
                <w:color w:val="000000"/>
                <w:sz w:val="16"/>
              </w:rPr>
              <w:t>Pove, pokaže ali nariše, kako bi nalogo začel. Posluša tudi drugačne strategije.</w:t>
            </w:r>
          </w:p>
          <w:p w14:paraId="537A1734" w14:textId="77777777" w:rsidR="005B3871" w:rsidRDefault="00000000">
            <w:pPr>
              <w:spacing w:after="100" w:line="245" w:lineRule="auto"/>
            </w:pPr>
            <w:r>
              <w:rPr>
                <w:color w:val="000000"/>
                <w:sz w:val="16"/>
              </w:rPr>
              <w:t>Sodeluje pri razumevanju namenov in kriterijev uspešnosti.</w:t>
            </w:r>
          </w:p>
          <w:p w14:paraId="0DD91251" w14:textId="77777777" w:rsidR="005B3871" w:rsidRDefault="00000000">
            <w:pPr>
              <w:spacing w:after="20" w:line="245" w:lineRule="auto"/>
            </w:pPr>
            <w:r>
              <w:rPr>
                <w:b/>
                <w:color w:val="D95BC6"/>
                <w:sz w:val="17"/>
              </w:rPr>
              <w:t>DOKAZ O UČENJU</w:t>
            </w:r>
          </w:p>
          <w:p w14:paraId="5BA05A88" w14:textId="77777777" w:rsidR="005B3871" w:rsidRDefault="00000000">
            <w:pPr>
              <w:spacing w:after="30" w:line="245" w:lineRule="auto"/>
            </w:pPr>
            <w:r>
              <w:rPr>
                <w:color w:val="D95BC6"/>
                <w:sz w:val="16"/>
              </w:rPr>
              <w:t>začetna strategija, razvrstitev, model, risba, gib ali ustni odgovor</w:t>
            </w:r>
          </w:p>
        </w:tc>
      </w:tr>
    </w:tbl>
    <w:p w14:paraId="60430489"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20D17C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611F6E1"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A38D9EB" w14:textId="77777777" w:rsidR="005B3871" w:rsidRDefault="00000000">
            <w:pPr>
              <w:jc w:val="center"/>
            </w:pPr>
            <w:r>
              <w:rPr>
                <w:b/>
                <w:color w:val="000000"/>
                <w:sz w:val="20"/>
              </w:rPr>
              <w:t>UČNE DEJAVNOSTI, METODE IN FORMATIVNO SPREMLJANJE</w:t>
            </w:r>
          </w:p>
        </w:tc>
      </w:tr>
      <w:tr w:rsidR="005B3871" w14:paraId="74BE8305" w14:textId="77777777">
        <w:trPr>
          <w:tblHeader/>
          <w:jc w:val="center"/>
        </w:trPr>
        <w:tc>
          <w:tcPr>
            <w:tcW w:w="4422" w:type="dxa"/>
            <w:vMerge/>
            <w:tcMar>
              <w:top w:w="70" w:type="dxa"/>
              <w:left w:w="90" w:type="dxa"/>
              <w:bottom w:w="70" w:type="dxa"/>
              <w:right w:w="90" w:type="dxa"/>
            </w:tcMar>
            <w:vAlign w:val="center"/>
          </w:tcPr>
          <w:p w14:paraId="7B5761BF" w14:textId="77777777" w:rsidR="005B3871" w:rsidRDefault="005B3871"/>
        </w:tc>
        <w:tc>
          <w:tcPr>
            <w:tcW w:w="7087" w:type="dxa"/>
            <w:shd w:val="clear" w:color="auto" w:fill="FFFFFF"/>
            <w:tcMar>
              <w:top w:w="70" w:type="dxa"/>
              <w:left w:w="90" w:type="dxa"/>
              <w:bottom w:w="70" w:type="dxa"/>
              <w:right w:w="90" w:type="dxa"/>
            </w:tcMar>
            <w:vAlign w:val="center"/>
          </w:tcPr>
          <w:p w14:paraId="624DDED6"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06A9AB9" w14:textId="77777777" w:rsidR="005B3871" w:rsidRDefault="00000000">
            <w:pPr>
              <w:jc w:val="center"/>
            </w:pPr>
            <w:r>
              <w:rPr>
                <w:b/>
                <w:color w:val="000000"/>
              </w:rPr>
              <w:t>UČENEC</w:t>
            </w:r>
          </w:p>
        </w:tc>
      </w:tr>
      <w:tr w:rsidR="005B3871" w14:paraId="74CEFF8D" w14:textId="77777777">
        <w:trPr>
          <w:jc w:val="center"/>
        </w:trPr>
        <w:tc>
          <w:tcPr>
            <w:tcW w:w="4422" w:type="dxa"/>
            <w:tcMar>
              <w:top w:w="70" w:type="dxa"/>
              <w:left w:w="90" w:type="dxa"/>
              <w:bottom w:w="70" w:type="dxa"/>
              <w:right w:w="90" w:type="dxa"/>
            </w:tcMar>
          </w:tcPr>
          <w:p w14:paraId="4BB55286" w14:textId="77777777" w:rsidR="005B3871" w:rsidRDefault="005B3871"/>
          <w:p w14:paraId="062BB454" w14:textId="77777777" w:rsidR="005B3871" w:rsidRDefault="00000000">
            <w:pPr>
              <w:spacing w:after="40" w:line="245" w:lineRule="auto"/>
            </w:pPr>
            <w:r>
              <w:rPr>
                <w:b/>
                <w:color w:val="000000"/>
              </w:rPr>
              <w:t>KLJUČNI POJMI</w:t>
            </w:r>
          </w:p>
          <w:p w14:paraId="55B19F3B" w14:textId="77777777" w:rsidR="005B3871" w:rsidRDefault="00000000">
            <w:pPr>
              <w:spacing w:after="60" w:line="245" w:lineRule="auto"/>
            </w:pPr>
            <w:r>
              <w:rPr>
                <w:color w:val="000000"/>
                <w:sz w:val="16"/>
              </w:rPr>
              <w:t>zaporedje, člen, pravilo, ponavljanje, jedro vzorca, naslednji člen, napoved</w:t>
            </w:r>
          </w:p>
          <w:p w14:paraId="1A36746D" w14:textId="77777777" w:rsidR="005B3871" w:rsidRDefault="00000000">
            <w:pPr>
              <w:spacing w:after="20" w:line="245" w:lineRule="auto"/>
            </w:pPr>
            <w:r>
              <w:rPr>
                <w:b/>
                <w:color w:val="000000"/>
                <w:sz w:val="17"/>
              </w:rPr>
              <w:t>DOKAZI O UČENJU</w:t>
            </w:r>
          </w:p>
          <w:p w14:paraId="361D32D8" w14:textId="77777777" w:rsidR="005B3871" w:rsidRDefault="00000000">
            <w:pPr>
              <w:pStyle w:val="Oznaenseznam"/>
              <w:spacing w:after="16"/>
            </w:pPr>
            <w:r>
              <w:rPr>
                <w:color w:val="000000"/>
                <w:sz w:val="16"/>
              </w:rPr>
              <w:t>prepoznano pravilo in dopolnjeno zaporedje</w:t>
            </w:r>
          </w:p>
          <w:p w14:paraId="1934599E" w14:textId="77777777" w:rsidR="005B3871" w:rsidRDefault="00000000">
            <w:pPr>
              <w:pStyle w:val="Oznaenseznam"/>
              <w:spacing w:after="16"/>
            </w:pPr>
            <w:r>
              <w:rPr>
                <w:color w:val="000000"/>
                <w:sz w:val="16"/>
              </w:rPr>
              <w:t>pravilno izvedeno gibalno zaporedje</w:t>
            </w:r>
          </w:p>
          <w:p w14:paraId="085ED160" w14:textId="77777777" w:rsidR="005B3871" w:rsidRDefault="00000000">
            <w:pPr>
              <w:pStyle w:val="Oznaenseznam"/>
              <w:spacing w:after="16"/>
            </w:pPr>
            <w:r>
              <w:rPr>
                <w:color w:val="000000"/>
                <w:sz w:val="16"/>
              </w:rPr>
              <w:t>samostojno ustvarjen in pojasnjen vzorec</w:t>
            </w:r>
          </w:p>
          <w:p w14:paraId="38931496" w14:textId="77777777" w:rsidR="005B3871" w:rsidRDefault="00000000">
            <w:pPr>
              <w:spacing w:before="40" w:after="20" w:line="245" w:lineRule="auto"/>
            </w:pPr>
            <w:r>
              <w:rPr>
                <w:b/>
                <w:color w:val="000000"/>
                <w:sz w:val="17"/>
              </w:rPr>
              <w:t>MEDPREDMETNA POVEZAVA</w:t>
            </w:r>
          </w:p>
          <w:p w14:paraId="7D89879E" w14:textId="77777777" w:rsidR="005B3871" w:rsidRDefault="00000000">
            <w:pPr>
              <w:spacing w:after="60" w:line="245" w:lineRule="auto"/>
            </w:pPr>
            <w:r>
              <w:rPr>
                <w:color w:val="000000"/>
                <w:sz w:val="16"/>
              </w:rPr>
              <w:t>SLJ – ubeseditev pravila; SPO – čebele in cvetovi; GUM – ritmični vzorec; ŠPO – gibalno zaporedje; LUM – barvni vzorec</w:t>
            </w:r>
          </w:p>
          <w:p w14:paraId="2024C365" w14:textId="77777777" w:rsidR="005B3871" w:rsidRDefault="00000000">
            <w:pPr>
              <w:spacing w:after="20" w:line="245" w:lineRule="auto"/>
            </w:pPr>
            <w:r>
              <w:rPr>
                <w:b/>
                <w:color w:val="000000"/>
                <w:sz w:val="17"/>
              </w:rPr>
              <w:t>POUČEVANJE V GIBANJU</w:t>
            </w:r>
          </w:p>
          <w:p w14:paraId="3D68AB12"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73779FE9" w14:textId="77777777" w:rsidR="005B3871" w:rsidRDefault="00000000">
            <w:pPr>
              <w:spacing w:after="20" w:line="245" w:lineRule="auto"/>
            </w:pPr>
            <w:r>
              <w:rPr>
                <w:b/>
                <w:color w:val="000000"/>
                <w:sz w:val="17"/>
              </w:rPr>
              <w:t>DELO PO POSTAJAH</w:t>
            </w:r>
          </w:p>
          <w:p w14:paraId="4F3EADB2" w14:textId="77777777" w:rsidR="005B3871" w:rsidRDefault="00000000">
            <w:pPr>
              <w:spacing w:after="60" w:line="245" w:lineRule="auto"/>
            </w:pPr>
            <w:r>
              <w:rPr>
                <w:color w:val="000000"/>
                <w:sz w:val="15"/>
              </w:rPr>
              <w:t>Načrtovana rotacija: konkretno-izkušenjska – Poišči jedro vzorca; gibalna/sodelovalna – Čebelji gibalni ritem; slikovno-simbolna – Ustvari in prevedi. Pri pisnem ocenjevanju se postaje izvedejo v pripravi, analizi in ponovnem učenju.</w:t>
            </w:r>
          </w:p>
          <w:p w14:paraId="329A6FD7" w14:textId="77777777" w:rsidR="005B3871" w:rsidRDefault="00000000">
            <w:pPr>
              <w:spacing w:after="20" w:line="245" w:lineRule="auto"/>
            </w:pPr>
            <w:r>
              <w:rPr>
                <w:b/>
                <w:color w:val="000000"/>
                <w:sz w:val="17"/>
              </w:rPr>
              <w:t>DIFERENCIACIJA IN VKLJUČEVANJE</w:t>
            </w:r>
          </w:p>
          <w:p w14:paraId="69C14D57"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37C0F253" w14:textId="77777777" w:rsidR="005B3871" w:rsidRDefault="00000000">
            <w:pPr>
              <w:spacing w:after="20" w:line="245" w:lineRule="auto"/>
            </w:pPr>
            <w:r>
              <w:rPr>
                <w:b/>
                <w:color w:val="000000"/>
                <w:sz w:val="17"/>
              </w:rPr>
              <w:t>SPREMLJANJE</w:t>
            </w:r>
          </w:p>
          <w:p w14:paraId="001D2D54"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7A609474"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42FDBE7" w14:textId="77777777">
              <w:trPr>
                <w:jc w:val="center"/>
              </w:trPr>
              <w:tc>
                <w:tcPr>
                  <w:tcW w:w="7087" w:type="dxa"/>
                  <w:shd w:val="clear" w:color="auto" w:fill="C6E7F3"/>
                  <w:tcMar>
                    <w:top w:w="45" w:type="dxa"/>
                    <w:left w:w="70" w:type="dxa"/>
                    <w:bottom w:w="45" w:type="dxa"/>
                    <w:right w:w="70" w:type="dxa"/>
                  </w:tcMar>
                </w:tcPr>
                <w:p w14:paraId="662C1509" w14:textId="77777777" w:rsidR="005B3871" w:rsidRDefault="00000000">
                  <w:pPr>
                    <w:keepNext/>
                  </w:pPr>
                  <w:r>
                    <w:rPr>
                      <w:b/>
                      <w:color w:val="000000"/>
                    </w:rPr>
                    <w:t>GLAVNI DEL – IZKUŠENJSKO IN PROBLEMSKO UČENJE (3 šolske ure)</w:t>
                  </w:r>
                </w:p>
              </w:tc>
            </w:tr>
          </w:tbl>
          <w:p w14:paraId="7B13FA64" w14:textId="77777777" w:rsidR="005B3871" w:rsidRDefault="005B3871">
            <w:pPr>
              <w:spacing w:line="20" w:lineRule="exact"/>
            </w:pPr>
          </w:p>
          <w:p w14:paraId="4879C77D" w14:textId="77777777" w:rsidR="005B3871" w:rsidRDefault="00000000">
            <w:pPr>
              <w:keepNext/>
              <w:spacing w:before="40" w:after="10" w:line="245" w:lineRule="auto"/>
            </w:pPr>
            <w:r>
              <w:rPr>
                <w:b/>
                <w:color w:val="000000"/>
                <w:sz w:val="17"/>
              </w:rPr>
              <w:t>1. URA – Poišči jedro vzorca</w:t>
            </w:r>
          </w:p>
          <w:p w14:paraId="02E6D550" w14:textId="77777777" w:rsidR="005B3871" w:rsidRDefault="00000000">
            <w:pPr>
              <w:spacing w:after="14" w:line="245" w:lineRule="auto"/>
            </w:pPr>
            <w:r>
              <w:rPr>
                <w:b/>
                <w:color w:val="000000"/>
                <w:sz w:val="16"/>
              </w:rPr>
              <w:t xml:space="preserve">Dejavnost učiteljice: </w:t>
            </w:r>
            <w:r>
              <w:rPr>
                <w:color w:val="000000"/>
                <w:sz w:val="16"/>
              </w:rPr>
              <w:t>Ponudi zaporedja AB, AAB in ABB ter s prekrivanjem poudari ponavljajoči se del.</w:t>
            </w:r>
          </w:p>
          <w:p w14:paraId="6C921BCD" w14:textId="77777777" w:rsidR="005B3871" w:rsidRDefault="00000000">
            <w:pPr>
              <w:spacing w:after="14" w:line="245" w:lineRule="auto"/>
            </w:pPr>
            <w:r>
              <w:rPr>
                <w:b/>
                <w:color w:val="000000"/>
                <w:sz w:val="16"/>
              </w:rPr>
              <w:t xml:space="preserve">Dejavnost učencev: </w:t>
            </w:r>
            <w:r>
              <w:rPr>
                <w:color w:val="000000"/>
                <w:sz w:val="16"/>
              </w:rPr>
              <w:t>Označijo del, ki se ponavlja, dopolnijo manjkajoči člen in povedo pravilo.</w:t>
            </w:r>
          </w:p>
          <w:p w14:paraId="3C417B17" w14:textId="77777777" w:rsidR="005B3871" w:rsidRDefault="00000000">
            <w:pPr>
              <w:spacing w:after="24" w:line="245" w:lineRule="auto"/>
            </w:pPr>
            <w:r>
              <w:rPr>
                <w:i/>
                <w:color w:val="D95BC6"/>
                <w:sz w:val="16"/>
              </w:rPr>
              <w:t>Predvideni dokaz: prepoznano pravilo in dopolnjeno zaporedje.</w:t>
            </w:r>
          </w:p>
          <w:p w14:paraId="371BF640" w14:textId="77777777" w:rsidR="005B3871" w:rsidRDefault="00000000">
            <w:pPr>
              <w:keepNext/>
              <w:spacing w:before="40" w:after="10" w:line="245" w:lineRule="auto"/>
            </w:pPr>
            <w:r>
              <w:rPr>
                <w:b/>
                <w:color w:val="000000"/>
                <w:sz w:val="17"/>
              </w:rPr>
              <w:t>2. URA – Čebelji gibalni ritem</w:t>
            </w:r>
          </w:p>
          <w:p w14:paraId="46C2C75F" w14:textId="77777777" w:rsidR="005B3871" w:rsidRDefault="00000000">
            <w:pPr>
              <w:spacing w:after="14" w:line="245" w:lineRule="auto"/>
            </w:pPr>
            <w:r>
              <w:rPr>
                <w:b/>
                <w:color w:val="000000"/>
                <w:sz w:val="16"/>
              </w:rPr>
              <w:t xml:space="preserve">Dejavnost učiteljice: </w:t>
            </w:r>
            <w:r>
              <w:rPr>
                <w:color w:val="000000"/>
                <w:sz w:val="16"/>
              </w:rPr>
              <w:t>Izvede gibalno-zvočni vzorec in postopno umika svojo podporo.</w:t>
            </w:r>
          </w:p>
          <w:p w14:paraId="39676459" w14:textId="77777777" w:rsidR="005B3871" w:rsidRDefault="00000000">
            <w:pPr>
              <w:spacing w:after="14" w:line="245" w:lineRule="auto"/>
            </w:pPr>
            <w:r>
              <w:rPr>
                <w:b/>
                <w:color w:val="000000"/>
                <w:sz w:val="16"/>
              </w:rPr>
              <w:t xml:space="preserve">Dejavnost učencev: </w:t>
            </w:r>
            <w:r>
              <w:rPr>
                <w:color w:val="000000"/>
                <w:sz w:val="16"/>
              </w:rPr>
              <w:t>Nadaljujejo vzorec z gibi in zvoki ter napovejo naslednji člen.</w:t>
            </w:r>
          </w:p>
          <w:p w14:paraId="4E818632" w14:textId="77777777" w:rsidR="005B3871" w:rsidRDefault="00000000">
            <w:pPr>
              <w:spacing w:after="24" w:line="245" w:lineRule="auto"/>
            </w:pPr>
            <w:r>
              <w:rPr>
                <w:i/>
                <w:color w:val="D95BC6"/>
                <w:sz w:val="16"/>
              </w:rPr>
              <w:t>Predvideni dokaz: pravilno izvedeno gibalno zaporedje.</w:t>
            </w:r>
          </w:p>
          <w:p w14:paraId="5A05FA2A" w14:textId="77777777" w:rsidR="005B3871" w:rsidRDefault="00000000">
            <w:pPr>
              <w:keepNext/>
              <w:spacing w:before="40" w:after="10" w:line="245" w:lineRule="auto"/>
            </w:pPr>
            <w:r>
              <w:rPr>
                <w:b/>
                <w:color w:val="000000"/>
                <w:sz w:val="17"/>
              </w:rPr>
              <w:t>3. URA – Ustvari in prevedi</w:t>
            </w:r>
          </w:p>
          <w:p w14:paraId="325AFA78" w14:textId="77777777" w:rsidR="005B3871" w:rsidRDefault="00000000">
            <w:pPr>
              <w:spacing w:after="14" w:line="245" w:lineRule="auto"/>
            </w:pPr>
            <w:r>
              <w:rPr>
                <w:b/>
                <w:color w:val="000000"/>
                <w:sz w:val="16"/>
              </w:rPr>
              <w:t xml:space="preserve">Dejavnost učiteljice: </w:t>
            </w:r>
            <w:r>
              <w:rPr>
                <w:color w:val="000000"/>
                <w:sz w:val="16"/>
              </w:rPr>
              <w:t>Skupinam ponudi različne materiale ter zahteva prenos istega pravila v nov medij.</w:t>
            </w:r>
          </w:p>
          <w:p w14:paraId="6747A5EF" w14:textId="77777777" w:rsidR="005B3871" w:rsidRDefault="00000000">
            <w:pPr>
              <w:spacing w:after="14" w:line="245" w:lineRule="auto"/>
            </w:pPr>
            <w:r>
              <w:rPr>
                <w:b/>
                <w:color w:val="000000"/>
                <w:sz w:val="16"/>
              </w:rPr>
              <w:t xml:space="preserve">Dejavnost učencev: </w:t>
            </w:r>
            <w:r>
              <w:rPr>
                <w:color w:val="000000"/>
                <w:sz w:val="16"/>
              </w:rPr>
              <w:t>Ustvarijo svoj vzorec, ga zamenjajo s parom in pravilo prikažejo še z risbo ali gibi.</w:t>
            </w:r>
          </w:p>
          <w:p w14:paraId="42B5A195" w14:textId="77777777" w:rsidR="005B3871" w:rsidRDefault="00000000">
            <w:pPr>
              <w:spacing w:after="24" w:line="245" w:lineRule="auto"/>
            </w:pPr>
            <w:r>
              <w:rPr>
                <w:i/>
                <w:color w:val="D95BC6"/>
                <w:sz w:val="16"/>
              </w:rPr>
              <w:t>Predvideni dokaz: samostojno ustvarjen in pojasnjen vzorec.</w:t>
            </w:r>
          </w:p>
          <w:tbl>
            <w:tblPr>
              <w:tblStyle w:val="Tabelamrea"/>
              <w:tblW w:w="0" w:type="auto"/>
              <w:jc w:val="center"/>
              <w:tblLayout w:type="fixed"/>
              <w:tblLook w:val="04A0" w:firstRow="1" w:lastRow="0" w:firstColumn="1" w:lastColumn="0" w:noHBand="0" w:noVBand="1"/>
            </w:tblPr>
            <w:tblGrid>
              <w:gridCol w:w="7087"/>
            </w:tblGrid>
            <w:tr w:rsidR="005B3871" w14:paraId="47E8F4B6" w14:textId="77777777">
              <w:trPr>
                <w:jc w:val="center"/>
              </w:trPr>
              <w:tc>
                <w:tcPr>
                  <w:tcW w:w="7087" w:type="dxa"/>
                  <w:shd w:val="clear" w:color="auto" w:fill="EDC9EA"/>
                  <w:tcMar>
                    <w:top w:w="45" w:type="dxa"/>
                    <w:left w:w="70" w:type="dxa"/>
                    <w:bottom w:w="45" w:type="dxa"/>
                    <w:right w:w="70" w:type="dxa"/>
                  </w:tcMar>
                </w:tcPr>
                <w:p w14:paraId="4D04B036" w14:textId="77777777" w:rsidR="005B3871" w:rsidRDefault="00000000">
                  <w:pPr>
                    <w:keepNext/>
                  </w:pPr>
                  <w:r>
                    <w:rPr>
                      <w:b/>
                      <w:color w:val="000000"/>
                    </w:rPr>
                    <w:t>POVRATNA INFORMACIJA UČITELJICE MED DELOM</w:t>
                  </w:r>
                </w:p>
              </w:tc>
            </w:tr>
          </w:tbl>
          <w:p w14:paraId="4F00D5F0" w14:textId="77777777" w:rsidR="005B3871" w:rsidRDefault="005B3871"/>
          <w:p w14:paraId="6E1C40A3"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4CE88EFF" w14:textId="77777777" w:rsidR="005B3871" w:rsidRDefault="005B3871"/>
          <w:p w14:paraId="10C2A821" w14:textId="77777777" w:rsidR="005B3871" w:rsidRDefault="00000000">
            <w:pPr>
              <w:spacing w:after="10" w:line="245" w:lineRule="auto"/>
            </w:pPr>
            <w:r>
              <w:rPr>
                <w:b/>
                <w:color w:val="000000"/>
                <w:sz w:val="16"/>
              </w:rPr>
              <w:t>1. URA</w:t>
            </w:r>
          </w:p>
          <w:p w14:paraId="16B8A526" w14:textId="77777777" w:rsidR="005B3871" w:rsidRDefault="00000000">
            <w:pPr>
              <w:spacing w:after="30" w:line="245" w:lineRule="auto"/>
            </w:pPr>
            <w:r>
              <w:rPr>
                <w:color w:val="000000"/>
                <w:sz w:val="16"/>
              </w:rPr>
              <w:t>Označijo del, ki se ponavlja, dopolnijo manjkajoči člen in povedo pravilo.</w:t>
            </w:r>
          </w:p>
          <w:p w14:paraId="44A46E42" w14:textId="77777777" w:rsidR="005B3871" w:rsidRDefault="00000000">
            <w:pPr>
              <w:spacing w:line="245" w:lineRule="auto"/>
            </w:pPr>
            <w:r>
              <w:rPr>
                <w:b/>
                <w:color w:val="D95BC6"/>
                <w:sz w:val="16"/>
              </w:rPr>
              <w:t>DOKAZ</w:t>
            </w:r>
          </w:p>
          <w:p w14:paraId="7326B071" w14:textId="77777777" w:rsidR="005B3871" w:rsidRDefault="00000000">
            <w:pPr>
              <w:spacing w:after="40" w:line="245" w:lineRule="auto"/>
            </w:pPr>
            <w:r>
              <w:rPr>
                <w:color w:val="D95BC6"/>
                <w:sz w:val="15"/>
              </w:rPr>
              <w:t>prepoznano pravilo in dopolnjeno zaporedje</w:t>
            </w:r>
          </w:p>
          <w:p w14:paraId="2E4BD06B" w14:textId="77777777" w:rsidR="005B3871" w:rsidRDefault="00000000">
            <w:pPr>
              <w:spacing w:after="10" w:line="245" w:lineRule="auto"/>
            </w:pPr>
            <w:r>
              <w:rPr>
                <w:b/>
                <w:color w:val="000000"/>
                <w:sz w:val="16"/>
              </w:rPr>
              <w:t>2. URA</w:t>
            </w:r>
          </w:p>
          <w:p w14:paraId="2D876BF8" w14:textId="77777777" w:rsidR="005B3871" w:rsidRDefault="00000000">
            <w:pPr>
              <w:spacing w:after="30" w:line="245" w:lineRule="auto"/>
            </w:pPr>
            <w:r>
              <w:rPr>
                <w:color w:val="000000"/>
                <w:sz w:val="16"/>
              </w:rPr>
              <w:t>Nadaljujejo vzorec z gibi in zvoki ter napovejo naslednji člen.</w:t>
            </w:r>
          </w:p>
          <w:p w14:paraId="3F45CD6E" w14:textId="77777777" w:rsidR="005B3871" w:rsidRDefault="00000000">
            <w:pPr>
              <w:spacing w:line="245" w:lineRule="auto"/>
            </w:pPr>
            <w:r>
              <w:rPr>
                <w:b/>
                <w:color w:val="D95BC6"/>
                <w:sz w:val="16"/>
              </w:rPr>
              <w:t>DOKAZ</w:t>
            </w:r>
          </w:p>
          <w:p w14:paraId="73E6C19C" w14:textId="77777777" w:rsidR="005B3871" w:rsidRDefault="00000000">
            <w:pPr>
              <w:spacing w:after="40" w:line="245" w:lineRule="auto"/>
            </w:pPr>
            <w:r>
              <w:rPr>
                <w:color w:val="D95BC6"/>
                <w:sz w:val="15"/>
              </w:rPr>
              <w:t>pravilno izvedeno gibalno zaporedje</w:t>
            </w:r>
          </w:p>
          <w:p w14:paraId="769E76E7" w14:textId="77777777" w:rsidR="005B3871" w:rsidRDefault="00000000">
            <w:pPr>
              <w:spacing w:after="10" w:line="245" w:lineRule="auto"/>
            </w:pPr>
            <w:r>
              <w:rPr>
                <w:b/>
                <w:color w:val="000000"/>
                <w:sz w:val="16"/>
              </w:rPr>
              <w:t>3. URA</w:t>
            </w:r>
          </w:p>
          <w:p w14:paraId="3844783A" w14:textId="77777777" w:rsidR="005B3871" w:rsidRDefault="00000000">
            <w:pPr>
              <w:spacing w:after="30" w:line="245" w:lineRule="auto"/>
            </w:pPr>
            <w:r>
              <w:rPr>
                <w:color w:val="000000"/>
                <w:sz w:val="16"/>
              </w:rPr>
              <w:t>Ustvarijo svoj vzorec, ga zamenjajo s parom in pravilo prikažejo še z risbo ali gibi.</w:t>
            </w:r>
          </w:p>
          <w:p w14:paraId="35C509BC" w14:textId="77777777" w:rsidR="005B3871" w:rsidRDefault="00000000">
            <w:pPr>
              <w:spacing w:line="245" w:lineRule="auto"/>
            </w:pPr>
            <w:r>
              <w:rPr>
                <w:b/>
                <w:color w:val="D95BC6"/>
                <w:sz w:val="16"/>
              </w:rPr>
              <w:t>DOKAZ</w:t>
            </w:r>
          </w:p>
          <w:p w14:paraId="631341C5" w14:textId="77777777" w:rsidR="005B3871" w:rsidRDefault="00000000">
            <w:pPr>
              <w:spacing w:after="40" w:line="245" w:lineRule="auto"/>
            </w:pPr>
            <w:r>
              <w:rPr>
                <w:color w:val="D95BC6"/>
                <w:sz w:val="15"/>
              </w:rPr>
              <w:t>samostojno ustvarjen in pojasnjen vzorec</w:t>
            </w:r>
          </w:p>
        </w:tc>
      </w:tr>
    </w:tbl>
    <w:p w14:paraId="442EAE0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C418D1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DD6E1F0"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7A69226" w14:textId="77777777" w:rsidR="005B3871" w:rsidRDefault="00000000">
            <w:pPr>
              <w:jc w:val="center"/>
            </w:pPr>
            <w:r>
              <w:rPr>
                <w:b/>
                <w:color w:val="000000"/>
                <w:sz w:val="20"/>
              </w:rPr>
              <w:t>UČNE DEJAVNOSTI, METODE IN FORMATIVNO SPREMLJANJE</w:t>
            </w:r>
          </w:p>
        </w:tc>
      </w:tr>
      <w:tr w:rsidR="005B3871" w14:paraId="6094F57D" w14:textId="77777777">
        <w:trPr>
          <w:tblHeader/>
          <w:jc w:val="center"/>
        </w:trPr>
        <w:tc>
          <w:tcPr>
            <w:tcW w:w="4422" w:type="dxa"/>
            <w:vMerge/>
            <w:tcMar>
              <w:top w:w="70" w:type="dxa"/>
              <w:left w:w="90" w:type="dxa"/>
              <w:bottom w:w="70" w:type="dxa"/>
              <w:right w:w="90" w:type="dxa"/>
            </w:tcMar>
            <w:vAlign w:val="center"/>
          </w:tcPr>
          <w:p w14:paraId="59CEFB5B" w14:textId="77777777" w:rsidR="005B3871" w:rsidRDefault="005B3871"/>
        </w:tc>
        <w:tc>
          <w:tcPr>
            <w:tcW w:w="7087" w:type="dxa"/>
            <w:shd w:val="clear" w:color="auto" w:fill="FFFFFF"/>
            <w:tcMar>
              <w:top w:w="70" w:type="dxa"/>
              <w:left w:w="90" w:type="dxa"/>
              <w:bottom w:w="70" w:type="dxa"/>
              <w:right w:w="90" w:type="dxa"/>
            </w:tcMar>
            <w:vAlign w:val="center"/>
          </w:tcPr>
          <w:p w14:paraId="748DB4E3"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B6158B4" w14:textId="77777777" w:rsidR="005B3871" w:rsidRDefault="00000000">
            <w:pPr>
              <w:jc w:val="center"/>
            </w:pPr>
            <w:r>
              <w:rPr>
                <w:b/>
                <w:color w:val="000000"/>
              </w:rPr>
              <w:t>UČENEC</w:t>
            </w:r>
          </w:p>
        </w:tc>
      </w:tr>
      <w:tr w:rsidR="005B3871" w14:paraId="3B54D101" w14:textId="77777777">
        <w:trPr>
          <w:jc w:val="center"/>
        </w:trPr>
        <w:tc>
          <w:tcPr>
            <w:tcW w:w="4422" w:type="dxa"/>
            <w:tcMar>
              <w:top w:w="70" w:type="dxa"/>
              <w:left w:w="90" w:type="dxa"/>
              <w:bottom w:w="70" w:type="dxa"/>
              <w:right w:w="90" w:type="dxa"/>
            </w:tcMar>
          </w:tcPr>
          <w:p w14:paraId="4D9A9F3D" w14:textId="77777777" w:rsidR="005B3871" w:rsidRDefault="005B3871"/>
          <w:p w14:paraId="3FDBD767" w14:textId="77777777" w:rsidR="005B3871" w:rsidRDefault="00000000">
            <w:pPr>
              <w:spacing w:after="40" w:line="245" w:lineRule="auto"/>
            </w:pPr>
            <w:r>
              <w:rPr>
                <w:b/>
                <w:color w:val="000000"/>
              </w:rPr>
              <w:t>FORMATIVNO SPREMLJANJE</w:t>
            </w:r>
          </w:p>
          <w:p w14:paraId="6FE36800" w14:textId="77777777" w:rsidR="005B3871" w:rsidRDefault="00000000">
            <w:pPr>
              <w:pStyle w:val="Oznaenseznam"/>
              <w:spacing w:after="16"/>
            </w:pPr>
            <w:r>
              <w:rPr>
                <w:color w:val="000000"/>
                <w:sz w:val="16"/>
              </w:rPr>
              <w:t>predznanje: začetna strategija, ocena, razvrstitev, model ali risba</w:t>
            </w:r>
          </w:p>
          <w:p w14:paraId="0219C330" w14:textId="77777777" w:rsidR="005B3871" w:rsidRDefault="00000000">
            <w:pPr>
              <w:pStyle w:val="Oznaenseznam"/>
              <w:spacing w:after="16"/>
            </w:pPr>
            <w:r>
              <w:rPr>
                <w:color w:val="000000"/>
                <w:sz w:val="16"/>
              </w:rPr>
              <w:t>dokazi med učenjem: konkretni, gibalni, slikovni in simbolni prikaz ter razlaga postopka</w:t>
            </w:r>
          </w:p>
          <w:p w14:paraId="3161AD3A" w14:textId="77777777" w:rsidR="005B3871" w:rsidRDefault="00000000">
            <w:pPr>
              <w:pStyle w:val="Oznaenseznam"/>
              <w:spacing w:after="16"/>
            </w:pPr>
            <w:r>
              <w:rPr>
                <w:color w:val="000000"/>
                <w:sz w:val="16"/>
              </w:rPr>
              <w:t>povratna informacija: konkretna, vezana na kriterij in usmerjena v preverjanje ali naslednji korak</w:t>
            </w:r>
          </w:p>
          <w:p w14:paraId="0B3F6B09" w14:textId="77777777" w:rsidR="005B3871" w:rsidRDefault="00000000">
            <w:pPr>
              <w:pStyle w:val="Oznaenseznam"/>
              <w:spacing w:after="16"/>
            </w:pPr>
            <w:r>
              <w:rPr>
                <w:color w:val="000000"/>
                <w:sz w:val="16"/>
              </w:rPr>
              <w:t>samovrednotenje: semafor, lestvica samostojnosti, izbrani dokaz ali kratka poved</w:t>
            </w:r>
          </w:p>
          <w:p w14:paraId="1AF9DE09" w14:textId="77777777" w:rsidR="005B3871" w:rsidRDefault="00000000">
            <w:pPr>
              <w:spacing w:before="40" w:after="20" w:line="245" w:lineRule="auto"/>
            </w:pPr>
            <w:r>
              <w:rPr>
                <w:b/>
                <w:color w:val="000000"/>
                <w:sz w:val="17"/>
              </w:rPr>
              <w:t>VARNOST IN ODGOVORNOST</w:t>
            </w:r>
          </w:p>
          <w:p w14:paraId="7EC7C7B9"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5145F6D9" w14:textId="77777777" w:rsidR="005B3871" w:rsidRDefault="00000000">
            <w:pPr>
              <w:spacing w:after="20" w:line="245" w:lineRule="auto"/>
            </w:pPr>
            <w:r>
              <w:rPr>
                <w:b/>
                <w:color w:val="000000"/>
                <w:sz w:val="17"/>
              </w:rPr>
              <w:t>EVIDENCA PO IZVEDBI</w:t>
            </w:r>
          </w:p>
          <w:p w14:paraId="041BB961"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36A369D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6C4820A" w14:textId="77777777">
              <w:trPr>
                <w:jc w:val="center"/>
              </w:trPr>
              <w:tc>
                <w:tcPr>
                  <w:tcW w:w="7087" w:type="dxa"/>
                  <w:shd w:val="clear" w:color="auto" w:fill="EDC9EA"/>
                  <w:tcMar>
                    <w:top w:w="45" w:type="dxa"/>
                    <w:left w:w="70" w:type="dxa"/>
                    <w:bottom w:w="45" w:type="dxa"/>
                    <w:right w:w="70" w:type="dxa"/>
                  </w:tcMar>
                </w:tcPr>
                <w:p w14:paraId="362078BC" w14:textId="77777777" w:rsidR="005B3871" w:rsidRDefault="00000000">
                  <w:pPr>
                    <w:keepNext/>
                  </w:pPr>
                  <w:r>
                    <w:rPr>
                      <w:b/>
                      <w:color w:val="000000"/>
                    </w:rPr>
                    <w:t>VPRAŠANJA V PODPORO MATEMATIČNEMU UČENJU</w:t>
                  </w:r>
                </w:p>
              </w:tc>
            </w:tr>
          </w:tbl>
          <w:p w14:paraId="0BBD86E3" w14:textId="77777777" w:rsidR="005B3871" w:rsidRDefault="005B3871">
            <w:pPr>
              <w:spacing w:line="20" w:lineRule="exact"/>
            </w:pPr>
          </w:p>
          <w:p w14:paraId="00EC705C" w14:textId="77777777" w:rsidR="005B3871" w:rsidRDefault="00000000">
            <w:pPr>
              <w:pStyle w:val="Oznaenseznam"/>
              <w:spacing w:after="16"/>
            </w:pPr>
            <w:r>
              <w:rPr>
                <w:color w:val="000000"/>
                <w:sz w:val="16"/>
              </w:rPr>
              <w:t>Kaj v tvojem modelu, risbi ali zapisu predstavlja posamezni del naloge?</w:t>
            </w:r>
          </w:p>
          <w:p w14:paraId="099F2E40" w14:textId="77777777" w:rsidR="005B3871" w:rsidRDefault="00000000">
            <w:pPr>
              <w:pStyle w:val="Oznaenseznam"/>
              <w:spacing w:after="16"/>
            </w:pPr>
            <w:r>
              <w:rPr>
                <w:color w:val="000000"/>
                <w:sz w:val="16"/>
              </w:rPr>
              <w:t>Kako si prišel/-la do rešitve in kako veš, da je smiselna?</w:t>
            </w:r>
          </w:p>
          <w:p w14:paraId="3ABE02E7" w14:textId="77777777" w:rsidR="005B3871" w:rsidRDefault="00000000">
            <w:pPr>
              <w:pStyle w:val="Oznaenseznam"/>
              <w:spacing w:after="16"/>
            </w:pPr>
            <w:r>
              <w:rPr>
                <w:color w:val="000000"/>
                <w:sz w:val="16"/>
              </w:rPr>
              <w:t>Ali lahko isto pokažeš še s predmetom, gibanjem, risbo ali drugim zapisom?</w:t>
            </w:r>
          </w:p>
          <w:p w14:paraId="268218FF" w14:textId="77777777" w:rsidR="005B3871" w:rsidRDefault="00000000">
            <w:pPr>
              <w:pStyle w:val="Oznaenseznam"/>
              <w:spacing w:after="16"/>
            </w:pPr>
            <w:r>
              <w:rPr>
                <w:color w:val="000000"/>
                <w:sz w:val="16"/>
              </w:rPr>
              <w:t>Kje bi se lahko zmotil/-a in kako boš rešitev preveril/-a?</w:t>
            </w:r>
          </w:p>
          <w:p w14:paraId="6805ABED"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1D9B6E53" w14:textId="77777777">
              <w:trPr>
                <w:jc w:val="center"/>
              </w:trPr>
              <w:tc>
                <w:tcPr>
                  <w:tcW w:w="7087" w:type="dxa"/>
                  <w:shd w:val="clear" w:color="auto" w:fill="C6E7F3"/>
                  <w:tcMar>
                    <w:top w:w="45" w:type="dxa"/>
                    <w:left w:w="70" w:type="dxa"/>
                    <w:bottom w:w="45" w:type="dxa"/>
                    <w:right w:w="70" w:type="dxa"/>
                  </w:tcMar>
                </w:tcPr>
                <w:p w14:paraId="3CA19344" w14:textId="77777777" w:rsidR="005B3871" w:rsidRDefault="00000000">
                  <w:pPr>
                    <w:keepNext/>
                  </w:pPr>
                  <w:r>
                    <w:rPr>
                      <w:b/>
                      <w:color w:val="000000"/>
                    </w:rPr>
                    <w:t>ZAKLJUČNI DEL – UTRJEVANJE IN REFLEKSIJA (10–15 min)</w:t>
                  </w:r>
                </w:p>
              </w:tc>
            </w:tr>
          </w:tbl>
          <w:p w14:paraId="6EE418BA" w14:textId="77777777" w:rsidR="005B3871" w:rsidRDefault="005B3871">
            <w:pPr>
              <w:spacing w:line="20" w:lineRule="exact"/>
            </w:pPr>
          </w:p>
          <w:p w14:paraId="3F9588B6"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38CC810E" w14:textId="77777777">
              <w:trPr>
                <w:jc w:val="center"/>
              </w:trPr>
              <w:tc>
                <w:tcPr>
                  <w:tcW w:w="7087" w:type="dxa"/>
                  <w:shd w:val="clear" w:color="auto" w:fill="EDC9EA"/>
                  <w:tcMar>
                    <w:top w:w="45" w:type="dxa"/>
                    <w:left w:w="70" w:type="dxa"/>
                    <w:bottom w:w="45" w:type="dxa"/>
                    <w:right w:w="70" w:type="dxa"/>
                  </w:tcMar>
                </w:tcPr>
                <w:p w14:paraId="66AA92BE" w14:textId="77777777" w:rsidR="005B3871" w:rsidRDefault="00000000">
                  <w:pPr>
                    <w:keepNext/>
                  </w:pPr>
                  <w:r>
                    <w:rPr>
                      <w:b/>
                      <w:color w:val="000000"/>
                    </w:rPr>
                    <w:t>SAMOVREDNOTENJE</w:t>
                  </w:r>
                </w:p>
              </w:tc>
            </w:tr>
          </w:tbl>
          <w:p w14:paraId="187FBD7F" w14:textId="77777777" w:rsidR="005B3871" w:rsidRDefault="005B3871">
            <w:pPr>
              <w:spacing w:line="20" w:lineRule="exact"/>
            </w:pPr>
          </w:p>
          <w:p w14:paraId="77956895"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7C1F616C" w14:textId="77777777">
              <w:trPr>
                <w:jc w:val="center"/>
              </w:trPr>
              <w:tc>
                <w:tcPr>
                  <w:tcW w:w="7087" w:type="dxa"/>
                  <w:shd w:val="clear" w:color="auto" w:fill="EDC9EA"/>
                  <w:tcMar>
                    <w:top w:w="45" w:type="dxa"/>
                    <w:left w:w="70" w:type="dxa"/>
                    <w:bottom w:w="45" w:type="dxa"/>
                    <w:right w:w="70" w:type="dxa"/>
                  </w:tcMar>
                </w:tcPr>
                <w:p w14:paraId="39DA05DA" w14:textId="77777777" w:rsidR="005B3871" w:rsidRDefault="00000000">
                  <w:pPr>
                    <w:keepNext/>
                  </w:pPr>
                  <w:r>
                    <w:rPr>
                      <w:b/>
                      <w:color w:val="000000"/>
                    </w:rPr>
                    <w:t>VRSTNIŠKO VREDNOTENJE</w:t>
                  </w:r>
                </w:p>
              </w:tc>
            </w:tr>
          </w:tbl>
          <w:p w14:paraId="5AE95548" w14:textId="77777777" w:rsidR="005B3871" w:rsidRDefault="005B3871">
            <w:pPr>
              <w:spacing w:line="20" w:lineRule="exact"/>
            </w:pPr>
          </w:p>
          <w:p w14:paraId="44799E79"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7B33DEE9" w14:textId="77777777">
              <w:trPr>
                <w:jc w:val="center"/>
              </w:trPr>
              <w:tc>
                <w:tcPr>
                  <w:tcW w:w="7087" w:type="dxa"/>
                  <w:shd w:val="clear" w:color="auto" w:fill="EDC9EA"/>
                  <w:tcMar>
                    <w:top w:w="45" w:type="dxa"/>
                    <w:left w:w="70" w:type="dxa"/>
                    <w:bottom w:w="45" w:type="dxa"/>
                    <w:right w:w="70" w:type="dxa"/>
                  </w:tcMar>
                </w:tcPr>
                <w:p w14:paraId="08C15057" w14:textId="77777777" w:rsidR="005B3871" w:rsidRDefault="00000000">
                  <w:pPr>
                    <w:keepNext/>
                  </w:pPr>
                  <w:r>
                    <w:rPr>
                      <w:b/>
                      <w:color w:val="000000"/>
                    </w:rPr>
                    <w:t>SKUPNI POVZETEK</w:t>
                  </w:r>
                </w:p>
              </w:tc>
            </w:tr>
          </w:tbl>
          <w:p w14:paraId="0FFB9186" w14:textId="77777777" w:rsidR="005B3871" w:rsidRDefault="005B3871"/>
          <w:p w14:paraId="410A8557" w14:textId="77777777" w:rsidR="005B3871" w:rsidRDefault="00000000">
            <w:pPr>
              <w:spacing w:before="20" w:after="40" w:line="245" w:lineRule="auto"/>
            </w:pPr>
            <w:r>
              <w:rPr>
                <w:b/>
                <w:color w:val="000000"/>
                <w:sz w:val="16"/>
              </w:rPr>
              <w:t>Prepoznam pravilo ponavljajočega se zaporedja, ga nadaljujem, napovem člen in ustvarim svoj primer.</w:t>
            </w:r>
          </w:p>
        </w:tc>
        <w:tc>
          <w:tcPr>
            <w:tcW w:w="2551" w:type="dxa"/>
            <w:tcMar>
              <w:top w:w="70" w:type="dxa"/>
              <w:left w:w="90" w:type="dxa"/>
              <w:bottom w:w="70" w:type="dxa"/>
              <w:right w:w="90" w:type="dxa"/>
            </w:tcMar>
          </w:tcPr>
          <w:p w14:paraId="4BAA3545" w14:textId="77777777" w:rsidR="005B3871" w:rsidRDefault="005B3871"/>
          <w:p w14:paraId="5BCA69A9" w14:textId="77777777" w:rsidR="005B3871" w:rsidRDefault="00000000">
            <w:pPr>
              <w:spacing w:after="100" w:line="245" w:lineRule="auto"/>
            </w:pPr>
            <w:r>
              <w:rPr>
                <w:color w:val="000000"/>
                <w:sz w:val="16"/>
              </w:rPr>
              <w:t>Odgovarja na podporna vprašanja in se sklicuje na svoj model, zapis ali izvedbo.</w:t>
            </w:r>
          </w:p>
          <w:p w14:paraId="7F44712D" w14:textId="77777777" w:rsidR="005B3871" w:rsidRDefault="00000000">
            <w:pPr>
              <w:spacing w:after="100" w:line="245" w:lineRule="auto"/>
            </w:pPr>
            <w:r>
              <w:rPr>
                <w:color w:val="000000"/>
                <w:sz w:val="16"/>
              </w:rPr>
              <w:t>Primerja začetno strategijo z novim dokazom ter pojasni, kaj se je naučil/-a.</w:t>
            </w:r>
          </w:p>
          <w:p w14:paraId="7FB6C40E" w14:textId="77777777" w:rsidR="005B3871" w:rsidRDefault="00000000">
            <w:pPr>
              <w:spacing w:after="100" w:line="245" w:lineRule="auto"/>
            </w:pPr>
            <w:r>
              <w:rPr>
                <w:color w:val="000000"/>
                <w:sz w:val="16"/>
              </w:rPr>
              <w:t>Izbere raven samostojnosti in določi naslednji korak.</w:t>
            </w:r>
          </w:p>
          <w:p w14:paraId="218C3EE7" w14:textId="77777777" w:rsidR="005B3871" w:rsidRDefault="00000000">
            <w:pPr>
              <w:spacing w:after="100" w:line="245" w:lineRule="auto"/>
            </w:pPr>
            <w:r>
              <w:rPr>
                <w:color w:val="000000"/>
                <w:sz w:val="16"/>
              </w:rPr>
              <w:t>Sošolcu poda prijazen in konkreten odziv, vezan na kriterij.</w:t>
            </w:r>
          </w:p>
          <w:p w14:paraId="1C55FA76" w14:textId="77777777" w:rsidR="005B3871" w:rsidRDefault="00000000">
            <w:pPr>
              <w:spacing w:after="20" w:line="245" w:lineRule="auto"/>
            </w:pPr>
            <w:r>
              <w:rPr>
                <w:b/>
                <w:color w:val="D95BC6"/>
                <w:sz w:val="17"/>
              </w:rPr>
              <w:t>DOKAZ O UČENJU</w:t>
            </w:r>
          </w:p>
          <w:p w14:paraId="297652D7"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3FE2F778"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099AD9BA" w14:textId="77777777">
        <w:trPr>
          <w:cantSplit/>
          <w:jc w:val="center"/>
        </w:trPr>
        <w:tc>
          <w:tcPr>
            <w:tcW w:w="14060" w:type="dxa"/>
            <w:gridSpan w:val="6"/>
            <w:tcMar>
              <w:top w:w="70" w:type="dxa"/>
              <w:left w:w="90" w:type="dxa"/>
              <w:bottom w:w="70" w:type="dxa"/>
              <w:right w:w="90" w:type="dxa"/>
            </w:tcMar>
            <w:vAlign w:val="center"/>
          </w:tcPr>
          <w:p w14:paraId="013C83D9" w14:textId="77777777" w:rsidR="005B3871" w:rsidRDefault="00000000">
            <w:pPr>
              <w:jc w:val="center"/>
            </w:pPr>
            <w:r>
              <w:rPr>
                <w:b/>
                <w:color w:val="000000"/>
                <w:sz w:val="24"/>
              </w:rPr>
              <w:lastRenderedPageBreak/>
              <w:t>UČNA PRIPRAVA 23/39</w:t>
            </w:r>
          </w:p>
        </w:tc>
      </w:tr>
      <w:tr w:rsidR="005B3871" w14:paraId="24999A63" w14:textId="77777777">
        <w:trPr>
          <w:jc w:val="center"/>
        </w:trPr>
        <w:tc>
          <w:tcPr>
            <w:tcW w:w="2665" w:type="dxa"/>
            <w:tcMar>
              <w:top w:w="70" w:type="dxa"/>
              <w:left w:w="90" w:type="dxa"/>
              <w:bottom w:w="70" w:type="dxa"/>
              <w:right w:w="90" w:type="dxa"/>
            </w:tcMar>
            <w:vAlign w:val="center"/>
          </w:tcPr>
          <w:p w14:paraId="149F6966"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29B2F34"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566EC87A"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30DC5BC" w14:textId="77777777" w:rsidR="005B3871" w:rsidRDefault="00000000">
            <w:r>
              <w:rPr>
                <w:b/>
                <w:color w:val="000000"/>
                <w:sz w:val="16"/>
              </w:rPr>
              <w:t xml:space="preserve">NAČRTOVANI TERMIN: </w:t>
            </w:r>
            <w:r>
              <w:rPr>
                <w:color w:val="000000"/>
                <w:sz w:val="16"/>
              </w:rPr>
              <w:t>23. teden • 15.–19. 2. 2027</w:t>
            </w:r>
          </w:p>
        </w:tc>
        <w:tc>
          <w:tcPr>
            <w:tcW w:w="2268" w:type="dxa"/>
            <w:tcMar>
              <w:top w:w="70" w:type="dxa"/>
              <w:left w:w="90" w:type="dxa"/>
              <w:bottom w:w="70" w:type="dxa"/>
              <w:right w:w="90" w:type="dxa"/>
            </w:tcMar>
            <w:vAlign w:val="center"/>
          </w:tcPr>
          <w:p w14:paraId="7267C032"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1452498" w14:textId="77777777" w:rsidR="005B3871" w:rsidRDefault="00000000">
            <w:r>
              <w:rPr>
                <w:b/>
                <w:color w:val="000000"/>
                <w:sz w:val="16"/>
              </w:rPr>
              <w:t xml:space="preserve">ŠTEVILO UR: </w:t>
            </w:r>
            <w:r>
              <w:rPr>
                <w:color w:val="000000"/>
                <w:sz w:val="16"/>
              </w:rPr>
              <w:t>3</w:t>
            </w:r>
          </w:p>
        </w:tc>
      </w:tr>
      <w:tr w:rsidR="005B3871" w14:paraId="14758794" w14:textId="77777777">
        <w:trPr>
          <w:jc w:val="center"/>
        </w:trPr>
        <w:tc>
          <w:tcPr>
            <w:tcW w:w="14061" w:type="dxa"/>
            <w:gridSpan w:val="6"/>
            <w:tcMar>
              <w:top w:w="70" w:type="dxa"/>
              <w:left w:w="90" w:type="dxa"/>
              <w:bottom w:w="70" w:type="dxa"/>
              <w:right w:w="90" w:type="dxa"/>
            </w:tcMar>
            <w:vAlign w:val="center"/>
          </w:tcPr>
          <w:p w14:paraId="33C4802A" w14:textId="77777777" w:rsidR="005B3871" w:rsidRDefault="00000000">
            <w:r>
              <w:rPr>
                <w:b/>
                <w:color w:val="000000"/>
                <w:sz w:val="17"/>
              </w:rPr>
              <w:t xml:space="preserve">TIP UČNE URE: </w:t>
            </w:r>
            <w:r>
              <w:rPr>
                <w:color w:val="000000"/>
                <w:sz w:val="17"/>
              </w:rPr>
              <w:t>utrjevanje, pisno ocenjevanje znanja, analiza dosežkov in ponovno učenje</w:t>
            </w:r>
          </w:p>
        </w:tc>
      </w:tr>
      <w:tr w:rsidR="005B3871" w14:paraId="519C8D46" w14:textId="77777777">
        <w:trPr>
          <w:cantSplit/>
          <w:jc w:val="center"/>
        </w:trPr>
        <w:tc>
          <w:tcPr>
            <w:tcW w:w="14060" w:type="dxa"/>
            <w:gridSpan w:val="6"/>
            <w:tcMar>
              <w:top w:w="70" w:type="dxa"/>
              <w:left w:w="90" w:type="dxa"/>
              <w:bottom w:w="70" w:type="dxa"/>
              <w:right w:w="90" w:type="dxa"/>
            </w:tcMar>
            <w:vAlign w:val="center"/>
          </w:tcPr>
          <w:p w14:paraId="7BDEF4B4" w14:textId="77777777" w:rsidR="005B3871" w:rsidRDefault="005B3871"/>
          <w:p w14:paraId="335EA995" w14:textId="77777777" w:rsidR="005B3871" w:rsidRDefault="00000000">
            <w:pPr>
              <w:spacing w:line="245" w:lineRule="auto"/>
            </w:pPr>
            <w:r>
              <w:rPr>
                <w:b/>
                <w:color w:val="000000"/>
                <w:sz w:val="16"/>
              </w:rPr>
              <w:t xml:space="preserve">UČNI SKLOP: </w:t>
            </w:r>
            <w:r>
              <w:rPr>
                <w:color w:val="000000"/>
                <w:sz w:val="16"/>
              </w:rPr>
              <w:t>NEKOČ IN DANES – ČAS IN DEDIŠČINA</w:t>
            </w:r>
          </w:p>
        </w:tc>
      </w:tr>
      <w:tr w:rsidR="005B3871" w14:paraId="08CE0B1D" w14:textId="77777777">
        <w:trPr>
          <w:cantSplit/>
          <w:jc w:val="center"/>
        </w:trPr>
        <w:tc>
          <w:tcPr>
            <w:tcW w:w="14060" w:type="dxa"/>
            <w:gridSpan w:val="6"/>
            <w:tcMar>
              <w:top w:w="70" w:type="dxa"/>
              <w:left w:w="90" w:type="dxa"/>
              <w:bottom w:w="70" w:type="dxa"/>
              <w:right w:w="90" w:type="dxa"/>
            </w:tcMar>
            <w:vAlign w:val="center"/>
          </w:tcPr>
          <w:p w14:paraId="7DE48F97" w14:textId="77777777" w:rsidR="005B3871" w:rsidRDefault="005B3871"/>
          <w:p w14:paraId="446599E7" w14:textId="77777777" w:rsidR="005B3871" w:rsidRDefault="00000000">
            <w:pPr>
              <w:spacing w:line="245" w:lineRule="auto"/>
            </w:pPr>
            <w:r>
              <w:rPr>
                <w:b/>
                <w:color w:val="000000"/>
                <w:sz w:val="16"/>
              </w:rPr>
              <w:t xml:space="preserve">UČNA TEMA: </w:t>
            </w:r>
            <w:r>
              <w:rPr>
                <w:color w:val="000000"/>
                <w:sz w:val="16"/>
              </w:rPr>
              <w:t>KAJ ŽE ZNAM</w:t>
            </w:r>
          </w:p>
        </w:tc>
      </w:tr>
      <w:tr w:rsidR="005B3871" w14:paraId="4F8226ED" w14:textId="77777777">
        <w:trPr>
          <w:cantSplit/>
          <w:jc w:val="center"/>
        </w:trPr>
        <w:tc>
          <w:tcPr>
            <w:tcW w:w="14060" w:type="dxa"/>
            <w:gridSpan w:val="6"/>
            <w:tcMar>
              <w:top w:w="70" w:type="dxa"/>
              <w:left w:w="90" w:type="dxa"/>
              <w:bottom w:w="70" w:type="dxa"/>
              <w:right w:w="90" w:type="dxa"/>
            </w:tcMar>
            <w:vAlign w:val="center"/>
          </w:tcPr>
          <w:p w14:paraId="638D02FE" w14:textId="77777777" w:rsidR="005B3871" w:rsidRDefault="005B3871"/>
          <w:p w14:paraId="33B8B19A" w14:textId="77777777" w:rsidR="005B3871" w:rsidRDefault="00000000">
            <w:pPr>
              <w:spacing w:line="245" w:lineRule="auto"/>
            </w:pPr>
            <w:r>
              <w:rPr>
                <w:b/>
                <w:color w:val="000000"/>
                <w:sz w:val="16"/>
              </w:rPr>
              <w:t xml:space="preserve">KNJIŽEVNO IZHODIŠČE IN MOTIV: </w:t>
            </w:r>
            <w:r>
              <w:rPr>
                <w:color w:val="000000"/>
                <w:sz w:val="16"/>
              </w:rPr>
              <w:t>»Mojca Pokrajculja« – slovenska ljudska pravljica • stari predmeti, skupno bivanje in ustno izročilo</w:t>
            </w:r>
          </w:p>
        </w:tc>
      </w:tr>
      <w:tr w:rsidR="005B3871" w14:paraId="175163CC" w14:textId="77777777">
        <w:trPr>
          <w:cantSplit/>
          <w:jc w:val="center"/>
        </w:trPr>
        <w:tc>
          <w:tcPr>
            <w:tcW w:w="14060" w:type="dxa"/>
            <w:gridSpan w:val="6"/>
            <w:tcMar>
              <w:top w:w="70" w:type="dxa"/>
              <w:left w:w="90" w:type="dxa"/>
              <w:bottom w:w="70" w:type="dxa"/>
              <w:right w:w="90" w:type="dxa"/>
            </w:tcMar>
            <w:vAlign w:val="center"/>
          </w:tcPr>
          <w:p w14:paraId="4F1C44F6" w14:textId="77777777" w:rsidR="005B3871" w:rsidRDefault="005B3871"/>
          <w:p w14:paraId="0A8E7CAB" w14:textId="77777777" w:rsidR="005B3871" w:rsidRDefault="00000000">
            <w:pPr>
              <w:spacing w:line="245" w:lineRule="auto"/>
            </w:pPr>
            <w:r>
              <w:rPr>
                <w:b/>
                <w:color w:val="000000"/>
                <w:sz w:val="16"/>
              </w:rPr>
              <w:t xml:space="preserve">UČNE ENOTE: </w:t>
            </w:r>
            <w:r>
              <w:rPr>
                <w:color w:val="000000"/>
                <w:sz w:val="16"/>
              </w:rPr>
              <w:t>1. ura – Priprava in kriteriji • 2. ura – Pisno ocenjevanje znanja • 3. ura – Analiza dosežka</w:t>
            </w:r>
          </w:p>
        </w:tc>
      </w:tr>
      <w:tr w:rsidR="005B3871" w14:paraId="0D402CF2" w14:textId="77777777">
        <w:trPr>
          <w:cantSplit/>
          <w:jc w:val="center"/>
        </w:trPr>
        <w:tc>
          <w:tcPr>
            <w:tcW w:w="14060" w:type="dxa"/>
            <w:gridSpan w:val="6"/>
            <w:tcMar>
              <w:top w:w="70" w:type="dxa"/>
              <w:left w:w="90" w:type="dxa"/>
              <w:bottom w:w="70" w:type="dxa"/>
              <w:right w:w="90" w:type="dxa"/>
            </w:tcMar>
            <w:vAlign w:val="center"/>
          </w:tcPr>
          <w:p w14:paraId="286E3B03" w14:textId="77777777" w:rsidR="005B3871" w:rsidRDefault="005B3871"/>
          <w:p w14:paraId="27DABAE2"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1378B6FD" w14:textId="77777777">
        <w:trPr>
          <w:cantSplit/>
          <w:jc w:val="center"/>
        </w:trPr>
        <w:tc>
          <w:tcPr>
            <w:tcW w:w="14060" w:type="dxa"/>
            <w:gridSpan w:val="6"/>
            <w:tcMar>
              <w:top w:w="70" w:type="dxa"/>
              <w:left w:w="90" w:type="dxa"/>
              <w:bottom w:w="70" w:type="dxa"/>
              <w:right w:w="90" w:type="dxa"/>
            </w:tcMar>
            <w:vAlign w:val="center"/>
          </w:tcPr>
          <w:p w14:paraId="72090645" w14:textId="77777777" w:rsidR="005B3871" w:rsidRDefault="005B3871"/>
          <w:p w14:paraId="5F427469"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1F9D356A" w14:textId="77777777">
        <w:trPr>
          <w:cantSplit/>
          <w:jc w:val="center"/>
        </w:trPr>
        <w:tc>
          <w:tcPr>
            <w:tcW w:w="14060" w:type="dxa"/>
            <w:gridSpan w:val="6"/>
            <w:tcMar>
              <w:top w:w="70" w:type="dxa"/>
              <w:left w:w="90" w:type="dxa"/>
              <w:bottom w:w="70" w:type="dxa"/>
              <w:right w:w="90" w:type="dxa"/>
            </w:tcMar>
            <w:vAlign w:val="center"/>
          </w:tcPr>
          <w:p w14:paraId="1910CF65" w14:textId="77777777" w:rsidR="005B3871" w:rsidRDefault="005B3871"/>
          <w:p w14:paraId="34F1141C"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5E67EBD3" w14:textId="77777777">
        <w:trPr>
          <w:cantSplit/>
          <w:jc w:val="center"/>
        </w:trPr>
        <w:tc>
          <w:tcPr>
            <w:tcW w:w="14060" w:type="dxa"/>
            <w:gridSpan w:val="6"/>
            <w:tcMar>
              <w:top w:w="70" w:type="dxa"/>
              <w:left w:w="90" w:type="dxa"/>
              <w:bottom w:w="70" w:type="dxa"/>
              <w:right w:w="90" w:type="dxa"/>
            </w:tcMar>
            <w:vAlign w:val="center"/>
          </w:tcPr>
          <w:p w14:paraId="6D16E2AC" w14:textId="77777777" w:rsidR="005B3871" w:rsidRDefault="005B3871"/>
          <w:p w14:paraId="2202BF0C" w14:textId="77777777" w:rsidR="005B3871" w:rsidRDefault="00000000">
            <w:pPr>
              <w:spacing w:line="245" w:lineRule="auto"/>
            </w:pPr>
            <w:r>
              <w:rPr>
                <w:b/>
                <w:color w:val="000000"/>
                <w:sz w:val="16"/>
              </w:rPr>
              <w:t xml:space="preserve">MEDPREDMETNE POVEZAVE: </w:t>
            </w:r>
            <w:r>
              <w:rPr>
                <w:color w:val="000000"/>
                <w:sz w:val="16"/>
              </w:rPr>
              <w:t>SLJ – razumevanje navodila in odgovora; SPO – samostojnost in odgovornost; LUM – pregleden slikovni prikaz</w:t>
            </w:r>
          </w:p>
        </w:tc>
      </w:tr>
      <w:tr w:rsidR="005B3871" w14:paraId="6193721C" w14:textId="77777777">
        <w:trPr>
          <w:cantSplit/>
          <w:jc w:val="center"/>
        </w:trPr>
        <w:tc>
          <w:tcPr>
            <w:tcW w:w="14060" w:type="dxa"/>
            <w:gridSpan w:val="6"/>
            <w:tcMar>
              <w:top w:w="70" w:type="dxa"/>
              <w:left w:w="90" w:type="dxa"/>
              <w:bottom w:w="70" w:type="dxa"/>
              <w:right w:w="90" w:type="dxa"/>
            </w:tcMar>
            <w:vAlign w:val="center"/>
          </w:tcPr>
          <w:p w14:paraId="53CEEDE5" w14:textId="77777777" w:rsidR="005B3871" w:rsidRDefault="005B3871"/>
          <w:p w14:paraId="448947C7" w14:textId="77777777" w:rsidR="005B3871" w:rsidRDefault="00000000">
            <w:pPr>
              <w:spacing w:line="245" w:lineRule="auto"/>
            </w:pPr>
            <w:r>
              <w:rPr>
                <w:b/>
                <w:color w:val="000000"/>
                <w:sz w:val="16"/>
              </w:rPr>
              <w:t xml:space="preserve">UČNA SREDSTVA IN PRIPOMOČKI: </w:t>
            </w:r>
            <w:r>
              <w:rPr>
                <w:color w:val="000000"/>
                <w:sz w:val="16"/>
              </w:rPr>
              <w:t>konkretni modeli za uvod in analizo, številska os 0–10, pisni preizkus, svinčniki, barvica za analizo, kriteriji, semafor</w:t>
            </w:r>
          </w:p>
        </w:tc>
      </w:tr>
      <w:tr w:rsidR="005B3871" w14:paraId="5F2E21D4" w14:textId="77777777">
        <w:trPr>
          <w:cantSplit/>
          <w:jc w:val="center"/>
        </w:trPr>
        <w:tc>
          <w:tcPr>
            <w:tcW w:w="14060" w:type="dxa"/>
            <w:gridSpan w:val="6"/>
            <w:tcMar>
              <w:top w:w="70" w:type="dxa"/>
              <w:left w:w="90" w:type="dxa"/>
              <w:bottom w:w="70" w:type="dxa"/>
              <w:right w:w="90" w:type="dxa"/>
            </w:tcMar>
            <w:vAlign w:val="center"/>
          </w:tcPr>
          <w:p w14:paraId="708D8DB0" w14:textId="77777777" w:rsidR="005B3871" w:rsidRDefault="005B3871"/>
          <w:p w14:paraId="018179E6"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52916CD6" w14:textId="77777777">
        <w:trPr>
          <w:cantSplit/>
          <w:jc w:val="center"/>
        </w:trPr>
        <w:tc>
          <w:tcPr>
            <w:tcW w:w="14060" w:type="dxa"/>
            <w:gridSpan w:val="6"/>
            <w:tcMar>
              <w:top w:w="70" w:type="dxa"/>
              <w:left w:w="90" w:type="dxa"/>
              <w:bottom w:w="70" w:type="dxa"/>
              <w:right w:w="90" w:type="dxa"/>
            </w:tcMar>
            <w:vAlign w:val="center"/>
          </w:tcPr>
          <w:p w14:paraId="07D4A17B" w14:textId="77777777" w:rsidR="005B3871" w:rsidRDefault="005B3871"/>
          <w:p w14:paraId="03439400" w14:textId="77777777" w:rsidR="005B3871" w:rsidRDefault="00000000">
            <w:pPr>
              <w:spacing w:line="245" w:lineRule="auto"/>
            </w:pPr>
            <w:r>
              <w:rPr>
                <w:b/>
                <w:color w:val="000000"/>
                <w:sz w:val="16"/>
              </w:rPr>
              <w:t xml:space="preserve">OCENJEVANJE / DAN DEJAVNOSTI: </w:t>
            </w:r>
            <w:r>
              <w:rPr>
                <w:color w:val="000000"/>
                <w:sz w:val="16"/>
              </w:rPr>
              <w:t>OCENJEVANJE 3 – PISNO: števila 0–10, odnosi med števili, računanje in problemska naloga; analiza dosežkov</w:t>
            </w:r>
          </w:p>
        </w:tc>
      </w:tr>
      <w:tr w:rsidR="005B3871" w14:paraId="7907DC7C" w14:textId="77777777">
        <w:trPr>
          <w:cantSplit/>
          <w:jc w:val="center"/>
        </w:trPr>
        <w:tc>
          <w:tcPr>
            <w:tcW w:w="14060" w:type="dxa"/>
            <w:gridSpan w:val="6"/>
            <w:tcMar>
              <w:top w:w="70" w:type="dxa"/>
              <w:left w:w="90" w:type="dxa"/>
              <w:bottom w:w="70" w:type="dxa"/>
              <w:right w:w="90" w:type="dxa"/>
            </w:tcMar>
            <w:vAlign w:val="center"/>
          </w:tcPr>
          <w:p w14:paraId="3009275C" w14:textId="77777777" w:rsidR="005B3871" w:rsidRDefault="005B3871"/>
          <w:p w14:paraId="6A37C831" w14:textId="77777777" w:rsidR="005B3871" w:rsidRDefault="00000000">
            <w:pPr>
              <w:spacing w:line="245" w:lineRule="auto"/>
            </w:pPr>
            <w:r>
              <w:rPr>
                <w:b/>
                <w:color w:val="000000"/>
                <w:sz w:val="16"/>
              </w:rPr>
              <w:t xml:space="preserve">VARNOST: </w:t>
            </w:r>
            <w:r>
              <w:rPr>
                <w:color w:val="000000"/>
                <w:sz w:val="16"/>
              </w:rPr>
              <w:t>Med pisnim delom je prostor miren in pregleden; učenec uporablja le dogovorjene pripomočke ter po potrebi uveljavlja individualne prilagoditve.</w:t>
            </w:r>
          </w:p>
        </w:tc>
      </w:tr>
    </w:tbl>
    <w:p w14:paraId="3DA2755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AADF19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C7C3A7D"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4DC8382" w14:textId="77777777" w:rsidR="005B3871" w:rsidRDefault="00000000">
            <w:pPr>
              <w:jc w:val="center"/>
            </w:pPr>
            <w:r>
              <w:rPr>
                <w:b/>
                <w:color w:val="000000"/>
                <w:sz w:val="20"/>
              </w:rPr>
              <w:t>UČNE DEJAVNOSTI, METODE IN FORMATIVNO SPREMLJANJE</w:t>
            </w:r>
          </w:p>
        </w:tc>
      </w:tr>
      <w:tr w:rsidR="005B3871" w14:paraId="4F6E00C1" w14:textId="77777777">
        <w:trPr>
          <w:tblHeader/>
          <w:jc w:val="center"/>
        </w:trPr>
        <w:tc>
          <w:tcPr>
            <w:tcW w:w="4422" w:type="dxa"/>
            <w:vMerge/>
            <w:tcMar>
              <w:top w:w="70" w:type="dxa"/>
              <w:left w:w="90" w:type="dxa"/>
              <w:bottom w:w="70" w:type="dxa"/>
              <w:right w:w="90" w:type="dxa"/>
            </w:tcMar>
            <w:vAlign w:val="center"/>
          </w:tcPr>
          <w:p w14:paraId="7E1AD046" w14:textId="77777777" w:rsidR="005B3871" w:rsidRDefault="005B3871"/>
        </w:tc>
        <w:tc>
          <w:tcPr>
            <w:tcW w:w="7087" w:type="dxa"/>
            <w:shd w:val="clear" w:color="auto" w:fill="FFFFFF"/>
            <w:tcMar>
              <w:top w:w="70" w:type="dxa"/>
              <w:left w:w="90" w:type="dxa"/>
              <w:bottom w:w="70" w:type="dxa"/>
              <w:right w:w="90" w:type="dxa"/>
            </w:tcMar>
            <w:vAlign w:val="center"/>
          </w:tcPr>
          <w:p w14:paraId="65B50F21"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E124F02" w14:textId="77777777" w:rsidR="005B3871" w:rsidRDefault="00000000">
            <w:pPr>
              <w:jc w:val="center"/>
            </w:pPr>
            <w:r>
              <w:rPr>
                <w:b/>
                <w:color w:val="000000"/>
              </w:rPr>
              <w:t>UČENEC</w:t>
            </w:r>
          </w:p>
        </w:tc>
      </w:tr>
      <w:tr w:rsidR="005B3871" w14:paraId="6C0188F9" w14:textId="77777777">
        <w:trPr>
          <w:jc w:val="center"/>
        </w:trPr>
        <w:tc>
          <w:tcPr>
            <w:tcW w:w="4422" w:type="dxa"/>
            <w:tcMar>
              <w:top w:w="70" w:type="dxa"/>
              <w:left w:w="90" w:type="dxa"/>
              <w:bottom w:w="70" w:type="dxa"/>
              <w:right w:w="90" w:type="dxa"/>
            </w:tcMar>
          </w:tcPr>
          <w:p w14:paraId="4A1FBDDC" w14:textId="77777777" w:rsidR="005B3871" w:rsidRDefault="005B3871"/>
          <w:p w14:paraId="3EC38148" w14:textId="77777777" w:rsidR="005B3871" w:rsidRDefault="00000000">
            <w:pPr>
              <w:spacing w:after="60" w:line="245" w:lineRule="auto"/>
            </w:pPr>
            <w:r>
              <w:rPr>
                <w:b/>
                <w:color w:val="000000"/>
              </w:rPr>
              <w:t>UČNI CILJI</w:t>
            </w:r>
          </w:p>
          <w:p w14:paraId="6D437142" w14:textId="77777777" w:rsidR="005B3871" w:rsidRDefault="00000000">
            <w:pPr>
              <w:spacing w:after="20" w:line="245" w:lineRule="auto"/>
            </w:pPr>
            <w:r>
              <w:rPr>
                <w:b/>
                <w:color w:val="000000"/>
                <w:sz w:val="17"/>
              </w:rPr>
              <w:t>SPLOŠNI</w:t>
            </w:r>
          </w:p>
          <w:p w14:paraId="4F5CE377" w14:textId="77777777" w:rsidR="005B3871" w:rsidRDefault="00000000">
            <w:pPr>
              <w:pStyle w:val="Oznaenseznam"/>
              <w:spacing w:after="16"/>
            </w:pPr>
            <w:r>
              <w:rPr>
                <w:color w:val="000000"/>
                <w:sz w:val="16"/>
              </w:rPr>
              <w:t>razvija številske, prostorske in količinske predstave s konkretnimi izkušnjami</w:t>
            </w:r>
          </w:p>
          <w:p w14:paraId="398F3B0D" w14:textId="77777777" w:rsidR="005B3871" w:rsidRDefault="00000000">
            <w:pPr>
              <w:pStyle w:val="Oznaenseznam"/>
              <w:spacing w:after="16"/>
            </w:pPr>
            <w:r>
              <w:rPr>
                <w:color w:val="000000"/>
                <w:sz w:val="16"/>
              </w:rPr>
              <w:t>rešuje matematične probleme s predmetom, gibanjem, risbo, modelom in simbolom</w:t>
            </w:r>
          </w:p>
          <w:p w14:paraId="46D92E00" w14:textId="77777777" w:rsidR="005B3871" w:rsidRDefault="00000000">
            <w:pPr>
              <w:pStyle w:val="Oznaenseznam"/>
              <w:spacing w:after="16"/>
            </w:pPr>
            <w:r>
              <w:rPr>
                <w:color w:val="000000"/>
                <w:sz w:val="16"/>
              </w:rPr>
              <w:t>pojasnjuje izbrano strategijo, preverja smiselnost rešitve in posluša rešitve drugih</w:t>
            </w:r>
          </w:p>
          <w:p w14:paraId="14C68C65" w14:textId="77777777" w:rsidR="005B3871" w:rsidRDefault="00000000">
            <w:pPr>
              <w:pStyle w:val="Oznaenseznam"/>
              <w:spacing w:after="16"/>
            </w:pPr>
            <w:r>
              <w:rPr>
                <w:color w:val="000000"/>
                <w:sz w:val="16"/>
              </w:rPr>
              <w:t>ob namenih in kriterijih spremlja svoje učenje ter uporabi opisno povratno informacijo</w:t>
            </w:r>
          </w:p>
          <w:p w14:paraId="2004C2BB" w14:textId="77777777" w:rsidR="005B3871" w:rsidRDefault="00000000">
            <w:pPr>
              <w:spacing w:before="40" w:after="20" w:line="245" w:lineRule="auto"/>
            </w:pPr>
            <w:r>
              <w:rPr>
                <w:b/>
                <w:color w:val="000000"/>
                <w:sz w:val="17"/>
              </w:rPr>
              <w:t>OPERATIVNI</w:t>
            </w:r>
          </w:p>
          <w:p w14:paraId="71AF30B6" w14:textId="77777777" w:rsidR="005B3871" w:rsidRDefault="00000000">
            <w:pPr>
              <w:pStyle w:val="Oznaenseznam"/>
              <w:spacing w:after="16"/>
            </w:pPr>
            <w:r>
              <w:rPr>
                <w:color w:val="000000"/>
                <w:sz w:val="16"/>
              </w:rPr>
              <w:t>šteje, bere, zapiše, primerja in uredi števila do 10</w:t>
            </w:r>
          </w:p>
          <w:p w14:paraId="68EC9978" w14:textId="77777777" w:rsidR="005B3871" w:rsidRDefault="00000000">
            <w:pPr>
              <w:pStyle w:val="Oznaenseznam"/>
              <w:spacing w:after="16"/>
            </w:pPr>
            <w:r>
              <w:rPr>
                <w:color w:val="000000"/>
                <w:sz w:val="16"/>
              </w:rPr>
              <w:t>določi predhodnika in naslednika</w:t>
            </w:r>
          </w:p>
          <w:p w14:paraId="57C88B66" w14:textId="77777777" w:rsidR="005B3871" w:rsidRDefault="00000000">
            <w:pPr>
              <w:pStyle w:val="Oznaenseznam"/>
              <w:spacing w:after="16"/>
            </w:pPr>
            <w:r>
              <w:rPr>
                <w:color w:val="000000"/>
                <w:sz w:val="16"/>
              </w:rPr>
              <w:t>sešteva in odšteva do 10 ter reši preprosto problemsko nalogo</w:t>
            </w:r>
          </w:p>
          <w:p w14:paraId="4398BD18" w14:textId="77777777" w:rsidR="005B3871" w:rsidRDefault="00000000">
            <w:pPr>
              <w:spacing w:before="40" w:after="20" w:line="245" w:lineRule="auto"/>
            </w:pPr>
            <w:r>
              <w:rPr>
                <w:b/>
                <w:color w:val="000000"/>
                <w:sz w:val="17"/>
              </w:rPr>
              <w:t>PRIČAKOVANI DOSEŽKI / STANDARDI</w:t>
            </w:r>
          </w:p>
          <w:p w14:paraId="559B10EB" w14:textId="77777777" w:rsidR="005B3871" w:rsidRDefault="00000000">
            <w:pPr>
              <w:pStyle w:val="Oznaenseznam"/>
              <w:spacing w:after="16"/>
            </w:pPr>
            <w:r>
              <w:rPr>
                <w:color w:val="000000"/>
                <w:sz w:val="16"/>
              </w:rPr>
              <w:t>ob konkretni, slikovni ali gibalni opori šteje, bere, zapiše, primerja in uredi števila do 10</w:t>
            </w:r>
          </w:p>
          <w:p w14:paraId="38E4E0FC" w14:textId="77777777" w:rsidR="005B3871" w:rsidRDefault="00000000">
            <w:pPr>
              <w:pStyle w:val="Oznaenseznam"/>
              <w:spacing w:after="16"/>
            </w:pPr>
            <w:r>
              <w:rPr>
                <w:color w:val="000000"/>
                <w:sz w:val="16"/>
              </w:rPr>
              <w:t>ob konkretni, slikovni ali gibalni opori določi predhodnika in naslednika</w:t>
            </w:r>
          </w:p>
          <w:p w14:paraId="3F9806AD" w14:textId="77777777" w:rsidR="005B3871" w:rsidRDefault="00000000">
            <w:pPr>
              <w:pStyle w:val="Oznaenseznam"/>
              <w:spacing w:after="16"/>
            </w:pPr>
            <w:r>
              <w:rPr>
                <w:color w:val="000000"/>
                <w:sz w:val="16"/>
              </w:rPr>
              <w:t>ob konkretni, slikovni ali gibalni opori sešteva in odšteva do 10 ter reši preprosto problemsko nalogo</w:t>
            </w:r>
          </w:p>
        </w:tc>
        <w:tc>
          <w:tcPr>
            <w:tcW w:w="7087" w:type="dxa"/>
            <w:tcMar>
              <w:top w:w="70" w:type="dxa"/>
              <w:left w:w="90" w:type="dxa"/>
              <w:bottom w:w="70" w:type="dxa"/>
              <w:right w:w="90" w:type="dxa"/>
            </w:tcMar>
          </w:tcPr>
          <w:p w14:paraId="4645009A"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7AA5FAD" w14:textId="77777777">
              <w:trPr>
                <w:jc w:val="center"/>
              </w:trPr>
              <w:tc>
                <w:tcPr>
                  <w:tcW w:w="7087" w:type="dxa"/>
                  <w:shd w:val="clear" w:color="auto" w:fill="C6E7F3"/>
                  <w:tcMar>
                    <w:top w:w="45" w:type="dxa"/>
                    <w:left w:w="70" w:type="dxa"/>
                    <w:bottom w:w="45" w:type="dxa"/>
                    <w:right w:w="70" w:type="dxa"/>
                  </w:tcMar>
                </w:tcPr>
                <w:p w14:paraId="6034E10B" w14:textId="77777777" w:rsidR="005B3871" w:rsidRDefault="00000000">
                  <w:pPr>
                    <w:keepNext/>
                  </w:pPr>
                  <w:r>
                    <w:rPr>
                      <w:b/>
                      <w:color w:val="000000"/>
                    </w:rPr>
                    <w:t>UVODNI DEL – motivacija, aktivacija predznanja in namen učenja (15–20 min)</w:t>
                  </w:r>
                </w:p>
              </w:tc>
            </w:tr>
          </w:tbl>
          <w:p w14:paraId="0E255348" w14:textId="77777777" w:rsidR="005B3871" w:rsidRDefault="005B3871">
            <w:pPr>
              <w:spacing w:line="20" w:lineRule="exact"/>
            </w:pPr>
          </w:p>
          <w:p w14:paraId="48F8A60E" w14:textId="77777777" w:rsidR="005B3871" w:rsidRDefault="00000000">
            <w:pPr>
              <w:spacing w:before="40" w:after="60" w:line="245" w:lineRule="auto"/>
            </w:pPr>
            <w:r>
              <w:rPr>
                <w:color w:val="000000"/>
                <w:sz w:val="16"/>
              </w:rPr>
              <w:t>Mojca Pokrajculja odpre lonček matematičnih dokazov. Učenci obnovijo kriterije za števila 0–10 in računanje, nato znanje samostojno pokažejo pisno ter dosežek analizirajo opisno.</w:t>
            </w:r>
          </w:p>
          <w:tbl>
            <w:tblPr>
              <w:tblStyle w:val="Tabelamrea"/>
              <w:tblW w:w="0" w:type="auto"/>
              <w:jc w:val="center"/>
              <w:tblLayout w:type="fixed"/>
              <w:tblLook w:val="04A0" w:firstRow="1" w:lastRow="0" w:firstColumn="1" w:lastColumn="0" w:noHBand="0" w:noVBand="1"/>
            </w:tblPr>
            <w:tblGrid>
              <w:gridCol w:w="7087"/>
            </w:tblGrid>
            <w:tr w:rsidR="005B3871" w14:paraId="60B145FD" w14:textId="77777777">
              <w:trPr>
                <w:jc w:val="center"/>
              </w:trPr>
              <w:tc>
                <w:tcPr>
                  <w:tcW w:w="7087" w:type="dxa"/>
                  <w:shd w:val="clear" w:color="auto" w:fill="EDC9EA"/>
                  <w:tcMar>
                    <w:top w:w="45" w:type="dxa"/>
                    <w:left w:w="70" w:type="dxa"/>
                    <w:bottom w:w="45" w:type="dxa"/>
                    <w:right w:w="70" w:type="dxa"/>
                  </w:tcMar>
                </w:tcPr>
                <w:p w14:paraId="06074A12" w14:textId="77777777" w:rsidR="005B3871" w:rsidRDefault="00000000">
                  <w:pPr>
                    <w:keepNext/>
                  </w:pPr>
                  <w:r>
                    <w:rPr>
                      <w:b/>
                      <w:color w:val="000000"/>
                    </w:rPr>
                    <w:t>NAMENI UČENJA</w:t>
                  </w:r>
                </w:p>
              </w:tc>
            </w:tr>
          </w:tbl>
          <w:p w14:paraId="0BD6F69F" w14:textId="77777777" w:rsidR="005B3871" w:rsidRDefault="005B3871">
            <w:pPr>
              <w:spacing w:line="20" w:lineRule="exact"/>
            </w:pPr>
          </w:p>
          <w:p w14:paraId="50BFE0F7"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6C264E34" w14:textId="77777777" w:rsidR="005B3871" w:rsidRDefault="00000000">
            <w:pPr>
              <w:pStyle w:val="Oznaenseznam"/>
              <w:spacing w:after="16"/>
            </w:pPr>
            <w:r>
              <w:rPr>
                <w:color w:val="000000"/>
                <w:sz w:val="16"/>
              </w:rPr>
              <w:t>štejem, berem, zapišem, primerjam in uredim števila do 10</w:t>
            </w:r>
          </w:p>
          <w:p w14:paraId="1492FF01" w14:textId="77777777" w:rsidR="005B3871" w:rsidRDefault="00000000">
            <w:pPr>
              <w:pStyle w:val="Oznaenseznam"/>
              <w:spacing w:after="16"/>
            </w:pPr>
            <w:r>
              <w:rPr>
                <w:color w:val="000000"/>
                <w:sz w:val="16"/>
              </w:rPr>
              <w:t>določim predhodnika in naslednika</w:t>
            </w:r>
          </w:p>
          <w:p w14:paraId="664D823B" w14:textId="77777777" w:rsidR="005B3871" w:rsidRDefault="00000000">
            <w:pPr>
              <w:pStyle w:val="Oznaenseznam"/>
              <w:spacing w:after="16"/>
            </w:pPr>
            <w:r>
              <w:rPr>
                <w:color w:val="000000"/>
                <w:sz w:val="16"/>
              </w:rPr>
              <w:t>seštevam in odštevam do 10 ter rešim preprosto problemsko nalogo</w:t>
            </w:r>
          </w:p>
          <w:tbl>
            <w:tblPr>
              <w:tblStyle w:val="Tabelamrea"/>
              <w:tblW w:w="0" w:type="auto"/>
              <w:jc w:val="center"/>
              <w:tblLayout w:type="fixed"/>
              <w:tblLook w:val="04A0" w:firstRow="1" w:lastRow="0" w:firstColumn="1" w:lastColumn="0" w:noHBand="0" w:noVBand="1"/>
            </w:tblPr>
            <w:tblGrid>
              <w:gridCol w:w="7087"/>
            </w:tblGrid>
            <w:tr w:rsidR="005B3871" w14:paraId="390D14D0" w14:textId="77777777">
              <w:trPr>
                <w:jc w:val="center"/>
              </w:trPr>
              <w:tc>
                <w:tcPr>
                  <w:tcW w:w="7087" w:type="dxa"/>
                  <w:shd w:val="clear" w:color="auto" w:fill="EDC9EA"/>
                  <w:tcMar>
                    <w:top w:w="45" w:type="dxa"/>
                    <w:left w:w="70" w:type="dxa"/>
                    <w:bottom w:w="45" w:type="dxa"/>
                    <w:right w:w="70" w:type="dxa"/>
                  </w:tcMar>
                </w:tcPr>
                <w:p w14:paraId="468A0C77" w14:textId="77777777" w:rsidR="005B3871" w:rsidRDefault="00000000">
                  <w:pPr>
                    <w:keepNext/>
                  </w:pPr>
                  <w:r>
                    <w:rPr>
                      <w:b/>
                      <w:color w:val="000000"/>
                    </w:rPr>
                    <w:t>PREVERJANJE PREDZNANJA</w:t>
                  </w:r>
                </w:p>
              </w:tc>
            </w:tr>
          </w:tbl>
          <w:p w14:paraId="45E43266" w14:textId="77777777" w:rsidR="005B3871" w:rsidRDefault="005B3871">
            <w:pPr>
              <w:spacing w:line="20" w:lineRule="exact"/>
            </w:pPr>
          </w:p>
          <w:p w14:paraId="5E6E4DCB" w14:textId="77777777" w:rsidR="005B3871" w:rsidRDefault="00000000">
            <w:pPr>
              <w:pStyle w:val="Oznaenseznam"/>
              <w:spacing w:after="16"/>
            </w:pPr>
            <w:r>
              <w:rPr>
                <w:color w:val="000000"/>
                <w:sz w:val="16"/>
              </w:rPr>
              <w:t>Kaj moram pri zapisu števil in računov posebej preveriti?</w:t>
            </w:r>
          </w:p>
          <w:p w14:paraId="48AB3D50" w14:textId="77777777" w:rsidR="005B3871" w:rsidRDefault="00000000">
            <w:pPr>
              <w:pStyle w:val="Oznaenseznam"/>
              <w:spacing w:after="16"/>
            </w:pPr>
            <w:r>
              <w:rPr>
                <w:color w:val="000000"/>
                <w:sz w:val="16"/>
              </w:rPr>
              <w:t>Kaj naredim, če naloge sprva ne razumem?</w:t>
            </w:r>
          </w:p>
          <w:p w14:paraId="6C5BF45C"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6FFB5115" w14:textId="77777777">
              <w:trPr>
                <w:jc w:val="center"/>
              </w:trPr>
              <w:tc>
                <w:tcPr>
                  <w:tcW w:w="7087" w:type="dxa"/>
                  <w:shd w:val="clear" w:color="auto" w:fill="EDC9EA"/>
                  <w:tcMar>
                    <w:top w:w="45" w:type="dxa"/>
                    <w:left w:w="70" w:type="dxa"/>
                    <w:bottom w:w="45" w:type="dxa"/>
                    <w:right w:w="70" w:type="dxa"/>
                  </w:tcMar>
                </w:tcPr>
                <w:p w14:paraId="1EBA6682" w14:textId="77777777" w:rsidR="005B3871" w:rsidRDefault="00000000">
                  <w:pPr>
                    <w:keepNext/>
                  </w:pPr>
                  <w:r>
                    <w:rPr>
                      <w:b/>
                      <w:color w:val="000000"/>
                    </w:rPr>
                    <w:t>KRITERIJI USPEŠNOSTI</w:t>
                  </w:r>
                </w:p>
              </w:tc>
            </w:tr>
          </w:tbl>
          <w:p w14:paraId="176273E3" w14:textId="77777777" w:rsidR="005B3871" w:rsidRDefault="005B3871"/>
          <w:p w14:paraId="37049C9D" w14:textId="77777777" w:rsidR="005B3871" w:rsidRDefault="00000000">
            <w:pPr>
              <w:spacing w:before="20" w:after="20" w:line="245" w:lineRule="auto"/>
            </w:pPr>
            <w:r>
              <w:rPr>
                <w:b/>
                <w:color w:val="000000"/>
                <w:sz w:val="16"/>
              </w:rPr>
              <w:t>Uspešen/-na bom, ko:</w:t>
            </w:r>
          </w:p>
          <w:p w14:paraId="46F90202" w14:textId="77777777" w:rsidR="005B3871" w:rsidRDefault="00000000">
            <w:pPr>
              <w:pStyle w:val="Oznaenseznam"/>
              <w:spacing w:after="16"/>
            </w:pPr>
            <w:r>
              <w:rPr>
                <w:color w:val="000000"/>
                <w:sz w:val="16"/>
              </w:rPr>
              <w:t>štejem, berem, zapišem, primerjam in uredim števila do 10</w:t>
            </w:r>
          </w:p>
          <w:p w14:paraId="59CEF1CC" w14:textId="77777777" w:rsidR="005B3871" w:rsidRDefault="00000000">
            <w:pPr>
              <w:pStyle w:val="Oznaenseznam"/>
              <w:spacing w:after="16"/>
            </w:pPr>
            <w:r>
              <w:rPr>
                <w:color w:val="000000"/>
                <w:sz w:val="16"/>
              </w:rPr>
              <w:t>določim predhodnika in naslednika</w:t>
            </w:r>
          </w:p>
          <w:p w14:paraId="731F0E9A" w14:textId="77777777" w:rsidR="005B3871" w:rsidRDefault="00000000">
            <w:pPr>
              <w:pStyle w:val="Oznaenseznam"/>
              <w:spacing w:after="16"/>
            </w:pPr>
            <w:r>
              <w:rPr>
                <w:color w:val="000000"/>
                <w:sz w:val="16"/>
              </w:rPr>
              <w:t>seštevam in odštevam do 10 ter rešim preprosto problemsko nalogo</w:t>
            </w:r>
          </w:p>
          <w:p w14:paraId="09800E94"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10BBF526" w14:textId="77777777" w:rsidR="005B3871" w:rsidRDefault="005B3871"/>
          <w:p w14:paraId="15B85AD2"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5C80DD9D" w14:textId="77777777" w:rsidR="005B3871" w:rsidRDefault="00000000">
            <w:pPr>
              <w:spacing w:after="80" w:line="245" w:lineRule="auto"/>
            </w:pPr>
            <w:r>
              <w:rPr>
                <w:color w:val="000000"/>
                <w:sz w:val="16"/>
              </w:rPr>
              <w:t>Pove, pokaže ali nariše, kako bi nalogo začel. Posluša tudi drugačne strategije.</w:t>
            </w:r>
          </w:p>
          <w:p w14:paraId="56C2BA22" w14:textId="77777777" w:rsidR="005B3871" w:rsidRDefault="00000000">
            <w:pPr>
              <w:spacing w:after="100" w:line="245" w:lineRule="auto"/>
            </w:pPr>
            <w:r>
              <w:rPr>
                <w:color w:val="000000"/>
                <w:sz w:val="16"/>
              </w:rPr>
              <w:t>Sodeluje pri razumevanju namenov in kriterijev uspešnosti.</w:t>
            </w:r>
          </w:p>
          <w:p w14:paraId="076B8BFD" w14:textId="77777777" w:rsidR="005B3871" w:rsidRDefault="00000000">
            <w:pPr>
              <w:spacing w:after="20" w:line="245" w:lineRule="auto"/>
            </w:pPr>
            <w:r>
              <w:rPr>
                <w:b/>
                <w:color w:val="D95BC6"/>
                <w:sz w:val="17"/>
              </w:rPr>
              <w:t>DOKAZ O UČENJU</w:t>
            </w:r>
          </w:p>
          <w:p w14:paraId="43E61006" w14:textId="77777777" w:rsidR="005B3871" w:rsidRDefault="00000000">
            <w:pPr>
              <w:spacing w:after="30" w:line="245" w:lineRule="auto"/>
            </w:pPr>
            <w:r>
              <w:rPr>
                <w:color w:val="D95BC6"/>
                <w:sz w:val="16"/>
              </w:rPr>
              <w:t>začetna strategija, razvrstitev, model, risba, gib ali ustni odgovor</w:t>
            </w:r>
          </w:p>
        </w:tc>
      </w:tr>
    </w:tbl>
    <w:p w14:paraId="11F0ADA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A9DD11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9427013"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4D280A3" w14:textId="77777777" w:rsidR="005B3871" w:rsidRDefault="00000000">
            <w:pPr>
              <w:jc w:val="center"/>
            </w:pPr>
            <w:r>
              <w:rPr>
                <w:b/>
                <w:color w:val="000000"/>
                <w:sz w:val="20"/>
              </w:rPr>
              <w:t>UČNE DEJAVNOSTI, METODE IN FORMATIVNO SPREMLJANJE</w:t>
            </w:r>
          </w:p>
        </w:tc>
      </w:tr>
      <w:tr w:rsidR="005B3871" w14:paraId="672B2E92" w14:textId="77777777">
        <w:trPr>
          <w:tblHeader/>
          <w:jc w:val="center"/>
        </w:trPr>
        <w:tc>
          <w:tcPr>
            <w:tcW w:w="4422" w:type="dxa"/>
            <w:vMerge/>
            <w:tcMar>
              <w:top w:w="70" w:type="dxa"/>
              <w:left w:w="90" w:type="dxa"/>
              <w:bottom w:w="70" w:type="dxa"/>
              <w:right w:w="90" w:type="dxa"/>
            </w:tcMar>
            <w:vAlign w:val="center"/>
          </w:tcPr>
          <w:p w14:paraId="136B646E" w14:textId="77777777" w:rsidR="005B3871" w:rsidRDefault="005B3871"/>
        </w:tc>
        <w:tc>
          <w:tcPr>
            <w:tcW w:w="7087" w:type="dxa"/>
            <w:shd w:val="clear" w:color="auto" w:fill="FFFFFF"/>
            <w:tcMar>
              <w:top w:w="70" w:type="dxa"/>
              <w:left w:w="90" w:type="dxa"/>
              <w:bottom w:w="70" w:type="dxa"/>
              <w:right w:w="90" w:type="dxa"/>
            </w:tcMar>
            <w:vAlign w:val="center"/>
          </w:tcPr>
          <w:p w14:paraId="19F89A3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1410A0B" w14:textId="77777777" w:rsidR="005B3871" w:rsidRDefault="00000000">
            <w:pPr>
              <w:jc w:val="center"/>
            </w:pPr>
            <w:r>
              <w:rPr>
                <w:b/>
                <w:color w:val="000000"/>
              </w:rPr>
              <w:t>UČENEC</w:t>
            </w:r>
          </w:p>
        </w:tc>
      </w:tr>
      <w:tr w:rsidR="005B3871" w14:paraId="437EBB2F" w14:textId="77777777">
        <w:trPr>
          <w:jc w:val="center"/>
        </w:trPr>
        <w:tc>
          <w:tcPr>
            <w:tcW w:w="4422" w:type="dxa"/>
            <w:tcMar>
              <w:top w:w="70" w:type="dxa"/>
              <w:left w:w="90" w:type="dxa"/>
              <w:bottom w:w="70" w:type="dxa"/>
              <w:right w:w="90" w:type="dxa"/>
            </w:tcMar>
          </w:tcPr>
          <w:p w14:paraId="7EA68A80" w14:textId="77777777" w:rsidR="005B3871" w:rsidRDefault="005B3871"/>
          <w:p w14:paraId="561C4D2E" w14:textId="77777777" w:rsidR="005B3871" w:rsidRDefault="00000000">
            <w:pPr>
              <w:spacing w:after="40" w:line="245" w:lineRule="auto"/>
            </w:pPr>
            <w:r>
              <w:rPr>
                <w:b/>
                <w:color w:val="000000"/>
              </w:rPr>
              <w:t>KLJUČNI POJMI</w:t>
            </w:r>
          </w:p>
          <w:p w14:paraId="16C9C125" w14:textId="77777777" w:rsidR="005B3871" w:rsidRDefault="00000000">
            <w:pPr>
              <w:spacing w:after="60" w:line="245" w:lineRule="auto"/>
            </w:pPr>
            <w:r>
              <w:rPr>
                <w:color w:val="000000"/>
                <w:sz w:val="16"/>
              </w:rPr>
              <w:t>števila 0–10, predhodnik, naslednik, primerjanje, seštevanje, odštevanje, problemska naloga, preverjanje</w:t>
            </w:r>
          </w:p>
          <w:p w14:paraId="55035D57" w14:textId="77777777" w:rsidR="005B3871" w:rsidRDefault="00000000">
            <w:pPr>
              <w:spacing w:after="20" w:line="245" w:lineRule="auto"/>
            </w:pPr>
            <w:r>
              <w:rPr>
                <w:b/>
                <w:color w:val="000000"/>
                <w:sz w:val="17"/>
              </w:rPr>
              <w:t>DOKAZI O UČENJU</w:t>
            </w:r>
          </w:p>
          <w:p w14:paraId="7D20B595" w14:textId="77777777" w:rsidR="005B3871" w:rsidRDefault="00000000">
            <w:pPr>
              <w:pStyle w:val="Oznaenseznam"/>
              <w:spacing w:after="16"/>
            </w:pPr>
            <w:r>
              <w:rPr>
                <w:color w:val="000000"/>
                <w:sz w:val="16"/>
              </w:rPr>
              <w:t>razumevanje kriterijev in pripravljenost na samostojno delo</w:t>
            </w:r>
          </w:p>
          <w:p w14:paraId="6AE3134E" w14:textId="77777777" w:rsidR="005B3871" w:rsidRDefault="00000000">
            <w:pPr>
              <w:pStyle w:val="Oznaenseznam"/>
              <w:spacing w:after="16"/>
            </w:pPr>
            <w:r>
              <w:rPr>
                <w:color w:val="000000"/>
                <w:sz w:val="16"/>
              </w:rPr>
              <w:t>pisni izdelek po vnaprej znanih kriterijih</w:t>
            </w:r>
          </w:p>
          <w:p w14:paraId="2468930B" w14:textId="77777777" w:rsidR="005B3871" w:rsidRDefault="00000000">
            <w:pPr>
              <w:pStyle w:val="Oznaenseznam"/>
              <w:spacing w:after="16"/>
            </w:pPr>
            <w:r>
              <w:rPr>
                <w:color w:val="000000"/>
                <w:sz w:val="16"/>
              </w:rPr>
              <w:t>analizirana naloga, samovrednotenje in osebni naslednji korak</w:t>
            </w:r>
          </w:p>
          <w:p w14:paraId="5ADDE2A3" w14:textId="77777777" w:rsidR="005B3871" w:rsidRDefault="00000000">
            <w:pPr>
              <w:spacing w:before="40" w:after="20" w:line="245" w:lineRule="auto"/>
            </w:pPr>
            <w:r>
              <w:rPr>
                <w:b/>
                <w:color w:val="000000"/>
                <w:sz w:val="17"/>
              </w:rPr>
              <w:t>MEDPREDMETNA POVEZAVA</w:t>
            </w:r>
          </w:p>
          <w:p w14:paraId="0D4C78A9" w14:textId="77777777" w:rsidR="005B3871" w:rsidRDefault="00000000">
            <w:pPr>
              <w:spacing w:after="60" w:line="245" w:lineRule="auto"/>
            </w:pPr>
            <w:r>
              <w:rPr>
                <w:color w:val="000000"/>
                <w:sz w:val="16"/>
              </w:rPr>
              <w:t>SLJ – razumevanje navodila in odgovora; SPO – samostojnost in odgovornost; LUM – pregleden slikovni prikaz</w:t>
            </w:r>
          </w:p>
          <w:p w14:paraId="49BD9F05" w14:textId="77777777" w:rsidR="005B3871" w:rsidRDefault="00000000">
            <w:pPr>
              <w:spacing w:after="20" w:line="245" w:lineRule="auto"/>
            </w:pPr>
            <w:r>
              <w:rPr>
                <w:b/>
                <w:color w:val="000000"/>
                <w:sz w:val="17"/>
              </w:rPr>
              <w:t>POUČEVANJE V GIBANJU</w:t>
            </w:r>
          </w:p>
          <w:p w14:paraId="0A8A626E"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79EEC0BE" w14:textId="77777777" w:rsidR="005B3871" w:rsidRDefault="00000000">
            <w:pPr>
              <w:spacing w:after="20" w:line="245" w:lineRule="auto"/>
            </w:pPr>
            <w:r>
              <w:rPr>
                <w:b/>
                <w:color w:val="000000"/>
                <w:sz w:val="17"/>
              </w:rPr>
              <w:t>DELO PO POSTAJAH</w:t>
            </w:r>
          </w:p>
          <w:p w14:paraId="57652E5C" w14:textId="77777777" w:rsidR="005B3871" w:rsidRDefault="00000000">
            <w:pPr>
              <w:spacing w:after="60" w:line="245" w:lineRule="auto"/>
            </w:pPr>
            <w:r>
              <w:rPr>
                <w:color w:val="000000"/>
                <w:sz w:val="15"/>
              </w:rPr>
              <w:t>Načrtovana rotacija: konkretno-izkušenjska – Priprava in kriteriji; gibalna/sodelovalna – Pisno ocenjevanje znanja; slikovno-simbolna – Analiza dosežka. Pri pisnem ocenjevanju se postaje izvedejo v pripravi, analizi in ponovnem učenju.</w:t>
            </w:r>
          </w:p>
          <w:p w14:paraId="5FB06AA5" w14:textId="77777777" w:rsidR="005B3871" w:rsidRDefault="00000000">
            <w:pPr>
              <w:spacing w:after="20" w:line="245" w:lineRule="auto"/>
            </w:pPr>
            <w:r>
              <w:rPr>
                <w:b/>
                <w:color w:val="000000"/>
                <w:sz w:val="17"/>
              </w:rPr>
              <w:t>DIFERENCIACIJA IN VKLJUČEVANJE</w:t>
            </w:r>
          </w:p>
          <w:p w14:paraId="0DF81303"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00FE101E" w14:textId="77777777" w:rsidR="005B3871" w:rsidRDefault="00000000">
            <w:pPr>
              <w:spacing w:after="20" w:line="245" w:lineRule="auto"/>
            </w:pPr>
            <w:r>
              <w:rPr>
                <w:b/>
                <w:color w:val="000000"/>
                <w:sz w:val="17"/>
              </w:rPr>
              <w:t>SPREMLJANJE</w:t>
            </w:r>
          </w:p>
          <w:p w14:paraId="2DBD00F4"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46DA5101"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CE88FBC" w14:textId="77777777">
              <w:trPr>
                <w:jc w:val="center"/>
              </w:trPr>
              <w:tc>
                <w:tcPr>
                  <w:tcW w:w="7087" w:type="dxa"/>
                  <w:shd w:val="clear" w:color="auto" w:fill="C6E7F3"/>
                  <w:tcMar>
                    <w:top w:w="45" w:type="dxa"/>
                    <w:left w:w="70" w:type="dxa"/>
                    <w:bottom w:w="45" w:type="dxa"/>
                    <w:right w:w="70" w:type="dxa"/>
                  </w:tcMar>
                </w:tcPr>
                <w:p w14:paraId="406279D4" w14:textId="77777777" w:rsidR="005B3871" w:rsidRDefault="00000000">
                  <w:pPr>
                    <w:keepNext/>
                  </w:pPr>
                  <w:r>
                    <w:rPr>
                      <w:b/>
                      <w:color w:val="000000"/>
                    </w:rPr>
                    <w:t>GLAVNI DEL – IZKUŠENJSKO IN PROBLEMSKO UČENJE (3 šolske ure)</w:t>
                  </w:r>
                </w:p>
              </w:tc>
            </w:tr>
          </w:tbl>
          <w:p w14:paraId="20DEF158" w14:textId="77777777" w:rsidR="005B3871" w:rsidRDefault="005B3871">
            <w:pPr>
              <w:spacing w:line="20" w:lineRule="exact"/>
            </w:pPr>
          </w:p>
          <w:p w14:paraId="23DD92D7" w14:textId="77777777" w:rsidR="005B3871" w:rsidRDefault="00000000">
            <w:pPr>
              <w:keepNext/>
              <w:spacing w:before="40" w:after="10" w:line="245" w:lineRule="auto"/>
            </w:pPr>
            <w:r>
              <w:rPr>
                <w:b/>
                <w:color w:val="000000"/>
                <w:sz w:val="17"/>
              </w:rPr>
              <w:t>1. URA – Priprava in kriteriji</w:t>
            </w:r>
          </w:p>
          <w:p w14:paraId="0656FBBB" w14:textId="77777777" w:rsidR="005B3871" w:rsidRDefault="00000000">
            <w:pPr>
              <w:spacing w:after="14" w:line="245" w:lineRule="auto"/>
            </w:pPr>
            <w:r>
              <w:rPr>
                <w:b/>
                <w:color w:val="000000"/>
                <w:sz w:val="16"/>
              </w:rPr>
              <w:t xml:space="preserve">Dejavnost učiteljice: </w:t>
            </w:r>
            <w:r>
              <w:rPr>
                <w:color w:val="000000"/>
                <w:sz w:val="16"/>
              </w:rPr>
              <w:t>Na kratkih konkretnih zgledih obnovi štetje, urejanje, sosednja števila, računanje in postopek reševanja naloge, brez razkrivanja ocenjevalnih nalog.</w:t>
            </w:r>
          </w:p>
          <w:p w14:paraId="5203DC32" w14:textId="77777777" w:rsidR="005B3871" w:rsidRDefault="00000000">
            <w:pPr>
              <w:spacing w:after="14" w:line="245" w:lineRule="auto"/>
            </w:pPr>
            <w:r>
              <w:rPr>
                <w:b/>
                <w:color w:val="000000"/>
                <w:sz w:val="16"/>
              </w:rPr>
              <w:t xml:space="preserve">Dejavnost učencev: </w:t>
            </w:r>
            <w:r>
              <w:rPr>
                <w:color w:val="000000"/>
                <w:sz w:val="16"/>
              </w:rPr>
              <w:t>Ob zgledu uporabijo kriterije, pripravijo dovoljene pripomočke in povedo strategijo mirnega dela.</w:t>
            </w:r>
          </w:p>
          <w:p w14:paraId="79234AE5" w14:textId="77777777" w:rsidR="005B3871" w:rsidRDefault="00000000">
            <w:pPr>
              <w:spacing w:after="24" w:line="245" w:lineRule="auto"/>
            </w:pPr>
            <w:r>
              <w:rPr>
                <w:i/>
                <w:color w:val="D95BC6"/>
                <w:sz w:val="16"/>
              </w:rPr>
              <w:t>Predvideni dokaz: razumevanje kriterijev in pripravljenost na samostojno delo.</w:t>
            </w:r>
          </w:p>
          <w:p w14:paraId="59FD2023" w14:textId="77777777" w:rsidR="005B3871" w:rsidRDefault="00000000">
            <w:pPr>
              <w:keepNext/>
              <w:spacing w:before="40" w:after="10" w:line="245" w:lineRule="auto"/>
            </w:pPr>
            <w:r>
              <w:rPr>
                <w:b/>
                <w:color w:val="000000"/>
                <w:sz w:val="17"/>
              </w:rPr>
              <w:t>2. URA – Pisno ocenjevanje znanja</w:t>
            </w:r>
          </w:p>
          <w:p w14:paraId="5EC6BCC0" w14:textId="77777777" w:rsidR="005B3871" w:rsidRDefault="00000000">
            <w:pPr>
              <w:spacing w:after="14" w:line="245" w:lineRule="auto"/>
            </w:pPr>
            <w:r>
              <w:rPr>
                <w:b/>
                <w:color w:val="000000"/>
                <w:sz w:val="16"/>
              </w:rPr>
              <w:t xml:space="preserve">Dejavnost učiteljice: </w:t>
            </w:r>
            <w:r>
              <w:rPr>
                <w:color w:val="000000"/>
                <w:sz w:val="16"/>
              </w:rPr>
              <w:t>Razdeli pregleden razvojno primeren preizkus, prebere nevsebinska navodila in zagotovi dogovorjene prilagoditve brez usmerjanja k rešitvi.</w:t>
            </w:r>
          </w:p>
          <w:p w14:paraId="0943EA05" w14:textId="77777777" w:rsidR="005B3871" w:rsidRDefault="00000000">
            <w:pPr>
              <w:spacing w:after="14" w:line="245" w:lineRule="auto"/>
            </w:pPr>
            <w:r>
              <w:rPr>
                <w:b/>
                <w:color w:val="000000"/>
                <w:sz w:val="16"/>
              </w:rPr>
              <w:t xml:space="preserve">Dejavnost učencev: </w:t>
            </w:r>
            <w:r>
              <w:rPr>
                <w:color w:val="000000"/>
                <w:sz w:val="16"/>
              </w:rPr>
              <w:t>Samostojno štejejo, berejo, zapisujejo, primerjajo in urejajo števila do 10, računajo ter rešijo preprosto nalogo.</w:t>
            </w:r>
          </w:p>
          <w:p w14:paraId="0D75743F" w14:textId="77777777" w:rsidR="005B3871" w:rsidRDefault="00000000">
            <w:pPr>
              <w:spacing w:after="24" w:line="245" w:lineRule="auto"/>
            </w:pPr>
            <w:r>
              <w:rPr>
                <w:i/>
                <w:color w:val="D95BC6"/>
                <w:sz w:val="16"/>
              </w:rPr>
              <w:t>Predvideni dokaz: pisni izdelek po vnaprej znanih kriterijih.</w:t>
            </w:r>
          </w:p>
          <w:p w14:paraId="6DF951BA" w14:textId="77777777" w:rsidR="005B3871" w:rsidRDefault="00000000">
            <w:pPr>
              <w:keepNext/>
              <w:spacing w:before="40" w:after="10" w:line="245" w:lineRule="auto"/>
            </w:pPr>
            <w:r>
              <w:rPr>
                <w:b/>
                <w:color w:val="000000"/>
                <w:sz w:val="17"/>
              </w:rPr>
              <w:t>3. URA – Analiza dosežka</w:t>
            </w:r>
          </w:p>
          <w:p w14:paraId="10C1394B" w14:textId="77777777" w:rsidR="005B3871" w:rsidRDefault="00000000">
            <w:pPr>
              <w:spacing w:after="14" w:line="245" w:lineRule="auto"/>
            </w:pPr>
            <w:r>
              <w:rPr>
                <w:b/>
                <w:color w:val="000000"/>
                <w:sz w:val="16"/>
              </w:rPr>
              <w:t xml:space="preserve">Dejavnost učiteljice: </w:t>
            </w:r>
            <w:r>
              <w:rPr>
                <w:color w:val="000000"/>
                <w:sz w:val="16"/>
              </w:rPr>
              <w:t>Uporabi anonimne primere strategij, poda individualno opisno povratno informacijo in določi možnost novega učenja.</w:t>
            </w:r>
          </w:p>
          <w:p w14:paraId="5FBFBB4D" w14:textId="77777777" w:rsidR="005B3871" w:rsidRDefault="00000000">
            <w:pPr>
              <w:spacing w:after="14" w:line="245" w:lineRule="auto"/>
            </w:pPr>
            <w:r>
              <w:rPr>
                <w:b/>
                <w:color w:val="000000"/>
                <w:sz w:val="16"/>
              </w:rPr>
              <w:t xml:space="preserve">Dejavnost učencev: </w:t>
            </w:r>
            <w:r>
              <w:rPr>
                <w:color w:val="000000"/>
                <w:sz w:val="16"/>
              </w:rPr>
              <w:t>Popravijo izbrano nalogo z drugo barvo ali konkretnim modelom, se samovrednotijo in izberejo naslednji korak.</w:t>
            </w:r>
          </w:p>
          <w:p w14:paraId="598156A2" w14:textId="77777777" w:rsidR="005B3871" w:rsidRDefault="00000000">
            <w:pPr>
              <w:spacing w:after="24" w:line="245" w:lineRule="auto"/>
            </w:pPr>
            <w:r>
              <w:rPr>
                <w:i/>
                <w:color w:val="D95BC6"/>
                <w:sz w:val="16"/>
              </w:rPr>
              <w:t>Predvideni dokaz: analizirana naloga, samovrednotenje in osebni naslednji korak.</w:t>
            </w:r>
          </w:p>
          <w:tbl>
            <w:tblPr>
              <w:tblStyle w:val="Tabelamrea"/>
              <w:tblW w:w="0" w:type="auto"/>
              <w:jc w:val="center"/>
              <w:tblLayout w:type="fixed"/>
              <w:tblLook w:val="04A0" w:firstRow="1" w:lastRow="0" w:firstColumn="1" w:lastColumn="0" w:noHBand="0" w:noVBand="1"/>
            </w:tblPr>
            <w:tblGrid>
              <w:gridCol w:w="7087"/>
            </w:tblGrid>
            <w:tr w:rsidR="005B3871" w14:paraId="67B93A9C" w14:textId="77777777">
              <w:trPr>
                <w:jc w:val="center"/>
              </w:trPr>
              <w:tc>
                <w:tcPr>
                  <w:tcW w:w="7087" w:type="dxa"/>
                  <w:shd w:val="clear" w:color="auto" w:fill="EDC9EA"/>
                  <w:tcMar>
                    <w:top w:w="45" w:type="dxa"/>
                    <w:left w:w="70" w:type="dxa"/>
                    <w:bottom w:w="45" w:type="dxa"/>
                    <w:right w:w="70" w:type="dxa"/>
                  </w:tcMar>
                </w:tcPr>
                <w:p w14:paraId="51E560A3" w14:textId="77777777" w:rsidR="005B3871" w:rsidRDefault="00000000">
                  <w:pPr>
                    <w:keepNext/>
                  </w:pPr>
                  <w:r>
                    <w:rPr>
                      <w:b/>
                      <w:color w:val="000000"/>
                    </w:rPr>
                    <w:t>POVRATNA INFORMACIJA UČITELJICE MED DELOM</w:t>
                  </w:r>
                </w:p>
              </w:tc>
            </w:tr>
          </w:tbl>
          <w:p w14:paraId="480A5401" w14:textId="77777777" w:rsidR="005B3871" w:rsidRDefault="005B3871"/>
          <w:p w14:paraId="4F458254"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38A5B3CC" w14:textId="77777777" w:rsidR="005B3871" w:rsidRDefault="005B3871"/>
          <w:p w14:paraId="47EF666F" w14:textId="77777777" w:rsidR="005B3871" w:rsidRDefault="00000000">
            <w:pPr>
              <w:spacing w:after="10" w:line="245" w:lineRule="auto"/>
            </w:pPr>
            <w:r>
              <w:rPr>
                <w:b/>
                <w:color w:val="000000"/>
                <w:sz w:val="16"/>
              </w:rPr>
              <w:t>1. URA</w:t>
            </w:r>
          </w:p>
          <w:p w14:paraId="46399B8C" w14:textId="77777777" w:rsidR="005B3871" w:rsidRDefault="00000000">
            <w:pPr>
              <w:spacing w:after="30" w:line="245" w:lineRule="auto"/>
            </w:pPr>
            <w:r>
              <w:rPr>
                <w:color w:val="000000"/>
                <w:sz w:val="16"/>
              </w:rPr>
              <w:t>Ob zgledu uporabijo kriterije, pripravijo dovoljene pripomočke in povedo strategijo mirnega dela.</w:t>
            </w:r>
          </w:p>
          <w:p w14:paraId="2B1120ED" w14:textId="77777777" w:rsidR="005B3871" w:rsidRDefault="00000000">
            <w:pPr>
              <w:spacing w:line="245" w:lineRule="auto"/>
            </w:pPr>
            <w:r>
              <w:rPr>
                <w:b/>
                <w:color w:val="D95BC6"/>
                <w:sz w:val="16"/>
              </w:rPr>
              <w:t>DOKAZ</w:t>
            </w:r>
          </w:p>
          <w:p w14:paraId="4B29007C" w14:textId="77777777" w:rsidR="005B3871" w:rsidRDefault="00000000">
            <w:pPr>
              <w:spacing w:after="40" w:line="245" w:lineRule="auto"/>
            </w:pPr>
            <w:r>
              <w:rPr>
                <w:color w:val="D95BC6"/>
                <w:sz w:val="15"/>
              </w:rPr>
              <w:t>razumevanje kriterijev in pripravljenost na samostojno delo</w:t>
            </w:r>
          </w:p>
          <w:p w14:paraId="7F046D75" w14:textId="77777777" w:rsidR="005B3871" w:rsidRDefault="00000000">
            <w:pPr>
              <w:spacing w:after="10" w:line="245" w:lineRule="auto"/>
            </w:pPr>
            <w:r>
              <w:rPr>
                <w:b/>
                <w:color w:val="000000"/>
                <w:sz w:val="16"/>
              </w:rPr>
              <w:t>2. URA</w:t>
            </w:r>
          </w:p>
          <w:p w14:paraId="67E82E97" w14:textId="77777777" w:rsidR="005B3871" w:rsidRDefault="00000000">
            <w:pPr>
              <w:spacing w:after="30" w:line="245" w:lineRule="auto"/>
            </w:pPr>
            <w:r>
              <w:rPr>
                <w:color w:val="000000"/>
                <w:sz w:val="16"/>
              </w:rPr>
              <w:t>Samostojno štejejo, berejo, zapisujejo, primerjajo in urejajo števila do 10, računajo ter rešijo preprosto nalogo.</w:t>
            </w:r>
          </w:p>
          <w:p w14:paraId="51505842" w14:textId="77777777" w:rsidR="005B3871" w:rsidRDefault="00000000">
            <w:pPr>
              <w:spacing w:line="245" w:lineRule="auto"/>
            </w:pPr>
            <w:r>
              <w:rPr>
                <w:b/>
                <w:color w:val="D95BC6"/>
                <w:sz w:val="16"/>
              </w:rPr>
              <w:t>DOKAZ</w:t>
            </w:r>
          </w:p>
          <w:p w14:paraId="1256AA0E" w14:textId="77777777" w:rsidR="005B3871" w:rsidRDefault="00000000">
            <w:pPr>
              <w:spacing w:after="40" w:line="245" w:lineRule="auto"/>
            </w:pPr>
            <w:r>
              <w:rPr>
                <w:color w:val="D95BC6"/>
                <w:sz w:val="15"/>
              </w:rPr>
              <w:t>pisni izdelek po vnaprej znanih kriterijih</w:t>
            </w:r>
          </w:p>
          <w:p w14:paraId="21C698E7" w14:textId="77777777" w:rsidR="005B3871" w:rsidRDefault="00000000">
            <w:pPr>
              <w:spacing w:after="10" w:line="245" w:lineRule="auto"/>
            </w:pPr>
            <w:r>
              <w:rPr>
                <w:b/>
                <w:color w:val="000000"/>
                <w:sz w:val="16"/>
              </w:rPr>
              <w:t>3. URA</w:t>
            </w:r>
          </w:p>
          <w:p w14:paraId="5AE4AA23" w14:textId="77777777" w:rsidR="005B3871" w:rsidRDefault="00000000">
            <w:pPr>
              <w:spacing w:after="30" w:line="245" w:lineRule="auto"/>
            </w:pPr>
            <w:r>
              <w:rPr>
                <w:color w:val="000000"/>
                <w:sz w:val="16"/>
              </w:rPr>
              <w:t>Popravijo izbrano nalogo z drugo barvo ali konkretnim modelom, se samovrednotijo in izberejo naslednji korak.</w:t>
            </w:r>
          </w:p>
          <w:p w14:paraId="115FE0DA" w14:textId="77777777" w:rsidR="005B3871" w:rsidRDefault="00000000">
            <w:pPr>
              <w:spacing w:line="245" w:lineRule="auto"/>
            </w:pPr>
            <w:r>
              <w:rPr>
                <w:b/>
                <w:color w:val="D95BC6"/>
                <w:sz w:val="16"/>
              </w:rPr>
              <w:t>DOKAZ</w:t>
            </w:r>
          </w:p>
          <w:p w14:paraId="2641C065" w14:textId="77777777" w:rsidR="005B3871" w:rsidRDefault="00000000">
            <w:pPr>
              <w:spacing w:after="40" w:line="245" w:lineRule="auto"/>
            </w:pPr>
            <w:r>
              <w:rPr>
                <w:color w:val="D95BC6"/>
                <w:sz w:val="15"/>
              </w:rPr>
              <w:t>analizirana naloga, samovrednotenje in osebni naslednji korak</w:t>
            </w:r>
          </w:p>
        </w:tc>
      </w:tr>
    </w:tbl>
    <w:p w14:paraId="6FDFC167"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65AAD0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60B899F"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3AB86AF" w14:textId="77777777" w:rsidR="005B3871" w:rsidRDefault="00000000">
            <w:pPr>
              <w:jc w:val="center"/>
            </w:pPr>
            <w:r>
              <w:rPr>
                <w:b/>
                <w:color w:val="000000"/>
                <w:sz w:val="20"/>
              </w:rPr>
              <w:t>UČNE DEJAVNOSTI, METODE IN FORMATIVNO SPREMLJANJE</w:t>
            </w:r>
          </w:p>
        </w:tc>
      </w:tr>
      <w:tr w:rsidR="005B3871" w14:paraId="6B9BE7BD" w14:textId="77777777">
        <w:trPr>
          <w:tblHeader/>
          <w:jc w:val="center"/>
        </w:trPr>
        <w:tc>
          <w:tcPr>
            <w:tcW w:w="4422" w:type="dxa"/>
            <w:vMerge/>
            <w:tcMar>
              <w:top w:w="70" w:type="dxa"/>
              <w:left w:w="90" w:type="dxa"/>
              <w:bottom w:w="70" w:type="dxa"/>
              <w:right w:w="90" w:type="dxa"/>
            </w:tcMar>
            <w:vAlign w:val="center"/>
          </w:tcPr>
          <w:p w14:paraId="6FACF45B" w14:textId="77777777" w:rsidR="005B3871" w:rsidRDefault="005B3871"/>
        </w:tc>
        <w:tc>
          <w:tcPr>
            <w:tcW w:w="7087" w:type="dxa"/>
            <w:shd w:val="clear" w:color="auto" w:fill="FFFFFF"/>
            <w:tcMar>
              <w:top w:w="70" w:type="dxa"/>
              <w:left w:w="90" w:type="dxa"/>
              <w:bottom w:w="70" w:type="dxa"/>
              <w:right w:w="90" w:type="dxa"/>
            </w:tcMar>
            <w:vAlign w:val="center"/>
          </w:tcPr>
          <w:p w14:paraId="592728D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E569B98" w14:textId="77777777" w:rsidR="005B3871" w:rsidRDefault="00000000">
            <w:pPr>
              <w:jc w:val="center"/>
            </w:pPr>
            <w:r>
              <w:rPr>
                <w:b/>
                <w:color w:val="000000"/>
              </w:rPr>
              <w:t>UČENEC</w:t>
            </w:r>
          </w:p>
        </w:tc>
      </w:tr>
      <w:tr w:rsidR="005B3871" w14:paraId="1F9AD823" w14:textId="77777777">
        <w:trPr>
          <w:jc w:val="center"/>
        </w:trPr>
        <w:tc>
          <w:tcPr>
            <w:tcW w:w="4422" w:type="dxa"/>
            <w:tcMar>
              <w:top w:w="70" w:type="dxa"/>
              <w:left w:w="90" w:type="dxa"/>
              <w:bottom w:w="70" w:type="dxa"/>
              <w:right w:w="90" w:type="dxa"/>
            </w:tcMar>
          </w:tcPr>
          <w:p w14:paraId="57162F7A" w14:textId="77777777" w:rsidR="005B3871" w:rsidRDefault="005B3871"/>
          <w:p w14:paraId="092831DE" w14:textId="77777777" w:rsidR="005B3871" w:rsidRDefault="00000000">
            <w:pPr>
              <w:spacing w:after="40" w:line="245" w:lineRule="auto"/>
            </w:pPr>
            <w:r>
              <w:rPr>
                <w:b/>
                <w:color w:val="000000"/>
              </w:rPr>
              <w:t>FORMATIVNO SPREMLJANJE</w:t>
            </w:r>
          </w:p>
          <w:p w14:paraId="660DBD41" w14:textId="77777777" w:rsidR="005B3871" w:rsidRDefault="00000000">
            <w:pPr>
              <w:pStyle w:val="Oznaenseznam"/>
              <w:spacing w:after="16"/>
            </w:pPr>
            <w:r>
              <w:rPr>
                <w:color w:val="000000"/>
                <w:sz w:val="16"/>
              </w:rPr>
              <w:t>predznanje: začetna strategija, ocena, razvrstitev, model ali risba</w:t>
            </w:r>
          </w:p>
          <w:p w14:paraId="38225BE0" w14:textId="77777777" w:rsidR="005B3871" w:rsidRDefault="00000000">
            <w:pPr>
              <w:pStyle w:val="Oznaenseznam"/>
              <w:spacing w:after="16"/>
            </w:pPr>
            <w:r>
              <w:rPr>
                <w:color w:val="000000"/>
                <w:sz w:val="16"/>
              </w:rPr>
              <w:t>dokazi med učenjem: konkretni, gibalni, slikovni in simbolni prikaz ter razlaga postopka</w:t>
            </w:r>
          </w:p>
          <w:p w14:paraId="192B847B" w14:textId="77777777" w:rsidR="005B3871" w:rsidRDefault="00000000">
            <w:pPr>
              <w:pStyle w:val="Oznaenseznam"/>
              <w:spacing w:after="16"/>
            </w:pPr>
            <w:r>
              <w:rPr>
                <w:color w:val="000000"/>
                <w:sz w:val="16"/>
              </w:rPr>
              <w:t>povratna informacija: konkretna, vezana na kriterij in usmerjena v preverjanje ali naslednji korak</w:t>
            </w:r>
          </w:p>
          <w:p w14:paraId="35862FF0" w14:textId="77777777" w:rsidR="005B3871" w:rsidRDefault="00000000">
            <w:pPr>
              <w:pStyle w:val="Oznaenseznam"/>
              <w:spacing w:after="16"/>
            </w:pPr>
            <w:r>
              <w:rPr>
                <w:color w:val="000000"/>
                <w:sz w:val="16"/>
              </w:rPr>
              <w:t>samovrednotenje: semafor, lestvica samostojnosti, izbrani dokaz ali kratka poved</w:t>
            </w:r>
          </w:p>
          <w:p w14:paraId="77E9C813" w14:textId="77777777" w:rsidR="005B3871" w:rsidRDefault="00000000">
            <w:pPr>
              <w:spacing w:before="40" w:after="20" w:line="245" w:lineRule="auto"/>
            </w:pPr>
            <w:r>
              <w:rPr>
                <w:b/>
                <w:color w:val="000000"/>
                <w:sz w:val="17"/>
              </w:rPr>
              <w:t>VARNOST IN ODGOVORNOST</w:t>
            </w:r>
          </w:p>
          <w:p w14:paraId="5EAD8274" w14:textId="77777777" w:rsidR="005B3871" w:rsidRDefault="00000000">
            <w:pPr>
              <w:spacing w:after="60" w:line="245" w:lineRule="auto"/>
            </w:pPr>
            <w:r>
              <w:rPr>
                <w:color w:val="000000"/>
                <w:sz w:val="16"/>
              </w:rPr>
              <w:t>Med pisnim delom je prostor miren in pregleden; učenec uporablja le dogovorjene pripomočke ter po potrebi uveljavlja individualne prilagoditve.</w:t>
            </w:r>
          </w:p>
          <w:p w14:paraId="4172783A" w14:textId="77777777" w:rsidR="005B3871" w:rsidRDefault="00000000">
            <w:pPr>
              <w:spacing w:after="20" w:line="245" w:lineRule="auto"/>
            </w:pPr>
            <w:r>
              <w:rPr>
                <w:b/>
                <w:color w:val="000000"/>
                <w:sz w:val="17"/>
              </w:rPr>
              <w:t>EVIDENCA PO IZVEDBI</w:t>
            </w:r>
          </w:p>
          <w:p w14:paraId="5F7B2BF9"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1352E6AC"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7F7DAB0" w14:textId="77777777">
              <w:trPr>
                <w:jc w:val="center"/>
              </w:trPr>
              <w:tc>
                <w:tcPr>
                  <w:tcW w:w="7087" w:type="dxa"/>
                  <w:shd w:val="clear" w:color="auto" w:fill="EDC9EA"/>
                  <w:tcMar>
                    <w:top w:w="45" w:type="dxa"/>
                    <w:left w:w="70" w:type="dxa"/>
                    <w:bottom w:w="45" w:type="dxa"/>
                    <w:right w:w="70" w:type="dxa"/>
                  </w:tcMar>
                </w:tcPr>
                <w:p w14:paraId="6E680795" w14:textId="77777777" w:rsidR="005B3871" w:rsidRDefault="00000000">
                  <w:pPr>
                    <w:keepNext/>
                  </w:pPr>
                  <w:r>
                    <w:rPr>
                      <w:b/>
                      <w:color w:val="000000"/>
                    </w:rPr>
                    <w:t>VPRAŠANJA V PODPORO MATEMATIČNEMU UČENJU</w:t>
                  </w:r>
                </w:p>
              </w:tc>
            </w:tr>
          </w:tbl>
          <w:p w14:paraId="6A8D59A4" w14:textId="77777777" w:rsidR="005B3871" w:rsidRDefault="005B3871">
            <w:pPr>
              <w:spacing w:line="20" w:lineRule="exact"/>
            </w:pPr>
          </w:p>
          <w:p w14:paraId="4BB4E243" w14:textId="77777777" w:rsidR="005B3871" w:rsidRDefault="00000000">
            <w:pPr>
              <w:pStyle w:val="Oznaenseznam"/>
              <w:spacing w:after="16"/>
            </w:pPr>
            <w:r>
              <w:rPr>
                <w:color w:val="000000"/>
                <w:sz w:val="16"/>
              </w:rPr>
              <w:t>Kaj v tvojem modelu, risbi ali zapisu predstavlja posamezni del naloge?</w:t>
            </w:r>
          </w:p>
          <w:p w14:paraId="7558FD94" w14:textId="77777777" w:rsidR="005B3871" w:rsidRDefault="00000000">
            <w:pPr>
              <w:pStyle w:val="Oznaenseznam"/>
              <w:spacing w:after="16"/>
            </w:pPr>
            <w:r>
              <w:rPr>
                <w:color w:val="000000"/>
                <w:sz w:val="16"/>
              </w:rPr>
              <w:t>Kako si prišel/-la do rešitve in kako veš, da je smiselna?</w:t>
            </w:r>
          </w:p>
          <w:p w14:paraId="7204FD6A" w14:textId="77777777" w:rsidR="005B3871" w:rsidRDefault="00000000">
            <w:pPr>
              <w:pStyle w:val="Oznaenseznam"/>
              <w:spacing w:after="16"/>
            </w:pPr>
            <w:r>
              <w:rPr>
                <w:color w:val="000000"/>
                <w:sz w:val="16"/>
              </w:rPr>
              <w:t>Ali lahko isto pokažeš še s predmetom, gibanjem, risbo ali drugim zapisom?</w:t>
            </w:r>
          </w:p>
          <w:p w14:paraId="447AC604" w14:textId="77777777" w:rsidR="005B3871" w:rsidRDefault="00000000">
            <w:pPr>
              <w:pStyle w:val="Oznaenseznam"/>
              <w:spacing w:after="16"/>
            </w:pPr>
            <w:r>
              <w:rPr>
                <w:color w:val="000000"/>
                <w:sz w:val="16"/>
              </w:rPr>
              <w:t>Kje bi se lahko zmotil/-a in kako boš rešitev preveril/-a?</w:t>
            </w:r>
          </w:p>
          <w:p w14:paraId="350B60B2"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7E5A00A2" w14:textId="77777777">
              <w:trPr>
                <w:jc w:val="center"/>
              </w:trPr>
              <w:tc>
                <w:tcPr>
                  <w:tcW w:w="7087" w:type="dxa"/>
                  <w:shd w:val="clear" w:color="auto" w:fill="C6E7F3"/>
                  <w:tcMar>
                    <w:top w:w="45" w:type="dxa"/>
                    <w:left w:w="70" w:type="dxa"/>
                    <w:bottom w:w="45" w:type="dxa"/>
                    <w:right w:w="70" w:type="dxa"/>
                  </w:tcMar>
                </w:tcPr>
                <w:p w14:paraId="10894CF5" w14:textId="77777777" w:rsidR="005B3871" w:rsidRDefault="00000000">
                  <w:pPr>
                    <w:keepNext/>
                  </w:pPr>
                  <w:r>
                    <w:rPr>
                      <w:b/>
                      <w:color w:val="000000"/>
                    </w:rPr>
                    <w:t>ZAKLJUČNI DEL – UTRJEVANJE IN REFLEKSIJA (10–15 min)</w:t>
                  </w:r>
                </w:p>
              </w:tc>
            </w:tr>
          </w:tbl>
          <w:p w14:paraId="5DD73871" w14:textId="77777777" w:rsidR="005B3871" w:rsidRDefault="005B3871">
            <w:pPr>
              <w:spacing w:line="20" w:lineRule="exact"/>
            </w:pPr>
          </w:p>
          <w:p w14:paraId="249D2EFA"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104D7756" w14:textId="77777777">
              <w:trPr>
                <w:jc w:val="center"/>
              </w:trPr>
              <w:tc>
                <w:tcPr>
                  <w:tcW w:w="7087" w:type="dxa"/>
                  <w:shd w:val="clear" w:color="auto" w:fill="EDC9EA"/>
                  <w:tcMar>
                    <w:top w:w="45" w:type="dxa"/>
                    <w:left w:w="70" w:type="dxa"/>
                    <w:bottom w:w="45" w:type="dxa"/>
                    <w:right w:w="70" w:type="dxa"/>
                  </w:tcMar>
                </w:tcPr>
                <w:p w14:paraId="3D200430" w14:textId="77777777" w:rsidR="005B3871" w:rsidRDefault="00000000">
                  <w:pPr>
                    <w:keepNext/>
                  </w:pPr>
                  <w:r>
                    <w:rPr>
                      <w:b/>
                      <w:color w:val="000000"/>
                    </w:rPr>
                    <w:t>SAMOVREDNOTENJE</w:t>
                  </w:r>
                </w:p>
              </w:tc>
            </w:tr>
          </w:tbl>
          <w:p w14:paraId="06E7E62D" w14:textId="77777777" w:rsidR="005B3871" w:rsidRDefault="005B3871">
            <w:pPr>
              <w:spacing w:line="20" w:lineRule="exact"/>
            </w:pPr>
          </w:p>
          <w:p w14:paraId="09760E37"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13959B8D" w14:textId="77777777">
              <w:trPr>
                <w:jc w:val="center"/>
              </w:trPr>
              <w:tc>
                <w:tcPr>
                  <w:tcW w:w="7087" w:type="dxa"/>
                  <w:shd w:val="clear" w:color="auto" w:fill="EDC9EA"/>
                  <w:tcMar>
                    <w:top w:w="45" w:type="dxa"/>
                    <w:left w:w="70" w:type="dxa"/>
                    <w:bottom w:w="45" w:type="dxa"/>
                    <w:right w:w="70" w:type="dxa"/>
                  </w:tcMar>
                </w:tcPr>
                <w:p w14:paraId="110BFA7F" w14:textId="77777777" w:rsidR="005B3871" w:rsidRDefault="00000000">
                  <w:pPr>
                    <w:keepNext/>
                  </w:pPr>
                  <w:r>
                    <w:rPr>
                      <w:b/>
                      <w:color w:val="000000"/>
                    </w:rPr>
                    <w:t>VRSTNIŠKO VREDNOTENJE</w:t>
                  </w:r>
                </w:p>
              </w:tc>
            </w:tr>
          </w:tbl>
          <w:p w14:paraId="6D7D39A6" w14:textId="77777777" w:rsidR="005B3871" w:rsidRDefault="005B3871">
            <w:pPr>
              <w:spacing w:line="20" w:lineRule="exact"/>
            </w:pPr>
          </w:p>
          <w:p w14:paraId="781995CE"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54667174" w14:textId="77777777">
              <w:trPr>
                <w:jc w:val="center"/>
              </w:trPr>
              <w:tc>
                <w:tcPr>
                  <w:tcW w:w="7087" w:type="dxa"/>
                  <w:shd w:val="clear" w:color="auto" w:fill="EDC9EA"/>
                  <w:tcMar>
                    <w:top w:w="45" w:type="dxa"/>
                    <w:left w:w="70" w:type="dxa"/>
                    <w:bottom w:w="45" w:type="dxa"/>
                    <w:right w:w="70" w:type="dxa"/>
                  </w:tcMar>
                </w:tcPr>
                <w:p w14:paraId="0894ED76" w14:textId="77777777" w:rsidR="005B3871" w:rsidRDefault="00000000">
                  <w:pPr>
                    <w:keepNext/>
                  </w:pPr>
                  <w:r>
                    <w:rPr>
                      <w:b/>
                      <w:color w:val="000000"/>
                    </w:rPr>
                    <w:t>SKUPNI POVZETEK</w:t>
                  </w:r>
                </w:p>
              </w:tc>
            </w:tr>
          </w:tbl>
          <w:p w14:paraId="791B41B5" w14:textId="77777777" w:rsidR="005B3871" w:rsidRDefault="005B3871">
            <w:pPr>
              <w:spacing w:line="20" w:lineRule="exact"/>
            </w:pPr>
          </w:p>
          <w:p w14:paraId="25B4C367" w14:textId="77777777" w:rsidR="005B3871" w:rsidRDefault="00000000">
            <w:pPr>
              <w:spacing w:before="20" w:after="40" w:line="245" w:lineRule="auto"/>
            </w:pPr>
            <w:r>
              <w:rPr>
                <w:b/>
                <w:color w:val="000000"/>
                <w:sz w:val="16"/>
              </w:rPr>
              <w:t>Števila do 10 preberem, zapišem, primerjam in uredim, računam do 10 ter rešim preprosto problemsko nalogo.</w:t>
            </w:r>
          </w:p>
          <w:tbl>
            <w:tblPr>
              <w:tblStyle w:val="Tabelamrea"/>
              <w:tblW w:w="0" w:type="auto"/>
              <w:jc w:val="center"/>
              <w:tblLayout w:type="fixed"/>
              <w:tblLook w:val="04A0" w:firstRow="1" w:lastRow="0" w:firstColumn="1" w:lastColumn="0" w:noHBand="0" w:noVBand="1"/>
            </w:tblPr>
            <w:tblGrid>
              <w:gridCol w:w="7087"/>
            </w:tblGrid>
            <w:tr w:rsidR="005B3871" w14:paraId="2FB33CB5" w14:textId="77777777">
              <w:trPr>
                <w:jc w:val="center"/>
              </w:trPr>
              <w:tc>
                <w:tcPr>
                  <w:tcW w:w="7087" w:type="dxa"/>
                  <w:shd w:val="clear" w:color="auto" w:fill="EDC9EA"/>
                  <w:tcMar>
                    <w:top w:w="45" w:type="dxa"/>
                    <w:left w:w="70" w:type="dxa"/>
                    <w:bottom w:w="45" w:type="dxa"/>
                    <w:right w:w="70" w:type="dxa"/>
                  </w:tcMar>
                </w:tcPr>
                <w:p w14:paraId="22B909A1" w14:textId="77777777" w:rsidR="005B3871" w:rsidRDefault="00000000">
                  <w:pPr>
                    <w:keepNext/>
                  </w:pPr>
                  <w:r>
                    <w:rPr>
                      <w:b/>
                      <w:color w:val="000000"/>
                    </w:rPr>
                    <w:t>OPISNO OCENJEVANJE</w:t>
                  </w:r>
                </w:p>
              </w:tc>
            </w:tr>
          </w:tbl>
          <w:p w14:paraId="0A2CAFB8" w14:textId="77777777" w:rsidR="005B3871" w:rsidRDefault="005B3871"/>
          <w:p w14:paraId="6F5DCFA7" w14:textId="77777777" w:rsidR="005B3871" w:rsidRDefault="00000000">
            <w:pPr>
              <w:spacing w:before="20" w:after="30" w:line="245" w:lineRule="auto"/>
            </w:pPr>
            <w:r>
              <w:rPr>
                <w:color w:val="000000"/>
                <w:sz w:val="16"/>
              </w:rPr>
              <w:t>OCENJEVANJE 3 – PISNO: števila 0–10, odnosi med števili, računanje in problemska naloga; analiza dosežkov</w:t>
            </w:r>
          </w:p>
        </w:tc>
        <w:tc>
          <w:tcPr>
            <w:tcW w:w="2551" w:type="dxa"/>
            <w:tcMar>
              <w:top w:w="70" w:type="dxa"/>
              <w:left w:w="90" w:type="dxa"/>
              <w:bottom w:w="70" w:type="dxa"/>
              <w:right w:w="90" w:type="dxa"/>
            </w:tcMar>
          </w:tcPr>
          <w:p w14:paraId="7CF42124" w14:textId="77777777" w:rsidR="005B3871" w:rsidRDefault="005B3871"/>
          <w:p w14:paraId="3CA85C70" w14:textId="77777777" w:rsidR="005B3871" w:rsidRDefault="00000000">
            <w:pPr>
              <w:spacing w:after="100" w:line="245" w:lineRule="auto"/>
            </w:pPr>
            <w:r>
              <w:rPr>
                <w:color w:val="000000"/>
                <w:sz w:val="16"/>
              </w:rPr>
              <w:t>Odgovarja na podporna vprašanja in se sklicuje na svoj model, zapis ali izvedbo.</w:t>
            </w:r>
          </w:p>
          <w:p w14:paraId="21EEFFFE" w14:textId="77777777" w:rsidR="005B3871" w:rsidRDefault="00000000">
            <w:pPr>
              <w:spacing w:after="100" w:line="245" w:lineRule="auto"/>
            </w:pPr>
            <w:r>
              <w:rPr>
                <w:color w:val="000000"/>
                <w:sz w:val="16"/>
              </w:rPr>
              <w:t>Primerja začetno strategijo z novim dokazom ter pojasni, kaj se je naučil/-a.</w:t>
            </w:r>
          </w:p>
          <w:p w14:paraId="68DF7BCD" w14:textId="77777777" w:rsidR="005B3871" w:rsidRDefault="00000000">
            <w:pPr>
              <w:spacing w:after="100" w:line="245" w:lineRule="auto"/>
            </w:pPr>
            <w:r>
              <w:rPr>
                <w:color w:val="000000"/>
                <w:sz w:val="16"/>
              </w:rPr>
              <w:t>Izbere raven samostojnosti in določi naslednji korak.</w:t>
            </w:r>
          </w:p>
          <w:p w14:paraId="609D6114" w14:textId="77777777" w:rsidR="005B3871" w:rsidRDefault="00000000">
            <w:pPr>
              <w:spacing w:after="100" w:line="245" w:lineRule="auto"/>
            </w:pPr>
            <w:r>
              <w:rPr>
                <w:color w:val="000000"/>
                <w:sz w:val="16"/>
              </w:rPr>
              <w:t>Sošolcu poda prijazen in konkreten odziv, vezan na kriterij.</w:t>
            </w:r>
          </w:p>
          <w:p w14:paraId="10A234E7" w14:textId="77777777" w:rsidR="005B3871" w:rsidRDefault="00000000">
            <w:pPr>
              <w:spacing w:after="20" w:line="245" w:lineRule="auto"/>
            </w:pPr>
            <w:r>
              <w:rPr>
                <w:b/>
                <w:color w:val="D95BC6"/>
                <w:sz w:val="17"/>
              </w:rPr>
              <w:t>DOKAZ O UČENJU</w:t>
            </w:r>
          </w:p>
          <w:p w14:paraId="39D44654"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12628578"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692DAA8C" w14:textId="77777777">
        <w:trPr>
          <w:cantSplit/>
          <w:jc w:val="center"/>
        </w:trPr>
        <w:tc>
          <w:tcPr>
            <w:tcW w:w="14060" w:type="dxa"/>
            <w:gridSpan w:val="6"/>
            <w:tcMar>
              <w:top w:w="70" w:type="dxa"/>
              <w:left w:w="90" w:type="dxa"/>
              <w:bottom w:w="70" w:type="dxa"/>
              <w:right w:w="90" w:type="dxa"/>
            </w:tcMar>
            <w:vAlign w:val="center"/>
          </w:tcPr>
          <w:p w14:paraId="68A6FC65" w14:textId="77777777" w:rsidR="005B3871" w:rsidRDefault="00000000">
            <w:pPr>
              <w:jc w:val="center"/>
            </w:pPr>
            <w:r>
              <w:rPr>
                <w:b/>
                <w:color w:val="000000"/>
                <w:sz w:val="24"/>
              </w:rPr>
              <w:lastRenderedPageBreak/>
              <w:t>UČNA PRIPRAVA 24/39</w:t>
            </w:r>
          </w:p>
        </w:tc>
      </w:tr>
      <w:tr w:rsidR="005B3871" w14:paraId="319B03A7" w14:textId="77777777">
        <w:trPr>
          <w:jc w:val="center"/>
        </w:trPr>
        <w:tc>
          <w:tcPr>
            <w:tcW w:w="2665" w:type="dxa"/>
            <w:tcMar>
              <w:top w:w="70" w:type="dxa"/>
              <w:left w:w="90" w:type="dxa"/>
              <w:bottom w:w="70" w:type="dxa"/>
              <w:right w:w="90" w:type="dxa"/>
            </w:tcMar>
            <w:vAlign w:val="center"/>
          </w:tcPr>
          <w:p w14:paraId="17F4A05E"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EB8F205"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38296250"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6AD6F41" w14:textId="77777777" w:rsidR="005B3871" w:rsidRDefault="00000000">
            <w:r>
              <w:rPr>
                <w:b/>
                <w:color w:val="000000"/>
                <w:sz w:val="16"/>
              </w:rPr>
              <w:t xml:space="preserve">NAČRTOVANI TERMIN: </w:t>
            </w:r>
            <w:r>
              <w:rPr>
                <w:color w:val="000000"/>
                <w:sz w:val="16"/>
              </w:rPr>
              <w:t>24. teden • 1.–5. 3. 2027</w:t>
            </w:r>
          </w:p>
        </w:tc>
        <w:tc>
          <w:tcPr>
            <w:tcW w:w="2268" w:type="dxa"/>
            <w:tcMar>
              <w:top w:w="70" w:type="dxa"/>
              <w:left w:w="90" w:type="dxa"/>
              <w:bottom w:w="70" w:type="dxa"/>
              <w:right w:w="90" w:type="dxa"/>
            </w:tcMar>
            <w:vAlign w:val="center"/>
          </w:tcPr>
          <w:p w14:paraId="6691E26F"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5A8A3A7" w14:textId="77777777" w:rsidR="005B3871" w:rsidRDefault="00000000">
            <w:r>
              <w:rPr>
                <w:b/>
                <w:color w:val="000000"/>
                <w:sz w:val="16"/>
              </w:rPr>
              <w:t xml:space="preserve">ŠTEVILO UR: </w:t>
            </w:r>
            <w:r>
              <w:rPr>
                <w:color w:val="000000"/>
                <w:sz w:val="16"/>
              </w:rPr>
              <w:t>4</w:t>
            </w:r>
          </w:p>
        </w:tc>
      </w:tr>
      <w:tr w:rsidR="005B3871" w14:paraId="360F5EEB" w14:textId="77777777">
        <w:trPr>
          <w:jc w:val="center"/>
        </w:trPr>
        <w:tc>
          <w:tcPr>
            <w:tcW w:w="14061" w:type="dxa"/>
            <w:gridSpan w:val="6"/>
            <w:tcMar>
              <w:top w:w="70" w:type="dxa"/>
              <w:left w:w="90" w:type="dxa"/>
              <w:bottom w:w="70" w:type="dxa"/>
              <w:right w:w="90" w:type="dxa"/>
            </w:tcMar>
            <w:vAlign w:val="center"/>
          </w:tcPr>
          <w:p w14:paraId="22E7EA2C"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39B4EE26" w14:textId="77777777">
        <w:trPr>
          <w:cantSplit/>
          <w:jc w:val="center"/>
        </w:trPr>
        <w:tc>
          <w:tcPr>
            <w:tcW w:w="14060" w:type="dxa"/>
            <w:gridSpan w:val="6"/>
            <w:tcMar>
              <w:top w:w="70" w:type="dxa"/>
              <w:left w:w="90" w:type="dxa"/>
              <w:bottom w:w="70" w:type="dxa"/>
              <w:right w:w="90" w:type="dxa"/>
            </w:tcMar>
            <w:vAlign w:val="center"/>
          </w:tcPr>
          <w:p w14:paraId="06B93B69" w14:textId="77777777" w:rsidR="005B3871" w:rsidRDefault="005B3871"/>
          <w:p w14:paraId="0B28DD0D" w14:textId="77777777" w:rsidR="005B3871" w:rsidRDefault="00000000">
            <w:pPr>
              <w:spacing w:line="245" w:lineRule="auto"/>
            </w:pPr>
            <w:r>
              <w:rPr>
                <w:b/>
                <w:color w:val="000000"/>
                <w:sz w:val="16"/>
              </w:rPr>
              <w:t xml:space="preserve">UČNI SKLOP: </w:t>
            </w:r>
            <w:r>
              <w:rPr>
                <w:color w:val="000000"/>
                <w:sz w:val="16"/>
              </w:rPr>
              <w:t>ŽIVIM ZDRAVO – JAZ IN DOBRO POČUTJE</w:t>
            </w:r>
          </w:p>
        </w:tc>
      </w:tr>
      <w:tr w:rsidR="005B3871" w14:paraId="2E725CD5" w14:textId="77777777">
        <w:trPr>
          <w:cantSplit/>
          <w:jc w:val="center"/>
        </w:trPr>
        <w:tc>
          <w:tcPr>
            <w:tcW w:w="14060" w:type="dxa"/>
            <w:gridSpan w:val="6"/>
            <w:tcMar>
              <w:top w:w="70" w:type="dxa"/>
              <w:left w:w="90" w:type="dxa"/>
              <w:bottom w:w="70" w:type="dxa"/>
              <w:right w:w="90" w:type="dxa"/>
            </w:tcMar>
            <w:vAlign w:val="center"/>
          </w:tcPr>
          <w:p w14:paraId="6D210B02" w14:textId="77777777" w:rsidR="005B3871" w:rsidRDefault="005B3871"/>
          <w:p w14:paraId="27B03873" w14:textId="77777777" w:rsidR="005B3871" w:rsidRDefault="00000000">
            <w:pPr>
              <w:spacing w:line="245" w:lineRule="auto"/>
            </w:pPr>
            <w:r>
              <w:rPr>
                <w:b/>
                <w:color w:val="000000"/>
                <w:sz w:val="16"/>
              </w:rPr>
              <w:t xml:space="preserve">UČNA TEMA: </w:t>
            </w:r>
            <w:r>
              <w:rPr>
                <w:color w:val="000000"/>
                <w:sz w:val="16"/>
              </w:rPr>
              <w:t>ŠTEVILA DO 20</w:t>
            </w:r>
          </w:p>
        </w:tc>
      </w:tr>
      <w:tr w:rsidR="005B3871" w14:paraId="0280A258" w14:textId="77777777">
        <w:trPr>
          <w:cantSplit/>
          <w:jc w:val="center"/>
        </w:trPr>
        <w:tc>
          <w:tcPr>
            <w:tcW w:w="14060" w:type="dxa"/>
            <w:gridSpan w:val="6"/>
            <w:tcMar>
              <w:top w:w="70" w:type="dxa"/>
              <w:left w:w="90" w:type="dxa"/>
              <w:bottom w:w="70" w:type="dxa"/>
              <w:right w:w="90" w:type="dxa"/>
            </w:tcMar>
            <w:vAlign w:val="center"/>
          </w:tcPr>
          <w:p w14:paraId="74603509" w14:textId="77777777" w:rsidR="005B3871" w:rsidRDefault="005B3871"/>
          <w:p w14:paraId="29DF9C6C" w14:textId="77777777" w:rsidR="005B3871" w:rsidRDefault="00000000">
            <w:pPr>
              <w:spacing w:line="245" w:lineRule="auto"/>
            </w:pPr>
            <w:r>
              <w:rPr>
                <w:b/>
                <w:color w:val="000000"/>
                <w:sz w:val="16"/>
              </w:rPr>
              <w:t xml:space="preserve">KNJIŽEVNO IZHODIŠČE IN MOTIV: </w:t>
            </w:r>
            <w:r>
              <w:rPr>
                <w:color w:val="000000"/>
                <w:sz w:val="16"/>
              </w:rPr>
              <w:t>»Sapramiška« – Svetlana Makarovič • telo, zobje, čutila, pomoč in vztrajnost</w:t>
            </w:r>
          </w:p>
        </w:tc>
      </w:tr>
      <w:tr w:rsidR="005B3871" w14:paraId="5A4A6148" w14:textId="77777777">
        <w:trPr>
          <w:cantSplit/>
          <w:jc w:val="center"/>
        </w:trPr>
        <w:tc>
          <w:tcPr>
            <w:tcW w:w="14060" w:type="dxa"/>
            <w:gridSpan w:val="6"/>
            <w:tcMar>
              <w:top w:w="70" w:type="dxa"/>
              <w:left w:w="90" w:type="dxa"/>
              <w:bottom w:w="70" w:type="dxa"/>
              <w:right w:w="90" w:type="dxa"/>
            </w:tcMar>
            <w:vAlign w:val="center"/>
          </w:tcPr>
          <w:p w14:paraId="1BE0CBE8" w14:textId="77777777" w:rsidR="005B3871" w:rsidRDefault="005B3871"/>
          <w:p w14:paraId="19FB5722" w14:textId="77777777" w:rsidR="005B3871" w:rsidRDefault="00000000">
            <w:pPr>
              <w:spacing w:line="245" w:lineRule="auto"/>
            </w:pPr>
            <w:r>
              <w:rPr>
                <w:b/>
                <w:color w:val="000000"/>
                <w:sz w:val="16"/>
              </w:rPr>
              <w:t xml:space="preserve">UČNE ENOTE: </w:t>
            </w:r>
            <w:r>
              <w:rPr>
                <w:color w:val="000000"/>
                <w:sz w:val="16"/>
              </w:rPr>
              <w:t>1. ura – Deset in še nekaj • 2. ura – Živa os 0–20 • 3. ura – Preberem, sestavim, zapišem • 4. ura – Primerjalni izziv</w:t>
            </w:r>
          </w:p>
        </w:tc>
      </w:tr>
      <w:tr w:rsidR="005B3871" w14:paraId="76A3AECF" w14:textId="77777777">
        <w:trPr>
          <w:cantSplit/>
          <w:jc w:val="center"/>
        </w:trPr>
        <w:tc>
          <w:tcPr>
            <w:tcW w:w="14060" w:type="dxa"/>
            <w:gridSpan w:val="6"/>
            <w:tcMar>
              <w:top w:w="70" w:type="dxa"/>
              <w:left w:w="90" w:type="dxa"/>
              <w:bottom w:w="70" w:type="dxa"/>
              <w:right w:w="90" w:type="dxa"/>
            </w:tcMar>
            <w:vAlign w:val="center"/>
          </w:tcPr>
          <w:p w14:paraId="7282EE41" w14:textId="77777777" w:rsidR="005B3871" w:rsidRDefault="005B3871"/>
          <w:p w14:paraId="23FB316C"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3C19D777" w14:textId="77777777">
        <w:trPr>
          <w:cantSplit/>
          <w:jc w:val="center"/>
        </w:trPr>
        <w:tc>
          <w:tcPr>
            <w:tcW w:w="14060" w:type="dxa"/>
            <w:gridSpan w:val="6"/>
            <w:tcMar>
              <w:top w:w="70" w:type="dxa"/>
              <w:left w:w="90" w:type="dxa"/>
              <w:bottom w:w="70" w:type="dxa"/>
              <w:right w:w="90" w:type="dxa"/>
            </w:tcMar>
            <w:vAlign w:val="center"/>
          </w:tcPr>
          <w:p w14:paraId="00762C58" w14:textId="77777777" w:rsidR="005B3871" w:rsidRDefault="005B3871"/>
          <w:p w14:paraId="508FEA3C"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427F072D" w14:textId="77777777">
        <w:trPr>
          <w:cantSplit/>
          <w:jc w:val="center"/>
        </w:trPr>
        <w:tc>
          <w:tcPr>
            <w:tcW w:w="14060" w:type="dxa"/>
            <w:gridSpan w:val="6"/>
            <w:tcMar>
              <w:top w:w="70" w:type="dxa"/>
              <w:left w:w="90" w:type="dxa"/>
              <w:bottom w:w="70" w:type="dxa"/>
              <w:right w:w="90" w:type="dxa"/>
            </w:tcMar>
            <w:vAlign w:val="center"/>
          </w:tcPr>
          <w:p w14:paraId="466BC31A" w14:textId="77777777" w:rsidR="005B3871" w:rsidRDefault="005B3871"/>
          <w:p w14:paraId="2F28923D"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54A0F15E" w14:textId="77777777">
        <w:trPr>
          <w:cantSplit/>
          <w:jc w:val="center"/>
        </w:trPr>
        <w:tc>
          <w:tcPr>
            <w:tcW w:w="14060" w:type="dxa"/>
            <w:gridSpan w:val="6"/>
            <w:tcMar>
              <w:top w:w="70" w:type="dxa"/>
              <w:left w:w="90" w:type="dxa"/>
              <w:bottom w:w="70" w:type="dxa"/>
              <w:right w:w="90" w:type="dxa"/>
            </w:tcMar>
            <w:vAlign w:val="center"/>
          </w:tcPr>
          <w:p w14:paraId="1E431B19" w14:textId="77777777" w:rsidR="005B3871" w:rsidRDefault="005B3871"/>
          <w:p w14:paraId="0F734814" w14:textId="77777777" w:rsidR="005B3871" w:rsidRDefault="00000000">
            <w:pPr>
              <w:spacing w:line="245" w:lineRule="auto"/>
            </w:pPr>
            <w:r>
              <w:rPr>
                <w:b/>
                <w:color w:val="000000"/>
                <w:sz w:val="16"/>
              </w:rPr>
              <w:t xml:space="preserve">MEDPREDMETNE POVEZAVE: </w:t>
            </w:r>
            <w:r>
              <w:rPr>
                <w:color w:val="000000"/>
                <w:sz w:val="16"/>
              </w:rPr>
              <w:t>SLJ – matematična poved; SPO – zdrave navade; ŠPO – živa os; LUM – desetiški prikaz</w:t>
            </w:r>
          </w:p>
        </w:tc>
      </w:tr>
      <w:tr w:rsidR="005B3871" w14:paraId="3ED68E8C" w14:textId="77777777">
        <w:trPr>
          <w:cantSplit/>
          <w:jc w:val="center"/>
        </w:trPr>
        <w:tc>
          <w:tcPr>
            <w:tcW w:w="14060" w:type="dxa"/>
            <w:gridSpan w:val="6"/>
            <w:tcMar>
              <w:top w:w="70" w:type="dxa"/>
              <w:left w:w="90" w:type="dxa"/>
              <w:bottom w:w="70" w:type="dxa"/>
              <w:right w:w="90" w:type="dxa"/>
            </w:tcMar>
            <w:vAlign w:val="center"/>
          </w:tcPr>
          <w:p w14:paraId="3D5895A4" w14:textId="77777777" w:rsidR="005B3871" w:rsidRDefault="005B3871"/>
          <w:p w14:paraId="0A717D0A" w14:textId="77777777" w:rsidR="005B3871" w:rsidRDefault="00000000">
            <w:pPr>
              <w:spacing w:line="245" w:lineRule="auto"/>
            </w:pPr>
            <w:r>
              <w:rPr>
                <w:b/>
                <w:color w:val="000000"/>
                <w:sz w:val="16"/>
              </w:rPr>
              <w:t xml:space="preserve">UČNA SREDSTVA IN PRIPOMOČKI: </w:t>
            </w:r>
            <w:r>
              <w:rPr>
                <w:color w:val="000000"/>
                <w:sz w:val="16"/>
              </w:rPr>
              <w:t>orehi ali števci, desetiški okvirji, svežnji po 10, kartice 0–20, talna os, mini table, primerjalne kartice</w:t>
            </w:r>
          </w:p>
        </w:tc>
      </w:tr>
      <w:tr w:rsidR="005B3871" w14:paraId="60737372" w14:textId="77777777">
        <w:trPr>
          <w:cantSplit/>
          <w:jc w:val="center"/>
        </w:trPr>
        <w:tc>
          <w:tcPr>
            <w:tcW w:w="14060" w:type="dxa"/>
            <w:gridSpan w:val="6"/>
            <w:tcMar>
              <w:top w:w="70" w:type="dxa"/>
              <w:left w:w="90" w:type="dxa"/>
              <w:bottom w:w="70" w:type="dxa"/>
              <w:right w:w="90" w:type="dxa"/>
            </w:tcMar>
            <w:vAlign w:val="center"/>
          </w:tcPr>
          <w:p w14:paraId="48276740" w14:textId="77777777" w:rsidR="005B3871" w:rsidRDefault="005B3871"/>
          <w:p w14:paraId="2AB0ECA6"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127F2B07" w14:textId="77777777">
        <w:trPr>
          <w:cantSplit/>
          <w:jc w:val="center"/>
        </w:trPr>
        <w:tc>
          <w:tcPr>
            <w:tcW w:w="14060" w:type="dxa"/>
            <w:gridSpan w:val="6"/>
            <w:tcMar>
              <w:top w:w="70" w:type="dxa"/>
              <w:left w:w="90" w:type="dxa"/>
              <w:bottom w:w="70" w:type="dxa"/>
              <w:right w:w="90" w:type="dxa"/>
            </w:tcMar>
            <w:vAlign w:val="center"/>
          </w:tcPr>
          <w:p w14:paraId="4820BFC5" w14:textId="77777777" w:rsidR="005B3871" w:rsidRDefault="005B3871"/>
          <w:p w14:paraId="2B69BCDD"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75659C4C" w14:textId="77777777">
        <w:trPr>
          <w:cantSplit/>
          <w:jc w:val="center"/>
        </w:trPr>
        <w:tc>
          <w:tcPr>
            <w:tcW w:w="14060" w:type="dxa"/>
            <w:gridSpan w:val="6"/>
            <w:tcMar>
              <w:top w:w="70" w:type="dxa"/>
              <w:left w:w="90" w:type="dxa"/>
              <w:bottom w:w="70" w:type="dxa"/>
              <w:right w:w="90" w:type="dxa"/>
            </w:tcMar>
            <w:vAlign w:val="center"/>
          </w:tcPr>
          <w:p w14:paraId="33A25C9F" w14:textId="77777777" w:rsidR="005B3871" w:rsidRDefault="005B3871"/>
          <w:p w14:paraId="76C818A0"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5629F848"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0C7614E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26D8E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45C8564" w14:textId="77777777" w:rsidR="005B3871" w:rsidRDefault="00000000">
            <w:pPr>
              <w:jc w:val="center"/>
            </w:pPr>
            <w:r>
              <w:rPr>
                <w:b/>
                <w:color w:val="000000"/>
                <w:sz w:val="20"/>
              </w:rPr>
              <w:t>UČNE DEJAVNOSTI, METODE IN FORMATIVNO SPREMLJANJE</w:t>
            </w:r>
          </w:p>
        </w:tc>
      </w:tr>
      <w:tr w:rsidR="005B3871" w14:paraId="081F4FC6" w14:textId="77777777">
        <w:trPr>
          <w:tblHeader/>
          <w:jc w:val="center"/>
        </w:trPr>
        <w:tc>
          <w:tcPr>
            <w:tcW w:w="4422" w:type="dxa"/>
            <w:vMerge/>
            <w:tcMar>
              <w:top w:w="70" w:type="dxa"/>
              <w:left w:w="90" w:type="dxa"/>
              <w:bottom w:w="70" w:type="dxa"/>
              <w:right w:w="90" w:type="dxa"/>
            </w:tcMar>
            <w:vAlign w:val="center"/>
          </w:tcPr>
          <w:p w14:paraId="290C0DDA" w14:textId="77777777" w:rsidR="005B3871" w:rsidRDefault="005B3871"/>
        </w:tc>
        <w:tc>
          <w:tcPr>
            <w:tcW w:w="7087" w:type="dxa"/>
            <w:shd w:val="clear" w:color="auto" w:fill="FFFFFF"/>
            <w:tcMar>
              <w:top w:w="70" w:type="dxa"/>
              <w:left w:w="90" w:type="dxa"/>
              <w:bottom w:w="70" w:type="dxa"/>
              <w:right w:w="90" w:type="dxa"/>
            </w:tcMar>
            <w:vAlign w:val="center"/>
          </w:tcPr>
          <w:p w14:paraId="4E7C1F50"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ACA25F8" w14:textId="77777777" w:rsidR="005B3871" w:rsidRDefault="00000000">
            <w:pPr>
              <w:jc w:val="center"/>
            </w:pPr>
            <w:r>
              <w:rPr>
                <w:b/>
                <w:color w:val="000000"/>
              </w:rPr>
              <w:t>UČENEC</w:t>
            </w:r>
          </w:p>
        </w:tc>
      </w:tr>
      <w:tr w:rsidR="005B3871" w14:paraId="015FE772" w14:textId="77777777">
        <w:trPr>
          <w:jc w:val="center"/>
        </w:trPr>
        <w:tc>
          <w:tcPr>
            <w:tcW w:w="4422" w:type="dxa"/>
            <w:tcMar>
              <w:top w:w="70" w:type="dxa"/>
              <w:left w:w="90" w:type="dxa"/>
              <w:bottom w:w="70" w:type="dxa"/>
              <w:right w:w="90" w:type="dxa"/>
            </w:tcMar>
          </w:tcPr>
          <w:p w14:paraId="344406A5" w14:textId="77777777" w:rsidR="005B3871" w:rsidRDefault="005B3871"/>
          <w:p w14:paraId="30BFA5C2" w14:textId="77777777" w:rsidR="005B3871" w:rsidRDefault="00000000">
            <w:pPr>
              <w:spacing w:after="60" w:line="245" w:lineRule="auto"/>
            </w:pPr>
            <w:r>
              <w:rPr>
                <w:b/>
                <w:color w:val="000000"/>
              </w:rPr>
              <w:t>UČNI CILJI</w:t>
            </w:r>
          </w:p>
          <w:p w14:paraId="4346D7B2" w14:textId="77777777" w:rsidR="005B3871" w:rsidRDefault="00000000">
            <w:pPr>
              <w:spacing w:after="20" w:line="245" w:lineRule="auto"/>
            </w:pPr>
            <w:r>
              <w:rPr>
                <w:b/>
                <w:color w:val="000000"/>
                <w:sz w:val="17"/>
              </w:rPr>
              <w:t>SPLOŠNI</w:t>
            </w:r>
          </w:p>
          <w:p w14:paraId="0FCDA7CD" w14:textId="77777777" w:rsidR="005B3871" w:rsidRDefault="00000000">
            <w:pPr>
              <w:pStyle w:val="Oznaenseznam"/>
              <w:spacing w:after="16"/>
            </w:pPr>
            <w:r>
              <w:rPr>
                <w:color w:val="000000"/>
                <w:sz w:val="16"/>
              </w:rPr>
              <w:t>razvija številske, prostorske in količinske predstave s konkretnimi izkušnjami</w:t>
            </w:r>
          </w:p>
          <w:p w14:paraId="5FAB18AC" w14:textId="77777777" w:rsidR="005B3871" w:rsidRDefault="00000000">
            <w:pPr>
              <w:pStyle w:val="Oznaenseznam"/>
              <w:spacing w:after="16"/>
            </w:pPr>
            <w:r>
              <w:rPr>
                <w:color w:val="000000"/>
                <w:sz w:val="16"/>
              </w:rPr>
              <w:t>rešuje matematične probleme s predmetom, gibanjem, risbo, modelom in simbolom</w:t>
            </w:r>
          </w:p>
          <w:p w14:paraId="41DE56FA" w14:textId="77777777" w:rsidR="005B3871" w:rsidRDefault="00000000">
            <w:pPr>
              <w:pStyle w:val="Oznaenseznam"/>
              <w:spacing w:after="16"/>
            </w:pPr>
            <w:r>
              <w:rPr>
                <w:color w:val="000000"/>
                <w:sz w:val="16"/>
              </w:rPr>
              <w:t>pojasnjuje izbrano strategijo, preverja smiselnost rešitve in posluša rešitve drugih</w:t>
            </w:r>
          </w:p>
          <w:p w14:paraId="09BB7C28" w14:textId="77777777" w:rsidR="005B3871" w:rsidRDefault="00000000">
            <w:pPr>
              <w:pStyle w:val="Oznaenseznam"/>
              <w:spacing w:after="16"/>
            </w:pPr>
            <w:r>
              <w:rPr>
                <w:color w:val="000000"/>
                <w:sz w:val="16"/>
              </w:rPr>
              <w:t>ob namenih in kriterijih spremlja svoje učenje ter uporabi opisno povratno informacijo</w:t>
            </w:r>
          </w:p>
          <w:p w14:paraId="7896BB02" w14:textId="77777777" w:rsidR="005B3871" w:rsidRDefault="00000000">
            <w:pPr>
              <w:spacing w:before="40" w:after="20" w:line="245" w:lineRule="auto"/>
            </w:pPr>
            <w:r>
              <w:rPr>
                <w:b/>
                <w:color w:val="000000"/>
                <w:sz w:val="17"/>
              </w:rPr>
              <w:t>OPERATIVNI</w:t>
            </w:r>
          </w:p>
          <w:p w14:paraId="49912992" w14:textId="77777777" w:rsidR="005B3871" w:rsidRDefault="00000000">
            <w:pPr>
              <w:pStyle w:val="Oznaenseznam"/>
              <w:spacing w:after="16"/>
            </w:pPr>
            <w:r>
              <w:rPr>
                <w:color w:val="000000"/>
                <w:sz w:val="16"/>
              </w:rPr>
              <w:t>šteje in predstavi števila</w:t>
            </w:r>
          </w:p>
          <w:p w14:paraId="60F4AAF7" w14:textId="77777777" w:rsidR="005B3871" w:rsidRDefault="00000000">
            <w:pPr>
              <w:pStyle w:val="Oznaenseznam"/>
              <w:spacing w:after="16"/>
            </w:pPr>
            <w:r>
              <w:rPr>
                <w:color w:val="000000"/>
                <w:sz w:val="16"/>
              </w:rPr>
              <w:t>bere in zapisuje števila 0–20</w:t>
            </w:r>
          </w:p>
          <w:p w14:paraId="254FB946" w14:textId="77777777" w:rsidR="005B3871" w:rsidRDefault="00000000">
            <w:pPr>
              <w:pStyle w:val="Oznaenseznam"/>
              <w:spacing w:after="16"/>
            </w:pPr>
            <w:r>
              <w:rPr>
                <w:color w:val="000000"/>
                <w:sz w:val="16"/>
              </w:rPr>
              <w:t>primerja in ureja</w:t>
            </w:r>
          </w:p>
          <w:p w14:paraId="7E836959" w14:textId="77777777" w:rsidR="005B3871" w:rsidRDefault="00000000">
            <w:pPr>
              <w:spacing w:before="40" w:after="20" w:line="245" w:lineRule="auto"/>
            </w:pPr>
            <w:r>
              <w:rPr>
                <w:b/>
                <w:color w:val="000000"/>
                <w:sz w:val="17"/>
              </w:rPr>
              <w:t>PRIČAKOVANI DOSEŽKI / STANDARDI</w:t>
            </w:r>
          </w:p>
          <w:p w14:paraId="126D8102" w14:textId="77777777" w:rsidR="005B3871" w:rsidRDefault="00000000">
            <w:pPr>
              <w:pStyle w:val="Oznaenseznam"/>
              <w:spacing w:after="16"/>
            </w:pPr>
            <w:r>
              <w:rPr>
                <w:color w:val="000000"/>
                <w:sz w:val="16"/>
              </w:rPr>
              <w:t>ob konkretni, slikovni ali gibalni opori šteje in predstavi števila</w:t>
            </w:r>
          </w:p>
          <w:p w14:paraId="0DFADF01" w14:textId="77777777" w:rsidR="005B3871" w:rsidRDefault="00000000">
            <w:pPr>
              <w:pStyle w:val="Oznaenseznam"/>
              <w:spacing w:after="16"/>
            </w:pPr>
            <w:r>
              <w:rPr>
                <w:color w:val="000000"/>
                <w:sz w:val="16"/>
              </w:rPr>
              <w:t>ob konkretni, slikovni ali gibalni opori bere in zapisuje števila 0–20</w:t>
            </w:r>
          </w:p>
          <w:p w14:paraId="6C49E275" w14:textId="77777777" w:rsidR="005B3871" w:rsidRDefault="00000000">
            <w:pPr>
              <w:pStyle w:val="Oznaenseznam"/>
              <w:spacing w:after="16"/>
            </w:pPr>
            <w:r>
              <w:rPr>
                <w:color w:val="000000"/>
                <w:sz w:val="16"/>
              </w:rPr>
              <w:t>ob konkretni, slikovni ali gibalni opori primerja in ureja</w:t>
            </w:r>
          </w:p>
        </w:tc>
        <w:tc>
          <w:tcPr>
            <w:tcW w:w="7087" w:type="dxa"/>
            <w:tcMar>
              <w:top w:w="70" w:type="dxa"/>
              <w:left w:w="90" w:type="dxa"/>
              <w:bottom w:w="70" w:type="dxa"/>
              <w:right w:w="90" w:type="dxa"/>
            </w:tcMar>
          </w:tcPr>
          <w:p w14:paraId="69818C13"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8B9E2E1" w14:textId="77777777">
              <w:trPr>
                <w:jc w:val="center"/>
              </w:trPr>
              <w:tc>
                <w:tcPr>
                  <w:tcW w:w="7087" w:type="dxa"/>
                  <w:shd w:val="clear" w:color="auto" w:fill="C6E7F3"/>
                  <w:tcMar>
                    <w:top w:w="45" w:type="dxa"/>
                    <w:left w:w="70" w:type="dxa"/>
                    <w:bottom w:w="45" w:type="dxa"/>
                    <w:right w:w="70" w:type="dxa"/>
                  </w:tcMar>
                </w:tcPr>
                <w:p w14:paraId="29E7B28F" w14:textId="77777777" w:rsidR="005B3871" w:rsidRDefault="00000000">
                  <w:pPr>
                    <w:keepNext/>
                  </w:pPr>
                  <w:r>
                    <w:rPr>
                      <w:b/>
                      <w:color w:val="000000"/>
                    </w:rPr>
                    <w:t>UVODNI DEL – motivacija, aktivacija predznanja in namen učenja (15–20 min)</w:t>
                  </w:r>
                </w:p>
              </w:tc>
            </w:tr>
          </w:tbl>
          <w:p w14:paraId="4E419DCA" w14:textId="77777777" w:rsidR="005B3871" w:rsidRDefault="005B3871">
            <w:pPr>
              <w:spacing w:line="20" w:lineRule="exact"/>
            </w:pPr>
          </w:p>
          <w:p w14:paraId="464F363C" w14:textId="77777777" w:rsidR="005B3871" w:rsidRDefault="00000000">
            <w:pPr>
              <w:spacing w:before="40" w:after="60" w:line="245" w:lineRule="auto"/>
            </w:pPr>
            <w:r>
              <w:rPr>
                <w:color w:val="000000"/>
                <w:sz w:val="16"/>
              </w:rPr>
              <w:t>Sapramiška zbere orehe v skupine po deset in posamezne orehe. Učenci s konkretno desetiško strukturo gradijo števila do 20 ter jih berejo, zapisujejo, primerjajo in urejajo.</w:t>
            </w:r>
          </w:p>
          <w:tbl>
            <w:tblPr>
              <w:tblStyle w:val="Tabelamrea"/>
              <w:tblW w:w="0" w:type="auto"/>
              <w:jc w:val="center"/>
              <w:tblLayout w:type="fixed"/>
              <w:tblLook w:val="04A0" w:firstRow="1" w:lastRow="0" w:firstColumn="1" w:lastColumn="0" w:noHBand="0" w:noVBand="1"/>
            </w:tblPr>
            <w:tblGrid>
              <w:gridCol w:w="7087"/>
            </w:tblGrid>
            <w:tr w:rsidR="005B3871" w14:paraId="27A3902F" w14:textId="77777777">
              <w:trPr>
                <w:jc w:val="center"/>
              </w:trPr>
              <w:tc>
                <w:tcPr>
                  <w:tcW w:w="7087" w:type="dxa"/>
                  <w:shd w:val="clear" w:color="auto" w:fill="EDC9EA"/>
                  <w:tcMar>
                    <w:top w:w="45" w:type="dxa"/>
                    <w:left w:w="70" w:type="dxa"/>
                    <w:bottom w:w="45" w:type="dxa"/>
                    <w:right w:w="70" w:type="dxa"/>
                  </w:tcMar>
                </w:tcPr>
                <w:p w14:paraId="67E06C31" w14:textId="77777777" w:rsidR="005B3871" w:rsidRDefault="00000000">
                  <w:pPr>
                    <w:keepNext/>
                  </w:pPr>
                  <w:r>
                    <w:rPr>
                      <w:b/>
                      <w:color w:val="000000"/>
                    </w:rPr>
                    <w:t>NAMENI UČENJA</w:t>
                  </w:r>
                </w:p>
              </w:tc>
            </w:tr>
          </w:tbl>
          <w:p w14:paraId="48DF22A1" w14:textId="77777777" w:rsidR="005B3871" w:rsidRDefault="005B3871">
            <w:pPr>
              <w:spacing w:line="20" w:lineRule="exact"/>
            </w:pPr>
          </w:p>
          <w:p w14:paraId="3340663C"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489EED47" w14:textId="77777777" w:rsidR="005B3871" w:rsidRDefault="00000000">
            <w:pPr>
              <w:pStyle w:val="Oznaenseznam"/>
              <w:spacing w:after="16"/>
            </w:pPr>
            <w:r>
              <w:rPr>
                <w:color w:val="000000"/>
                <w:sz w:val="16"/>
              </w:rPr>
              <w:t>štejem in predstavim števila</w:t>
            </w:r>
          </w:p>
          <w:p w14:paraId="1401A2B3" w14:textId="77777777" w:rsidR="005B3871" w:rsidRDefault="00000000">
            <w:pPr>
              <w:pStyle w:val="Oznaenseznam"/>
              <w:spacing w:after="16"/>
            </w:pPr>
            <w:r>
              <w:rPr>
                <w:color w:val="000000"/>
                <w:sz w:val="16"/>
              </w:rPr>
              <w:t>berem in zapisujem števila 0–20</w:t>
            </w:r>
          </w:p>
          <w:p w14:paraId="1DCB61B4" w14:textId="77777777" w:rsidR="005B3871" w:rsidRDefault="00000000">
            <w:pPr>
              <w:pStyle w:val="Oznaenseznam"/>
              <w:spacing w:after="16"/>
            </w:pPr>
            <w:r>
              <w:rPr>
                <w:color w:val="000000"/>
                <w:sz w:val="16"/>
              </w:rPr>
              <w:t>primerjam in urejam</w:t>
            </w:r>
          </w:p>
          <w:tbl>
            <w:tblPr>
              <w:tblStyle w:val="Tabelamrea"/>
              <w:tblW w:w="0" w:type="auto"/>
              <w:jc w:val="center"/>
              <w:tblLayout w:type="fixed"/>
              <w:tblLook w:val="04A0" w:firstRow="1" w:lastRow="0" w:firstColumn="1" w:lastColumn="0" w:noHBand="0" w:noVBand="1"/>
            </w:tblPr>
            <w:tblGrid>
              <w:gridCol w:w="7087"/>
            </w:tblGrid>
            <w:tr w:rsidR="005B3871" w14:paraId="4A682D69" w14:textId="77777777">
              <w:trPr>
                <w:jc w:val="center"/>
              </w:trPr>
              <w:tc>
                <w:tcPr>
                  <w:tcW w:w="7087" w:type="dxa"/>
                  <w:shd w:val="clear" w:color="auto" w:fill="EDC9EA"/>
                  <w:tcMar>
                    <w:top w:w="45" w:type="dxa"/>
                    <w:left w:w="70" w:type="dxa"/>
                    <w:bottom w:w="45" w:type="dxa"/>
                    <w:right w:w="70" w:type="dxa"/>
                  </w:tcMar>
                </w:tcPr>
                <w:p w14:paraId="1E700478" w14:textId="77777777" w:rsidR="005B3871" w:rsidRDefault="00000000">
                  <w:pPr>
                    <w:keepNext/>
                  </w:pPr>
                  <w:r>
                    <w:rPr>
                      <w:b/>
                      <w:color w:val="000000"/>
                    </w:rPr>
                    <w:t>PREVERJANJE PREDZNANJA</w:t>
                  </w:r>
                </w:p>
              </w:tc>
            </w:tr>
          </w:tbl>
          <w:p w14:paraId="19A2E95E" w14:textId="77777777" w:rsidR="005B3871" w:rsidRDefault="005B3871">
            <w:pPr>
              <w:spacing w:line="20" w:lineRule="exact"/>
            </w:pPr>
          </w:p>
          <w:p w14:paraId="19DF74EC" w14:textId="77777777" w:rsidR="005B3871" w:rsidRDefault="00000000">
            <w:pPr>
              <w:pStyle w:val="Oznaenseznam"/>
              <w:spacing w:after="16"/>
            </w:pPr>
            <w:r>
              <w:rPr>
                <w:color w:val="000000"/>
                <w:sz w:val="16"/>
              </w:rPr>
              <w:t>Kako mi skupina deset pomaga pri štetju do 20?</w:t>
            </w:r>
          </w:p>
          <w:p w14:paraId="2C9536EF" w14:textId="77777777" w:rsidR="005B3871" w:rsidRDefault="00000000">
            <w:pPr>
              <w:pStyle w:val="Oznaenseznam"/>
              <w:spacing w:after="16"/>
            </w:pPr>
            <w:r>
              <w:rPr>
                <w:color w:val="000000"/>
                <w:sz w:val="16"/>
              </w:rPr>
              <w:t>Kako iz zapisa ugotovim, katero od dveh števil je večje?</w:t>
            </w:r>
          </w:p>
          <w:p w14:paraId="73694750"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7606AA51" w14:textId="77777777">
              <w:trPr>
                <w:jc w:val="center"/>
              </w:trPr>
              <w:tc>
                <w:tcPr>
                  <w:tcW w:w="7087" w:type="dxa"/>
                  <w:shd w:val="clear" w:color="auto" w:fill="EDC9EA"/>
                  <w:tcMar>
                    <w:top w:w="45" w:type="dxa"/>
                    <w:left w:w="70" w:type="dxa"/>
                    <w:bottom w:w="45" w:type="dxa"/>
                    <w:right w:w="70" w:type="dxa"/>
                  </w:tcMar>
                </w:tcPr>
                <w:p w14:paraId="28E1B5C2" w14:textId="77777777" w:rsidR="005B3871" w:rsidRDefault="00000000">
                  <w:pPr>
                    <w:keepNext/>
                  </w:pPr>
                  <w:r>
                    <w:rPr>
                      <w:b/>
                      <w:color w:val="000000"/>
                    </w:rPr>
                    <w:t>KRITERIJI USPEŠNOSTI</w:t>
                  </w:r>
                </w:p>
              </w:tc>
            </w:tr>
          </w:tbl>
          <w:p w14:paraId="78C0D344" w14:textId="77777777" w:rsidR="005B3871" w:rsidRDefault="005B3871"/>
          <w:p w14:paraId="1875E2FF" w14:textId="77777777" w:rsidR="005B3871" w:rsidRDefault="00000000">
            <w:pPr>
              <w:spacing w:before="20" w:after="20" w:line="245" w:lineRule="auto"/>
            </w:pPr>
            <w:r>
              <w:rPr>
                <w:b/>
                <w:color w:val="000000"/>
                <w:sz w:val="16"/>
              </w:rPr>
              <w:t>Uspešen/-na bom, ko:</w:t>
            </w:r>
          </w:p>
          <w:p w14:paraId="7D921DE2" w14:textId="77777777" w:rsidR="005B3871" w:rsidRDefault="00000000">
            <w:pPr>
              <w:pStyle w:val="Oznaenseznam"/>
              <w:spacing w:after="16"/>
            </w:pPr>
            <w:r>
              <w:rPr>
                <w:color w:val="000000"/>
                <w:sz w:val="16"/>
              </w:rPr>
              <w:t>štejem in predstavim števila</w:t>
            </w:r>
          </w:p>
          <w:p w14:paraId="699171B7" w14:textId="77777777" w:rsidR="005B3871" w:rsidRDefault="00000000">
            <w:pPr>
              <w:pStyle w:val="Oznaenseznam"/>
              <w:spacing w:after="16"/>
            </w:pPr>
            <w:r>
              <w:rPr>
                <w:color w:val="000000"/>
                <w:sz w:val="16"/>
              </w:rPr>
              <w:t>berem in zapisujem števila 0–20</w:t>
            </w:r>
          </w:p>
          <w:p w14:paraId="0BC47B2F" w14:textId="77777777" w:rsidR="005B3871" w:rsidRDefault="00000000">
            <w:pPr>
              <w:pStyle w:val="Oznaenseznam"/>
              <w:spacing w:after="16"/>
            </w:pPr>
            <w:r>
              <w:rPr>
                <w:color w:val="000000"/>
                <w:sz w:val="16"/>
              </w:rPr>
              <w:t>primerjam in urejam</w:t>
            </w:r>
          </w:p>
          <w:p w14:paraId="0BB67DAA"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72FF9016" w14:textId="77777777" w:rsidR="005B3871" w:rsidRDefault="005B3871"/>
          <w:p w14:paraId="51479813"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42A1E2F3" w14:textId="77777777" w:rsidR="005B3871" w:rsidRDefault="00000000">
            <w:pPr>
              <w:spacing w:after="80" w:line="245" w:lineRule="auto"/>
            </w:pPr>
            <w:r>
              <w:rPr>
                <w:color w:val="000000"/>
                <w:sz w:val="16"/>
              </w:rPr>
              <w:t>Pove, pokaže ali nariše, kako bi nalogo začel. Posluša tudi drugačne strategije.</w:t>
            </w:r>
          </w:p>
          <w:p w14:paraId="578C5A25" w14:textId="77777777" w:rsidR="005B3871" w:rsidRDefault="00000000">
            <w:pPr>
              <w:spacing w:after="100" w:line="245" w:lineRule="auto"/>
            </w:pPr>
            <w:r>
              <w:rPr>
                <w:color w:val="000000"/>
                <w:sz w:val="16"/>
              </w:rPr>
              <w:t>Sodeluje pri razumevanju namenov in kriterijev uspešnosti.</w:t>
            </w:r>
          </w:p>
          <w:p w14:paraId="3E6B1D6D" w14:textId="77777777" w:rsidR="005B3871" w:rsidRDefault="00000000">
            <w:pPr>
              <w:spacing w:after="20" w:line="245" w:lineRule="auto"/>
            </w:pPr>
            <w:r>
              <w:rPr>
                <w:b/>
                <w:color w:val="D95BC6"/>
                <w:sz w:val="17"/>
              </w:rPr>
              <w:t>DOKAZ O UČENJU</w:t>
            </w:r>
          </w:p>
          <w:p w14:paraId="2E54AC3A" w14:textId="77777777" w:rsidR="005B3871" w:rsidRDefault="00000000">
            <w:pPr>
              <w:spacing w:after="30" w:line="245" w:lineRule="auto"/>
            </w:pPr>
            <w:r>
              <w:rPr>
                <w:color w:val="D95BC6"/>
                <w:sz w:val="16"/>
              </w:rPr>
              <w:t>začetna strategija, razvrstitev, model, risba, gib ali ustni odgovor</w:t>
            </w:r>
          </w:p>
        </w:tc>
      </w:tr>
    </w:tbl>
    <w:p w14:paraId="573EA0A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DF8272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8A544BE"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74ADC75" w14:textId="77777777" w:rsidR="005B3871" w:rsidRDefault="00000000">
            <w:pPr>
              <w:jc w:val="center"/>
            </w:pPr>
            <w:r>
              <w:rPr>
                <w:b/>
                <w:color w:val="000000"/>
                <w:sz w:val="20"/>
              </w:rPr>
              <w:t>UČNE DEJAVNOSTI, METODE IN FORMATIVNO SPREMLJANJE</w:t>
            </w:r>
          </w:p>
        </w:tc>
      </w:tr>
      <w:tr w:rsidR="005B3871" w14:paraId="3BF9AE8F" w14:textId="77777777">
        <w:trPr>
          <w:tblHeader/>
          <w:jc w:val="center"/>
        </w:trPr>
        <w:tc>
          <w:tcPr>
            <w:tcW w:w="4422" w:type="dxa"/>
            <w:vMerge/>
            <w:tcMar>
              <w:top w:w="70" w:type="dxa"/>
              <w:left w:w="90" w:type="dxa"/>
              <w:bottom w:w="70" w:type="dxa"/>
              <w:right w:w="90" w:type="dxa"/>
            </w:tcMar>
            <w:vAlign w:val="center"/>
          </w:tcPr>
          <w:p w14:paraId="2402FB48" w14:textId="77777777" w:rsidR="005B3871" w:rsidRDefault="005B3871"/>
        </w:tc>
        <w:tc>
          <w:tcPr>
            <w:tcW w:w="7087" w:type="dxa"/>
            <w:shd w:val="clear" w:color="auto" w:fill="FFFFFF"/>
            <w:tcMar>
              <w:top w:w="70" w:type="dxa"/>
              <w:left w:w="90" w:type="dxa"/>
              <w:bottom w:w="70" w:type="dxa"/>
              <w:right w:w="90" w:type="dxa"/>
            </w:tcMar>
            <w:vAlign w:val="center"/>
          </w:tcPr>
          <w:p w14:paraId="216EB32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EDBA946" w14:textId="77777777" w:rsidR="005B3871" w:rsidRDefault="00000000">
            <w:pPr>
              <w:jc w:val="center"/>
            </w:pPr>
            <w:r>
              <w:rPr>
                <w:b/>
                <w:color w:val="000000"/>
              </w:rPr>
              <w:t>UČENEC</w:t>
            </w:r>
          </w:p>
        </w:tc>
      </w:tr>
      <w:tr w:rsidR="005B3871" w14:paraId="51B4D16D" w14:textId="77777777">
        <w:trPr>
          <w:jc w:val="center"/>
        </w:trPr>
        <w:tc>
          <w:tcPr>
            <w:tcW w:w="4422" w:type="dxa"/>
            <w:tcMar>
              <w:top w:w="70" w:type="dxa"/>
              <w:left w:w="90" w:type="dxa"/>
              <w:bottom w:w="70" w:type="dxa"/>
              <w:right w:w="90" w:type="dxa"/>
            </w:tcMar>
          </w:tcPr>
          <w:p w14:paraId="74AA6C67" w14:textId="77777777" w:rsidR="005B3871" w:rsidRDefault="005B3871"/>
          <w:p w14:paraId="490D9E0F" w14:textId="77777777" w:rsidR="005B3871" w:rsidRDefault="00000000">
            <w:pPr>
              <w:spacing w:after="40" w:line="245" w:lineRule="auto"/>
            </w:pPr>
            <w:r>
              <w:rPr>
                <w:b/>
                <w:color w:val="000000"/>
              </w:rPr>
              <w:t>KLJUČNI POJMI</w:t>
            </w:r>
          </w:p>
          <w:p w14:paraId="2A757BFE" w14:textId="77777777" w:rsidR="005B3871" w:rsidRDefault="00000000">
            <w:pPr>
              <w:spacing w:after="60" w:line="245" w:lineRule="auto"/>
            </w:pPr>
            <w:r>
              <w:rPr>
                <w:color w:val="000000"/>
                <w:sz w:val="16"/>
              </w:rPr>
              <w:t>števila 0–20, desetica, enica, štetje, branje, zapis, primerjanje, urejanje, številska os</w:t>
            </w:r>
          </w:p>
          <w:p w14:paraId="7822913E" w14:textId="77777777" w:rsidR="005B3871" w:rsidRDefault="00000000">
            <w:pPr>
              <w:spacing w:after="20" w:line="245" w:lineRule="auto"/>
            </w:pPr>
            <w:r>
              <w:rPr>
                <w:b/>
                <w:color w:val="000000"/>
                <w:sz w:val="17"/>
              </w:rPr>
              <w:t>DOKAZI O UČENJU</w:t>
            </w:r>
          </w:p>
          <w:p w14:paraId="612AECC9" w14:textId="77777777" w:rsidR="005B3871" w:rsidRDefault="00000000">
            <w:pPr>
              <w:pStyle w:val="Oznaenseznam"/>
              <w:spacing w:after="16"/>
            </w:pPr>
            <w:r>
              <w:rPr>
                <w:color w:val="000000"/>
                <w:sz w:val="16"/>
              </w:rPr>
              <w:t>konkretni model števila do 20</w:t>
            </w:r>
          </w:p>
          <w:p w14:paraId="46CABF33" w14:textId="77777777" w:rsidR="005B3871" w:rsidRDefault="00000000">
            <w:pPr>
              <w:pStyle w:val="Oznaenseznam"/>
              <w:spacing w:after="16"/>
            </w:pPr>
            <w:r>
              <w:rPr>
                <w:color w:val="000000"/>
                <w:sz w:val="16"/>
              </w:rPr>
              <w:t>pravilna lega na številski osi</w:t>
            </w:r>
          </w:p>
          <w:p w14:paraId="6B15DBBF" w14:textId="77777777" w:rsidR="005B3871" w:rsidRDefault="00000000">
            <w:pPr>
              <w:pStyle w:val="Oznaenseznam"/>
              <w:spacing w:after="16"/>
            </w:pPr>
            <w:r>
              <w:rPr>
                <w:color w:val="000000"/>
                <w:sz w:val="16"/>
              </w:rPr>
              <w:t>povezani modeli in pravilen zapis</w:t>
            </w:r>
          </w:p>
          <w:p w14:paraId="409C0E85" w14:textId="77777777" w:rsidR="005B3871" w:rsidRDefault="00000000">
            <w:pPr>
              <w:pStyle w:val="Oznaenseznam"/>
              <w:spacing w:after="16"/>
            </w:pPr>
            <w:r>
              <w:rPr>
                <w:color w:val="000000"/>
                <w:sz w:val="16"/>
              </w:rPr>
              <w:t>urejena števila z utemeljitvijo</w:t>
            </w:r>
          </w:p>
          <w:p w14:paraId="3DE5DFF4" w14:textId="77777777" w:rsidR="005B3871" w:rsidRDefault="00000000">
            <w:pPr>
              <w:spacing w:before="40" w:after="20" w:line="245" w:lineRule="auto"/>
            </w:pPr>
            <w:r>
              <w:rPr>
                <w:b/>
                <w:color w:val="000000"/>
                <w:sz w:val="17"/>
              </w:rPr>
              <w:t>MEDPREDMETNA POVEZAVA</w:t>
            </w:r>
          </w:p>
          <w:p w14:paraId="36CD731A" w14:textId="77777777" w:rsidR="005B3871" w:rsidRDefault="00000000">
            <w:pPr>
              <w:spacing w:after="60" w:line="245" w:lineRule="auto"/>
            </w:pPr>
            <w:r>
              <w:rPr>
                <w:color w:val="000000"/>
                <w:sz w:val="16"/>
              </w:rPr>
              <w:t>SLJ – matematična poved; SPO – zdrave navade; ŠPO – živa os; LUM – desetiški prikaz</w:t>
            </w:r>
          </w:p>
          <w:p w14:paraId="02C56FA9" w14:textId="77777777" w:rsidR="005B3871" w:rsidRDefault="00000000">
            <w:pPr>
              <w:spacing w:after="20" w:line="245" w:lineRule="auto"/>
            </w:pPr>
            <w:r>
              <w:rPr>
                <w:b/>
                <w:color w:val="000000"/>
                <w:sz w:val="17"/>
              </w:rPr>
              <w:t>POUČEVANJE V GIBANJU</w:t>
            </w:r>
          </w:p>
          <w:p w14:paraId="6B59573F"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5D74F636" w14:textId="77777777" w:rsidR="005B3871" w:rsidRDefault="00000000">
            <w:pPr>
              <w:spacing w:after="20" w:line="245" w:lineRule="auto"/>
            </w:pPr>
            <w:r>
              <w:rPr>
                <w:b/>
                <w:color w:val="000000"/>
                <w:sz w:val="17"/>
              </w:rPr>
              <w:t>DELO PO POSTAJAH</w:t>
            </w:r>
          </w:p>
          <w:p w14:paraId="6B165CCB" w14:textId="77777777" w:rsidR="005B3871" w:rsidRDefault="00000000">
            <w:pPr>
              <w:spacing w:after="60" w:line="245" w:lineRule="auto"/>
            </w:pPr>
            <w:r>
              <w:rPr>
                <w:color w:val="000000"/>
                <w:sz w:val="15"/>
              </w:rPr>
              <w:t>Načrtovana rotacija: konkretno-izkušenjska – Deset in še nekaj; gibalna/sodelovalna – Živa os 0–20; slikovno-simbolna – Preberem, sestavim, zapišem; izziv, dokaz in povratna informacija – Primerjalni izziv. Pri pisnem ocenjevanju se postaje izvedejo v pripravi, analizi in ponovnem učenju.</w:t>
            </w:r>
          </w:p>
          <w:p w14:paraId="53F2B628" w14:textId="77777777" w:rsidR="005B3871" w:rsidRDefault="00000000">
            <w:pPr>
              <w:spacing w:after="20" w:line="245" w:lineRule="auto"/>
            </w:pPr>
            <w:r>
              <w:rPr>
                <w:b/>
                <w:color w:val="000000"/>
                <w:sz w:val="17"/>
              </w:rPr>
              <w:t>DIFERENCIACIJA IN VKLJUČEVANJE</w:t>
            </w:r>
          </w:p>
          <w:p w14:paraId="2142F147"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202EF4FB" w14:textId="77777777" w:rsidR="005B3871" w:rsidRDefault="00000000">
            <w:pPr>
              <w:spacing w:after="20" w:line="245" w:lineRule="auto"/>
            </w:pPr>
            <w:r>
              <w:rPr>
                <w:b/>
                <w:color w:val="000000"/>
                <w:sz w:val="17"/>
              </w:rPr>
              <w:t>SPREMLJANJE</w:t>
            </w:r>
          </w:p>
          <w:p w14:paraId="4478FFE6"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70FDF5AA"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DB00964" w14:textId="77777777">
              <w:trPr>
                <w:jc w:val="center"/>
              </w:trPr>
              <w:tc>
                <w:tcPr>
                  <w:tcW w:w="7087" w:type="dxa"/>
                  <w:shd w:val="clear" w:color="auto" w:fill="C6E7F3"/>
                  <w:tcMar>
                    <w:top w:w="45" w:type="dxa"/>
                    <w:left w:w="70" w:type="dxa"/>
                    <w:bottom w:w="45" w:type="dxa"/>
                    <w:right w:w="70" w:type="dxa"/>
                  </w:tcMar>
                </w:tcPr>
                <w:p w14:paraId="59C6762A" w14:textId="77777777" w:rsidR="005B3871" w:rsidRDefault="00000000">
                  <w:pPr>
                    <w:keepNext/>
                  </w:pPr>
                  <w:r>
                    <w:rPr>
                      <w:b/>
                      <w:color w:val="000000"/>
                    </w:rPr>
                    <w:t>GLAVNI DEL – IZKUŠENJSKO IN PROBLEMSKO UČENJE (4 šolske ure)</w:t>
                  </w:r>
                </w:p>
              </w:tc>
            </w:tr>
          </w:tbl>
          <w:p w14:paraId="55651CE4" w14:textId="77777777" w:rsidR="005B3871" w:rsidRDefault="005B3871">
            <w:pPr>
              <w:spacing w:line="20" w:lineRule="exact"/>
            </w:pPr>
          </w:p>
          <w:p w14:paraId="23122F52" w14:textId="77777777" w:rsidR="005B3871" w:rsidRDefault="00000000">
            <w:pPr>
              <w:keepNext/>
              <w:spacing w:before="40" w:after="10" w:line="245" w:lineRule="auto"/>
            </w:pPr>
            <w:r>
              <w:rPr>
                <w:b/>
                <w:color w:val="000000"/>
                <w:sz w:val="17"/>
              </w:rPr>
              <w:t>1. URA – Deset in še nekaj</w:t>
            </w:r>
          </w:p>
          <w:p w14:paraId="0BAE2420" w14:textId="77777777" w:rsidR="005B3871" w:rsidRDefault="00000000">
            <w:pPr>
              <w:spacing w:after="14" w:line="245" w:lineRule="auto"/>
            </w:pPr>
            <w:r>
              <w:rPr>
                <w:b/>
                <w:color w:val="000000"/>
                <w:sz w:val="16"/>
              </w:rPr>
              <w:t xml:space="preserve">Dejavnost učiteljice: </w:t>
            </w:r>
            <w:r>
              <w:rPr>
                <w:color w:val="000000"/>
                <w:sz w:val="16"/>
              </w:rPr>
              <w:t>Modelira poln desetiški okvir in dodatne števce ter dosledno govori deset in še ...</w:t>
            </w:r>
          </w:p>
          <w:p w14:paraId="32AC901B" w14:textId="77777777" w:rsidR="005B3871" w:rsidRDefault="00000000">
            <w:pPr>
              <w:spacing w:after="14" w:line="245" w:lineRule="auto"/>
            </w:pPr>
            <w:r>
              <w:rPr>
                <w:b/>
                <w:color w:val="000000"/>
                <w:sz w:val="16"/>
              </w:rPr>
              <w:t xml:space="preserve">Dejavnost učencev: </w:t>
            </w:r>
            <w:r>
              <w:rPr>
                <w:color w:val="000000"/>
                <w:sz w:val="16"/>
              </w:rPr>
              <w:t>Sestavijo števila kot deset in enice, jih preštejejo in povedo na dva načina.</w:t>
            </w:r>
          </w:p>
          <w:p w14:paraId="2121234B" w14:textId="77777777" w:rsidR="005B3871" w:rsidRDefault="00000000">
            <w:pPr>
              <w:spacing w:after="24" w:line="245" w:lineRule="auto"/>
            </w:pPr>
            <w:r>
              <w:rPr>
                <w:i/>
                <w:color w:val="D95BC6"/>
                <w:sz w:val="16"/>
              </w:rPr>
              <w:t>Predvideni dokaz: konkretni model števila do 20.</w:t>
            </w:r>
          </w:p>
          <w:p w14:paraId="0F53B2AA" w14:textId="77777777" w:rsidR="005B3871" w:rsidRDefault="00000000">
            <w:pPr>
              <w:keepNext/>
              <w:spacing w:before="40" w:after="10" w:line="245" w:lineRule="auto"/>
            </w:pPr>
            <w:r>
              <w:rPr>
                <w:b/>
                <w:color w:val="000000"/>
                <w:sz w:val="17"/>
              </w:rPr>
              <w:t>2. URA – Živa os 0–20</w:t>
            </w:r>
          </w:p>
          <w:p w14:paraId="18F9E300" w14:textId="77777777" w:rsidR="005B3871" w:rsidRDefault="00000000">
            <w:pPr>
              <w:spacing w:after="14" w:line="245" w:lineRule="auto"/>
            </w:pPr>
            <w:r>
              <w:rPr>
                <w:b/>
                <w:color w:val="000000"/>
                <w:sz w:val="16"/>
              </w:rPr>
              <w:t xml:space="preserve">Dejavnost učiteljice: </w:t>
            </w:r>
            <w:r>
              <w:rPr>
                <w:color w:val="000000"/>
                <w:sz w:val="16"/>
              </w:rPr>
              <w:t>Pripravi talno os in učencem razdeli števila ali manjkajoča mesta.</w:t>
            </w:r>
          </w:p>
          <w:p w14:paraId="4586362A" w14:textId="77777777" w:rsidR="005B3871" w:rsidRDefault="00000000">
            <w:pPr>
              <w:spacing w:after="14" w:line="245" w:lineRule="auto"/>
            </w:pPr>
            <w:r>
              <w:rPr>
                <w:b/>
                <w:color w:val="000000"/>
                <w:sz w:val="16"/>
              </w:rPr>
              <w:t xml:space="preserve">Dejavnost učencev: </w:t>
            </w:r>
            <w:r>
              <w:rPr>
                <w:color w:val="000000"/>
                <w:sz w:val="16"/>
              </w:rPr>
              <w:t>Postavijo se na pravo mesto, štejejo naprej in nazaj ter poiščejo dano število.</w:t>
            </w:r>
          </w:p>
          <w:p w14:paraId="48D8C7D1" w14:textId="77777777" w:rsidR="005B3871" w:rsidRDefault="00000000">
            <w:pPr>
              <w:spacing w:after="24" w:line="245" w:lineRule="auto"/>
            </w:pPr>
            <w:r>
              <w:rPr>
                <w:i/>
                <w:color w:val="D95BC6"/>
                <w:sz w:val="16"/>
              </w:rPr>
              <w:t>Predvideni dokaz: pravilna lega na številski osi.</w:t>
            </w:r>
          </w:p>
          <w:p w14:paraId="3F767F9B" w14:textId="77777777" w:rsidR="005B3871" w:rsidRDefault="00000000">
            <w:pPr>
              <w:keepNext/>
              <w:spacing w:before="40" w:after="10" w:line="245" w:lineRule="auto"/>
            </w:pPr>
            <w:r>
              <w:rPr>
                <w:b/>
                <w:color w:val="000000"/>
                <w:sz w:val="17"/>
              </w:rPr>
              <w:t>3. URA – Preberem, sestavim, zapišem</w:t>
            </w:r>
          </w:p>
          <w:p w14:paraId="400A3F9D" w14:textId="77777777" w:rsidR="005B3871" w:rsidRDefault="00000000">
            <w:pPr>
              <w:spacing w:after="14" w:line="245" w:lineRule="auto"/>
            </w:pPr>
            <w:r>
              <w:rPr>
                <w:b/>
                <w:color w:val="000000"/>
                <w:sz w:val="16"/>
              </w:rPr>
              <w:t xml:space="preserve">Dejavnost učiteljice: </w:t>
            </w:r>
            <w:r>
              <w:rPr>
                <w:color w:val="000000"/>
                <w:sz w:val="16"/>
              </w:rPr>
              <w:t>Uredi tri postaje: kartica števila, desetiški model in zapis.</w:t>
            </w:r>
          </w:p>
          <w:p w14:paraId="64374FDC" w14:textId="77777777" w:rsidR="005B3871" w:rsidRDefault="00000000">
            <w:pPr>
              <w:spacing w:after="14" w:line="245" w:lineRule="auto"/>
            </w:pPr>
            <w:r>
              <w:rPr>
                <w:b/>
                <w:color w:val="000000"/>
                <w:sz w:val="16"/>
              </w:rPr>
              <w:t xml:space="preserve">Dejavnost učencev: </w:t>
            </w:r>
            <w:r>
              <w:rPr>
                <w:color w:val="000000"/>
                <w:sz w:val="16"/>
              </w:rPr>
              <w:t>Povežejo predstavitve ter obravnavano število čitljivo zapišejo.</w:t>
            </w:r>
          </w:p>
          <w:p w14:paraId="38FFA55B" w14:textId="77777777" w:rsidR="005B3871" w:rsidRDefault="00000000">
            <w:pPr>
              <w:spacing w:after="24" w:line="245" w:lineRule="auto"/>
            </w:pPr>
            <w:r>
              <w:rPr>
                <w:i/>
                <w:color w:val="D95BC6"/>
                <w:sz w:val="16"/>
              </w:rPr>
              <w:t>Predvideni dokaz: povezani modeli in pravilen zapis.</w:t>
            </w:r>
          </w:p>
          <w:p w14:paraId="42776641" w14:textId="77777777" w:rsidR="005B3871" w:rsidRDefault="00000000">
            <w:pPr>
              <w:keepNext/>
              <w:spacing w:before="40" w:after="10" w:line="245" w:lineRule="auto"/>
            </w:pPr>
            <w:r>
              <w:rPr>
                <w:b/>
                <w:color w:val="000000"/>
                <w:sz w:val="17"/>
              </w:rPr>
              <w:t>4. URA – Primerjalni izziv</w:t>
            </w:r>
          </w:p>
          <w:p w14:paraId="799AAF6A" w14:textId="77777777" w:rsidR="005B3871" w:rsidRDefault="00000000">
            <w:pPr>
              <w:spacing w:after="14" w:line="245" w:lineRule="auto"/>
            </w:pPr>
            <w:r>
              <w:rPr>
                <w:b/>
                <w:color w:val="000000"/>
                <w:sz w:val="16"/>
              </w:rPr>
              <w:t xml:space="preserve">Dejavnost učiteljice: </w:t>
            </w:r>
            <w:r>
              <w:rPr>
                <w:color w:val="000000"/>
                <w:sz w:val="16"/>
              </w:rPr>
              <w:t>Ponudi pare števil in zahteva dokaz z modelom ali lego na osi.</w:t>
            </w:r>
          </w:p>
          <w:p w14:paraId="3E48739D" w14:textId="77777777" w:rsidR="005B3871" w:rsidRDefault="00000000">
            <w:pPr>
              <w:spacing w:after="14" w:line="245" w:lineRule="auto"/>
            </w:pPr>
            <w:r>
              <w:rPr>
                <w:b/>
                <w:color w:val="000000"/>
                <w:sz w:val="16"/>
              </w:rPr>
              <w:t xml:space="preserve">Dejavnost učencev: </w:t>
            </w:r>
            <w:r>
              <w:rPr>
                <w:color w:val="000000"/>
                <w:sz w:val="16"/>
              </w:rPr>
              <w:t>Primerjajo in uredijo števila do 20 ter pojasnijo, kateri dokaz so uporabili.</w:t>
            </w:r>
          </w:p>
          <w:p w14:paraId="7C881C7B" w14:textId="77777777" w:rsidR="005B3871" w:rsidRDefault="00000000">
            <w:pPr>
              <w:spacing w:after="24" w:line="245" w:lineRule="auto"/>
            </w:pPr>
            <w:r>
              <w:rPr>
                <w:i/>
                <w:color w:val="D95BC6"/>
                <w:sz w:val="16"/>
              </w:rPr>
              <w:t>Predvideni dokaz: urejena števila z utemeljitvijo.</w:t>
            </w:r>
          </w:p>
          <w:tbl>
            <w:tblPr>
              <w:tblStyle w:val="Tabelamrea"/>
              <w:tblW w:w="0" w:type="auto"/>
              <w:jc w:val="center"/>
              <w:tblLayout w:type="fixed"/>
              <w:tblLook w:val="04A0" w:firstRow="1" w:lastRow="0" w:firstColumn="1" w:lastColumn="0" w:noHBand="0" w:noVBand="1"/>
            </w:tblPr>
            <w:tblGrid>
              <w:gridCol w:w="7087"/>
            </w:tblGrid>
            <w:tr w:rsidR="005B3871" w14:paraId="487D5C85" w14:textId="77777777">
              <w:trPr>
                <w:jc w:val="center"/>
              </w:trPr>
              <w:tc>
                <w:tcPr>
                  <w:tcW w:w="7087" w:type="dxa"/>
                  <w:shd w:val="clear" w:color="auto" w:fill="EDC9EA"/>
                  <w:tcMar>
                    <w:top w:w="45" w:type="dxa"/>
                    <w:left w:w="70" w:type="dxa"/>
                    <w:bottom w:w="45" w:type="dxa"/>
                    <w:right w:w="70" w:type="dxa"/>
                  </w:tcMar>
                </w:tcPr>
                <w:p w14:paraId="0CB9A1B5" w14:textId="77777777" w:rsidR="005B3871" w:rsidRDefault="00000000">
                  <w:pPr>
                    <w:keepNext/>
                  </w:pPr>
                  <w:r>
                    <w:rPr>
                      <w:b/>
                      <w:color w:val="000000"/>
                    </w:rPr>
                    <w:t>POVRATNA INFORMACIJA UČITELJICE MED DELOM</w:t>
                  </w:r>
                </w:p>
              </w:tc>
            </w:tr>
          </w:tbl>
          <w:p w14:paraId="0C5323E6" w14:textId="77777777" w:rsidR="005B3871" w:rsidRDefault="005B3871"/>
          <w:p w14:paraId="6C94F044"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28D24602" w14:textId="77777777" w:rsidR="005B3871" w:rsidRDefault="005B3871"/>
          <w:p w14:paraId="25D48462" w14:textId="77777777" w:rsidR="005B3871" w:rsidRDefault="00000000">
            <w:pPr>
              <w:spacing w:after="10" w:line="245" w:lineRule="auto"/>
            </w:pPr>
            <w:r>
              <w:rPr>
                <w:b/>
                <w:color w:val="000000"/>
                <w:sz w:val="16"/>
              </w:rPr>
              <w:t>1. URA</w:t>
            </w:r>
          </w:p>
          <w:p w14:paraId="64E76C48" w14:textId="77777777" w:rsidR="005B3871" w:rsidRDefault="00000000">
            <w:pPr>
              <w:spacing w:after="30" w:line="245" w:lineRule="auto"/>
            </w:pPr>
            <w:r>
              <w:rPr>
                <w:color w:val="000000"/>
                <w:sz w:val="16"/>
              </w:rPr>
              <w:t>Sestavijo števila kot deset in enice, jih preštejejo in povedo na dva načina.</w:t>
            </w:r>
          </w:p>
          <w:p w14:paraId="1D31E757" w14:textId="77777777" w:rsidR="005B3871" w:rsidRDefault="00000000">
            <w:pPr>
              <w:spacing w:line="245" w:lineRule="auto"/>
            </w:pPr>
            <w:r>
              <w:rPr>
                <w:b/>
                <w:color w:val="D95BC6"/>
                <w:sz w:val="16"/>
              </w:rPr>
              <w:t>DOKAZ</w:t>
            </w:r>
          </w:p>
          <w:p w14:paraId="1E84BEA3" w14:textId="77777777" w:rsidR="005B3871" w:rsidRDefault="00000000">
            <w:pPr>
              <w:spacing w:after="40" w:line="245" w:lineRule="auto"/>
            </w:pPr>
            <w:r>
              <w:rPr>
                <w:color w:val="D95BC6"/>
                <w:sz w:val="15"/>
              </w:rPr>
              <w:t>konkretni model števila do 20</w:t>
            </w:r>
          </w:p>
          <w:p w14:paraId="6592385F" w14:textId="77777777" w:rsidR="005B3871" w:rsidRDefault="00000000">
            <w:pPr>
              <w:spacing w:after="10" w:line="245" w:lineRule="auto"/>
            </w:pPr>
            <w:r>
              <w:rPr>
                <w:b/>
                <w:color w:val="000000"/>
                <w:sz w:val="16"/>
              </w:rPr>
              <w:t>2. URA</w:t>
            </w:r>
          </w:p>
          <w:p w14:paraId="35898774" w14:textId="77777777" w:rsidR="005B3871" w:rsidRDefault="00000000">
            <w:pPr>
              <w:spacing w:after="30" w:line="245" w:lineRule="auto"/>
            </w:pPr>
            <w:r>
              <w:rPr>
                <w:color w:val="000000"/>
                <w:sz w:val="16"/>
              </w:rPr>
              <w:t>Postavijo se na pravo mesto, štejejo naprej in nazaj ter poiščejo dano število.</w:t>
            </w:r>
          </w:p>
          <w:p w14:paraId="781E390A" w14:textId="77777777" w:rsidR="005B3871" w:rsidRDefault="00000000">
            <w:pPr>
              <w:spacing w:line="245" w:lineRule="auto"/>
            </w:pPr>
            <w:r>
              <w:rPr>
                <w:b/>
                <w:color w:val="D95BC6"/>
                <w:sz w:val="16"/>
              </w:rPr>
              <w:t>DOKAZ</w:t>
            </w:r>
          </w:p>
          <w:p w14:paraId="3A7F34E9" w14:textId="77777777" w:rsidR="005B3871" w:rsidRDefault="00000000">
            <w:pPr>
              <w:spacing w:after="40" w:line="245" w:lineRule="auto"/>
            </w:pPr>
            <w:r>
              <w:rPr>
                <w:color w:val="D95BC6"/>
                <w:sz w:val="15"/>
              </w:rPr>
              <w:t>pravilna lega na številski osi</w:t>
            </w:r>
          </w:p>
          <w:p w14:paraId="3D1DA749" w14:textId="77777777" w:rsidR="005B3871" w:rsidRDefault="00000000">
            <w:pPr>
              <w:spacing w:after="10" w:line="245" w:lineRule="auto"/>
            </w:pPr>
            <w:r>
              <w:rPr>
                <w:b/>
                <w:color w:val="000000"/>
                <w:sz w:val="16"/>
              </w:rPr>
              <w:t>3. URA</w:t>
            </w:r>
          </w:p>
          <w:p w14:paraId="35A770CA" w14:textId="77777777" w:rsidR="005B3871" w:rsidRDefault="00000000">
            <w:pPr>
              <w:spacing w:after="30" w:line="245" w:lineRule="auto"/>
            </w:pPr>
            <w:r>
              <w:rPr>
                <w:color w:val="000000"/>
                <w:sz w:val="16"/>
              </w:rPr>
              <w:t>Povežejo predstavitve ter obravnavano število čitljivo zapišejo.</w:t>
            </w:r>
          </w:p>
          <w:p w14:paraId="739EC3FB" w14:textId="77777777" w:rsidR="005B3871" w:rsidRDefault="00000000">
            <w:pPr>
              <w:spacing w:line="245" w:lineRule="auto"/>
            </w:pPr>
            <w:r>
              <w:rPr>
                <w:b/>
                <w:color w:val="D95BC6"/>
                <w:sz w:val="16"/>
              </w:rPr>
              <w:t>DOKAZ</w:t>
            </w:r>
          </w:p>
          <w:p w14:paraId="2CD162C7" w14:textId="77777777" w:rsidR="005B3871" w:rsidRDefault="00000000">
            <w:pPr>
              <w:spacing w:after="40" w:line="245" w:lineRule="auto"/>
            </w:pPr>
            <w:r>
              <w:rPr>
                <w:color w:val="D95BC6"/>
                <w:sz w:val="15"/>
              </w:rPr>
              <w:t>povezani modeli in pravilen zapis</w:t>
            </w:r>
          </w:p>
          <w:p w14:paraId="77C74A06" w14:textId="77777777" w:rsidR="005B3871" w:rsidRDefault="00000000">
            <w:pPr>
              <w:spacing w:after="10" w:line="245" w:lineRule="auto"/>
            </w:pPr>
            <w:r>
              <w:rPr>
                <w:b/>
                <w:color w:val="000000"/>
                <w:sz w:val="16"/>
              </w:rPr>
              <w:t>4. URA</w:t>
            </w:r>
          </w:p>
          <w:p w14:paraId="336FD14D" w14:textId="77777777" w:rsidR="005B3871" w:rsidRDefault="00000000">
            <w:pPr>
              <w:spacing w:after="30" w:line="245" w:lineRule="auto"/>
            </w:pPr>
            <w:r>
              <w:rPr>
                <w:color w:val="000000"/>
                <w:sz w:val="16"/>
              </w:rPr>
              <w:t>Primerjajo in uredijo števila do 20 ter pojasnijo, kateri dokaz so uporabili.</w:t>
            </w:r>
          </w:p>
          <w:p w14:paraId="63BD3A08" w14:textId="77777777" w:rsidR="005B3871" w:rsidRDefault="00000000">
            <w:pPr>
              <w:spacing w:line="245" w:lineRule="auto"/>
            </w:pPr>
            <w:r>
              <w:rPr>
                <w:b/>
                <w:color w:val="D95BC6"/>
                <w:sz w:val="16"/>
              </w:rPr>
              <w:t>DOKAZ</w:t>
            </w:r>
          </w:p>
          <w:p w14:paraId="6D68348C" w14:textId="77777777" w:rsidR="005B3871" w:rsidRDefault="00000000">
            <w:pPr>
              <w:spacing w:after="40" w:line="245" w:lineRule="auto"/>
            </w:pPr>
            <w:r>
              <w:rPr>
                <w:color w:val="D95BC6"/>
                <w:sz w:val="15"/>
              </w:rPr>
              <w:t>urejena števila z utemeljitvijo</w:t>
            </w:r>
          </w:p>
        </w:tc>
      </w:tr>
    </w:tbl>
    <w:p w14:paraId="20D31219"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1B10DC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C6A183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D2F7BE6" w14:textId="77777777" w:rsidR="005B3871" w:rsidRDefault="00000000">
            <w:pPr>
              <w:jc w:val="center"/>
            </w:pPr>
            <w:r>
              <w:rPr>
                <w:b/>
                <w:color w:val="000000"/>
                <w:sz w:val="20"/>
              </w:rPr>
              <w:t>UČNE DEJAVNOSTI, METODE IN FORMATIVNO SPREMLJANJE</w:t>
            </w:r>
          </w:p>
        </w:tc>
      </w:tr>
      <w:tr w:rsidR="005B3871" w14:paraId="692D7B9C" w14:textId="77777777">
        <w:trPr>
          <w:tblHeader/>
          <w:jc w:val="center"/>
        </w:trPr>
        <w:tc>
          <w:tcPr>
            <w:tcW w:w="4422" w:type="dxa"/>
            <w:vMerge/>
            <w:tcMar>
              <w:top w:w="70" w:type="dxa"/>
              <w:left w:w="90" w:type="dxa"/>
              <w:bottom w:w="70" w:type="dxa"/>
              <w:right w:w="90" w:type="dxa"/>
            </w:tcMar>
            <w:vAlign w:val="center"/>
          </w:tcPr>
          <w:p w14:paraId="106B7D5E" w14:textId="77777777" w:rsidR="005B3871" w:rsidRDefault="005B3871"/>
        </w:tc>
        <w:tc>
          <w:tcPr>
            <w:tcW w:w="7087" w:type="dxa"/>
            <w:shd w:val="clear" w:color="auto" w:fill="FFFFFF"/>
            <w:tcMar>
              <w:top w:w="70" w:type="dxa"/>
              <w:left w:w="90" w:type="dxa"/>
              <w:bottom w:w="70" w:type="dxa"/>
              <w:right w:w="90" w:type="dxa"/>
            </w:tcMar>
            <w:vAlign w:val="center"/>
          </w:tcPr>
          <w:p w14:paraId="06B53759"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1190DA6" w14:textId="77777777" w:rsidR="005B3871" w:rsidRDefault="00000000">
            <w:pPr>
              <w:jc w:val="center"/>
            </w:pPr>
            <w:r>
              <w:rPr>
                <w:b/>
                <w:color w:val="000000"/>
              </w:rPr>
              <w:t>UČENEC</w:t>
            </w:r>
          </w:p>
        </w:tc>
      </w:tr>
      <w:tr w:rsidR="005B3871" w14:paraId="7BE148E5" w14:textId="77777777">
        <w:trPr>
          <w:jc w:val="center"/>
        </w:trPr>
        <w:tc>
          <w:tcPr>
            <w:tcW w:w="4422" w:type="dxa"/>
            <w:tcMar>
              <w:top w:w="70" w:type="dxa"/>
              <w:left w:w="90" w:type="dxa"/>
              <w:bottom w:w="70" w:type="dxa"/>
              <w:right w:w="90" w:type="dxa"/>
            </w:tcMar>
          </w:tcPr>
          <w:p w14:paraId="10EBF581" w14:textId="77777777" w:rsidR="005B3871" w:rsidRDefault="005B3871"/>
          <w:p w14:paraId="47360392" w14:textId="77777777" w:rsidR="005B3871" w:rsidRDefault="00000000">
            <w:pPr>
              <w:spacing w:after="40" w:line="245" w:lineRule="auto"/>
            </w:pPr>
            <w:r>
              <w:rPr>
                <w:b/>
                <w:color w:val="000000"/>
              </w:rPr>
              <w:t>FORMATIVNO SPREMLJANJE</w:t>
            </w:r>
          </w:p>
          <w:p w14:paraId="7E33CA3B" w14:textId="77777777" w:rsidR="005B3871" w:rsidRDefault="00000000">
            <w:pPr>
              <w:pStyle w:val="Oznaenseznam"/>
              <w:spacing w:after="16"/>
            </w:pPr>
            <w:r>
              <w:rPr>
                <w:color w:val="000000"/>
                <w:sz w:val="16"/>
              </w:rPr>
              <w:t>predznanje: začetna strategija, ocena, razvrstitev, model ali risba</w:t>
            </w:r>
          </w:p>
          <w:p w14:paraId="23E2439A" w14:textId="77777777" w:rsidR="005B3871" w:rsidRDefault="00000000">
            <w:pPr>
              <w:pStyle w:val="Oznaenseznam"/>
              <w:spacing w:after="16"/>
            </w:pPr>
            <w:r>
              <w:rPr>
                <w:color w:val="000000"/>
                <w:sz w:val="16"/>
              </w:rPr>
              <w:t>dokazi med učenjem: konkretni, gibalni, slikovni in simbolni prikaz ter razlaga postopka</w:t>
            </w:r>
          </w:p>
          <w:p w14:paraId="3A4842B0" w14:textId="77777777" w:rsidR="005B3871" w:rsidRDefault="00000000">
            <w:pPr>
              <w:pStyle w:val="Oznaenseznam"/>
              <w:spacing w:after="16"/>
            </w:pPr>
            <w:r>
              <w:rPr>
                <w:color w:val="000000"/>
                <w:sz w:val="16"/>
              </w:rPr>
              <w:t>povratna informacija: konkretna, vezana na kriterij in usmerjena v preverjanje ali naslednji korak</w:t>
            </w:r>
          </w:p>
          <w:p w14:paraId="01332851" w14:textId="77777777" w:rsidR="005B3871" w:rsidRDefault="00000000">
            <w:pPr>
              <w:pStyle w:val="Oznaenseznam"/>
              <w:spacing w:after="16"/>
            </w:pPr>
            <w:r>
              <w:rPr>
                <w:color w:val="000000"/>
                <w:sz w:val="16"/>
              </w:rPr>
              <w:t>samovrednotenje: semafor, lestvica samostojnosti, izbrani dokaz ali kratka poved</w:t>
            </w:r>
          </w:p>
          <w:p w14:paraId="229E5EC1" w14:textId="77777777" w:rsidR="005B3871" w:rsidRDefault="00000000">
            <w:pPr>
              <w:spacing w:before="40" w:after="20" w:line="245" w:lineRule="auto"/>
            </w:pPr>
            <w:r>
              <w:rPr>
                <w:b/>
                <w:color w:val="000000"/>
                <w:sz w:val="17"/>
              </w:rPr>
              <w:t>VARNOST IN ODGOVORNOST</w:t>
            </w:r>
          </w:p>
          <w:p w14:paraId="30A5D5DA"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6509D2F7" w14:textId="77777777" w:rsidR="005B3871" w:rsidRDefault="00000000">
            <w:pPr>
              <w:spacing w:after="20" w:line="245" w:lineRule="auto"/>
            </w:pPr>
            <w:r>
              <w:rPr>
                <w:b/>
                <w:color w:val="000000"/>
                <w:sz w:val="17"/>
              </w:rPr>
              <w:t>EVIDENCA PO IZVEDBI</w:t>
            </w:r>
          </w:p>
          <w:p w14:paraId="44EF29DB"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262589BB"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88D6AB0" w14:textId="77777777">
              <w:trPr>
                <w:jc w:val="center"/>
              </w:trPr>
              <w:tc>
                <w:tcPr>
                  <w:tcW w:w="7087" w:type="dxa"/>
                  <w:shd w:val="clear" w:color="auto" w:fill="EDC9EA"/>
                  <w:tcMar>
                    <w:top w:w="45" w:type="dxa"/>
                    <w:left w:w="70" w:type="dxa"/>
                    <w:bottom w:w="45" w:type="dxa"/>
                    <w:right w:w="70" w:type="dxa"/>
                  </w:tcMar>
                </w:tcPr>
                <w:p w14:paraId="0921963D" w14:textId="77777777" w:rsidR="005B3871" w:rsidRDefault="00000000">
                  <w:pPr>
                    <w:keepNext/>
                  </w:pPr>
                  <w:r>
                    <w:rPr>
                      <w:b/>
                      <w:color w:val="000000"/>
                    </w:rPr>
                    <w:t>VPRAŠANJA V PODPORO MATEMATIČNEMU UČENJU</w:t>
                  </w:r>
                </w:p>
              </w:tc>
            </w:tr>
          </w:tbl>
          <w:p w14:paraId="1442DB8D" w14:textId="77777777" w:rsidR="005B3871" w:rsidRDefault="005B3871">
            <w:pPr>
              <w:spacing w:line="20" w:lineRule="exact"/>
            </w:pPr>
          </w:p>
          <w:p w14:paraId="63ED5C21" w14:textId="77777777" w:rsidR="005B3871" w:rsidRDefault="00000000">
            <w:pPr>
              <w:pStyle w:val="Oznaenseznam"/>
              <w:spacing w:after="16"/>
            </w:pPr>
            <w:r>
              <w:rPr>
                <w:color w:val="000000"/>
                <w:sz w:val="16"/>
              </w:rPr>
              <w:t>Kaj v tvojem modelu, risbi ali zapisu predstavlja posamezni del naloge?</w:t>
            </w:r>
          </w:p>
          <w:p w14:paraId="23F448C3" w14:textId="77777777" w:rsidR="005B3871" w:rsidRDefault="00000000">
            <w:pPr>
              <w:pStyle w:val="Oznaenseznam"/>
              <w:spacing w:after="16"/>
            </w:pPr>
            <w:r>
              <w:rPr>
                <w:color w:val="000000"/>
                <w:sz w:val="16"/>
              </w:rPr>
              <w:t>Kako si prišel/-la do rešitve in kako veš, da je smiselna?</w:t>
            </w:r>
          </w:p>
          <w:p w14:paraId="6D983475" w14:textId="77777777" w:rsidR="005B3871" w:rsidRDefault="00000000">
            <w:pPr>
              <w:pStyle w:val="Oznaenseznam"/>
              <w:spacing w:after="16"/>
            </w:pPr>
            <w:r>
              <w:rPr>
                <w:color w:val="000000"/>
                <w:sz w:val="16"/>
              </w:rPr>
              <w:t>Ali lahko isto pokažeš še s predmetom, gibanjem, risbo ali drugim zapisom?</w:t>
            </w:r>
          </w:p>
          <w:p w14:paraId="0321619F" w14:textId="77777777" w:rsidR="005B3871" w:rsidRDefault="00000000">
            <w:pPr>
              <w:pStyle w:val="Oznaenseznam"/>
              <w:spacing w:after="16"/>
            </w:pPr>
            <w:r>
              <w:rPr>
                <w:color w:val="000000"/>
                <w:sz w:val="16"/>
              </w:rPr>
              <w:t>Kje bi se lahko zmotil/-a in kako boš rešitev preveril/-a?</w:t>
            </w:r>
          </w:p>
          <w:p w14:paraId="32AAC0A4"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1E18E606" w14:textId="77777777">
              <w:trPr>
                <w:jc w:val="center"/>
              </w:trPr>
              <w:tc>
                <w:tcPr>
                  <w:tcW w:w="7087" w:type="dxa"/>
                  <w:shd w:val="clear" w:color="auto" w:fill="C6E7F3"/>
                  <w:tcMar>
                    <w:top w:w="45" w:type="dxa"/>
                    <w:left w:w="70" w:type="dxa"/>
                    <w:bottom w:w="45" w:type="dxa"/>
                    <w:right w:w="70" w:type="dxa"/>
                  </w:tcMar>
                </w:tcPr>
                <w:p w14:paraId="5BAD300A" w14:textId="77777777" w:rsidR="005B3871" w:rsidRDefault="00000000">
                  <w:pPr>
                    <w:keepNext/>
                  </w:pPr>
                  <w:r>
                    <w:rPr>
                      <w:b/>
                      <w:color w:val="000000"/>
                    </w:rPr>
                    <w:t>ZAKLJUČNI DEL – UTRJEVANJE IN REFLEKSIJA (10–15 min)</w:t>
                  </w:r>
                </w:p>
              </w:tc>
            </w:tr>
          </w:tbl>
          <w:p w14:paraId="3C3D275B" w14:textId="77777777" w:rsidR="005B3871" w:rsidRDefault="005B3871">
            <w:pPr>
              <w:spacing w:line="20" w:lineRule="exact"/>
            </w:pPr>
          </w:p>
          <w:p w14:paraId="111BAA39"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4CA10112" w14:textId="77777777">
              <w:trPr>
                <w:jc w:val="center"/>
              </w:trPr>
              <w:tc>
                <w:tcPr>
                  <w:tcW w:w="7087" w:type="dxa"/>
                  <w:shd w:val="clear" w:color="auto" w:fill="EDC9EA"/>
                  <w:tcMar>
                    <w:top w:w="45" w:type="dxa"/>
                    <w:left w:w="70" w:type="dxa"/>
                    <w:bottom w:w="45" w:type="dxa"/>
                    <w:right w:w="70" w:type="dxa"/>
                  </w:tcMar>
                </w:tcPr>
                <w:p w14:paraId="6D5E1037" w14:textId="77777777" w:rsidR="005B3871" w:rsidRDefault="00000000">
                  <w:pPr>
                    <w:keepNext/>
                  </w:pPr>
                  <w:r>
                    <w:rPr>
                      <w:b/>
                      <w:color w:val="000000"/>
                    </w:rPr>
                    <w:t>SAMOVREDNOTENJE</w:t>
                  </w:r>
                </w:p>
              </w:tc>
            </w:tr>
          </w:tbl>
          <w:p w14:paraId="57B2E961" w14:textId="77777777" w:rsidR="005B3871" w:rsidRDefault="005B3871">
            <w:pPr>
              <w:spacing w:line="20" w:lineRule="exact"/>
            </w:pPr>
          </w:p>
          <w:p w14:paraId="05AFFFEA"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39F2927F" w14:textId="77777777">
              <w:trPr>
                <w:jc w:val="center"/>
              </w:trPr>
              <w:tc>
                <w:tcPr>
                  <w:tcW w:w="7087" w:type="dxa"/>
                  <w:shd w:val="clear" w:color="auto" w:fill="EDC9EA"/>
                  <w:tcMar>
                    <w:top w:w="45" w:type="dxa"/>
                    <w:left w:w="70" w:type="dxa"/>
                    <w:bottom w:w="45" w:type="dxa"/>
                    <w:right w:w="70" w:type="dxa"/>
                  </w:tcMar>
                </w:tcPr>
                <w:p w14:paraId="4BF96709" w14:textId="77777777" w:rsidR="005B3871" w:rsidRDefault="00000000">
                  <w:pPr>
                    <w:keepNext/>
                  </w:pPr>
                  <w:r>
                    <w:rPr>
                      <w:b/>
                      <w:color w:val="000000"/>
                    </w:rPr>
                    <w:t>VRSTNIŠKO VREDNOTENJE</w:t>
                  </w:r>
                </w:p>
              </w:tc>
            </w:tr>
          </w:tbl>
          <w:p w14:paraId="29EADDE4" w14:textId="77777777" w:rsidR="005B3871" w:rsidRDefault="005B3871">
            <w:pPr>
              <w:spacing w:line="20" w:lineRule="exact"/>
            </w:pPr>
          </w:p>
          <w:p w14:paraId="324F3FCE"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7B22415C" w14:textId="77777777">
              <w:trPr>
                <w:jc w:val="center"/>
              </w:trPr>
              <w:tc>
                <w:tcPr>
                  <w:tcW w:w="7087" w:type="dxa"/>
                  <w:shd w:val="clear" w:color="auto" w:fill="EDC9EA"/>
                  <w:tcMar>
                    <w:top w:w="45" w:type="dxa"/>
                    <w:left w:w="70" w:type="dxa"/>
                    <w:bottom w:w="45" w:type="dxa"/>
                    <w:right w:w="70" w:type="dxa"/>
                  </w:tcMar>
                </w:tcPr>
                <w:p w14:paraId="254FA2B8" w14:textId="77777777" w:rsidR="005B3871" w:rsidRDefault="00000000">
                  <w:pPr>
                    <w:keepNext/>
                  </w:pPr>
                  <w:r>
                    <w:rPr>
                      <w:b/>
                      <w:color w:val="000000"/>
                    </w:rPr>
                    <w:t>SKUPNI POVZETEK</w:t>
                  </w:r>
                </w:p>
              </w:tc>
            </w:tr>
          </w:tbl>
          <w:p w14:paraId="6C32626D" w14:textId="77777777" w:rsidR="005B3871" w:rsidRDefault="005B3871"/>
          <w:p w14:paraId="63F6E11D" w14:textId="77777777" w:rsidR="005B3871" w:rsidRDefault="00000000">
            <w:pPr>
              <w:spacing w:before="20" w:after="40" w:line="245" w:lineRule="auto"/>
            </w:pPr>
            <w:r>
              <w:rPr>
                <w:b/>
                <w:color w:val="000000"/>
                <w:sz w:val="16"/>
              </w:rPr>
              <w:t>Števila do 20 sestavim, preštejem, preberem, zapišem, primerjam in uredim.</w:t>
            </w:r>
          </w:p>
        </w:tc>
        <w:tc>
          <w:tcPr>
            <w:tcW w:w="2551" w:type="dxa"/>
            <w:tcMar>
              <w:top w:w="70" w:type="dxa"/>
              <w:left w:w="90" w:type="dxa"/>
              <w:bottom w:w="70" w:type="dxa"/>
              <w:right w:w="90" w:type="dxa"/>
            </w:tcMar>
          </w:tcPr>
          <w:p w14:paraId="1126F692" w14:textId="77777777" w:rsidR="005B3871" w:rsidRDefault="005B3871"/>
          <w:p w14:paraId="1ECDFB22" w14:textId="77777777" w:rsidR="005B3871" w:rsidRDefault="00000000">
            <w:pPr>
              <w:spacing w:after="100" w:line="245" w:lineRule="auto"/>
            </w:pPr>
            <w:r>
              <w:rPr>
                <w:color w:val="000000"/>
                <w:sz w:val="16"/>
              </w:rPr>
              <w:t>Odgovarja na podporna vprašanja in se sklicuje na svoj model, zapis ali izvedbo.</w:t>
            </w:r>
          </w:p>
          <w:p w14:paraId="5F2814C0" w14:textId="77777777" w:rsidR="005B3871" w:rsidRDefault="00000000">
            <w:pPr>
              <w:spacing w:after="100" w:line="245" w:lineRule="auto"/>
            </w:pPr>
            <w:r>
              <w:rPr>
                <w:color w:val="000000"/>
                <w:sz w:val="16"/>
              </w:rPr>
              <w:t>Primerja začetno strategijo z novim dokazom ter pojasni, kaj se je naučil/-a.</w:t>
            </w:r>
          </w:p>
          <w:p w14:paraId="1FB0FBF1" w14:textId="77777777" w:rsidR="005B3871" w:rsidRDefault="00000000">
            <w:pPr>
              <w:spacing w:after="100" w:line="245" w:lineRule="auto"/>
            </w:pPr>
            <w:r>
              <w:rPr>
                <w:color w:val="000000"/>
                <w:sz w:val="16"/>
              </w:rPr>
              <w:t>Izbere raven samostojnosti in določi naslednji korak.</w:t>
            </w:r>
          </w:p>
          <w:p w14:paraId="63BE1F7F" w14:textId="77777777" w:rsidR="005B3871" w:rsidRDefault="00000000">
            <w:pPr>
              <w:spacing w:after="100" w:line="245" w:lineRule="auto"/>
            </w:pPr>
            <w:r>
              <w:rPr>
                <w:color w:val="000000"/>
                <w:sz w:val="16"/>
              </w:rPr>
              <w:t>Sošolcu poda prijazen in konkreten odziv, vezan na kriterij.</w:t>
            </w:r>
          </w:p>
          <w:p w14:paraId="0FCB27E7" w14:textId="77777777" w:rsidR="005B3871" w:rsidRDefault="00000000">
            <w:pPr>
              <w:spacing w:after="20" w:line="245" w:lineRule="auto"/>
            </w:pPr>
            <w:r>
              <w:rPr>
                <w:b/>
                <w:color w:val="D95BC6"/>
                <w:sz w:val="17"/>
              </w:rPr>
              <w:t>DOKAZ O UČENJU</w:t>
            </w:r>
          </w:p>
          <w:p w14:paraId="7FC67772"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CB67C6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4F17D9AC" w14:textId="77777777">
        <w:trPr>
          <w:cantSplit/>
          <w:jc w:val="center"/>
        </w:trPr>
        <w:tc>
          <w:tcPr>
            <w:tcW w:w="14060" w:type="dxa"/>
            <w:gridSpan w:val="6"/>
            <w:tcMar>
              <w:top w:w="70" w:type="dxa"/>
              <w:left w:w="90" w:type="dxa"/>
              <w:bottom w:w="70" w:type="dxa"/>
              <w:right w:w="90" w:type="dxa"/>
            </w:tcMar>
            <w:vAlign w:val="center"/>
          </w:tcPr>
          <w:p w14:paraId="4FCEE444" w14:textId="77777777" w:rsidR="005B3871" w:rsidRDefault="00000000">
            <w:pPr>
              <w:jc w:val="center"/>
            </w:pPr>
            <w:r>
              <w:rPr>
                <w:b/>
                <w:color w:val="000000"/>
                <w:sz w:val="24"/>
              </w:rPr>
              <w:lastRenderedPageBreak/>
              <w:t>UČNA PRIPRAVA 25/39</w:t>
            </w:r>
          </w:p>
        </w:tc>
      </w:tr>
      <w:tr w:rsidR="005B3871" w14:paraId="2E176BCF" w14:textId="77777777">
        <w:trPr>
          <w:jc w:val="center"/>
        </w:trPr>
        <w:tc>
          <w:tcPr>
            <w:tcW w:w="2665" w:type="dxa"/>
            <w:tcMar>
              <w:top w:w="70" w:type="dxa"/>
              <w:left w:w="90" w:type="dxa"/>
              <w:bottom w:w="70" w:type="dxa"/>
              <w:right w:w="90" w:type="dxa"/>
            </w:tcMar>
            <w:vAlign w:val="center"/>
          </w:tcPr>
          <w:p w14:paraId="61067493"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FB3041E"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21B1CF23"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D643C32" w14:textId="77777777" w:rsidR="005B3871" w:rsidRDefault="00000000">
            <w:r>
              <w:rPr>
                <w:b/>
                <w:color w:val="000000"/>
                <w:sz w:val="16"/>
              </w:rPr>
              <w:t xml:space="preserve">NAČRTOVANI TERMIN: </w:t>
            </w:r>
            <w:r>
              <w:rPr>
                <w:color w:val="000000"/>
                <w:sz w:val="16"/>
              </w:rPr>
              <w:t>25. teden • 8.–12. 3. 2027</w:t>
            </w:r>
          </w:p>
        </w:tc>
        <w:tc>
          <w:tcPr>
            <w:tcW w:w="2268" w:type="dxa"/>
            <w:tcMar>
              <w:top w:w="70" w:type="dxa"/>
              <w:left w:w="90" w:type="dxa"/>
              <w:bottom w:w="70" w:type="dxa"/>
              <w:right w:w="90" w:type="dxa"/>
            </w:tcMar>
            <w:vAlign w:val="center"/>
          </w:tcPr>
          <w:p w14:paraId="496612C5"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BEAE9C7" w14:textId="77777777" w:rsidR="005B3871" w:rsidRDefault="00000000">
            <w:r>
              <w:rPr>
                <w:b/>
                <w:color w:val="000000"/>
                <w:sz w:val="16"/>
              </w:rPr>
              <w:t xml:space="preserve">ŠTEVILO UR: </w:t>
            </w:r>
            <w:r>
              <w:rPr>
                <w:color w:val="000000"/>
                <w:sz w:val="16"/>
              </w:rPr>
              <w:t>4</w:t>
            </w:r>
          </w:p>
        </w:tc>
      </w:tr>
      <w:tr w:rsidR="005B3871" w14:paraId="49557B84" w14:textId="77777777">
        <w:trPr>
          <w:jc w:val="center"/>
        </w:trPr>
        <w:tc>
          <w:tcPr>
            <w:tcW w:w="14061" w:type="dxa"/>
            <w:gridSpan w:val="6"/>
            <w:tcMar>
              <w:top w:w="70" w:type="dxa"/>
              <w:left w:w="90" w:type="dxa"/>
              <w:bottom w:w="70" w:type="dxa"/>
              <w:right w:w="90" w:type="dxa"/>
            </w:tcMar>
            <w:vAlign w:val="center"/>
          </w:tcPr>
          <w:p w14:paraId="538FA90F"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2478EB8C" w14:textId="77777777">
        <w:trPr>
          <w:cantSplit/>
          <w:jc w:val="center"/>
        </w:trPr>
        <w:tc>
          <w:tcPr>
            <w:tcW w:w="14060" w:type="dxa"/>
            <w:gridSpan w:val="6"/>
            <w:tcMar>
              <w:top w:w="70" w:type="dxa"/>
              <w:left w:w="90" w:type="dxa"/>
              <w:bottom w:w="70" w:type="dxa"/>
              <w:right w:w="90" w:type="dxa"/>
            </w:tcMar>
            <w:vAlign w:val="center"/>
          </w:tcPr>
          <w:p w14:paraId="6F705356" w14:textId="77777777" w:rsidR="005B3871" w:rsidRDefault="005B3871"/>
          <w:p w14:paraId="433A0905" w14:textId="77777777" w:rsidR="005B3871" w:rsidRDefault="00000000">
            <w:pPr>
              <w:spacing w:line="245" w:lineRule="auto"/>
            </w:pPr>
            <w:r>
              <w:rPr>
                <w:b/>
                <w:color w:val="000000"/>
                <w:sz w:val="16"/>
              </w:rPr>
              <w:t xml:space="preserve">UČNI SKLOP: </w:t>
            </w:r>
            <w:r>
              <w:rPr>
                <w:color w:val="000000"/>
                <w:sz w:val="16"/>
              </w:rPr>
              <w:t>ŽIVIM ZDRAVO – JAZ IN DOBRO POČUTJE</w:t>
            </w:r>
          </w:p>
        </w:tc>
      </w:tr>
      <w:tr w:rsidR="005B3871" w14:paraId="163AB7C3" w14:textId="77777777">
        <w:trPr>
          <w:cantSplit/>
          <w:jc w:val="center"/>
        </w:trPr>
        <w:tc>
          <w:tcPr>
            <w:tcW w:w="14060" w:type="dxa"/>
            <w:gridSpan w:val="6"/>
            <w:tcMar>
              <w:top w:w="70" w:type="dxa"/>
              <w:left w:w="90" w:type="dxa"/>
              <w:bottom w:w="70" w:type="dxa"/>
              <w:right w:w="90" w:type="dxa"/>
            </w:tcMar>
            <w:vAlign w:val="center"/>
          </w:tcPr>
          <w:p w14:paraId="4DF10E75" w14:textId="77777777" w:rsidR="005B3871" w:rsidRDefault="005B3871"/>
          <w:p w14:paraId="33C48BFA" w14:textId="77777777" w:rsidR="005B3871" w:rsidRDefault="00000000">
            <w:pPr>
              <w:spacing w:line="245" w:lineRule="auto"/>
            </w:pPr>
            <w:r>
              <w:rPr>
                <w:b/>
                <w:color w:val="000000"/>
                <w:sz w:val="16"/>
              </w:rPr>
              <w:t xml:space="preserve">UČNA TEMA: </w:t>
            </w:r>
            <w:r>
              <w:rPr>
                <w:color w:val="000000"/>
                <w:sz w:val="16"/>
              </w:rPr>
              <w:t>PREDHODNIK IN NASLEDNIK</w:t>
            </w:r>
          </w:p>
        </w:tc>
      </w:tr>
      <w:tr w:rsidR="005B3871" w14:paraId="2FC26138" w14:textId="77777777">
        <w:trPr>
          <w:cantSplit/>
          <w:jc w:val="center"/>
        </w:trPr>
        <w:tc>
          <w:tcPr>
            <w:tcW w:w="14060" w:type="dxa"/>
            <w:gridSpan w:val="6"/>
            <w:tcMar>
              <w:top w:w="70" w:type="dxa"/>
              <w:left w:w="90" w:type="dxa"/>
              <w:bottom w:w="70" w:type="dxa"/>
              <w:right w:w="90" w:type="dxa"/>
            </w:tcMar>
            <w:vAlign w:val="center"/>
          </w:tcPr>
          <w:p w14:paraId="65A86152" w14:textId="77777777" w:rsidR="005B3871" w:rsidRDefault="005B3871"/>
          <w:p w14:paraId="07AA6A73" w14:textId="77777777" w:rsidR="005B3871" w:rsidRDefault="00000000">
            <w:pPr>
              <w:spacing w:line="245" w:lineRule="auto"/>
            </w:pPr>
            <w:r>
              <w:rPr>
                <w:b/>
                <w:color w:val="000000"/>
                <w:sz w:val="16"/>
              </w:rPr>
              <w:t xml:space="preserve">KNJIŽEVNO IZHODIŠČE IN MOTIV: </w:t>
            </w:r>
            <w:r>
              <w:rPr>
                <w:color w:val="000000"/>
                <w:sz w:val="16"/>
              </w:rPr>
              <w:t>»Mislice« – Feri Lainšček • čustva, misli, zdrave navade in notranji svet</w:t>
            </w:r>
          </w:p>
        </w:tc>
      </w:tr>
      <w:tr w:rsidR="005B3871" w14:paraId="503C2E7A" w14:textId="77777777">
        <w:trPr>
          <w:cantSplit/>
          <w:jc w:val="center"/>
        </w:trPr>
        <w:tc>
          <w:tcPr>
            <w:tcW w:w="14060" w:type="dxa"/>
            <w:gridSpan w:val="6"/>
            <w:tcMar>
              <w:top w:w="70" w:type="dxa"/>
              <w:left w:w="90" w:type="dxa"/>
              <w:bottom w:w="70" w:type="dxa"/>
              <w:right w:w="90" w:type="dxa"/>
            </w:tcMar>
            <w:vAlign w:val="center"/>
          </w:tcPr>
          <w:p w14:paraId="4F1877F6" w14:textId="77777777" w:rsidR="005B3871" w:rsidRDefault="005B3871"/>
          <w:p w14:paraId="78BEF14E" w14:textId="77777777" w:rsidR="005B3871" w:rsidRDefault="00000000">
            <w:pPr>
              <w:spacing w:line="245" w:lineRule="auto"/>
            </w:pPr>
            <w:r>
              <w:rPr>
                <w:b/>
                <w:color w:val="000000"/>
                <w:sz w:val="16"/>
              </w:rPr>
              <w:t xml:space="preserve">UČNE ENOTE: </w:t>
            </w:r>
            <w:r>
              <w:rPr>
                <w:color w:val="000000"/>
                <w:sz w:val="16"/>
              </w:rPr>
              <w:t>1. ura – Hišice sosedov • 2. ura – Korak naprej, korak nazaj • 3. ura – Manjkajoča števila • 4. ura – Kje živi moje število?</w:t>
            </w:r>
          </w:p>
        </w:tc>
      </w:tr>
      <w:tr w:rsidR="005B3871" w14:paraId="6DCE1A51" w14:textId="77777777">
        <w:trPr>
          <w:cantSplit/>
          <w:jc w:val="center"/>
        </w:trPr>
        <w:tc>
          <w:tcPr>
            <w:tcW w:w="14060" w:type="dxa"/>
            <w:gridSpan w:val="6"/>
            <w:tcMar>
              <w:top w:w="70" w:type="dxa"/>
              <w:left w:w="90" w:type="dxa"/>
              <w:bottom w:w="70" w:type="dxa"/>
              <w:right w:w="90" w:type="dxa"/>
            </w:tcMar>
            <w:vAlign w:val="center"/>
          </w:tcPr>
          <w:p w14:paraId="2FCFE2F3" w14:textId="77777777" w:rsidR="005B3871" w:rsidRDefault="005B3871"/>
          <w:p w14:paraId="55425BF1"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51E8D17D" w14:textId="77777777">
        <w:trPr>
          <w:cantSplit/>
          <w:jc w:val="center"/>
        </w:trPr>
        <w:tc>
          <w:tcPr>
            <w:tcW w:w="14060" w:type="dxa"/>
            <w:gridSpan w:val="6"/>
            <w:tcMar>
              <w:top w:w="70" w:type="dxa"/>
              <w:left w:w="90" w:type="dxa"/>
              <w:bottom w:w="70" w:type="dxa"/>
              <w:right w:w="90" w:type="dxa"/>
            </w:tcMar>
            <w:vAlign w:val="center"/>
          </w:tcPr>
          <w:p w14:paraId="16D4999A" w14:textId="77777777" w:rsidR="005B3871" w:rsidRDefault="005B3871"/>
          <w:p w14:paraId="75156C4E"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0C336508" w14:textId="77777777">
        <w:trPr>
          <w:cantSplit/>
          <w:jc w:val="center"/>
        </w:trPr>
        <w:tc>
          <w:tcPr>
            <w:tcW w:w="14060" w:type="dxa"/>
            <w:gridSpan w:val="6"/>
            <w:tcMar>
              <w:top w:w="70" w:type="dxa"/>
              <w:left w:w="90" w:type="dxa"/>
              <w:bottom w:w="70" w:type="dxa"/>
              <w:right w:w="90" w:type="dxa"/>
            </w:tcMar>
            <w:vAlign w:val="center"/>
          </w:tcPr>
          <w:p w14:paraId="6BB98AA4" w14:textId="77777777" w:rsidR="005B3871" w:rsidRDefault="005B3871"/>
          <w:p w14:paraId="48089470"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4E96702E" w14:textId="77777777">
        <w:trPr>
          <w:cantSplit/>
          <w:jc w:val="center"/>
        </w:trPr>
        <w:tc>
          <w:tcPr>
            <w:tcW w:w="14060" w:type="dxa"/>
            <w:gridSpan w:val="6"/>
            <w:tcMar>
              <w:top w:w="70" w:type="dxa"/>
              <w:left w:w="90" w:type="dxa"/>
              <w:bottom w:w="70" w:type="dxa"/>
              <w:right w:w="90" w:type="dxa"/>
            </w:tcMar>
            <w:vAlign w:val="center"/>
          </w:tcPr>
          <w:p w14:paraId="2AB79D4E" w14:textId="77777777" w:rsidR="005B3871" w:rsidRDefault="005B3871"/>
          <w:p w14:paraId="611A720E" w14:textId="77777777" w:rsidR="005B3871" w:rsidRDefault="00000000">
            <w:pPr>
              <w:spacing w:line="245" w:lineRule="auto"/>
            </w:pPr>
            <w:r>
              <w:rPr>
                <w:b/>
                <w:color w:val="000000"/>
                <w:sz w:val="16"/>
              </w:rPr>
              <w:t xml:space="preserve">MEDPREDMETNE POVEZAVE: </w:t>
            </w:r>
            <w:r>
              <w:rPr>
                <w:color w:val="000000"/>
                <w:sz w:val="16"/>
              </w:rPr>
              <w:t>SLJ – razumevanje in tvorjenje namiga; SPO – dnevno zaporedje; ŠPO – premiki po osi</w:t>
            </w:r>
          </w:p>
        </w:tc>
      </w:tr>
      <w:tr w:rsidR="005B3871" w14:paraId="5AA9B87D" w14:textId="77777777">
        <w:trPr>
          <w:cantSplit/>
          <w:jc w:val="center"/>
        </w:trPr>
        <w:tc>
          <w:tcPr>
            <w:tcW w:w="14060" w:type="dxa"/>
            <w:gridSpan w:val="6"/>
            <w:tcMar>
              <w:top w:w="70" w:type="dxa"/>
              <w:left w:w="90" w:type="dxa"/>
              <w:bottom w:w="70" w:type="dxa"/>
              <w:right w:w="90" w:type="dxa"/>
            </w:tcMar>
            <w:vAlign w:val="center"/>
          </w:tcPr>
          <w:p w14:paraId="7C5A8088" w14:textId="77777777" w:rsidR="005B3871" w:rsidRDefault="005B3871"/>
          <w:p w14:paraId="3701C9DB" w14:textId="77777777" w:rsidR="005B3871" w:rsidRDefault="00000000">
            <w:pPr>
              <w:spacing w:line="245" w:lineRule="auto"/>
            </w:pPr>
            <w:r>
              <w:rPr>
                <w:b/>
                <w:color w:val="000000"/>
                <w:sz w:val="16"/>
              </w:rPr>
              <w:t xml:space="preserve">UČNA SREDSTVA IN PRIPOMOČKI: </w:t>
            </w:r>
            <w:r>
              <w:rPr>
                <w:color w:val="000000"/>
                <w:sz w:val="16"/>
              </w:rPr>
              <w:t>hišice števil, kartice 0–20, talna številska os, zakrivne kartice, puščice, mini table</w:t>
            </w:r>
          </w:p>
        </w:tc>
      </w:tr>
      <w:tr w:rsidR="005B3871" w14:paraId="3D91337E" w14:textId="77777777">
        <w:trPr>
          <w:cantSplit/>
          <w:jc w:val="center"/>
        </w:trPr>
        <w:tc>
          <w:tcPr>
            <w:tcW w:w="14060" w:type="dxa"/>
            <w:gridSpan w:val="6"/>
            <w:tcMar>
              <w:top w:w="70" w:type="dxa"/>
              <w:left w:w="90" w:type="dxa"/>
              <w:bottom w:w="70" w:type="dxa"/>
              <w:right w:w="90" w:type="dxa"/>
            </w:tcMar>
            <w:vAlign w:val="center"/>
          </w:tcPr>
          <w:p w14:paraId="3C177CC3" w14:textId="77777777" w:rsidR="005B3871" w:rsidRDefault="005B3871"/>
          <w:p w14:paraId="6C1A0726"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3F7732E3" w14:textId="77777777">
        <w:trPr>
          <w:cantSplit/>
          <w:jc w:val="center"/>
        </w:trPr>
        <w:tc>
          <w:tcPr>
            <w:tcW w:w="14060" w:type="dxa"/>
            <w:gridSpan w:val="6"/>
            <w:tcMar>
              <w:top w:w="70" w:type="dxa"/>
              <w:left w:w="90" w:type="dxa"/>
              <w:bottom w:w="70" w:type="dxa"/>
              <w:right w:w="90" w:type="dxa"/>
            </w:tcMar>
            <w:vAlign w:val="center"/>
          </w:tcPr>
          <w:p w14:paraId="067137D4" w14:textId="77777777" w:rsidR="005B3871" w:rsidRDefault="005B3871"/>
          <w:p w14:paraId="40776555"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6B5249D3" w14:textId="77777777">
        <w:trPr>
          <w:cantSplit/>
          <w:jc w:val="center"/>
        </w:trPr>
        <w:tc>
          <w:tcPr>
            <w:tcW w:w="14060" w:type="dxa"/>
            <w:gridSpan w:val="6"/>
            <w:tcMar>
              <w:top w:w="70" w:type="dxa"/>
              <w:left w:w="90" w:type="dxa"/>
              <w:bottom w:w="70" w:type="dxa"/>
              <w:right w:w="90" w:type="dxa"/>
            </w:tcMar>
            <w:vAlign w:val="center"/>
          </w:tcPr>
          <w:p w14:paraId="5AE81378" w14:textId="77777777" w:rsidR="005B3871" w:rsidRDefault="005B3871"/>
          <w:p w14:paraId="143FB6BE"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4EE7035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D1B78C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F77D270"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2D0BE26" w14:textId="77777777" w:rsidR="005B3871" w:rsidRDefault="00000000">
            <w:pPr>
              <w:jc w:val="center"/>
            </w:pPr>
            <w:r>
              <w:rPr>
                <w:b/>
                <w:color w:val="000000"/>
                <w:sz w:val="20"/>
              </w:rPr>
              <w:t>UČNE DEJAVNOSTI, METODE IN FORMATIVNO SPREMLJANJE</w:t>
            </w:r>
          </w:p>
        </w:tc>
      </w:tr>
      <w:tr w:rsidR="005B3871" w14:paraId="20694769" w14:textId="77777777">
        <w:trPr>
          <w:tblHeader/>
          <w:jc w:val="center"/>
        </w:trPr>
        <w:tc>
          <w:tcPr>
            <w:tcW w:w="4422" w:type="dxa"/>
            <w:vMerge/>
            <w:tcMar>
              <w:top w:w="70" w:type="dxa"/>
              <w:left w:w="90" w:type="dxa"/>
              <w:bottom w:w="70" w:type="dxa"/>
              <w:right w:w="90" w:type="dxa"/>
            </w:tcMar>
            <w:vAlign w:val="center"/>
          </w:tcPr>
          <w:p w14:paraId="41F4E38D" w14:textId="77777777" w:rsidR="005B3871" w:rsidRDefault="005B3871"/>
        </w:tc>
        <w:tc>
          <w:tcPr>
            <w:tcW w:w="7087" w:type="dxa"/>
            <w:shd w:val="clear" w:color="auto" w:fill="FFFFFF"/>
            <w:tcMar>
              <w:top w:w="70" w:type="dxa"/>
              <w:left w:w="90" w:type="dxa"/>
              <w:bottom w:w="70" w:type="dxa"/>
              <w:right w:w="90" w:type="dxa"/>
            </w:tcMar>
            <w:vAlign w:val="center"/>
          </w:tcPr>
          <w:p w14:paraId="6ACA7BBA"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4F970CC" w14:textId="77777777" w:rsidR="005B3871" w:rsidRDefault="00000000">
            <w:pPr>
              <w:jc w:val="center"/>
            </w:pPr>
            <w:r>
              <w:rPr>
                <w:b/>
                <w:color w:val="000000"/>
              </w:rPr>
              <w:t>UČENEC</w:t>
            </w:r>
          </w:p>
        </w:tc>
      </w:tr>
      <w:tr w:rsidR="005B3871" w14:paraId="58CEE96A" w14:textId="77777777">
        <w:trPr>
          <w:jc w:val="center"/>
        </w:trPr>
        <w:tc>
          <w:tcPr>
            <w:tcW w:w="4422" w:type="dxa"/>
            <w:tcMar>
              <w:top w:w="70" w:type="dxa"/>
              <w:left w:w="90" w:type="dxa"/>
              <w:bottom w:w="70" w:type="dxa"/>
              <w:right w:w="90" w:type="dxa"/>
            </w:tcMar>
          </w:tcPr>
          <w:p w14:paraId="01E54005" w14:textId="77777777" w:rsidR="005B3871" w:rsidRDefault="005B3871"/>
          <w:p w14:paraId="52D5AE1F" w14:textId="77777777" w:rsidR="005B3871" w:rsidRDefault="00000000">
            <w:pPr>
              <w:spacing w:after="60" w:line="245" w:lineRule="auto"/>
            </w:pPr>
            <w:r>
              <w:rPr>
                <w:b/>
                <w:color w:val="000000"/>
              </w:rPr>
              <w:t>UČNI CILJI</w:t>
            </w:r>
          </w:p>
          <w:p w14:paraId="6A85BED7" w14:textId="77777777" w:rsidR="005B3871" w:rsidRDefault="00000000">
            <w:pPr>
              <w:spacing w:after="20" w:line="245" w:lineRule="auto"/>
            </w:pPr>
            <w:r>
              <w:rPr>
                <w:b/>
                <w:color w:val="000000"/>
                <w:sz w:val="17"/>
              </w:rPr>
              <w:t>SPLOŠNI</w:t>
            </w:r>
          </w:p>
          <w:p w14:paraId="27F73E4F" w14:textId="77777777" w:rsidR="005B3871" w:rsidRDefault="00000000">
            <w:pPr>
              <w:pStyle w:val="Oznaenseznam"/>
              <w:spacing w:after="16"/>
            </w:pPr>
            <w:r>
              <w:rPr>
                <w:color w:val="000000"/>
                <w:sz w:val="16"/>
              </w:rPr>
              <w:t>razvija številske, prostorske in količinske predstave s konkretnimi izkušnjami</w:t>
            </w:r>
          </w:p>
          <w:p w14:paraId="531E2E5F" w14:textId="77777777" w:rsidR="005B3871" w:rsidRDefault="00000000">
            <w:pPr>
              <w:pStyle w:val="Oznaenseznam"/>
              <w:spacing w:after="16"/>
            </w:pPr>
            <w:r>
              <w:rPr>
                <w:color w:val="000000"/>
                <w:sz w:val="16"/>
              </w:rPr>
              <w:t>rešuje matematične probleme s predmetom, gibanjem, risbo, modelom in simbolom</w:t>
            </w:r>
          </w:p>
          <w:p w14:paraId="47E5CBE7" w14:textId="77777777" w:rsidR="005B3871" w:rsidRDefault="00000000">
            <w:pPr>
              <w:pStyle w:val="Oznaenseznam"/>
              <w:spacing w:after="16"/>
            </w:pPr>
            <w:r>
              <w:rPr>
                <w:color w:val="000000"/>
                <w:sz w:val="16"/>
              </w:rPr>
              <w:t>pojasnjuje izbrano strategijo, preverja smiselnost rešitve in posluša rešitve drugih</w:t>
            </w:r>
          </w:p>
          <w:p w14:paraId="55CC2B24" w14:textId="77777777" w:rsidR="005B3871" w:rsidRDefault="00000000">
            <w:pPr>
              <w:pStyle w:val="Oznaenseznam"/>
              <w:spacing w:after="16"/>
            </w:pPr>
            <w:r>
              <w:rPr>
                <w:color w:val="000000"/>
                <w:sz w:val="16"/>
              </w:rPr>
              <w:t>ob namenih in kriterijih spremlja svoje učenje ter uporabi opisno povratno informacijo</w:t>
            </w:r>
          </w:p>
          <w:p w14:paraId="149FF632" w14:textId="77777777" w:rsidR="005B3871" w:rsidRDefault="00000000">
            <w:pPr>
              <w:spacing w:before="40" w:after="20" w:line="245" w:lineRule="auto"/>
            </w:pPr>
            <w:r>
              <w:rPr>
                <w:b/>
                <w:color w:val="000000"/>
                <w:sz w:val="17"/>
              </w:rPr>
              <w:t>OPERATIVNI</w:t>
            </w:r>
          </w:p>
          <w:p w14:paraId="57B4A824" w14:textId="77777777" w:rsidR="005B3871" w:rsidRDefault="00000000">
            <w:pPr>
              <w:pStyle w:val="Oznaenseznam"/>
              <w:spacing w:after="16"/>
            </w:pPr>
            <w:r>
              <w:rPr>
                <w:color w:val="000000"/>
                <w:sz w:val="16"/>
              </w:rPr>
              <w:t>določa sosednja števila do 20</w:t>
            </w:r>
          </w:p>
          <w:p w14:paraId="48A34DF6" w14:textId="77777777" w:rsidR="005B3871" w:rsidRDefault="00000000">
            <w:pPr>
              <w:pStyle w:val="Oznaenseznam"/>
              <w:spacing w:after="16"/>
            </w:pPr>
            <w:r>
              <w:rPr>
                <w:color w:val="000000"/>
                <w:sz w:val="16"/>
              </w:rPr>
              <w:t>uporablja številski trak</w:t>
            </w:r>
          </w:p>
          <w:p w14:paraId="3BF2AAE3" w14:textId="77777777" w:rsidR="005B3871" w:rsidRDefault="00000000">
            <w:pPr>
              <w:pStyle w:val="Oznaenseznam"/>
              <w:spacing w:after="16"/>
            </w:pPr>
            <w:r>
              <w:rPr>
                <w:color w:val="000000"/>
                <w:sz w:val="16"/>
              </w:rPr>
              <w:t>pojasni lego števila</w:t>
            </w:r>
          </w:p>
          <w:p w14:paraId="67929C1B" w14:textId="77777777" w:rsidR="005B3871" w:rsidRDefault="00000000">
            <w:pPr>
              <w:spacing w:before="40" w:after="20" w:line="245" w:lineRule="auto"/>
            </w:pPr>
            <w:r>
              <w:rPr>
                <w:b/>
                <w:color w:val="000000"/>
                <w:sz w:val="17"/>
              </w:rPr>
              <w:t>PRIČAKOVANI DOSEŽKI / STANDARDI</w:t>
            </w:r>
          </w:p>
          <w:p w14:paraId="7E7BA93F" w14:textId="77777777" w:rsidR="005B3871" w:rsidRDefault="00000000">
            <w:pPr>
              <w:pStyle w:val="Oznaenseznam"/>
              <w:spacing w:after="16"/>
            </w:pPr>
            <w:r>
              <w:rPr>
                <w:color w:val="000000"/>
                <w:sz w:val="16"/>
              </w:rPr>
              <w:t>ob konkretni, slikovni ali gibalni opori določa sosednja števila do 20</w:t>
            </w:r>
          </w:p>
          <w:p w14:paraId="6918D63D" w14:textId="77777777" w:rsidR="005B3871" w:rsidRDefault="00000000">
            <w:pPr>
              <w:pStyle w:val="Oznaenseznam"/>
              <w:spacing w:after="16"/>
            </w:pPr>
            <w:r>
              <w:rPr>
                <w:color w:val="000000"/>
                <w:sz w:val="16"/>
              </w:rPr>
              <w:t>ob konkretni, slikovni ali gibalni opori uporablja številski trak</w:t>
            </w:r>
          </w:p>
          <w:p w14:paraId="78DFC1D7" w14:textId="77777777" w:rsidR="005B3871" w:rsidRDefault="00000000">
            <w:pPr>
              <w:pStyle w:val="Oznaenseznam"/>
              <w:spacing w:after="16"/>
            </w:pPr>
            <w:r>
              <w:rPr>
                <w:color w:val="000000"/>
                <w:sz w:val="16"/>
              </w:rPr>
              <w:t>ob konkretni, slikovni ali gibalni opori pojasni lego števila</w:t>
            </w:r>
          </w:p>
        </w:tc>
        <w:tc>
          <w:tcPr>
            <w:tcW w:w="7087" w:type="dxa"/>
            <w:tcMar>
              <w:top w:w="70" w:type="dxa"/>
              <w:left w:w="90" w:type="dxa"/>
              <w:bottom w:w="70" w:type="dxa"/>
              <w:right w:w="90" w:type="dxa"/>
            </w:tcMar>
          </w:tcPr>
          <w:p w14:paraId="3B1C5396"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2AC576A" w14:textId="77777777">
              <w:trPr>
                <w:jc w:val="center"/>
              </w:trPr>
              <w:tc>
                <w:tcPr>
                  <w:tcW w:w="7087" w:type="dxa"/>
                  <w:shd w:val="clear" w:color="auto" w:fill="C6E7F3"/>
                  <w:tcMar>
                    <w:top w:w="45" w:type="dxa"/>
                    <w:left w:w="70" w:type="dxa"/>
                    <w:bottom w:w="45" w:type="dxa"/>
                    <w:right w:w="70" w:type="dxa"/>
                  </w:tcMar>
                </w:tcPr>
                <w:p w14:paraId="48BF6C58" w14:textId="77777777" w:rsidR="005B3871" w:rsidRDefault="00000000">
                  <w:pPr>
                    <w:keepNext/>
                  </w:pPr>
                  <w:r>
                    <w:rPr>
                      <w:b/>
                      <w:color w:val="000000"/>
                    </w:rPr>
                    <w:t>UVODNI DEL – motivacija, aktivacija predznanja in namen učenja (15–20 min)</w:t>
                  </w:r>
                </w:p>
              </w:tc>
            </w:tr>
          </w:tbl>
          <w:p w14:paraId="58A2697A" w14:textId="77777777" w:rsidR="005B3871" w:rsidRDefault="005B3871">
            <w:pPr>
              <w:spacing w:line="20" w:lineRule="exact"/>
            </w:pPr>
          </w:p>
          <w:p w14:paraId="69B563C8" w14:textId="77777777" w:rsidR="005B3871" w:rsidRDefault="00000000">
            <w:pPr>
              <w:spacing w:before="40" w:after="60" w:line="245" w:lineRule="auto"/>
            </w:pPr>
            <w:r>
              <w:rPr>
                <w:color w:val="000000"/>
                <w:sz w:val="16"/>
              </w:rPr>
              <w:t>Mislice potujejo po hišicah števil do 20. Učenci raziskujejo sosednja števila, se premikajo po osi in pojasnjujejo lego števila z odnosi pred, za in med.</w:t>
            </w:r>
          </w:p>
          <w:tbl>
            <w:tblPr>
              <w:tblStyle w:val="Tabelamrea"/>
              <w:tblW w:w="0" w:type="auto"/>
              <w:jc w:val="center"/>
              <w:tblLayout w:type="fixed"/>
              <w:tblLook w:val="04A0" w:firstRow="1" w:lastRow="0" w:firstColumn="1" w:lastColumn="0" w:noHBand="0" w:noVBand="1"/>
            </w:tblPr>
            <w:tblGrid>
              <w:gridCol w:w="7087"/>
            </w:tblGrid>
            <w:tr w:rsidR="005B3871" w14:paraId="1C5BB34D" w14:textId="77777777">
              <w:trPr>
                <w:jc w:val="center"/>
              </w:trPr>
              <w:tc>
                <w:tcPr>
                  <w:tcW w:w="7087" w:type="dxa"/>
                  <w:shd w:val="clear" w:color="auto" w:fill="EDC9EA"/>
                  <w:tcMar>
                    <w:top w:w="45" w:type="dxa"/>
                    <w:left w:w="70" w:type="dxa"/>
                    <w:bottom w:w="45" w:type="dxa"/>
                    <w:right w:w="70" w:type="dxa"/>
                  </w:tcMar>
                </w:tcPr>
                <w:p w14:paraId="6EC1D029" w14:textId="77777777" w:rsidR="005B3871" w:rsidRDefault="00000000">
                  <w:pPr>
                    <w:keepNext/>
                  </w:pPr>
                  <w:r>
                    <w:rPr>
                      <w:b/>
                      <w:color w:val="000000"/>
                    </w:rPr>
                    <w:t>NAMENI UČENJA</w:t>
                  </w:r>
                </w:p>
              </w:tc>
            </w:tr>
          </w:tbl>
          <w:p w14:paraId="04FA54F0" w14:textId="77777777" w:rsidR="005B3871" w:rsidRDefault="005B3871">
            <w:pPr>
              <w:spacing w:line="20" w:lineRule="exact"/>
            </w:pPr>
          </w:p>
          <w:p w14:paraId="12992500"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182D321E" w14:textId="77777777" w:rsidR="005B3871" w:rsidRDefault="00000000">
            <w:pPr>
              <w:pStyle w:val="Oznaenseznam"/>
              <w:spacing w:after="16"/>
            </w:pPr>
            <w:r>
              <w:rPr>
                <w:color w:val="000000"/>
                <w:sz w:val="16"/>
              </w:rPr>
              <w:t>določam sosednja števila do 20</w:t>
            </w:r>
          </w:p>
          <w:p w14:paraId="18E85675" w14:textId="77777777" w:rsidR="005B3871" w:rsidRDefault="00000000">
            <w:pPr>
              <w:pStyle w:val="Oznaenseznam"/>
              <w:spacing w:after="16"/>
            </w:pPr>
            <w:r>
              <w:rPr>
                <w:color w:val="000000"/>
                <w:sz w:val="16"/>
              </w:rPr>
              <w:t>uporabljam številski trak</w:t>
            </w:r>
          </w:p>
          <w:p w14:paraId="24498AC4" w14:textId="77777777" w:rsidR="005B3871" w:rsidRDefault="00000000">
            <w:pPr>
              <w:pStyle w:val="Oznaenseznam"/>
              <w:spacing w:after="16"/>
            </w:pPr>
            <w:r>
              <w:rPr>
                <w:color w:val="000000"/>
                <w:sz w:val="16"/>
              </w:rPr>
              <w:t>pojasnim lego števila</w:t>
            </w:r>
          </w:p>
          <w:tbl>
            <w:tblPr>
              <w:tblStyle w:val="Tabelamrea"/>
              <w:tblW w:w="0" w:type="auto"/>
              <w:jc w:val="center"/>
              <w:tblLayout w:type="fixed"/>
              <w:tblLook w:val="04A0" w:firstRow="1" w:lastRow="0" w:firstColumn="1" w:lastColumn="0" w:noHBand="0" w:noVBand="1"/>
            </w:tblPr>
            <w:tblGrid>
              <w:gridCol w:w="7087"/>
            </w:tblGrid>
            <w:tr w:rsidR="005B3871" w14:paraId="79754974" w14:textId="77777777">
              <w:trPr>
                <w:jc w:val="center"/>
              </w:trPr>
              <w:tc>
                <w:tcPr>
                  <w:tcW w:w="7087" w:type="dxa"/>
                  <w:shd w:val="clear" w:color="auto" w:fill="EDC9EA"/>
                  <w:tcMar>
                    <w:top w:w="45" w:type="dxa"/>
                    <w:left w:w="70" w:type="dxa"/>
                    <w:bottom w:w="45" w:type="dxa"/>
                    <w:right w:w="70" w:type="dxa"/>
                  </w:tcMar>
                </w:tcPr>
                <w:p w14:paraId="345D46E3" w14:textId="77777777" w:rsidR="005B3871" w:rsidRDefault="00000000">
                  <w:pPr>
                    <w:keepNext/>
                  </w:pPr>
                  <w:r>
                    <w:rPr>
                      <w:b/>
                      <w:color w:val="000000"/>
                    </w:rPr>
                    <w:t>PREVERJANJE PREDZNANJA</w:t>
                  </w:r>
                </w:p>
              </w:tc>
            </w:tr>
          </w:tbl>
          <w:p w14:paraId="238FE2ED" w14:textId="77777777" w:rsidR="005B3871" w:rsidRDefault="005B3871">
            <w:pPr>
              <w:spacing w:line="20" w:lineRule="exact"/>
            </w:pPr>
          </w:p>
          <w:p w14:paraId="62015445" w14:textId="77777777" w:rsidR="005B3871" w:rsidRDefault="00000000">
            <w:pPr>
              <w:pStyle w:val="Oznaenseznam"/>
              <w:spacing w:after="16"/>
            </w:pPr>
            <w:r>
              <w:rPr>
                <w:color w:val="000000"/>
                <w:sz w:val="16"/>
              </w:rPr>
              <w:t>Katero število je za eno manj in katero za eno več?</w:t>
            </w:r>
          </w:p>
          <w:p w14:paraId="680AC16B" w14:textId="77777777" w:rsidR="005B3871" w:rsidRDefault="00000000">
            <w:pPr>
              <w:pStyle w:val="Oznaenseznam"/>
              <w:spacing w:after="16"/>
            </w:pPr>
            <w:r>
              <w:rPr>
                <w:color w:val="000000"/>
                <w:sz w:val="16"/>
              </w:rPr>
              <w:t>Kako na osi dokažem lego izbranega števila?</w:t>
            </w:r>
          </w:p>
          <w:p w14:paraId="7FAB045A"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5DB855FE" w14:textId="77777777">
              <w:trPr>
                <w:jc w:val="center"/>
              </w:trPr>
              <w:tc>
                <w:tcPr>
                  <w:tcW w:w="7087" w:type="dxa"/>
                  <w:shd w:val="clear" w:color="auto" w:fill="EDC9EA"/>
                  <w:tcMar>
                    <w:top w:w="45" w:type="dxa"/>
                    <w:left w:w="70" w:type="dxa"/>
                    <w:bottom w:w="45" w:type="dxa"/>
                    <w:right w:w="70" w:type="dxa"/>
                  </w:tcMar>
                </w:tcPr>
                <w:p w14:paraId="5ED2F2C5" w14:textId="77777777" w:rsidR="005B3871" w:rsidRDefault="00000000">
                  <w:pPr>
                    <w:keepNext/>
                  </w:pPr>
                  <w:r>
                    <w:rPr>
                      <w:b/>
                      <w:color w:val="000000"/>
                    </w:rPr>
                    <w:t>KRITERIJI USPEŠNOSTI</w:t>
                  </w:r>
                </w:p>
              </w:tc>
            </w:tr>
          </w:tbl>
          <w:p w14:paraId="03C7D6BB" w14:textId="77777777" w:rsidR="005B3871" w:rsidRDefault="005B3871"/>
          <w:p w14:paraId="2485752A" w14:textId="77777777" w:rsidR="005B3871" w:rsidRDefault="00000000">
            <w:pPr>
              <w:spacing w:before="20" w:after="20" w:line="245" w:lineRule="auto"/>
            </w:pPr>
            <w:r>
              <w:rPr>
                <w:b/>
                <w:color w:val="000000"/>
                <w:sz w:val="16"/>
              </w:rPr>
              <w:t>Uspešen/-na bom, ko:</w:t>
            </w:r>
          </w:p>
          <w:p w14:paraId="2EEC8CB3" w14:textId="77777777" w:rsidR="005B3871" w:rsidRDefault="00000000">
            <w:pPr>
              <w:pStyle w:val="Oznaenseznam"/>
              <w:spacing w:after="16"/>
            </w:pPr>
            <w:r>
              <w:rPr>
                <w:color w:val="000000"/>
                <w:sz w:val="16"/>
              </w:rPr>
              <w:t>določam sosednja števila do 20</w:t>
            </w:r>
          </w:p>
          <w:p w14:paraId="43DE6A98" w14:textId="77777777" w:rsidR="005B3871" w:rsidRDefault="00000000">
            <w:pPr>
              <w:pStyle w:val="Oznaenseznam"/>
              <w:spacing w:after="16"/>
            </w:pPr>
            <w:r>
              <w:rPr>
                <w:color w:val="000000"/>
                <w:sz w:val="16"/>
              </w:rPr>
              <w:t>uporabljam številski trak</w:t>
            </w:r>
          </w:p>
          <w:p w14:paraId="46AC3291" w14:textId="77777777" w:rsidR="005B3871" w:rsidRDefault="00000000">
            <w:pPr>
              <w:pStyle w:val="Oznaenseznam"/>
              <w:spacing w:after="16"/>
            </w:pPr>
            <w:r>
              <w:rPr>
                <w:color w:val="000000"/>
                <w:sz w:val="16"/>
              </w:rPr>
              <w:t>pojasnim lego števila</w:t>
            </w:r>
          </w:p>
          <w:p w14:paraId="571CCD59"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06FEC606" w14:textId="77777777" w:rsidR="005B3871" w:rsidRDefault="005B3871"/>
          <w:p w14:paraId="76FF7CDD"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42661C54" w14:textId="77777777" w:rsidR="005B3871" w:rsidRDefault="00000000">
            <w:pPr>
              <w:spacing w:after="80" w:line="245" w:lineRule="auto"/>
            </w:pPr>
            <w:r>
              <w:rPr>
                <w:color w:val="000000"/>
                <w:sz w:val="16"/>
              </w:rPr>
              <w:t>Pove, pokaže ali nariše, kako bi nalogo začel. Posluša tudi drugačne strategije.</w:t>
            </w:r>
          </w:p>
          <w:p w14:paraId="625987AC" w14:textId="77777777" w:rsidR="005B3871" w:rsidRDefault="00000000">
            <w:pPr>
              <w:spacing w:after="100" w:line="245" w:lineRule="auto"/>
            </w:pPr>
            <w:r>
              <w:rPr>
                <w:color w:val="000000"/>
                <w:sz w:val="16"/>
              </w:rPr>
              <w:t>Sodeluje pri razumevanju namenov in kriterijev uspešnosti.</w:t>
            </w:r>
          </w:p>
          <w:p w14:paraId="1FB6C46D" w14:textId="77777777" w:rsidR="005B3871" w:rsidRDefault="00000000">
            <w:pPr>
              <w:spacing w:after="20" w:line="245" w:lineRule="auto"/>
            </w:pPr>
            <w:r>
              <w:rPr>
                <w:b/>
                <w:color w:val="D95BC6"/>
                <w:sz w:val="17"/>
              </w:rPr>
              <w:t>DOKAZ O UČENJU</w:t>
            </w:r>
          </w:p>
          <w:p w14:paraId="419A5580" w14:textId="77777777" w:rsidR="005B3871" w:rsidRDefault="00000000">
            <w:pPr>
              <w:spacing w:after="30" w:line="245" w:lineRule="auto"/>
            </w:pPr>
            <w:r>
              <w:rPr>
                <w:color w:val="D95BC6"/>
                <w:sz w:val="16"/>
              </w:rPr>
              <w:t>začetna strategija, razvrstitev, model, risba, gib ali ustni odgovor</w:t>
            </w:r>
          </w:p>
        </w:tc>
      </w:tr>
    </w:tbl>
    <w:p w14:paraId="14DD6027"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623A71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BE671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2851281" w14:textId="77777777" w:rsidR="005B3871" w:rsidRDefault="00000000">
            <w:pPr>
              <w:jc w:val="center"/>
            </w:pPr>
            <w:r>
              <w:rPr>
                <w:b/>
                <w:color w:val="000000"/>
                <w:sz w:val="20"/>
              </w:rPr>
              <w:t>UČNE DEJAVNOSTI, METODE IN FORMATIVNO SPREMLJANJE</w:t>
            </w:r>
          </w:p>
        </w:tc>
      </w:tr>
      <w:tr w:rsidR="005B3871" w14:paraId="1DA8DD8E" w14:textId="77777777">
        <w:trPr>
          <w:tblHeader/>
          <w:jc w:val="center"/>
        </w:trPr>
        <w:tc>
          <w:tcPr>
            <w:tcW w:w="4422" w:type="dxa"/>
            <w:vMerge/>
            <w:tcMar>
              <w:top w:w="70" w:type="dxa"/>
              <w:left w:w="90" w:type="dxa"/>
              <w:bottom w:w="70" w:type="dxa"/>
              <w:right w:w="90" w:type="dxa"/>
            </w:tcMar>
            <w:vAlign w:val="center"/>
          </w:tcPr>
          <w:p w14:paraId="00CE2175" w14:textId="77777777" w:rsidR="005B3871" w:rsidRDefault="005B3871"/>
        </w:tc>
        <w:tc>
          <w:tcPr>
            <w:tcW w:w="7087" w:type="dxa"/>
            <w:shd w:val="clear" w:color="auto" w:fill="FFFFFF"/>
            <w:tcMar>
              <w:top w:w="70" w:type="dxa"/>
              <w:left w:w="90" w:type="dxa"/>
              <w:bottom w:w="70" w:type="dxa"/>
              <w:right w:w="90" w:type="dxa"/>
            </w:tcMar>
            <w:vAlign w:val="center"/>
          </w:tcPr>
          <w:p w14:paraId="7EE641E5"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7AD777" w14:textId="77777777" w:rsidR="005B3871" w:rsidRDefault="00000000">
            <w:pPr>
              <w:jc w:val="center"/>
            </w:pPr>
            <w:r>
              <w:rPr>
                <w:b/>
                <w:color w:val="000000"/>
              </w:rPr>
              <w:t>UČENEC</w:t>
            </w:r>
          </w:p>
        </w:tc>
      </w:tr>
      <w:tr w:rsidR="005B3871" w14:paraId="72C331FA" w14:textId="77777777">
        <w:trPr>
          <w:jc w:val="center"/>
        </w:trPr>
        <w:tc>
          <w:tcPr>
            <w:tcW w:w="4422" w:type="dxa"/>
            <w:tcMar>
              <w:top w:w="70" w:type="dxa"/>
              <w:left w:w="90" w:type="dxa"/>
              <w:bottom w:w="70" w:type="dxa"/>
              <w:right w:w="90" w:type="dxa"/>
            </w:tcMar>
          </w:tcPr>
          <w:p w14:paraId="72484495" w14:textId="77777777" w:rsidR="005B3871" w:rsidRDefault="005B3871"/>
          <w:p w14:paraId="597C0A94" w14:textId="77777777" w:rsidR="005B3871" w:rsidRDefault="00000000">
            <w:pPr>
              <w:spacing w:after="40" w:line="245" w:lineRule="auto"/>
            </w:pPr>
            <w:r>
              <w:rPr>
                <w:b/>
                <w:color w:val="000000"/>
              </w:rPr>
              <w:t>KLJUČNI POJMI</w:t>
            </w:r>
          </w:p>
          <w:p w14:paraId="06AEB2C0" w14:textId="77777777" w:rsidR="005B3871" w:rsidRDefault="00000000">
            <w:pPr>
              <w:spacing w:after="60" w:line="245" w:lineRule="auto"/>
            </w:pPr>
            <w:r>
              <w:rPr>
                <w:color w:val="000000"/>
                <w:sz w:val="16"/>
              </w:rPr>
              <w:t>predhodnik, naslednik, sosednje število, pred, za, med, za ena manj, za ena več, številska os</w:t>
            </w:r>
          </w:p>
          <w:p w14:paraId="770C2133" w14:textId="77777777" w:rsidR="005B3871" w:rsidRDefault="00000000">
            <w:pPr>
              <w:spacing w:after="20" w:line="245" w:lineRule="auto"/>
            </w:pPr>
            <w:r>
              <w:rPr>
                <w:b/>
                <w:color w:val="000000"/>
                <w:sz w:val="17"/>
              </w:rPr>
              <w:t>DOKAZI O UČENJU</w:t>
            </w:r>
          </w:p>
          <w:p w14:paraId="27629D3C" w14:textId="77777777" w:rsidR="005B3871" w:rsidRDefault="00000000">
            <w:pPr>
              <w:pStyle w:val="Oznaenseznam"/>
              <w:spacing w:after="16"/>
            </w:pPr>
            <w:r>
              <w:rPr>
                <w:color w:val="000000"/>
                <w:sz w:val="16"/>
              </w:rPr>
              <w:t>pravilno določena sosednja števila</w:t>
            </w:r>
          </w:p>
          <w:p w14:paraId="0D36DC71" w14:textId="77777777" w:rsidR="005B3871" w:rsidRDefault="00000000">
            <w:pPr>
              <w:pStyle w:val="Oznaenseznam"/>
              <w:spacing w:after="16"/>
            </w:pPr>
            <w:r>
              <w:rPr>
                <w:color w:val="000000"/>
                <w:sz w:val="16"/>
              </w:rPr>
              <w:t>gibalni prikaz predhodnika in naslednika</w:t>
            </w:r>
          </w:p>
          <w:p w14:paraId="0CB3A622" w14:textId="77777777" w:rsidR="005B3871" w:rsidRDefault="00000000">
            <w:pPr>
              <w:pStyle w:val="Oznaenseznam"/>
              <w:spacing w:after="16"/>
            </w:pPr>
            <w:r>
              <w:rPr>
                <w:color w:val="000000"/>
                <w:sz w:val="16"/>
              </w:rPr>
              <w:t>dopolnjeno zaporedje z razlago</w:t>
            </w:r>
          </w:p>
          <w:p w14:paraId="62F919FA" w14:textId="77777777" w:rsidR="005B3871" w:rsidRDefault="00000000">
            <w:pPr>
              <w:pStyle w:val="Oznaenseznam"/>
              <w:spacing w:after="16"/>
            </w:pPr>
            <w:r>
              <w:rPr>
                <w:color w:val="000000"/>
                <w:sz w:val="16"/>
              </w:rPr>
              <w:t>pravilen številčni namig in rešitev</w:t>
            </w:r>
          </w:p>
          <w:p w14:paraId="09666B6F" w14:textId="77777777" w:rsidR="005B3871" w:rsidRDefault="00000000">
            <w:pPr>
              <w:spacing w:before="40" w:after="20" w:line="245" w:lineRule="auto"/>
            </w:pPr>
            <w:r>
              <w:rPr>
                <w:b/>
                <w:color w:val="000000"/>
                <w:sz w:val="17"/>
              </w:rPr>
              <w:t>MEDPREDMETNA POVEZAVA</w:t>
            </w:r>
          </w:p>
          <w:p w14:paraId="39342C1C" w14:textId="77777777" w:rsidR="005B3871" w:rsidRDefault="00000000">
            <w:pPr>
              <w:spacing w:after="60" w:line="245" w:lineRule="auto"/>
            </w:pPr>
            <w:r>
              <w:rPr>
                <w:color w:val="000000"/>
                <w:sz w:val="16"/>
              </w:rPr>
              <w:t>SLJ – razumevanje in tvorjenje namiga; SPO – dnevno zaporedje; ŠPO – premiki po osi</w:t>
            </w:r>
          </w:p>
          <w:p w14:paraId="218CFD26" w14:textId="77777777" w:rsidR="005B3871" w:rsidRDefault="00000000">
            <w:pPr>
              <w:spacing w:after="20" w:line="245" w:lineRule="auto"/>
            </w:pPr>
            <w:r>
              <w:rPr>
                <w:b/>
                <w:color w:val="000000"/>
                <w:sz w:val="17"/>
              </w:rPr>
              <w:t>POUČEVANJE V GIBANJU</w:t>
            </w:r>
          </w:p>
          <w:p w14:paraId="38D85F84"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5FD51415" w14:textId="77777777" w:rsidR="005B3871" w:rsidRDefault="00000000">
            <w:pPr>
              <w:spacing w:after="20" w:line="245" w:lineRule="auto"/>
            </w:pPr>
            <w:r>
              <w:rPr>
                <w:b/>
                <w:color w:val="000000"/>
                <w:sz w:val="17"/>
              </w:rPr>
              <w:t>DELO PO POSTAJAH</w:t>
            </w:r>
          </w:p>
          <w:p w14:paraId="0C704E43" w14:textId="77777777" w:rsidR="005B3871" w:rsidRDefault="00000000">
            <w:pPr>
              <w:spacing w:after="60" w:line="245" w:lineRule="auto"/>
            </w:pPr>
            <w:r>
              <w:rPr>
                <w:color w:val="000000"/>
                <w:sz w:val="15"/>
              </w:rPr>
              <w:t>Načrtovana rotacija: konkretno-izkušenjska – Hišice sosedov; gibalna/sodelovalna – Korak naprej, korak nazaj; slikovno-simbolna – Manjkajoča števila; izziv, dokaz in povratna informacija – Kje živi moje število?. Pri pisnem ocenjevanju se postaje izvedejo v pripravi, analizi in ponovnem učenju.</w:t>
            </w:r>
          </w:p>
          <w:p w14:paraId="4B7711A4" w14:textId="77777777" w:rsidR="005B3871" w:rsidRDefault="00000000">
            <w:pPr>
              <w:spacing w:after="20" w:line="245" w:lineRule="auto"/>
            </w:pPr>
            <w:r>
              <w:rPr>
                <w:b/>
                <w:color w:val="000000"/>
                <w:sz w:val="17"/>
              </w:rPr>
              <w:t>DIFERENCIACIJA IN VKLJUČEVANJE</w:t>
            </w:r>
          </w:p>
          <w:p w14:paraId="31ECAE59"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5FE96A24" w14:textId="77777777" w:rsidR="005B3871" w:rsidRDefault="00000000">
            <w:pPr>
              <w:spacing w:after="20" w:line="245" w:lineRule="auto"/>
            </w:pPr>
            <w:r>
              <w:rPr>
                <w:b/>
                <w:color w:val="000000"/>
                <w:sz w:val="17"/>
              </w:rPr>
              <w:t>SPREMLJANJE</w:t>
            </w:r>
          </w:p>
          <w:p w14:paraId="1899D0CE"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5FEC2DA0"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0C9032D" w14:textId="77777777">
              <w:trPr>
                <w:jc w:val="center"/>
              </w:trPr>
              <w:tc>
                <w:tcPr>
                  <w:tcW w:w="7087" w:type="dxa"/>
                  <w:shd w:val="clear" w:color="auto" w:fill="C6E7F3"/>
                  <w:tcMar>
                    <w:top w:w="45" w:type="dxa"/>
                    <w:left w:w="70" w:type="dxa"/>
                    <w:bottom w:w="45" w:type="dxa"/>
                    <w:right w:w="70" w:type="dxa"/>
                  </w:tcMar>
                </w:tcPr>
                <w:p w14:paraId="029F3536" w14:textId="77777777" w:rsidR="005B3871" w:rsidRDefault="00000000">
                  <w:pPr>
                    <w:keepNext/>
                  </w:pPr>
                  <w:r>
                    <w:rPr>
                      <w:b/>
                      <w:color w:val="000000"/>
                    </w:rPr>
                    <w:t>GLAVNI DEL – IZKUŠENJSKO IN PROBLEMSKO UČENJE (4 šolske ure)</w:t>
                  </w:r>
                </w:p>
              </w:tc>
            </w:tr>
          </w:tbl>
          <w:p w14:paraId="2A8BB5C9" w14:textId="77777777" w:rsidR="005B3871" w:rsidRDefault="005B3871">
            <w:pPr>
              <w:spacing w:line="20" w:lineRule="exact"/>
            </w:pPr>
          </w:p>
          <w:p w14:paraId="4CC9A1BB" w14:textId="77777777" w:rsidR="005B3871" w:rsidRDefault="00000000">
            <w:pPr>
              <w:keepNext/>
              <w:spacing w:before="40" w:after="10" w:line="245" w:lineRule="auto"/>
            </w:pPr>
            <w:r>
              <w:rPr>
                <w:b/>
                <w:color w:val="000000"/>
                <w:sz w:val="17"/>
              </w:rPr>
              <w:t>1. URA – Hišice sosedov</w:t>
            </w:r>
          </w:p>
          <w:p w14:paraId="6E4E683C" w14:textId="77777777" w:rsidR="005B3871" w:rsidRDefault="00000000">
            <w:pPr>
              <w:spacing w:after="14" w:line="245" w:lineRule="auto"/>
            </w:pPr>
            <w:r>
              <w:rPr>
                <w:b/>
                <w:color w:val="000000"/>
                <w:sz w:val="16"/>
              </w:rPr>
              <w:t xml:space="preserve">Dejavnost učiteljice: </w:t>
            </w:r>
            <w:r>
              <w:rPr>
                <w:color w:val="000000"/>
                <w:sz w:val="16"/>
              </w:rPr>
              <w:t>Pripravi tripoljne hišice in modelira srednje število, predhodnika ter naslednika.</w:t>
            </w:r>
          </w:p>
          <w:p w14:paraId="5101B5D0" w14:textId="77777777" w:rsidR="005B3871" w:rsidRDefault="00000000">
            <w:pPr>
              <w:spacing w:after="14" w:line="245" w:lineRule="auto"/>
            </w:pPr>
            <w:r>
              <w:rPr>
                <w:b/>
                <w:color w:val="000000"/>
                <w:sz w:val="16"/>
              </w:rPr>
              <w:t xml:space="preserve">Dejavnost učencev: </w:t>
            </w:r>
            <w:r>
              <w:rPr>
                <w:color w:val="000000"/>
                <w:sz w:val="16"/>
              </w:rPr>
              <w:t>Dopolnijo hišice števil do 20 ter zapis preverijo na številski osi.</w:t>
            </w:r>
          </w:p>
          <w:p w14:paraId="49A8DBAE" w14:textId="77777777" w:rsidR="005B3871" w:rsidRDefault="00000000">
            <w:pPr>
              <w:spacing w:after="24" w:line="245" w:lineRule="auto"/>
            </w:pPr>
            <w:r>
              <w:rPr>
                <w:i/>
                <w:color w:val="D95BC6"/>
                <w:sz w:val="16"/>
              </w:rPr>
              <w:t>Predvideni dokaz: pravilno določena sosednja števila.</w:t>
            </w:r>
          </w:p>
          <w:p w14:paraId="6E008A5C" w14:textId="77777777" w:rsidR="005B3871" w:rsidRDefault="00000000">
            <w:pPr>
              <w:keepNext/>
              <w:spacing w:before="40" w:after="10" w:line="245" w:lineRule="auto"/>
            </w:pPr>
            <w:r>
              <w:rPr>
                <w:b/>
                <w:color w:val="000000"/>
                <w:sz w:val="17"/>
              </w:rPr>
              <w:t>2. URA – Korak naprej, korak nazaj</w:t>
            </w:r>
          </w:p>
          <w:p w14:paraId="25C8D7B2" w14:textId="77777777" w:rsidR="005B3871" w:rsidRDefault="00000000">
            <w:pPr>
              <w:spacing w:after="14" w:line="245" w:lineRule="auto"/>
            </w:pPr>
            <w:r>
              <w:rPr>
                <w:b/>
                <w:color w:val="000000"/>
                <w:sz w:val="16"/>
              </w:rPr>
              <w:t xml:space="preserve">Dejavnost učiteljice: </w:t>
            </w:r>
            <w:r>
              <w:rPr>
                <w:color w:val="000000"/>
                <w:sz w:val="16"/>
              </w:rPr>
              <w:t>Kliče števila in smer premika, nato vlogo vodje prepusti učencu.</w:t>
            </w:r>
          </w:p>
          <w:p w14:paraId="25078D46" w14:textId="77777777" w:rsidR="005B3871" w:rsidRDefault="00000000">
            <w:pPr>
              <w:spacing w:after="14" w:line="245" w:lineRule="auto"/>
            </w:pPr>
            <w:r>
              <w:rPr>
                <w:b/>
                <w:color w:val="000000"/>
                <w:sz w:val="16"/>
              </w:rPr>
              <w:t xml:space="preserve">Dejavnost učencev: </w:t>
            </w:r>
            <w:r>
              <w:rPr>
                <w:color w:val="000000"/>
                <w:sz w:val="16"/>
              </w:rPr>
              <w:t>Na talni osi stopijo na število in se premaknejo za eno mesto naprej ali nazaj.</w:t>
            </w:r>
          </w:p>
          <w:p w14:paraId="2DC38674" w14:textId="77777777" w:rsidR="005B3871" w:rsidRDefault="00000000">
            <w:pPr>
              <w:spacing w:after="24" w:line="245" w:lineRule="auto"/>
            </w:pPr>
            <w:r>
              <w:rPr>
                <w:i/>
                <w:color w:val="D95BC6"/>
                <w:sz w:val="16"/>
              </w:rPr>
              <w:t>Predvideni dokaz: gibalni prikaz predhodnika in naslednika.</w:t>
            </w:r>
          </w:p>
          <w:p w14:paraId="4109E9AE" w14:textId="77777777" w:rsidR="005B3871" w:rsidRDefault="00000000">
            <w:pPr>
              <w:keepNext/>
              <w:spacing w:before="40" w:after="10" w:line="245" w:lineRule="auto"/>
            </w:pPr>
            <w:r>
              <w:rPr>
                <w:b/>
                <w:color w:val="000000"/>
                <w:sz w:val="17"/>
              </w:rPr>
              <w:t>3. URA – Manjkajoča števila</w:t>
            </w:r>
          </w:p>
          <w:p w14:paraId="34569460" w14:textId="77777777" w:rsidR="005B3871" w:rsidRDefault="00000000">
            <w:pPr>
              <w:spacing w:after="14" w:line="245" w:lineRule="auto"/>
            </w:pPr>
            <w:r>
              <w:rPr>
                <w:b/>
                <w:color w:val="000000"/>
                <w:sz w:val="16"/>
              </w:rPr>
              <w:t xml:space="preserve">Dejavnost učiteljice: </w:t>
            </w:r>
            <w:r>
              <w:rPr>
                <w:color w:val="000000"/>
                <w:sz w:val="16"/>
              </w:rPr>
              <w:t>Zakrije števila v zaporedjih različnih dolžin in zahteva razlago izbire.</w:t>
            </w:r>
          </w:p>
          <w:p w14:paraId="7886EA62" w14:textId="77777777" w:rsidR="005B3871" w:rsidRDefault="00000000">
            <w:pPr>
              <w:spacing w:after="14" w:line="245" w:lineRule="auto"/>
            </w:pPr>
            <w:r>
              <w:rPr>
                <w:b/>
                <w:color w:val="000000"/>
                <w:sz w:val="16"/>
              </w:rPr>
              <w:t xml:space="preserve">Dejavnost učencev: </w:t>
            </w:r>
            <w:r>
              <w:rPr>
                <w:color w:val="000000"/>
                <w:sz w:val="16"/>
              </w:rPr>
              <w:t>Dopolnijo zaporedje, izberejo eno mesto in pojasnijo s sosednjima številoma.</w:t>
            </w:r>
          </w:p>
          <w:p w14:paraId="6ADAA4B0" w14:textId="77777777" w:rsidR="005B3871" w:rsidRDefault="00000000">
            <w:pPr>
              <w:spacing w:after="24" w:line="245" w:lineRule="auto"/>
            </w:pPr>
            <w:r>
              <w:rPr>
                <w:i/>
                <w:color w:val="D95BC6"/>
                <w:sz w:val="16"/>
              </w:rPr>
              <w:t>Predvideni dokaz: dopolnjeno zaporedje z razlago.</w:t>
            </w:r>
          </w:p>
          <w:p w14:paraId="60ECF423" w14:textId="77777777" w:rsidR="005B3871" w:rsidRDefault="00000000">
            <w:pPr>
              <w:keepNext/>
              <w:spacing w:before="40" w:after="10" w:line="245" w:lineRule="auto"/>
            </w:pPr>
            <w:r>
              <w:rPr>
                <w:b/>
                <w:color w:val="000000"/>
                <w:sz w:val="17"/>
              </w:rPr>
              <w:t>4. URA – Kje živi moje število?</w:t>
            </w:r>
          </w:p>
          <w:p w14:paraId="7D5EDAD2" w14:textId="77777777" w:rsidR="005B3871" w:rsidRDefault="00000000">
            <w:pPr>
              <w:spacing w:after="14" w:line="245" w:lineRule="auto"/>
            </w:pPr>
            <w:r>
              <w:rPr>
                <w:b/>
                <w:color w:val="000000"/>
                <w:sz w:val="16"/>
              </w:rPr>
              <w:t xml:space="preserve">Dejavnost učiteljice: </w:t>
            </w:r>
            <w:r>
              <w:rPr>
                <w:color w:val="000000"/>
                <w:sz w:val="16"/>
              </w:rPr>
              <w:t>Ponudi namige z izrazi med, pred in za.</w:t>
            </w:r>
          </w:p>
          <w:p w14:paraId="3AFDB103" w14:textId="77777777" w:rsidR="005B3871" w:rsidRDefault="00000000">
            <w:pPr>
              <w:spacing w:after="14" w:line="245" w:lineRule="auto"/>
            </w:pPr>
            <w:r>
              <w:rPr>
                <w:b/>
                <w:color w:val="000000"/>
                <w:sz w:val="16"/>
              </w:rPr>
              <w:t xml:space="preserve">Dejavnost učencev: </w:t>
            </w:r>
            <w:r>
              <w:rPr>
                <w:color w:val="000000"/>
                <w:sz w:val="16"/>
              </w:rPr>
              <w:t>Po namigu poiščejo število, sestavijo svoj namig in ga preizkusijo v paru.</w:t>
            </w:r>
          </w:p>
          <w:p w14:paraId="317C8A58" w14:textId="77777777" w:rsidR="005B3871" w:rsidRDefault="00000000">
            <w:pPr>
              <w:spacing w:after="24" w:line="245" w:lineRule="auto"/>
            </w:pPr>
            <w:r>
              <w:rPr>
                <w:i/>
                <w:color w:val="D95BC6"/>
                <w:sz w:val="16"/>
              </w:rPr>
              <w:t>Predvideni dokaz: pravilen številčni namig in rešitev.</w:t>
            </w:r>
          </w:p>
          <w:tbl>
            <w:tblPr>
              <w:tblStyle w:val="Tabelamrea"/>
              <w:tblW w:w="0" w:type="auto"/>
              <w:jc w:val="center"/>
              <w:tblLayout w:type="fixed"/>
              <w:tblLook w:val="04A0" w:firstRow="1" w:lastRow="0" w:firstColumn="1" w:lastColumn="0" w:noHBand="0" w:noVBand="1"/>
            </w:tblPr>
            <w:tblGrid>
              <w:gridCol w:w="7087"/>
            </w:tblGrid>
            <w:tr w:rsidR="005B3871" w14:paraId="13AA157C" w14:textId="77777777">
              <w:trPr>
                <w:jc w:val="center"/>
              </w:trPr>
              <w:tc>
                <w:tcPr>
                  <w:tcW w:w="7087" w:type="dxa"/>
                  <w:shd w:val="clear" w:color="auto" w:fill="EDC9EA"/>
                  <w:tcMar>
                    <w:top w:w="45" w:type="dxa"/>
                    <w:left w:w="70" w:type="dxa"/>
                    <w:bottom w:w="45" w:type="dxa"/>
                    <w:right w:w="70" w:type="dxa"/>
                  </w:tcMar>
                </w:tcPr>
                <w:p w14:paraId="11D42C09" w14:textId="77777777" w:rsidR="005B3871" w:rsidRDefault="00000000">
                  <w:pPr>
                    <w:keepNext/>
                  </w:pPr>
                  <w:r>
                    <w:rPr>
                      <w:b/>
                      <w:color w:val="000000"/>
                    </w:rPr>
                    <w:t>POVRATNA INFORMACIJA UČITELJICE MED DELOM</w:t>
                  </w:r>
                </w:p>
              </w:tc>
            </w:tr>
          </w:tbl>
          <w:p w14:paraId="7F070312" w14:textId="77777777" w:rsidR="005B3871" w:rsidRDefault="005B3871"/>
          <w:p w14:paraId="4B0DBF40"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696EE1E0" w14:textId="77777777" w:rsidR="005B3871" w:rsidRDefault="005B3871"/>
          <w:p w14:paraId="5DDC303B" w14:textId="77777777" w:rsidR="005B3871" w:rsidRDefault="00000000">
            <w:pPr>
              <w:spacing w:after="10" w:line="245" w:lineRule="auto"/>
            </w:pPr>
            <w:r>
              <w:rPr>
                <w:b/>
                <w:color w:val="000000"/>
                <w:sz w:val="16"/>
              </w:rPr>
              <w:t>1. URA</w:t>
            </w:r>
          </w:p>
          <w:p w14:paraId="633329D0" w14:textId="77777777" w:rsidR="005B3871" w:rsidRDefault="00000000">
            <w:pPr>
              <w:spacing w:after="30" w:line="245" w:lineRule="auto"/>
            </w:pPr>
            <w:r>
              <w:rPr>
                <w:color w:val="000000"/>
                <w:sz w:val="16"/>
              </w:rPr>
              <w:t>Dopolnijo hišice števil do 20 ter zapis preverijo na številski osi.</w:t>
            </w:r>
          </w:p>
          <w:p w14:paraId="3CD7FD5C" w14:textId="77777777" w:rsidR="005B3871" w:rsidRDefault="00000000">
            <w:pPr>
              <w:spacing w:line="245" w:lineRule="auto"/>
            </w:pPr>
            <w:r>
              <w:rPr>
                <w:b/>
                <w:color w:val="D95BC6"/>
                <w:sz w:val="16"/>
              </w:rPr>
              <w:t>DOKAZ</w:t>
            </w:r>
          </w:p>
          <w:p w14:paraId="451F825F" w14:textId="77777777" w:rsidR="005B3871" w:rsidRDefault="00000000">
            <w:pPr>
              <w:spacing w:after="40" w:line="245" w:lineRule="auto"/>
            </w:pPr>
            <w:r>
              <w:rPr>
                <w:color w:val="D95BC6"/>
                <w:sz w:val="15"/>
              </w:rPr>
              <w:t>pravilno določena sosednja števila</w:t>
            </w:r>
          </w:p>
          <w:p w14:paraId="64D94915" w14:textId="77777777" w:rsidR="005B3871" w:rsidRDefault="00000000">
            <w:pPr>
              <w:spacing w:after="10" w:line="245" w:lineRule="auto"/>
            </w:pPr>
            <w:r>
              <w:rPr>
                <w:b/>
                <w:color w:val="000000"/>
                <w:sz w:val="16"/>
              </w:rPr>
              <w:t>2. URA</w:t>
            </w:r>
          </w:p>
          <w:p w14:paraId="7ED58AE9" w14:textId="77777777" w:rsidR="005B3871" w:rsidRDefault="00000000">
            <w:pPr>
              <w:spacing w:after="30" w:line="245" w:lineRule="auto"/>
            </w:pPr>
            <w:r>
              <w:rPr>
                <w:color w:val="000000"/>
                <w:sz w:val="16"/>
              </w:rPr>
              <w:t>Na talni osi stopijo na število in se premaknejo za eno mesto naprej ali nazaj.</w:t>
            </w:r>
          </w:p>
          <w:p w14:paraId="613EF624" w14:textId="77777777" w:rsidR="005B3871" w:rsidRDefault="00000000">
            <w:pPr>
              <w:spacing w:line="245" w:lineRule="auto"/>
            </w:pPr>
            <w:r>
              <w:rPr>
                <w:b/>
                <w:color w:val="D95BC6"/>
                <w:sz w:val="16"/>
              </w:rPr>
              <w:t>DOKAZ</w:t>
            </w:r>
          </w:p>
          <w:p w14:paraId="4775B9B1" w14:textId="77777777" w:rsidR="005B3871" w:rsidRDefault="00000000">
            <w:pPr>
              <w:spacing w:after="40" w:line="245" w:lineRule="auto"/>
            </w:pPr>
            <w:r>
              <w:rPr>
                <w:color w:val="D95BC6"/>
                <w:sz w:val="15"/>
              </w:rPr>
              <w:t>gibalni prikaz predhodnika in naslednika</w:t>
            </w:r>
          </w:p>
          <w:p w14:paraId="0A618363" w14:textId="77777777" w:rsidR="005B3871" w:rsidRDefault="00000000">
            <w:pPr>
              <w:spacing w:after="10" w:line="245" w:lineRule="auto"/>
            </w:pPr>
            <w:r>
              <w:rPr>
                <w:b/>
                <w:color w:val="000000"/>
                <w:sz w:val="16"/>
              </w:rPr>
              <w:t>3. URA</w:t>
            </w:r>
          </w:p>
          <w:p w14:paraId="59FA1666" w14:textId="77777777" w:rsidR="005B3871" w:rsidRDefault="00000000">
            <w:pPr>
              <w:spacing w:after="30" w:line="245" w:lineRule="auto"/>
            </w:pPr>
            <w:r>
              <w:rPr>
                <w:color w:val="000000"/>
                <w:sz w:val="16"/>
              </w:rPr>
              <w:t>Dopolnijo zaporedje, izberejo eno mesto in pojasnijo s sosednjima številoma.</w:t>
            </w:r>
          </w:p>
          <w:p w14:paraId="6A3A320D" w14:textId="77777777" w:rsidR="005B3871" w:rsidRDefault="00000000">
            <w:pPr>
              <w:spacing w:line="245" w:lineRule="auto"/>
            </w:pPr>
            <w:r>
              <w:rPr>
                <w:b/>
                <w:color w:val="D95BC6"/>
                <w:sz w:val="16"/>
              </w:rPr>
              <w:t>DOKAZ</w:t>
            </w:r>
          </w:p>
          <w:p w14:paraId="559F053F" w14:textId="77777777" w:rsidR="005B3871" w:rsidRDefault="00000000">
            <w:pPr>
              <w:spacing w:after="40" w:line="245" w:lineRule="auto"/>
            </w:pPr>
            <w:r>
              <w:rPr>
                <w:color w:val="D95BC6"/>
                <w:sz w:val="15"/>
              </w:rPr>
              <w:t>dopolnjeno zaporedje z razlago</w:t>
            </w:r>
          </w:p>
          <w:p w14:paraId="50992AA3" w14:textId="77777777" w:rsidR="005B3871" w:rsidRDefault="00000000">
            <w:pPr>
              <w:spacing w:after="10" w:line="245" w:lineRule="auto"/>
            </w:pPr>
            <w:r>
              <w:rPr>
                <w:b/>
                <w:color w:val="000000"/>
                <w:sz w:val="16"/>
              </w:rPr>
              <w:t>4. URA</w:t>
            </w:r>
          </w:p>
          <w:p w14:paraId="1F058682" w14:textId="77777777" w:rsidR="005B3871" w:rsidRDefault="00000000">
            <w:pPr>
              <w:spacing w:after="30" w:line="245" w:lineRule="auto"/>
            </w:pPr>
            <w:r>
              <w:rPr>
                <w:color w:val="000000"/>
                <w:sz w:val="16"/>
              </w:rPr>
              <w:t>Po namigu poiščejo število, sestavijo svoj namig in ga preizkusijo v paru.</w:t>
            </w:r>
          </w:p>
          <w:p w14:paraId="3205F428" w14:textId="77777777" w:rsidR="005B3871" w:rsidRDefault="00000000">
            <w:pPr>
              <w:spacing w:line="245" w:lineRule="auto"/>
            </w:pPr>
            <w:r>
              <w:rPr>
                <w:b/>
                <w:color w:val="D95BC6"/>
                <w:sz w:val="16"/>
              </w:rPr>
              <w:t>DOKAZ</w:t>
            </w:r>
          </w:p>
          <w:p w14:paraId="29746E96" w14:textId="77777777" w:rsidR="005B3871" w:rsidRDefault="00000000">
            <w:pPr>
              <w:spacing w:after="40" w:line="245" w:lineRule="auto"/>
            </w:pPr>
            <w:r>
              <w:rPr>
                <w:color w:val="D95BC6"/>
                <w:sz w:val="15"/>
              </w:rPr>
              <w:t>pravilen številčni namig in rešitev</w:t>
            </w:r>
          </w:p>
        </w:tc>
      </w:tr>
    </w:tbl>
    <w:p w14:paraId="45613A9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5E1300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E113C39"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640253C" w14:textId="77777777" w:rsidR="005B3871" w:rsidRDefault="00000000">
            <w:pPr>
              <w:jc w:val="center"/>
            </w:pPr>
            <w:r>
              <w:rPr>
                <w:b/>
                <w:color w:val="000000"/>
                <w:sz w:val="20"/>
              </w:rPr>
              <w:t>UČNE DEJAVNOSTI, METODE IN FORMATIVNO SPREMLJANJE</w:t>
            </w:r>
          </w:p>
        </w:tc>
      </w:tr>
      <w:tr w:rsidR="005B3871" w14:paraId="11463FBF" w14:textId="77777777">
        <w:trPr>
          <w:tblHeader/>
          <w:jc w:val="center"/>
        </w:trPr>
        <w:tc>
          <w:tcPr>
            <w:tcW w:w="4422" w:type="dxa"/>
            <w:vMerge/>
            <w:tcMar>
              <w:top w:w="70" w:type="dxa"/>
              <w:left w:w="90" w:type="dxa"/>
              <w:bottom w:w="70" w:type="dxa"/>
              <w:right w:w="90" w:type="dxa"/>
            </w:tcMar>
            <w:vAlign w:val="center"/>
          </w:tcPr>
          <w:p w14:paraId="3AFD914E" w14:textId="77777777" w:rsidR="005B3871" w:rsidRDefault="005B3871"/>
        </w:tc>
        <w:tc>
          <w:tcPr>
            <w:tcW w:w="7087" w:type="dxa"/>
            <w:shd w:val="clear" w:color="auto" w:fill="FFFFFF"/>
            <w:tcMar>
              <w:top w:w="70" w:type="dxa"/>
              <w:left w:w="90" w:type="dxa"/>
              <w:bottom w:w="70" w:type="dxa"/>
              <w:right w:w="90" w:type="dxa"/>
            </w:tcMar>
            <w:vAlign w:val="center"/>
          </w:tcPr>
          <w:p w14:paraId="2CBC3FB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CE53C47" w14:textId="77777777" w:rsidR="005B3871" w:rsidRDefault="00000000">
            <w:pPr>
              <w:jc w:val="center"/>
            </w:pPr>
            <w:r>
              <w:rPr>
                <w:b/>
                <w:color w:val="000000"/>
              </w:rPr>
              <w:t>UČENEC</w:t>
            </w:r>
          </w:p>
        </w:tc>
      </w:tr>
      <w:tr w:rsidR="005B3871" w14:paraId="50914EE5" w14:textId="77777777">
        <w:trPr>
          <w:jc w:val="center"/>
        </w:trPr>
        <w:tc>
          <w:tcPr>
            <w:tcW w:w="4422" w:type="dxa"/>
            <w:tcMar>
              <w:top w:w="70" w:type="dxa"/>
              <w:left w:w="90" w:type="dxa"/>
              <w:bottom w:w="70" w:type="dxa"/>
              <w:right w:w="90" w:type="dxa"/>
            </w:tcMar>
          </w:tcPr>
          <w:p w14:paraId="4F082E98" w14:textId="77777777" w:rsidR="005B3871" w:rsidRDefault="005B3871"/>
          <w:p w14:paraId="07F05D81" w14:textId="77777777" w:rsidR="005B3871" w:rsidRDefault="00000000">
            <w:pPr>
              <w:spacing w:after="40" w:line="245" w:lineRule="auto"/>
            </w:pPr>
            <w:r>
              <w:rPr>
                <w:b/>
                <w:color w:val="000000"/>
              </w:rPr>
              <w:t>FORMATIVNO SPREMLJANJE</w:t>
            </w:r>
          </w:p>
          <w:p w14:paraId="2B3FE100" w14:textId="77777777" w:rsidR="005B3871" w:rsidRDefault="00000000">
            <w:pPr>
              <w:pStyle w:val="Oznaenseznam"/>
              <w:spacing w:after="16"/>
            </w:pPr>
            <w:r>
              <w:rPr>
                <w:color w:val="000000"/>
                <w:sz w:val="16"/>
              </w:rPr>
              <w:t>predznanje: začetna strategija, ocena, razvrstitev, model ali risba</w:t>
            </w:r>
          </w:p>
          <w:p w14:paraId="4CA78D3F" w14:textId="77777777" w:rsidR="005B3871" w:rsidRDefault="00000000">
            <w:pPr>
              <w:pStyle w:val="Oznaenseznam"/>
              <w:spacing w:after="16"/>
            </w:pPr>
            <w:r>
              <w:rPr>
                <w:color w:val="000000"/>
                <w:sz w:val="16"/>
              </w:rPr>
              <w:t>dokazi med učenjem: konkretni, gibalni, slikovni in simbolni prikaz ter razlaga postopka</w:t>
            </w:r>
          </w:p>
          <w:p w14:paraId="52E29855" w14:textId="77777777" w:rsidR="005B3871" w:rsidRDefault="00000000">
            <w:pPr>
              <w:pStyle w:val="Oznaenseznam"/>
              <w:spacing w:after="16"/>
            </w:pPr>
            <w:r>
              <w:rPr>
                <w:color w:val="000000"/>
                <w:sz w:val="16"/>
              </w:rPr>
              <w:t>povratna informacija: konkretna, vezana na kriterij in usmerjena v preverjanje ali naslednji korak</w:t>
            </w:r>
          </w:p>
          <w:p w14:paraId="59FAC4AD" w14:textId="77777777" w:rsidR="005B3871" w:rsidRDefault="00000000">
            <w:pPr>
              <w:pStyle w:val="Oznaenseznam"/>
              <w:spacing w:after="16"/>
            </w:pPr>
            <w:r>
              <w:rPr>
                <w:color w:val="000000"/>
                <w:sz w:val="16"/>
              </w:rPr>
              <w:t>samovrednotenje: semafor, lestvica samostojnosti, izbrani dokaz ali kratka poved</w:t>
            </w:r>
          </w:p>
          <w:p w14:paraId="04580BD9" w14:textId="77777777" w:rsidR="005B3871" w:rsidRDefault="00000000">
            <w:pPr>
              <w:spacing w:before="40" w:after="20" w:line="245" w:lineRule="auto"/>
            </w:pPr>
            <w:r>
              <w:rPr>
                <w:b/>
                <w:color w:val="000000"/>
                <w:sz w:val="17"/>
              </w:rPr>
              <w:t>VARNOST IN ODGOVORNOST</w:t>
            </w:r>
          </w:p>
          <w:p w14:paraId="40CB45FE"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51490A06" w14:textId="77777777" w:rsidR="005B3871" w:rsidRDefault="00000000">
            <w:pPr>
              <w:spacing w:after="20" w:line="245" w:lineRule="auto"/>
            </w:pPr>
            <w:r>
              <w:rPr>
                <w:b/>
                <w:color w:val="000000"/>
                <w:sz w:val="17"/>
              </w:rPr>
              <w:t>EVIDENCA PO IZVEDBI</w:t>
            </w:r>
          </w:p>
          <w:p w14:paraId="7A125F78"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2DE56FE3"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B1966CE" w14:textId="77777777">
              <w:trPr>
                <w:jc w:val="center"/>
              </w:trPr>
              <w:tc>
                <w:tcPr>
                  <w:tcW w:w="7087" w:type="dxa"/>
                  <w:shd w:val="clear" w:color="auto" w:fill="EDC9EA"/>
                  <w:tcMar>
                    <w:top w:w="45" w:type="dxa"/>
                    <w:left w:w="70" w:type="dxa"/>
                    <w:bottom w:w="45" w:type="dxa"/>
                    <w:right w:w="70" w:type="dxa"/>
                  </w:tcMar>
                </w:tcPr>
                <w:p w14:paraId="56022384" w14:textId="77777777" w:rsidR="005B3871" w:rsidRDefault="00000000">
                  <w:pPr>
                    <w:keepNext/>
                  </w:pPr>
                  <w:r>
                    <w:rPr>
                      <w:b/>
                      <w:color w:val="000000"/>
                    </w:rPr>
                    <w:t>VPRAŠANJA V PODPORO MATEMATIČNEMU UČENJU</w:t>
                  </w:r>
                </w:p>
              </w:tc>
            </w:tr>
          </w:tbl>
          <w:p w14:paraId="0889BD3D" w14:textId="77777777" w:rsidR="005B3871" w:rsidRDefault="005B3871">
            <w:pPr>
              <w:spacing w:line="20" w:lineRule="exact"/>
            </w:pPr>
          </w:p>
          <w:p w14:paraId="272D7CD1" w14:textId="77777777" w:rsidR="005B3871" w:rsidRDefault="00000000">
            <w:pPr>
              <w:pStyle w:val="Oznaenseznam"/>
              <w:spacing w:after="16"/>
            </w:pPr>
            <w:r>
              <w:rPr>
                <w:color w:val="000000"/>
                <w:sz w:val="16"/>
              </w:rPr>
              <w:t>Kaj v tvojem modelu, risbi ali zapisu predstavlja posamezni del naloge?</w:t>
            </w:r>
          </w:p>
          <w:p w14:paraId="171A257C" w14:textId="77777777" w:rsidR="005B3871" w:rsidRDefault="00000000">
            <w:pPr>
              <w:pStyle w:val="Oznaenseznam"/>
              <w:spacing w:after="16"/>
            </w:pPr>
            <w:r>
              <w:rPr>
                <w:color w:val="000000"/>
                <w:sz w:val="16"/>
              </w:rPr>
              <w:t>Kako si prišel/-la do rešitve in kako veš, da je smiselna?</w:t>
            </w:r>
          </w:p>
          <w:p w14:paraId="611CCB6E" w14:textId="77777777" w:rsidR="005B3871" w:rsidRDefault="00000000">
            <w:pPr>
              <w:pStyle w:val="Oznaenseznam"/>
              <w:spacing w:after="16"/>
            </w:pPr>
            <w:r>
              <w:rPr>
                <w:color w:val="000000"/>
                <w:sz w:val="16"/>
              </w:rPr>
              <w:t>Ali lahko isto pokažeš še s predmetom, gibanjem, risbo ali drugim zapisom?</w:t>
            </w:r>
          </w:p>
          <w:p w14:paraId="28B51C72" w14:textId="77777777" w:rsidR="005B3871" w:rsidRDefault="00000000">
            <w:pPr>
              <w:pStyle w:val="Oznaenseznam"/>
              <w:spacing w:after="16"/>
            </w:pPr>
            <w:r>
              <w:rPr>
                <w:color w:val="000000"/>
                <w:sz w:val="16"/>
              </w:rPr>
              <w:t>Kje bi se lahko zmotil/-a in kako boš rešitev preveril/-a?</w:t>
            </w:r>
          </w:p>
          <w:p w14:paraId="471100F4"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2B55C04A" w14:textId="77777777">
              <w:trPr>
                <w:jc w:val="center"/>
              </w:trPr>
              <w:tc>
                <w:tcPr>
                  <w:tcW w:w="7087" w:type="dxa"/>
                  <w:shd w:val="clear" w:color="auto" w:fill="C6E7F3"/>
                  <w:tcMar>
                    <w:top w:w="45" w:type="dxa"/>
                    <w:left w:w="70" w:type="dxa"/>
                    <w:bottom w:w="45" w:type="dxa"/>
                    <w:right w:w="70" w:type="dxa"/>
                  </w:tcMar>
                </w:tcPr>
                <w:p w14:paraId="725E6BAD" w14:textId="77777777" w:rsidR="005B3871" w:rsidRDefault="00000000">
                  <w:pPr>
                    <w:keepNext/>
                  </w:pPr>
                  <w:r>
                    <w:rPr>
                      <w:b/>
                      <w:color w:val="000000"/>
                    </w:rPr>
                    <w:t>ZAKLJUČNI DEL – UTRJEVANJE IN REFLEKSIJA (10–15 min)</w:t>
                  </w:r>
                </w:p>
              </w:tc>
            </w:tr>
          </w:tbl>
          <w:p w14:paraId="13BE94DA" w14:textId="77777777" w:rsidR="005B3871" w:rsidRDefault="005B3871">
            <w:pPr>
              <w:spacing w:line="20" w:lineRule="exact"/>
            </w:pPr>
          </w:p>
          <w:p w14:paraId="11612AFE"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3C8DABC9" w14:textId="77777777">
              <w:trPr>
                <w:jc w:val="center"/>
              </w:trPr>
              <w:tc>
                <w:tcPr>
                  <w:tcW w:w="7087" w:type="dxa"/>
                  <w:shd w:val="clear" w:color="auto" w:fill="EDC9EA"/>
                  <w:tcMar>
                    <w:top w:w="45" w:type="dxa"/>
                    <w:left w:w="70" w:type="dxa"/>
                    <w:bottom w:w="45" w:type="dxa"/>
                    <w:right w:w="70" w:type="dxa"/>
                  </w:tcMar>
                </w:tcPr>
                <w:p w14:paraId="57BB03CD" w14:textId="77777777" w:rsidR="005B3871" w:rsidRDefault="00000000">
                  <w:pPr>
                    <w:keepNext/>
                  </w:pPr>
                  <w:r>
                    <w:rPr>
                      <w:b/>
                      <w:color w:val="000000"/>
                    </w:rPr>
                    <w:t>SAMOVREDNOTENJE</w:t>
                  </w:r>
                </w:p>
              </w:tc>
            </w:tr>
          </w:tbl>
          <w:p w14:paraId="22040F78" w14:textId="77777777" w:rsidR="005B3871" w:rsidRDefault="005B3871">
            <w:pPr>
              <w:spacing w:line="20" w:lineRule="exact"/>
            </w:pPr>
          </w:p>
          <w:p w14:paraId="10D23315"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3BD67C30" w14:textId="77777777">
              <w:trPr>
                <w:jc w:val="center"/>
              </w:trPr>
              <w:tc>
                <w:tcPr>
                  <w:tcW w:w="7087" w:type="dxa"/>
                  <w:shd w:val="clear" w:color="auto" w:fill="EDC9EA"/>
                  <w:tcMar>
                    <w:top w:w="45" w:type="dxa"/>
                    <w:left w:w="70" w:type="dxa"/>
                    <w:bottom w:w="45" w:type="dxa"/>
                    <w:right w:w="70" w:type="dxa"/>
                  </w:tcMar>
                </w:tcPr>
                <w:p w14:paraId="6AFE60DA" w14:textId="77777777" w:rsidR="005B3871" w:rsidRDefault="00000000">
                  <w:pPr>
                    <w:keepNext/>
                  </w:pPr>
                  <w:r>
                    <w:rPr>
                      <w:b/>
                      <w:color w:val="000000"/>
                    </w:rPr>
                    <w:t>VRSTNIŠKO VREDNOTENJE</w:t>
                  </w:r>
                </w:p>
              </w:tc>
            </w:tr>
          </w:tbl>
          <w:p w14:paraId="2E6713FB" w14:textId="77777777" w:rsidR="005B3871" w:rsidRDefault="005B3871">
            <w:pPr>
              <w:spacing w:line="20" w:lineRule="exact"/>
            </w:pPr>
          </w:p>
          <w:p w14:paraId="43765628"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3AC75F11" w14:textId="77777777">
              <w:trPr>
                <w:jc w:val="center"/>
              </w:trPr>
              <w:tc>
                <w:tcPr>
                  <w:tcW w:w="7087" w:type="dxa"/>
                  <w:shd w:val="clear" w:color="auto" w:fill="EDC9EA"/>
                  <w:tcMar>
                    <w:top w:w="45" w:type="dxa"/>
                    <w:left w:w="70" w:type="dxa"/>
                    <w:bottom w:w="45" w:type="dxa"/>
                    <w:right w:w="70" w:type="dxa"/>
                  </w:tcMar>
                </w:tcPr>
                <w:p w14:paraId="2DD40B6F" w14:textId="77777777" w:rsidR="005B3871" w:rsidRDefault="00000000">
                  <w:pPr>
                    <w:keepNext/>
                  </w:pPr>
                  <w:r>
                    <w:rPr>
                      <w:b/>
                      <w:color w:val="000000"/>
                    </w:rPr>
                    <w:t>SKUPNI POVZETEK</w:t>
                  </w:r>
                </w:p>
              </w:tc>
            </w:tr>
          </w:tbl>
          <w:p w14:paraId="0D96DC6E" w14:textId="77777777" w:rsidR="005B3871" w:rsidRDefault="005B3871"/>
          <w:p w14:paraId="6F9325D9" w14:textId="77777777" w:rsidR="005B3871" w:rsidRDefault="00000000">
            <w:pPr>
              <w:spacing w:before="20" w:after="40" w:line="245" w:lineRule="auto"/>
            </w:pPr>
            <w:r>
              <w:rPr>
                <w:b/>
                <w:color w:val="000000"/>
                <w:sz w:val="16"/>
              </w:rPr>
              <w:t>Do 20 določim predhodnika in naslednika, dopolnim zaporedje ter lego števila pojasnim na osi.</w:t>
            </w:r>
          </w:p>
        </w:tc>
        <w:tc>
          <w:tcPr>
            <w:tcW w:w="2551" w:type="dxa"/>
            <w:tcMar>
              <w:top w:w="70" w:type="dxa"/>
              <w:left w:w="90" w:type="dxa"/>
              <w:bottom w:w="70" w:type="dxa"/>
              <w:right w:w="90" w:type="dxa"/>
            </w:tcMar>
          </w:tcPr>
          <w:p w14:paraId="7B1FF761" w14:textId="77777777" w:rsidR="005B3871" w:rsidRDefault="005B3871"/>
          <w:p w14:paraId="146246B1" w14:textId="77777777" w:rsidR="005B3871" w:rsidRDefault="00000000">
            <w:pPr>
              <w:spacing w:after="100" w:line="245" w:lineRule="auto"/>
            </w:pPr>
            <w:r>
              <w:rPr>
                <w:color w:val="000000"/>
                <w:sz w:val="16"/>
              </w:rPr>
              <w:t>Odgovarja na podporna vprašanja in se sklicuje na svoj model, zapis ali izvedbo.</w:t>
            </w:r>
          </w:p>
          <w:p w14:paraId="193EB0EC" w14:textId="77777777" w:rsidR="005B3871" w:rsidRDefault="00000000">
            <w:pPr>
              <w:spacing w:after="100" w:line="245" w:lineRule="auto"/>
            </w:pPr>
            <w:r>
              <w:rPr>
                <w:color w:val="000000"/>
                <w:sz w:val="16"/>
              </w:rPr>
              <w:t>Primerja začetno strategijo z novim dokazom ter pojasni, kaj se je naučil/-a.</w:t>
            </w:r>
          </w:p>
          <w:p w14:paraId="1515FF31" w14:textId="77777777" w:rsidR="005B3871" w:rsidRDefault="00000000">
            <w:pPr>
              <w:spacing w:after="100" w:line="245" w:lineRule="auto"/>
            </w:pPr>
            <w:r>
              <w:rPr>
                <w:color w:val="000000"/>
                <w:sz w:val="16"/>
              </w:rPr>
              <w:t>Izbere raven samostojnosti in določi naslednji korak.</w:t>
            </w:r>
          </w:p>
          <w:p w14:paraId="07EBA9C9" w14:textId="77777777" w:rsidR="005B3871" w:rsidRDefault="00000000">
            <w:pPr>
              <w:spacing w:after="100" w:line="245" w:lineRule="auto"/>
            </w:pPr>
            <w:r>
              <w:rPr>
                <w:color w:val="000000"/>
                <w:sz w:val="16"/>
              </w:rPr>
              <w:t>Sošolcu poda prijazen in konkreten odziv, vezan na kriterij.</w:t>
            </w:r>
          </w:p>
          <w:p w14:paraId="76DD3339" w14:textId="77777777" w:rsidR="005B3871" w:rsidRDefault="00000000">
            <w:pPr>
              <w:spacing w:after="20" w:line="245" w:lineRule="auto"/>
            </w:pPr>
            <w:r>
              <w:rPr>
                <w:b/>
                <w:color w:val="D95BC6"/>
                <w:sz w:val="17"/>
              </w:rPr>
              <w:t>DOKAZ O UČENJU</w:t>
            </w:r>
          </w:p>
          <w:p w14:paraId="1F02FC2F"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718C8D64"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38C30431" w14:textId="77777777">
        <w:trPr>
          <w:cantSplit/>
          <w:jc w:val="center"/>
        </w:trPr>
        <w:tc>
          <w:tcPr>
            <w:tcW w:w="14060" w:type="dxa"/>
            <w:gridSpan w:val="6"/>
            <w:tcMar>
              <w:top w:w="70" w:type="dxa"/>
              <w:left w:w="90" w:type="dxa"/>
              <w:bottom w:w="70" w:type="dxa"/>
              <w:right w:w="90" w:type="dxa"/>
            </w:tcMar>
            <w:vAlign w:val="center"/>
          </w:tcPr>
          <w:p w14:paraId="38192C3D" w14:textId="77777777" w:rsidR="005B3871" w:rsidRDefault="00000000">
            <w:pPr>
              <w:jc w:val="center"/>
            </w:pPr>
            <w:r>
              <w:rPr>
                <w:b/>
                <w:color w:val="000000"/>
                <w:sz w:val="24"/>
              </w:rPr>
              <w:lastRenderedPageBreak/>
              <w:t>UČNA PRIPRAVA 26/39</w:t>
            </w:r>
          </w:p>
        </w:tc>
      </w:tr>
      <w:tr w:rsidR="005B3871" w14:paraId="0D688D07" w14:textId="77777777">
        <w:trPr>
          <w:jc w:val="center"/>
        </w:trPr>
        <w:tc>
          <w:tcPr>
            <w:tcW w:w="2665" w:type="dxa"/>
            <w:tcMar>
              <w:top w:w="70" w:type="dxa"/>
              <w:left w:w="90" w:type="dxa"/>
              <w:bottom w:w="70" w:type="dxa"/>
              <w:right w:w="90" w:type="dxa"/>
            </w:tcMar>
            <w:vAlign w:val="center"/>
          </w:tcPr>
          <w:p w14:paraId="2C849216"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4E51800"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13D6B92E"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F8AD2E2" w14:textId="77777777" w:rsidR="005B3871" w:rsidRDefault="00000000">
            <w:r>
              <w:rPr>
                <w:b/>
                <w:color w:val="000000"/>
                <w:sz w:val="16"/>
              </w:rPr>
              <w:t xml:space="preserve">NAČRTOVANI TERMIN: </w:t>
            </w:r>
            <w:r>
              <w:rPr>
                <w:color w:val="000000"/>
                <w:sz w:val="16"/>
              </w:rPr>
              <w:t>26. teden • 15.–19. 3. 2027</w:t>
            </w:r>
          </w:p>
        </w:tc>
        <w:tc>
          <w:tcPr>
            <w:tcW w:w="2268" w:type="dxa"/>
            <w:tcMar>
              <w:top w:w="70" w:type="dxa"/>
              <w:left w:w="90" w:type="dxa"/>
              <w:bottom w:w="70" w:type="dxa"/>
              <w:right w:w="90" w:type="dxa"/>
            </w:tcMar>
            <w:vAlign w:val="center"/>
          </w:tcPr>
          <w:p w14:paraId="7BC8F247"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7038740" w14:textId="77777777" w:rsidR="005B3871" w:rsidRDefault="00000000">
            <w:r>
              <w:rPr>
                <w:b/>
                <w:color w:val="000000"/>
                <w:sz w:val="16"/>
              </w:rPr>
              <w:t xml:space="preserve">ŠTEVILO UR: </w:t>
            </w:r>
            <w:r>
              <w:rPr>
                <w:color w:val="000000"/>
                <w:sz w:val="16"/>
              </w:rPr>
              <w:t>4</w:t>
            </w:r>
          </w:p>
        </w:tc>
      </w:tr>
      <w:tr w:rsidR="005B3871" w14:paraId="62CD7138" w14:textId="77777777">
        <w:trPr>
          <w:jc w:val="center"/>
        </w:trPr>
        <w:tc>
          <w:tcPr>
            <w:tcW w:w="14061" w:type="dxa"/>
            <w:gridSpan w:val="6"/>
            <w:tcMar>
              <w:top w:w="70" w:type="dxa"/>
              <w:left w:w="90" w:type="dxa"/>
              <w:bottom w:w="70" w:type="dxa"/>
              <w:right w:w="90" w:type="dxa"/>
            </w:tcMar>
            <w:vAlign w:val="center"/>
          </w:tcPr>
          <w:p w14:paraId="7EF6F2CC"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09673533" w14:textId="77777777">
        <w:trPr>
          <w:cantSplit/>
          <w:jc w:val="center"/>
        </w:trPr>
        <w:tc>
          <w:tcPr>
            <w:tcW w:w="14060" w:type="dxa"/>
            <w:gridSpan w:val="6"/>
            <w:tcMar>
              <w:top w:w="70" w:type="dxa"/>
              <w:left w:w="90" w:type="dxa"/>
              <w:bottom w:w="70" w:type="dxa"/>
              <w:right w:w="90" w:type="dxa"/>
            </w:tcMar>
            <w:vAlign w:val="center"/>
          </w:tcPr>
          <w:p w14:paraId="7E7D6DF2" w14:textId="77777777" w:rsidR="005B3871" w:rsidRDefault="005B3871"/>
          <w:p w14:paraId="2CEFDFBE" w14:textId="77777777" w:rsidR="005B3871" w:rsidRDefault="00000000">
            <w:pPr>
              <w:spacing w:line="245" w:lineRule="auto"/>
            </w:pPr>
            <w:r>
              <w:rPr>
                <w:b/>
                <w:color w:val="000000"/>
                <w:sz w:val="16"/>
              </w:rPr>
              <w:t xml:space="preserve">UČNI SKLOP: </w:t>
            </w:r>
            <w:r>
              <w:rPr>
                <w:color w:val="000000"/>
                <w:sz w:val="16"/>
              </w:rPr>
              <w:t>ŽIVIM ZDRAVO – JAZ IN DOBRO POČUTJE</w:t>
            </w:r>
          </w:p>
        </w:tc>
      </w:tr>
      <w:tr w:rsidR="005B3871" w14:paraId="4374F883" w14:textId="77777777">
        <w:trPr>
          <w:cantSplit/>
          <w:jc w:val="center"/>
        </w:trPr>
        <w:tc>
          <w:tcPr>
            <w:tcW w:w="14060" w:type="dxa"/>
            <w:gridSpan w:val="6"/>
            <w:tcMar>
              <w:top w:w="70" w:type="dxa"/>
              <w:left w:w="90" w:type="dxa"/>
              <w:bottom w:w="70" w:type="dxa"/>
              <w:right w:w="90" w:type="dxa"/>
            </w:tcMar>
            <w:vAlign w:val="center"/>
          </w:tcPr>
          <w:p w14:paraId="57708958" w14:textId="77777777" w:rsidR="005B3871" w:rsidRDefault="005B3871"/>
          <w:p w14:paraId="1351C811" w14:textId="77777777" w:rsidR="005B3871" w:rsidRDefault="00000000">
            <w:pPr>
              <w:spacing w:line="245" w:lineRule="auto"/>
            </w:pPr>
            <w:r>
              <w:rPr>
                <w:b/>
                <w:color w:val="000000"/>
                <w:sz w:val="16"/>
              </w:rPr>
              <w:t xml:space="preserve">UČNA TEMA: </w:t>
            </w:r>
            <w:r>
              <w:rPr>
                <w:color w:val="000000"/>
                <w:sz w:val="16"/>
              </w:rPr>
              <w:t>MERJENJE MASE IN PROSTORNINE</w:t>
            </w:r>
          </w:p>
        </w:tc>
      </w:tr>
      <w:tr w:rsidR="005B3871" w14:paraId="2527B7A3" w14:textId="77777777">
        <w:trPr>
          <w:cantSplit/>
          <w:jc w:val="center"/>
        </w:trPr>
        <w:tc>
          <w:tcPr>
            <w:tcW w:w="14060" w:type="dxa"/>
            <w:gridSpan w:val="6"/>
            <w:tcMar>
              <w:top w:w="70" w:type="dxa"/>
              <w:left w:w="90" w:type="dxa"/>
              <w:bottom w:w="70" w:type="dxa"/>
              <w:right w:w="90" w:type="dxa"/>
            </w:tcMar>
            <w:vAlign w:val="center"/>
          </w:tcPr>
          <w:p w14:paraId="796E863D" w14:textId="77777777" w:rsidR="005B3871" w:rsidRDefault="005B3871"/>
          <w:p w14:paraId="2020CB65" w14:textId="77777777" w:rsidR="005B3871" w:rsidRDefault="00000000">
            <w:pPr>
              <w:spacing w:line="245" w:lineRule="auto"/>
            </w:pPr>
            <w:r>
              <w:rPr>
                <w:b/>
                <w:color w:val="000000"/>
                <w:sz w:val="16"/>
              </w:rPr>
              <w:t xml:space="preserve">KNJIŽEVNO IZHODIŠČE IN MOTIV: </w:t>
            </w:r>
            <w:r>
              <w:rPr>
                <w:color w:val="000000"/>
                <w:sz w:val="16"/>
              </w:rPr>
              <w:t>»Žabji kralj« – brata Grimm • obljuba, pomoč, občutki in sprememba</w:t>
            </w:r>
          </w:p>
        </w:tc>
      </w:tr>
      <w:tr w:rsidR="005B3871" w14:paraId="600DDAC9" w14:textId="77777777">
        <w:trPr>
          <w:cantSplit/>
          <w:jc w:val="center"/>
        </w:trPr>
        <w:tc>
          <w:tcPr>
            <w:tcW w:w="14060" w:type="dxa"/>
            <w:gridSpan w:val="6"/>
            <w:tcMar>
              <w:top w:w="70" w:type="dxa"/>
              <w:left w:w="90" w:type="dxa"/>
              <w:bottom w:w="70" w:type="dxa"/>
              <w:right w:w="90" w:type="dxa"/>
            </w:tcMar>
            <w:vAlign w:val="center"/>
          </w:tcPr>
          <w:p w14:paraId="7FBCA8CD" w14:textId="77777777" w:rsidR="005B3871" w:rsidRDefault="005B3871"/>
          <w:p w14:paraId="03A4B058" w14:textId="77777777" w:rsidR="005B3871" w:rsidRDefault="00000000">
            <w:pPr>
              <w:spacing w:line="245" w:lineRule="auto"/>
            </w:pPr>
            <w:r>
              <w:rPr>
                <w:b/>
                <w:color w:val="000000"/>
                <w:sz w:val="16"/>
              </w:rPr>
              <w:t xml:space="preserve">UČNE ENOTE: </w:t>
            </w:r>
            <w:r>
              <w:rPr>
                <w:color w:val="000000"/>
                <w:sz w:val="16"/>
              </w:rPr>
              <w:t>1. ura – Težje ali lažje • 2. ura – Živa tehtnica • 3. ura – Merimo prostornino • 4. ura – Tabela ugotovitev</w:t>
            </w:r>
          </w:p>
        </w:tc>
      </w:tr>
      <w:tr w:rsidR="005B3871" w14:paraId="65D020B2" w14:textId="77777777">
        <w:trPr>
          <w:cantSplit/>
          <w:jc w:val="center"/>
        </w:trPr>
        <w:tc>
          <w:tcPr>
            <w:tcW w:w="14060" w:type="dxa"/>
            <w:gridSpan w:val="6"/>
            <w:tcMar>
              <w:top w:w="70" w:type="dxa"/>
              <w:left w:w="90" w:type="dxa"/>
              <w:bottom w:w="70" w:type="dxa"/>
              <w:right w:w="90" w:type="dxa"/>
            </w:tcMar>
            <w:vAlign w:val="center"/>
          </w:tcPr>
          <w:p w14:paraId="0E8F416A" w14:textId="77777777" w:rsidR="005B3871" w:rsidRDefault="005B3871"/>
          <w:p w14:paraId="28CD44AB"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1924DD85" w14:textId="77777777">
        <w:trPr>
          <w:cantSplit/>
          <w:jc w:val="center"/>
        </w:trPr>
        <w:tc>
          <w:tcPr>
            <w:tcW w:w="14060" w:type="dxa"/>
            <w:gridSpan w:val="6"/>
            <w:tcMar>
              <w:top w:w="70" w:type="dxa"/>
              <w:left w:w="90" w:type="dxa"/>
              <w:bottom w:w="70" w:type="dxa"/>
              <w:right w:w="90" w:type="dxa"/>
            </w:tcMar>
            <w:vAlign w:val="center"/>
          </w:tcPr>
          <w:p w14:paraId="7C833EED" w14:textId="77777777" w:rsidR="005B3871" w:rsidRDefault="005B3871"/>
          <w:p w14:paraId="52120A60"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11F489EF" w14:textId="77777777">
        <w:trPr>
          <w:cantSplit/>
          <w:jc w:val="center"/>
        </w:trPr>
        <w:tc>
          <w:tcPr>
            <w:tcW w:w="14060" w:type="dxa"/>
            <w:gridSpan w:val="6"/>
            <w:tcMar>
              <w:top w:w="70" w:type="dxa"/>
              <w:left w:w="90" w:type="dxa"/>
              <w:bottom w:w="70" w:type="dxa"/>
              <w:right w:w="90" w:type="dxa"/>
            </w:tcMar>
            <w:vAlign w:val="center"/>
          </w:tcPr>
          <w:p w14:paraId="3652E639" w14:textId="77777777" w:rsidR="005B3871" w:rsidRDefault="005B3871"/>
          <w:p w14:paraId="2556E74F"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6D2875CB" w14:textId="77777777">
        <w:trPr>
          <w:cantSplit/>
          <w:jc w:val="center"/>
        </w:trPr>
        <w:tc>
          <w:tcPr>
            <w:tcW w:w="14060" w:type="dxa"/>
            <w:gridSpan w:val="6"/>
            <w:tcMar>
              <w:top w:w="70" w:type="dxa"/>
              <w:left w:w="90" w:type="dxa"/>
              <w:bottom w:w="70" w:type="dxa"/>
              <w:right w:w="90" w:type="dxa"/>
            </w:tcMar>
            <w:vAlign w:val="center"/>
          </w:tcPr>
          <w:p w14:paraId="6D5C4D32" w14:textId="77777777" w:rsidR="005B3871" w:rsidRDefault="005B3871"/>
          <w:p w14:paraId="090A59EC" w14:textId="77777777" w:rsidR="005B3871" w:rsidRDefault="00000000">
            <w:pPr>
              <w:spacing w:line="245" w:lineRule="auto"/>
            </w:pPr>
            <w:r>
              <w:rPr>
                <w:b/>
                <w:color w:val="000000"/>
                <w:sz w:val="16"/>
              </w:rPr>
              <w:t xml:space="preserve">MEDPREDMETNE POVEZAVE: </w:t>
            </w:r>
            <w:r>
              <w:rPr>
                <w:color w:val="000000"/>
                <w:sz w:val="16"/>
              </w:rPr>
              <w:t>SLJ – napoved in ugotovitev; SPO – lastnosti snovi; ŠPO – živa tehtnica; LUM – slikovni zapis</w:t>
            </w:r>
          </w:p>
        </w:tc>
      </w:tr>
      <w:tr w:rsidR="005B3871" w14:paraId="7C5A5491" w14:textId="77777777">
        <w:trPr>
          <w:cantSplit/>
          <w:jc w:val="center"/>
        </w:trPr>
        <w:tc>
          <w:tcPr>
            <w:tcW w:w="14060" w:type="dxa"/>
            <w:gridSpan w:val="6"/>
            <w:tcMar>
              <w:top w:w="70" w:type="dxa"/>
              <w:left w:w="90" w:type="dxa"/>
              <w:bottom w:w="70" w:type="dxa"/>
              <w:right w:w="90" w:type="dxa"/>
            </w:tcMar>
            <w:vAlign w:val="center"/>
          </w:tcPr>
          <w:p w14:paraId="443BDC64" w14:textId="77777777" w:rsidR="005B3871" w:rsidRDefault="005B3871"/>
          <w:p w14:paraId="4782B4AE" w14:textId="77777777" w:rsidR="005B3871" w:rsidRDefault="00000000">
            <w:pPr>
              <w:spacing w:line="245" w:lineRule="auto"/>
            </w:pPr>
            <w:r>
              <w:rPr>
                <w:b/>
                <w:color w:val="000000"/>
                <w:sz w:val="16"/>
              </w:rPr>
              <w:t xml:space="preserve">UČNA SREDSTVA IN PRIPOMOČKI: </w:t>
            </w:r>
            <w:r>
              <w:rPr>
                <w:color w:val="000000"/>
                <w:sz w:val="16"/>
              </w:rPr>
              <w:t>ravnotežne tehtnice, varni predmeti, posode, enake merice, suh sipki material ali voda na pladnju, slikovna tabela, brisače</w:t>
            </w:r>
          </w:p>
        </w:tc>
      </w:tr>
      <w:tr w:rsidR="005B3871" w14:paraId="57FF9241" w14:textId="77777777">
        <w:trPr>
          <w:cantSplit/>
          <w:jc w:val="center"/>
        </w:trPr>
        <w:tc>
          <w:tcPr>
            <w:tcW w:w="14060" w:type="dxa"/>
            <w:gridSpan w:val="6"/>
            <w:tcMar>
              <w:top w:w="70" w:type="dxa"/>
              <w:left w:w="90" w:type="dxa"/>
              <w:bottom w:w="70" w:type="dxa"/>
              <w:right w:w="90" w:type="dxa"/>
            </w:tcMar>
            <w:vAlign w:val="center"/>
          </w:tcPr>
          <w:p w14:paraId="306B4B51" w14:textId="77777777" w:rsidR="005B3871" w:rsidRDefault="005B3871"/>
          <w:p w14:paraId="1F353A05"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49B0A125" w14:textId="77777777">
        <w:trPr>
          <w:cantSplit/>
          <w:jc w:val="center"/>
        </w:trPr>
        <w:tc>
          <w:tcPr>
            <w:tcW w:w="14060" w:type="dxa"/>
            <w:gridSpan w:val="6"/>
            <w:tcMar>
              <w:top w:w="70" w:type="dxa"/>
              <w:left w:w="90" w:type="dxa"/>
              <w:bottom w:w="70" w:type="dxa"/>
              <w:right w:w="90" w:type="dxa"/>
            </w:tcMar>
            <w:vAlign w:val="center"/>
          </w:tcPr>
          <w:p w14:paraId="029AA98C" w14:textId="77777777" w:rsidR="005B3871" w:rsidRDefault="005B3871"/>
          <w:p w14:paraId="026722D9"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489CE321" w14:textId="77777777">
        <w:trPr>
          <w:cantSplit/>
          <w:jc w:val="center"/>
        </w:trPr>
        <w:tc>
          <w:tcPr>
            <w:tcW w:w="14060" w:type="dxa"/>
            <w:gridSpan w:val="6"/>
            <w:tcMar>
              <w:top w:w="70" w:type="dxa"/>
              <w:left w:w="90" w:type="dxa"/>
              <w:bottom w:w="70" w:type="dxa"/>
              <w:right w:w="90" w:type="dxa"/>
            </w:tcMar>
            <w:vAlign w:val="center"/>
          </w:tcPr>
          <w:p w14:paraId="1822EFC4" w14:textId="77777777" w:rsidR="005B3871" w:rsidRDefault="005B3871"/>
          <w:p w14:paraId="0F54F08C" w14:textId="77777777" w:rsidR="005B3871" w:rsidRDefault="00000000">
            <w:pPr>
              <w:spacing w:line="245" w:lineRule="auto"/>
            </w:pPr>
            <w:r>
              <w:rPr>
                <w:b/>
                <w:color w:val="000000"/>
                <w:sz w:val="16"/>
              </w:rPr>
              <w:t xml:space="preserve">VARNOST: </w:t>
            </w:r>
            <w:r>
              <w:rPr>
                <w:color w:val="000000"/>
                <w:sz w:val="16"/>
              </w:rPr>
              <w:t>Predmeti za tehtanje so varni; tekočine uporablja na pladnju, razlito tekočino takoj obriše in po mokrih tleh ne hodi.</w:t>
            </w:r>
          </w:p>
        </w:tc>
      </w:tr>
    </w:tbl>
    <w:p w14:paraId="45C252A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3D0448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AE91566"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AE6D041" w14:textId="77777777" w:rsidR="005B3871" w:rsidRDefault="00000000">
            <w:pPr>
              <w:jc w:val="center"/>
            </w:pPr>
            <w:r>
              <w:rPr>
                <w:b/>
                <w:color w:val="000000"/>
                <w:sz w:val="20"/>
              </w:rPr>
              <w:t>UČNE DEJAVNOSTI, METODE IN FORMATIVNO SPREMLJANJE</w:t>
            </w:r>
          </w:p>
        </w:tc>
      </w:tr>
      <w:tr w:rsidR="005B3871" w14:paraId="44B6EBC6" w14:textId="77777777">
        <w:trPr>
          <w:tblHeader/>
          <w:jc w:val="center"/>
        </w:trPr>
        <w:tc>
          <w:tcPr>
            <w:tcW w:w="4422" w:type="dxa"/>
            <w:vMerge/>
            <w:tcMar>
              <w:top w:w="70" w:type="dxa"/>
              <w:left w:w="90" w:type="dxa"/>
              <w:bottom w:w="70" w:type="dxa"/>
              <w:right w:w="90" w:type="dxa"/>
            </w:tcMar>
            <w:vAlign w:val="center"/>
          </w:tcPr>
          <w:p w14:paraId="57E1ACB5" w14:textId="77777777" w:rsidR="005B3871" w:rsidRDefault="005B3871"/>
        </w:tc>
        <w:tc>
          <w:tcPr>
            <w:tcW w:w="7087" w:type="dxa"/>
            <w:shd w:val="clear" w:color="auto" w:fill="FFFFFF"/>
            <w:tcMar>
              <w:top w:w="70" w:type="dxa"/>
              <w:left w:w="90" w:type="dxa"/>
              <w:bottom w:w="70" w:type="dxa"/>
              <w:right w:w="90" w:type="dxa"/>
            </w:tcMar>
            <w:vAlign w:val="center"/>
          </w:tcPr>
          <w:p w14:paraId="07AB886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A9C996E" w14:textId="77777777" w:rsidR="005B3871" w:rsidRDefault="00000000">
            <w:pPr>
              <w:jc w:val="center"/>
            </w:pPr>
            <w:r>
              <w:rPr>
                <w:b/>
                <w:color w:val="000000"/>
              </w:rPr>
              <w:t>UČENEC</w:t>
            </w:r>
          </w:p>
        </w:tc>
      </w:tr>
      <w:tr w:rsidR="005B3871" w14:paraId="56FF7233" w14:textId="77777777">
        <w:trPr>
          <w:jc w:val="center"/>
        </w:trPr>
        <w:tc>
          <w:tcPr>
            <w:tcW w:w="4422" w:type="dxa"/>
            <w:tcMar>
              <w:top w:w="70" w:type="dxa"/>
              <w:left w:w="90" w:type="dxa"/>
              <w:bottom w:w="70" w:type="dxa"/>
              <w:right w:w="90" w:type="dxa"/>
            </w:tcMar>
          </w:tcPr>
          <w:p w14:paraId="387FEA77" w14:textId="77777777" w:rsidR="005B3871" w:rsidRDefault="005B3871"/>
          <w:p w14:paraId="1E52A169" w14:textId="77777777" w:rsidR="005B3871" w:rsidRDefault="00000000">
            <w:pPr>
              <w:spacing w:after="60" w:line="245" w:lineRule="auto"/>
            </w:pPr>
            <w:r>
              <w:rPr>
                <w:b/>
                <w:color w:val="000000"/>
              </w:rPr>
              <w:t>UČNI CILJI</w:t>
            </w:r>
          </w:p>
          <w:p w14:paraId="63070C3D" w14:textId="77777777" w:rsidR="005B3871" w:rsidRDefault="00000000">
            <w:pPr>
              <w:spacing w:after="20" w:line="245" w:lineRule="auto"/>
            </w:pPr>
            <w:r>
              <w:rPr>
                <w:b/>
                <w:color w:val="000000"/>
                <w:sz w:val="17"/>
              </w:rPr>
              <w:t>SPLOŠNI</w:t>
            </w:r>
          </w:p>
          <w:p w14:paraId="206D6ADC" w14:textId="77777777" w:rsidR="005B3871" w:rsidRDefault="00000000">
            <w:pPr>
              <w:pStyle w:val="Oznaenseznam"/>
              <w:spacing w:after="16"/>
            </w:pPr>
            <w:r>
              <w:rPr>
                <w:color w:val="000000"/>
                <w:sz w:val="16"/>
              </w:rPr>
              <w:t>razvija številske, prostorske in količinske predstave s konkretnimi izkušnjami</w:t>
            </w:r>
          </w:p>
          <w:p w14:paraId="20A94693" w14:textId="77777777" w:rsidR="005B3871" w:rsidRDefault="00000000">
            <w:pPr>
              <w:pStyle w:val="Oznaenseznam"/>
              <w:spacing w:after="16"/>
            </w:pPr>
            <w:r>
              <w:rPr>
                <w:color w:val="000000"/>
                <w:sz w:val="16"/>
              </w:rPr>
              <w:t>rešuje matematične probleme s predmetom, gibanjem, risbo, modelom in simbolom</w:t>
            </w:r>
          </w:p>
          <w:p w14:paraId="19054847" w14:textId="77777777" w:rsidR="005B3871" w:rsidRDefault="00000000">
            <w:pPr>
              <w:pStyle w:val="Oznaenseznam"/>
              <w:spacing w:after="16"/>
            </w:pPr>
            <w:r>
              <w:rPr>
                <w:color w:val="000000"/>
                <w:sz w:val="16"/>
              </w:rPr>
              <w:t>pojasnjuje izbrano strategijo, preverja smiselnost rešitve in posluša rešitve drugih</w:t>
            </w:r>
          </w:p>
          <w:p w14:paraId="7AB27B38" w14:textId="77777777" w:rsidR="005B3871" w:rsidRDefault="00000000">
            <w:pPr>
              <w:pStyle w:val="Oznaenseznam"/>
              <w:spacing w:after="16"/>
            </w:pPr>
            <w:r>
              <w:rPr>
                <w:color w:val="000000"/>
                <w:sz w:val="16"/>
              </w:rPr>
              <w:t>ob namenih in kriterijih spremlja svoje učenje ter uporabi opisno povratno informacijo</w:t>
            </w:r>
          </w:p>
          <w:p w14:paraId="2C2E12B9" w14:textId="77777777" w:rsidR="005B3871" w:rsidRDefault="00000000">
            <w:pPr>
              <w:spacing w:before="40" w:after="20" w:line="245" w:lineRule="auto"/>
            </w:pPr>
            <w:r>
              <w:rPr>
                <w:b/>
                <w:color w:val="000000"/>
                <w:sz w:val="17"/>
              </w:rPr>
              <w:t>OPERATIVNI</w:t>
            </w:r>
          </w:p>
          <w:p w14:paraId="7E9114F3" w14:textId="77777777" w:rsidR="005B3871" w:rsidRDefault="00000000">
            <w:pPr>
              <w:pStyle w:val="Oznaenseznam"/>
              <w:spacing w:after="16"/>
            </w:pPr>
            <w:r>
              <w:rPr>
                <w:color w:val="000000"/>
                <w:sz w:val="16"/>
              </w:rPr>
              <w:t>primerja in uredi</w:t>
            </w:r>
          </w:p>
          <w:p w14:paraId="1EDDB500" w14:textId="77777777" w:rsidR="005B3871" w:rsidRDefault="00000000">
            <w:pPr>
              <w:pStyle w:val="Oznaenseznam"/>
              <w:spacing w:after="16"/>
            </w:pPr>
            <w:r>
              <w:rPr>
                <w:color w:val="000000"/>
                <w:sz w:val="16"/>
              </w:rPr>
              <w:t>meri z nestandardnimi enotami</w:t>
            </w:r>
          </w:p>
          <w:p w14:paraId="3A758B41" w14:textId="77777777" w:rsidR="005B3871" w:rsidRDefault="00000000">
            <w:pPr>
              <w:pStyle w:val="Oznaenseznam"/>
              <w:spacing w:after="16"/>
            </w:pPr>
            <w:r>
              <w:rPr>
                <w:color w:val="000000"/>
                <w:sz w:val="16"/>
              </w:rPr>
              <w:t>zapiše ugotovitev v prikaz</w:t>
            </w:r>
          </w:p>
          <w:p w14:paraId="4A6C16AD" w14:textId="77777777" w:rsidR="005B3871" w:rsidRDefault="00000000">
            <w:pPr>
              <w:spacing w:before="40" w:after="20" w:line="245" w:lineRule="auto"/>
            </w:pPr>
            <w:r>
              <w:rPr>
                <w:b/>
                <w:color w:val="000000"/>
                <w:sz w:val="17"/>
              </w:rPr>
              <w:t>PRIČAKOVANI DOSEŽKI / STANDARDI</w:t>
            </w:r>
          </w:p>
          <w:p w14:paraId="2FAED16D" w14:textId="77777777" w:rsidR="005B3871" w:rsidRDefault="00000000">
            <w:pPr>
              <w:pStyle w:val="Oznaenseznam"/>
              <w:spacing w:after="16"/>
            </w:pPr>
            <w:r>
              <w:rPr>
                <w:color w:val="000000"/>
                <w:sz w:val="16"/>
              </w:rPr>
              <w:t>ob konkretni, slikovni ali gibalni opori primerja in uredi</w:t>
            </w:r>
          </w:p>
          <w:p w14:paraId="60A50F9F" w14:textId="77777777" w:rsidR="005B3871" w:rsidRDefault="00000000">
            <w:pPr>
              <w:pStyle w:val="Oznaenseznam"/>
              <w:spacing w:after="16"/>
            </w:pPr>
            <w:r>
              <w:rPr>
                <w:color w:val="000000"/>
                <w:sz w:val="16"/>
              </w:rPr>
              <w:t>ob konkretni, slikovni ali gibalni opori meri z nestandardnimi enotami</w:t>
            </w:r>
          </w:p>
          <w:p w14:paraId="37553C7A" w14:textId="77777777" w:rsidR="005B3871" w:rsidRDefault="00000000">
            <w:pPr>
              <w:pStyle w:val="Oznaenseznam"/>
              <w:spacing w:after="16"/>
            </w:pPr>
            <w:r>
              <w:rPr>
                <w:color w:val="000000"/>
                <w:sz w:val="16"/>
              </w:rPr>
              <w:t>ob konkretni, slikovni ali gibalni opori zapiše ugotovitev v prikaz</w:t>
            </w:r>
          </w:p>
        </w:tc>
        <w:tc>
          <w:tcPr>
            <w:tcW w:w="7087" w:type="dxa"/>
            <w:tcMar>
              <w:top w:w="70" w:type="dxa"/>
              <w:left w:w="90" w:type="dxa"/>
              <w:bottom w:w="70" w:type="dxa"/>
              <w:right w:w="90" w:type="dxa"/>
            </w:tcMar>
          </w:tcPr>
          <w:p w14:paraId="5BFDD582"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E21BA09" w14:textId="77777777">
              <w:trPr>
                <w:jc w:val="center"/>
              </w:trPr>
              <w:tc>
                <w:tcPr>
                  <w:tcW w:w="7087" w:type="dxa"/>
                  <w:shd w:val="clear" w:color="auto" w:fill="C6E7F3"/>
                  <w:tcMar>
                    <w:top w:w="45" w:type="dxa"/>
                    <w:left w:w="70" w:type="dxa"/>
                    <w:bottom w:w="45" w:type="dxa"/>
                    <w:right w:w="70" w:type="dxa"/>
                  </w:tcMar>
                </w:tcPr>
                <w:p w14:paraId="33F4B71E" w14:textId="77777777" w:rsidR="005B3871" w:rsidRDefault="00000000">
                  <w:pPr>
                    <w:keepNext/>
                  </w:pPr>
                  <w:r>
                    <w:rPr>
                      <w:b/>
                      <w:color w:val="000000"/>
                    </w:rPr>
                    <w:t>UVODNI DEL – motivacija, aktivacija predznanja in namen učenja (15–20 min)</w:t>
                  </w:r>
                </w:p>
              </w:tc>
            </w:tr>
          </w:tbl>
          <w:p w14:paraId="7EEAD7B0" w14:textId="77777777" w:rsidR="005B3871" w:rsidRDefault="005B3871">
            <w:pPr>
              <w:spacing w:line="20" w:lineRule="exact"/>
            </w:pPr>
          </w:p>
          <w:p w14:paraId="126174C6" w14:textId="77777777" w:rsidR="005B3871" w:rsidRDefault="00000000">
            <w:pPr>
              <w:spacing w:before="40" w:after="60" w:line="245" w:lineRule="auto"/>
            </w:pPr>
            <w:r>
              <w:rPr>
                <w:color w:val="000000"/>
                <w:sz w:val="16"/>
              </w:rPr>
              <w:t>Ob Žabjem kralju učenci pri vodnjaku primerjajo, kaj je težje ali lažje in katera posoda drži več ali manj. Napovedi preverijo z ravnotežno tehtnico ter enakimi mericami.</w:t>
            </w:r>
          </w:p>
          <w:tbl>
            <w:tblPr>
              <w:tblStyle w:val="Tabelamrea"/>
              <w:tblW w:w="0" w:type="auto"/>
              <w:jc w:val="center"/>
              <w:tblLayout w:type="fixed"/>
              <w:tblLook w:val="04A0" w:firstRow="1" w:lastRow="0" w:firstColumn="1" w:lastColumn="0" w:noHBand="0" w:noVBand="1"/>
            </w:tblPr>
            <w:tblGrid>
              <w:gridCol w:w="7087"/>
            </w:tblGrid>
            <w:tr w:rsidR="005B3871" w14:paraId="32C8672D" w14:textId="77777777">
              <w:trPr>
                <w:jc w:val="center"/>
              </w:trPr>
              <w:tc>
                <w:tcPr>
                  <w:tcW w:w="7087" w:type="dxa"/>
                  <w:shd w:val="clear" w:color="auto" w:fill="EDC9EA"/>
                  <w:tcMar>
                    <w:top w:w="45" w:type="dxa"/>
                    <w:left w:w="70" w:type="dxa"/>
                    <w:bottom w:w="45" w:type="dxa"/>
                    <w:right w:w="70" w:type="dxa"/>
                  </w:tcMar>
                </w:tcPr>
                <w:p w14:paraId="3FC990E5" w14:textId="77777777" w:rsidR="005B3871" w:rsidRDefault="00000000">
                  <w:pPr>
                    <w:keepNext/>
                  </w:pPr>
                  <w:r>
                    <w:rPr>
                      <w:b/>
                      <w:color w:val="000000"/>
                    </w:rPr>
                    <w:t>NAMENI UČENJA</w:t>
                  </w:r>
                </w:p>
              </w:tc>
            </w:tr>
          </w:tbl>
          <w:p w14:paraId="4D2AF5D9" w14:textId="77777777" w:rsidR="005B3871" w:rsidRDefault="005B3871">
            <w:pPr>
              <w:spacing w:line="20" w:lineRule="exact"/>
            </w:pPr>
          </w:p>
          <w:p w14:paraId="04267122"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51CEDD06" w14:textId="77777777" w:rsidR="005B3871" w:rsidRDefault="00000000">
            <w:pPr>
              <w:pStyle w:val="Oznaenseznam"/>
              <w:spacing w:after="16"/>
            </w:pPr>
            <w:r>
              <w:rPr>
                <w:color w:val="000000"/>
                <w:sz w:val="16"/>
              </w:rPr>
              <w:t>primerjam in uredim</w:t>
            </w:r>
          </w:p>
          <w:p w14:paraId="08020773" w14:textId="77777777" w:rsidR="005B3871" w:rsidRDefault="00000000">
            <w:pPr>
              <w:pStyle w:val="Oznaenseznam"/>
              <w:spacing w:after="16"/>
            </w:pPr>
            <w:r>
              <w:rPr>
                <w:color w:val="000000"/>
                <w:sz w:val="16"/>
              </w:rPr>
              <w:t>merim z nestandardnimi enotami</w:t>
            </w:r>
          </w:p>
          <w:p w14:paraId="50E47934" w14:textId="77777777" w:rsidR="005B3871" w:rsidRDefault="00000000">
            <w:pPr>
              <w:pStyle w:val="Oznaenseznam"/>
              <w:spacing w:after="16"/>
            </w:pPr>
            <w:r>
              <w:rPr>
                <w:color w:val="000000"/>
                <w:sz w:val="16"/>
              </w:rPr>
              <w:t>zapišem ugotovitev v prikaz</w:t>
            </w:r>
          </w:p>
          <w:tbl>
            <w:tblPr>
              <w:tblStyle w:val="Tabelamrea"/>
              <w:tblW w:w="0" w:type="auto"/>
              <w:jc w:val="center"/>
              <w:tblLayout w:type="fixed"/>
              <w:tblLook w:val="04A0" w:firstRow="1" w:lastRow="0" w:firstColumn="1" w:lastColumn="0" w:noHBand="0" w:noVBand="1"/>
            </w:tblPr>
            <w:tblGrid>
              <w:gridCol w:w="7087"/>
            </w:tblGrid>
            <w:tr w:rsidR="005B3871" w14:paraId="7B1FBC70" w14:textId="77777777">
              <w:trPr>
                <w:jc w:val="center"/>
              </w:trPr>
              <w:tc>
                <w:tcPr>
                  <w:tcW w:w="7087" w:type="dxa"/>
                  <w:shd w:val="clear" w:color="auto" w:fill="EDC9EA"/>
                  <w:tcMar>
                    <w:top w:w="45" w:type="dxa"/>
                    <w:left w:w="70" w:type="dxa"/>
                    <w:bottom w:w="45" w:type="dxa"/>
                    <w:right w:w="70" w:type="dxa"/>
                  </w:tcMar>
                </w:tcPr>
                <w:p w14:paraId="680AA318" w14:textId="77777777" w:rsidR="005B3871" w:rsidRDefault="00000000">
                  <w:pPr>
                    <w:keepNext/>
                  </w:pPr>
                  <w:r>
                    <w:rPr>
                      <w:b/>
                      <w:color w:val="000000"/>
                    </w:rPr>
                    <w:t>PREVERJANJE PREDZNANJA</w:t>
                  </w:r>
                </w:p>
              </w:tc>
            </w:tr>
          </w:tbl>
          <w:p w14:paraId="0B8D0409" w14:textId="77777777" w:rsidR="005B3871" w:rsidRDefault="005B3871">
            <w:pPr>
              <w:spacing w:line="20" w:lineRule="exact"/>
            </w:pPr>
          </w:p>
          <w:p w14:paraId="3BE07DC0" w14:textId="77777777" w:rsidR="005B3871" w:rsidRDefault="00000000">
            <w:pPr>
              <w:pStyle w:val="Oznaenseznam"/>
              <w:spacing w:after="16"/>
            </w:pPr>
            <w:r>
              <w:rPr>
                <w:color w:val="000000"/>
                <w:sz w:val="16"/>
              </w:rPr>
              <w:t>Ali večji predmet vedno tehta več?</w:t>
            </w:r>
          </w:p>
          <w:p w14:paraId="2E44F63C" w14:textId="77777777" w:rsidR="005B3871" w:rsidRDefault="00000000">
            <w:pPr>
              <w:pStyle w:val="Oznaenseznam"/>
              <w:spacing w:after="16"/>
            </w:pPr>
            <w:r>
              <w:rPr>
                <w:color w:val="000000"/>
                <w:sz w:val="16"/>
              </w:rPr>
              <w:t>Kako izvedem meritev, da lahko rezultate pošteno primerjam?</w:t>
            </w:r>
          </w:p>
          <w:p w14:paraId="26A71A37"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2CA89CE0" w14:textId="77777777">
              <w:trPr>
                <w:jc w:val="center"/>
              </w:trPr>
              <w:tc>
                <w:tcPr>
                  <w:tcW w:w="7087" w:type="dxa"/>
                  <w:shd w:val="clear" w:color="auto" w:fill="EDC9EA"/>
                  <w:tcMar>
                    <w:top w:w="45" w:type="dxa"/>
                    <w:left w:w="70" w:type="dxa"/>
                    <w:bottom w:w="45" w:type="dxa"/>
                    <w:right w:w="70" w:type="dxa"/>
                  </w:tcMar>
                </w:tcPr>
                <w:p w14:paraId="73A56F38" w14:textId="77777777" w:rsidR="005B3871" w:rsidRDefault="00000000">
                  <w:pPr>
                    <w:keepNext/>
                  </w:pPr>
                  <w:r>
                    <w:rPr>
                      <w:b/>
                      <w:color w:val="000000"/>
                    </w:rPr>
                    <w:t>KRITERIJI USPEŠNOSTI</w:t>
                  </w:r>
                </w:p>
              </w:tc>
            </w:tr>
          </w:tbl>
          <w:p w14:paraId="5B96F5A5" w14:textId="77777777" w:rsidR="005B3871" w:rsidRDefault="005B3871"/>
          <w:p w14:paraId="495AA497" w14:textId="77777777" w:rsidR="005B3871" w:rsidRDefault="00000000">
            <w:pPr>
              <w:spacing w:before="20" w:after="20" w:line="245" w:lineRule="auto"/>
            </w:pPr>
            <w:r>
              <w:rPr>
                <w:b/>
                <w:color w:val="000000"/>
                <w:sz w:val="16"/>
              </w:rPr>
              <w:t>Uspešen/-na bom, ko:</w:t>
            </w:r>
          </w:p>
          <w:p w14:paraId="3569130B" w14:textId="77777777" w:rsidR="005B3871" w:rsidRDefault="00000000">
            <w:pPr>
              <w:pStyle w:val="Oznaenseznam"/>
              <w:spacing w:after="16"/>
            </w:pPr>
            <w:r>
              <w:rPr>
                <w:color w:val="000000"/>
                <w:sz w:val="16"/>
              </w:rPr>
              <w:t>primerjam in uredim</w:t>
            </w:r>
          </w:p>
          <w:p w14:paraId="1B0C4CD6" w14:textId="77777777" w:rsidR="005B3871" w:rsidRDefault="00000000">
            <w:pPr>
              <w:pStyle w:val="Oznaenseznam"/>
              <w:spacing w:after="16"/>
            </w:pPr>
            <w:r>
              <w:rPr>
                <w:color w:val="000000"/>
                <w:sz w:val="16"/>
              </w:rPr>
              <w:t>merim z nestandardnimi enotami</w:t>
            </w:r>
          </w:p>
          <w:p w14:paraId="41EC7E4A" w14:textId="77777777" w:rsidR="005B3871" w:rsidRDefault="00000000">
            <w:pPr>
              <w:pStyle w:val="Oznaenseznam"/>
              <w:spacing w:after="16"/>
            </w:pPr>
            <w:r>
              <w:rPr>
                <w:color w:val="000000"/>
                <w:sz w:val="16"/>
              </w:rPr>
              <w:t>zapišem ugotovitev v prikaz</w:t>
            </w:r>
          </w:p>
          <w:p w14:paraId="28B5C0D7"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5FB3B76B" w14:textId="77777777" w:rsidR="005B3871" w:rsidRDefault="005B3871"/>
          <w:p w14:paraId="0C90705F"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1C33A097" w14:textId="77777777" w:rsidR="005B3871" w:rsidRDefault="00000000">
            <w:pPr>
              <w:spacing w:after="80" w:line="245" w:lineRule="auto"/>
            </w:pPr>
            <w:r>
              <w:rPr>
                <w:color w:val="000000"/>
                <w:sz w:val="16"/>
              </w:rPr>
              <w:t>Pove, pokaže ali nariše, kako bi nalogo začel. Posluša tudi drugačne strategije.</w:t>
            </w:r>
          </w:p>
          <w:p w14:paraId="03A47D8D" w14:textId="77777777" w:rsidR="005B3871" w:rsidRDefault="00000000">
            <w:pPr>
              <w:spacing w:after="100" w:line="245" w:lineRule="auto"/>
            </w:pPr>
            <w:r>
              <w:rPr>
                <w:color w:val="000000"/>
                <w:sz w:val="16"/>
              </w:rPr>
              <w:t>Sodeluje pri razumevanju namenov in kriterijev uspešnosti.</w:t>
            </w:r>
          </w:p>
          <w:p w14:paraId="587142A4" w14:textId="77777777" w:rsidR="005B3871" w:rsidRDefault="00000000">
            <w:pPr>
              <w:spacing w:after="20" w:line="245" w:lineRule="auto"/>
            </w:pPr>
            <w:r>
              <w:rPr>
                <w:b/>
                <w:color w:val="D95BC6"/>
                <w:sz w:val="17"/>
              </w:rPr>
              <w:t>DOKAZ O UČENJU</w:t>
            </w:r>
          </w:p>
          <w:p w14:paraId="0C16852B" w14:textId="77777777" w:rsidR="005B3871" w:rsidRDefault="00000000">
            <w:pPr>
              <w:spacing w:after="30" w:line="245" w:lineRule="auto"/>
            </w:pPr>
            <w:r>
              <w:rPr>
                <w:color w:val="D95BC6"/>
                <w:sz w:val="16"/>
              </w:rPr>
              <w:t>začetna strategija, razvrstitev, model, risba, gib ali ustni odgovor</w:t>
            </w:r>
          </w:p>
        </w:tc>
      </w:tr>
    </w:tbl>
    <w:p w14:paraId="20CCF57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E5C08E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1F2392F"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488C78B" w14:textId="77777777" w:rsidR="005B3871" w:rsidRDefault="00000000">
            <w:pPr>
              <w:jc w:val="center"/>
            </w:pPr>
            <w:r>
              <w:rPr>
                <w:b/>
                <w:color w:val="000000"/>
                <w:sz w:val="20"/>
              </w:rPr>
              <w:t>UČNE DEJAVNOSTI, METODE IN FORMATIVNO SPREMLJANJE</w:t>
            </w:r>
          </w:p>
        </w:tc>
      </w:tr>
      <w:tr w:rsidR="005B3871" w14:paraId="567D849B" w14:textId="77777777">
        <w:trPr>
          <w:tblHeader/>
          <w:jc w:val="center"/>
        </w:trPr>
        <w:tc>
          <w:tcPr>
            <w:tcW w:w="4422" w:type="dxa"/>
            <w:vMerge/>
            <w:tcMar>
              <w:top w:w="70" w:type="dxa"/>
              <w:left w:w="90" w:type="dxa"/>
              <w:bottom w:w="70" w:type="dxa"/>
              <w:right w:w="90" w:type="dxa"/>
            </w:tcMar>
            <w:vAlign w:val="center"/>
          </w:tcPr>
          <w:p w14:paraId="6BCF0F16" w14:textId="77777777" w:rsidR="005B3871" w:rsidRDefault="005B3871"/>
        </w:tc>
        <w:tc>
          <w:tcPr>
            <w:tcW w:w="7087" w:type="dxa"/>
            <w:shd w:val="clear" w:color="auto" w:fill="FFFFFF"/>
            <w:tcMar>
              <w:top w:w="70" w:type="dxa"/>
              <w:left w:w="90" w:type="dxa"/>
              <w:bottom w:w="70" w:type="dxa"/>
              <w:right w:w="90" w:type="dxa"/>
            </w:tcMar>
            <w:vAlign w:val="center"/>
          </w:tcPr>
          <w:p w14:paraId="0182B88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EEDDE80" w14:textId="77777777" w:rsidR="005B3871" w:rsidRDefault="00000000">
            <w:pPr>
              <w:jc w:val="center"/>
            </w:pPr>
            <w:r>
              <w:rPr>
                <w:b/>
                <w:color w:val="000000"/>
              </w:rPr>
              <w:t>UČENEC</w:t>
            </w:r>
          </w:p>
        </w:tc>
      </w:tr>
      <w:tr w:rsidR="005B3871" w14:paraId="36AC339D" w14:textId="77777777">
        <w:trPr>
          <w:jc w:val="center"/>
        </w:trPr>
        <w:tc>
          <w:tcPr>
            <w:tcW w:w="4422" w:type="dxa"/>
            <w:tcMar>
              <w:top w:w="70" w:type="dxa"/>
              <w:left w:w="90" w:type="dxa"/>
              <w:bottom w:w="70" w:type="dxa"/>
              <w:right w:w="90" w:type="dxa"/>
            </w:tcMar>
          </w:tcPr>
          <w:p w14:paraId="285504D1" w14:textId="77777777" w:rsidR="005B3871" w:rsidRDefault="005B3871"/>
          <w:p w14:paraId="60A68144" w14:textId="77777777" w:rsidR="005B3871" w:rsidRDefault="00000000">
            <w:pPr>
              <w:spacing w:after="40" w:line="245" w:lineRule="auto"/>
            </w:pPr>
            <w:r>
              <w:rPr>
                <w:b/>
                <w:color w:val="000000"/>
              </w:rPr>
              <w:t>KLJUČNI POJMI</w:t>
            </w:r>
          </w:p>
          <w:p w14:paraId="6EBA0882" w14:textId="77777777" w:rsidR="005B3871" w:rsidRDefault="00000000">
            <w:pPr>
              <w:spacing w:after="60" w:line="245" w:lineRule="auto"/>
            </w:pPr>
            <w:r>
              <w:rPr>
                <w:color w:val="000000"/>
                <w:sz w:val="16"/>
              </w:rPr>
              <w:t>masa, težji, lažji, enako težek, ravnotežje, prostornina, merica, nestandardna enota, napoved, rezultat</w:t>
            </w:r>
          </w:p>
          <w:p w14:paraId="71E55843" w14:textId="77777777" w:rsidR="005B3871" w:rsidRDefault="00000000">
            <w:pPr>
              <w:spacing w:after="20" w:line="245" w:lineRule="auto"/>
            </w:pPr>
            <w:r>
              <w:rPr>
                <w:b/>
                <w:color w:val="000000"/>
                <w:sz w:val="17"/>
              </w:rPr>
              <w:t>DOKAZI O UČENJU</w:t>
            </w:r>
          </w:p>
          <w:p w14:paraId="0677F80E" w14:textId="77777777" w:rsidR="005B3871" w:rsidRDefault="00000000">
            <w:pPr>
              <w:pStyle w:val="Oznaenseznam"/>
              <w:spacing w:after="16"/>
            </w:pPr>
            <w:r>
              <w:rPr>
                <w:color w:val="000000"/>
                <w:sz w:val="16"/>
              </w:rPr>
              <w:t>primerjava mase z dokazom na tehtnici</w:t>
            </w:r>
          </w:p>
          <w:p w14:paraId="4373F259" w14:textId="77777777" w:rsidR="005B3871" w:rsidRDefault="00000000">
            <w:pPr>
              <w:pStyle w:val="Oznaenseznam"/>
              <w:spacing w:after="16"/>
            </w:pPr>
            <w:r>
              <w:rPr>
                <w:color w:val="000000"/>
                <w:sz w:val="16"/>
              </w:rPr>
              <w:t>gibalni prikaz primerjave mase</w:t>
            </w:r>
          </w:p>
          <w:p w14:paraId="52252230" w14:textId="77777777" w:rsidR="005B3871" w:rsidRDefault="00000000">
            <w:pPr>
              <w:pStyle w:val="Oznaenseznam"/>
              <w:spacing w:after="16"/>
            </w:pPr>
            <w:r>
              <w:rPr>
                <w:color w:val="000000"/>
                <w:sz w:val="16"/>
              </w:rPr>
              <w:t>meritev prostornine z navedeno enoto</w:t>
            </w:r>
          </w:p>
          <w:p w14:paraId="759D6DD1" w14:textId="77777777" w:rsidR="005B3871" w:rsidRDefault="00000000">
            <w:pPr>
              <w:pStyle w:val="Oznaenseznam"/>
              <w:spacing w:after="16"/>
            </w:pPr>
            <w:r>
              <w:rPr>
                <w:color w:val="000000"/>
                <w:sz w:val="16"/>
              </w:rPr>
              <w:t>pregleden zapis in razlaga meritve</w:t>
            </w:r>
          </w:p>
          <w:p w14:paraId="338AD7B9" w14:textId="77777777" w:rsidR="005B3871" w:rsidRDefault="00000000">
            <w:pPr>
              <w:spacing w:before="40" w:after="20" w:line="245" w:lineRule="auto"/>
            </w:pPr>
            <w:r>
              <w:rPr>
                <w:b/>
                <w:color w:val="000000"/>
                <w:sz w:val="17"/>
              </w:rPr>
              <w:t>MEDPREDMETNA POVEZAVA</w:t>
            </w:r>
          </w:p>
          <w:p w14:paraId="7082A427" w14:textId="77777777" w:rsidR="005B3871" w:rsidRDefault="00000000">
            <w:pPr>
              <w:spacing w:after="60" w:line="245" w:lineRule="auto"/>
            </w:pPr>
            <w:r>
              <w:rPr>
                <w:color w:val="000000"/>
                <w:sz w:val="16"/>
              </w:rPr>
              <w:t>SLJ – napoved in ugotovitev; SPO – lastnosti snovi; ŠPO – živa tehtnica; LUM – slikovni zapis</w:t>
            </w:r>
          </w:p>
          <w:p w14:paraId="5EE0651A" w14:textId="77777777" w:rsidR="005B3871" w:rsidRDefault="00000000">
            <w:pPr>
              <w:spacing w:after="20" w:line="245" w:lineRule="auto"/>
            </w:pPr>
            <w:r>
              <w:rPr>
                <w:b/>
                <w:color w:val="000000"/>
                <w:sz w:val="17"/>
              </w:rPr>
              <w:t>POUČEVANJE V GIBANJU</w:t>
            </w:r>
          </w:p>
          <w:p w14:paraId="619376E0"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714466CF" w14:textId="77777777" w:rsidR="005B3871" w:rsidRDefault="00000000">
            <w:pPr>
              <w:spacing w:after="20" w:line="245" w:lineRule="auto"/>
            </w:pPr>
            <w:r>
              <w:rPr>
                <w:b/>
                <w:color w:val="000000"/>
                <w:sz w:val="17"/>
              </w:rPr>
              <w:t>DELO PO POSTAJAH</w:t>
            </w:r>
          </w:p>
          <w:p w14:paraId="68290191" w14:textId="77777777" w:rsidR="005B3871" w:rsidRDefault="00000000">
            <w:pPr>
              <w:spacing w:after="60" w:line="245" w:lineRule="auto"/>
            </w:pPr>
            <w:r>
              <w:rPr>
                <w:color w:val="000000"/>
                <w:sz w:val="15"/>
              </w:rPr>
              <w:t>Načrtovana rotacija: konkretno-izkušenjska – Težje ali lažje; gibalna/sodelovalna – Živa tehtnica; slikovno-simbolna – Merimo prostornino; izziv, dokaz in povratna informacija – Tabela ugotovitev. Pri pisnem ocenjevanju se postaje izvedejo v pripravi, analizi in ponovnem učenju.</w:t>
            </w:r>
          </w:p>
          <w:p w14:paraId="082E06F3" w14:textId="77777777" w:rsidR="005B3871" w:rsidRDefault="00000000">
            <w:pPr>
              <w:spacing w:after="20" w:line="245" w:lineRule="auto"/>
            </w:pPr>
            <w:r>
              <w:rPr>
                <w:b/>
                <w:color w:val="000000"/>
                <w:sz w:val="17"/>
              </w:rPr>
              <w:t>DIFERENCIACIJA IN VKLJUČEVANJE</w:t>
            </w:r>
          </w:p>
          <w:p w14:paraId="68CD41A3"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255BEE3F" w14:textId="77777777" w:rsidR="005B3871" w:rsidRDefault="00000000">
            <w:pPr>
              <w:spacing w:after="20" w:line="245" w:lineRule="auto"/>
            </w:pPr>
            <w:r>
              <w:rPr>
                <w:b/>
                <w:color w:val="000000"/>
                <w:sz w:val="17"/>
              </w:rPr>
              <w:t>SPREMLJANJE</w:t>
            </w:r>
          </w:p>
          <w:p w14:paraId="52CFAD2B"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04333300"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74D8A4F" w14:textId="77777777">
              <w:trPr>
                <w:jc w:val="center"/>
              </w:trPr>
              <w:tc>
                <w:tcPr>
                  <w:tcW w:w="7087" w:type="dxa"/>
                  <w:shd w:val="clear" w:color="auto" w:fill="C6E7F3"/>
                  <w:tcMar>
                    <w:top w:w="45" w:type="dxa"/>
                    <w:left w:w="70" w:type="dxa"/>
                    <w:bottom w:w="45" w:type="dxa"/>
                    <w:right w:w="70" w:type="dxa"/>
                  </w:tcMar>
                </w:tcPr>
                <w:p w14:paraId="3B383B73" w14:textId="77777777" w:rsidR="005B3871" w:rsidRDefault="00000000">
                  <w:pPr>
                    <w:keepNext/>
                  </w:pPr>
                  <w:r>
                    <w:rPr>
                      <w:b/>
                      <w:color w:val="000000"/>
                    </w:rPr>
                    <w:t>GLAVNI DEL – IZKUŠENJSKO IN PROBLEMSKO UČENJE (4 šolske ure)</w:t>
                  </w:r>
                </w:p>
              </w:tc>
            </w:tr>
          </w:tbl>
          <w:p w14:paraId="74BFE93D" w14:textId="77777777" w:rsidR="005B3871" w:rsidRDefault="005B3871">
            <w:pPr>
              <w:spacing w:line="20" w:lineRule="exact"/>
            </w:pPr>
          </w:p>
          <w:p w14:paraId="0163C2C6" w14:textId="77777777" w:rsidR="005B3871" w:rsidRDefault="00000000">
            <w:pPr>
              <w:keepNext/>
              <w:spacing w:before="40" w:after="10" w:line="245" w:lineRule="auto"/>
            </w:pPr>
            <w:r>
              <w:rPr>
                <w:b/>
                <w:color w:val="000000"/>
                <w:sz w:val="17"/>
              </w:rPr>
              <w:t>1. URA – Težje ali lažje</w:t>
            </w:r>
          </w:p>
          <w:p w14:paraId="6B33D1E9" w14:textId="77777777" w:rsidR="005B3871" w:rsidRDefault="00000000">
            <w:pPr>
              <w:spacing w:after="14" w:line="245" w:lineRule="auto"/>
            </w:pPr>
            <w:r>
              <w:rPr>
                <w:b/>
                <w:color w:val="000000"/>
                <w:sz w:val="16"/>
              </w:rPr>
              <w:t xml:space="preserve">Dejavnost učiteljice: </w:t>
            </w:r>
            <w:r>
              <w:rPr>
                <w:color w:val="000000"/>
                <w:sz w:val="16"/>
              </w:rPr>
              <w:t>Ponudi pare predmetov in najprej zbere napovedi, nato pokaže ravnotežno tehtnico.</w:t>
            </w:r>
          </w:p>
          <w:p w14:paraId="3E08C963" w14:textId="77777777" w:rsidR="005B3871" w:rsidRDefault="00000000">
            <w:pPr>
              <w:spacing w:after="14" w:line="245" w:lineRule="auto"/>
            </w:pPr>
            <w:r>
              <w:rPr>
                <w:b/>
                <w:color w:val="000000"/>
                <w:sz w:val="16"/>
              </w:rPr>
              <w:t xml:space="preserve">Dejavnost učencev: </w:t>
            </w:r>
            <w:r>
              <w:rPr>
                <w:color w:val="000000"/>
                <w:sz w:val="16"/>
              </w:rPr>
              <w:t>Predmeta stehtajo, opazujejo lego tehtnice in par uredijo po masi.</w:t>
            </w:r>
          </w:p>
          <w:p w14:paraId="7222B600" w14:textId="77777777" w:rsidR="005B3871" w:rsidRDefault="00000000">
            <w:pPr>
              <w:spacing w:after="24" w:line="245" w:lineRule="auto"/>
            </w:pPr>
            <w:r>
              <w:rPr>
                <w:i/>
                <w:color w:val="D95BC6"/>
                <w:sz w:val="16"/>
              </w:rPr>
              <w:t>Predvideni dokaz: primerjava mase z dokazom na tehtnici.</w:t>
            </w:r>
          </w:p>
          <w:p w14:paraId="38AD1270" w14:textId="77777777" w:rsidR="005B3871" w:rsidRDefault="00000000">
            <w:pPr>
              <w:keepNext/>
              <w:spacing w:before="40" w:after="10" w:line="245" w:lineRule="auto"/>
            </w:pPr>
            <w:r>
              <w:rPr>
                <w:b/>
                <w:color w:val="000000"/>
                <w:sz w:val="17"/>
              </w:rPr>
              <w:t>2. URA – Živa tehtnica</w:t>
            </w:r>
          </w:p>
          <w:p w14:paraId="62A93704" w14:textId="77777777" w:rsidR="005B3871" w:rsidRDefault="00000000">
            <w:pPr>
              <w:spacing w:after="14" w:line="245" w:lineRule="auto"/>
            </w:pPr>
            <w:r>
              <w:rPr>
                <w:b/>
                <w:color w:val="000000"/>
                <w:sz w:val="16"/>
              </w:rPr>
              <w:t xml:space="preserve">Dejavnost učiteljice: </w:t>
            </w:r>
            <w:r>
              <w:rPr>
                <w:color w:val="000000"/>
                <w:sz w:val="16"/>
              </w:rPr>
              <w:t>Z rokami modelira ravnotežje ter varno vodi gibalno ponazoritev težje/lažje/enako.</w:t>
            </w:r>
          </w:p>
          <w:p w14:paraId="10B0769D" w14:textId="77777777" w:rsidR="005B3871" w:rsidRDefault="00000000">
            <w:pPr>
              <w:spacing w:after="14" w:line="245" w:lineRule="auto"/>
            </w:pPr>
            <w:r>
              <w:rPr>
                <w:b/>
                <w:color w:val="000000"/>
                <w:sz w:val="16"/>
              </w:rPr>
              <w:t xml:space="preserve">Dejavnost učencev: </w:t>
            </w:r>
            <w:r>
              <w:rPr>
                <w:color w:val="000000"/>
                <w:sz w:val="16"/>
              </w:rPr>
              <w:t>S telesom pokažejo rezultat primerjave in ga povedo z matematično povedjo.</w:t>
            </w:r>
          </w:p>
          <w:p w14:paraId="5CC31690" w14:textId="77777777" w:rsidR="005B3871" w:rsidRDefault="00000000">
            <w:pPr>
              <w:spacing w:after="24" w:line="245" w:lineRule="auto"/>
            </w:pPr>
            <w:r>
              <w:rPr>
                <w:i/>
                <w:color w:val="D95BC6"/>
                <w:sz w:val="16"/>
              </w:rPr>
              <w:t>Predvideni dokaz: gibalni prikaz primerjave mase.</w:t>
            </w:r>
          </w:p>
          <w:p w14:paraId="43456EA0" w14:textId="77777777" w:rsidR="005B3871" w:rsidRDefault="00000000">
            <w:pPr>
              <w:keepNext/>
              <w:spacing w:before="40" w:after="10" w:line="245" w:lineRule="auto"/>
            </w:pPr>
            <w:r>
              <w:rPr>
                <w:b/>
                <w:color w:val="000000"/>
                <w:sz w:val="17"/>
              </w:rPr>
              <w:t>3. URA – Merimo prostornino</w:t>
            </w:r>
          </w:p>
          <w:p w14:paraId="59B1C192" w14:textId="77777777" w:rsidR="005B3871" w:rsidRDefault="00000000">
            <w:pPr>
              <w:spacing w:after="14" w:line="245" w:lineRule="auto"/>
            </w:pPr>
            <w:r>
              <w:rPr>
                <w:b/>
                <w:color w:val="000000"/>
                <w:sz w:val="16"/>
              </w:rPr>
              <w:t xml:space="preserve">Dejavnost učiteljice: </w:t>
            </w:r>
            <w:r>
              <w:rPr>
                <w:color w:val="000000"/>
                <w:sz w:val="16"/>
              </w:rPr>
              <w:t>Modelira merjenje z enako merico in beleženje vsake napolnjene merice.</w:t>
            </w:r>
          </w:p>
          <w:p w14:paraId="135BE8E4" w14:textId="77777777" w:rsidR="005B3871" w:rsidRDefault="00000000">
            <w:pPr>
              <w:spacing w:after="14" w:line="245" w:lineRule="auto"/>
            </w:pPr>
            <w:r>
              <w:rPr>
                <w:b/>
                <w:color w:val="000000"/>
                <w:sz w:val="16"/>
              </w:rPr>
              <w:t xml:space="preserve">Dejavnost učencev: </w:t>
            </w:r>
            <w:r>
              <w:rPr>
                <w:color w:val="000000"/>
                <w:sz w:val="16"/>
              </w:rPr>
              <w:t>Izmerijo dve posodi, zapišejo število meric in rezultat primerjajo.</w:t>
            </w:r>
          </w:p>
          <w:p w14:paraId="4802270E" w14:textId="77777777" w:rsidR="005B3871" w:rsidRDefault="00000000">
            <w:pPr>
              <w:spacing w:after="24" w:line="245" w:lineRule="auto"/>
            </w:pPr>
            <w:r>
              <w:rPr>
                <w:i/>
                <w:color w:val="D95BC6"/>
                <w:sz w:val="16"/>
              </w:rPr>
              <w:t>Predvideni dokaz: meritev prostornine z navedeno enoto.</w:t>
            </w:r>
          </w:p>
          <w:p w14:paraId="15A10EB8" w14:textId="77777777" w:rsidR="005B3871" w:rsidRDefault="00000000">
            <w:pPr>
              <w:keepNext/>
              <w:spacing w:before="40" w:after="10" w:line="245" w:lineRule="auto"/>
            </w:pPr>
            <w:r>
              <w:rPr>
                <w:b/>
                <w:color w:val="000000"/>
                <w:sz w:val="17"/>
              </w:rPr>
              <w:t>4. URA – Tabela ugotovitev</w:t>
            </w:r>
          </w:p>
          <w:p w14:paraId="5EBE5905" w14:textId="77777777" w:rsidR="005B3871" w:rsidRDefault="00000000">
            <w:pPr>
              <w:spacing w:after="14" w:line="245" w:lineRule="auto"/>
            </w:pPr>
            <w:r>
              <w:rPr>
                <w:b/>
                <w:color w:val="000000"/>
                <w:sz w:val="16"/>
              </w:rPr>
              <w:t xml:space="preserve">Dejavnost učiteljice: </w:t>
            </w:r>
            <w:r>
              <w:rPr>
                <w:color w:val="000000"/>
                <w:sz w:val="16"/>
              </w:rPr>
              <w:t>Pripravi preprost zapis predmet/napoved/rezultat in vodi primerjavo napovedi z meritvijo.</w:t>
            </w:r>
          </w:p>
          <w:p w14:paraId="476A0D27" w14:textId="77777777" w:rsidR="005B3871" w:rsidRDefault="00000000">
            <w:pPr>
              <w:spacing w:after="14" w:line="245" w:lineRule="auto"/>
            </w:pPr>
            <w:r>
              <w:rPr>
                <w:b/>
                <w:color w:val="000000"/>
                <w:sz w:val="16"/>
              </w:rPr>
              <w:t xml:space="preserve">Dejavnost učencev: </w:t>
            </w:r>
            <w:r>
              <w:rPr>
                <w:color w:val="000000"/>
                <w:sz w:val="16"/>
              </w:rPr>
              <w:t>V tabelo narišejo ali zapišejo rezultat ter povedo, ali se je napoved potrdila.</w:t>
            </w:r>
          </w:p>
          <w:p w14:paraId="4A876011" w14:textId="77777777" w:rsidR="005B3871" w:rsidRDefault="00000000">
            <w:pPr>
              <w:spacing w:after="24" w:line="245" w:lineRule="auto"/>
            </w:pPr>
            <w:r>
              <w:rPr>
                <w:i/>
                <w:color w:val="D95BC6"/>
                <w:sz w:val="16"/>
              </w:rPr>
              <w:t>Predvideni dokaz: pregleden zapis in razlaga meritve.</w:t>
            </w:r>
          </w:p>
          <w:tbl>
            <w:tblPr>
              <w:tblStyle w:val="Tabelamrea"/>
              <w:tblW w:w="0" w:type="auto"/>
              <w:jc w:val="center"/>
              <w:tblLayout w:type="fixed"/>
              <w:tblLook w:val="04A0" w:firstRow="1" w:lastRow="0" w:firstColumn="1" w:lastColumn="0" w:noHBand="0" w:noVBand="1"/>
            </w:tblPr>
            <w:tblGrid>
              <w:gridCol w:w="7087"/>
            </w:tblGrid>
            <w:tr w:rsidR="005B3871" w14:paraId="507DA768" w14:textId="77777777">
              <w:trPr>
                <w:jc w:val="center"/>
              </w:trPr>
              <w:tc>
                <w:tcPr>
                  <w:tcW w:w="7087" w:type="dxa"/>
                  <w:shd w:val="clear" w:color="auto" w:fill="EDC9EA"/>
                  <w:tcMar>
                    <w:top w:w="45" w:type="dxa"/>
                    <w:left w:w="70" w:type="dxa"/>
                    <w:bottom w:w="45" w:type="dxa"/>
                    <w:right w:w="70" w:type="dxa"/>
                  </w:tcMar>
                </w:tcPr>
                <w:p w14:paraId="467D5048" w14:textId="77777777" w:rsidR="005B3871" w:rsidRDefault="00000000">
                  <w:pPr>
                    <w:keepNext/>
                  </w:pPr>
                  <w:r>
                    <w:rPr>
                      <w:b/>
                      <w:color w:val="000000"/>
                    </w:rPr>
                    <w:t>POVRATNA INFORMACIJA UČITELJICE MED DELOM</w:t>
                  </w:r>
                </w:p>
              </w:tc>
            </w:tr>
          </w:tbl>
          <w:p w14:paraId="7F8C2508" w14:textId="77777777" w:rsidR="005B3871" w:rsidRDefault="005B3871"/>
          <w:p w14:paraId="3E75A575"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42595597" w14:textId="77777777" w:rsidR="005B3871" w:rsidRDefault="005B3871"/>
          <w:p w14:paraId="783564C2" w14:textId="77777777" w:rsidR="005B3871" w:rsidRDefault="00000000">
            <w:pPr>
              <w:spacing w:after="10" w:line="245" w:lineRule="auto"/>
            </w:pPr>
            <w:r>
              <w:rPr>
                <w:b/>
                <w:color w:val="000000"/>
                <w:sz w:val="16"/>
              </w:rPr>
              <w:t>1. URA</w:t>
            </w:r>
          </w:p>
          <w:p w14:paraId="33675DB0" w14:textId="77777777" w:rsidR="005B3871" w:rsidRDefault="00000000">
            <w:pPr>
              <w:spacing w:after="30" w:line="245" w:lineRule="auto"/>
            </w:pPr>
            <w:r>
              <w:rPr>
                <w:color w:val="000000"/>
                <w:sz w:val="16"/>
              </w:rPr>
              <w:t>Predmeta stehtajo, opazujejo lego tehtnice in par uredijo po masi.</w:t>
            </w:r>
          </w:p>
          <w:p w14:paraId="1F82027B" w14:textId="77777777" w:rsidR="005B3871" w:rsidRDefault="00000000">
            <w:pPr>
              <w:spacing w:line="245" w:lineRule="auto"/>
            </w:pPr>
            <w:r>
              <w:rPr>
                <w:b/>
                <w:color w:val="D95BC6"/>
                <w:sz w:val="16"/>
              </w:rPr>
              <w:t>DOKAZ</w:t>
            </w:r>
          </w:p>
          <w:p w14:paraId="59A5DE7B" w14:textId="77777777" w:rsidR="005B3871" w:rsidRDefault="00000000">
            <w:pPr>
              <w:spacing w:after="40" w:line="245" w:lineRule="auto"/>
            </w:pPr>
            <w:r>
              <w:rPr>
                <w:color w:val="D95BC6"/>
                <w:sz w:val="15"/>
              </w:rPr>
              <w:t>primerjava mase z dokazom na tehtnici</w:t>
            </w:r>
          </w:p>
          <w:p w14:paraId="4B54FE8F" w14:textId="77777777" w:rsidR="005B3871" w:rsidRDefault="00000000">
            <w:pPr>
              <w:spacing w:after="10" w:line="245" w:lineRule="auto"/>
            </w:pPr>
            <w:r>
              <w:rPr>
                <w:b/>
                <w:color w:val="000000"/>
                <w:sz w:val="16"/>
              </w:rPr>
              <w:t>2. URA</w:t>
            </w:r>
          </w:p>
          <w:p w14:paraId="16B680AE" w14:textId="77777777" w:rsidR="005B3871" w:rsidRDefault="00000000">
            <w:pPr>
              <w:spacing w:after="30" w:line="245" w:lineRule="auto"/>
            </w:pPr>
            <w:r>
              <w:rPr>
                <w:color w:val="000000"/>
                <w:sz w:val="16"/>
              </w:rPr>
              <w:t>S telesom pokažejo rezultat primerjave in ga povedo z matematično povedjo.</w:t>
            </w:r>
          </w:p>
          <w:p w14:paraId="727346AF" w14:textId="77777777" w:rsidR="005B3871" w:rsidRDefault="00000000">
            <w:pPr>
              <w:spacing w:line="245" w:lineRule="auto"/>
            </w:pPr>
            <w:r>
              <w:rPr>
                <w:b/>
                <w:color w:val="D95BC6"/>
                <w:sz w:val="16"/>
              </w:rPr>
              <w:t>DOKAZ</w:t>
            </w:r>
          </w:p>
          <w:p w14:paraId="4B6B9F9C" w14:textId="77777777" w:rsidR="005B3871" w:rsidRDefault="00000000">
            <w:pPr>
              <w:spacing w:after="40" w:line="245" w:lineRule="auto"/>
            </w:pPr>
            <w:r>
              <w:rPr>
                <w:color w:val="D95BC6"/>
                <w:sz w:val="15"/>
              </w:rPr>
              <w:t>gibalni prikaz primerjave mase</w:t>
            </w:r>
          </w:p>
          <w:p w14:paraId="7AD6FD35" w14:textId="77777777" w:rsidR="005B3871" w:rsidRDefault="00000000">
            <w:pPr>
              <w:spacing w:after="10" w:line="245" w:lineRule="auto"/>
            </w:pPr>
            <w:r>
              <w:rPr>
                <w:b/>
                <w:color w:val="000000"/>
                <w:sz w:val="16"/>
              </w:rPr>
              <w:t>3. URA</w:t>
            </w:r>
          </w:p>
          <w:p w14:paraId="24BCDCC8" w14:textId="77777777" w:rsidR="005B3871" w:rsidRDefault="00000000">
            <w:pPr>
              <w:spacing w:after="30" w:line="245" w:lineRule="auto"/>
            </w:pPr>
            <w:r>
              <w:rPr>
                <w:color w:val="000000"/>
                <w:sz w:val="16"/>
              </w:rPr>
              <w:t>Izmerijo dve posodi, zapišejo število meric in rezultat primerjajo.</w:t>
            </w:r>
          </w:p>
          <w:p w14:paraId="7C6EA850" w14:textId="77777777" w:rsidR="005B3871" w:rsidRDefault="00000000">
            <w:pPr>
              <w:spacing w:line="245" w:lineRule="auto"/>
            </w:pPr>
            <w:r>
              <w:rPr>
                <w:b/>
                <w:color w:val="D95BC6"/>
                <w:sz w:val="16"/>
              </w:rPr>
              <w:t>DOKAZ</w:t>
            </w:r>
          </w:p>
          <w:p w14:paraId="3C3C0617" w14:textId="77777777" w:rsidR="005B3871" w:rsidRDefault="00000000">
            <w:pPr>
              <w:spacing w:after="40" w:line="245" w:lineRule="auto"/>
            </w:pPr>
            <w:r>
              <w:rPr>
                <w:color w:val="D95BC6"/>
                <w:sz w:val="15"/>
              </w:rPr>
              <w:t>meritev prostornine z navedeno enoto</w:t>
            </w:r>
          </w:p>
          <w:p w14:paraId="65C2721A" w14:textId="77777777" w:rsidR="005B3871" w:rsidRDefault="00000000">
            <w:pPr>
              <w:spacing w:after="10" w:line="245" w:lineRule="auto"/>
            </w:pPr>
            <w:r>
              <w:rPr>
                <w:b/>
                <w:color w:val="000000"/>
                <w:sz w:val="16"/>
              </w:rPr>
              <w:t>4. URA</w:t>
            </w:r>
          </w:p>
          <w:p w14:paraId="6FA02FCD" w14:textId="77777777" w:rsidR="005B3871" w:rsidRDefault="00000000">
            <w:pPr>
              <w:spacing w:after="30" w:line="245" w:lineRule="auto"/>
            </w:pPr>
            <w:r>
              <w:rPr>
                <w:color w:val="000000"/>
                <w:sz w:val="16"/>
              </w:rPr>
              <w:t>V tabelo narišejo ali zapišejo rezultat ter povedo, ali se je napoved potrdila.</w:t>
            </w:r>
          </w:p>
          <w:p w14:paraId="6F56BBF0" w14:textId="77777777" w:rsidR="005B3871" w:rsidRDefault="00000000">
            <w:pPr>
              <w:spacing w:line="245" w:lineRule="auto"/>
            </w:pPr>
            <w:r>
              <w:rPr>
                <w:b/>
                <w:color w:val="D95BC6"/>
                <w:sz w:val="16"/>
              </w:rPr>
              <w:t>DOKAZ</w:t>
            </w:r>
          </w:p>
          <w:p w14:paraId="6D74D8C0" w14:textId="77777777" w:rsidR="005B3871" w:rsidRDefault="00000000">
            <w:pPr>
              <w:spacing w:after="40" w:line="245" w:lineRule="auto"/>
            </w:pPr>
            <w:r>
              <w:rPr>
                <w:color w:val="D95BC6"/>
                <w:sz w:val="15"/>
              </w:rPr>
              <w:t>pregleden zapis in razlaga meritve</w:t>
            </w:r>
          </w:p>
        </w:tc>
      </w:tr>
    </w:tbl>
    <w:p w14:paraId="0744DD3D"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8F8464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7E82068"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F303F47" w14:textId="77777777" w:rsidR="005B3871" w:rsidRDefault="00000000">
            <w:pPr>
              <w:jc w:val="center"/>
            </w:pPr>
            <w:r>
              <w:rPr>
                <w:b/>
                <w:color w:val="000000"/>
                <w:sz w:val="20"/>
              </w:rPr>
              <w:t>UČNE DEJAVNOSTI, METODE IN FORMATIVNO SPREMLJANJE</w:t>
            </w:r>
          </w:p>
        </w:tc>
      </w:tr>
      <w:tr w:rsidR="005B3871" w14:paraId="6A143F11" w14:textId="77777777">
        <w:trPr>
          <w:tblHeader/>
          <w:jc w:val="center"/>
        </w:trPr>
        <w:tc>
          <w:tcPr>
            <w:tcW w:w="4422" w:type="dxa"/>
            <w:vMerge/>
            <w:tcMar>
              <w:top w:w="70" w:type="dxa"/>
              <w:left w:w="90" w:type="dxa"/>
              <w:bottom w:w="70" w:type="dxa"/>
              <w:right w:w="90" w:type="dxa"/>
            </w:tcMar>
            <w:vAlign w:val="center"/>
          </w:tcPr>
          <w:p w14:paraId="07AC260D" w14:textId="77777777" w:rsidR="005B3871" w:rsidRDefault="005B3871"/>
        </w:tc>
        <w:tc>
          <w:tcPr>
            <w:tcW w:w="7087" w:type="dxa"/>
            <w:shd w:val="clear" w:color="auto" w:fill="FFFFFF"/>
            <w:tcMar>
              <w:top w:w="70" w:type="dxa"/>
              <w:left w:w="90" w:type="dxa"/>
              <w:bottom w:w="70" w:type="dxa"/>
              <w:right w:w="90" w:type="dxa"/>
            </w:tcMar>
            <w:vAlign w:val="center"/>
          </w:tcPr>
          <w:p w14:paraId="723C6C8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31D6765" w14:textId="77777777" w:rsidR="005B3871" w:rsidRDefault="00000000">
            <w:pPr>
              <w:jc w:val="center"/>
            </w:pPr>
            <w:r>
              <w:rPr>
                <w:b/>
                <w:color w:val="000000"/>
              </w:rPr>
              <w:t>UČENEC</w:t>
            </w:r>
          </w:p>
        </w:tc>
      </w:tr>
      <w:tr w:rsidR="005B3871" w14:paraId="1311DFF6" w14:textId="77777777">
        <w:trPr>
          <w:jc w:val="center"/>
        </w:trPr>
        <w:tc>
          <w:tcPr>
            <w:tcW w:w="4422" w:type="dxa"/>
            <w:tcMar>
              <w:top w:w="70" w:type="dxa"/>
              <w:left w:w="90" w:type="dxa"/>
              <w:bottom w:w="70" w:type="dxa"/>
              <w:right w:w="90" w:type="dxa"/>
            </w:tcMar>
          </w:tcPr>
          <w:p w14:paraId="25C463EA" w14:textId="77777777" w:rsidR="005B3871" w:rsidRDefault="005B3871"/>
          <w:p w14:paraId="7A39E1B2" w14:textId="77777777" w:rsidR="005B3871" w:rsidRDefault="00000000">
            <w:pPr>
              <w:spacing w:after="40" w:line="245" w:lineRule="auto"/>
            </w:pPr>
            <w:r>
              <w:rPr>
                <w:b/>
                <w:color w:val="000000"/>
              </w:rPr>
              <w:t>FORMATIVNO SPREMLJANJE</w:t>
            </w:r>
          </w:p>
          <w:p w14:paraId="199453C4" w14:textId="77777777" w:rsidR="005B3871" w:rsidRDefault="00000000">
            <w:pPr>
              <w:pStyle w:val="Oznaenseznam"/>
              <w:spacing w:after="16"/>
            </w:pPr>
            <w:r>
              <w:rPr>
                <w:color w:val="000000"/>
                <w:sz w:val="16"/>
              </w:rPr>
              <w:t>predznanje: začetna strategija, ocena, razvrstitev, model ali risba</w:t>
            </w:r>
          </w:p>
          <w:p w14:paraId="6A5E4178" w14:textId="77777777" w:rsidR="005B3871" w:rsidRDefault="00000000">
            <w:pPr>
              <w:pStyle w:val="Oznaenseznam"/>
              <w:spacing w:after="16"/>
            </w:pPr>
            <w:r>
              <w:rPr>
                <w:color w:val="000000"/>
                <w:sz w:val="16"/>
              </w:rPr>
              <w:t>dokazi med učenjem: konkretni, gibalni, slikovni in simbolni prikaz ter razlaga postopka</w:t>
            </w:r>
          </w:p>
          <w:p w14:paraId="3D028C6F" w14:textId="77777777" w:rsidR="005B3871" w:rsidRDefault="00000000">
            <w:pPr>
              <w:pStyle w:val="Oznaenseznam"/>
              <w:spacing w:after="16"/>
            </w:pPr>
            <w:r>
              <w:rPr>
                <w:color w:val="000000"/>
                <w:sz w:val="16"/>
              </w:rPr>
              <w:t>povratna informacija: konkretna, vezana na kriterij in usmerjena v preverjanje ali naslednji korak</w:t>
            </w:r>
          </w:p>
          <w:p w14:paraId="25D2511F" w14:textId="77777777" w:rsidR="005B3871" w:rsidRDefault="00000000">
            <w:pPr>
              <w:pStyle w:val="Oznaenseznam"/>
              <w:spacing w:after="16"/>
            </w:pPr>
            <w:r>
              <w:rPr>
                <w:color w:val="000000"/>
                <w:sz w:val="16"/>
              </w:rPr>
              <w:t>samovrednotenje: semafor, lestvica samostojnosti, izbrani dokaz ali kratka poved</w:t>
            </w:r>
          </w:p>
          <w:p w14:paraId="107EE117" w14:textId="77777777" w:rsidR="005B3871" w:rsidRDefault="00000000">
            <w:pPr>
              <w:spacing w:before="40" w:after="20" w:line="245" w:lineRule="auto"/>
            </w:pPr>
            <w:r>
              <w:rPr>
                <w:b/>
                <w:color w:val="000000"/>
                <w:sz w:val="17"/>
              </w:rPr>
              <w:t>VARNOST IN ODGOVORNOST</w:t>
            </w:r>
          </w:p>
          <w:p w14:paraId="6E8DE620" w14:textId="77777777" w:rsidR="005B3871" w:rsidRDefault="00000000">
            <w:pPr>
              <w:spacing w:after="60" w:line="245" w:lineRule="auto"/>
            </w:pPr>
            <w:r>
              <w:rPr>
                <w:color w:val="000000"/>
                <w:sz w:val="16"/>
              </w:rPr>
              <w:t>Predmeti za tehtanje so varni; tekočine uporablja na pladnju, razlito tekočino takoj obriše in po mokrih tleh ne hodi.</w:t>
            </w:r>
          </w:p>
          <w:p w14:paraId="54C2515C" w14:textId="77777777" w:rsidR="005B3871" w:rsidRDefault="00000000">
            <w:pPr>
              <w:spacing w:after="20" w:line="245" w:lineRule="auto"/>
            </w:pPr>
            <w:r>
              <w:rPr>
                <w:b/>
                <w:color w:val="000000"/>
                <w:sz w:val="17"/>
              </w:rPr>
              <w:t>EVIDENCA PO IZVEDBI</w:t>
            </w:r>
          </w:p>
          <w:p w14:paraId="3DB81A74"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5ADB9A6C"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33D807D" w14:textId="77777777">
              <w:trPr>
                <w:jc w:val="center"/>
              </w:trPr>
              <w:tc>
                <w:tcPr>
                  <w:tcW w:w="7087" w:type="dxa"/>
                  <w:shd w:val="clear" w:color="auto" w:fill="EDC9EA"/>
                  <w:tcMar>
                    <w:top w:w="45" w:type="dxa"/>
                    <w:left w:w="70" w:type="dxa"/>
                    <w:bottom w:w="45" w:type="dxa"/>
                    <w:right w:w="70" w:type="dxa"/>
                  </w:tcMar>
                </w:tcPr>
                <w:p w14:paraId="35C0099C" w14:textId="77777777" w:rsidR="005B3871" w:rsidRDefault="00000000">
                  <w:pPr>
                    <w:keepNext/>
                  </w:pPr>
                  <w:r>
                    <w:rPr>
                      <w:b/>
                      <w:color w:val="000000"/>
                    </w:rPr>
                    <w:t>VPRAŠANJA V PODPORO MATEMATIČNEMU UČENJU</w:t>
                  </w:r>
                </w:p>
              </w:tc>
            </w:tr>
          </w:tbl>
          <w:p w14:paraId="0976F496" w14:textId="77777777" w:rsidR="005B3871" w:rsidRDefault="005B3871">
            <w:pPr>
              <w:spacing w:line="20" w:lineRule="exact"/>
            </w:pPr>
          </w:p>
          <w:p w14:paraId="3391C24F" w14:textId="77777777" w:rsidR="005B3871" w:rsidRDefault="00000000">
            <w:pPr>
              <w:pStyle w:val="Oznaenseznam"/>
              <w:spacing w:after="16"/>
            </w:pPr>
            <w:r>
              <w:rPr>
                <w:color w:val="000000"/>
                <w:sz w:val="16"/>
              </w:rPr>
              <w:t>Kaj v tvojem modelu, risbi ali zapisu predstavlja posamezni del naloge?</w:t>
            </w:r>
          </w:p>
          <w:p w14:paraId="79D823CB" w14:textId="77777777" w:rsidR="005B3871" w:rsidRDefault="00000000">
            <w:pPr>
              <w:pStyle w:val="Oznaenseznam"/>
              <w:spacing w:after="16"/>
            </w:pPr>
            <w:r>
              <w:rPr>
                <w:color w:val="000000"/>
                <w:sz w:val="16"/>
              </w:rPr>
              <w:t>Kako si prišel/-la do rešitve in kako veš, da je smiselna?</w:t>
            </w:r>
          </w:p>
          <w:p w14:paraId="73E20D71" w14:textId="77777777" w:rsidR="005B3871" w:rsidRDefault="00000000">
            <w:pPr>
              <w:pStyle w:val="Oznaenseznam"/>
              <w:spacing w:after="16"/>
            </w:pPr>
            <w:r>
              <w:rPr>
                <w:color w:val="000000"/>
                <w:sz w:val="16"/>
              </w:rPr>
              <w:t>Ali lahko isto pokažeš še s predmetom, gibanjem, risbo ali drugim zapisom?</w:t>
            </w:r>
          </w:p>
          <w:p w14:paraId="422A9B11" w14:textId="77777777" w:rsidR="005B3871" w:rsidRDefault="00000000">
            <w:pPr>
              <w:pStyle w:val="Oznaenseznam"/>
              <w:spacing w:after="16"/>
            </w:pPr>
            <w:r>
              <w:rPr>
                <w:color w:val="000000"/>
                <w:sz w:val="16"/>
              </w:rPr>
              <w:t>Kje bi se lahko zmotil/-a in kako boš rešitev preveril/-a?</w:t>
            </w:r>
          </w:p>
          <w:p w14:paraId="778BAE1E"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7D79339" w14:textId="77777777">
              <w:trPr>
                <w:jc w:val="center"/>
              </w:trPr>
              <w:tc>
                <w:tcPr>
                  <w:tcW w:w="7087" w:type="dxa"/>
                  <w:shd w:val="clear" w:color="auto" w:fill="C6E7F3"/>
                  <w:tcMar>
                    <w:top w:w="45" w:type="dxa"/>
                    <w:left w:w="70" w:type="dxa"/>
                    <w:bottom w:w="45" w:type="dxa"/>
                    <w:right w:w="70" w:type="dxa"/>
                  </w:tcMar>
                </w:tcPr>
                <w:p w14:paraId="44A3B806" w14:textId="77777777" w:rsidR="005B3871" w:rsidRDefault="00000000">
                  <w:pPr>
                    <w:keepNext/>
                  </w:pPr>
                  <w:r>
                    <w:rPr>
                      <w:b/>
                      <w:color w:val="000000"/>
                    </w:rPr>
                    <w:t>ZAKLJUČNI DEL – UTRJEVANJE IN REFLEKSIJA (10–15 min)</w:t>
                  </w:r>
                </w:p>
              </w:tc>
            </w:tr>
          </w:tbl>
          <w:p w14:paraId="0437D1C5" w14:textId="77777777" w:rsidR="005B3871" w:rsidRDefault="005B3871">
            <w:pPr>
              <w:spacing w:line="20" w:lineRule="exact"/>
            </w:pPr>
          </w:p>
          <w:p w14:paraId="6C7720CB"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686B9629" w14:textId="77777777">
              <w:trPr>
                <w:jc w:val="center"/>
              </w:trPr>
              <w:tc>
                <w:tcPr>
                  <w:tcW w:w="7087" w:type="dxa"/>
                  <w:shd w:val="clear" w:color="auto" w:fill="EDC9EA"/>
                  <w:tcMar>
                    <w:top w:w="45" w:type="dxa"/>
                    <w:left w:w="70" w:type="dxa"/>
                    <w:bottom w:w="45" w:type="dxa"/>
                    <w:right w:w="70" w:type="dxa"/>
                  </w:tcMar>
                </w:tcPr>
                <w:p w14:paraId="31320EB9" w14:textId="77777777" w:rsidR="005B3871" w:rsidRDefault="00000000">
                  <w:pPr>
                    <w:keepNext/>
                  </w:pPr>
                  <w:r>
                    <w:rPr>
                      <w:b/>
                      <w:color w:val="000000"/>
                    </w:rPr>
                    <w:t>SAMOVREDNOTENJE</w:t>
                  </w:r>
                </w:p>
              </w:tc>
            </w:tr>
          </w:tbl>
          <w:p w14:paraId="026CA3A0" w14:textId="77777777" w:rsidR="005B3871" w:rsidRDefault="005B3871">
            <w:pPr>
              <w:spacing w:line="20" w:lineRule="exact"/>
            </w:pPr>
          </w:p>
          <w:p w14:paraId="1CCDE6DA"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72693B82" w14:textId="77777777">
              <w:trPr>
                <w:jc w:val="center"/>
              </w:trPr>
              <w:tc>
                <w:tcPr>
                  <w:tcW w:w="7087" w:type="dxa"/>
                  <w:shd w:val="clear" w:color="auto" w:fill="EDC9EA"/>
                  <w:tcMar>
                    <w:top w:w="45" w:type="dxa"/>
                    <w:left w:w="70" w:type="dxa"/>
                    <w:bottom w:w="45" w:type="dxa"/>
                    <w:right w:w="70" w:type="dxa"/>
                  </w:tcMar>
                </w:tcPr>
                <w:p w14:paraId="221DF5BE" w14:textId="77777777" w:rsidR="005B3871" w:rsidRDefault="00000000">
                  <w:pPr>
                    <w:keepNext/>
                  </w:pPr>
                  <w:r>
                    <w:rPr>
                      <w:b/>
                      <w:color w:val="000000"/>
                    </w:rPr>
                    <w:t>VRSTNIŠKO VREDNOTENJE</w:t>
                  </w:r>
                </w:p>
              </w:tc>
            </w:tr>
          </w:tbl>
          <w:p w14:paraId="4A1CE0FD" w14:textId="77777777" w:rsidR="005B3871" w:rsidRDefault="005B3871">
            <w:pPr>
              <w:spacing w:line="20" w:lineRule="exact"/>
            </w:pPr>
          </w:p>
          <w:p w14:paraId="50F02001"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0F44B018" w14:textId="77777777">
              <w:trPr>
                <w:jc w:val="center"/>
              </w:trPr>
              <w:tc>
                <w:tcPr>
                  <w:tcW w:w="7087" w:type="dxa"/>
                  <w:shd w:val="clear" w:color="auto" w:fill="EDC9EA"/>
                  <w:tcMar>
                    <w:top w:w="45" w:type="dxa"/>
                    <w:left w:w="70" w:type="dxa"/>
                    <w:bottom w:w="45" w:type="dxa"/>
                    <w:right w:w="70" w:type="dxa"/>
                  </w:tcMar>
                </w:tcPr>
                <w:p w14:paraId="270894E4" w14:textId="77777777" w:rsidR="005B3871" w:rsidRDefault="00000000">
                  <w:pPr>
                    <w:keepNext/>
                  </w:pPr>
                  <w:r>
                    <w:rPr>
                      <w:b/>
                      <w:color w:val="000000"/>
                    </w:rPr>
                    <w:t>SKUPNI POVZETEK</w:t>
                  </w:r>
                </w:p>
              </w:tc>
            </w:tr>
          </w:tbl>
          <w:p w14:paraId="59244436" w14:textId="77777777" w:rsidR="005B3871" w:rsidRDefault="005B3871"/>
          <w:p w14:paraId="5F59ADFF" w14:textId="77777777" w:rsidR="005B3871" w:rsidRDefault="00000000">
            <w:pPr>
              <w:spacing w:before="20" w:after="40" w:line="245" w:lineRule="auto"/>
            </w:pPr>
            <w:r>
              <w:rPr>
                <w:b/>
                <w:color w:val="000000"/>
                <w:sz w:val="16"/>
              </w:rPr>
              <w:t>Maso in prostornino primerjam, izmerim z ustrezno nestandardno enoto ter ugotovitev zapišem in pojasnim.</w:t>
            </w:r>
          </w:p>
        </w:tc>
        <w:tc>
          <w:tcPr>
            <w:tcW w:w="2551" w:type="dxa"/>
            <w:tcMar>
              <w:top w:w="70" w:type="dxa"/>
              <w:left w:w="90" w:type="dxa"/>
              <w:bottom w:w="70" w:type="dxa"/>
              <w:right w:w="90" w:type="dxa"/>
            </w:tcMar>
          </w:tcPr>
          <w:p w14:paraId="0E74FC70" w14:textId="77777777" w:rsidR="005B3871" w:rsidRDefault="005B3871"/>
          <w:p w14:paraId="3904FE46" w14:textId="77777777" w:rsidR="005B3871" w:rsidRDefault="00000000">
            <w:pPr>
              <w:spacing w:after="100" w:line="245" w:lineRule="auto"/>
            </w:pPr>
            <w:r>
              <w:rPr>
                <w:color w:val="000000"/>
                <w:sz w:val="16"/>
              </w:rPr>
              <w:t>Odgovarja na podporna vprašanja in se sklicuje na svoj model, zapis ali izvedbo.</w:t>
            </w:r>
          </w:p>
          <w:p w14:paraId="0F9B9601" w14:textId="77777777" w:rsidR="005B3871" w:rsidRDefault="00000000">
            <w:pPr>
              <w:spacing w:after="100" w:line="245" w:lineRule="auto"/>
            </w:pPr>
            <w:r>
              <w:rPr>
                <w:color w:val="000000"/>
                <w:sz w:val="16"/>
              </w:rPr>
              <w:t>Primerja začetno strategijo z novim dokazom ter pojasni, kaj se je naučil/-a.</w:t>
            </w:r>
          </w:p>
          <w:p w14:paraId="5ED65E48" w14:textId="77777777" w:rsidR="005B3871" w:rsidRDefault="00000000">
            <w:pPr>
              <w:spacing w:after="100" w:line="245" w:lineRule="auto"/>
            </w:pPr>
            <w:r>
              <w:rPr>
                <w:color w:val="000000"/>
                <w:sz w:val="16"/>
              </w:rPr>
              <w:t>Izbere raven samostojnosti in določi naslednji korak.</w:t>
            </w:r>
          </w:p>
          <w:p w14:paraId="60EBD9A7" w14:textId="77777777" w:rsidR="005B3871" w:rsidRDefault="00000000">
            <w:pPr>
              <w:spacing w:after="100" w:line="245" w:lineRule="auto"/>
            </w:pPr>
            <w:r>
              <w:rPr>
                <w:color w:val="000000"/>
                <w:sz w:val="16"/>
              </w:rPr>
              <w:t>Sošolcu poda prijazen in konkreten odziv, vezan na kriterij.</w:t>
            </w:r>
          </w:p>
          <w:p w14:paraId="5309D247" w14:textId="77777777" w:rsidR="005B3871" w:rsidRDefault="00000000">
            <w:pPr>
              <w:spacing w:after="20" w:line="245" w:lineRule="auto"/>
            </w:pPr>
            <w:r>
              <w:rPr>
                <w:b/>
                <w:color w:val="D95BC6"/>
                <w:sz w:val="17"/>
              </w:rPr>
              <w:t>DOKAZ O UČENJU</w:t>
            </w:r>
          </w:p>
          <w:p w14:paraId="3AD4DC3D"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2FC9A50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5864D26E" w14:textId="77777777">
        <w:trPr>
          <w:cantSplit/>
          <w:jc w:val="center"/>
        </w:trPr>
        <w:tc>
          <w:tcPr>
            <w:tcW w:w="14060" w:type="dxa"/>
            <w:gridSpan w:val="6"/>
            <w:tcMar>
              <w:top w:w="70" w:type="dxa"/>
              <w:left w:w="90" w:type="dxa"/>
              <w:bottom w:w="70" w:type="dxa"/>
              <w:right w:w="90" w:type="dxa"/>
            </w:tcMar>
            <w:vAlign w:val="center"/>
          </w:tcPr>
          <w:p w14:paraId="65CBD986" w14:textId="77777777" w:rsidR="005B3871" w:rsidRDefault="00000000">
            <w:pPr>
              <w:jc w:val="center"/>
            </w:pPr>
            <w:r>
              <w:rPr>
                <w:b/>
                <w:color w:val="000000"/>
                <w:sz w:val="24"/>
              </w:rPr>
              <w:lastRenderedPageBreak/>
              <w:t>UČNA PRIPRAVA 27/39</w:t>
            </w:r>
          </w:p>
        </w:tc>
      </w:tr>
      <w:tr w:rsidR="005B3871" w14:paraId="1B39AE04" w14:textId="77777777">
        <w:trPr>
          <w:jc w:val="center"/>
        </w:trPr>
        <w:tc>
          <w:tcPr>
            <w:tcW w:w="2665" w:type="dxa"/>
            <w:tcMar>
              <w:top w:w="70" w:type="dxa"/>
              <w:left w:w="90" w:type="dxa"/>
              <w:bottom w:w="70" w:type="dxa"/>
              <w:right w:w="90" w:type="dxa"/>
            </w:tcMar>
            <w:vAlign w:val="center"/>
          </w:tcPr>
          <w:p w14:paraId="2EE99D41"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342918A"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3BD64D8D"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769DBB6" w14:textId="77777777" w:rsidR="005B3871" w:rsidRDefault="00000000">
            <w:r>
              <w:rPr>
                <w:b/>
                <w:color w:val="000000"/>
                <w:sz w:val="16"/>
              </w:rPr>
              <w:t xml:space="preserve">NAČRTOVANI TERMIN: </w:t>
            </w:r>
            <w:r>
              <w:rPr>
                <w:color w:val="000000"/>
                <w:sz w:val="16"/>
              </w:rPr>
              <w:t>27. teden • 22.–26. 3. 2027</w:t>
            </w:r>
          </w:p>
        </w:tc>
        <w:tc>
          <w:tcPr>
            <w:tcW w:w="2268" w:type="dxa"/>
            <w:tcMar>
              <w:top w:w="70" w:type="dxa"/>
              <w:left w:w="90" w:type="dxa"/>
              <w:bottom w:w="70" w:type="dxa"/>
              <w:right w:w="90" w:type="dxa"/>
            </w:tcMar>
            <w:vAlign w:val="center"/>
          </w:tcPr>
          <w:p w14:paraId="231EA584"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9C08EF8" w14:textId="77777777" w:rsidR="005B3871" w:rsidRDefault="00000000">
            <w:r>
              <w:rPr>
                <w:b/>
                <w:color w:val="000000"/>
                <w:sz w:val="16"/>
              </w:rPr>
              <w:t xml:space="preserve">ŠTEVILO UR: </w:t>
            </w:r>
            <w:r>
              <w:rPr>
                <w:color w:val="000000"/>
                <w:sz w:val="16"/>
              </w:rPr>
              <w:t>3</w:t>
            </w:r>
          </w:p>
        </w:tc>
      </w:tr>
      <w:tr w:rsidR="005B3871" w14:paraId="32BBB73A" w14:textId="77777777">
        <w:trPr>
          <w:jc w:val="center"/>
        </w:trPr>
        <w:tc>
          <w:tcPr>
            <w:tcW w:w="14061" w:type="dxa"/>
            <w:gridSpan w:val="6"/>
            <w:tcMar>
              <w:top w:w="70" w:type="dxa"/>
              <w:left w:w="90" w:type="dxa"/>
              <w:bottom w:w="70" w:type="dxa"/>
              <w:right w:w="90" w:type="dxa"/>
            </w:tcMar>
            <w:vAlign w:val="center"/>
          </w:tcPr>
          <w:p w14:paraId="0ED594D7" w14:textId="77777777" w:rsidR="005B3871" w:rsidRDefault="00000000">
            <w:r>
              <w:rPr>
                <w:b/>
                <w:color w:val="000000"/>
                <w:sz w:val="17"/>
              </w:rPr>
              <w:t xml:space="preserve">TIP UČNE URE: </w:t>
            </w:r>
            <w:r>
              <w:rPr>
                <w:color w:val="000000"/>
                <w:sz w:val="17"/>
              </w:rPr>
              <w:t>praktično preverjanje in opisno ocenjevanje z ustno razlago</w:t>
            </w:r>
          </w:p>
        </w:tc>
      </w:tr>
      <w:tr w:rsidR="005B3871" w14:paraId="793B0630" w14:textId="77777777">
        <w:trPr>
          <w:cantSplit/>
          <w:jc w:val="center"/>
        </w:trPr>
        <w:tc>
          <w:tcPr>
            <w:tcW w:w="14060" w:type="dxa"/>
            <w:gridSpan w:val="6"/>
            <w:tcMar>
              <w:top w:w="70" w:type="dxa"/>
              <w:left w:w="90" w:type="dxa"/>
              <w:bottom w:w="70" w:type="dxa"/>
              <w:right w:w="90" w:type="dxa"/>
            </w:tcMar>
            <w:vAlign w:val="center"/>
          </w:tcPr>
          <w:p w14:paraId="6670EB9C" w14:textId="77777777" w:rsidR="005B3871" w:rsidRDefault="005B3871"/>
          <w:p w14:paraId="150B9AB6" w14:textId="77777777" w:rsidR="005B3871" w:rsidRDefault="00000000">
            <w:pPr>
              <w:spacing w:line="245" w:lineRule="auto"/>
            </w:pPr>
            <w:r>
              <w:rPr>
                <w:b/>
                <w:color w:val="000000"/>
                <w:sz w:val="16"/>
              </w:rPr>
              <w:t xml:space="preserve">UČNI SKLOP: </w:t>
            </w:r>
            <w:r>
              <w:rPr>
                <w:color w:val="000000"/>
                <w:sz w:val="16"/>
              </w:rPr>
              <w:t>POMLAD, POJAVI IN ŽIVA BITJA</w:t>
            </w:r>
          </w:p>
        </w:tc>
      </w:tr>
      <w:tr w:rsidR="005B3871" w14:paraId="1D80AD6D" w14:textId="77777777">
        <w:trPr>
          <w:cantSplit/>
          <w:jc w:val="center"/>
        </w:trPr>
        <w:tc>
          <w:tcPr>
            <w:tcW w:w="14060" w:type="dxa"/>
            <w:gridSpan w:val="6"/>
            <w:tcMar>
              <w:top w:w="70" w:type="dxa"/>
              <w:left w:w="90" w:type="dxa"/>
              <w:bottom w:w="70" w:type="dxa"/>
              <w:right w:w="90" w:type="dxa"/>
            </w:tcMar>
            <w:vAlign w:val="center"/>
          </w:tcPr>
          <w:p w14:paraId="686969FA" w14:textId="77777777" w:rsidR="005B3871" w:rsidRDefault="005B3871"/>
          <w:p w14:paraId="2F13967B" w14:textId="77777777" w:rsidR="005B3871" w:rsidRDefault="00000000">
            <w:pPr>
              <w:spacing w:line="245" w:lineRule="auto"/>
            </w:pPr>
            <w:r>
              <w:rPr>
                <w:b/>
                <w:color w:val="000000"/>
                <w:sz w:val="16"/>
              </w:rPr>
              <w:t xml:space="preserve">UČNA TEMA: </w:t>
            </w:r>
            <w:r>
              <w:rPr>
                <w:color w:val="000000"/>
                <w:sz w:val="16"/>
              </w:rPr>
              <w:t>TELESA IN LIKI</w:t>
            </w:r>
          </w:p>
        </w:tc>
      </w:tr>
      <w:tr w:rsidR="005B3871" w14:paraId="1C5ED871" w14:textId="77777777">
        <w:trPr>
          <w:cantSplit/>
          <w:jc w:val="center"/>
        </w:trPr>
        <w:tc>
          <w:tcPr>
            <w:tcW w:w="14060" w:type="dxa"/>
            <w:gridSpan w:val="6"/>
            <w:tcMar>
              <w:top w:w="70" w:type="dxa"/>
              <w:left w:w="90" w:type="dxa"/>
              <w:bottom w:w="70" w:type="dxa"/>
              <w:right w:w="90" w:type="dxa"/>
            </w:tcMar>
            <w:vAlign w:val="center"/>
          </w:tcPr>
          <w:p w14:paraId="6C89DFAC" w14:textId="77777777" w:rsidR="005B3871" w:rsidRDefault="005B3871"/>
          <w:p w14:paraId="0056C8B8" w14:textId="77777777" w:rsidR="005B3871" w:rsidRDefault="00000000">
            <w:pPr>
              <w:spacing w:line="245" w:lineRule="auto"/>
            </w:pPr>
            <w:r>
              <w:rPr>
                <w:b/>
                <w:color w:val="000000"/>
                <w:sz w:val="16"/>
              </w:rPr>
              <w:t xml:space="preserve">KNJIŽEVNO IZHODIŠČE IN MOTIV: </w:t>
            </w:r>
            <w:r>
              <w:rPr>
                <w:color w:val="000000"/>
                <w:sz w:val="16"/>
              </w:rPr>
              <w:t>»Majnice: fulaste pesmi« – Tone Pavček • pomlad, ritem, igriv jezik in opazovanje narave</w:t>
            </w:r>
          </w:p>
        </w:tc>
      </w:tr>
      <w:tr w:rsidR="005B3871" w14:paraId="12EA5F3E" w14:textId="77777777">
        <w:trPr>
          <w:cantSplit/>
          <w:jc w:val="center"/>
        </w:trPr>
        <w:tc>
          <w:tcPr>
            <w:tcW w:w="14060" w:type="dxa"/>
            <w:gridSpan w:val="6"/>
            <w:tcMar>
              <w:top w:w="70" w:type="dxa"/>
              <w:left w:w="90" w:type="dxa"/>
              <w:bottom w:w="70" w:type="dxa"/>
              <w:right w:w="90" w:type="dxa"/>
            </w:tcMar>
            <w:vAlign w:val="center"/>
          </w:tcPr>
          <w:p w14:paraId="7DA23739" w14:textId="77777777" w:rsidR="005B3871" w:rsidRDefault="005B3871"/>
          <w:p w14:paraId="532D7B92" w14:textId="77777777" w:rsidR="005B3871" w:rsidRDefault="00000000">
            <w:pPr>
              <w:spacing w:line="245" w:lineRule="auto"/>
            </w:pPr>
            <w:r>
              <w:rPr>
                <w:b/>
                <w:color w:val="000000"/>
                <w:sz w:val="16"/>
              </w:rPr>
              <w:t xml:space="preserve">UČNE ENOTE: </w:t>
            </w:r>
            <w:r>
              <w:rPr>
                <w:color w:val="000000"/>
                <w:sz w:val="16"/>
              </w:rPr>
              <w:t>1. ura – Geometrijski uvod • 2. ura – Ocenjevalni postaji: merjenje in pot • 3. ura – Ocenjevalna postaja: podatki</w:t>
            </w:r>
          </w:p>
        </w:tc>
      </w:tr>
      <w:tr w:rsidR="005B3871" w14:paraId="53979833" w14:textId="77777777">
        <w:trPr>
          <w:cantSplit/>
          <w:jc w:val="center"/>
        </w:trPr>
        <w:tc>
          <w:tcPr>
            <w:tcW w:w="14060" w:type="dxa"/>
            <w:gridSpan w:val="6"/>
            <w:tcMar>
              <w:top w:w="70" w:type="dxa"/>
              <w:left w:w="90" w:type="dxa"/>
              <w:bottom w:w="70" w:type="dxa"/>
              <w:right w:w="90" w:type="dxa"/>
            </w:tcMar>
            <w:vAlign w:val="center"/>
          </w:tcPr>
          <w:p w14:paraId="445480C6" w14:textId="77777777" w:rsidR="005B3871" w:rsidRDefault="005B3871"/>
          <w:p w14:paraId="78DD0F0F"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5FAD6D37" w14:textId="77777777">
        <w:trPr>
          <w:cantSplit/>
          <w:jc w:val="center"/>
        </w:trPr>
        <w:tc>
          <w:tcPr>
            <w:tcW w:w="14060" w:type="dxa"/>
            <w:gridSpan w:val="6"/>
            <w:tcMar>
              <w:top w:w="70" w:type="dxa"/>
              <w:left w:w="90" w:type="dxa"/>
              <w:bottom w:w="70" w:type="dxa"/>
              <w:right w:w="90" w:type="dxa"/>
            </w:tcMar>
            <w:vAlign w:val="center"/>
          </w:tcPr>
          <w:p w14:paraId="79B6D023" w14:textId="77777777" w:rsidR="005B3871" w:rsidRDefault="005B3871"/>
          <w:p w14:paraId="755BD954"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499CC424" w14:textId="77777777">
        <w:trPr>
          <w:cantSplit/>
          <w:jc w:val="center"/>
        </w:trPr>
        <w:tc>
          <w:tcPr>
            <w:tcW w:w="14060" w:type="dxa"/>
            <w:gridSpan w:val="6"/>
            <w:tcMar>
              <w:top w:w="70" w:type="dxa"/>
              <w:left w:w="90" w:type="dxa"/>
              <w:bottom w:w="70" w:type="dxa"/>
              <w:right w:w="90" w:type="dxa"/>
            </w:tcMar>
            <w:vAlign w:val="center"/>
          </w:tcPr>
          <w:p w14:paraId="1B43C102" w14:textId="77777777" w:rsidR="005B3871" w:rsidRDefault="005B3871"/>
          <w:p w14:paraId="11501E08"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67E55335" w14:textId="77777777">
        <w:trPr>
          <w:cantSplit/>
          <w:jc w:val="center"/>
        </w:trPr>
        <w:tc>
          <w:tcPr>
            <w:tcW w:w="14060" w:type="dxa"/>
            <w:gridSpan w:val="6"/>
            <w:tcMar>
              <w:top w:w="70" w:type="dxa"/>
              <w:left w:w="90" w:type="dxa"/>
              <w:bottom w:w="70" w:type="dxa"/>
              <w:right w:w="90" w:type="dxa"/>
            </w:tcMar>
            <w:vAlign w:val="center"/>
          </w:tcPr>
          <w:p w14:paraId="1E1D6B80" w14:textId="77777777" w:rsidR="005B3871" w:rsidRDefault="005B3871"/>
          <w:p w14:paraId="69B1DFD8" w14:textId="77777777" w:rsidR="005B3871" w:rsidRDefault="00000000">
            <w:pPr>
              <w:spacing w:line="245" w:lineRule="auto"/>
            </w:pPr>
            <w:r>
              <w:rPr>
                <w:b/>
                <w:color w:val="000000"/>
                <w:sz w:val="16"/>
              </w:rPr>
              <w:t xml:space="preserve">MEDPREDMETNE POVEZAVE: </w:t>
            </w:r>
            <w:r>
              <w:rPr>
                <w:color w:val="000000"/>
                <w:sz w:val="16"/>
              </w:rPr>
              <w:t>SLJ – ustna razlaga; SPO – pomladni predmeti; ŠPO – talna pot; LUM – geometrijske oblike</w:t>
            </w:r>
          </w:p>
        </w:tc>
      </w:tr>
      <w:tr w:rsidR="005B3871" w14:paraId="26320CD4" w14:textId="77777777">
        <w:trPr>
          <w:cantSplit/>
          <w:jc w:val="center"/>
        </w:trPr>
        <w:tc>
          <w:tcPr>
            <w:tcW w:w="14060" w:type="dxa"/>
            <w:gridSpan w:val="6"/>
            <w:tcMar>
              <w:top w:w="70" w:type="dxa"/>
              <w:left w:w="90" w:type="dxa"/>
              <w:bottom w:w="70" w:type="dxa"/>
              <w:right w:w="90" w:type="dxa"/>
            </w:tcMar>
            <w:vAlign w:val="center"/>
          </w:tcPr>
          <w:p w14:paraId="63B60E1D" w14:textId="77777777" w:rsidR="005B3871" w:rsidRDefault="005B3871"/>
          <w:p w14:paraId="5A486405" w14:textId="77777777" w:rsidR="005B3871" w:rsidRDefault="00000000">
            <w:pPr>
              <w:spacing w:line="245" w:lineRule="auto"/>
            </w:pPr>
            <w:r>
              <w:rPr>
                <w:b/>
                <w:color w:val="000000"/>
                <w:sz w:val="16"/>
              </w:rPr>
              <w:t xml:space="preserve">UČNA SREDSTVA IN PRIPOMOČKI: </w:t>
            </w:r>
            <w:r>
              <w:rPr>
                <w:color w:val="000000"/>
                <w:sz w:val="16"/>
              </w:rPr>
              <w:t>geometrijska telesa in liki, predmeti, enake nestandardne enote, talna mreža in puščice, preprosti prikazi, kriteriji, opazovalni list</w:t>
            </w:r>
          </w:p>
        </w:tc>
      </w:tr>
      <w:tr w:rsidR="005B3871" w14:paraId="344C743C" w14:textId="77777777">
        <w:trPr>
          <w:cantSplit/>
          <w:jc w:val="center"/>
        </w:trPr>
        <w:tc>
          <w:tcPr>
            <w:tcW w:w="14060" w:type="dxa"/>
            <w:gridSpan w:val="6"/>
            <w:tcMar>
              <w:top w:w="70" w:type="dxa"/>
              <w:left w:w="90" w:type="dxa"/>
              <w:bottom w:w="70" w:type="dxa"/>
              <w:right w:w="90" w:type="dxa"/>
            </w:tcMar>
            <w:vAlign w:val="center"/>
          </w:tcPr>
          <w:p w14:paraId="6922E1E7" w14:textId="77777777" w:rsidR="005B3871" w:rsidRDefault="005B3871"/>
          <w:p w14:paraId="7A41404B"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51CBFE0E" w14:textId="77777777">
        <w:trPr>
          <w:cantSplit/>
          <w:jc w:val="center"/>
        </w:trPr>
        <w:tc>
          <w:tcPr>
            <w:tcW w:w="14060" w:type="dxa"/>
            <w:gridSpan w:val="6"/>
            <w:tcMar>
              <w:top w:w="70" w:type="dxa"/>
              <w:left w:w="90" w:type="dxa"/>
              <w:bottom w:w="70" w:type="dxa"/>
              <w:right w:w="90" w:type="dxa"/>
            </w:tcMar>
            <w:vAlign w:val="center"/>
          </w:tcPr>
          <w:p w14:paraId="7413E65A" w14:textId="77777777" w:rsidR="005B3871" w:rsidRDefault="005B3871"/>
          <w:p w14:paraId="3A79129E" w14:textId="77777777" w:rsidR="005B3871" w:rsidRDefault="00000000">
            <w:pPr>
              <w:spacing w:line="245" w:lineRule="auto"/>
            </w:pPr>
            <w:r>
              <w:rPr>
                <w:b/>
                <w:color w:val="000000"/>
                <w:sz w:val="16"/>
              </w:rPr>
              <w:t xml:space="preserve">OCENJEVANJE / DAN DEJAVNOSTI: </w:t>
            </w:r>
            <w:r>
              <w:rPr>
                <w:color w:val="000000"/>
                <w:sz w:val="16"/>
              </w:rPr>
              <w:t>OCENJEVANJE 4 – DRUGE OBLIKE: praktična izvedba, prikaz in ustna razlaga • NARAVOSLOVNI DAN • ŠPORTNI DAN</w:t>
            </w:r>
          </w:p>
        </w:tc>
      </w:tr>
      <w:tr w:rsidR="005B3871" w14:paraId="219805E3" w14:textId="77777777">
        <w:trPr>
          <w:cantSplit/>
          <w:jc w:val="center"/>
        </w:trPr>
        <w:tc>
          <w:tcPr>
            <w:tcW w:w="14060" w:type="dxa"/>
            <w:gridSpan w:val="6"/>
            <w:tcMar>
              <w:top w:w="70" w:type="dxa"/>
              <w:left w:w="90" w:type="dxa"/>
              <w:bottom w:w="70" w:type="dxa"/>
              <w:right w:w="90" w:type="dxa"/>
            </w:tcMar>
            <w:vAlign w:val="center"/>
          </w:tcPr>
          <w:p w14:paraId="19DE43F1" w14:textId="77777777" w:rsidR="005B3871" w:rsidRDefault="005B3871"/>
          <w:p w14:paraId="7EE13AC1"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60268E09"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CD27E1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223CE6E"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B31FA9" w14:textId="77777777" w:rsidR="005B3871" w:rsidRDefault="00000000">
            <w:pPr>
              <w:jc w:val="center"/>
            </w:pPr>
            <w:r>
              <w:rPr>
                <w:b/>
                <w:color w:val="000000"/>
                <w:sz w:val="20"/>
              </w:rPr>
              <w:t>UČNE DEJAVNOSTI, METODE IN FORMATIVNO SPREMLJANJE</w:t>
            </w:r>
          </w:p>
        </w:tc>
      </w:tr>
      <w:tr w:rsidR="005B3871" w14:paraId="2305B6F3" w14:textId="77777777">
        <w:trPr>
          <w:tblHeader/>
          <w:jc w:val="center"/>
        </w:trPr>
        <w:tc>
          <w:tcPr>
            <w:tcW w:w="4422" w:type="dxa"/>
            <w:vMerge/>
            <w:tcMar>
              <w:top w:w="70" w:type="dxa"/>
              <w:left w:w="90" w:type="dxa"/>
              <w:bottom w:w="70" w:type="dxa"/>
              <w:right w:w="90" w:type="dxa"/>
            </w:tcMar>
            <w:vAlign w:val="center"/>
          </w:tcPr>
          <w:p w14:paraId="123C478C" w14:textId="77777777" w:rsidR="005B3871" w:rsidRDefault="005B3871"/>
        </w:tc>
        <w:tc>
          <w:tcPr>
            <w:tcW w:w="7087" w:type="dxa"/>
            <w:shd w:val="clear" w:color="auto" w:fill="FFFFFF"/>
            <w:tcMar>
              <w:top w:w="70" w:type="dxa"/>
              <w:left w:w="90" w:type="dxa"/>
              <w:bottom w:w="70" w:type="dxa"/>
              <w:right w:w="90" w:type="dxa"/>
            </w:tcMar>
            <w:vAlign w:val="center"/>
          </w:tcPr>
          <w:p w14:paraId="2D917DC2"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924249" w14:textId="77777777" w:rsidR="005B3871" w:rsidRDefault="00000000">
            <w:pPr>
              <w:jc w:val="center"/>
            </w:pPr>
            <w:r>
              <w:rPr>
                <w:b/>
                <w:color w:val="000000"/>
              </w:rPr>
              <w:t>UČENEC</w:t>
            </w:r>
          </w:p>
        </w:tc>
      </w:tr>
      <w:tr w:rsidR="005B3871" w14:paraId="20F353D9" w14:textId="77777777">
        <w:trPr>
          <w:jc w:val="center"/>
        </w:trPr>
        <w:tc>
          <w:tcPr>
            <w:tcW w:w="4422" w:type="dxa"/>
            <w:tcMar>
              <w:top w:w="70" w:type="dxa"/>
              <w:left w:w="90" w:type="dxa"/>
              <w:bottom w:w="70" w:type="dxa"/>
              <w:right w:w="90" w:type="dxa"/>
            </w:tcMar>
          </w:tcPr>
          <w:p w14:paraId="2D48463F" w14:textId="77777777" w:rsidR="005B3871" w:rsidRDefault="005B3871"/>
          <w:p w14:paraId="48BB9AAE" w14:textId="77777777" w:rsidR="005B3871" w:rsidRDefault="00000000">
            <w:pPr>
              <w:spacing w:after="60" w:line="245" w:lineRule="auto"/>
            </w:pPr>
            <w:r>
              <w:rPr>
                <w:b/>
                <w:color w:val="000000"/>
              </w:rPr>
              <w:t>UČNI CILJI</w:t>
            </w:r>
          </w:p>
          <w:p w14:paraId="6029DD1A" w14:textId="77777777" w:rsidR="005B3871" w:rsidRDefault="00000000">
            <w:pPr>
              <w:spacing w:after="20" w:line="245" w:lineRule="auto"/>
            </w:pPr>
            <w:r>
              <w:rPr>
                <w:b/>
                <w:color w:val="000000"/>
                <w:sz w:val="17"/>
              </w:rPr>
              <w:t>SPLOŠNI</w:t>
            </w:r>
          </w:p>
          <w:p w14:paraId="41140AC2" w14:textId="77777777" w:rsidR="005B3871" w:rsidRDefault="00000000">
            <w:pPr>
              <w:pStyle w:val="Oznaenseznam"/>
              <w:spacing w:after="16"/>
            </w:pPr>
            <w:r>
              <w:rPr>
                <w:color w:val="000000"/>
                <w:sz w:val="16"/>
              </w:rPr>
              <w:t>razvija številske, prostorske in količinske predstave s konkretnimi izkušnjami</w:t>
            </w:r>
          </w:p>
          <w:p w14:paraId="38ED85ED" w14:textId="77777777" w:rsidR="005B3871" w:rsidRDefault="00000000">
            <w:pPr>
              <w:pStyle w:val="Oznaenseznam"/>
              <w:spacing w:after="16"/>
            </w:pPr>
            <w:r>
              <w:rPr>
                <w:color w:val="000000"/>
                <w:sz w:val="16"/>
              </w:rPr>
              <w:t>rešuje matematične probleme s predmetom, gibanjem, risbo, modelom in simbolom</w:t>
            </w:r>
          </w:p>
          <w:p w14:paraId="0B379996" w14:textId="77777777" w:rsidR="005B3871" w:rsidRDefault="00000000">
            <w:pPr>
              <w:pStyle w:val="Oznaenseznam"/>
              <w:spacing w:after="16"/>
            </w:pPr>
            <w:r>
              <w:rPr>
                <w:color w:val="000000"/>
                <w:sz w:val="16"/>
              </w:rPr>
              <w:t>pojasnjuje izbrano strategijo, preverja smiselnost rešitve in posluša rešitve drugih</w:t>
            </w:r>
          </w:p>
          <w:p w14:paraId="6F0BC3B7" w14:textId="77777777" w:rsidR="005B3871" w:rsidRDefault="00000000">
            <w:pPr>
              <w:pStyle w:val="Oznaenseznam"/>
              <w:spacing w:after="16"/>
            </w:pPr>
            <w:r>
              <w:rPr>
                <w:color w:val="000000"/>
                <w:sz w:val="16"/>
              </w:rPr>
              <w:t>ob namenih in kriterijih spremlja svoje učenje ter uporabi opisno povratno informacijo</w:t>
            </w:r>
          </w:p>
          <w:p w14:paraId="31603479" w14:textId="77777777" w:rsidR="005B3871" w:rsidRDefault="00000000">
            <w:pPr>
              <w:spacing w:before="40" w:after="20" w:line="245" w:lineRule="auto"/>
            </w:pPr>
            <w:r>
              <w:rPr>
                <w:b/>
                <w:color w:val="000000"/>
                <w:sz w:val="17"/>
              </w:rPr>
              <w:t>OPERATIVNI</w:t>
            </w:r>
          </w:p>
          <w:p w14:paraId="52C9DC80" w14:textId="77777777" w:rsidR="005B3871" w:rsidRDefault="00000000">
            <w:pPr>
              <w:pStyle w:val="Oznaenseznam"/>
              <w:spacing w:after="16"/>
            </w:pPr>
            <w:r>
              <w:rPr>
                <w:color w:val="000000"/>
                <w:sz w:val="16"/>
              </w:rPr>
              <w:t>razlikuje telo od lika</w:t>
            </w:r>
          </w:p>
          <w:p w14:paraId="251CEC79" w14:textId="77777777" w:rsidR="005B3871" w:rsidRDefault="00000000">
            <w:pPr>
              <w:pStyle w:val="Oznaenseznam"/>
              <w:spacing w:after="16"/>
            </w:pPr>
            <w:r>
              <w:rPr>
                <w:color w:val="000000"/>
                <w:sz w:val="16"/>
              </w:rPr>
              <w:t>razvršča po obliki</w:t>
            </w:r>
          </w:p>
          <w:p w14:paraId="61A8ACDB" w14:textId="77777777" w:rsidR="005B3871" w:rsidRDefault="00000000">
            <w:pPr>
              <w:pStyle w:val="Oznaenseznam"/>
              <w:spacing w:after="16"/>
            </w:pPr>
            <w:r>
              <w:rPr>
                <w:color w:val="000000"/>
                <w:sz w:val="16"/>
              </w:rPr>
              <w:t>poveže predmet z geometrijsko obliko</w:t>
            </w:r>
          </w:p>
          <w:p w14:paraId="1EFC31AA" w14:textId="77777777" w:rsidR="005B3871" w:rsidRDefault="00000000">
            <w:pPr>
              <w:spacing w:before="40" w:after="20" w:line="245" w:lineRule="auto"/>
            </w:pPr>
            <w:r>
              <w:rPr>
                <w:b/>
                <w:color w:val="000000"/>
                <w:sz w:val="17"/>
              </w:rPr>
              <w:t>PRIČAKOVANI DOSEŽKI / STANDARDI</w:t>
            </w:r>
          </w:p>
          <w:p w14:paraId="4C0A1402" w14:textId="77777777" w:rsidR="005B3871" w:rsidRDefault="00000000">
            <w:pPr>
              <w:pStyle w:val="Oznaenseznam"/>
              <w:spacing w:after="16"/>
            </w:pPr>
            <w:r>
              <w:rPr>
                <w:color w:val="000000"/>
                <w:sz w:val="16"/>
              </w:rPr>
              <w:t>ob konkretni, slikovni ali gibalni opori razlikuje telo od lika</w:t>
            </w:r>
          </w:p>
          <w:p w14:paraId="39AE74FB" w14:textId="77777777" w:rsidR="005B3871" w:rsidRDefault="00000000">
            <w:pPr>
              <w:pStyle w:val="Oznaenseznam"/>
              <w:spacing w:after="16"/>
            </w:pPr>
            <w:r>
              <w:rPr>
                <w:color w:val="000000"/>
                <w:sz w:val="16"/>
              </w:rPr>
              <w:t>ob konkretni, slikovni ali gibalni opori razvršča po obliki</w:t>
            </w:r>
          </w:p>
          <w:p w14:paraId="74CA9C5E" w14:textId="77777777" w:rsidR="005B3871" w:rsidRDefault="00000000">
            <w:pPr>
              <w:pStyle w:val="Oznaenseznam"/>
              <w:spacing w:after="16"/>
            </w:pPr>
            <w:r>
              <w:rPr>
                <w:color w:val="000000"/>
                <w:sz w:val="16"/>
              </w:rPr>
              <w:t>ob konkretni, slikovni ali gibalni opori poveže predmet z geometrijsko obliko</w:t>
            </w:r>
          </w:p>
        </w:tc>
        <w:tc>
          <w:tcPr>
            <w:tcW w:w="7087" w:type="dxa"/>
            <w:tcMar>
              <w:top w:w="70" w:type="dxa"/>
              <w:left w:w="90" w:type="dxa"/>
              <w:bottom w:w="70" w:type="dxa"/>
              <w:right w:w="90" w:type="dxa"/>
            </w:tcMar>
          </w:tcPr>
          <w:p w14:paraId="1BDDC487"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08E965E" w14:textId="77777777">
              <w:trPr>
                <w:jc w:val="center"/>
              </w:trPr>
              <w:tc>
                <w:tcPr>
                  <w:tcW w:w="7087" w:type="dxa"/>
                  <w:shd w:val="clear" w:color="auto" w:fill="C6E7F3"/>
                  <w:tcMar>
                    <w:top w:w="45" w:type="dxa"/>
                    <w:left w:w="70" w:type="dxa"/>
                    <w:bottom w:w="45" w:type="dxa"/>
                    <w:right w:w="70" w:type="dxa"/>
                  </w:tcMar>
                </w:tcPr>
                <w:p w14:paraId="25C9249E" w14:textId="77777777" w:rsidR="005B3871" w:rsidRDefault="00000000">
                  <w:pPr>
                    <w:keepNext/>
                  </w:pPr>
                  <w:r>
                    <w:rPr>
                      <w:b/>
                      <w:color w:val="000000"/>
                    </w:rPr>
                    <w:t>UVODNI DEL – motivacija, aktivacija predznanja in namen učenja (15–20 min)</w:t>
                  </w:r>
                </w:p>
              </w:tc>
            </w:tr>
          </w:tbl>
          <w:p w14:paraId="692B6D3C" w14:textId="77777777" w:rsidR="005B3871" w:rsidRDefault="005B3871">
            <w:pPr>
              <w:spacing w:line="20" w:lineRule="exact"/>
            </w:pPr>
          </w:p>
          <w:p w14:paraId="420A95E0" w14:textId="77777777" w:rsidR="005B3871" w:rsidRDefault="00000000">
            <w:pPr>
              <w:spacing w:before="40" w:after="60" w:line="245" w:lineRule="auto"/>
            </w:pPr>
            <w:r>
              <w:rPr>
                <w:color w:val="000000"/>
                <w:sz w:val="16"/>
              </w:rPr>
              <w:t>Pomladni predmeti učence povabijo na praktične dokazne postaje. Učenci obnovijo razliko med telesom in likom, nato individualno pokažejo merjenje, orientacijo ter branje ali izdelavo preprostega prikaza.</w:t>
            </w:r>
          </w:p>
          <w:tbl>
            <w:tblPr>
              <w:tblStyle w:val="Tabelamrea"/>
              <w:tblW w:w="0" w:type="auto"/>
              <w:jc w:val="center"/>
              <w:tblLayout w:type="fixed"/>
              <w:tblLook w:val="04A0" w:firstRow="1" w:lastRow="0" w:firstColumn="1" w:lastColumn="0" w:noHBand="0" w:noVBand="1"/>
            </w:tblPr>
            <w:tblGrid>
              <w:gridCol w:w="7087"/>
            </w:tblGrid>
            <w:tr w:rsidR="005B3871" w14:paraId="347FE784" w14:textId="77777777">
              <w:trPr>
                <w:jc w:val="center"/>
              </w:trPr>
              <w:tc>
                <w:tcPr>
                  <w:tcW w:w="7087" w:type="dxa"/>
                  <w:shd w:val="clear" w:color="auto" w:fill="EDC9EA"/>
                  <w:tcMar>
                    <w:top w:w="45" w:type="dxa"/>
                    <w:left w:w="70" w:type="dxa"/>
                    <w:bottom w:w="45" w:type="dxa"/>
                    <w:right w:w="70" w:type="dxa"/>
                  </w:tcMar>
                </w:tcPr>
                <w:p w14:paraId="2B248E9D" w14:textId="77777777" w:rsidR="005B3871" w:rsidRDefault="00000000">
                  <w:pPr>
                    <w:keepNext/>
                  </w:pPr>
                  <w:r>
                    <w:rPr>
                      <w:b/>
                      <w:color w:val="000000"/>
                    </w:rPr>
                    <w:t>NAMENI UČENJA</w:t>
                  </w:r>
                </w:p>
              </w:tc>
            </w:tr>
          </w:tbl>
          <w:p w14:paraId="29E17B8F" w14:textId="77777777" w:rsidR="005B3871" w:rsidRDefault="005B3871">
            <w:pPr>
              <w:spacing w:line="20" w:lineRule="exact"/>
            </w:pPr>
          </w:p>
          <w:p w14:paraId="4A4DF72A"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2C0FD469" w14:textId="77777777" w:rsidR="005B3871" w:rsidRDefault="00000000">
            <w:pPr>
              <w:pStyle w:val="Oznaenseznam"/>
              <w:spacing w:after="16"/>
            </w:pPr>
            <w:r>
              <w:rPr>
                <w:color w:val="000000"/>
                <w:sz w:val="16"/>
              </w:rPr>
              <w:t>razlikujem telo od lika</w:t>
            </w:r>
          </w:p>
          <w:p w14:paraId="765484ED" w14:textId="77777777" w:rsidR="005B3871" w:rsidRDefault="00000000">
            <w:pPr>
              <w:pStyle w:val="Oznaenseznam"/>
              <w:spacing w:after="16"/>
            </w:pPr>
            <w:r>
              <w:rPr>
                <w:color w:val="000000"/>
                <w:sz w:val="16"/>
              </w:rPr>
              <w:t>razvrščam po obliki</w:t>
            </w:r>
          </w:p>
          <w:p w14:paraId="237C6E90" w14:textId="77777777" w:rsidR="005B3871" w:rsidRDefault="00000000">
            <w:pPr>
              <w:pStyle w:val="Oznaenseznam"/>
              <w:spacing w:after="16"/>
            </w:pPr>
            <w:r>
              <w:rPr>
                <w:color w:val="000000"/>
                <w:sz w:val="16"/>
              </w:rPr>
              <w:t>povežem predmet z geometrijsko obliko</w:t>
            </w:r>
          </w:p>
          <w:tbl>
            <w:tblPr>
              <w:tblStyle w:val="Tabelamrea"/>
              <w:tblW w:w="0" w:type="auto"/>
              <w:jc w:val="center"/>
              <w:tblLayout w:type="fixed"/>
              <w:tblLook w:val="04A0" w:firstRow="1" w:lastRow="0" w:firstColumn="1" w:lastColumn="0" w:noHBand="0" w:noVBand="1"/>
            </w:tblPr>
            <w:tblGrid>
              <w:gridCol w:w="7087"/>
            </w:tblGrid>
            <w:tr w:rsidR="005B3871" w14:paraId="5A13F46A" w14:textId="77777777">
              <w:trPr>
                <w:jc w:val="center"/>
              </w:trPr>
              <w:tc>
                <w:tcPr>
                  <w:tcW w:w="7087" w:type="dxa"/>
                  <w:shd w:val="clear" w:color="auto" w:fill="EDC9EA"/>
                  <w:tcMar>
                    <w:top w:w="45" w:type="dxa"/>
                    <w:left w:w="70" w:type="dxa"/>
                    <w:bottom w:w="45" w:type="dxa"/>
                    <w:right w:w="70" w:type="dxa"/>
                  </w:tcMar>
                </w:tcPr>
                <w:p w14:paraId="77AA4487" w14:textId="77777777" w:rsidR="005B3871" w:rsidRDefault="00000000">
                  <w:pPr>
                    <w:keepNext/>
                  </w:pPr>
                  <w:r>
                    <w:rPr>
                      <w:b/>
                      <w:color w:val="000000"/>
                    </w:rPr>
                    <w:t>PREVERJANJE PREDZNANJA</w:t>
                  </w:r>
                </w:p>
              </w:tc>
            </w:tr>
          </w:tbl>
          <w:p w14:paraId="4A946CA2" w14:textId="77777777" w:rsidR="005B3871" w:rsidRDefault="005B3871">
            <w:pPr>
              <w:spacing w:line="20" w:lineRule="exact"/>
            </w:pPr>
          </w:p>
          <w:p w14:paraId="3B1872CC" w14:textId="77777777" w:rsidR="005B3871" w:rsidRDefault="00000000">
            <w:pPr>
              <w:pStyle w:val="Oznaenseznam"/>
              <w:spacing w:after="16"/>
            </w:pPr>
            <w:r>
              <w:rPr>
                <w:color w:val="000000"/>
                <w:sz w:val="16"/>
              </w:rPr>
              <w:t>Kateri predmet je telo in katera njegova ploskev je lik?</w:t>
            </w:r>
          </w:p>
          <w:p w14:paraId="33F8BDD3" w14:textId="77777777" w:rsidR="005B3871" w:rsidRDefault="00000000">
            <w:pPr>
              <w:pStyle w:val="Oznaenseznam"/>
              <w:spacing w:after="16"/>
            </w:pPr>
            <w:r>
              <w:rPr>
                <w:color w:val="000000"/>
                <w:sz w:val="16"/>
              </w:rPr>
              <w:t>Kako na praktični postaji pokažem postopek, ne le končnega odgovora?</w:t>
            </w:r>
          </w:p>
          <w:p w14:paraId="68970697"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567B600E" w14:textId="77777777">
              <w:trPr>
                <w:jc w:val="center"/>
              </w:trPr>
              <w:tc>
                <w:tcPr>
                  <w:tcW w:w="7087" w:type="dxa"/>
                  <w:shd w:val="clear" w:color="auto" w:fill="EDC9EA"/>
                  <w:tcMar>
                    <w:top w:w="45" w:type="dxa"/>
                    <w:left w:w="70" w:type="dxa"/>
                    <w:bottom w:w="45" w:type="dxa"/>
                    <w:right w:w="70" w:type="dxa"/>
                  </w:tcMar>
                </w:tcPr>
                <w:p w14:paraId="04E4BEE1" w14:textId="77777777" w:rsidR="005B3871" w:rsidRDefault="00000000">
                  <w:pPr>
                    <w:keepNext/>
                  </w:pPr>
                  <w:r>
                    <w:rPr>
                      <w:b/>
                      <w:color w:val="000000"/>
                    </w:rPr>
                    <w:t>KRITERIJI USPEŠNOSTI</w:t>
                  </w:r>
                </w:p>
              </w:tc>
            </w:tr>
          </w:tbl>
          <w:p w14:paraId="5620DA44" w14:textId="77777777" w:rsidR="005B3871" w:rsidRDefault="005B3871"/>
          <w:p w14:paraId="45625318" w14:textId="77777777" w:rsidR="005B3871" w:rsidRDefault="00000000">
            <w:pPr>
              <w:spacing w:before="20" w:after="20" w:line="245" w:lineRule="auto"/>
            </w:pPr>
            <w:r>
              <w:rPr>
                <w:b/>
                <w:color w:val="000000"/>
                <w:sz w:val="16"/>
              </w:rPr>
              <w:t>Uspešen/-na bom, ko:</w:t>
            </w:r>
          </w:p>
          <w:p w14:paraId="681AAB3D" w14:textId="77777777" w:rsidR="005B3871" w:rsidRDefault="00000000">
            <w:pPr>
              <w:pStyle w:val="Oznaenseznam"/>
              <w:spacing w:after="16"/>
            </w:pPr>
            <w:r>
              <w:rPr>
                <w:color w:val="000000"/>
                <w:sz w:val="16"/>
              </w:rPr>
              <w:t>razlikujem telo od lika</w:t>
            </w:r>
          </w:p>
          <w:p w14:paraId="62283619" w14:textId="77777777" w:rsidR="005B3871" w:rsidRDefault="00000000">
            <w:pPr>
              <w:pStyle w:val="Oznaenseznam"/>
              <w:spacing w:after="16"/>
            </w:pPr>
            <w:r>
              <w:rPr>
                <w:color w:val="000000"/>
                <w:sz w:val="16"/>
              </w:rPr>
              <w:t>razvrščam po obliki</w:t>
            </w:r>
          </w:p>
          <w:p w14:paraId="3BB04F59" w14:textId="77777777" w:rsidR="005B3871" w:rsidRDefault="00000000">
            <w:pPr>
              <w:pStyle w:val="Oznaenseznam"/>
              <w:spacing w:after="16"/>
            </w:pPr>
            <w:r>
              <w:rPr>
                <w:color w:val="000000"/>
                <w:sz w:val="16"/>
              </w:rPr>
              <w:t>povežem predmet z geometrijsko obliko</w:t>
            </w:r>
          </w:p>
          <w:p w14:paraId="75E0E33E"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4F7AC087" w14:textId="77777777" w:rsidR="005B3871" w:rsidRDefault="005B3871"/>
          <w:p w14:paraId="3338D063"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259F3B89" w14:textId="77777777" w:rsidR="005B3871" w:rsidRDefault="00000000">
            <w:pPr>
              <w:spacing w:after="80" w:line="245" w:lineRule="auto"/>
            </w:pPr>
            <w:r>
              <w:rPr>
                <w:color w:val="000000"/>
                <w:sz w:val="16"/>
              </w:rPr>
              <w:t>Pove, pokaže ali nariše, kako bi nalogo začel. Posluša tudi drugačne strategije.</w:t>
            </w:r>
          </w:p>
          <w:p w14:paraId="68BBBAE1" w14:textId="77777777" w:rsidR="005B3871" w:rsidRDefault="00000000">
            <w:pPr>
              <w:spacing w:after="100" w:line="245" w:lineRule="auto"/>
            </w:pPr>
            <w:r>
              <w:rPr>
                <w:color w:val="000000"/>
                <w:sz w:val="16"/>
              </w:rPr>
              <w:t>Sodeluje pri razumevanju namenov in kriterijev uspešnosti.</w:t>
            </w:r>
          </w:p>
          <w:p w14:paraId="04FD27DA" w14:textId="77777777" w:rsidR="005B3871" w:rsidRDefault="00000000">
            <w:pPr>
              <w:spacing w:after="20" w:line="245" w:lineRule="auto"/>
            </w:pPr>
            <w:r>
              <w:rPr>
                <w:b/>
                <w:color w:val="D95BC6"/>
                <w:sz w:val="17"/>
              </w:rPr>
              <w:t>DOKAZ O UČENJU</w:t>
            </w:r>
          </w:p>
          <w:p w14:paraId="7EEE8F10" w14:textId="77777777" w:rsidR="005B3871" w:rsidRDefault="00000000">
            <w:pPr>
              <w:spacing w:after="30" w:line="245" w:lineRule="auto"/>
            </w:pPr>
            <w:r>
              <w:rPr>
                <w:color w:val="D95BC6"/>
                <w:sz w:val="16"/>
              </w:rPr>
              <w:t>začetna strategija, razvrstitev, model, risba, gib ali ustni odgovor</w:t>
            </w:r>
          </w:p>
        </w:tc>
      </w:tr>
    </w:tbl>
    <w:p w14:paraId="31E4693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F8F2AE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2A49A4D"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FC04E79" w14:textId="77777777" w:rsidR="005B3871" w:rsidRDefault="00000000">
            <w:pPr>
              <w:jc w:val="center"/>
            </w:pPr>
            <w:r>
              <w:rPr>
                <w:b/>
                <w:color w:val="000000"/>
                <w:sz w:val="20"/>
              </w:rPr>
              <w:t>UČNE DEJAVNOSTI, METODE IN FORMATIVNO SPREMLJANJE</w:t>
            </w:r>
          </w:p>
        </w:tc>
      </w:tr>
      <w:tr w:rsidR="005B3871" w14:paraId="6DAA89CF" w14:textId="77777777">
        <w:trPr>
          <w:tblHeader/>
          <w:jc w:val="center"/>
        </w:trPr>
        <w:tc>
          <w:tcPr>
            <w:tcW w:w="4422" w:type="dxa"/>
            <w:vMerge/>
            <w:tcMar>
              <w:top w:w="70" w:type="dxa"/>
              <w:left w:w="90" w:type="dxa"/>
              <w:bottom w:w="70" w:type="dxa"/>
              <w:right w:w="90" w:type="dxa"/>
            </w:tcMar>
            <w:vAlign w:val="center"/>
          </w:tcPr>
          <w:p w14:paraId="226DF3E7" w14:textId="77777777" w:rsidR="005B3871" w:rsidRDefault="005B3871"/>
        </w:tc>
        <w:tc>
          <w:tcPr>
            <w:tcW w:w="7087" w:type="dxa"/>
            <w:shd w:val="clear" w:color="auto" w:fill="FFFFFF"/>
            <w:tcMar>
              <w:top w:w="70" w:type="dxa"/>
              <w:left w:w="90" w:type="dxa"/>
              <w:bottom w:w="70" w:type="dxa"/>
              <w:right w:w="90" w:type="dxa"/>
            </w:tcMar>
            <w:vAlign w:val="center"/>
          </w:tcPr>
          <w:p w14:paraId="6F32B4CA"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74E9B5A" w14:textId="77777777" w:rsidR="005B3871" w:rsidRDefault="00000000">
            <w:pPr>
              <w:jc w:val="center"/>
            </w:pPr>
            <w:r>
              <w:rPr>
                <w:b/>
                <w:color w:val="000000"/>
              </w:rPr>
              <w:t>UČENEC</w:t>
            </w:r>
          </w:p>
        </w:tc>
      </w:tr>
      <w:tr w:rsidR="005B3871" w14:paraId="5AB0033B" w14:textId="77777777">
        <w:trPr>
          <w:jc w:val="center"/>
        </w:trPr>
        <w:tc>
          <w:tcPr>
            <w:tcW w:w="4422" w:type="dxa"/>
            <w:tcMar>
              <w:top w:w="70" w:type="dxa"/>
              <w:left w:w="90" w:type="dxa"/>
              <w:bottom w:w="70" w:type="dxa"/>
              <w:right w:w="90" w:type="dxa"/>
            </w:tcMar>
          </w:tcPr>
          <w:p w14:paraId="4275BA4B" w14:textId="77777777" w:rsidR="005B3871" w:rsidRDefault="005B3871"/>
          <w:p w14:paraId="39789EE5" w14:textId="77777777" w:rsidR="005B3871" w:rsidRDefault="00000000">
            <w:pPr>
              <w:spacing w:after="40" w:line="245" w:lineRule="auto"/>
            </w:pPr>
            <w:r>
              <w:rPr>
                <w:b/>
                <w:color w:val="000000"/>
              </w:rPr>
              <w:t>KLJUČNI POJMI</w:t>
            </w:r>
          </w:p>
          <w:p w14:paraId="63749440" w14:textId="77777777" w:rsidR="005B3871" w:rsidRDefault="00000000">
            <w:pPr>
              <w:spacing w:after="60" w:line="245" w:lineRule="auto"/>
            </w:pPr>
            <w:r>
              <w:rPr>
                <w:color w:val="000000"/>
                <w:sz w:val="16"/>
              </w:rPr>
              <w:t>telo, lik, merjenje, nestandardna enota, pot, levo, desno, prikaz, podatek, dokaz</w:t>
            </w:r>
          </w:p>
          <w:p w14:paraId="0A684C05" w14:textId="77777777" w:rsidR="005B3871" w:rsidRDefault="00000000">
            <w:pPr>
              <w:spacing w:after="20" w:line="245" w:lineRule="auto"/>
            </w:pPr>
            <w:r>
              <w:rPr>
                <w:b/>
                <w:color w:val="000000"/>
                <w:sz w:val="17"/>
              </w:rPr>
              <w:t>DOKAZI O UČENJU</w:t>
            </w:r>
          </w:p>
          <w:p w14:paraId="5E391D74" w14:textId="77777777" w:rsidR="005B3871" w:rsidRDefault="00000000">
            <w:pPr>
              <w:pStyle w:val="Oznaenseznam"/>
              <w:spacing w:after="16"/>
            </w:pPr>
            <w:r>
              <w:rPr>
                <w:color w:val="000000"/>
                <w:sz w:val="16"/>
              </w:rPr>
              <w:t>razvrstitev teles in likov z razlago</w:t>
            </w:r>
          </w:p>
          <w:p w14:paraId="502BC97A" w14:textId="77777777" w:rsidR="005B3871" w:rsidRDefault="00000000">
            <w:pPr>
              <w:pStyle w:val="Oznaenseznam"/>
              <w:spacing w:after="16"/>
            </w:pPr>
            <w:r>
              <w:rPr>
                <w:color w:val="000000"/>
                <w:sz w:val="16"/>
              </w:rPr>
              <w:t>praktična meritev in izvedena pot</w:t>
            </w:r>
          </w:p>
          <w:p w14:paraId="3ADD1B19" w14:textId="77777777" w:rsidR="005B3871" w:rsidRDefault="00000000">
            <w:pPr>
              <w:pStyle w:val="Oznaenseznam"/>
              <w:spacing w:after="16"/>
            </w:pPr>
            <w:r>
              <w:rPr>
                <w:color w:val="000000"/>
                <w:sz w:val="16"/>
              </w:rPr>
              <w:t>prikaz podatkov, ustna razlaga in samovrednotenje</w:t>
            </w:r>
          </w:p>
          <w:p w14:paraId="4F655663" w14:textId="77777777" w:rsidR="005B3871" w:rsidRDefault="00000000">
            <w:pPr>
              <w:spacing w:before="40" w:after="20" w:line="245" w:lineRule="auto"/>
            </w:pPr>
            <w:r>
              <w:rPr>
                <w:b/>
                <w:color w:val="000000"/>
                <w:sz w:val="17"/>
              </w:rPr>
              <w:t>MEDPREDMETNA POVEZAVA</w:t>
            </w:r>
          </w:p>
          <w:p w14:paraId="7DAFF8AA" w14:textId="77777777" w:rsidR="005B3871" w:rsidRDefault="00000000">
            <w:pPr>
              <w:spacing w:after="60" w:line="245" w:lineRule="auto"/>
            </w:pPr>
            <w:r>
              <w:rPr>
                <w:color w:val="000000"/>
                <w:sz w:val="16"/>
              </w:rPr>
              <w:t>SLJ – ustna razlaga; SPO – pomladni predmeti; ŠPO – talna pot; LUM – geometrijske oblike</w:t>
            </w:r>
          </w:p>
          <w:p w14:paraId="62E396C1" w14:textId="77777777" w:rsidR="005B3871" w:rsidRDefault="00000000">
            <w:pPr>
              <w:spacing w:after="20" w:line="245" w:lineRule="auto"/>
            </w:pPr>
            <w:r>
              <w:rPr>
                <w:b/>
                <w:color w:val="000000"/>
                <w:sz w:val="17"/>
              </w:rPr>
              <w:t>POUČEVANJE V GIBANJU</w:t>
            </w:r>
          </w:p>
          <w:p w14:paraId="501B53D6"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436C1DE5" w14:textId="77777777" w:rsidR="005B3871" w:rsidRDefault="00000000">
            <w:pPr>
              <w:spacing w:after="20" w:line="245" w:lineRule="auto"/>
            </w:pPr>
            <w:r>
              <w:rPr>
                <w:b/>
                <w:color w:val="000000"/>
                <w:sz w:val="17"/>
              </w:rPr>
              <w:t>DELO PO POSTAJAH</w:t>
            </w:r>
          </w:p>
          <w:p w14:paraId="25C3BC46" w14:textId="77777777" w:rsidR="005B3871" w:rsidRDefault="00000000">
            <w:pPr>
              <w:spacing w:after="60" w:line="245" w:lineRule="auto"/>
            </w:pPr>
            <w:r>
              <w:rPr>
                <w:color w:val="000000"/>
                <w:sz w:val="15"/>
              </w:rPr>
              <w:t>Načrtovana rotacija: konkretno-izkušenjska – Geometrijski uvod; gibalna/sodelovalna – Ocenjevalni postaji: merjenje in pot; slikovno-simbolna – Ocenjevalna postaja: podatki. Pri pisnem ocenjevanju se postaje izvedejo v pripravi, analizi in ponovnem učenju.</w:t>
            </w:r>
          </w:p>
          <w:p w14:paraId="611A9A5A" w14:textId="77777777" w:rsidR="005B3871" w:rsidRDefault="00000000">
            <w:pPr>
              <w:spacing w:after="20" w:line="245" w:lineRule="auto"/>
            </w:pPr>
            <w:r>
              <w:rPr>
                <w:b/>
                <w:color w:val="000000"/>
                <w:sz w:val="17"/>
              </w:rPr>
              <w:t>DIFERENCIACIJA IN VKLJUČEVANJE</w:t>
            </w:r>
          </w:p>
          <w:p w14:paraId="54A04F21"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25087610" w14:textId="77777777" w:rsidR="005B3871" w:rsidRDefault="00000000">
            <w:pPr>
              <w:spacing w:after="20" w:line="245" w:lineRule="auto"/>
            </w:pPr>
            <w:r>
              <w:rPr>
                <w:b/>
                <w:color w:val="000000"/>
                <w:sz w:val="17"/>
              </w:rPr>
              <w:t>SPREMLJANJE</w:t>
            </w:r>
          </w:p>
          <w:p w14:paraId="50A60BD1"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0D20401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448B79A" w14:textId="77777777">
              <w:trPr>
                <w:jc w:val="center"/>
              </w:trPr>
              <w:tc>
                <w:tcPr>
                  <w:tcW w:w="7087" w:type="dxa"/>
                  <w:shd w:val="clear" w:color="auto" w:fill="C6E7F3"/>
                  <w:tcMar>
                    <w:top w:w="45" w:type="dxa"/>
                    <w:left w:w="70" w:type="dxa"/>
                    <w:bottom w:w="45" w:type="dxa"/>
                    <w:right w:w="70" w:type="dxa"/>
                  </w:tcMar>
                </w:tcPr>
                <w:p w14:paraId="2948AE05" w14:textId="77777777" w:rsidR="005B3871" w:rsidRDefault="00000000">
                  <w:pPr>
                    <w:keepNext/>
                  </w:pPr>
                  <w:r>
                    <w:rPr>
                      <w:b/>
                      <w:color w:val="000000"/>
                    </w:rPr>
                    <w:t>GLAVNI DEL – IZKUŠENJSKO IN PROBLEMSKO UČENJE (3 šolske ure)</w:t>
                  </w:r>
                </w:p>
              </w:tc>
            </w:tr>
          </w:tbl>
          <w:p w14:paraId="54B87B37" w14:textId="77777777" w:rsidR="005B3871" w:rsidRDefault="005B3871">
            <w:pPr>
              <w:spacing w:line="20" w:lineRule="exact"/>
            </w:pPr>
          </w:p>
          <w:p w14:paraId="445BD8E1" w14:textId="77777777" w:rsidR="005B3871" w:rsidRDefault="00000000">
            <w:pPr>
              <w:keepNext/>
              <w:spacing w:before="40" w:after="10" w:line="245" w:lineRule="auto"/>
            </w:pPr>
            <w:r>
              <w:rPr>
                <w:b/>
                <w:color w:val="000000"/>
                <w:sz w:val="17"/>
              </w:rPr>
              <w:t>1. URA – Geometrijski uvod</w:t>
            </w:r>
          </w:p>
          <w:p w14:paraId="129BF8CC" w14:textId="77777777" w:rsidR="005B3871" w:rsidRDefault="00000000">
            <w:pPr>
              <w:spacing w:after="14" w:line="245" w:lineRule="auto"/>
            </w:pPr>
            <w:r>
              <w:rPr>
                <w:b/>
                <w:color w:val="000000"/>
                <w:sz w:val="16"/>
              </w:rPr>
              <w:t xml:space="preserve">Dejavnost učiteljice: </w:t>
            </w:r>
            <w:r>
              <w:rPr>
                <w:color w:val="000000"/>
                <w:sz w:val="16"/>
              </w:rPr>
              <w:t>Ponudi telesa, like in predmete iz okolja ter hitro formativno preveri poimenovanje in razvrščanje.</w:t>
            </w:r>
          </w:p>
          <w:p w14:paraId="04A46169" w14:textId="77777777" w:rsidR="005B3871" w:rsidRDefault="00000000">
            <w:pPr>
              <w:spacing w:after="14" w:line="245" w:lineRule="auto"/>
            </w:pPr>
            <w:r>
              <w:rPr>
                <w:b/>
                <w:color w:val="000000"/>
                <w:sz w:val="16"/>
              </w:rPr>
              <w:t xml:space="preserve">Dejavnost učencev: </w:t>
            </w:r>
            <w:r>
              <w:rPr>
                <w:color w:val="000000"/>
                <w:sz w:val="16"/>
              </w:rPr>
              <w:t>Predmet povežejo s telesom ali likom in eno odločitev pojasnijo.</w:t>
            </w:r>
          </w:p>
          <w:p w14:paraId="3139AE92" w14:textId="77777777" w:rsidR="005B3871" w:rsidRDefault="00000000">
            <w:pPr>
              <w:spacing w:after="24" w:line="245" w:lineRule="auto"/>
            </w:pPr>
            <w:r>
              <w:rPr>
                <w:i/>
                <w:color w:val="D95BC6"/>
                <w:sz w:val="16"/>
              </w:rPr>
              <w:t>Predvideni dokaz: razvrstitev teles in likov z razlago.</w:t>
            </w:r>
          </w:p>
          <w:p w14:paraId="0CEADE13" w14:textId="77777777" w:rsidR="005B3871" w:rsidRDefault="00000000">
            <w:pPr>
              <w:keepNext/>
              <w:spacing w:before="40" w:after="10" w:line="245" w:lineRule="auto"/>
            </w:pPr>
            <w:r>
              <w:rPr>
                <w:b/>
                <w:color w:val="000000"/>
                <w:sz w:val="17"/>
              </w:rPr>
              <w:t>2. URA – Ocenjevalni postaji: merjenje in pot</w:t>
            </w:r>
          </w:p>
          <w:p w14:paraId="295639DF" w14:textId="77777777" w:rsidR="005B3871" w:rsidRDefault="00000000">
            <w:pPr>
              <w:spacing w:after="14" w:line="245" w:lineRule="auto"/>
            </w:pPr>
            <w:r>
              <w:rPr>
                <w:b/>
                <w:color w:val="000000"/>
                <w:sz w:val="16"/>
              </w:rPr>
              <w:t xml:space="preserve">Dejavnost učiteljice: </w:t>
            </w:r>
            <w:r>
              <w:rPr>
                <w:color w:val="000000"/>
                <w:sz w:val="16"/>
              </w:rPr>
              <w:t>Individualno opazuje merjenje z nestandardno enoto ter sledenje poti po navodilu; uporablja enotne opisne kriterije.</w:t>
            </w:r>
          </w:p>
          <w:p w14:paraId="6BF6F7FA" w14:textId="77777777" w:rsidR="005B3871" w:rsidRDefault="00000000">
            <w:pPr>
              <w:spacing w:after="14" w:line="245" w:lineRule="auto"/>
            </w:pPr>
            <w:r>
              <w:rPr>
                <w:b/>
                <w:color w:val="000000"/>
                <w:sz w:val="16"/>
              </w:rPr>
              <w:t xml:space="preserve">Dejavnost učencev: </w:t>
            </w:r>
            <w:r>
              <w:rPr>
                <w:color w:val="000000"/>
                <w:sz w:val="16"/>
              </w:rPr>
              <w:t>Izmerijo izbrano dolžino brez vrzeli, nato sledijo ali opišejo pot s prostorskimi izrazi.</w:t>
            </w:r>
          </w:p>
          <w:p w14:paraId="7C941519" w14:textId="77777777" w:rsidR="005B3871" w:rsidRDefault="00000000">
            <w:pPr>
              <w:spacing w:after="24" w:line="245" w:lineRule="auto"/>
            </w:pPr>
            <w:r>
              <w:rPr>
                <w:i/>
                <w:color w:val="D95BC6"/>
                <w:sz w:val="16"/>
              </w:rPr>
              <w:t>Predvideni dokaz: praktična meritev in izvedena pot.</w:t>
            </w:r>
          </w:p>
          <w:p w14:paraId="57FA53D8" w14:textId="77777777" w:rsidR="005B3871" w:rsidRDefault="00000000">
            <w:pPr>
              <w:keepNext/>
              <w:spacing w:before="40" w:after="10" w:line="245" w:lineRule="auto"/>
            </w:pPr>
            <w:r>
              <w:rPr>
                <w:b/>
                <w:color w:val="000000"/>
                <w:sz w:val="17"/>
              </w:rPr>
              <w:t>3. URA – Ocenjevalna postaja: podatki</w:t>
            </w:r>
          </w:p>
          <w:p w14:paraId="396F77BC" w14:textId="77777777" w:rsidR="005B3871" w:rsidRDefault="00000000">
            <w:pPr>
              <w:spacing w:after="14" w:line="245" w:lineRule="auto"/>
            </w:pPr>
            <w:r>
              <w:rPr>
                <w:b/>
                <w:color w:val="000000"/>
                <w:sz w:val="16"/>
              </w:rPr>
              <w:t xml:space="preserve">Dejavnost učiteljice: </w:t>
            </w:r>
            <w:r>
              <w:rPr>
                <w:color w:val="000000"/>
                <w:sz w:val="16"/>
              </w:rPr>
              <w:t>Ponudi preprost prikaz ali majhen nabor podatkov ter zastavi primerljiva vprašanja.</w:t>
            </w:r>
          </w:p>
          <w:p w14:paraId="04514137" w14:textId="77777777" w:rsidR="005B3871" w:rsidRDefault="00000000">
            <w:pPr>
              <w:spacing w:after="14" w:line="245" w:lineRule="auto"/>
            </w:pPr>
            <w:r>
              <w:rPr>
                <w:b/>
                <w:color w:val="000000"/>
                <w:sz w:val="16"/>
              </w:rPr>
              <w:t xml:space="preserve">Dejavnost učencev: </w:t>
            </w:r>
            <w:r>
              <w:rPr>
                <w:color w:val="000000"/>
                <w:sz w:val="16"/>
              </w:rPr>
              <w:t>Preberejo podatek, dopolnijo prikaz in ustno razložijo ugotovitev; nato se samovrednotijo.</w:t>
            </w:r>
          </w:p>
          <w:p w14:paraId="3C3F8D42" w14:textId="77777777" w:rsidR="005B3871" w:rsidRDefault="00000000">
            <w:pPr>
              <w:spacing w:after="24" w:line="245" w:lineRule="auto"/>
            </w:pPr>
            <w:r>
              <w:rPr>
                <w:i/>
                <w:color w:val="D95BC6"/>
                <w:sz w:val="16"/>
              </w:rPr>
              <w:t>Predvideni dokaz: prikaz podatkov, ustna razlaga in samovrednotenje.</w:t>
            </w:r>
          </w:p>
          <w:tbl>
            <w:tblPr>
              <w:tblStyle w:val="Tabelamrea"/>
              <w:tblW w:w="0" w:type="auto"/>
              <w:jc w:val="center"/>
              <w:tblLayout w:type="fixed"/>
              <w:tblLook w:val="04A0" w:firstRow="1" w:lastRow="0" w:firstColumn="1" w:lastColumn="0" w:noHBand="0" w:noVBand="1"/>
            </w:tblPr>
            <w:tblGrid>
              <w:gridCol w:w="7087"/>
            </w:tblGrid>
            <w:tr w:rsidR="005B3871" w14:paraId="3DCC297D" w14:textId="77777777">
              <w:trPr>
                <w:jc w:val="center"/>
              </w:trPr>
              <w:tc>
                <w:tcPr>
                  <w:tcW w:w="7087" w:type="dxa"/>
                  <w:shd w:val="clear" w:color="auto" w:fill="EDC9EA"/>
                  <w:tcMar>
                    <w:top w:w="45" w:type="dxa"/>
                    <w:left w:w="70" w:type="dxa"/>
                    <w:bottom w:w="45" w:type="dxa"/>
                    <w:right w:w="70" w:type="dxa"/>
                  </w:tcMar>
                </w:tcPr>
                <w:p w14:paraId="6D1AF23E" w14:textId="77777777" w:rsidR="005B3871" w:rsidRDefault="00000000">
                  <w:pPr>
                    <w:keepNext/>
                  </w:pPr>
                  <w:r>
                    <w:rPr>
                      <w:b/>
                      <w:color w:val="000000"/>
                    </w:rPr>
                    <w:t>POVRATNA INFORMACIJA UČITELJICE MED DELOM</w:t>
                  </w:r>
                </w:p>
              </w:tc>
            </w:tr>
          </w:tbl>
          <w:p w14:paraId="5C6068B7" w14:textId="77777777" w:rsidR="005B3871" w:rsidRDefault="005B3871"/>
          <w:p w14:paraId="799E192E"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4138FEB5" w14:textId="77777777" w:rsidR="005B3871" w:rsidRDefault="005B3871"/>
          <w:p w14:paraId="42904F7A" w14:textId="77777777" w:rsidR="005B3871" w:rsidRDefault="00000000">
            <w:pPr>
              <w:spacing w:after="10" w:line="245" w:lineRule="auto"/>
            </w:pPr>
            <w:r>
              <w:rPr>
                <w:b/>
                <w:color w:val="000000"/>
                <w:sz w:val="16"/>
              </w:rPr>
              <w:t>1. URA</w:t>
            </w:r>
          </w:p>
          <w:p w14:paraId="3545E079" w14:textId="77777777" w:rsidR="005B3871" w:rsidRDefault="00000000">
            <w:pPr>
              <w:spacing w:after="30" w:line="245" w:lineRule="auto"/>
            </w:pPr>
            <w:r>
              <w:rPr>
                <w:color w:val="000000"/>
                <w:sz w:val="16"/>
              </w:rPr>
              <w:t>Predmet povežejo s telesom ali likom in eno odločitev pojasnijo.</w:t>
            </w:r>
          </w:p>
          <w:p w14:paraId="54C1640A" w14:textId="77777777" w:rsidR="005B3871" w:rsidRDefault="00000000">
            <w:pPr>
              <w:spacing w:line="245" w:lineRule="auto"/>
            </w:pPr>
            <w:r>
              <w:rPr>
                <w:b/>
                <w:color w:val="D95BC6"/>
                <w:sz w:val="16"/>
              </w:rPr>
              <w:t>DOKAZ</w:t>
            </w:r>
          </w:p>
          <w:p w14:paraId="1A27A48F" w14:textId="77777777" w:rsidR="005B3871" w:rsidRDefault="00000000">
            <w:pPr>
              <w:spacing w:after="40" w:line="245" w:lineRule="auto"/>
            </w:pPr>
            <w:r>
              <w:rPr>
                <w:color w:val="D95BC6"/>
                <w:sz w:val="15"/>
              </w:rPr>
              <w:t>razvrstitev teles in likov z razlago</w:t>
            </w:r>
          </w:p>
          <w:p w14:paraId="7DE0BC04" w14:textId="77777777" w:rsidR="005B3871" w:rsidRDefault="00000000">
            <w:pPr>
              <w:spacing w:after="10" w:line="245" w:lineRule="auto"/>
            </w:pPr>
            <w:r>
              <w:rPr>
                <w:b/>
                <w:color w:val="000000"/>
                <w:sz w:val="16"/>
              </w:rPr>
              <w:t>2. URA</w:t>
            </w:r>
          </w:p>
          <w:p w14:paraId="3199DCE4" w14:textId="77777777" w:rsidR="005B3871" w:rsidRDefault="00000000">
            <w:pPr>
              <w:spacing w:after="30" w:line="245" w:lineRule="auto"/>
            </w:pPr>
            <w:r>
              <w:rPr>
                <w:color w:val="000000"/>
                <w:sz w:val="16"/>
              </w:rPr>
              <w:t>Izmerijo izbrano dolžino brez vrzeli, nato sledijo ali opišejo pot s prostorskimi izrazi.</w:t>
            </w:r>
          </w:p>
          <w:p w14:paraId="76BBDEFB" w14:textId="77777777" w:rsidR="005B3871" w:rsidRDefault="00000000">
            <w:pPr>
              <w:spacing w:line="245" w:lineRule="auto"/>
            </w:pPr>
            <w:r>
              <w:rPr>
                <w:b/>
                <w:color w:val="D95BC6"/>
                <w:sz w:val="16"/>
              </w:rPr>
              <w:t>DOKAZ</w:t>
            </w:r>
          </w:p>
          <w:p w14:paraId="20664051" w14:textId="77777777" w:rsidR="005B3871" w:rsidRDefault="00000000">
            <w:pPr>
              <w:spacing w:after="40" w:line="245" w:lineRule="auto"/>
            </w:pPr>
            <w:r>
              <w:rPr>
                <w:color w:val="D95BC6"/>
                <w:sz w:val="15"/>
              </w:rPr>
              <w:t>praktična meritev in izvedena pot</w:t>
            </w:r>
          </w:p>
          <w:p w14:paraId="0DBE2418" w14:textId="77777777" w:rsidR="005B3871" w:rsidRDefault="00000000">
            <w:pPr>
              <w:spacing w:after="10" w:line="245" w:lineRule="auto"/>
            </w:pPr>
            <w:r>
              <w:rPr>
                <w:b/>
                <w:color w:val="000000"/>
                <w:sz w:val="16"/>
              </w:rPr>
              <w:t>3. URA</w:t>
            </w:r>
          </w:p>
          <w:p w14:paraId="527B56D4" w14:textId="77777777" w:rsidR="005B3871" w:rsidRDefault="00000000">
            <w:pPr>
              <w:spacing w:after="30" w:line="245" w:lineRule="auto"/>
            </w:pPr>
            <w:r>
              <w:rPr>
                <w:color w:val="000000"/>
                <w:sz w:val="16"/>
              </w:rPr>
              <w:t>Preberejo podatek, dopolnijo prikaz in ustno razložijo ugotovitev; nato se samovrednotijo.</w:t>
            </w:r>
          </w:p>
          <w:p w14:paraId="60BEE000" w14:textId="77777777" w:rsidR="005B3871" w:rsidRDefault="00000000">
            <w:pPr>
              <w:spacing w:line="245" w:lineRule="auto"/>
            </w:pPr>
            <w:r>
              <w:rPr>
                <w:b/>
                <w:color w:val="D95BC6"/>
                <w:sz w:val="16"/>
              </w:rPr>
              <w:t>DOKAZ</w:t>
            </w:r>
          </w:p>
          <w:p w14:paraId="15A449CD" w14:textId="77777777" w:rsidR="005B3871" w:rsidRDefault="00000000">
            <w:pPr>
              <w:spacing w:after="40" w:line="245" w:lineRule="auto"/>
            </w:pPr>
            <w:r>
              <w:rPr>
                <w:color w:val="D95BC6"/>
                <w:sz w:val="15"/>
              </w:rPr>
              <w:t>prikaz podatkov, ustna razlaga in samovrednotenje</w:t>
            </w:r>
          </w:p>
        </w:tc>
      </w:tr>
    </w:tbl>
    <w:p w14:paraId="2D78CC6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517101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E460FFE"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0E039D3" w14:textId="77777777" w:rsidR="005B3871" w:rsidRDefault="00000000">
            <w:pPr>
              <w:jc w:val="center"/>
            </w:pPr>
            <w:r>
              <w:rPr>
                <w:b/>
                <w:color w:val="000000"/>
                <w:sz w:val="20"/>
              </w:rPr>
              <w:t>UČNE DEJAVNOSTI, METODE IN FORMATIVNO SPREMLJANJE</w:t>
            </w:r>
          </w:p>
        </w:tc>
      </w:tr>
      <w:tr w:rsidR="005B3871" w14:paraId="5404676B" w14:textId="77777777">
        <w:trPr>
          <w:tblHeader/>
          <w:jc w:val="center"/>
        </w:trPr>
        <w:tc>
          <w:tcPr>
            <w:tcW w:w="4422" w:type="dxa"/>
            <w:vMerge/>
            <w:tcMar>
              <w:top w:w="70" w:type="dxa"/>
              <w:left w:w="90" w:type="dxa"/>
              <w:bottom w:w="70" w:type="dxa"/>
              <w:right w:w="90" w:type="dxa"/>
            </w:tcMar>
            <w:vAlign w:val="center"/>
          </w:tcPr>
          <w:p w14:paraId="00D23F25" w14:textId="77777777" w:rsidR="005B3871" w:rsidRDefault="005B3871"/>
        </w:tc>
        <w:tc>
          <w:tcPr>
            <w:tcW w:w="7087" w:type="dxa"/>
            <w:shd w:val="clear" w:color="auto" w:fill="FFFFFF"/>
            <w:tcMar>
              <w:top w:w="70" w:type="dxa"/>
              <w:left w:w="90" w:type="dxa"/>
              <w:bottom w:w="70" w:type="dxa"/>
              <w:right w:w="90" w:type="dxa"/>
            </w:tcMar>
            <w:vAlign w:val="center"/>
          </w:tcPr>
          <w:p w14:paraId="1CCD25AB"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52ABF95" w14:textId="77777777" w:rsidR="005B3871" w:rsidRDefault="00000000">
            <w:pPr>
              <w:jc w:val="center"/>
            </w:pPr>
            <w:r>
              <w:rPr>
                <w:b/>
                <w:color w:val="000000"/>
              </w:rPr>
              <w:t>UČENEC</w:t>
            </w:r>
          </w:p>
        </w:tc>
      </w:tr>
      <w:tr w:rsidR="005B3871" w14:paraId="5656977F" w14:textId="77777777">
        <w:trPr>
          <w:jc w:val="center"/>
        </w:trPr>
        <w:tc>
          <w:tcPr>
            <w:tcW w:w="4422" w:type="dxa"/>
            <w:tcMar>
              <w:top w:w="70" w:type="dxa"/>
              <w:left w:w="90" w:type="dxa"/>
              <w:bottom w:w="70" w:type="dxa"/>
              <w:right w:w="90" w:type="dxa"/>
            </w:tcMar>
          </w:tcPr>
          <w:p w14:paraId="4800637A" w14:textId="77777777" w:rsidR="005B3871" w:rsidRDefault="005B3871"/>
          <w:p w14:paraId="51F51B2E" w14:textId="77777777" w:rsidR="005B3871" w:rsidRDefault="00000000">
            <w:pPr>
              <w:spacing w:after="40" w:line="245" w:lineRule="auto"/>
            </w:pPr>
            <w:r>
              <w:rPr>
                <w:b/>
                <w:color w:val="000000"/>
              </w:rPr>
              <w:t>FORMATIVNO SPREMLJANJE</w:t>
            </w:r>
          </w:p>
          <w:p w14:paraId="4320A813" w14:textId="77777777" w:rsidR="005B3871" w:rsidRDefault="00000000">
            <w:pPr>
              <w:pStyle w:val="Oznaenseznam"/>
              <w:spacing w:after="16"/>
            </w:pPr>
            <w:r>
              <w:rPr>
                <w:color w:val="000000"/>
                <w:sz w:val="16"/>
              </w:rPr>
              <w:t>predznanje: začetna strategija, ocena, razvrstitev, model ali risba</w:t>
            </w:r>
          </w:p>
          <w:p w14:paraId="56DCBE1D" w14:textId="77777777" w:rsidR="005B3871" w:rsidRDefault="00000000">
            <w:pPr>
              <w:pStyle w:val="Oznaenseznam"/>
              <w:spacing w:after="16"/>
            </w:pPr>
            <w:r>
              <w:rPr>
                <w:color w:val="000000"/>
                <w:sz w:val="16"/>
              </w:rPr>
              <w:t>dokazi med učenjem: konkretni, gibalni, slikovni in simbolni prikaz ter razlaga postopka</w:t>
            </w:r>
          </w:p>
          <w:p w14:paraId="6D7636E0" w14:textId="77777777" w:rsidR="005B3871" w:rsidRDefault="00000000">
            <w:pPr>
              <w:pStyle w:val="Oznaenseznam"/>
              <w:spacing w:after="16"/>
            </w:pPr>
            <w:r>
              <w:rPr>
                <w:color w:val="000000"/>
                <w:sz w:val="16"/>
              </w:rPr>
              <w:t>povratna informacija: konkretna, vezana na kriterij in usmerjena v preverjanje ali naslednji korak</w:t>
            </w:r>
          </w:p>
          <w:p w14:paraId="6B240F22" w14:textId="77777777" w:rsidR="005B3871" w:rsidRDefault="00000000">
            <w:pPr>
              <w:pStyle w:val="Oznaenseznam"/>
              <w:spacing w:after="16"/>
            </w:pPr>
            <w:r>
              <w:rPr>
                <w:color w:val="000000"/>
                <w:sz w:val="16"/>
              </w:rPr>
              <w:t>samovrednotenje: semafor, lestvica samostojnosti, izbrani dokaz ali kratka poved</w:t>
            </w:r>
          </w:p>
          <w:p w14:paraId="61656A95" w14:textId="77777777" w:rsidR="005B3871" w:rsidRDefault="00000000">
            <w:pPr>
              <w:spacing w:before="40" w:after="20" w:line="245" w:lineRule="auto"/>
            </w:pPr>
            <w:r>
              <w:rPr>
                <w:b/>
                <w:color w:val="000000"/>
                <w:sz w:val="17"/>
              </w:rPr>
              <w:t>VARNOST IN ODGOVORNOST</w:t>
            </w:r>
          </w:p>
          <w:p w14:paraId="0AB6D13D"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2285D559" w14:textId="77777777" w:rsidR="005B3871" w:rsidRDefault="00000000">
            <w:pPr>
              <w:spacing w:after="20" w:line="245" w:lineRule="auto"/>
            </w:pPr>
            <w:r>
              <w:rPr>
                <w:b/>
                <w:color w:val="000000"/>
                <w:sz w:val="17"/>
              </w:rPr>
              <w:t>EVIDENCA PO IZVEDBI</w:t>
            </w:r>
          </w:p>
          <w:p w14:paraId="0356760D"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26FB857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5A30810" w14:textId="77777777">
              <w:trPr>
                <w:jc w:val="center"/>
              </w:trPr>
              <w:tc>
                <w:tcPr>
                  <w:tcW w:w="7087" w:type="dxa"/>
                  <w:shd w:val="clear" w:color="auto" w:fill="EDC9EA"/>
                  <w:tcMar>
                    <w:top w:w="45" w:type="dxa"/>
                    <w:left w:w="70" w:type="dxa"/>
                    <w:bottom w:w="45" w:type="dxa"/>
                    <w:right w:w="70" w:type="dxa"/>
                  </w:tcMar>
                </w:tcPr>
                <w:p w14:paraId="1A3C4801" w14:textId="77777777" w:rsidR="005B3871" w:rsidRDefault="00000000">
                  <w:pPr>
                    <w:keepNext/>
                  </w:pPr>
                  <w:r>
                    <w:rPr>
                      <w:b/>
                      <w:color w:val="000000"/>
                    </w:rPr>
                    <w:t>VPRAŠANJA V PODPORO MATEMATIČNEMU UČENJU</w:t>
                  </w:r>
                </w:p>
              </w:tc>
            </w:tr>
          </w:tbl>
          <w:p w14:paraId="2A78FC0B" w14:textId="77777777" w:rsidR="005B3871" w:rsidRDefault="005B3871">
            <w:pPr>
              <w:spacing w:line="20" w:lineRule="exact"/>
            </w:pPr>
          </w:p>
          <w:p w14:paraId="7E6A0E9B" w14:textId="77777777" w:rsidR="005B3871" w:rsidRDefault="00000000">
            <w:pPr>
              <w:pStyle w:val="Oznaenseznam"/>
              <w:spacing w:after="16"/>
            </w:pPr>
            <w:r>
              <w:rPr>
                <w:color w:val="000000"/>
                <w:sz w:val="16"/>
              </w:rPr>
              <w:t>Kaj v tvojem modelu, risbi ali zapisu predstavlja posamezni del naloge?</w:t>
            </w:r>
          </w:p>
          <w:p w14:paraId="45BF3DA1" w14:textId="77777777" w:rsidR="005B3871" w:rsidRDefault="00000000">
            <w:pPr>
              <w:pStyle w:val="Oznaenseznam"/>
              <w:spacing w:after="16"/>
            </w:pPr>
            <w:r>
              <w:rPr>
                <w:color w:val="000000"/>
                <w:sz w:val="16"/>
              </w:rPr>
              <w:t>Kako si prišel/-la do rešitve in kako veš, da je smiselna?</w:t>
            </w:r>
          </w:p>
          <w:p w14:paraId="54AC23ED" w14:textId="77777777" w:rsidR="005B3871" w:rsidRDefault="00000000">
            <w:pPr>
              <w:pStyle w:val="Oznaenseznam"/>
              <w:spacing w:after="16"/>
            </w:pPr>
            <w:r>
              <w:rPr>
                <w:color w:val="000000"/>
                <w:sz w:val="16"/>
              </w:rPr>
              <w:t>Ali lahko isto pokažeš še s predmetom, gibanjem, risbo ali drugim zapisom?</w:t>
            </w:r>
          </w:p>
          <w:p w14:paraId="6AEB1E27" w14:textId="77777777" w:rsidR="005B3871" w:rsidRDefault="00000000">
            <w:pPr>
              <w:pStyle w:val="Oznaenseznam"/>
              <w:spacing w:after="16"/>
            </w:pPr>
            <w:r>
              <w:rPr>
                <w:color w:val="000000"/>
                <w:sz w:val="16"/>
              </w:rPr>
              <w:t>Kje bi se lahko zmotil/-a in kako boš rešitev preveril/-a?</w:t>
            </w:r>
          </w:p>
          <w:p w14:paraId="58F09CF3"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2C9D8D1A" w14:textId="77777777">
              <w:trPr>
                <w:jc w:val="center"/>
              </w:trPr>
              <w:tc>
                <w:tcPr>
                  <w:tcW w:w="7087" w:type="dxa"/>
                  <w:shd w:val="clear" w:color="auto" w:fill="C6E7F3"/>
                  <w:tcMar>
                    <w:top w:w="45" w:type="dxa"/>
                    <w:left w:w="70" w:type="dxa"/>
                    <w:bottom w:w="45" w:type="dxa"/>
                    <w:right w:w="70" w:type="dxa"/>
                  </w:tcMar>
                </w:tcPr>
                <w:p w14:paraId="21C20DF1" w14:textId="77777777" w:rsidR="005B3871" w:rsidRDefault="00000000">
                  <w:pPr>
                    <w:keepNext/>
                  </w:pPr>
                  <w:r>
                    <w:rPr>
                      <w:b/>
                      <w:color w:val="000000"/>
                    </w:rPr>
                    <w:t>ZAKLJUČNI DEL – UTRJEVANJE IN REFLEKSIJA (10–15 min)</w:t>
                  </w:r>
                </w:p>
              </w:tc>
            </w:tr>
          </w:tbl>
          <w:p w14:paraId="333ADAEA" w14:textId="77777777" w:rsidR="005B3871" w:rsidRDefault="005B3871">
            <w:pPr>
              <w:spacing w:line="20" w:lineRule="exact"/>
            </w:pPr>
          </w:p>
          <w:p w14:paraId="73ED0CE2"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6B9D4D9D" w14:textId="77777777">
              <w:trPr>
                <w:jc w:val="center"/>
              </w:trPr>
              <w:tc>
                <w:tcPr>
                  <w:tcW w:w="7087" w:type="dxa"/>
                  <w:shd w:val="clear" w:color="auto" w:fill="EDC9EA"/>
                  <w:tcMar>
                    <w:top w:w="45" w:type="dxa"/>
                    <w:left w:w="70" w:type="dxa"/>
                    <w:bottom w:w="45" w:type="dxa"/>
                    <w:right w:w="70" w:type="dxa"/>
                  </w:tcMar>
                </w:tcPr>
                <w:p w14:paraId="68143E0C" w14:textId="77777777" w:rsidR="005B3871" w:rsidRDefault="00000000">
                  <w:pPr>
                    <w:keepNext/>
                  </w:pPr>
                  <w:r>
                    <w:rPr>
                      <w:b/>
                      <w:color w:val="000000"/>
                    </w:rPr>
                    <w:t>SAMOVREDNOTENJE</w:t>
                  </w:r>
                </w:p>
              </w:tc>
            </w:tr>
          </w:tbl>
          <w:p w14:paraId="0CB77886" w14:textId="77777777" w:rsidR="005B3871" w:rsidRDefault="005B3871">
            <w:pPr>
              <w:spacing w:line="20" w:lineRule="exact"/>
            </w:pPr>
          </w:p>
          <w:p w14:paraId="75976326"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2C85200F" w14:textId="77777777">
              <w:trPr>
                <w:jc w:val="center"/>
              </w:trPr>
              <w:tc>
                <w:tcPr>
                  <w:tcW w:w="7087" w:type="dxa"/>
                  <w:shd w:val="clear" w:color="auto" w:fill="EDC9EA"/>
                  <w:tcMar>
                    <w:top w:w="45" w:type="dxa"/>
                    <w:left w:w="70" w:type="dxa"/>
                    <w:bottom w:w="45" w:type="dxa"/>
                    <w:right w:w="70" w:type="dxa"/>
                  </w:tcMar>
                </w:tcPr>
                <w:p w14:paraId="4BC3AB08" w14:textId="77777777" w:rsidR="005B3871" w:rsidRDefault="00000000">
                  <w:pPr>
                    <w:keepNext/>
                  </w:pPr>
                  <w:r>
                    <w:rPr>
                      <w:b/>
                      <w:color w:val="000000"/>
                    </w:rPr>
                    <w:t>VRSTNIŠKO VREDNOTENJE</w:t>
                  </w:r>
                </w:p>
              </w:tc>
            </w:tr>
          </w:tbl>
          <w:p w14:paraId="0A2BA43D" w14:textId="77777777" w:rsidR="005B3871" w:rsidRDefault="005B3871">
            <w:pPr>
              <w:spacing w:line="20" w:lineRule="exact"/>
            </w:pPr>
          </w:p>
          <w:p w14:paraId="474861E5"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4303A111" w14:textId="77777777">
              <w:trPr>
                <w:jc w:val="center"/>
              </w:trPr>
              <w:tc>
                <w:tcPr>
                  <w:tcW w:w="7087" w:type="dxa"/>
                  <w:shd w:val="clear" w:color="auto" w:fill="EDC9EA"/>
                  <w:tcMar>
                    <w:top w:w="45" w:type="dxa"/>
                    <w:left w:w="70" w:type="dxa"/>
                    <w:bottom w:w="45" w:type="dxa"/>
                    <w:right w:w="70" w:type="dxa"/>
                  </w:tcMar>
                </w:tcPr>
                <w:p w14:paraId="3EE06EB3" w14:textId="77777777" w:rsidR="005B3871" w:rsidRDefault="00000000">
                  <w:pPr>
                    <w:keepNext/>
                  </w:pPr>
                  <w:r>
                    <w:rPr>
                      <w:b/>
                      <w:color w:val="000000"/>
                    </w:rPr>
                    <w:t>SKUPNI POVZETEK</w:t>
                  </w:r>
                </w:p>
              </w:tc>
            </w:tr>
          </w:tbl>
          <w:p w14:paraId="7D46F36C" w14:textId="77777777" w:rsidR="005B3871" w:rsidRDefault="005B3871">
            <w:pPr>
              <w:spacing w:line="20" w:lineRule="exact"/>
            </w:pPr>
          </w:p>
          <w:p w14:paraId="25F565CE" w14:textId="77777777" w:rsidR="005B3871" w:rsidRDefault="00000000">
            <w:pPr>
              <w:spacing w:before="20" w:after="40" w:line="245" w:lineRule="auto"/>
            </w:pPr>
            <w:r>
              <w:rPr>
                <w:b/>
                <w:color w:val="000000"/>
                <w:sz w:val="16"/>
              </w:rPr>
              <w:t>Praktično izmerim, sledim ali opišem pot ter preberem oziroma dopolnim preprost prikaz podatkov.</w:t>
            </w:r>
          </w:p>
          <w:tbl>
            <w:tblPr>
              <w:tblStyle w:val="Tabelamrea"/>
              <w:tblW w:w="0" w:type="auto"/>
              <w:jc w:val="center"/>
              <w:tblLayout w:type="fixed"/>
              <w:tblLook w:val="04A0" w:firstRow="1" w:lastRow="0" w:firstColumn="1" w:lastColumn="0" w:noHBand="0" w:noVBand="1"/>
            </w:tblPr>
            <w:tblGrid>
              <w:gridCol w:w="7087"/>
            </w:tblGrid>
            <w:tr w:rsidR="005B3871" w14:paraId="488246F4" w14:textId="77777777">
              <w:trPr>
                <w:jc w:val="center"/>
              </w:trPr>
              <w:tc>
                <w:tcPr>
                  <w:tcW w:w="7087" w:type="dxa"/>
                  <w:shd w:val="clear" w:color="auto" w:fill="EDC9EA"/>
                  <w:tcMar>
                    <w:top w:w="45" w:type="dxa"/>
                    <w:left w:w="70" w:type="dxa"/>
                    <w:bottom w:w="45" w:type="dxa"/>
                    <w:right w:w="70" w:type="dxa"/>
                  </w:tcMar>
                </w:tcPr>
                <w:p w14:paraId="524F5525" w14:textId="77777777" w:rsidR="005B3871" w:rsidRDefault="00000000">
                  <w:pPr>
                    <w:keepNext/>
                  </w:pPr>
                  <w:r>
                    <w:rPr>
                      <w:b/>
                      <w:color w:val="000000"/>
                    </w:rPr>
                    <w:t>OPISNO OCENJEVANJE</w:t>
                  </w:r>
                </w:p>
              </w:tc>
            </w:tr>
          </w:tbl>
          <w:p w14:paraId="48E8E8AA" w14:textId="77777777" w:rsidR="005B3871" w:rsidRDefault="005B3871"/>
          <w:p w14:paraId="2A329C6C" w14:textId="77777777" w:rsidR="005B3871" w:rsidRDefault="00000000">
            <w:pPr>
              <w:spacing w:before="20" w:after="30" w:line="245" w:lineRule="auto"/>
            </w:pPr>
            <w:r>
              <w:rPr>
                <w:color w:val="000000"/>
                <w:sz w:val="16"/>
              </w:rPr>
              <w:t>OCENJEVANJE 4 – DRUGE OBLIKE: praktična izvedba, prikaz in ustna razlaga • NARAVOSLOVNI DAN • ŠPORTNI DAN</w:t>
            </w:r>
          </w:p>
        </w:tc>
        <w:tc>
          <w:tcPr>
            <w:tcW w:w="2551" w:type="dxa"/>
            <w:tcMar>
              <w:top w:w="70" w:type="dxa"/>
              <w:left w:w="90" w:type="dxa"/>
              <w:bottom w:w="70" w:type="dxa"/>
              <w:right w:w="90" w:type="dxa"/>
            </w:tcMar>
          </w:tcPr>
          <w:p w14:paraId="72A7ACD4" w14:textId="77777777" w:rsidR="005B3871" w:rsidRDefault="005B3871"/>
          <w:p w14:paraId="259E39CD" w14:textId="77777777" w:rsidR="005B3871" w:rsidRDefault="00000000">
            <w:pPr>
              <w:spacing w:after="100" w:line="245" w:lineRule="auto"/>
            </w:pPr>
            <w:r>
              <w:rPr>
                <w:color w:val="000000"/>
                <w:sz w:val="16"/>
              </w:rPr>
              <w:t>Odgovarja na podporna vprašanja in se sklicuje na svoj model, zapis ali izvedbo.</w:t>
            </w:r>
          </w:p>
          <w:p w14:paraId="421C3FD2" w14:textId="77777777" w:rsidR="005B3871" w:rsidRDefault="00000000">
            <w:pPr>
              <w:spacing w:after="100" w:line="245" w:lineRule="auto"/>
            </w:pPr>
            <w:r>
              <w:rPr>
                <w:color w:val="000000"/>
                <w:sz w:val="16"/>
              </w:rPr>
              <w:t>Primerja začetno strategijo z novim dokazom ter pojasni, kaj se je naučil/-a.</w:t>
            </w:r>
          </w:p>
          <w:p w14:paraId="50C926AB" w14:textId="77777777" w:rsidR="005B3871" w:rsidRDefault="00000000">
            <w:pPr>
              <w:spacing w:after="100" w:line="245" w:lineRule="auto"/>
            </w:pPr>
            <w:r>
              <w:rPr>
                <w:color w:val="000000"/>
                <w:sz w:val="16"/>
              </w:rPr>
              <w:t>Izbere raven samostojnosti in določi naslednji korak.</w:t>
            </w:r>
          </w:p>
          <w:p w14:paraId="4FDD3D9F" w14:textId="77777777" w:rsidR="005B3871" w:rsidRDefault="00000000">
            <w:pPr>
              <w:spacing w:after="100" w:line="245" w:lineRule="auto"/>
            </w:pPr>
            <w:r>
              <w:rPr>
                <w:color w:val="000000"/>
                <w:sz w:val="16"/>
              </w:rPr>
              <w:t>Sošolcu poda prijazen in konkreten odziv, vezan na kriterij.</w:t>
            </w:r>
          </w:p>
          <w:p w14:paraId="7591CBE2" w14:textId="77777777" w:rsidR="005B3871" w:rsidRDefault="00000000">
            <w:pPr>
              <w:spacing w:after="20" w:line="245" w:lineRule="auto"/>
            </w:pPr>
            <w:r>
              <w:rPr>
                <w:b/>
                <w:color w:val="D95BC6"/>
                <w:sz w:val="17"/>
              </w:rPr>
              <w:t>DOKAZ O UČENJU</w:t>
            </w:r>
          </w:p>
          <w:p w14:paraId="7547961C"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52FECF8F"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4618140C" w14:textId="77777777">
        <w:trPr>
          <w:cantSplit/>
          <w:jc w:val="center"/>
        </w:trPr>
        <w:tc>
          <w:tcPr>
            <w:tcW w:w="14060" w:type="dxa"/>
            <w:gridSpan w:val="6"/>
            <w:tcMar>
              <w:top w:w="70" w:type="dxa"/>
              <w:left w:w="90" w:type="dxa"/>
              <w:bottom w:w="70" w:type="dxa"/>
              <w:right w:w="90" w:type="dxa"/>
            </w:tcMar>
            <w:vAlign w:val="center"/>
          </w:tcPr>
          <w:p w14:paraId="146D746C" w14:textId="77777777" w:rsidR="005B3871" w:rsidRDefault="00000000">
            <w:pPr>
              <w:jc w:val="center"/>
            </w:pPr>
            <w:r>
              <w:rPr>
                <w:b/>
                <w:color w:val="000000"/>
                <w:sz w:val="24"/>
              </w:rPr>
              <w:lastRenderedPageBreak/>
              <w:t>UČNA PRIPRAVA 28/39</w:t>
            </w:r>
          </w:p>
        </w:tc>
      </w:tr>
      <w:tr w:rsidR="005B3871" w14:paraId="35E120A6" w14:textId="77777777">
        <w:trPr>
          <w:jc w:val="center"/>
        </w:trPr>
        <w:tc>
          <w:tcPr>
            <w:tcW w:w="2665" w:type="dxa"/>
            <w:tcMar>
              <w:top w:w="70" w:type="dxa"/>
              <w:left w:w="90" w:type="dxa"/>
              <w:bottom w:w="70" w:type="dxa"/>
              <w:right w:w="90" w:type="dxa"/>
            </w:tcMar>
            <w:vAlign w:val="center"/>
          </w:tcPr>
          <w:p w14:paraId="24C5EEC5"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865D04F"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54F5513F"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23AC2F7" w14:textId="77777777" w:rsidR="005B3871" w:rsidRDefault="00000000">
            <w:r>
              <w:rPr>
                <w:b/>
                <w:color w:val="000000"/>
                <w:sz w:val="16"/>
              </w:rPr>
              <w:t xml:space="preserve">NAČRTOVANI TERMIN: </w:t>
            </w:r>
            <w:r>
              <w:rPr>
                <w:color w:val="000000"/>
                <w:sz w:val="16"/>
              </w:rPr>
              <w:t>28. teden • 30. 3.–2. 4. 2027</w:t>
            </w:r>
          </w:p>
        </w:tc>
        <w:tc>
          <w:tcPr>
            <w:tcW w:w="2268" w:type="dxa"/>
            <w:tcMar>
              <w:top w:w="70" w:type="dxa"/>
              <w:left w:w="90" w:type="dxa"/>
              <w:bottom w:w="70" w:type="dxa"/>
              <w:right w:w="90" w:type="dxa"/>
            </w:tcMar>
            <w:vAlign w:val="center"/>
          </w:tcPr>
          <w:p w14:paraId="035658D9"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29B2B84" w14:textId="77777777" w:rsidR="005B3871" w:rsidRDefault="00000000">
            <w:r>
              <w:rPr>
                <w:b/>
                <w:color w:val="000000"/>
                <w:sz w:val="16"/>
              </w:rPr>
              <w:t xml:space="preserve">ŠTEVILO UR: </w:t>
            </w:r>
            <w:r>
              <w:rPr>
                <w:color w:val="000000"/>
                <w:sz w:val="16"/>
              </w:rPr>
              <w:t>2</w:t>
            </w:r>
          </w:p>
        </w:tc>
      </w:tr>
      <w:tr w:rsidR="005B3871" w14:paraId="72FBD82A" w14:textId="77777777">
        <w:trPr>
          <w:jc w:val="center"/>
        </w:trPr>
        <w:tc>
          <w:tcPr>
            <w:tcW w:w="14061" w:type="dxa"/>
            <w:gridSpan w:val="6"/>
            <w:tcMar>
              <w:top w:w="70" w:type="dxa"/>
              <w:left w:w="90" w:type="dxa"/>
              <w:bottom w:w="70" w:type="dxa"/>
              <w:right w:w="90" w:type="dxa"/>
            </w:tcMar>
            <w:vAlign w:val="center"/>
          </w:tcPr>
          <w:p w14:paraId="18AE54E7"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6C18C5F2" w14:textId="77777777">
        <w:trPr>
          <w:cantSplit/>
          <w:jc w:val="center"/>
        </w:trPr>
        <w:tc>
          <w:tcPr>
            <w:tcW w:w="14060" w:type="dxa"/>
            <w:gridSpan w:val="6"/>
            <w:tcMar>
              <w:top w:w="70" w:type="dxa"/>
              <w:left w:w="90" w:type="dxa"/>
              <w:bottom w:w="70" w:type="dxa"/>
              <w:right w:w="90" w:type="dxa"/>
            </w:tcMar>
            <w:vAlign w:val="center"/>
          </w:tcPr>
          <w:p w14:paraId="42A0B094" w14:textId="77777777" w:rsidR="005B3871" w:rsidRDefault="005B3871"/>
          <w:p w14:paraId="29A2F835" w14:textId="77777777" w:rsidR="005B3871" w:rsidRDefault="00000000">
            <w:pPr>
              <w:spacing w:line="245" w:lineRule="auto"/>
            </w:pPr>
            <w:r>
              <w:rPr>
                <w:b/>
                <w:color w:val="000000"/>
                <w:sz w:val="16"/>
              </w:rPr>
              <w:t xml:space="preserve">UČNI SKLOP: </w:t>
            </w:r>
            <w:r>
              <w:rPr>
                <w:color w:val="000000"/>
                <w:sz w:val="16"/>
              </w:rPr>
              <w:t>POMLAD, POJAVI IN ŽIVA BITJA</w:t>
            </w:r>
          </w:p>
        </w:tc>
      </w:tr>
      <w:tr w:rsidR="005B3871" w14:paraId="2DE96C11" w14:textId="77777777">
        <w:trPr>
          <w:cantSplit/>
          <w:jc w:val="center"/>
        </w:trPr>
        <w:tc>
          <w:tcPr>
            <w:tcW w:w="14060" w:type="dxa"/>
            <w:gridSpan w:val="6"/>
            <w:tcMar>
              <w:top w:w="70" w:type="dxa"/>
              <w:left w:w="90" w:type="dxa"/>
              <w:bottom w:w="70" w:type="dxa"/>
              <w:right w:w="90" w:type="dxa"/>
            </w:tcMar>
            <w:vAlign w:val="center"/>
          </w:tcPr>
          <w:p w14:paraId="0D6EB3B4" w14:textId="77777777" w:rsidR="005B3871" w:rsidRDefault="005B3871"/>
          <w:p w14:paraId="6AF0AB52" w14:textId="77777777" w:rsidR="005B3871" w:rsidRDefault="00000000">
            <w:pPr>
              <w:spacing w:line="245" w:lineRule="auto"/>
            </w:pPr>
            <w:r>
              <w:rPr>
                <w:b/>
                <w:color w:val="000000"/>
                <w:sz w:val="16"/>
              </w:rPr>
              <w:t xml:space="preserve">UČNA TEMA: </w:t>
            </w:r>
            <w:r>
              <w:rPr>
                <w:color w:val="000000"/>
                <w:sz w:val="16"/>
              </w:rPr>
              <w:t>ČRTE IN LIKI</w:t>
            </w:r>
          </w:p>
        </w:tc>
      </w:tr>
      <w:tr w:rsidR="005B3871" w14:paraId="0E559107" w14:textId="77777777">
        <w:trPr>
          <w:cantSplit/>
          <w:jc w:val="center"/>
        </w:trPr>
        <w:tc>
          <w:tcPr>
            <w:tcW w:w="14060" w:type="dxa"/>
            <w:gridSpan w:val="6"/>
            <w:tcMar>
              <w:top w:w="70" w:type="dxa"/>
              <w:left w:w="90" w:type="dxa"/>
              <w:bottom w:w="70" w:type="dxa"/>
              <w:right w:w="90" w:type="dxa"/>
            </w:tcMar>
            <w:vAlign w:val="center"/>
          </w:tcPr>
          <w:p w14:paraId="6EE384A4" w14:textId="77777777" w:rsidR="005B3871" w:rsidRDefault="005B3871"/>
          <w:p w14:paraId="296477D3" w14:textId="77777777" w:rsidR="005B3871" w:rsidRDefault="00000000">
            <w:pPr>
              <w:spacing w:line="245" w:lineRule="auto"/>
            </w:pPr>
            <w:r>
              <w:rPr>
                <w:b/>
                <w:color w:val="000000"/>
                <w:sz w:val="16"/>
              </w:rPr>
              <w:t xml:space="preserve">KNJIŽEVNO IZHODIŠČE IN MOTIV: </w:t>
            </w:r>
            <w:r>
              <w:rPr>
                <w:color w:val="000000"/>
                <w:sz w:val="16"/>
              </w:rPr>
              <w:t>»Štiri črne mravljice« – Anja Štefan • rast, sodelovanje, drobna živa bitja in vzorci</w:t>
            </w:r>
          </w:p>
        </w:tc>
      </w:tr>
      <w:tr w:rsidR="005B3871" w14:paraId="7DCE0FC9" w14:textId="77777777">
        <w:trPr>
          <w:cantSplit/>
          <w:jc w:val="center"/>
        </w:trPr>
        <w:tc>
          <w:tcPr>
            <w:tcW w:w="14060" w:type="dxa"/>
            <w:gridSpan w:val="6"/>
            <w:tcMar>
              <w:top w:w="70" w:type="dxa"/>
              <w:left w:w="90" w:type="dxa"/>
              <w:bottom w:w="70" w:type="dxa"/>
              <w:right w:w="90" w:type="dxa"/>
            </w:tcMar>
            <w:vAlign w:val="center"/>
          </w:tcPr>
          <w:p w14:paraId="03A975F0" w14:textId="77777777" w:rsidR="005B3871" w:rsidRDefault="005B3871"/>
          <w:p w14:paraId="171E3B1A" w14:textId="77777777" w:rsidR="005B3871" w:rsidRDefault="00000000">
            <w:pPr>
              <w:spacing w:line="245" w:lineRule="auto"/>
            </w:pPr>
            <w:r>
              <w:rPr>
                <w:b/>
                <w:color w:val="000000"/>
                <w:sz w:val="16"/>
              </w:rPr>
              <w:t xml:space="preserve">UČNE ENOTE: </w:t>
            </w:r>
            <w:r>
              <w:rPr>
                <w:color w:val="000000"/>
                <w:sz w:val="16"/>
              </w:rPr>
              <w:t>1. ura – Mravljičje poti • 2. ura – Sestavi in razstavi lik</w:t>
            </w:r>
          </w:p>
        </w:tc>
      </w:tr>
      <w:tr w:rsidR="005B3871" w14:paraId="3337885F" w14:textId="77777777">
        <w:trPr>
          <w:cantSplit/>
          <w:jc w:val="center"/>
        </w:trPr>
        <w:tc>
          <w:tcPr>
            <w:tcW w:w="14060" w:type="dxa"/>
            <w:gridSpan w:val="6"/>
            <w:tcMar>
              <w:top w:w="70" w:type="dxa"/>
              <w:left w:w="90" w:type="dxa"/>
              <w:bottom w:w="70" w:type="dxa"/>
              <w:right w:w="90" w:type="dxa"/>
            </w:tcMar>
            <w:vAlign w:val="center"/>
          </w:tcPr>
          <w:p w14:paraId="65408CD3" w14:textId="77777777" w:rsidR="005B3871" w:rsidRDefault="005B3871"/>
          <w:p w14:paraId="78676FC3"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67AE09CF" w14:textId="77777777">
        <w:trPr>
          <w:cantSplit/>
          <w:jc w:val="center"/>
        </w:trPr>
        <w:tc>
          <w:tcPr>
            <w:tcW w:w="14060" w:type="dxa"/>
            <w:gridSpan w:val="6"/>
            <w:tcMar>
              <w:top w:w="70" w:type="dxa"/>
              <w:left w:w="90" w:type="dxa"/>
              <w:bottom w:w="70" w:type="dxa"/>
              <w:right w:w="90" w:type="dxa"/>
            </w:tcMar>
            <w:vAlign w:val="center"/>
          </w:tcPr>
          <w:p w14:paraId="74777A27" w14:textId="77777777" w:rsidR="005B3871" w:rsidRDefault="005B3871"/>
          <w:p w14:paraId="26961B9C"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5C2C03F8" w14:textId="77777777">
        <w:trPr>
          <w:cantSplit/>
          <w:jc w:val="center"/>
        </w:trPr>
        <w:tc>
          <w:tcPr>
            <w:tcW w:w="14060" w:type="dxa"/>
            <w:gridSpan w:val="6"/>
            <w:tcMar>
              <w:top w:w="70" w:type="dxa"/>
              <w:left w:w="90" w:type="dxa"/>
              <w:bottom w:w="70" w:type="dxa"/>
              <w:right w:w="90" w:type="dxa"/>
            </w:tcMar>
            <w:vAlign w:val="center"/>
          </w:tcPr>
          <w:p w14:paraId="1ABB37BF" w14:textId="77777777" w:rsidR="005B3871" w:rsidRDefault="005B3871"/>
          <w:p w14:paraId="1B56634B"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74EE66A7" w14:textId="77777777">
        <w:trPr>
          <w:cantSplit/>
          <w:jc w:val="center"/>
        </w:trPr>
        <w:tc>
          <w:tcPr>
            <w:tcW w:w="14060" w:type="dxa"/>
            <w:gridSpan w:val="6"/>
            <w:tcMar>
              <w:top w:w="70" w:type="dxa"/>
              <w:left w:w="90" w:type="dxa"/>
              <w:bottom w:w="70" w:type="dxa"/>
              <w:right w:w="90" w:type="dxa"/>
            </w:tcMar>
            <w:vAlign w:val="center"/>
          </w:tcPr>
          <w:p w14:paraId="1FA12520" w14:textId="77777777" w:rsidR="005B3871" w:rsidRDefault="005B3871"/>
          <w:p w14:paraId="041A02E9" w14:textId="77777777" w:rsidR="005B3871" w:rsidRDefault="00000000">
            <w:pPr>
              <w:spacing w:line="245" w:lineRule="auto"/>
            </w:pPr>
            <w:r>
              <w:rPr>
                <w:b/>
                <w:color w:val="000000"/>
                <w:sz w:val="16"/>
              </w:rPr>
              <w:t xml:space="preserve">MEDPREDMETNE POVEZAVE: </w:t>
            </w:r>
            <w:r>
              <w:rPr>
                <w:color w:val="000000"/>
                <w:sz w:val="16"/>
              </w:rPr>
              <w:t>SLJ – opis lastnosti; SPO – mravlje in poti; ŠPO – hoja po črti; LUM – risanje in sestavljanje likov</w:t>
            </w:r>
          </w:p>
        </w:tc>
      </w:tr>
      <w:tr w:rsidR="005B3871" w14:paraId="690EF39D" w14:textId="77777777">
        <w:trPr>
          <w:cantSplit/>
          <w:jc w:val="center"/>
        </w:trPr>
        <w:tc>
          <w:tcPr>
            <w:tcW w:w="14060" w:type="dxa"/>
            <w:gridSpan w:val="6"/>
            <w:tcMar>
              <w:top w:w="70" w:type="dxa"/>
              <w:left w:w="90" w:type="dxa"/>
              <w:bottom w:w="70" w:type="dxa"/>
              <w:right w:w="90" w:type="dxa"/>
            </w:tcMar>
            <w:vAlign w:val="center"/>
          </w:tcPr>
          <w:p w14:paraId="78E515D7" w14:textId="77777777" w:rsidR="005B3871" w:rsidRDefault="005B3871"/>
          <w:p w14:paraId="0783DF02" w14:textId="77777777" w:rsidR="005B3871" w:rsidRDefault="00000000">
            <w:pPr>
              <w:spacing w:line="245" w:lineRule="auto"/>
            </w:pPr>
            <w:r>
              <w:rPr>
                <w:b/>
                <w:color w:val="000000"/>
                <w:sz w:val="16"/>
              </w:rPr>
              <w:t xml:space="preserve">UČNA SREDSTVA IN PRIPOMOČKI: </w:t>
            </w:r>
            <w:r>
              <w:rPr>
                <w:color w:val="000000"/>
                <w:sz w:val="16"/>
              </w:rPr>
              <w:t>vrvi, talni trak, palčke, slamice, geometrijski liki, varne škarje, lepilo, listi, barvice</w:t>
            </w:r>
          </w:p>
        </w:tc>
      </w:tr>
      <w:tr w:rsidR="005B3871" w14:paraId="03D3C185" w14:textId="77777777">
        <w:trPr>
          <w:cantSplit/>
          <w:jc w:val="center"/>
        </w:trPr>
        <w:tc>
          <w:tcPr>
            <w:tcW w:w="14060" w:type="dxa"/>
            <w:gridSpan w:val="6"/>
            <w:tcMar>
              <w:top w:w="70" w:type="dxa"/>
              <w:left w:w="90" w:type="dxa"/>
              <w:bottom w:w="70" w:type="dxa"/>
              <w:right w:w="90" w:type="dxa"/>
            </w:tcMar>
            <w:vAlign w:val="center"/>
          </w:tcPr>
          <w:p w14:paraId="7DA4CE75" w14:textId="77777777" w:rsidR="005B3871" w:rsidRDefault="005B3871"/>
          <w:p w14:paraId="36916B72"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3D58C87A" w14:textId="77777777">
        <w:trPr>
          <w:cantSplit/>
          <w:jc w:val="center"/>
        </w:trPr>
        <w:tc>
          <w:tcPr>
            <w:tcW w:w="14060" w:type="dxa"/>
            <w:gridSpan w:val="6"/>
            <w:tcMar>
              <w:top w:w="70" w:type="dxa"/>
              <w:left w:w="90" w:type="dxa"/>
              <w:bottom w:w="70" w:type="dxa"/>
              <w:right w:w="90" w:type="dxa"/>
            </w:tcMar>
            <w:vAlign w:val="center"/>
          </w:tcPr>
          <w:p w14:paraId="6DB3BB45" w14:textId="77777777" w:rsidR="005B3871" w:rsidRDefault="005B3871"/>
          <w:p w14:paraId="23242980" w14:textId="77777777" w:rsidR="005B3871" w:rsidRDefault="00000000">
            <w:pPr>
              <w:spacing w:line="245" w:lineRule="auto"/>
            </w:pPr>
            <w:r>
              <w:rPr>
                <w:b/>
                <w:color w:val="000000"/>
                <w:sz w:val="16"/>
              </w:rPr>
              <w:t xml:space="preserve">OCENJEVANJE / DAN DEJAVNOSTI: </w:t>
            </w:r>
            <w:r>
              <w:rPr>
                <w:color w:val="000000"/>
                <w:sz w:val="16"/>
              </w:rPr>
              <w:t>ŠPORTNI DAN</w:t>
            </w:r>
          </w:p>
        </w:tc>
      </w:tr>
      <w:tr w:rsidR="005B3871" w14:paraId="5E60B289" w14:textId="77777777">
        <w:trPr>
          <w:cantSplit/>
          <w:jc w:val="center"/>
        </w:trPr>
        <w:tc>
          <w:tcPr>
            <w:tcW w:w="14060" w:type="dxa"/>
            <w:gridSpan w:val="6"/>
            <w:tcMar>
              <w:top w:w="70" w:type="dxa"/>
              <w:left w:w="90" w:type="dxa"/>
              <w:bottom w:w="70" w:type="dxa"/>
              <w:right w:w="90" w:type="dxa"/>
            </w:tcMar>
            <w:vAlign w:val="center"/>
          </w:tcPr>
          <w:p w14:paraId="120FB3E9" w14:textId="77777777" w:rsidR="005B3871" w:rsidRDefault="005B3871"/>
          <w:p w14:paraId="7F759EF9"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3EAE2A2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BD9286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A94FC9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0AA99C1" w14:textId="77777777" w:rsidR="005B3871" w:rsidRDefault="00000000">
            <w:pPr>
              <w:jc w:val="center"/>
            </w:pPr>
            <w:r>
              <w:rPr>
                <w:b/>
                <w:color w:val="000000"/>
                <w:sz w:val="20"/>
              </w:rPr>
              <w:t>UČNE DEJAVNOSTI, METODE IN FORMATIVNO SPREMLJANJE</w:t>
            </w:r>
          </w:p>
        </w:tc>
      </w:tr>
      <w:tr w:rsidR="005B3871" w14:paraId="3DFEEC1C" w14:textId="77777777">
        <w:trPr>
          <w:tblHeader/>
          <w:jc w:val="center"/>
        </w:trPr>
        <w:tc>
          <w:tcPr>
            <w:tcW w:w="4422" w:type="dxa"/>
            <w:vMerge/>
            <w:tcMar>
              <w:top w:w="70" w:type="dxa"/>
              <w:left w:w="90" w:type="dxa"/>
              <w:bottom w:w="70" w:type="dxa"/>
              <w:right w:w="90" w:type="dxa"/>
            </w:tcMar>
            <w:vAlign w:val="center"/>
          </w:tcPr>
          <w:p w14:paraId="44EECB9C" w14:textId="77777777" w:rsidR="005B3871" w:rsidRDefault="005B3871"/>
        </w:tc>
        <w:tc>
          <w:tcPr>
            <w:tcW w:w="7087" w:type="dxa"/>
            <w:shd w:val="clear" w:color="auto" w:fill="FFFFFF"/>
            <w:tcMar>
              <w:top w:w="70" w:type="dxa"/>
              <w:left w:w="90" w:type="dxa"/>
              <w:bottom w:w="70" w:type="dxa"/>
              <w:right w:w="90" w:type="dxa"/>
            </w:tcMar>
            <w:vAlign w:val="center"/>
          </w:tcPr>
          <w:p w14:paraId="1805F1C2"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718659C" w14:textId="77777777" w:rsidR="005B3871" w:rsidRDefault="00000000">
            <w:pPr>
              <w:jc w:val="center"/>
            </w:pPr>
            <w:r>
              <w:rPr>
                <w:b/>
                <w:color w:val="000000"/>
              </w:rPr>
              <w:t>UČENEC</w:t>
            </w:r>
          </w:p>
        </w:tc>
      </w:tr>
      <w:tr w:rsidR="005B3871" w14:paraId="57E20708" w14:textId="77777777">
        <w:trPr>
          <w:jc w:val="center"/>
        </w:trPr>
        <w:tc>
          <w:tcPr>
            <w:tcW w:w="4422" w:type="dxa"/>
            <w:tcMar>
              <w:top w:w="70" w:type="dxa"/>
              <w:left w:w="90" w:type="dxa"/>
              <w:bottom w:w="70" w:type="dxa"/>
              <w:right w:w="90" w:type="dxa"/>
            </w:tcMar>
          </w:tcPr>
          <w:p w14:paraId="77B4D139" w14:textId="77777777" w:rsidR="005B3871" w:rsidRDefault="005B3871"/>
          <w:p w14:paraId="6ECB7CDA" w14:textId="77777777" w:rsidR="005B3871" w:rsidRDefault="00000000">
            <w:pPr>
              <w:spacing w:after="60" w:line="245" w:lineRule="auto"/>
            </w:pPr>
            <w:r>
              <w:rPr>
                <w:b/>
                <w:color w:val="000000"/>
              </w:rPr>
              <w:t>UČNI CILJI</w:t>
            </w:r>
          </w:p>
          <w:p w14:paraId="0F81AEDC" w14:textId="77777777" w:rsidR="005B3871" w:rsidRDefault="00000000">
            <w:pPr>
              <w:spacing w:after="20" w:line="245" w:lineRule="auto"/>
            </w:pPr>
            <w:r>
              <w:rPr>
                <w:b/>
                <w:color w:val="000000"/>
                <w:sz w:val="17"/>
              </w:rPr>
              <w:t>SPLOŠNI</w:t>
            </w:r>
          </w:p>
          <w:p w14:paraId="7D1DE48B" w14:textId="77777777" w:rsidR="005B3871" w:rsidRDefault="00000000">
            <w:pPr>
              <w:pStyle w:val="Oznaenseznam"/>
              <w:spacing w:after="16"/>
            </w:pPr>
            <w:r>
              <w:rPr>
                <w:color w:val="000000"/>
                <w:sz w:val="16"/>
              </w:rPr>
              <w:t>razvija številske, prostorske in količinske predstave s konkretnimi izkušnjami</w:t>
            </w:r>
          </w:p>
          <w:p w14:paraId="7ED5924B" w14:textId="77777777" w:rsidR="005B3871" w:rsidRDefault="00000000">
            <w:pPr>
              <w:pStyle w:val="Oznaenseznam"/>
              <w:spacing w:after="16"/>
            </w:pPr>
            <w:r>
              <w:rPr>
                <w:color w:val="000000"/>
                <w:sz w:val="16"/>
              </w:rPr>
              <w:t>rešuje matematične probleme s predmetom, gibanjem, risbo, modelom in simbolom</w:t>
            </w:r>
          </w:p>
          <w:p w14:paraId="625A335E" w14:textId="77777777" w:rsidR="005B3871" w:rsidRDefault="00000000">
            <w:pPr>
              <w:pStyle w:val="Oznaenseznam"/>
              <w:spacing w:after="16"/>
            </w:pPr>
            <w:r>
              <w:rPr>
                <w:color w:val="000000"/>
                <w:sz w:val="16"/>
              </w:rPr>
              <w:t>pojasnjuje izbrano strategijo, preverja smiselnost rešitve in posluša rešitve drugih</w:t>
            </w:r>
          </w:p>
          <w:p w14:paraId="39717B2F" w14:textId="77777777" w:rsidR="005B3871" w:rsidRDefault="00000000">
            <w:pPr>
              <w:pStyle w:val="Oznaenseznam"/>
              <w:spacing w:after="16"/>
            </w:pPr>
            <w:r>
              <w:rPr>
                <w:color w:val="000000"/>
                <w:sz w:val="16"/>
              </w:rPr>
              <w:t>ob namenih in kriterijih spremlja svoje učenje ter uporabi opisno povratno informacijo</w:t>
            </w:r>
          </w:p>
          <w:p w14:paraId="518F9257" w14:textId="77777777" w:rsidR="005B3871" w:rsidRDefault="00000000">
            <w:pPr>
              <w:spacing w:before="40" w:after="20" w:line="245" w:lineRule="auto"/>
            </w:pPr>
            <w:r>
              <w:rPr>
                <w:b/>
                <w:color w:val="000000"/>
                <w:sz w:val="17"/>
              </w:rPr>
              <w:t>OPERATIVNI</w:t>
            </w:r>
          </w:p>
          <w:p w14:paraId="0BEDEC66" w14:textId="77777777" w:rsidR="005B3871" w:rsidRDefault="00000000">
            <w:pPr>
              <w:pStyle w:val="Oznaenseznam"/>
              <w:spacing w:after="16"/>
            </w:pPr>
            <w:r>
              <w:rPr>
                <w:color w:val="000000"/>
                <w:sz w:val="16"/>
              </w:rPr>
              <w:t>prepozna ravno/krivo ter sklenjeno/nesklenjeno črto</w:t>
            </w:r>
          </w:p>
          <w:p w14:paraId="4192C1E6" w14:textId="77777777" w:rsidR="005B3871" w:rsidRDefault="00000000">
            <w:pPr>
              <w:pStyle w:val="Oznaenseznam"/>
              <w:spacing w:after="16"/>
            </w:pPr>
            <w:r>
              <w:rPr>
                <w:color w:val="000000"/>
                <w:sz w:val="16"/>
              </w:rPr>
              <w:t>nariše črte</w:t>
            </w:r>
          </w:p>
          <w:p w14:paraId="36255AEA" w14:textId="77777777" w:rsidR="005B3871" w:rsidRDefault="00000000">
            <w:pPr>
              <w:pStyle w:val="Oznaenseznam"/>
              <w:spacing w:after="16"/>
            </w:pPr>
            <w:r>
              <w:rPr>
                <w:color w:val="000000"/>
                <w:sz w:val="16"/>
              </w:rPr>
              <w:t>sestavlja in razstavlja like</w:t>
            </w:r>
          </w:p>
          <w:p w14:paraId="521D8BFD" w14:textId="77777777" w:rsidR="005B3871" w:rsidRDefault="00000000">
            <w:pPr>
              <w:spacing w:before="40" w:after="20" w:line="245" w:lineRule="auto"/>
            </w:pPr>
            <w:r>
              <w:rPr>
                <w:b/>
                <w:color w:val="000000"/>
                <w:sz w:val="17"/>
              </w:rPr>
              <w:t>PRIČAKOVANI DOSEŽKI / STANDARDI</w:t>
            </w:r>
          </w:p>
          <w:p w14:paraId="52903F9A" w14:textId="77777777" w:rsidR="005B3871" w:rsidRDefault="00000000">
            <w:pPr>
              <w:pStyle w:val="Oznaenseznam"/>
              <w:spacing w:after="16"/>
            </w:pPr>
            <w:r>
              <w:rPr>
                <w:color w:val="000000"/>
                <w:sz w:val="16"/>
              </w:rPr>
              <w:t>ob konkretni, slikovni ali gibalni opori prepozna ravno/krivo ter sklenjeno/nesklenjeno črto</w:t>
            </w:r>
          </w:p>
          <w:p w14:paraId="02E4D6DC" w14:textId="77777777" w:rsidR="005B3871" w:rsidRDefault="00000000">
            <w:pPr>
              <w:pStyle w:val="Oznaenseznam"/>
              <w:spacing w:after="16"/>
            </w:pPr>
            <w:r>
              <w:rPr>
                <w:color w:val="000000"/>
                <w:sz w:val="16"/>
              </w:rPr>
              <w:t>ob konkretni, slikovni ali gibalni opori nariše črte</w:t>
            </w:r>
          </w:p>
          <w:p w14:paraId="20135638" w14:textId="77777777" w:rsidR="005B3871" w:rsidRDefault="00000000">
            <w:pPr>
              <w:pStyle w:val="Oznaenseznam"/>
              <w:spacing w:after="16"/>
            </w:pPr>
            <w:r>
              <w:rPr>
                <w:color w:val="000000"/>
                <w:sz w:val="16"/>
              </w:rPr>
              <w:t>ob konkretni, slikovni ali gibalni opori sestavlja in razstavlja like</w:t>
            </w:r>
          </w:p>
        </w:tc>
        <w:tc>
          <w:tcPr>
            <w:tcW w:w="7087" w:type="dxa"/>
            <w:tcMar>
              <w:top w:w="70" w:type="dxa"/>
              <w:left w:w="90" w:type="dxa"/>
              <w:bottom w:w="70" w:type="dxa"/>
              <w:right w:w="90" w:type="dxa"/>
            </w:tcMar>
          </w:tcPr>
          <w:p w14:paraId="20DF60D7"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F1A3EFA" w14:textId="77777777">
              <w:trPr>
                <w:jc w:val="center"/>
              </w:trPr>
              <w:tc>
                <w:tcPr>
                  <w:tcW w:w="7087" w:type="dxa"/>
                  <w:shd w:val="clear" w:color="auto" w:fill="C6E7F3"/>
                  <w:tcMar>
                    <w:top w:w="45" w:type="dxa"/>
                    <w:left w:w="70" w:type="dxa"/>
                    <w:bottom w:w="45" w:type="dxa"/>
                    <w:right w:w="70" w:type="dxa"/>
                  </w:tcMar>
                </w:tcPr>
                <w:p w14:paraId="3492CEF4" w14:textId="77777777" w:rsidR="005B3871" w:rsidRDefault="00000000">
                  <w:pPr>
                    <w:keepNext/>
                  </w:pPr>
                  <w:r>
                    <w:rPr>
                      <w:b/>
                      <w:color w:val="000000"/>
                    </w:rPr>
                    <w:t>UVODNI DEL – motivacija, aktivacija predznanja in namen učenja (15–20 min)</w:t>
                  </w:r>
                </w:p>
              </w:tc>
            </w:tr>
          </w:tbl>
          <w:p w14:paraId="2CEF02F2" w14:textId="77777777" w:rsidR="005B3871" w:rsidRDefault="005B3871">
            <w:pPr>
              <w:spacing w:line="20" w:lineRule="exact"/>
            </w:pPr>
          </w:p>
          <w:p w14:paraId="6850B6C8" w14:textId="77777777" w:rsidR="005B3871" w:rsidRDefault="00000000">
            <w:pPr>
              <w:spacing w:before="40" w:after="60" w:line="245" w:lineRule="auto"/>
            </w:pPr>
            <w:r>
              <w:rPr>
                <w:color w:val="000000"/>
                <w:sz w:val="16"/>
              </w:rPr>
              <w:t>Štiri mravljice s svojimi potmi rišejo ravne, krive, sklenjene in nesklenjene črte. Učenci črte najprej prehodijo ali sestavijo z vrvjo, nato z njimi gradijo like.</w:t>
            </w:r>
          </w:p>
          <w:tbl>
            <w:tblPr>
              <w:tblStyle w:val="Tabelamrea"/>
              <w:tblW w:w="0" w:type="auto"/>
              <w:jc w:val="center"/>
              <w:tblLayout w:type="fixed"/>
              <w:tblLook w:val="04A0" w:firstRow="1" w:lastRow="0" w:firstColumn="1" w:lastColumn="0" w:noHBand="0" w:noVBand="1"/>
            </w:tblPr>
            <w:tblGrid>
              <w:gridCol w:w="7087"/>
            </w:tblGrid>
            <w:tr w:rsidR="005B3871" w14:paraId="21907085" w14:textId="77777777">
              <w:trPr>
                <w:jc w:val="center"/>
              </w:trPr>
              <w:tc>
                <w:tcPr>
                  <w:tcW w:w="7087" w:type="dxa"/>
                  <w:shd w:val="clear" w:color="auto" w:fill="EDC9EA"/>
                  <w:tcMar>
                    <w:top w:w="45" w:type="dxa"/>
                    <w:left w:w="70" w:type="dxa"/>
                    <w:bottom w:w="45" w:type="dxa"/>
                    <w:right w:w="70" w:type="dxa"/>
                  </w:tcMar>
                </w:tcPr>
                <w:p w14:paraId="7B8111AF" w14:textId="77777777" w:rsidR="005B3871" w:rsidRDefault="00000000">
                  <w:pPr>
                    <w:keepNext/>
                  </w:pPr>
                  <w:r>
                    <w:rPr>
                      <w:b/>
                      <w:color w:val="000000"/>
                    </w:rPr>
                    <w:t>NAMENI UČENJA</w:t>
                  </w:r>
                </w:p>
              </w:tc>
            </w:tr>
          </w:tbl>
          <w:p w14:paraId="3D39613A" w14:textId="77777777" w:rsidR="005B3871" w:rsidRDefault="005B3871">
            <w:pPr>
              <w:spacing w:line="20" w:lineRule="exact"/>
            </w:pPr>
          </w:p>
          <w:p w14:paraId="5D53CFC6"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7356D9BC" w14:textId="77777777" w:rsidR="005B3871" w:rsidRDefault="00000000">
            <w:pPr>
              <w:pStyle w:val="Oznaenseznam"/>
              <w:spacing w:after="16"/>
            </w:pPr>
            <w:r>
              <w:rPr>
                <w:color w:val="000000"/>
                <w:sz w:val="16"/>
              </w:rPr>
              <w:t>prepoznam ravno/krivo ter sklenjeno/nesklenjeno črto</w:t>
            </w:r>
          </w:p>
          <w:p w14:paraId="65EBF655" w14:textId="77777777" w:rsidR="005B3871" w:rsidRDefault="00000000">
            <w:pPr>
              <w:pStyle w:val="Oznaenseznam"/>
              <w:spacing w:after="16"/>
            </w:pPr>
            <w:r>
              <w:rPr>
                <w:color w:val="000000"/>
                <w:sz w:val="16"/>
              </w:rPr>
              <w:t>narišem črte</w:t>
            </w:r>
          </w:p>
          <w:p w14:paraId="28561098" w14:textId="77777777" w:rsidR="005B3871" w:rsidRDefault="00000000">
            <w:pPr>
              <w:pStyle w:val="Oznaenseznam"/>
              <w:spacing w:after="16"/>
            </w:pPr>
            <w:r>
              <w:rPr>
                <w:color w:val="000000"/>
                <w:sz w:val="16"/>
              </w:rPr>
              <w:t>sestavljam in razstavljam like</w:t>
            </w:r>
          </w:p>
          <w:tbl>
            <w:tblPr>
              <w:tblStyle w:val="Tabelamrea"/>
              <w:tblW w:w="0" w:type="auto"/>
              <w:jc w:val="center"/>
              <w:tblLayout w:type="fixed"/>
              <w:tblLook w:val="04A0" w:firstRow="1" w:lastRow="0" w:firstColumn="1" w:lastColumn="0" w:noHBand="0" w:noVBand="1"/>
            </w:tblPr>
            <w:tblGrid>
              <w:gridCol w:w="7087"/>
            </w:tblGrid>
            <w:tr w:rsidR="005B3871" w14:paraId="629768AB" w14:textId="77777777">
              <w:trPr>
                <w:jc w:val="center"/>
              </w:trPr>
              <w:tc>
                <w:tcPr>
                  <w:tcW w:w="7087" w:type="dxa"/>
                  <w:shd w:val="clear" w:color="auto" w:fill="EDC9EA"/>
                  <w:tcMar>
                    <w:top w:w="45" w:type="dxa"/>
                    <w:left w:w="70" w:type="dxa"/>
                    <w:bottom w:w="45" w:type="dxa"/>
                    <w:right w:w="70" w:type="dxa"/>
                  </w:tcMar>
                </w:tcPr>
                <w:p w14:paraId="08C75869" w14:textId="77777777" w:rsidR="005B3871" w:rsidRDefault="00000000">
                  <w:pPr>
                    <w:keepNext/>
                  </w:pPr>
                  <w:r>
                    <w:rPr>
                      <w:b/>
                      <w:color w:val="000000"/>
                    </w:rPr>
                    <w:t>PREVERJANJE PREDZNANJA</w:t>
                  </w:r>
                </w:p>
              </w:tc>
            </w:tr>
          </w:tbl>
          <w:p w14:paraId="65974E9F" w14:textId="77777777" w:rsidR="005B3871" w:rsidRDefault="005B3871">
            <w:pPr>
              <w:spacing w:line="20" w:lineRule="exact"/>
            </w:pPr>
          </w:p>
          <w:p w14:paraId="78B0162E" w14:textId="77777777" w:rsidR="005B3871" w:rsidRDefault="00000000">
            <w:pPr>
              <w:pStyle w:val="Oznaenseznam"/>
              <w:spacing w:after="16"/>
            </w:pPr>
            <w:r>
              <w:rPr>
                <w:color w:val="000000"/>
                <w:sz w:val="16"/>
              </w:rPr>
              <w:t>Po čem ločim ravno in krivo črto?</w:t>
            </w:r>
          </w:p>
          <w:p w14:paraId="164FDC8C" w14:textId="77777777" w:rsidR="005B3871" w:rsidRDefault="00000000">
            <w:pPr>
              <w:pStyle w:val="Oznaenseznam"/>
              <w:spacing w:after="16"/>
            </w:pPr>
            <w:r>
              <w:rPr>
                <w:color w:val="000000"/>
                <w:sz w:val="16"/>
              </w:rPr>
              <w:t>Kdaj je črta sklenjena in kako iz črt nastane lik?</w:t>
            </w:r>
          </w:p>
          <w:p w14:paraId="10CCA7D3"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7217ACB7" w14:textId="77777777">
              <w:trPr>
                <w:jc w:val="center"/>
              </w:trPr>
              <w:tc>
                <w:tcPr>
                  <w:tcW w:w="7087" w:type="dxa"/>
                  <w:shd w:val="clear" w:color="auto" w:fill="EDC9EA"/>
                  <w:tcMar>
                    <w:top w:w="45" w:type="dxa"/>
                    <w:left w:w="70" w:type="dxa"/>
                    <w:bottom w:w="45" w:type="dxa"/>
                    <w:right w:w="70" w:type="dxa"/>
                  </w:tcMar>
                </w:tcPr>
                <w:p w14:paraId="164F0FA3" w14:textId="77777777" w:rsidR="005B3871" w:rsidRDefault="00000000">
                  <w:pPr>
                    <w:keepNext/>
                  </w:pPr>
                  <w:r>
                    <w:rPr>
                      <w:b/>
                      <w:color w:val="000000"/>
                    </w:rPr>
                    <w:t>KRITERIJI USPEŠNOSTI</w:t>
                  </w:r>
                </w:p>
              </w:tc>
            </w:tr>
          </w:tbl>
          <w:p w14:paraId="1149D3C8" w14:textId="77777777" w:rsidR="005B3871" w:rsidRDefault="005B3871"/>
          <w:p w14:paraId="584E5754" w14:textId="77777777" w:rsidR="005B3871" w:rsidRDefault="00000000">
            <w:pPr>
              <w:spacing w:before="20" w:after="20" w:line="245" w:lineRule="auto"/>
            </w:pPr>
            <w:r>
              <w:rPr>
                <w:b/>
                <w:color w:val="000000"/>
                <w:sz w:val="16"/>
              </w:rPr>
              <w:t>Uspešen/-na bom, ko:</w:t>
            </w:r>
          </w:p>
          <w:p w14:paraId="507909C8" w14:textId="77777777" w:rsidR="005B3871" w:rsidRDefault="00000000">
            <w:pPr>
              <w:pStyle w:val="Oznaenseznam"/>
              <w:spacing w:after="16"/>
            </w:pPr>
            <w:r>
              <w:rPr>
                <w:color w:val="000000"/>
                <w:sz w:val="16"/>
              </w:rPr>
              <w:t>prepoznam ravno/krivo ter sklenjeno/nesklenjeno črto</w:t>
            </w:r>
          </w:p>
          <w:p w14:paraId="4E791672" w14:textId="77777777" w:rsidR="005B3871" w:rsidRDefault="00000000">
            <w:pPr>
              <w:pStyle w:val="Oznaenseznam"/>
              <w:spacing w:after="16"/>
            </w:pPr>
            <w:r>
              <w:rPr>
                <w:color w:val="000000"/>
                <w:sz w:val="16"/>
              </w:rPr>
              <w:t>narišem črte</w:t>
            </w:r>
          </w:p>
          <w:p w14:paraId="165EF69F" w14:textId="77777777" w:rsidR="005B3871" w:rsidRDefault="00000000">
            <w:pPr>
              <w:pStyle w:val="Oznaenseznam"/>
              <w:spacing w:after="16"/>
            </w:pPr>
            <w:r>
              <w:rPr>
                <w:color w:val="000000"/>
                <w:sz w:val="16"/>
              </w:rPr>
              <w:t>sestavljam in razstavljam like</w:t>
            </w:r>
          </w:p>
          <w:p w14:paraId="5427F81E"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1C66863F" w14:textId="77777777" w:rsidR="005B3871" w:rsidRDefault="005B3871"/>
          <w:p w14:paraId="2438CF38"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327250E4" w14:textId="77777777" w:rsidR="005B3871" w:rsidRDefault="00000000">
            <w:pPr>
              <w:spacing w:after="80" w:line="245" w:lineRule="auto"/>
            </w:pPr>
            <w:r>
              <w:rPr>
                <w:color w:val="000000"/>
                <w:sz w:val="16"/>
              </w:rPr>
              <w:t>Pove, pokaže ali nariše, kako bi nalogo začel. Posluša tudi drugačne strategije.</w:t>
            </w:r>
          </w:p>
          <w:p w14:paraId="6696017C" w14:textId="77777777" w:rsidR="005B3871" w:rsidRDefault="00000000">
            <w:pPr>
              <w:spacing w:after="100" w:line="245" w:lineRule="auto"/>
            </w:pPr>
            <w:r>
              <w:rPr>
                <w:color w:val="000000"/>
                <w:sz w:val="16"/>
              </w:rPr>
              <w:t>Sodeluje pri razumevanju namenov in kriterijev uspešnosti.</w:t>
            </w:r>
          </w:p>
          <w:p w14:paraId="23C3D6E7" w14:textId="77777777" w:rsidR="005B3871" w:rsidRDefault="00000000">
            <w:pPr>
              <w:spacing w:after="20" w:line="245" w:lineRule="auto"/>
            </w:pPr>
            <w:r>
              <w:rPr>
                <w:b/>
                <w:color w:val="D95BC6"/>
                <w:sz w:val="17"/>
              </w:rPr>
              <w:t>DOKAZ O UČENJU</w:t>
            </w:r>
          </w:p>
          <w:p w14:paraId="2B182221" w14:textId="77777777" w:rsidR="005B3871" w:rsidRDefault="00000000">
            <w:pPr>
              <w:spacing w:after="30" w:line="245" w:lineRule="auto"/>
            </w:pPr>
            <w:r>
              <w:rPr>
                <w:color w:val="D95BC6"/>
                <w:sz w:val="16"/>
              </w:rPr>
              <w:t>začetna strategija, razvrstitev, model, risba, gib ali ustni odgovor</w:t>
            </w:r>
          </w:p>
        </w:tc>
      </w:tr>
    </w:tbl>
    <w:p w14:paraId="15349CD8"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D73B81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E71C34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D5CD568" w14:textId="77777777" w:rsidR="005B3871" w:rsidRDefault="00000000">
            <w:pPr>
              <w:jc w:val="center"/>
            </w:pPr>
            <w:r>
              <w:rPr>
                <w:b/>
                <w:color w:val="000000"/>
                <w:sz w:val="20"/>
              </w:rPr>
              <w:t>UČNE DEJAVNOSTI, METODE IN FORMATIVNO SPREMLJANJE</w:t>
            </w:r>
          </w:p>
        </w:tc>
      </w:tr>
      <w:tr w:rsidR="005B3871" w14:paraId="38BE7FEC" w14:textId="77777777">
        <w:trPr>
          <w:tblHeader/>
          <w:jc w:val="center"/>
        </w:trPr>
        <w:tc>
          <w:tcPr>
            <w:tcW w:w="4422" w:type="dxa"/>
            <w:vMerge/>
            <w:tcMar>
              <w:top w:w="70" w:type="dxa"/>
              <w:left w:w="90" w:type="dxa"/>
              <w:bottom w:w="70" w:type="dxa"/>
              <w:right w:w="90" w:type="dxa"/>
            </w:tcMar>
            <w:vAlign w:val="center"/>
          </w:tcPr>
          <w:p w14:paraId="1B6B3FBA" w14:textId="77777777" w:rsidR="005B3871" w:rsidRDefault="005B3871"/>
        </w:tc>
        <w:tc>
          <w:tcPr>
            <w:tcW w:w="7087" w:type="dxa"/>
            <w:shd w:val="clear" w:color="auto" w:fill="FFFFFF"/>
            <w:tcMar>
              <w:top w:w="70" w:type="dxa"/>
              <w:left w:w="90" w:type="dxa"/>
              <w:bottom w:w="70" w:type="dxa"/>
              <w:right w:w="90" w:type="dxa"/>
            </w:tcMar>
            <w:vAlign w:val="center"/>
          </w:tcPr>
          <w:p w14:paraId="7C787A7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4FF1467" w14:textId="77777777" w:rsidR="005B3871" w:rsidRDefault="00000000">
            <w:pPr>
              <w:jc w:val="center"/>
            </w:pPr>
            <w:r>
              <w:rPr>
                <w:b/>
                <w:color w:val="000000"/>
              </w:rPr>
              <w:t>UČENEC</w:t>
            </w:r>
          </w:p>
        </w:tc>
      </w:tr>
      <w:tr w:rsidR="005B3871" w14:paraId="3A30D55F" w14:textId="77777777">
        <w:trPr>
          <w:jc w:val="center"/>
        </w:trPr>
        <w:tc>
          <w:tcPr>
            <w:tcW w:w="4422" w:type="dxa"/>
            <w:tcMar>
              <w:top w:w="70" w:type="dxa"/>
              <w:left w:w="90" w:type="dxa"/>
              <w:bottom w:w="70" w:type="dxa"/>
              <w:right w:w="90" w:type="dxa"/>
            </w:tcMar>
          </w:tcPr>
          <w:p w14:paraId="7F3E45AA" w14:textId="77777777" w:rsidR="005B3871" w:rsidRDefault="005B3871"/>
          <w:p w14:paraId="13038F29" w14:textId="77777777" w:rsidR="005B3871" w:rsidRDefault="00000000">
            <w:pPr>
              <w:spacing w:after="40" w:line="245" w:lineRule="auto"/>
            </w:pPr>
            <w:r>
              <w:rPr>
                <w:b/>
                <w:color w:val="000000"/>
              </w:rPr>
              <w:t>KLJUČNI POJMI</w:t>
            </w:r>
          </w:p>
          <w:p w14:paraId="0A97C9E0" w14:textId="77777777" w:rsidR="005B3871" w:rsidRDefault="00000000">
            <w:pPr>
              <w:spacing w:after="60" w:line="245" w:lineRule="auto"/>
            </w:pPr>
            <w:r>
              <w:rPr>
                <w:color w:val="000000"/>
                <w:sz w:val="16"/>
              </w:rPr>
              <w:t>črta, ravna, kriva, sklenjena, nesklenjena, lik, stranica, sestavljanje, razstavljanje</w:t>
            </w:r>
          </w:p>
          <w:p w14:paraId="7C284FC4" w14:textId="77777777" w:rsidR="005B3871" w:rsidRDefault="00000000">
            <w:pPr>
              <w:spacing w:after="20" w:line="245" w:lineRule="auto"/>
            </w:pPr>
            <w:r>
              <w:rPr>
                <w:b/>
                <w:color w:val="000000"/>
                <w:sz w:val="17"/>
              </w:rPr>
              <w:t>DOKAZI O UČENJU</w:t>
            </w:r>
          </w:p>
          <w:p w14:paraId="318917A7" w14:textId="77777777" w:rsidR="005B3871" w:rsidRDefault="00000000">
            <w:pPr>
              <w:pStyle w:val="Oznaenseznam"/>
              <w:spacing w:after="16"/>
            </w:pPr>
            <w:r>
              <w:rPr>
                <w:color w:val="000000"/>
                <w:sz w:val="16"/>
              </w:rPr>
              <w:t>gibalni in konkretni prikaz vrste črte</w:t>
            </w:r>
          </w:p>
          <w:p w14:paraId="735D2879" w14:textId="77777777" w:rsidR="005B3871" w:rsidRDefault="00000000">
            <w:pPr>
              <w:pStyle w:val="Oznaenseznam"/>
              <w:spacing w:after="16"/>
            </w:pPr>
            <w:r>
              <w:rPr>
                <w:color w:val="000000"/>
                <w:sz w:val="16"/>
              </w:rPr>
              <w:t>sestavljen, preoblikovan in narisan lik</w:t>
            </w:r>
          </w:p>
          <w:p w14:paraId="57E69CBF" w14:textId="77777777" w:rsidR="005B3871" w:rsidRDefault="00000000">
            <w:pPr>
              <w:spacing w:before="40" w:after="20" w:line="245" w:lineRule="auto"/>
            </w:pPr>
            <w:r>
              <w:rPr>
                <w:b/>
                <w:color w:val="000000"/>
                <w:sz w:val="17"/>
              </w:rPr>
              <w:t>MEDPREDMETNA POVEZAVA</w:t>
            </w:r>
          </w:p>
          <w:p w14:paraId="45182FB7" w14:textId="77777777" w:rsidR="005B3871" w:rsidRDefault="00000000">
            <w:pPr>
              <w:spacing w:after="60" w:line="245" w:lineRule="auto"/>
            </w:pPr>
            <w:r>
              <w:rPr>
                <w:color w:val="000000"/>
                <w:sz w:val="16"/>
              </w:rPr>
              <w:t>SLJ – opis lastnosti; SPO – mravlje in poti; ŠPO – hoja po črti; LUM – risanje in sestavljanje likov</w:t>
            </w:r>
          </w:p>
          <w:p w14:paraId="4BEB61A3" w14:textId="77777777" w:rsidR="005B3871" w:rsidRDefault="00000000">
            <w:pPr>
              <w:spacing w:after="20" w:line="245" w:lineRule="auto"/>
            </w:pPr>
            <w:r>
              <w:rPr>
                <w:b/>
                <w:color w:val="000000"/>
                <w:sz w:val="17"/>
              </w:rPr>
              <w:t>POUČEVANJE V GIBANJU</w:t>
            </w:r>
          </w:p>
          <w:p w14:paraId="200D821C"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4145221F" w14:textId="77777777" w:rsidR="005B3871" w:rsidRDefault="00000000">
            <w:pPr>
              <w:spacing w:after="20" w:line="245" w:lineRule="auto"/>
            </w:pPr>
            <w:r>
              <w:rPr>
                <w:b/>
                <w:color w:val="000000"/>
                <w:sz w:val="17"/>
              </w:rPr>
              <w:t>DELO PO POSTAJAH</w:t>
            </w:r>
          </w:p>
          <w:p w14:paraId="143AD0B6" w14:textId="77777777" w:rsidR="005B3871" w:rsidRDefault="00000000">
            <w:pPr>
              <w:spacing w:after="60" w:line="245" w:lineRule="auto"/>
            </w:pPr>
            <w:r>
              <w:rPr>
                <w:color w:val="000000"/>
                <w:sz w:val="15"/>
              </w:rPr>
              <w:t>Načrtovana rotacija: konkretno-izkušenjska – Mravljičje poti; gibalna/sodelovalna – Sestavi in razstavi lik. Pri pisnem ocenjevanju se postaje izvedejo v pripravi, analizi in ponovnem učenju.</w:t>
            </w:r>
          </w:p>
          <w:p w14:paraId="2F659A9A" w14:textId="77777777" w:rsidR="005B3871" w:rsidRDefault="00000000">
            <w:pPr>
              <w:spacing w:after="20" w:line="245" w:lineRule="auto"/>
            </w:pPr>
            <w:r>
              <w:rPr>
                <w:b/>
                <w:color w:val="000000"/>
                <w:sz w:val="17"/>
              </w:rPr>
              <w:t>DIFERENCIACIJA IN VKLJUČEVANJE</w:t>
            </w:r>
          </w:p>
          <w:p w14:paraId="67E8E088"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6BFAB265" w14:textId="77777777" w:rsidR="005B3871" w:rsidRDefault="00000000">
            <w:pPr>
              <w:spacing w:after="20" w:line="245" w:lineRule="auto"/>
            </w:pPr>
            <w:r>
              <w:rPr>
                <w:b/>
                <w:color w:val="000000"/>
                <w:sz w:val="17"/>
              </w:rPr>
              <w:t>SPREMLJANJE</w:t>
            </w:r>
          </w:p>
          <w:p w14:paraId="0B9AC99A"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4C34C4A1"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A2DC50A" w14:textId="77777777">
              <w:trPr>
                <w:jc w:val="center"/>
              </w:trPr>
              <w:tc>
                <w:tcPr>
                  <w:tcW w:w="7087" w:type="dxa"/>
                  <w:shd w:val="clear" w:color="auto" w:fill="C6E7F3"/>
                  <w:tcMar>
                    <w:top w:w="45" w:type="dxa"/>
                    <w:left w:w="70" w:type="dxa"/>
                    <w:bottom w:w="45" w:type="dxa"/>
                    <w:right w:w="70" w:type="dxa"/>
                  </w:tcMar>
                </w:tcPr>
                <w:p w14:paraId="1F682A5C" w14:textId="77777777" w:rsidR="005B3871" w:rsidRDefault="00000000">
                  <w:pPr>
                    <w:keepNext/>
                  </w:pPr>
                  <w:r>
                    <w:rPr>
                      <w:b/>
                      <w:color w:val="000000"/>
                    </w:rPr>
                    <w:t>GLAVNI DEL – IZKUŠENJSKO IN PROBLEMSKO UČENJE (2 šolski uri)</w:t>
                  </w:r>
                </w:p>
              </w:tc>
            </w:tr>
          </w:tbl>
          <w:p w14:paraId="48ED049F" w14:textId="77777777" w:rsidR="005B3871" w:rsidRDefault="005B3871">
            <w:pPr>
              <w:spacing w:line="20" w:lineRule="exact"/>
            </w:pPr>
          </w:p>
          <w:p w14:paraId="47D7287E" w14:textId="77777777" w:rsidR="005B3871" w:rsidRDefault="00000000">
            <w:pPr>
              <w:keepNext/>
              <w:spacing w:before="40" w:after="10" w:line="245" w:lineRule="auto"/>
            </w:pPr>
            <w:r>
              <w:rPr>
                <w:b/>
                <w:color w:val="000000"/>
                <w:sz w:val="17"/>
              </w:rPr>
              <w:t>1. URA – Mravljičje poti</w:t>
            </w:r>
          </w:p>
          <w:p w14:paraId="243956B9" w14:textId="77777777" w:rsidR="005B3871" w:rsidRDefault="00000000">
            <w:pPr>
              <w:spacing w:after="14" w:line="245" w:lineRule="auto"/>
            </w:pPr>
            <w:r>
              <w:rPr>
                <w:b/>
                <w:color w:val="000000"/>
                <w:sz w:val="16"/>
              </w:rPr>
              <w:t xml:space="preserve">Dejavnost učiteljice: </w:t>
            </w:r>
            <w:r>
              <w:rPr>
                <w:color w:val="000000"/>
                <w:sz w:val="16"/>
              </w:rPr>
              <w:t>Na tla položi različne vrvi in dosledno loči lastnosti ravna/kriva ter sklenjena/nesklenjena.</w:t>
            </w:r>
          </w:p>
          <w:p w14:paraId="46C0AEBB" w14:textId="77777777" w:rsidR="005B3871" w:rsidRDefault="00000000">
            <w:pPr>
              <w:spacing w:after="14" w:line="245" w:lineRule="auto"/>
            </w:pPr>
            <w:r>
              <w:rPr>
                <w:b/>
                <w:color w:val="000000"/>
                <w:sz w:val="16"/>
              </w:rPr>
              <w:t xml:space="preserve">Dejavnost učencev: </w:t>
            </w:r>
            <w:r>
              <w:rPr>
                <w:color w:val="000000"/>
                <w:sz w:val="16"/>
              </w:rPr>
              <w:t>Po črti hodijo, jo poimenujejo, nato iz vrvi sestavijo primer po navodilu.</w:t>
            </w:r>
          </w:p>
          <w:p w14:paraId="68FC0643" w14:textId="77777777" w:rsidR="005B3871" w:rsidRDefault="00000000">
            <w:pPr>
              <w:spacing w:after="24" w:line="245" w:lineRule="auto"/>
            </w:pPr>
            <w:r>
              <w:rPr>
                <w:i/>
                <w:color w:val="D95BC6"/>
                <w:sz w:val="16"/>
              </w:rPr>
              <w:t>Predvideni dokaz: gibalni in konkretni prikaz vrste črte.</w:t>
            </w:r>
          </w:p>
          <w:p w14:paraId="27891960" w14:textId="77777777" w:rsidR="005B3871" w:rsidRDefault="00000000">
            <w:pPr>
              <w:keepNext/>
              <w:spacing w:before="40" w:after="10" w:line="245" w:lineRule="auto"/>
            </w:pPr>
            <w:r>
              <w:rPr>
                <w:b/>
                <w:color w:val="000000"/>
                <w:sz w:val="17"/>
              </w:rPr>
              <w:t>2. URA – Sestavi in razstavi lik</w:t>
            </w:r>
          </w:p>
          <w:p w14:paraId="519F33F7" w14:textId="77777777" w:rsidR="005B3871" w:rsidRDefault="00000000">
            <w:pPr>
              <w:spacing w:after="14" w:line="245" w:lineRule="auto"/>
            </w:pPr>
            <w:r>
              <w:rPr>
                <w:b/>
                <w:color w:val="000000"/>
                <w:sz w:val="16"/>
              </w:rPr>
              <w:t xml:space="preserve">Dejavnost učiteljice: </w:t>
            </w:r>
            <w:r>
              <w:rPr>
                <w:color w:val="000000"/>
                <w:sz w:val="16"/>
              </w:rPr>
              <w:t>Ponudi palčke, vrvice in izrezane dele ter modelira razstavljanje lika na dele.</w:t>
            </w:r>
          </w:p>
          <w:p w14:paraId="63997E7E" w14:textId="77777777" w:rsidR="005B3871" w:rsidRDefault="00000000">
            <w:pPr>
              <w:spacing w:after="14" w:line="245" w:lineRule="auto"/>
            </w:pPr>
            <w:r>
              <w:rPr>
                <w:b/>
                <w:color w:val="000000"/>
                <w:sz w:val="16"/>
              </w:rPr>
              <w:t xml:space="preserve">Dejavnost učencev: </w:t>
            </w:r>
            <w:r>
              <w:rPr>
                <w:color w:val="000000"/>
                <w:sz w:val="16"/>
              </w:rPr>
              <w:t>Sestavijo lik, ga preoblikujejo v drugega in narišejo uporabljene črte.</w:t>
            </w:r>
          </w:p>
          <w:p w14:paraId="129699F8" w14:textId="77777777" w:rsidR="005B3871" w:rsidRDefault="00000000">
            <w:pPr>
              <w:spacing w:after="24" w:line="245" w:lineRule="auto"/>
            </w:pPr>
            <w:r>
              <w:rPr>
                <w:i/>
                <w:color w:val="D95BC6"/>
                <w:sz w:val="16"/>
              </w:rPr>
              <w:t>Predvideni dokaz: sestavljen, preoblikovan in narisan lik.</w:t>
            </w:r>
          </w:p>
          <w:tbl>
            <w:tblPr>
              <w:tblStyle w:val="Tabelamrea"/>
              <w:tblW w:w="0" w:type="auto"/>
              <w:jc w:val="center"/>
              <w:tblLayout w:type="fixed"/>
              <w:tblLook w:val="04A0" w:firstRow="1" w:lastRow="0" w:firstColumn="1" w:lastColumn="0" w:noHBand="0" w:noVBand="1"/>
            </w:tblPr>
            <w:tblGrid>
              <w:gridCol w:w="7087"/>
            </w:tblGrid>
            <w:tr w:rsidR="005B3871" w14:paraId="5038A89C" w14:textId="77777777">
              <w:trPr>
                <w:jc w:val="center"/>
              </w:trPr>
              <w:tc>
                <w:tcPr>
                  <w:tcW w:w="7087" w:type="dxa"/>
                  <w:shd w:val="clear" w:color="auto" w:fill="EDC9EA"/>
                  <w:tcMar>
                    <w:top w:w="45" w:type="dxa"/>
                    <w:left w:w="70" w:type="dxa"/>
                    <w:bottom w:w="45" w:type="dxa"/>
                    <w:right w:w="70" w:type="dxa"/>
                  </w:tcMar>
                </w:tcPr>
                <w:p w14:paraId="369D6BAD" w14:textId="77777777" w:rsidR="005B3871" w:rsidRDefault="00000000">
                  <w:pPr>
                    <w:keepNext/>
                  </w:pPr>
                  <w:r>
                    <w:rPr>
                      <w:b/>
                      <w:color w:val="000000"/>
                    </w:rPr>
                    <w:t>POVRATNA INFORMACIJA UČITELJICE MED DELOM</w:t>
                  </w:r>
                </w:p>
              </w:tc>
            </w:tr>
          </w:tbl>
          <w:p w14:paraId="28A93D91" w14:textId="77777777" w:rsidR="005B3871" w:rsidRDefault="005B3871"/>
          <w:p w14:paraId="7FABB5CB"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796A2FF1" w14:textId="77777777" w:rsidR="005B3871" w:rsidRDefault="005B3871"/>
          <w:p w14:paraId="79BE32D9" w14:textId="77777777" w:rsidR="005B3871" w:rsidRDefault="00000000">
            <w:pPr>
              <w:spacing w:after="10" w:line="245" w:lineRule="auto"/>
            </w:pPr>
            <w:r>
              <w:rPr>
                <w:b/>
                <w:color w:val="000000"/>
                <w:sz w:val="16"/>
              </w:rPr>
              <w:t>1. URA</w:t>
            </w:r>
          </w:p>
          <w:p w14:paraId="10B1AA3E" w14:textId="77777777" w:rsidR="005B3871" w:rsidRDefault="00000000">
            <w:pPr>
              <w:spacing w:after="30" w:line="245" w:lineRule="auto"/>
            </w:pPr>
            <w:r>
              <w:rPr>
                <w:color w:val="000000"/>
                <w:sz w:val="16"/>
              </w:rPr>
              <w:t>Po črti hodijo, jo poimenujejo, nato iz vrvi sestavijo primer po navodilu.</w:t>
            </w:r>
          </w:p>
          <w:p w14:paraId="0ADCC64C" w14:textId="77777777" w:rsidR="005B3871" w:rsidRDefault="00000000">
            <w:pPr>
              <w:spacing w:line="245" w:lineRule="auto"/>
            </w:pPr>
            <w:r>
              <w:rPr>
                <w:b/>
                <w:color w:val="D95BC6"/>
                <w:sz w:val="16"/>
              </w:rPr>
              <w:t>DOKAZ</w:t>
            </w:r>
          </w:p>
          <w:p w14:paraId="52B006CF" w14:textId="77777777" w:rsidR="005B3871" w:rsidRDefault="00000000">
            <w:pPr>
              <w:spacing w:after="40" w:line="245" w:lineRule="auto"/>
            </w:pPr>
            <w:r>
              <w:rPr>
                <w:color w:val="D95BC6"/>
                <w:sz w:val="15"/>
              </w:rPr>
              <w:t>gibalni in konkretni prikaz vrste črte</w:t>
            </w:r>
          </w:p>
          <w:p w14:paraId="46020BB1" w14:textId="77777777" w:rsidR="005B3871" w:rsidRDefault="00000000">
            <w:pPr>
              <w:spacing w:after="10" w:line="245" w:lineRule="auto"/>
            </w:pPr>
            <w:r>
              <w:rPr>
                <w:b/>
                <w:color w:val="000000"/>
                <w:sz w:val="16"/>
              </w:rPr>
              <w:t>2. URA</w:t>
            </w:r>
          </w:p>
          <w:p w14:paraId="57874CA2" w14:textId="77777777" w:rsidR="005B3871" w:rsidRDefault="00000000">
            <w:pPr>
              <w:spacing w:after="30" w:line="245" w:lineRule="auto"/>
            </w:pPr>
            <w:r>
              <w:rPr>
                <w:color w:val="000000"/>
                <w:sz w:val="16"/>
              </w:rPr>
              <w:t>Sestavijo lik, ga preoblikujejo v drugega in narišejo uporabljene črte.</w:t>
            </w:r>
          </w:p>
          <w:p w14:paraId="7C93B9B1" w14:textId="77777777" w:rsidR="005B3871" w:rsidRDefault="00000000">
            <w:pPr>
              <w:spacing w:line="245" w:lineRule="auto"/>
            </w:pPr>
            <w:r>
              <w:rPr>
                <w:b/>
                <w:color w:val="D95BC6"/>
                <w:sz w:val="16"/>
              </w:rPr>
              <w:t>DOKAZ</w:t>
            </w:r>
          </w:p>
          <w:p w14:paraId="4A47A925" w14:textId="77777777" w:rsidR="005B3871" w:rsidRDefault="00000000">
            <w:pPr>
              <w:spacing w:after="40" w:line="245" w:lineRule="auto"/>
            </w:pPr>
            <w:r>
              <w:rPr>
                <w:color w:val="D95BC6"/>
                <w:sz w:val="15"/>
              </w:rPr>
              <w:t>sestavljen, preoblikovan in narisan lik</w:t>
            </w:r>
          </w:p>
        </w:tc>
      </w:tr>
    </w:tbl>
    <w:p w14:paraId="7E766AAF"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58BCDF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FE7BF3A"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89FCD18" w14:textId="77777777" w:rsidR="005B3871" w:rsidRDefault="00000000">
            <w:pPr>
              <w:jc w:val="center"/>
            </w:pPr>
            <w:r>
              <w:rPr>
                <w:b/>
                <w:color w:val="000000"/>
                <w:sz w:val="20"/>
              </w:rPr>
              <w:t>UČNE DEJAVNOSTI, METODE IN FORMATIVNO SPREMLJANJE</w:t>
            </w:r>
          </w:p>
        </w:tc>
      </w:tr>
      <w:tr w:rsidR="005B3871" w14:paraId="1A89D8B1" w14:textId="77777777">
        <w:trPr>
          <w:tblHeader/>
          <w:jc w:val="center"/>
        </w:trPr>
        <w:tc>
          <w:tcPr>
            <w:tcW w:w="4422" w:type="dxa"/>
            <w:vMerge/>
            <w:tcMar>
              <w:top w:w="70" w:type="dxa"/>
              <w:left w:w="90" w:type="dxa"/>
              <w:bottom w:w="70" w:type="dxa"/>
              <w:right w:w="90" w:type="dxa"/>
            </w:tcMar>
            <w:vAlign w:val="center"/>
          </w:tcPr>
          <w:p w14:paraId="1F6931B5" w14:textId="77777777" w:rsidR="005B3871" w:rsidRDefault="005B3871"/>
        </w:tc>
        <w:tc>
          <w:tcPr>
            <w:tcW w:w="7087" w:type="dxa"/>
            <w:shd w:val="clear" w:color="auto" w:fill="FFFFFF"/>
            <w:tcMar>
              <w:top w:w="70" w:type="dxa"/>
              <w:left w:w="90" w:type="dxa"/>
              <w:bottom w:w="70" w:type="dxa"/>
              <w:right w:w="90" w:type="dxa"/>
            </w:tcMar>
            <w:vAlign w:val="center"/>
          </w:tcPr>
          <w:p w14:paraId="21A4B05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60DCD4D" w14:textId="77777777" w:rsidR="005B3871" w:rsidRDefault="00000000">
            <w:pPr>
              <w:jc w:val="center"/>
            </w:pPr>
            <w:r>
              <w:rPr>
                <w:b/>
                <w:color w:val="000000"/>
              </w:rPr>
              <w:t>UČENEC</w:t>
            </w:r>
          </w:p>
        </w:tc>
      </w:tr>
      <w:tr w:rsidR="005B3871" w14:paraId="538C1980" w14:textId="77777777">
        <w:trPr>
          <w:jc w:val="center"/>
        </w:trPr>
        <w:tc>
          <w:tcPr>
            <w:tcW w:w="4422" w:type="dxa"/>
            <w:tcMar>
              <w:top w:w="70" w:type="dxa"/>
              <w:left w:w="90" w:type="dxa"/>
              <w:bottom w:w="70" w:type="dxa"/>
              <w:right w:w="90" w:type="dxa"/>
            </w:tcMar>
          </w:tcPr>
          <w:p w14:paraId="354AD059" w14:textId="77777777" w:rsidR="005B3871" w:rsidRDefault="005B3871"/>
          <w:p w14:paraId="1227BC34" w14:textId="77777777" w:rsidR="005B3871" w:rsidRDefault="00000000">
            <w:pPr>
              <w:spacing w:after="40" w:line="245" w:lineRule="auto"/>
            </w:pPr>
            <w:r>
              <w:rPr>
                <w:b/>
                <w:color w:val="000000"/>
              </w:rPr>
              <w:t>FORMATIVNO SPREMLJANJE</w:t>
            </w:r>
          </w:p>
          <w:p w14:paraId="196BD083" w14:textId="77777777" w:rsidR="005B3871" w:rsidRDefault="00000000">
            <w:pPr>
              <w:pStyle w:val="Oznaenseznam"/>
              <w:spacing w:after="16"/>
            </w:pPr>
            <w:r>
              <w:rPr>
                <w:color w:val="000000"/>
                <w:sz w:val="16"/>
              </w:rPr>
              <w:t>predznanje: začetna strategija, ocena, razvrstitev, model ali risba</w:t>
            </w:r>
          </w:p>
          <w:p w14:paraId="582AFF37" w14:textId="77777777" w:rsidR="005B3871" w:rsidRDefault="00000000">
            <w:pPr>
              <w:pStyle w:val="Oznaenseznam"/>
              <w:spacing w:after="16"/>
            </w:pPr>
            <w:r>
              <w:rPr>
                <w:color w:val="000000"/>
                <w:sz w:val="16"/>
              </w:rPr>
              <w:t>dokazi med učenjem: konkretni, gibalni, slikovni in simbolni prikaz ter razlaga postopka</w:t>
            </w:r>
          </w:p>
          <w:p w14:paraId="048DC1B8" w14:textId="77777777" w:rsidR="005B3871" w:rsidRDefault="00000000">
            <w:pPr>
              <w:pStyle w:val="Oznaenseznam"/>
              <w:spacing w:after="16"/>
            </w:pPr>
            <w:r>
              <w:rPr>
                <w:color w:val="000000"/>
                <w:sz w:val="16"/>
              </w:rPr>
              <w:t>povratna informacija: konkretna, vezana na kriterij in usmerjena v preverjanje ali naslednji korak</w:t>
            </w:r>
          </w:p>
          <w:p w14:paraId="4D4D5010" w14:textId="77777777" w:rsidR="005B3871" w:rsidRDefault="00000000">
            <w:pPr>
              <w:pStyle w:val="Oznaenseznam"/>
              <w:spacing w:after="16"/>
            </w:pPr>
            <w:r>
              <w:rPr>
                <w:color w:val="000000"/>
                <w:sz w:val="16"/>
              </w:rPr>
              <w:t>samovrednotenje: semafor, lestvica samostojnosti, izbrani dokaz ali kratka poved</w:t>
            </w:r>
          </w:p>
          <w:p w14:paraId="2A0553B3" w14:textId="77777777" w:rsidR="005B3871" w:rsidRDefault="00000000">
            <w:pPr>
              <w:spacing w:before="40" w:after="20" w:line="245" w:lineRule="auto"/>
            </w:pPr>
            <w:r>
              <w:rPr>
                <w:b/>
                <w:color w:val="000000"/>
                <w:sz w:val="17"/>
              </w:rPr>
              <w:t>VARNOST IN ODGOVORNOST</w:t>
            </w:r>
          </w:p>
          <w:p w14:paraId="2968C45C"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3341B818" w14:textId="77777777" w:rsidR="005B3871" w:rsidRDefault="00000000">
            <w:pPr>
              <w:spacing w:after="20" w:line="245" w:lineRule="auto"/>
            </w:pPr>
            <w:r>
              <w:rPr>
                <w:b/>
                <w:color w:val="000000"/>
                <w:sz w:val="17"/>
              </w:rPr>
              <w:t>EVIDENCA PO IZVEDBI</w:t>
            </w:r>
          </w:p>
          <w:p w14:paraId="7B402CCF"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6803F4F6"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335E7C5" w14:textId="77777777">
              <w:trPr>
                <w:jc w:val="center"/>
              </w:trPr>
              <w:tc>
                <w:tcPr>
                  <w:tcW w:w="7087" w:type="dxa"/>
                  <w:shd w:val="clear" w:color="auto" w:fill="EDC9EA"/>
                  <w:tcMar>
                    <w:top w:w="45" w:type="dxa"/>
                    <w:left w:w="70" w:type="dxa"/>
                    <w:bottom w:w="45" w:type="dxa"/>
                    <w:right w:w="70" w:type="dxa"/>
                  </w:tcMar>
                </w:tcPr>
                <w:p w14:paraId="7AD973A1" w14:textId="77777777" w:rsidR="005B3871" w:rsidRDefault="00000000">
                  <w:pPr>
                    <w:keepNext/>
                  </w:pPr>
                  <w:r>
                    <w:rPr>
                      <w:b/>
                      <w:color w:val="000000"/>
                    </w:rPr>
                    <w:t>VPRAŠANJA V PODPORO MATEMATIČNEMU UČENJU</w:t>
                  </w:r>
                </w:p>
              </w:tc>
            </w:tr>
          </w:tbl>
          <w:p w14:paraId="460922D8" w14:textId="77777777" w:rsidR="005B3871" w:rsidRDefault="005B3871">
            <w:pPr>
              <w:spacing w:line="20" w:lineRule="exact"/>
            </w:pPr>
          </w:p>
          <w:p w14:paraId="678A8DBD" w14:textId="77777777" w:rsidR="005B3871" w:rsidRDefault="00000000">
            <w:pPr>
              <w:pStyle w:val="Oznaenseznam"/>
              <w:spacing w:after="16"/>
            </w:pPr>
            <w:r>
              <w:rPr>
                <w:color w:val="000000"/>
                <w:sz w:val="16"/>
              </w:rPr>
              <w:t>Kaj v tvojem modelu, risbi ali zapisu predstavlja posamezni del naloge?</w:t>
            </w:r>
          </w:p>
          <w:p w14:paraId="496C7143" w14:textId="77777777" w:rsidR="005B3871" w:rsidRDefault="00000000">
            <w:pPr>
              <w:pStyle w:val="Oznaenseznam"/>
              <w:spacing w:after="16"/>
            </w:pPr>
            <w:r>
              <w:rPr>
                <w:color w:val="000000"/>
                <w:sz w:val="16"/>
              </w:rPr>
              <w:t>Kako si prišel/-la do rešitve in kako veš, da je smiselna?</w:t>
            </w:r>
          </w:p>
          <w:p w14:paraId="6041FCDE" w14:textId="77777777" w:rsidR="005B3871" w:rsidRDefault="00000000">
            <w:pPr>
              <w:pStyle w:val="Oznaenseznam"/>
              <w:spacing w:after="16"/>
            </w:pPr>
            <w:r>
              <w:rPr>
                <w:color w:val="000000"/>
                <w:sz w:val="16"/>
              </w:rPr>
              <w:t>Ali lahko isto pokažeš še s predmetom, gibanjem, risbo ali drugim zapisom?</w:t>
            </w:r>
          </w:p>
          <w:p w14:paraId="5E8EAF35" w14:textId="77777777" w:rsidR="005B3871" w:rsidRDefault="00000000">
            <w:pPr>
              <w:pStyle w:val="Oznaenseznam"/>
              <w:spacing w:after="16"/>
            </w:pPr>
            <w:r>
              <w:rPr>
                <w:color w:val="000000"/>
                <w:sz w:val="16"/>
              </w:rPr>
              <w:t>Kje bi se lahko zmotil/-a in kako boš rešitev preveril/-a?</w:t>
            </w:r>
          </w:p>
          <w:p w14:paraId="22E466F0"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4F6F4D1" w14:textId="77777777">
              <w:trPr>
                <w:jc w:val="center"/>
              </w:trPr>
              <w:tc>
                <w:tcPr>
                  <w:tcW w:w="7087" w:type="dxa"/>
                  <w:shd w:val="clear" w:color="auto" w:fill="C6E7F3"/>
                  <w:tcMar>
                    <w:top w:w="45" w:type="dxa"/>
                    <w:left w:w="70" w:type="dxa"/>
                    <w:bottom w:w="45" w:type="dxa"/>
                    <w:right w:w="70" w:type="dxa"/>
                  </w:tcMar>
                </w:tcPr>
                <w:p w14:paraId="2F4DC122" w14:textId="77777777" w:rsidR="005B3871" w:rsidRDefault="00000000">
                  <w:pPr>
                    <w:keepNext/>
                  </w:pPr>
                  <w:r>
                    <w:rPr>
                      <w:b/>
                      <w:color w:val="000000"/>
                    </w:rPr>
                    <w:t>ZAKLJUČNI DEL – UTRJEVANJE IN REFLEKSIJA (10–15 min)</w:t>
                  </w:r>
                </w:p>
              </w:tc>
            </w:tr>
          </w:tbl>
          <w:p w14:paraId="211AC9FF" w14:textId="77777777" w:rsidR="005B3871" w:rsidRDefault="005B3871">
            <w:pPr>
              <w:spacing w:line="20" w:lineRule="exact"/>
            </w:pPr>
          </w:p>
          <w:p w14:paraId="1BC40DD6"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5E9C4AD0" w14:textId="77777777">
              <w:trPr>
                <w:jc w:val="center"/>
              </w:trPr>
              <w:tc>
                <w:tcPr>
                  <w:tcW w:w="7087" w:type="dxa"/>
                  <w:shd w:val="clear" w:color="auto" w:fill="EDC9EA"/>
                  <w:tcMar>
                    <w:top w:w="45" w:type="dxa"/>
                    <w:left w:w="70" w:type="dxa"/>
                    <w:bottom w:w="45" w:type="dxa"/>
                    <w:right w:w="70" w:type="dxa"/>
                  </w:tcMar>
                </w:tcPr>
                <w:p w14:paraId="4B53882F" w14:textId="77777777" w:rsidR="005B3871" w:rsidRDefault="00000000">
                  <w:pPr>
                    <w:keepNext/>
                  </w:pPr>
                  <w:r>
                    <w:rPr>
                      <w:b/>
                      <w:color w:val="000000"/>
                    </w:rPr>
                    <w:t>SAMOVREDNOTENJE</w:t>
                  </w:r>
                </w:p>
              </w:tc>
            </w:tr>
          </w:tbl>
          <w:p w14:paraId="2CEF024D" w14:textId="77777777" w:rsidR="005B3871" w:rsidRDefault="005B3871">
            <w:pPr>
              <w:spacing w:line="20" w:lineRule="exact"/>
            </w:pPr>
          </w:p>
          <w:p w14:paraId="68381DA9"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989B169" w14:textId="77777777">
              <w:trPr>
                <w:jc w:val="center"/>
              </w:trPr>
              <w:tc>
                <w:tcPr>
                  <w:tcW w:w="7087" w:type="dxa"/>
                  <w:shd w:val="clear" w:color="auto" w:fill="EDC9EA"/>
                  <w:tcMar>
                    <w:top w:w="45" w:type="dxa"/>
                    <w:left w:w="70" w:type="dxa"/>
                    <w:bottom w:w="45" w:type="dxa"/>
                    <w:right w:w="70" w:type="dxa"/>
                  </w:tcMar>
                </w:tcPr>
                <w:p w14:paraId="4BD6C67E" w14:textId="77777777" w:rsidR="005B3871" w:rsidRDefault="00000000">
                  <w:pPr>
                    <w:keepNext/>
                  </w:pPr>
                  <w:r>
                    <w:rPr>
                      <w:b/>
                      <w:color w:val="000000"/>
                    </w:rPr>
                    <w:t>VRSTNIŠKO VREDNOTENJE</w:t>
                  </w:r>
                </w:p>
              </w:tc>
            </w:tr>
          </w:tbl>
          <w:p w14:paraId="0267B043" w14:textId="77777777" w:rsidR="005B3871" w:rsidRDefault="005B3871">
            <w:pPr>
              <w:spacing w:line="20" w:lineRule="exact"/>
            </w:pPr>
          </w:p>
          <w:p w14:paraId="5EE1A6C5"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386D8841" w14:textId="77777777">
              <w:trPr>
                <w:jc w:val="center"/>
              </w:trPr>
              <w:tc>
                <w:tcPr>
                  <w:tcW w:w="7087" w:type="dxa"/>
                  <w:shd w:val="clear" w:color="auto" w:fill="EDC9EA"/>
                  <w:tcMar>
                    <w:top w:w="45" w:type="dxa"/>
                    <w:left w:w="70" w:type="dxa"/>
                    <w:bottom w:w="45" w:type="dxa"/>
                    <w:right w:w="70" w:type="dxa"/>
                  </w:tcMar>
                </w:tcPr>
                <w:p w14:paraId="11C7C8C2" w14:textId="77777777" w:rsidR="005B3871" w:rsidRDefault="00000000">
                  <w:pPr>
                    <w:keepNext/>
                  </w:pPr>
                  <w:r>
                    <w:rPr>
                      <w:b/>
                      <w:color w:val="000000"/>
                    </w:rPr>
                    <w:t>SKUPNI POVZETEK</w:t>
                  </w:r>
                </w:p>
              </w:tc>
            </w:tr>
          </w:tbl>
          <w:p w14:paraId="5D10EDEB" w14:textId="77777777" w:rsidR="005B3871" w:rsidRDefault="005B3871"/>
          <w:p w14:paraId="6D843512" w14:textId="77777777" w:rsidR="005B3871" w:rsidRDefault="00000000">
            <w:pPr>
              <w:spacing w:before="20" w:after="40" w:line="245" w:lineRule="auto"/>
            </w:pPr>
            <w:r>
              <w:rPr>
                <w:b/>
                <w:color w:val="000000"/>
                <w:sz w:val="16"/>
              </w:rPr>
              <w:t>Prepoznam in narišem različne črte ter iz delov sestavim in razstavim geometrijski lik.</w:t>
            </w:r>
          </w:p>
        </w:tc>
        <w:tc>
          <w:tcPr>
            <w:tcW w:w="2551" w:type="dxa"/>
            <w:tcMar>
              <w:top w:w="70" w:type="dxa"/>
              <w:left w:w="90" w:type="dxa"/>
              <w:bottom w:w="70" w:type="dxa"/>
              <w:right w:w="90" w:type="dxa"/>
            </w:tcMar>
          </w:tcPr>
          <w:p w14:paraId="03F4F88A" w14:textId="77777777" w:rsidR="005B3871" w:rsidRDefault="005B3871"/>
          <w:p w14:paraId="67EF897E" w14:textId="77777777" w:rsidR="005B3871" w:rsidRDefault="00000000">
            <w:pPr>
              <w:spacing w:after="100" w:line="245" w:lineRule="auto"/>
            </w:pPr>
            <w:r>
              <w:rPr>
                <w:color w:val="000000"/>
                <w:sz w:val="16"/>
              </w:rPr>
              <w:t>Odgovarja na podporna vprašanja in se sklicuje na svoj model, zapis ali izvedbo.</w:t>
            </w:r>
          </w:p>
          <w:p w14:paraId="6B7A8BED" w14:textId="77777777" w:rsidR="005B3871" w:rsidRDefault="00000000">
            <w:pPr>
              <w:spacing w:after="100" w:line="245" w:lineRule="auto"/>
            </w:pPr>
            <w:r>
              <w:rPr>
                <w:color w:val="000000"/>
                <w:sz w:val="16"/>
              </w:rPr>
              <w:t>Primerja začetno strategijo z novim dokazom ter pojasni, kaj se je naučil/-a.</w:t>
            </w:r>
          </w:p>
          <w:p w14:paraId="5756E52D" w14:textId="77777777" w:rsidR="005B3871" w:rsidRDefault="00000000">
            <w:pPr>
              <w:spacing w:after="100" w:line="245" w:lineRule="auto"/>
            </w:pPr>
            <w:r>
              <w:rPr>
                <w:color w:val="000000"/>
                <w:sz w:val="16"/>
              </w:rPr>
              <w:t>Izbere raven samostojnosti in določi naslednji korak.</w:t>
            </w:r>
          </w:p>
          <w:p w14:paraId="3BA2E6B6" w14:textId="77777777" w:rsidR="005B3871" w:rsidRDefault="00000000">
            <w:pPr>
              <w:spacing w:after="100" w:line="245" w:lineRule="auto"/>
            </w:pPr>
            <w:r>
              <w:rPr>
                <w:color w:val="000000"/>
                <w:sz w:val="16"/>
              </w:rPr>
              <w:t>Sošolcu poda prijazen in konkreten odziv, vezan na kriterij.</w:t>
            </w:r>
          </w:p>
          <w:p w14:paraId="73799527" w14:textId="77777777" w:rsidR="005B3871" w:rsidRDefault="00000000">
            <w:pPr>
              <w:spacing w:after="20" w:line="245" w:lineRule="auto"/>
            </w:pPr>
            <w:r>
              <w:rPr>
                <w:b/>
                <w:color w:val="D95BC6"/>
                <w:sz w:val="17"/>
              </w:rPr>
              <w:t>DOKAZ O UČENJU</w:t>
            </w:r>
          </w:p>
          <w:p w14:paraId="1A5BEC7C"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40BB3624"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795BBAFD" w14:textId="77777777">
        <w:trPr>
          <w:cantSplit/>
          <w:jc w:val="center"/>
        </w:trPr>
        <w:tc>
          <w:tcPr>
            <w:tcW w:w="14060" w:type="dxa"/>
            <w:gridSpan w:val="6"/>
            <w:tcMar>
              <w:top w:w="70" w:type="dxa"/>
              <w:left w:w="90" w:type="dxa"/>
              <w:bottom w:w="70" w:type="dxa"/>
              <w:right w:w="90" w:type="dxa"/>
            </w:tcMar>
            <w:vAlign w:val="center"/>
          </w:tcPr>
          <w:p w14:paraId="6918D978" w14:textId="77777777" w:rsidR="005B3871" w:rsidRDefault="00000000">
            <w:pPr>
              <w:jc w:val="center"/>
            </w:pPr>
            <w:r>
              <w:rPr>
                <w:b/>
                <w:color w:val="000000"/>
                <w:sz w:val="24"/>
              </w:rPr>
              <w:lastRenderedPageBreak/>
              <w:t>UČNA PRIPRAVA 29/39</w:t>
            </w:r>
          </w:p>
        </w:tc>
      </w:tr>
      <w:tr w:rsidR="005B3871" w14:paraId="2B7BF46D" w14:textId="77777777">
        <w:trPr>
          <w:jc w:val="center"/>
        </w:trPr>
        <w:tc>
          <w:tcPr>
            <w:tcW w:w="2665" w:type="dxa"/>
            <w:tcMar>
              <w:top w:w="70" w:type="dxa"/>
              <w:left w:w="90" w:type="dxa"/>
              <w:bottom w:w="70" w:type="dxa"/>
              <w:right w:w="90" w:type="dxa"/>
            </w:tcMar>
            <w:vAlign w:val="center"/>
          </w:tcPr>
          <w:p w14:paraId="4F21796A"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23BBAF0"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587F6473"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A3D72C2" w14:textId="77777777" w:rsidR="005B3871" w:rsidRDefault="00000000">
            <w:r>
              <w:rPr>
                <w:b/>
                <w:color w:val="000000"/>
                <w:sz w:val="16"/>
              </w:rPr>
              <w:t xml:space="preserve">NAČRTOVANI TERMIN: </w:t>
            </w:r>
            <w:r>
              <w:rPr>
                <w:color w:val="000000"/>
                <w:sz w:val="16"/>
              </w:rPr>
              <w:t>29. teden • 5.–9. 4. 2027</w:t>
            </w:r>
          </w:p>
        </w:tc>
        <w:tc>
          <w:tcPr>
            <w:tcW w:w="2268" w:type="dxa"/>
            <w:tcMar>
              <w:top w:w="70" w:type="dxa"/>
              <w:left w:w="90" w:type="dxa"/>
              <w:bottom w:w="70" w:type="dxa"/>
              <w:right w:w="90" w:type="dxa"/>
            </w:tcMar>
            <w:vAlign w:val="center"/>
          </w:tcPr>
          <w:p w14:paraId="1268544C"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7769697" w14:textId="77777777" w:rsidR="005B3871" w:rsidRDefault="00000000">
            <w:r>
              <w:rPr>
                <w:b/>
                <w:color w:val="000000"/>
                <w:sz w:val="16"/>
              </w:rPr>
              <w:t xml:space="preserve">ŠTEVILO UR: </w:t>
            </w:r>
            <w:r>
              <w:rPr>
                <w:color w:val="000000"/>
                <w:sz w:val="16"/>
              </w:rPr>
              <w:t>4</w:t>
            </w:r>
          </w:p>
        </w:tc>
      </w:tr>
      <w:tr w:rsidR="005B3871" w14:paraId="79E6A6DC" w14:textId="77777777">
        <w:trPr>
          <w:jc w:val="center"/>
        </w:trPr>
        <w:tc>
          <w:tcPr>
            <w:tcW w:w="14061" w:type="dxa"/>
            <w:gridSpan w:val="6"/>
            <w:tcMar>
              <w:top w:w="70" w:type="dxa"/>
              <w:left w:w="90" w:type="dxa"/>
              <w:bottom w:w="70" w:type="dxa"/>
              <w:right w:w="90" w:type="dxa"/>
            </w:tcMar>
            <w:vAlign w:val="center"/>
          </w:tcPr>
          <w:p w14:paraId="4D5CBDB5"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45FDE3FF" w14:textId="77777777">
        <w:trPr>
          <w:cantSplit/>
          <w:jc w:val="center"/>
        </w:trPr>
        <w:tc>
          <w:tcPr>
            <w:tcW w:w="14060" w:type="dxa"/>
            <w:gridSpan w:val="6"/>
            <w:tcMar>
              <w:top w:w="70" w:type="dxa"/>
              <w:left w:w="90" w:type="dxa"/>
              <w:bottom w:w="70" w:type="dxa"/>
              <w:right w:w="90" w:type="dxa"/>
            </w:tcMar>
            <w:vAlign w:val="center"/>
          </w:tcPr>
          <w:p w14:paraId="209C4B85" w14:textId="77777777" w:rsidR="005B3871" w:rsidRDefault="005B3871"/>
          <w:p w14:paraId="270A0210" w14:textId="77777777" w:rsidR="005B3871" w:rsidRDefault="00000000">
            <w:pPr>
              <w:spacing w:line="245" w:lineRule="auto"/>
            </w:pPr>
            <w:r>
              <w:rPr>
                <w:b/>
                <w:color w:val="000000"/>
                <w:sz w:val="16"/>
              </w:rPr>
              <w:t xml:space="preserve">UČNI SKLOP: </w:t>
            </w:r>
            <w:r>
              <w:rPr>
                <w:color w:val="000000"/>
                <w:sz w:val="16"/>
              </w:rPr>
              <w:t>POMLAD, POJAVI IN ŽIVA BITJA</w:t>
            </w:r>
          </w:p>
        </w:tc>
      </w:tr>
      <w:tr w:rsidR="005B3871" w14:paraId="7EAC0942" w14:textId="77777777">
        <w:trPr>
          <w:cantSplit/>
          <w:jc w:val="center"/>
        </w:trPr>
        <w:tc>
          <w:tcPr>
            <w:tcW w:w="14060" w:type="dxa"/>
            <w:gridSpan w:val="6"/>
            <w:tcMar>
              <w:top w:w="70" w:type="dxa"/>
              <w:left w:w="90" w:type="dxa"/>
              <w:bottom w:w="70" w:type="dxa"/>
              <w:right w:w="90" w:type="dxa"/>
            </w:tcMar>
            <w:vAlign w:val="center"/>
          </w:tcPr>
          <w:p w14:paraId="382092B7" w14:textId="77777777" w:rsidR="005B3871" w:rsidRDefault="005B3871"/>
          <w:p w14:paraId="54A95198" w14:textId="77777777" w:rsidR="005B3871" w:rsidRDefault="00000000">
            <w:pPr>
              <w:spacing w:line="245" w:lineRule="auto"/>
            </w:pPr>
            <w:r>
              <w:rPr>
                <w:b/>
                <w:color w:val="000000"/>
                <w:sz w:val="16"/>
              </w:rPr>
              <w:t xml:space="preserve">UČNA TEMA: </w:t>
            </w:r>
            <w:r>
              <w:rPr>
                <w:color w:val="000000"/>
                <w:sz w:val="16"/>
              </w:rPr>
              <w:t>STATISTIKA</w:t>
            </w:r>
          </w:p>
        </w:tc>
      </w:tr>
      <w:tr w:rsidR="005B3871" w14:paraId="31D3ECA9" w14:textId="77777777">
        <w:trPr>
          <w:cantSplit/>
          <w:jc w:val="center"/>
        </w:trPr>
        <w:tc>
          <w:tcPr>
            <w:tcW w:w="14060" w:type="dxa"/>
            <w:gridSpan w:val="6"/>
            <w:tcMar>
              <w:top w:w="70" w:type="dxa"/>
              <w:left w:w="90" w:type="dxa"/>
              <w:bottom w:w="70" w:type="dxa"/>
              <w:right w:w="90" w:type="dxa"/>
            </w:tcMar>
            <w:vAlign w:val="center"/>
          </w:tcPr>
          <w:p w14:paraId="28EC2F66" w14:textId="77777777" w:rsidR="005B3871" w:rsidRDefault="005B3871"/>
          <w:p w14:paraId="07E330CD" w14:textId="77777777" w:rsidR="005B3871" w:rsidRDefault="00000000">
            <w:pPr>
              <w:spacing w:line="245" w:lineRule="auto"/>
            </w:pPr>
            <w:r>
              <w:rPr>
                <w:b/>
                <w:color w:val="000000"/>
                <w:sz w:val="16"/>
              </w:rPr>
              <w:t xml:space="preserve">KNJIŽEVNO IZHODIŠČE IN MOTIV: </w:t>
            </w:r>
            <w:r>
              <w:rPr>
                <w:color w:val="000000"/>
                <w:sz w:val="16"/>
              </w:rPr>
              <w:t>»Živalske novice« – Primož Suhodolčan • živali, življenjska okolja in igrivo informacijsko besedilo</w:t>
            </w:r>
          </w:p>
        </w:tc>
      </w:tr>
      <w:tr w:rsidR="005B3871" w14:paraId="5FE93C90" w14:textId="77777777">
        <w:trPr>
          <w:cantSplit/>
          <w:jc w:val="center"/>
        </w:trPr>
        <w:tc>
          <w:tcPr>
            <w:tcW w:w="14060" w:type="dxa"/>
            <w:gridSpan w:val="6"/>
            <w:tcMar>
              <w:top w:w="70" w:type="dxa"/>
              <w:left w:w="90" w:type="dxa"/>
              <w:bottom w:w="70" w:type="dxa"/>
              <w:right w:w="90" w:type="dxa"/>
            </w:tcMar>
            <w:vAlign w:val="center"/>
          </w:tcPr>
          <w:p w14:paraId="2A2ACE1C" w14:textId="77777777" w:rsidR="005B3871" w:rsidRDefault="005B3871"/>
          <w:p w14:paraId="4731E349" w14:textId="77777777" w:rsidR="005B3871" w:rsidRDefault="00000000">
            <w:pPr>
              <w:spacing w:line="245" w:lineRule="auto"/>
            </w:pPr>
            <w:r>
              <w:rPr>
                <w:b/>
                <w:color w:val="000000"/>
                <w:sz w:val="16"/>
              </w:rPr>
              <w:t xml:space="preserve">UČNE ENOTE: </w:t>
            </w:r>
            <w:r>
              <w:rPr>
                <w:color w:val="000000"/>
                <w:sz w:val="16"/>
              </w:rPr>
              <w:t>1. ura – Zbiramo podatke o živalih • 2. ura – Živalski živi prikaz • 3. ura – Figurni prikaz s ključem • 4. ura – Novinarska vprašanja</w:t>
            </w:r>
          </w:p>
        </w:tc>
      </w:tr>
      <w:tr w:rsidR="005B3871" w14:paraId="4C8B556B" w14:textId="77777777">
        <w:trPr>
          <w:cantSplit/>
          <w:jc w:val="center"/>
        </w:trPr>
        <w:tc>
          <w:tcPr>
            <w:tcW w:w="14060" w:type="dxa"/>
            <w:gridSpan w:val="6"/>
            <w:tcMar>
              <w:top w:w="70" w:type="dxa"/>
              <w:left w:w="90" w:type="dxa"/>
              <w:bottom w:w="70" w:type="dxa"/>
              <w:right w:w="90" w:type="dxa"/>
            </w:tcMar>
            <w:vAlign w:val="center"/>
          </w:tcPr>
          <w:p w14:paraId="11C54060" w14:textId="77777777" w:rsidR="005B3871" w:rsidRDefault="005B3871"/>
          <w:p w14:paraId="5743511B"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0E512059" w14:textId="77777777">
        <w:trPr>
          <w:cantSplit/>
          <w:jc w:val="center"/>
        </w:trPr>
        <w:tc>
          <w:tcPr>
            <w:tcW w:w="14060" w:type="dxa"/>
            <w:gridSpan w:val="6"/>
            <w:tcMar>
              <w:top w:w="70" w:type="dxa"/>
              <w:left w:w="90" w:type="dxa"/>
              <w:bottom w:w="70" w:type="dxa"/>
              <w:right w:w="90" w:type="dxa"/>
            </w:tcMar>
            <w:vAlign w:val="center"/>
          </w:tcPr>
          <w:p w14:paraId="1858D732" w14:textId="77777777" w:rsidR="005B3871" w:rsidRDefault="005B3871"/>
          <w:p w14:paraId="23444D2B"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5AD2C02C" w14:textId="77777777">
        <w:trPr>
          <w:cantSplit/>
          <w:jc w:val="center"/>
        </w:trPr>
        <w:tc>
          <w:tcPr>
            <w:tcW w:w="14060" w:type="dxa"/>
            <w:gridSpan w:val="6"/>
            <w:tcMar>
              <w:top w:w="70" w:type="dxa"/>
              <w:left w:w="90" w:type="dxa"/>
              <w:bottom w:w="70" w:type="dxa"/>
              <w:right w:w="90" w:type="dxa"/>
            </w:tcMar>
            <w:vAlign w:val="center"/>
          </w:tcPr>
          <w:p w14:paraId="5952B2DF" w14:textId="77777777" w:rsidR="005B3871" w:rsidRDefault="005B3871"/>
          <w:p w14:paraId="54A50C39"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759ECD51" w14:textId="77777777">
        <w:trPr>
          <w:cantSplit/>
          <w:jc w:val="center"/>
        </w:trPr>
        <w:tc>
          <w:tcPr>
            <w:tcW w:w="14060" w:type="dxa"/>
            <w:gridSpan w:val="6"/>
            <w:tcMar>
              <w:top w:w="70" w:type="dxa"/>
              <w:left w:w="90" w:type="dxa"/>
              <w:bottom w:w="70" w:type="dxa"/>
              <w:right w:w="90" w:type="dxa"/>
            </w:tcMar>
            <w:vAlign w:val="center"/>
          </w:tcPr>
          <w:p w14:paraId="62232D2D" w14:textId="77777777" w:rsidR="005B3871" w:rsidRDefault="005B3871"/>
          <w:p w14:paraId="7A890557" w14:textId="77777777" w:rsidR="005B3871" w:rsidRDefault="00000000">
            <w:pPr>
              <w:spacing w:line="245" w:lineRule="auto"/>
            </w:pPr>
            <w:r>
              <w:rPr>
                <w:b/>
                <w:color w:val="000000"/>
                <w:sz w:val="16"/>
              </w:rPr>
              <w:t xml:space="preserve">MEDPREDMETNE POVEZAVE: </w:t>
            </w:r>
            <w:r>
              <w:rPr>
                <w:color w:val="000000"/>
                <w:sz w:val="16"/>
              </w:rPr>
              <w:t>SLJ – novinarsko vprašanje in ugotovitev; SPO – živali; ŠPO – živi prikaz; LUM – pregledna razporeditev</w:t>
            </w:r>
          </w:p>
        </w:tc>
      </w:tr>
      <w:tr w:rsidR="005B3871" w14:paraId="66771EE8" w14:textId="77777777">
        <w:trPr>
          <w:cantSplit/>
          <w:jc w:val="center"/>
        </w:trPr>
        <w:tc>
          <w:tcPr>
            <w:tcW w:w="14060" w:type="dxa"/>
            <w:gridSpan w:val="6"/>
            <w:tcMar>
              <w:top w:w="70" w:type="dxa"/>
              <w:left w:w="90" w:type="dxa"/>
              <w:bottom w:w="70" w:type="dxa"/>
              <w:right w:w="90" w:type="dxa"/>
            </w:tcMar>
            <w:vAlign w:val="center"/>
          </w:tcPr>
          <w:p w14:paraId="6837A039" w14:textId="77777777" w:rsidR="005B3871" w:rsidRDefault="005B3871"/>
          <w:p w14:paraId="390A9807" w14:textId="77777777" w:rsidR="005B3871" w:rsidRDefault="00000000">
            <w:pPr>
              <w:spacing w:line="245" w:lineRule="auto"/>
            </w:pPr>
            <w:r>
              <w:rPr>
                <w:b/>
                <w:color w:val="000000"/>
                <w:sz w:val="16"/>
              </w:rPr>
              <w:t xml:space="preserve">UČNA SREDSTVA IN PRIPOMOČKI: </w:t>
            </w:r>
            <w:r>
              <w:rPr>
                <w:color w:val="000000"/>
                <w:sz w:val="16"/>
              </w:rPr>
              <w:t>kartice živali, glasovalni listki, talni trakovi, figure, mreže za prikaz, lepilo, kartice naslov/ključ, vprašalne kartice</w:t>
            </w:r>
          </w:p>
        </w:tc>
      </w:tr>
      <w:tr w:rsidR="005B3871" w14:paraId="201994F0" w14:textId="77777777">
        <w:trPr>
          <w:cantSplit/>
          <w:jc w:val="center"/>
        </w:trPr>
        <w:tc>
          <w:tcPr>
            <w:tcW w:w="14060" w:type="dxa"/>
            <w:gridSpan w:val="6"/>
            <w:tcMar>
              <w:top w:w="70" w:type="dxa"/>
              <w:left w:w="90" w:type="dxa"/>
              <w:bottom w:w="70" w:type="dxa"/>
              <w:right w:w="90" w:type="dxa"/>
            </w:tcMar>
            <w:vAlign w:val="center"/>
          </w:tcPr>
          <w:p w14:paraId="02E9865F" w14:textId="77777777" w:rsidR="005B3871" w:rsidRDefault="005B3871"/>
          <w:p w14:paraId="53D4A70E"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7310DD54" w14:textId="77777777">
        <w:trPr>
          <w:cantSplit/>
          <w:jc w:val="center"/>
        </w:trPr>
        <w:tc>
          <w:tcPr>
            <w:tcW w:w="14060" w:type="dxa"/>
            <w:gridSpan w:val="6"/>
            <w:tcMar>
              <w:top w:w="70" w:type="dxa"/>
              <w:left w:w="90" w:type="dxa"/>
              <w:bottom w:w="70" w:type="dxa"/>
              <w:right w:w="90" w:type="dxa"/>
            </w:tcMar>
            <w:vAlign w:val="center"/>
          </w:tcPr>
          <w:p w14:paraId="1073854B" w14:textId="77777777" w:rsidR="005B3871" w:rsidRDefault="005B3871"/>
          <w:p w14:paraId="3ACD5A60"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27B2EDE0" w14:textId="77777777">
        <w:trPr>
          <w:cantSplit/>
          <w:jc w:val="center"/>
        </w:trPr>
        <w:tc>
          <w:tcPr>
            <w:tcW w:w="14060" w:type="dxa"/>
            <w:gridSpan w:val="6"/>
            <w:tcMar>
              <w:top w:w="70" w:type="dxa"/>
              <w:left w:w="90" w:type="dxa"/>
              <w:bottom w:w="70" w:type="dxa"/>
              <w:right w:w="90" w:type="dxa"/>
            </w:tcMar>
            <w:vAlign w:val="center"/>
          </w:tcPr>
          <w:p w14:paraId="6907D227" w14:textId="77777777" w:rsidR="005B3871" w:rsidRDefault="005B3871"/>
          <w:p w14:paraId="6C161F12"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165C796D"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FAEAB8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AB1646"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28266CD" w14:textId="77777777" w:rsidR="005B3871" w:rsidRDefault="00000000">
            <w:pPr>
              <w:jc w:val="center"/>
            </w:pPr>
            <w:r>
              <w:rPr>
                <w:b/>
                <w:color w:val="000000"/>
                <w:sz w:val="20"/>
              </w:rPr>
              <w:t>UČNE DEJAVNOSTI, METODE IN FORMATIVNO SPREMLJANJE</w:t>
            </w:r>
          </w:p>
        </w:tc>
      </w:tr>
      <w:tr w:rsidR="005B3871" w14:paraId="74A3915B" w14:textId="77777777">
        <w:trPr>
          <w:tblHeader/>
          <w:jc w:val="center"/>
        </w:trPr>
        <w:tc>
          <w:tcPr>
            <w:tcW w:w="4422" w:type="dxa"/>
            <w:vMerge/>
            <w:tcMar>
              <w:top w:w="70" w:type="dxa"/>
              <w:left w:w="90" w:type="dxa"/>
              <w:bottom w:w="70" w:type="dxa"/>
              <w:right w:w="90" w:type="dxa"/>
            </w:tcMar>
            <w:vAlign w:val="center"/>
          </w:tcPr>
          <w:p w14:paraId="2AF81B56" w14:textId="77777777" w:rsidR="005B3871" w:rsidRDefault="005B3871"/>
        </w:tc>
        <w:tc>
          <w:tcPr>
            <w:tcW w:w="7087" w:type="dxa"/>
            <w:shd w:val="clear" w:color="auto" w:fill="FFFFFF"/>
            <w:tcMar>
              <w:top w:w="70" w:type="dxa"/>
              <w:left w:w="90" w:type="dxa"/>
              <w:bottom w:w="70" w:type="dxa"/>
              <w:right w:w="90" w:type="dxa"/>
            </w:tcMar>
            <w:vAlign w:val="center"/>
          </w:tcPr>
          <w:p w14:paraId="0B3D874A"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27BDB94" w14:textId="77777777" w:rsidR="005B3871" w:rsidRDefault="00000000">
            <w:pPr>
              <w:jc w:val="center"/>
            </w:pPr>
            <w:r>
              <w:rPr>
                <w:b/>
                <w:color w:val="000000"/>
              </w:rPr>
              <w:t>UČENEC</w:t>
            </w:r>
          </w:p>
        </w:tc>
      </w:tr>
      <w:tr w:rsidR="005B3871" w14:paraId="7B2F3808" w14:textId="77777777">
        <w:trPr>
          <w:jc w:val="center"/>
        </w:trPr>
        <w:tc>
          <w:tcPr>
            <w:tcW w:w="4422" w:type="dxa"/>
            <w:tcMar>
              <w:top w:w="70" w:type="dxa"/>
              <w:left w:w="90" w:type="dxa"/>
              <w:bottom w:w="70" w:type="dxa"/>
              <w:right w:w="90" w:type="dxa"/>
            </w:tcMar>
          </w:tcPr>
          <w:p w14:paraId="420C5309" w14:textId="77777777" w:rsidR="005B3871" w:rsidRDefault="005B3871"/>
          <w:p w14:paraId="6DDA4739" w14:textId="77777777" w:rsidR="005B3871" w:rsidRDefault="00000000">
            <w:pPr>
              <w:spacing w:after="60" w:line="245" w:lineRule="auto"/>
            </w:pPr>
            <w:r>
              <w:rPr>
                <w:b/>
                <w:color w:val="000000"/>
              </w:rPr>
              <w:t>UČNI CILJI</w:t>
            </w:r>
          </w:p>
          <w:p w14:paraId="69EB566E" w14:textId="77777777" w:rsidR="005B3871" w:rsidRDefault="00000000">
            <w:pPr>
              <w:spacing w:after="20" w:line="245" w:lineRule="auto"/>
            </w:pPr>
            <w:r>
              <w:rPr>
                <w:b/>
                <w:color w:val="000000"/>
                <w:sz w:val="17"/>
              </w:rPr>
              <w:t>SPLOŠNI</w:t>
            </w:r>
          </w:p>
          <w:p w14:paraId="045FBC91" w14:textId="77777777" w:rsidR="005B3871" w:rsidRDefault="00000000">
            <w:pPr>
              <w:pStyle w:val="Oznaenseznam"/>
              <w:spacing w:after="16"/>
            </w:pPr>
            <w:r>
              <w:rPr>
                <w:color w:val="000000"/>
                <w:sz w:val="16"/>
              </w:rPr>
              <w:t>razvija številske, prostorske in količinske predstave s konkretnimi izkušnjami</w:t>
            </w:r>
          </w:p>
          <w:p w14:paraId="67D1AACA" w14:textId="77777777" w:rsidR="005B3871" w:rsidRDefault="00000000">
            <w:pPr>
              <w:pStyle w:val="Oznaenseznam"/>
              <w:spacing w:after="16"/>
            </w:pPr>
            <w:r>
              <w:rPr>
                <w:color w:val="000000"/>
                <w:sz w:val="16"/>
              </w:rPr>
              <w:t>rešuje matematične probleme s predmetom, gibanjem, risbo, modelom in simbolom</w:t>
            </w:r>
          </w:p>
          <w:p w14:paraId="7191F659" w14:textId="77777777" w:rsidR="005B3871" w:rsidRDefault="00000000">
            <w:pPr>
              <w:pStyle w:val="Oznaenseznam"/>
              <w:spacing w:after="16"/>
            </w:pPr>
            <w:r>
              <w:rPr>
                <w:color w:val="000000"/>
                <w:sz w:val="16"/>
              </w:rPr>
              <w:t>pojasnjuje izbrano strategijo, preverja smiselnost rešitve in posluša rešitve drugih</w:t>
            </w:r>
          </w:p>
          <w:p w14:paraId="07A4B4EA" w14:textId="77777777" w:rsidR="005B3871" w:rsidRDefault="00000000">
            <w:pPr>
              <w:pStyle w:val="Oznaenseznam"/>
              <w:spacing w:after="16"/>
            </w:pPr>
            <w:r>
              <w:rPr>
                <w:color w:val="000000"/>
                <w:sz w:val="16"/>
              </w:rPr>
              <w:t>ob namenih in kriterijih spremlja svoje učenje ter uporabi opisno povratno informacijo</w:t>
            </w:r>
          </w:p>
          <w:p w14:paraId="54BD1CCB" w14:textId="77777777" w:rsidR="005B3871" w:rsidRDefault="00000000">
            <w:pPr>
              <w:spacing w:before="40" w:after="20" w:line="245" w:lineRule="auto"/>
            </w:pPr>
            <w:r>
              <w:rPr>
                <w:b/>
                <w:color w:val="000000"/>
                <w:sz w:val="17"/>
              </w:rPr>
              <w:t>OPERATIVNI</w:t>
            </w:r>
          </w:p>
          <w:p w14:paraId="760682E4" w14:textId="77777777" w:rsidR="005B3871" w:rsidRDefault="00000000">
            <w:pPr>
              <w:pStyle w:val="Oznaenseznam"/>
              <w:spacing w:after="16"/>
            </w:pPr>
            <w:r>
              <w:rPr>
                <w:color w:val="000000"/>
                <w:sz w:val="16"/>
              </w:rPr>
              <w:t>zbere podatke o opazovanju</w:t>
            </w:r>
          </w:p>
          <w:p w14:paraId="72D85B49" w14:textId="77777777" w:rsidR="005B3871" w:rsidRDefault="00000000">
            <w:pPr>
              <w:pStyle w:val="Oznaenseznam"/>
              <w:spacing w:after="16"/>
            </w:pPr>
            <w:r>
              <w:rPr>
                <w:color w:val="000000"/>
                <w:sz w:val="16"/>
              </w:rPr>
              <w:t>izdela figurni ali vrstični prikaz</w:t>
            </w:r>
          </w:p>
          <w:p w14:paraId="71330676" w14:textId="77777777" w:rsidR="005B3871" w:rsidRDefault="00000000">
            <w:pPr>
              <w:pStyle w:val="Oznaenseznam"/>
              <w:spacing w:after="16"/>
            </w:pPr>
            <w:r>
              <w:rPr>
                <w:color w:val="000000"/>
                <w:sz w:val="16"/>
              </w:rPr>
              <w:t>bere in primerja podatke</w:t>
            </w:r>
          </w:p>
          <w:p w14:paraId="4D8BE250" w14:textId="77777777" w:rsidR="005B3871" w:rsidRDefault="00000000">
            <w:pPr>
              <w:spacing w:before="40" w:after="20" w:line="245" w:lineRule="auto"/>
            </w:pPr>
            <w:r>
              <w:rPr>
                <w:b/>
                <w:color w:val="000000"/>
                <w:sz w:val="17"/>
              </w:rPr>
              <w:t>PRIČAKOVANI DOSEŽKI / STANDARDI</w:t>
            </w:r>
          </w:p>
          <w:p w14:paraId="0A76043D" w14:textId="77777777" w:rsidR="005B3871" w:rsidRDefault="00000000">
            <w:pPr>
              <w:pStyle w:val="Oznaenseznam"/>
              <w:spacing w:after="16"/>
            </w:pPr>
            <w:r>
              <w:rPr>
                <w:color w:val="000000"/>
                <w:sz w:val="16"/>
              </w:rPr>
              <w:t>ob konkretni, slikovni ali gibalni opori zbere podatke o opazovanju</w:t>
            </w:r>
          </w:p>
          <w:p w14:paraId="6C8D3E39" w14:textId="77777777" w:rsidR="005B3871" w:rsidRDefault="00000000">
            <w:pPr>
              <w:pStyle w:val="Oznaenseznam"/>
              <w:spacing w:after="16"/>
            </w:pPr>
            <w:r>
              <w:rPr>
                <w:color w:val="000000"/>
                <w:sz w:val="16"/>
              </w:rPr>
              <w:t>ob konkretni, slikovni ali gibalni opori izdela figurni ali vrstični prikaz</w:t>
            </w:r>
          </w:p>
          <w:p w14:paraId="0198F50A" w14:textId="77777777" w:rsidR="005B3871" w:rsidRDefault="00000000">
            <w:pPr>
              <w:pStyle w:val="Oznaenseznam"/>
              <w:spacing w:after="16"/>
            </w:pPr>
            <w:r>
              <w:rPr>
                <w:color w:val="000000"/>
                <w:sz w:val="16"/>
              </w:rPr>
              <w:t>ob konkretni, slikovni ali gibalni opori bere in primerja podatke</w:t>
            </w:r>
          </w:p>
        </w:tc>
        <w:tc>
          <w:tcPr>
            <w:tcW w:w="7087" w:type="dxa"/>
            <w:tcMar>
              <w:top w:w="70" w:type="dxa"/>
              <w:left w:w="90" w:type="dxa"/>
              <w:bottom w:w="70" w:type="dxa"/>
              <w:right w:w="90" w:type="dxa"/>
            </w:tcMar>
          </w:tcPr>
          <w:p w14:paraId="63FD3C80"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2CD8213" w14:textId="77777777">
              <w:trPr>
                <w:jc w:val="center"/>
              </w:trPr>
              <w:tc>
                <w:tcPr>
                  <w:tcW w:w="7087" w:type="dxa"/>
                  <w:shd w:val="clear" w:color="auto" w:fill="C6E7F3"/>
                  <w:tcMar>
                    <w:top w:w="45" w:type="dxa"/>
                    <w:left w:w="70" w:type="dxa"/>
                    <w:bottom w:w="45" w:type="dxa"/>
                    <w:right w:w="70" w:type="dxa"/>
                  </w:tcMar>
                </w:tcPr>
                <w:p w14:paraId="0506D95D" w14:textId="77777777" w:rsidR="005B3871" w:rsidRDefault="00000000">
                  <w:pPr>
                    <w:keepNext/>
                  </w:pPr>
                  <w:r>
                    <w:rPr>
                      <w:b/>
                      <w:color w:val="000000"/>
                    </w:rPr>
                    <w:t>UVODNI DEL – motivacija, aktivacija predznanja in namen učenja (15–20 min)</w:t>
                  </w:r>
                </w:p>
              </w:tc>
            </w:tr>
          </w:tbl>
          <w:p w14:paraId="51040312" w14:textId="77777777" w:rsidR="005B3871" w:rsidRDefault="005B3871">
            <w:pPr>
              <w:spacing w:line="20" w:lineRule="exact"/>
            </w:pPr>
          </w:p>
          <w:p w14:paraId="21F6A03C" w14:textId="77777777" w:rsidR="005B3871" w:rsidRDefault="00000000">
            <w:pPr>
              <w:spacing w:before="40" w:after="60" w:line="245" w:lineRule="auto"/>
            </w:pPr>
            <w:r>
              <w:rPr>
                <w:color w:val="000000"/>
                <w:sz w:val="16"/>
              </w:rPr>
              <w:t>Živalske novice potrebujejo podatke o razrednih izbirah živali. Učenci oblikujejo enotno vprašanje, podatke zberejo, jih prikažejo s figurami ali vrsticami in iz prikaza sklepajo.</w:t>
            </w:r>
          </w:p>
          <w:tbl>
            <w:tblPr>
              <w:tblStyle w:val="Tabelamrea"/>
              <w:tblW w:w="0" w:type="auto"/>
              <w:jc w:val="center"/>
              <w:tblLayout w:type="fixed"/>
              <w:tblLook w:val="04A0" w:firstRow="1" w:lastRow="0" w:firstColumn="1" w:lastColumn="0" w:noHBand="0" w:noVBand="1"/>
            </w:tblPr>
            <w:tblGrid>
              <w:gridCol w:w="7087"/>
            </w:tblGrid>
            <w:tr w:rsidR="005B3871" w14:paraId="49EB11A0" w14:textId="77777777">
              <w:trPr>
                <w:jc w:val="center"/>
              </w:trPr>
              <w:tc>
                <w:tcPr>
                  <w:tcW w:w="7087" w:type="dxa"/>
                  <w:shd w:val="clear" w:color="auto" w:fill="EDC9EA"/>
                  <w:tcMar>
                    <w:top w:w="45" w:type="dxa"/>
                    <w:left w:w="70" w:type="dxa"/>
                    <w:bottom w:w="45" w:type="dxa"/>
                    <w:right w:w="70" w:type="dxa"/>
                  </w:tcMar>
                </w:tcPr>
                <w:p w14:paraId="0D6DD758" w14:textId="77777777" w:rsidR="005B3871" w:rsidRDefault="00000000">
                  <w:pPr>
                    <w:keepNext/>
                  </w:pPr>
                  <w:r>
                    <w:rPr>
                      <w:b/>
                      <w:color w:val="000000"/>
                    </w:rPr>
                    <w:t>NAMENI UČENJA</w:t>
                  </w:r>
                </w:p>
              </w:tc>
            </w:tr>
          </w:tbl>
          <w:p w14:paraId="5A100BFA" w14:textId="77777777" w:rsidR="005B3871" w:rsidRDefault="005B3871">
            <w:pPr>
              <w:spacing w:line="20" w:lineRule="exact"/>
            </w:pPr>
          </w:p>
          <w:p w14:paraId="34A86264"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3AD377BC" w14:textId="77777777" w:rsidR="005B3871" w:rsidRDefault="00000000">
            <w:pPr>
              <w:pStyle w:val="Oznaenseznam"/>
              <w:spacing w:after="16"/>
            </w:pPr>
            <w:r>
              <w:rPr>
                <w:color w:val="000000"/>
                <w:sz w:val="16"/>
              </w:rPr>
              <w:t>zberem podatke o opazovanju</w:t>
            </w:r>
          </w:p>
          <w:p w14:paraId="5DA5463B" w14:textId="77777777" w:rsidR="005B3871" w:rsidRDefault="00000000">
            <w:pPr>
              <w:pStyle w:val="Oznaenseznam"/>
              <w:spacing w:after="16"/>
            </w:pPr>
            <w:r>
              <w:rPr>
                <w:color w:val="000000"/>
                <w:sz w:val="16"/>
              </w:rPr>
              <w:t>izdelam figurni ali vrstični prikaz</w:t>
            </w:r>
          </w:p>
          <w:p w14:paraId="28842498" w14:textId="77777777" w:rsidR="005B3871" w:rsidRDefault="00000000">
            <w:pPr>
              <w:pStyle w:val="Oznaenseznam"/>
              <w:spacing w:after="16"/>
            </w:pPr>
            <w:r>
              <w:rPr>
                <w:color w:val="000000"/>
                <w:sz w:val="16"/>
              </w:rPr>
              <w:t>berem in primerjam podatke</w:t>
            </w:r>
          </w:p>
          <w:tbl>
            <w:tblPr>
              <w:tblStyle w:val="Tabelamrea"/>
              <w:tblW w:w="0" w:type="auto"/>
              <w:jc w:val="center"/>
              <w:tblLayout w:type="fixed"/>
              <w:tblLook w:val="04A0" w:firstRow="1" w:lastRow="0" w:firstColumn="1" w:lastColumn="0" w:noHBand="0" w:noVBand="1"/>
            </w:tblPr>
            <w:tblGrid>
              <w:gridCol w:w="7087"/>
            </w:tblGrid>
            <w:tr w:rsidR="005B3871" w14:paraId="79692712" w14:textId="77777777">
              <w:trPr>
                <w:jc w:val="center"/>
              </w:trPr>
              <w:tc>
                <w:tcPr>
                  <w:tcW w:w="7087" w:type="dxa"/>
                  <w:shd w:val="clear" w:color="auto" w:fill="EDC9EA"/>
                  <w:tcMar>
                    <w:top w:w="45" w:type="dxa"/>
                    <w:left w:w="70" w:type="dxa"/>
                    <w:bottom w:w="45" w:type="dxa"/>
                    <w:right w:w="70" w:type="dxa"/>
                  </w:tcMar>
                </w:tcPr>
                <w:p w14:paraId="707CA8EB" w14:textId="77777777" w:rsidR="005B3871" w:rsidRDefault="00000000">
                  <w:pPr>
                    <w:keepNext/>
                  </w:pPr>
                  <w:r>
                    <w:rPr>
                      <w:b/>
                      <w:color w:val="000000"/>
                    </w:rPr>
                    <w:t>PREVERJANJE PREDZNANJA</w:t>
                  </w:r>
                </w:p>
              </w:tc>
            </w:tr>
          </w:tbl>
          <w:p w14:paraId="520CC65D" w14:textId="77777777" w:rsidR="005B3871" w:rsidRDefault="005B3871">
            <w:pPr>
              <w:spacing w:line="20" w:lineRule="exact"/>
            </w:pPr>
          </w:p>
          <w:p w14:paraId="4F22BC1F" w14:textId="77777777" w:rsidR="005B3871" w:rsidRDefault="00000000">
            <w:pPr>
              <w:pStyle w:val="Oznaenseznam"/>
              <w:spacing w:after="16"/>
            </w:pPr>
            <w:r>
              <w:rPr>
                <w:color w:val="000000"/>
                <w:sz w:val="16"/>
              </w:rPr>
              <w:t>Kako zagotovimo, da vsak učenec prispeva natanko en podatek?</w:t>
            </w:r>
          </w:p>
          <w:p w14:paraId="0297BF0B" w14:textId="77777777" w:rsidR="005B3871" w:rsidRDefault="00000000">
            <w:pPr>
              <w:pStyle w:val="Oznaenseznam"/>
              <w:spacing w:after="16"/>
            </w:pPr>
            <w:r>
              <w:rPr>
                <w:color w:val="000000"/>
                <w:sz w:val="16"/>
              </w:rPr>
              <w:t>Kaj mora vsebovati prikaz, da ga drugi pravilno razume?</w:t>
            </w:r>
          </w:p>
          <w:p w14:paraId="1288AAF1"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05402978" w14:textId="77777777">
              <w:trPr>
                <w:jc w:val="center"/>
              </w:trPr>
              <w:tc>
                <w:tcPr>
                  <w:tcW w:w="7087" w:type="dxa"/>
                  <w:shd w:val="clear" w:color="auto" w:fill="EDC9EA"/>
                  <w:tcMar>
                    <w:top w:w="45" w:type="dxa"/>
                    <w:left w:w="70" w:type="dxa"/>
                    <w:bottom w:w="45" w:type="dxa"/>
                    <w:right w:w="70" w:type="dxa"/>
                  </w:tcMar>
                </w:tcPr>
                <w:p w14:paraId="20129DE5" w14:textId="77777777" w:rsidR="005B3871" w:rsidRDefault="00000000">
                  <w:pPr>
                    <w:keepNext/>
                  </w:pPr>
                  <w:r>
                    <w:rPr>
                      <w:b/>
                      <w:color w:val="000000"/>
                    </w:rPr>
                    <w:t>KRITERIJI USPEŠNOSTI</w:t>
                  </w:r>
                </w:p>
              </w:tc>
            </w:tr>
          </w:tbl>
          <w:p w14:paraId="09839AD1" w14:textId="77777777" w:rsidR="005B3871" w:rsidRDefault="005B3871"/>
          <w:p w14:paraId="18D6FC93" w14:textId="77777777" w:rsidR="005B3871" w:rsidRDefault="00000000">
            <w:pPr>
              <w:spacing w:before="20" w:after="20" w:line="245" w:lineRule="auto"/>
            </w:pPr>
            <w:r>
              <w:rPr>
                <w:b/>
                <w:color w:val="000000"/>
                <w:sz w:val="16"/>
              </w:rPr>
              <w:t>Uspešen/-na bom, ko:</w:t>
            </w:r>
          </w:p>
          <w:p w14:paraId="0AA4532B" w14:textId="77777777" w:rsidR="005B3871" w:rsidRDefault="00000000">
            <w:pPr>
              <w:pStyle w:val="Oznaenseznam"/>
              <w:spacing w:after="16"/>
            </w:pPr>
            <w:r>
              <w:rPr>
                <w:color w:val="000000"/>
                <w:sz w:val="16"/>
              </w:rPr>
              <w:t>zberem podatke o opazovanju</w:t>
            </w:r>
          </w:p>
          <w:p w14:paraId="5D176233" w14:textId="77777777" w:rsidR="005B3871" w:rsidRDefault="00000000">
            <w:pPr>
              <w:pStyle w:val="Oznaenseznam"/>
              <w:spacing w:after="16"/>
            </w:pPr>
            <w:r>
              <w:rPr>
                <w:color w:val="000000"/>
                <w:sz w:val="16"/>
              </w:rPr>
              <w:t>izdelam figurni ali vrstični prikaz</w:t>
            </w:r>
          </w:p>
          <w:p w14:paraId="651F269A" w14:textId="77777777" w:rsidR="005B3871" w:rsidRDefault="00000000">
            <w:pPr>
              <w:pStyle w:val="Oznaenseznam"/>
              <w:spacing w:after="16"/>
            </w:pPr>
            <w:r>
              <w:rPr>
                <w:color w:val="000000"/>
                <w:sz w:val="16"/>
              </w:rPr>
              <w:t>berem in primerjam podatke</w:t>
            </w:r>
          </w:p>
          <w:p w14:paraId="7718C73F"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0CA0ABE8" w14:textId="77777777" w:rsidR="005B3871" w:rsidRDefault="005B3871"/>
          <w:p w14:paraId="0AEFAC0A"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27A7BD6C" w14:textId="77777777" w:rsidR="005B3871" w:rsidRDefault="00000000">
            <w:pPr>
              <w:spacing w:after="80" w:line="245" w:lineRule="auto"/>
            </w:pPr>
            <w:r>
              <w:rPr>
                <w:color w:val="000000"/>
                <w:sz w:val="16"/>
              </w:rPr>
              <w:t>Pove, pokaže ali nariše, kako bi nalogo začel. Posluša tudi drugačne strategije.</w:t>
            </w:r>
          </w:p>
          <w:p w14:paraId="691A9E24" w14:textId="77777777" w:rsidR="005B3871" w:rsidRDefault="00000000">
            <w:pPr>
              <w:spacing w:after="100" w:line="245" w:lineRule="auto"/>
            </w:pPr>
            <w:r>
              <w:rPr>
                <w:color w:val="000000"/>
                <w:sz w:val="16"/>
              </w:rPr>
              <w:t>Sodeluje pri razumevanju namenov in kriterijev uspešnosti.</w:t>
            </w:r>
          </w:p>
          <w:p w14:paraId="3D31B6FA" w14:textId="77777777" w:rsidR="005B3871" w:rsidRDefault="00000000">
            <w:pPr>
              <w:spacing w:after="20" w:line="245" w:lineRule="auto"/>
            </w:pPr>
            <w:r>
              <w:rPr>
                <w:b/>
                <w:color w:val="D95BC6"/>
                <w:sz w:val="17"/>
              </w:rPr>
              <w:t>DOKAZ O UČENJU</w:t>
            </w:r>
          </w:p>
          <w:p w14:paraId="37455DE0" w14:textId="77777777" w:rsidR="005B3871" w:rsidRDefault="00000000">
            <w:pPr>
              <w:spacing w:after="30" w:line="245" w:lineRule="auto"/>
            </w:pPr>
            <w:r>
              <w:rPr>
                <w:color w:val="D95BC6"/>
                <w:sz w:val="16"/>
              </w:rPr>
              <w:t>začetna strategija, razvrstitev, model, risba, gib ali ustni odgovor</w:t>
            </w:r>
          </w:p>
        </w:tc>
      </w:tr>
    </w:tbl>
    <w:p w14:paraId="5D858D0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A91624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7813F8E"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47012E2" w14:textId="77777777" w:rsidR="005B3871" w:rsidRDefault="00000000">
            <w:pPr>
              <w:jc w:val="center"/>
            </w:pPr>
            <w:r>
              <w:rPr>
                <w:b/>
                <w:color w:val="000000"/>
                <w:sz w:val="20"/>
              </w:rPr>
              <w:t>UČNE DEJAVNOSTI, METODE IN FORMATIVNO SPREMLJANJE</w:t>
            </w:r>
          </w:p>
        </w:tc>
      </w:tr>
      <w:tr w:rsidR="005B3871" w14:paraId="60816ABA" w14:textId="77777777">
        <w:trPr>
          <w:tblHeader/>
          <w:jc w:val="center"/>
        </w:trPr>
        <w:tc>
          <w:tcPr>
            <w:tcW w:w="4422" w:type="dxa"/>
            <w:vMerge/>
            <w:tcMar>
              <w:top w:w="70" w:type="dxa"/>
              <w:left w:w="90" w:type="dxa"/>
              <w:bottom w:w="70" w:type="dxa"/>
              <w:right w:w="90" w:type="dxa"/>
            </w:tcMar>
            <w:vAlign w:val="center"/>
          </w:tcPr>
          <w:p w14:paraId="7675545A" w14:textId="77777777" w:rsidR="005B3871" w:rsidRDefault="005B3871"/>
        </w:tc>
        <w:tc>
          <w:tcPr>
            <w:tcW w:w="7087" w:type="dxa"/>
            <w:shd w:val="clear" w:color="auto" w:fill="FFFFFF"/>
            <w:tcMar>
              <w:top w:w="70" w:type="dxa"/>
              <w:left w:w="90" w:type="dxa"/>
              <w:bottom w:w="70" w:type="dxa"/>
              <w:right w:w="90" w:type="dxa"/>
            </w:tcMar>
            <w:vAlign w:val="center"/>
          </w:tcPr>
          <w:p w14:paraId="0E31F0D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CF224FB" w14:textId="77777777" w:rsidR="005B3871" w:rsidRDefault="00000000">
            <w:pPr>
              <w:jc w:val="center"/>
            </w:pPr>
            <w:r>
              <w:rPr>
                <w:b/>
                <w:color w:val="000000"/>
              </w:rPr>
              <w:t>UČENEC</w:t>
            </w:r>
          </w:p>
        </w:tc>
      </w:tr>
      <w:tr w:rsidR="005B3871" w14:paraId="6E02A800" w14:textId="77777777">
        <w:trPr>
          <w:jc w:val="center"/>
        </w:trPr>
        <w:tc>
          <w:tcPr>
            <w:tcW w:w="4422" w:type="dxa"/>
            <w:tcMar>
              <w:top w:w="70" w:type="dxa"/>
              <w:left w:w="90" w:type="dxa"/>
              <w:bottom w:w="70" w:type="dxa"/>
              <w:right w:w="90" w:type="dxa"/>
            </w:tcMar>
          </w:tcPr>
          <w:p w14:paraId="5FE84E97" w14:textId="77777777" w:rsidR="005B3871" w:rsidRDefault="005B3871"/>
          <w:p w14:paraId="6E1BDBB5" w14:textId="77777777" w:rsidR="005B3871" w:rsidRDefault="00000000">
            <w:pPr>
              <w:spacing w:after="40" w:line="245" w:lineRule="auto"/>
            </w:pPr>
            <w:r>
              <w:rPr>
                <w:b/>
                <w:color w:val="000000"/>
              </w:rPr>
              <w:t>KLJUČNI POJMI</w:t>
            </w:r>
          </w:p>
          <w:p w14:paraId="3DC89B53" w14:textId="77777777" w:rsidR="005B3871" w:rsidRDefault="00000000">
            <w:pPr>
              <w:spacing w:after="60" w:line="245" w:lineRule="auto"/>
            </w:pPr>
            <w:r>
              <w:rPr>
                <w:color w:val="000000"/>
                <w:sz w:val="16"/>
              </w:rPr>
              <w:t>podatek, kategorija, zbiranje, razvrščanje, figurni prikaz, vrstični prikaz, naslov, ključ, največ, najmanj</w:t>
            </w:r>
          </w:p>
          <w:p w14:paraId="53FBA0A2" w14:textId="77777777" w:rsidR="005B3871" w:rsidRDefault="00000000">
            <w:pPr>
              <w:spacing w:after="20" w:line="245" w:lineRule="auto"/>
            </w:pPr>
            <w:r>
              <w:rPr>
                <w:b/>
                <w:color w:val="000000"/>
                <w:sz w:val="17"/>
              </w:rPr>
              <w:t>DOKAZI O UČENJU</w:t>
            </w:r>
          </w:p>
          <w:p w14:paraId="774E4CC0" w14:textId="77777777" w:rsidR="005B3871" w:rsidRDefault="00000000">
            <w:pPr>
              <w:pStyle w:val="Oznaenseznam"/>
              <w:spacing w:after="16"/>
            </w:pPr>
            <w:r>
              <w:rPr>
                <w:color w:val="000000"/>
                <w:sz w:val="16"/>
              </w:rPr>
              <w:t>popoln in razvrščen nabor podatkov</w:t>
            </w:r>
          </w:p>
          <w:p w14:paraId="11E36328" w14:textId="77777777" w:rsidR="005B3871" w:rsidRDefault="00000000">
            <w:pPr>
              <w:pStyle w:val="Oznaenseznam"/>
              <w:spacing w:after="16"/>
            </w:pPr>
            <w:r>
              <w:rPr>
                <w:color w:val="000000"/>
                <w:sz w:val="16"/>
              </w:rPr>
              <w:t>živi vrstični prikaz</w:t>
            </w:r>
          </w:p>
          <w:p w14:paraId="5B5F9D51" w14:textId="77777777" w:rsidR="005B3871" w:rsidRDefault="00000000">
            <w:pPr>
              <w:pStyle w:val="Oznaenseznam"/>
              <w:spacing w:after="16"/>
            </w:pPr>
            <w:r>
              <w:rPr>
                <w:color w:val="000000"/>
                <w:sz w:val="16"/>
              </w:rPr>
              <w:t>pravilen figurni ali vrstični prikaz</w:t>
            </w:r>
          </w:p>
          <w:p w14:paraId="7E231792" w14:textId="77777777" w:rsidR="005B3871" w:rsidRDefault="00000000">
            <w:pPr>
              <w:pStyle w:val="Oznaenseznam"/>
              <w:spacing w:after="16"/>
            </w:pPr>
            <w:r>
              <w:rPr>
                <w:color w:val="000000"/>
                <w:sz w:val="16"/>
              </w:rPr>
              <w:t>pravilno prebrani in primerjani podatki</w:t>
            </w:r>
          </w:p>
          <w:p w14:paraId="234C3281" w14:textId="77777777" w:rsidR="005B3871" w:rsidRDefault="00000000">
            <w:pPr>
              <w:spacing w:before="40" w:after="20" w:line="245" w:lineRule="auto"/>
            </w:pPr>
            <w:r>
              <w:rPr>
                <w:b/>
                <w:color w:val="000000"/>
                <w:sz w:val="17"/>
              </w:rPr>
              <w:t>MEDPREDMETNA POVEZAVA</w:t>
            </w:r>
          </w:p>
          <w:p w14:paraId="3D3A3915" w14:textId="77777777" w:rsidR="005B3871" w:rsidRDefault="00000000">
            <w:pPr>
              <w:spacing w:after="60" w:line="245" w:lineRule="auto"/>
            </w:pPr>
            <w:r>
              <w:rPr>
                <w:color w:val="000000"/>
                <w:sz w:val="16"/>
              </w:rPr>
              <w:t>SLJ – novinarsko vprašanje in ugotovitev; SPO – živali; ŠPO – živi prikaz; LUM – pregledna razporeditev</w:t>
            </w:r>
          </w:p>
          <w:p w14:paraId="7DACB9A2" w14:textId="77777777" w:rsidR="005B3871" w:rsidRDefault="00000000">
            <w:pPr>
              <w:spacing w:after="20" w:line="245" w:lineRule="auto"/>
            </w:pPr>
            <w:r>
              <w:rPr>
                <w:b/>
                <w:color w:val="000000"/>
                <w:sz w:val="17"/>
              </w:rPr>
              <w:t>POUČEVANJE V GIBANJU</w:t>
            </w:r>
          </w:p>
          <w:p w14:paraId="665A8857"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3A2D61A0" w14:textId="77777777" w:rsidR="005B3871" w:rsidRDefault="00000000">
            <w:pPr>
              <w:spacing w:after="20" w:line="245" w:lineRule="auto"/>
            </w:pPr>
            <w:r>
              <w:rPr>
                <w:b/>
                <w:color w:val="000000"/>
                <w:sz w:val="17"/>
              </w:rPr>
              <w:t>DELO PO POSTAJAH</w:t>
            </w:r>
          </w:p>
          <w:p w14:paraId="7A06FFCD" w14:textId="77777777" w:rsidR="005B3871" w:rsidRDefault="00000000">
            <w:pPr>
              <w:spacing w:after="60" w:line="245" w:lineRule="auto"/>
            </w:pPr>
            <w:r>
              <w:rPr>
                <w:color w:val="000000"/>
                <w:sz w:val="15"/>
              </w:rPr>
              <w:t>Načrtovana rotacija: konkretno-izkušenjska – Zbiramo podatke o živalih; gibalna/sodelovalna – Živalski živi prikaz; slikovno-simbolna – Figurni prikaz s ključem; izziv, dokaz in povratna informacija – Novinarska vprašanja. Pri pisnem ocenjevanju se postaje izvedejo v pripravi, analizi in ponovnem učenju.</w:t>
            </w:r>
          </w:p>
          <w:p w14:paraId="79906304" w14:textId="77777777" w:rsidR="005B3871" w:rsidRDefault="00000000">
            <w:pPr>
              <w:spacing w:after="20" w:line="245" w:lineRule="auto"/>
            </w:pPr>
            <w:r>
              <w:rPr>
                <w:b/>
                <w:color w:val="000000"/>
                <w:sz w:val="17"/>
              </w:rPr>
              <w:t>DIFERENCIACIJA IN VKLJUČEVANJE</w:t>
            </w:r>
          </w:p>
          <w:p w14:paraId="333380EC"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59E5A9EF" w14:textId="77777777" w:rsidR="005B3871" w:rsidRDefault="00000000">
            <w:pPr>
              <w:spacing w:after="20" w:line="245" w:lineRule="auto"/>
            </w:pPr>
            <w:r>
              <w:rPr>
                <w:b/>
                <w:color w:val="000000"/>
                <w:sz w:val="17"/>
              </w:rPr>
              <w:t>SPREMLJANJE</w:t>
            </w:r>
          </w:p>
          <w:p w14:paraId="5AB52B9C"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7356EE30"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F4235B4" w14:textId="77777777">
              <w:trPr>
                <w:jc w:val="center"/>
              </w:trPr>
              <w:tc>
                <w:tcPr>
                  <w:tcW w:w="7087" w:type="dxa"/>
                  <w:shd w:val="clear" w:color="auto" w:fill="C6E7F3"/>
                  <w:tcMar>
                    <w:top w:w="45" w:type="dxa"/>
                    <w:left w:w="70" w:type="dxa"/>
                    <w:bottom w:w="45" w:type="dxa"/>
                    <w:right w:w="70" w:type="dxa"/>
                  </w:tcMar>
                </w:tcPr>
                <w:p w14:paraId="68FCA491" w14:textId="77777777" w:rsidR="005B3871" w:rsidRDefault="00000000">
                  <w:pPr>
                    <w:keepNext/>
                  </w:pPr>
                  <w:r>
                    <w:rPr>
                      <w:b/>
                      <w:color w:val="000000"/>
                    </w:rPr>
                    <w:t>GLAVNI DEL – IZKUŠENJSKO IN PROBLEMSKO UČENJE (4 šolske ure)</w:t>
                  </w:r>
                </w:p>
              </w:tc>
            </w:tr>
          </w:tbl>
          <w:p w14:paraId="6A130ADD" w14:textId="77777777" w:rsidR="005B3871" w:rsidRDefault="005B3871">
            <w:pPr>
              <w:spacing w:line="20" w:lineRule="exact"/>
            </w:pPr>
          </w:p>
          <w:p w14:paraId="77949D45" w14:textId="77777777" w:rsidR="005B3871" w:rsidRDefault="00000000">
            <w:pPr>
              <w:keepNext/>
              <w:spacing w:before="40" w:after="10" w:line="245" w:lineRule="auto"/>
            </w:pPr>
            <w:r>
              <w:rPr>
                <w:b/>
                <w:color w:val="000000"/>
                <w:sz w:val="17"/>
              </w:rPr>
              <w:t>1. URA – Zbiramo podatke o živalih</w:t>
            </w:r>
          </w:p>
          <w:p w14:paraId="1B6249DE" w14:textId="77777777" w:rsidR="005B3871" w:rsidRDefault="00000000">
            <w:pPr>
              <w:spacing w:after="14" w:line="245" w:lineRule="auto"/>
            </w:pPr>
            <w:r>
              <w:rPr>
                <w:b/>
                <w:color w:val="000000"/>
                <w:sz w:val="16"/>
              </w:rPr>
              <w:t xml:space="preserve">Dejavnost učiteljice: </w:t>
            </w:r>
            <w:r>
              <w:rPr>
                <w:color w:val="000000"/>
                <w:sz w:val="16"/>
              </w:rPr>
              <w:t>Določi jasno vprašanje, kategorije in način ena oseba – en odgovor.</w:t>
            </w:r>
          </w:p>
          <w:p w14:paraId="24B88F69" w14:textId="77777777" w:rsidR="005B3871" w:rsidRDefault="00000000">
            <w:pPr>
              <w:spacing w:after="14" w:line="245" w:lineRule="auto"/>
            </w:pPr>
            <w:r>
              <w:rPr>
                <w:b/>
                <w:color w:val="000000"/>
                <w:sz w:val="16"/>
              </w:rPr>
              <w:t xml:space="preserve">Dejavnost učencev: </w:t>
            </w:r>
            <w:r>
              <w:rPr>
                <w:color w:val="000000"/>
                <w:sz w:val="16"/>
              </w:rPr>
              <w:t>Oddajo svoj podatek, nato preverijo skupno število zbranih odgovorov.</w:t>
            </w:r>
          </w:p>
          <w:p w14:paraId="576266BD" w14:textId="77777777" w:rsidR="005B3871" w:rsidRDefault="00000000">
            <w:pPr>
              <w:spacing w:after="24" w:line="245" w:lineRule="auto"/>
            </w:pPr>
            <w:r>
              <w:rPr>
                <w:i/>
                <w:color w:val="D95BC6"/>
                <w:sz w:val="16"/>
              </w:rPr>
              <w:t>Predvideni dokaz: popoln in razvrščen nabor podatkov.</w:t>
            </w:r>
          </w:p>
          <w:p w14:paraId="750C5851" w14:textId="77777777" w:rsidR="005B3871" w:rsidRDefault="00000000">
            <w:pPr>
              <w:keepNext/>
              <w:spacing w:before="40" w:after="10" w:line="245" w:lineRule="auto"/>
            </w:pPr>
            <w:r>
              <w:rPr>
                <w:b/>
                <w:color w:val="000000"/>
                <w:sz w:val="17"/>
              </w:rPr>
              <w:t>2. URA – Živalski živi prikaz</w:t>
            </w:r>
          </w:p>
          <w:p w14:paraId="75A51EB2" w14:textId="77777777" w:rsidR="005B3871" w:rsidRDefault="00000000">
            <w:pPr>
              <w:spacing w:after="14" w:line="245" w:lineRule="auto"/>
            </w:pPr>
            <w:r>
              <w:rPr>
                <w:b/>
                <w:color w:val="000000"/>
                <w:sz w:val="16"/>
              </w:rPr>
              <w:t xml:space="preserve">Dejavnost učiteljice: </w:t>
            </w:r>
            <w:r>
              <w:rPr>
                <w:color w:val="000000"/>
                <w:sz w:val="16"/>
              </w:rPr>
              <w:t>Na tleh označi kategorije in vodi urejanje v poravnane vrste.</w:t>
            </w:r>
          </w:p>
          <w:p w14:paraId="5A979BDB" w14:textId="77777777" w:rsidR="005B3871" w:rsidRDefault="00000000">
            <w:pPr>
              <w:spacing w:after="14" w:line="245" w:lineRule="auto"/>
            </w:pPr>
            <w:r>
              <w:rPr>
                <w:b/>
                <w:color w:val="000000"/>
                <w:sz w:val="16"/>
              </w:rPr>
              <w:t xml:space="preserve">Dejavnost učencev: </w:t>
            </w:r>
            <w:r>
              <w:rPr>
                <w:color w:val="000000"/>
                <w:sz w:val="16"/>
              </w:rPr>
              <w:t>Postavijo se v vrsto svoje kategorije ter primerjajo dolžine vrst.</w:t>
            </w:r>
          </w:p>
          <w:p w14:paraId="054310E1" w14:textId="77777777" w:rsidR="005B3871" w:rsidRDefault="00000000">
            <w:pPr>
              <w:spacing w:after="24" w:line="245" w:lineRule="auto"/>
            </w:pPr>
            <w:r>
              <w:rPr>
                <w:i/>
                <w:color w:val="D95BC6"/>
                <w:sz w:val="16"/>
              </w:rPr>
              <w:t>Predvideni dokaz: živi vrstični prikaz.</w:t>
            </w:r>
          </w:p>
          <w:p w14:paraId="78EB45ED" w14:textId="77777777" w:rsidR="005B3871" w:rsidRDefault="00000000">
            <w:pPr>
              <w:keepNext/>
              <w:spacing w:before="40" w:after="10" w:line="245" w:lineRule="auto"/>
            </w:pPr>
            <w:r>
              <w:rPr>
                <w:b/>
                <w:color w:val="000000"/>
                <w:sz w:val="17"/>
              </w:rPr>
              <w:t>3. URA – Figurni prikaz s ključem</w:t>
            </w:r>
          </w:p>
          <w:p w14:paraId="74E68C28" w14:textId="77777777" w:rsidR="005B3871" w:rsidRDefault="00000000">
            <w:pPr>
              <w:spacing w:after="14" w:line="245" w:lineRule="auto"/>
            </w:pPr>
            <w:r>
              <w:rPr>
                <w:b/>
                <w:color w:val="000000"/>
                <w:sz w:val="16"/>
              </w:rPr>
              <w:t xml:space="preserve">Dejavnost učiteljice: </w:t>
            </w:r>
            <w:r>
              <w:rPr>
                <w:color w:val="000000"/>
                <w:sz w:val="16"/>
              </w:rPr>
              <w:t>Modelira enakomerno razporeditev figur in dogovorjeni ključ ena figura – en podatek.</w:t>
            </w:r>
          </w:p>
          <w:p w14:paraId="4B9BCC7F" w14:textId="77777777" w:rsidR="005B3871" w:rsidRDefault="00000000">
            <w:pPr>
              <w:spacing w:after="14" w:line="245" w:lineRule="auto"/>
            </w:pPr>
            <w:r>
              <w:rPr>
                <w:b/>
                <w:color w:val="000000"/>
                <w:sz w:val="16"/>
              </w:rPr>
              <w:t xml:space="preserve">Dejavnost učencev: </w:t>
            </w:r>
            <w:r>
              <w:rPr>
                <w:color w:val="000000"/>
                <w:sz w:val="16"/>
              </w:rPr>
              <w:t>Izdelajo prikaz, dodajo naslov in ključ ter ga primerjajo z živim prikazom.</w:t>
            </w:r>
          </w:p>
          <w:p w14:paraId="3301089E" w14:textId="77777777" w:rsidR="005B3871" w:rsidRDefault="00000000">
            <w:pPr>
              <w:spacing w:after="24" w:line="245" w:lineRule="auto"/>
            </w:pPr>
            <w:r>
              <w:rPr>
                <w:i/>
                <w:color w:val="D95BC6"/>
                <w:sz w:val="16"/>
              </w:rPr>
              <w:t>Predvideni dokaz: pravilen figurni ali vrstični prikaz.</w:t>
            </w:r>
          </w:p>
          <w:p w14:paraId="49B45F21" w14:textId="77777777" w:rsidR="005B3871" w:rsidRDefault="00000000">
            <w:pPr>
              <w:keepNext/>
              <w:spacing w:before="40" w:after="10" w:line="245" w:lineRule="auto"/>
            </w:pPr>
            <w:r>
              <w:rPr>
                <w:b/>
                <w:color w:val="000000"/>
                <w:sz w:val="17"/>
              </w:rPr>
              <w:t>4. URA – Novinarska vprašanja</w:t>
            </w:r>
          </w:p>
          <w:p w14:paraId="27B244A4" w14:textId="77777777" w:rsidR="005B3871" w:rsidRDefault="00000000">
            <w:pPr>
              <w:spacing w:after="14" w:line="245" w:lineRule="auto"/>
            </w:pPr>
            <w:r>
              <w:rPr>
                <w:b/>
                <w:color w:val="000000"/>
                <w:sz w:val="16"/>
              </w:rPr>
              <w:t xml:space="preserve">Dejavnost učiteljice: </w:t>
            </w:r>
            <w:r>
              <w:rPr>
                <w:color w:val="000000"/>
                <w:sz w:val="16"/>
              </w:rPr>
              <w:t>Zastavi vprašanja koliko, največ, najmanj in koliko več/manj ter zahteva sklic na prikaz.</w:t>
            </w:r>
          </w:p>
          <w:p w14:paraId="7CFFFE46" w14:textId="77777777" w:rsidR="005B3871" w:rsidRDefault="00000000">
            <w:pPr>
              <w:spacing w:after="14" w:line="245" w:lineRule="auto"/>
            </w:pPr>
            <w:r>
              <w:rPr>
                <w:b/>
                <w:color w:val="000000"/>
                <w:sz w:val="16"/>
              </w:rPr>
              <w:t xml:space="preserve">Dejavnost učencev: </w:t>
            </w:r>
            <w:r>
              <w:rPr>
                <w:color w:val="000000"/>
                <w:sz w:val="16"/>
              </w:rPr>
              <w:t>Odgovorijo, pokažejo podatek v prikazu in oblikujejo svoje vprašanje.</w:t>
            </w:r>
          </w:p>
          <w:p w14:paraId="03CAB433" w14:textId="77777777" w:rsidR="005B3871" w:rsidRDefault="00000000">
            <w:pPr>
              <w:spacing w:after="24" w:line="245" w:lineRule="auto"/>
            </w:pPr>
            <w:r>
              <w:rPr>
                <w:i/>
                <w:color w:val="D95BC6"/>
                <w:sz w:val="16"/>
              </w:rPr>
              <w:t>Predvideni dokaz: pravilno prebrani in primerjani podatki.</w:t>
            </w:r>
          </w:p>
          <w:tbl>
            <w:tblPr>
              <w:tblStyle w:val="Tabelamrea"/>
              <w:tblW w:w="0" w:type="auto"/>
              <w:jc w:val="center"/>
              <w:tblLayout w:type="fixed"/>
              <w:tblLook w:val="04A0" w:firstRow="1" w:lastRow="0" w:firstColumn="1" w:lastColumn="0" w:noHBand="0" w:noVBand="1"/>
            </w:tblPr>
            <w:tblGrid>
              <w:gridCol w:w="7087"/>
            </w:tblGrid>
            <w:tr w:rsidR="005B3871" w14:paraId="65AE6B76" w14:textId="77777777">
              <w:trPr>
                <w:jc w:val="center"/>
              </w:trPr>
              <w:tc>
                <w:tcPr>
                  <w:tcW w:w="7087" w:type="dxa"/>
                  <w:shd w:val="clear" w:color="auto" w:fill="EDC9EA"/>
                  <w:tcMar>
                    <w:top w:w="45" w:type="dxa"/>
                    <w:left w:w="70" w:type="dxa"/>
                    <w:bottom w:w="45" w:type="dxa"/>
                    <w:right w:w="70" w:type="dxa"/>
                  </w:tcMar>
                </w:tcPr>
                <w:p w14:paraId="126FCA3E" w14:textId="77777777" w:rsidR="005B3871" w:rsidRDefault="00000000">
                  <w:pPr>
                    <w:keepNext/>
                  </w:pPr>
                  <w:r>
                    <w:rPr>
                      <w:b/>
                      <w:color w:val="000000"/>
                    </w:rPr>
                    <w:t>POVRATNA INFORMACIJA UČITELJICE MED DELOM</w:t>
                  </w:r>
                </w:p>
              </w:tc>
            </w:tr>
          </w:tbl>
          <w:p w14:paraId="6F5D7DE2" w14:textId="77777777" w:rsidR="005B3871" w:rsidRDefault="005B3871"/>
          <w:p w14:paraId="70B33625"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26310AC6" w14:textId="77777777" w:rsidR="005B3871" w:rsidRDefault="005B3871"/>
          <w:p w14:paraId="427725F8" w14:textId="77777777" w:rsidR="005B3871" w:rsidRDefault="00000000">
            <w:pPr>
              <w:spacing w:after="10" w:line="245" w:lineRule="auto"/>
            </w:pPr>
            <w:r>
              <w:rPr>
                <w:b/>
                <w:color w:val="000000"/>
                <w:sz w:val="16"/>
              </w:rPr>
              <w:t>1. URA</w:t>
            </w:r>
          </w:p>
          <w:p w14:paraId="6FF88557" w14:textId="77777777" w:rsidR="005B3871" w:rsidRDefault="00000000">
            <w:pPr>
              <w:spacing w:after="30" w:line="245" w:lineRule="auto"/>
            </w:pPr>
            <w:r>
              <w:rPr>
                <w:color w:val="000000"/>
                <w:sz w:val="16"/>
              </w:rPr>
              <w:t>Oddajo svoj podatek, nato preverijo skupno število zbranih odgovorov.</w:t>
            </w:r>
          </w:p>
          <w:p w14:paraId="2C204A2D" w14:textId="77777777" w:rsidR="005B3871" w:rsidRDefault="00000000">
            <w:pPr>
              <w:spacing w:line="245" w:lineRule="auto"/>
            </w:pPr>
            <w:r>
              <w:rPr>
                <w:b/>
                <w:color w:val="D95BC6"/>
                <w:sz w:val="16"/>
              </w:rPr>
              <w:t>DOKAZ</w:t>
            </w:r>
          </w:p>
          <w:p w14:paraId="6DCA65A7" w14:textId="77777777" w:rsidR="005B3871" w:rsidRDefault="00000000">
            <w:pPr>
              <w:spacing w:after="40" w:line="245" w:lineRule="auto"/>
            </w:pPr>
            <w:r>
              <w:rPr>
                <w:color w:val="D95BC6"/>
                <w:sz w:val="15"/>
              </w:rPr>
              <w:t>popoln in razvrščen nabor podatkov</w:t>
            </w:r>
          </w:p>
          <w:p w14:paraId="08AAB88C" w14:textId="77777777" w:rsidR="005B3871" w:rsidRDefault="00000000">
            <w:pPr>
              <w:spacing w:after="10" w:line="245" w:lineRule="auto"/>
            </w:pPr>
            <w:r>
              <w:rPr>
                <w:b/>
                <w:color w:val="000000"/>
                <w:sz w:val="16"/>
              </w:rPr>
              <w:t>2. URA</w:t>
            </w:r>
          </w:p>
          <w:p w14:paraId="18769686" w14:textId="77777777" w:rsidR="005B3871" w:rsidRDefault="00000000">
            <w:pPr>
              <w:spacing w:after="30" w:line="245" w:lineRule="auto"/>
            </w:pPr>
            <w:r>
              <w:rPr>
                <w:color w:val="000000"/>
                <w:sz w:val="16"/>
              </w:rPr>
              <w:t>Postavijo se v vrsto svoje kategorije ter primerjajo dolžine vrst.</w:t>
            </w:r>
          </w:p>
          <w:p w14:paraId="187946FB" w14:textId="77777777" w:rsidR="005B3871" w:rsidRDefault="00000000">
            <w:pPr>
              <w:spacing w:line="245" w:lineRule="auto"/>
            </w:pPr>
            <w:r>
              <w:rPr>
                <w:b/>
                <w:color w:val="D95BC6"/>
                <w:sz w:val="16"/>
              </w:rPr>
              <w:t>DOKAZ</w:t>
            </w:r>
          </w:p>
          <w:p w14:paraId="7FA4DCC7" w14:textId="77777777" w:rsidR="005B3871" w:rsidRDefault="00000000">
            <w:pPr>
              <w:spacing w:after="40" w:line="245" w:lineRule="auto"/>
            </w:pPr>
            <w:r>
              <w:rPr>
                <w:color w:val="D95BC6"/>
                <w:sz w:val="15"/>
              </w:rPr>
              <w:t>živi vrstični prikaz</w:t>
            </w:r>
          </w:p>
          <w:p w14:paraId="72B6B713" w14:textId="77777777" w:rsidR="005B3871" w:rsidRDefault="00000000">
            <w:pPr>
              <w:spacing w:after="10" w:line="245" w:lineRule="auto"/>
            </w:pPr>
            <w:r>
              <w:rPr>
                <w:b/>
                <w:color w:val="000000"/>
                <w:sz w:val="16"/>
              </w:rPr>
              <w:t>3. URA</w:t>
            </w:r>
          </w:p>
          <w:p w14:paraId="669A4C9C" w14:textId="77777777" w:rsidR="005B3871" w:rsidRDefault="00000000">
            <w:pPr>
              <w:spacing w:after="30" w:line="245" w:lineRule="auto"/>
            </w:pPr>
            <w:r>
              <w:rPr>
                <w:color w:val="000000"/>
                <w:sz w:val="16"/>
              </w:rPr>
              <w:t>Izdelajo prikaz, dodajo naslov in ključ ter ga primerjajo z živim prikazom.</w:t>
            </w:r>
          </w:p>
          <w:p w14:paraId="4879EE7D" w14:textId="77777777" w:rsidR="005B3871" w:rsidRDefault="00000000">
            <w:pPr>
              <w:spacing w:line="245" w:lineRule="auto"/>
            </w:pPr>
            <w:r>
              <w:rPr>
                <w:b/>
                <w:color w:val="D95BC6"/>
                <w:sz w:val="16"/>
              </w:rPr>
              <w:t>DOKAZ</w:t>
            </w:r>
          </w:p>
          <w:p w14:paraId="08BF07E2" w14:textId="77777777" w:rsidR="005B3871" w:rsidRDefault="00000000">
            <w:pPr>
              <w:spacing w:after="40" w:line="245" w:lineRule="auto"/>
            </w:pPr>
            <w:r>
              <w:rPr>
                <w:color w:val="D95BC6"/>
                <w:sz w:val="15"/>
              </w:rPr>
              <w:t>pravilen figurni ali vrstični prikaz</w:t>
            </w:r>
          </w:p>
          <w:p w14:paraId="239E0DBE" w14:textId="77777777" w:rsidR="005B3871" w:rsidRDefault="00000000">
            <w:pPr>
              <w:spacing w:after="10" w:line="245" w:lineRule="auto"/>
            </w:pPr>
            <w:r>
              <w:rPr>
                <w:b/>
                <w:color w:val="000000"/>
                <w:sz w:val="16"/>
              </w:rPr>
              <w:t>4. URA</w:t>
            </w:r>
          </w:p>
          <w:p w14:paraId="0182050C" w14:textId="77777777" w:rsidR="005B3871" w:rsidRDefault="00000000">
            <w:pPr>
              <w:spacing w:after="30" w:line="245" w:lineRule="auto"/>
            </w:pPr>
            <w:r>
              <w:rPr>
                <w:color w:val="000000"/>
                <w:sz w:val="16"/>
              </w:rPr>
              <w:t>Odgovorijo, pokažejo podatek v prikazu in oblikujejo svoje vprašanje.</w:t>
            </w:r>
          </w:p>
          <w:p w14:paraId="74085AB9" w14:textId="77777777" w:rsidR="005B3871" w:rsidRDefault="00000000">
            <w:pPr>
              <w:spacing w:line="245" w:lineRule="auto"/>
            </w:pPr>
            <w:r>
              <w:rPr>
                <w:b/>
                <w:color w:val="D95BC6"/>
                <w:sz w:val="16"/>
              </w:rPr>
              <w:t>DOKAZ</w:t>
            </w:r>
          </w:p>
          <w:p w14:paraId="7F8D6257" w14:textId="77777777" w:rsidR="005B3871" w:rsidRDefault="00000000">
            <w:pPr>
              <w:spacing w:after="40" w:line="245" w:lineRule="auto"/>
            </w:pPr>
            <w:r>
              <w:rPr>
                <w:color w:val="D95BC6"/>
                <w:sz w:val="15"/>
              </w:rPr>
              <w:t>pravilno prebrani in primerjani podatki</w:t>
            </w:r>
          </w:p>
        </w:tc>
      </w:tr>
    </w:tbl>
    <w:p w14:paraId="76F406B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E890A5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AB2073A"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ACBFBD5" w14:textId="77777777" w:rsidR="005B3871" w:rsidRDefault="00000000">
            <w:pPr>
              <w:jc w:val="center"/>
            </w:pPr>
            <w:r>
              <w:rPr>
                <w:b/>
                <w:color w:val="000000"/>
                <w:sz w:val="20"/>
              </w:rPr>
              <w:t>UČNE DEJAVNOSTI, METODE IN FORMATIVNO SPREMLJANJE</w:t>
            </w:r>
          </w:p>
        </w:tc>
      </w:tr>
      <w:tr w:rsidR="005B3871" w14:paraId="455706AD" w14:textId="77777777">
        <w:trPr>
          <w:tblHeader/>
          <w:jc w:val="center"/>
        </w:trPr>
        <w:tc>
          <w:tcPr>
            <w:tcW w:w="4422" w:type="dxa"/>
            <w:vMerge/>
            <w:tcMar>
              <w:top w:w="70" w:type="dxa"/>
              <w:left w:w="90" w:type="dxa"/>
              <w:bottom w:w="70" w:type="dxa"/>
              <w:right w:w="90" w:type="dxa"/>
            </w:tcMar>
            <w:vAlign w:val="center"/>
          </w:tcPr>
          <w:p w14:paraId="5A5DD403" w14:textId="77777777" w:rsidR="005B3871" w:rsidRDefault="005B3871"/>
        </w:tc>
        <w:tc>
          <w:tcPr>
            <w:tcW w:w="7087" w:type="dxa"/>
            <w:shd w:val="clear" w:color="auto" w:fill="FFFFFF"/>
            <w:tcMar>
              <w:top w:w="70" w:type="dxa"/>
              <w:left w:w="90" w:type="dxa"/>
              <w:bottom w:w="70" w:type="dxa"/>
              <w:right w:w="90" w:type="dxa"/>
            </w:tcMar>
            <w:vAlign w:val="center"/>
          </w:tcPr>
          <w:p w14:paraId="5C9B6A54"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14B004A" w14:textId="77777777" w:rsidR="005B3871" w:rsidRDefault="00000000">
            <w:pPr>
              <w:jc w:val="center"/>
            </w:pPr>
            <w:r>
              <w:rPr>
                <w:b/>
                <w:color w:val="000000"/>
              </w:rPr>
              <w:t>UČENEC</w:t>
            </w:r>
          </w:p>
        </w:tc>
      </w:tr>
      <w:tr w:rsidR="005B3871" w14:paraId="0BD27CFC" w14:textId="77777777">
        <w:trPr>
          <w:jc w:val="center"/>
        </w:trPr>
        <w:tc>
          <w:tcPr>
            <w:tcW w:w="4422" w:type="dxa"/>
            <w:tcMar>
              <w:top w:w="70" w:type="dxa"/>
              <w:left w:w="90" w:type="dxa"/>
              <w:bottom w:w="70" w:type="dxa"/>
              <w:right w:w="90" w:type="dxa"/>
            </w:tcMar>
          </w:tcPr>
          <w:p w14:paraId="36A7F4FD" w14:textId="77777777" w:rsidR="005B3871" w:rsidRDefault="005B3871"/>
          <w:p w14:paraId="646E5517" w14:textId="77777777" w:rsidR="005B3871" w:rsidRDefault="00000000">
            <w:pPr>
              <w:spacing w:after="40" w:line="245" w:lineRule="auto"/>
            </w:pPr>
            <w:r>
              <w:rPr>
                <w:b/>
                <w:color w:val="000000"/>
              </w:rPr>
              <w:t>FORMATIVNO SPREMLJANJE</w:t>
            </w:r>
          </w:p>
          <w:p w14:paraId="77C3429F" w14:textId="77777777" w:rsidR="005B3871" w:rsidRDefault="00000000">
            <w:pPr>
              <w:pStyle w:val="Oznaenseznam"/>
              <w:spacing w:after="16"/>
            </w:pPr>
            <w:r>
              <w:rPr>
                <w:color w:val="000000"/>
                <w:sz w:val="16"/>
              </w:rPr>
              <w:t>predznanje: začetna strategija, ocena, razvrstitev, model ali risba</w:t>
            </w:r>
          </w:p>
          <w:p w14:paraId="18DFC3DA" w14:textId="77777777" w:rsidR="005B3871" w:rsidRDefault="00000000">
            <w:pPr>
              <w:pStyle w:val="Oznaenseznam"/>
              <w:spacing w:after="16"/>
            </w:pPr>
            <w:r>
              <w:rPr>
                <w:color w:val="000000"/>
                <w:sz w:val="16"/>
              </w:rPr>
              <w:t>dokazi med učenjem: konkretni, gibalni, slikovni in simbolni prikaz ter razlaga postopka</w:t>
            </w:r>
          </w:p>
          <w:p w14:paraId="5B693FDC" w14:textId="77777777" w:rsidR="005B3871" w:rsidRDefault="00000000">
            <w:pPr>
              <w:pStyle w:val="Oznaenseznam"/>
              <w:spacing w:after="16"/>
            </w:pPr>
            <w:r>
              <w:rPr>
                <w:color w:val="000000"/>
                <w:sz w:val="16"/>
              </w:rPr>
              <w:t>povratna informacija: konkretna, vezana na kriterij in usmerjena v preverjanje ali naslednji korak</w:t>
            </w:r>
          </w:p>
          <w:p w14:paraId="6FC3C791" w14:textId="77777777" w:rsidR="005B3871" w:rsidRDefault="00000000">
            <w:pPr>
              <w:pStyle w:val="Oznaenseznam"/>
              <w:spacing w:after="16"/>
            </w:pPr>
            <w:r>
              <w:rPr>
                <w:color w:val="000000"/>
                <w:sz w:val="16"/>
              </w:rPr>
              <w:t>samovrednotenje: semafor, lestvica samostojnosti, izbrani dokaz ali kratka poved</w:t>
            </w:r>
          </w:p>
          <w:p w14:paraId="44CBEE0D" w14:textId="77777777" w:rsidR="005B3871" w:rsidRDefault="00000000">
            <w:pPr>
              <w:spacing w:before="40" w:after="20" w:line="245" w:lineRule="auto"/>
            </w:pPr>
            <w:r>
              <w:rPr>
                <w:b/>
                <w:color w:val="000000"/>
                <w:sz w:val="17"/>
              </w:rPr>
              <w:t>VARNOST IN ODGOVORNOST</w:t>
            </w:r>
          </w:p>
          <w:p w14:paraId="5E78439C"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46C69E2C" w14:textId="77777777" w:rsidR="005B3871" w:rsidRDefault="00000000">
            <w:pPr>
              <w:spacing w:after="20" w:line="245" w:lineRule="auto"/>
            </w:pPr>
            <w:r>
              <w:rPr>
                <w:b/>
                <w:color w:val="000000"/>
                <w:sz w:val="17"/>
              </w:rPr>
              <w:t>EVIDENCA PO IZVEDBI</w:t>
            </w:r>
          </w:p>
          <w:p w14:paraId="4CAEEA68"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6D636B40"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70AFD15" w14:textId="77777777">
              <w:trPr>
                <w:jc w:val="center"/>
              </w:trPr>
              <w:tc>
                <w:tcPr>
                  <w:tcW w:w="7087" w:type="dxa"/>
                  <w:shd w:val="clear" w:color="auto" w:fill="EDC9EA"/>
                  <w:tcMar>
                    <w:top w:w="45" w:type="dxa"/>
                    <w:left w:w="70" w:type="dxa"/>
                    <w:bottom w:w="45" w:type="dxa"/>
                    <w:right w:w="70" w:type="dxa"/>
                  </w:tcMar>
                </w:tcPr>
                <w:p w14:paraId="1A165D6E" w14:textId="77777777" w:rsidR="005B3871" w:rsidRDefault="00000000">
                  <w:pPr>
                    <w:keepNext/>
                  </w:pPr>
                  <w:r>
                    <w:rPr>
                      <w:b/>
                      <w:color w:val="000000"/>
                    </w:rPr>
                    <w:t>VPRAŠANJA V PODPORO MATEMATIČNEMU UČENJU</w:t>
                  </w:r>
                </w:p>
              </w:tc>
            </w:tr>
          </w:tbl>
          <w:p w14:paraId="2B9BEA58" w14:textId="77777777" w:rsidR="005B3871" w:rsidRDefault="005B3871">
            <w:pPr>
              <w:spacing w:line="20" w:lineRule="exact"/>
            </w:pPr>
          </w:p>
          <w:p w14:paraId="1779F209" w14:textId="77777777" w:rsidR="005B3871" w:rsidRDefault="00000000">
            <w:pPr>
              <w:pStyle w:val="Oznaenseznam"/>
              <w:spacing w:after="16"/>
            </w:pPr>
            <w:r>
              <w:rPr>
                <w:color w:val="000000"/>
                <w:sz w:val="16"/>
              </w:rPr>
              <w:t>Kaj v tvojem modelu, risbi ali zapisu predstavlja posamezni del naloge?</w:t>
            </w:r>
          </w:p>
          <w:p w14:paraId="3C47025C" w14:textId="77777777" w:rsidR="005B3871" w:rsidRDefault="00000000">
            <w:pPr>
              <w:pStyle w:val="Oznaenseznam"/>
              <w:spacing w:after="16"/>
            </w:pPr>
            <w:r>
              <w:rPr>
                <w:color w:val="000000"/>
                <w:sz w:val="16"/>
              </w:rPr>
              <w:t>Kako si prišel/-la do rešitve in kako veš, da je smiselna?</w:t>
            </w:r>
          </w:p>
          <w:p w14:paraId="0B325B04" w14:textId="77777777" w:rsidR="005B3871" w:rsidRDefault="00000000">
            <w:pPr>
              <w:pStyle w:val="Oznaenseznam"/>
              <w:spacing w:after="16"/>
            </w:pPr>
            <w:r>
              <w:rPr>
                <w:color w:val="000000"/>
                <w:sz w:val="16"/>
              </w:rPr>
              <w:t>Ali lahko isto pokažeš še s predmetom, gibanjem, risbo ali drugim zapisom?</w:t>
            </w:r>
          </w:p>
          <w:p w14:paraId="25DA68E5" w14:textId="77777777" w:rsidR="005B3871" w:rsidRDefault="00000000">
            <w:pPr>
              <w:pStyle w:val="Oznaenseznam"/>
              <w:spacing w:after="16"/>
            </w:pPr>
            <w:r>
              <w:rPr>
                <w:color w:val="000000"/>
                <w:sz w:val="16"/>
              </w:rPr>
              <w:t>Kje bi se lahko zmotil/-a in kako boš rešitev preveril/-a?</w:t>
            </w:r>
          </w:p>
          <w:p w14:paraId="46F6D4C2"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2FF2A54" w14:textId="77777777">
              <w:trPr>
                <w:jc w:val="center"/>
              </w:trPr>
              <w:tc>
                <w:tcPr>
                  <w:tcW w:w="7087" w:type="dxa"/>
                  <w:shd w:val="clear" w:color="auto" w:fill="C6E7F3"/>
                  <w:tcMar>
                    <w:top w:w="45" w:type="dxa"/>
                    <w:left w:w="70" w:type="dxa"/>
                    <w:bottom w:w="45" w:type="dxa"/>
                    <w:right w:w="70" w:type="dxa"/>
                  </w:tcMar>
                </w:tcPr>
                <w:p w14:paraId="064CFFD4" w14:textId="77777777" w:rsidR="005B3871" w:rsidRDefault="00000000">
                  <w:pPr>
                    <w:keepNext/>
                  </w:pPr>
                  <w:r>
                    <w:rPr>
                      <w:b/>
                      <w:color w:val="000000"/>
                    </w:rPr>
                    <w:t>ZAKLJUČNI DEL – UTRJEVANJE IN REFLEKSIJA (10–15 min)</w:t>
                  </w:r>
                </w:p>
              </w:tc>
            </w:tr>
          </w:tbl>
          <w:p w14:paraId="2207A8D7" w14:textId="77777777" w:rsidR="005B3871" w:rsidRDefault="005B3871">
            <w:pPr>
              <w:spacing w:line="20" w:lineRule="exact"/>
            </w:pPr>
          </w:p>
          <w:p w14:paraId="1AE50F28"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25D005A1" w14:textId="77777777">
              <w:trPr>
                <w:jc w:val="center"/>
              </w:trPr>
              <w:tc>
                <w:tcPr>
                  <w:tcW w:w="7087" w:type="dxa"/>
                  <w:shd w:val="clear" w:color="auto" w:fill="EDC9EA"/>
                  <w:tcMar>
                    <w:top w:w="45" w:type="dxa"/>
                    <w:left w:w="70" w:type="dxa"/>
                    <w:bottom w:w="45" w:type="dxa"/>
                    <w:right w:w="70" w:type="dxa"/>
                  </w:tcMar>
                </w:tcPr>
                <w:p w14:paraId="60833D35" w14:textId="77777777" w:rsidR="005B3871" w:rsidRDefault="00000000">
                  <w:pPr>
                    <w:keepNext/>
                  </w:pPr>
                  <w:r>
                    <w:rPr>
                      <w:b/>
                      <w:color w:val="000000"/>
                    </w:rPr>
                    <w:t>SAMOVREDNOTENJE</w:t>
                  </w:r>
                </w:p>
              </w:tc>
            </w:tr>
          </w:tbl>
          <w:p w14:paraId="3874B021" w14:textId="77777777" w:rsidR="005B3871" w:rsidRDefault="005B3871">
            <w:pPr>
              <w:spacing w:line="20" w:lineRule="exact"/>
            </w:pPr>
          </w:p>
          <w:p w14:paraId="6F95B621"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8551ACA" w14:textId="77777777">
              <w:trPr>
                <w:jc w:val="center"/>
              </w:trPr>
              <w:tc>
                <w:tcPr>
                  <w:tcW w:w="7087" w:type="dxa"/>
                  <w:shd w:val="clear" w:color="auto" w:fill="EDC9EA"/>
                  <w:tcMar>
                    <w:top w:w="45" w:type="dxa"/>
                    <w:left w:w="70" w:type="dxa"/>
                    <w:bottom w:w="45" w:type="dxa"/>
                    <w:right w:w="70" w:type="dxa"/>
                  </w:tcMar>
                </w:tcPr>
                <w:p w14:paraId="5D790F84" w14:textId="77777777" w:rsidR="005B3871" w:rsidRDefault="00000000">
                  <w:pPr>
                    <w:keepNext/>
                  </w:pPr>
                  <w:r>
                    <w:rPr>
                      <w:b/>
                      <w:color w:val="000000"/>
                    </w:rPr>
                    <w:t>VRSTNIŠKO VREDNOTENJE</w:t>
                  </w:r>
                </w:p>
              </w:tc>
            </w:tr>
          </w:tbl>
          <w:p w14:paraId="43F17712" w14:textId="77777777" w:rsidR="005B3871" w:rsidRDefault="005B3871">
            <w:pPr>
              <w:spacing w:line="20" w:lineRule="exact"/>
            </w:pPr>
          </w:p>
          <w:p w14:paraId="2171D684"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424B42F3" w14:textId="77777777">
              <w:trPr>
                <w:jc w:val="center"/>
              </w:trPr>
              <w:tc>
                <w:tcPr>
                  <w:tcW w:w="7087" w:type="dxa"/>
                  <w:shd w:val="clear" w:color="auto" w:fill="EDC9EA"/>
                  <w:tcMar>
                    <w:top w:w="45" w:type="dxa"/>
                    <w:left w:w="70" w:type="dxa"/>
                    <w:bottom w:w="45" w:type="dxa"/>
                    <w:right w:w="70" w:type="dxa"/>
                  </w:tcMar>
                </w:tcPr>
                <w:p w14:paraId="273F4BCA" w14:textId="77777777" w:rsidR="005B3871" w:rsidRDefault="00000000">
                  <w:pPr>
                    <w:keepNext/>
                  </w:pPr>
                  <w:r>
                    <w:rPr>
                      <w:b/>
                      <w:color w:val="000000"/>
                    </w:rPr>
                    <w:t>SKUPNI POVZETEK</w:t>
                  </w:r>
                </w:p>
              </w:tc>
            </w:tr>
          </w:tbl>
          <w:p w14:paraId="5C543174" w14:textId="77777777" w:rsidR="005B3871" w:rsidRDefault="005B3871"/>
          <w:p w14:paraId="24FA0C6E" w14:textId="77777777" w:rsidR="005B3871" w:rsidRDefault="00000000">
            <w:pPr>
              <w:spacing w:before="20" w:after="40" w:line="245" w:lineRule="auto"/>
            </w:pPr>
            <w:r>
              <w:rPr>
                <w:b/>
                <w:color w:val="000000"/>
                <w:sz w:val="16"/>
              </w:rPr>
              <w:t>Podatke zberem, prikažem s figurnim ali vrstičnim prikazom ter iz prikaza preberem in pojasnim ugotovitev.</w:t>
            </w:r>
          </w:p>
        </w:tc>
        <w:tc>
          <w:tcPr>
            <w:tcW w:w="2551" w:type="dxa"/>
            <w:tcMar>
              <w:top w:w="70" w:type="dxa"/>
              <w:left w:w="90" w:type="dxa"/>
              <w:bottom w:w="70" w:type="dxa"/>
              <w:right w:w="90" w:type="dxa"/>
            </w:tcMar>
          </w:tcPr>
          <w:p w14:paraId="27BB90E9" w14:textId="77777777" w:rsidR="005B3871" w:rsidRDefault="005B3871"/>
          <w:p w14:paraId="61B2EFEB" w14:textId="77777777" w:rsidR="005B3871" w:rsidRDefault="00000000">
            <w:pPr>
              <w:spacing w:after="100" w:line="245" w:lineRule="auto"/>
            </w:pPr>
            <w:r>
              <w:rPr>
                <w:color w:val="000000"/>
                <w:sz w:val="16"/>
              </w:rPr>
              <w:t>Odgovarja na podporna vprašanja in se sklicuje na svoj model, zapis ali izvedbo.</w:t>
            </w:r>
          </w:p>
          <w:p w14:paraId="28AAE9D5" w14:textId="77777777" w:rsidR="005B3871" w:rsidRDefault="00000000">
            <w:pPr>
              <w:spacing w:after="100" w:line="245" w:lineRule="auto"/>
            </w:pPr>
            <w:r>
              <w:rPr>
                <w:color w:val="000000"/>
                <w:sz w:val="16"/>
              </w:rPr>
              <w:t>Primerja začetno strategijo z novim dokazom ter pojasni, kaj se je naučil/-a.</w:t>
            </w:r>
          </w:p>
          <w:p w14:paraId="3FD95397" w14:textId="77777777" w:rsidR="005B3871" w:rsidRDefault="00000000">
            <w:pPr>
              <w:spacing w:after="100" w:line="245" w:lineRule="auto"/>
            </w:pPr>
            <w:r>
              <w:rPr>
                <w:color w:val="000000"/>
                <w:sz w:val="16"/>
              </w:rPr>
              <w:t>Izbere raven samostojnosti in določi naslednji korak.</w:t>
            </w:r>
          </w:p>
          <w:p w14:paraId="0F689F13" w14:textId="77777777" w:rsidR="005B3871" w:rsidRDefault="00000000">
            <w:pPr>
              <w:spacing w:after="100" w:line="245" w:lineRule="auto"/>
            </w:pPr>
            <w:r>
              <w:rPr>
                <w:color w:val="000000"/>
                <w:sz w:val="16"/>
              </w:rPr>
              <w:t>Sošolcu poda prijazen in konkreten odziv, vezan na kriterij.</w:t>
            </w:r>
          </w:p>
          <w:p w14:paraId="3BAB5FDD" w14:textId="77777777" w:rsidR="005B3871" w:rsidRDefault="00000000">
            <w:pPr>
              <w:spacing w:after="20" w:line="245" w:lineRule="auto"/>
            </w:pPr>
            <w:r>
              <w:rPr>
                <w:b/>
                <w:color w:val="D95BC6"/>
                <w:sz w:val="17"/>
              </w:rPr>
              <w:t>DOKAZ O UČENJU</w:t>
            </w:r>
          </w:p>
          <w:p w14:paraId="38897176"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25117D1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360F2D39" w14:textId="77777777">
        <w:trPr>
          <w:cantSplit/>
          <w:jc w:val="center"/>
        </w:trPr>
        <w:tc>
          <w:tcPr>
            <w:tcW w:w="14060" w:type="dxa"/>
            <w:gridSpan w:val="6"/>
            <w:tcMar>
              <w:top w:w="70" w:type="dxa"/>
              <w:left w:w="90" w:type="dxa"/>
              <w:bottom w:w="70" w:type="dxa"/>
              <w:right w:w="90" w:type="dxa"/>
            </w:tcMar>
            <w:vAlign w:val="center"/>
          </w:tcPr>
          <w:p w14:paraId="2AF93912" w14:textId="77777777" w:rsidR="005B3871" w:rsidRDefault="00000000">
            <w:pPr>
              <w:jc w:val="center"/>
            </w:pPr>
            <w:r>
              <w:rPr>
                <w:b/>
                <w:color w:val="000000"/>
                <w:sz w:val="24"/>
              </w:rPr>
              <w:lastRenderedPageBreak/>
              <w:t>UČNA PRIPRAVA 30/39</w:t>
            </w:r>
          </w:p>
        </w:tc>
      </w:tr>
      <w:tr w:rsidR="005B3871" w14:paraId="5864C50C" w14:textId="77777777">
        <w:trPr>
          <w:jc w:val="center"/>
        </w:trPr>
        <w:tc>
          <w:tcPr>
            <w:tcW w:w="2665" w:type="dxa"/>
            <w:tcMar>
              <w:top w:w="70" w:type="dxa"/>
              <w:left w:w="90" w:type="dxa"/>
              <w:bottom w:w="70" w:type="dxa"/>
              <w:right w:w="90" w:type="dxa"/>
            </w:tcMar>
            <w:vAlign w:val="center"/>
          </w:tcPr>
          <w:p w14:paraId="7F46BAB2"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7753A72"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475003F3"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3B467A1" w14:textId="77777777" w:rsidR="005B3871" w:rsidRDefault="00000000">
            <w:r>
              <w:rPr>
                <w:b/>
                <w:color w:val="000000"/>
                <w:sz w:val="16"/>
              </w:rPr>
              <w:t xml:space="preserve">NAČRTOVANI TERMIN: </w:t>
            </w:r>
            <w:r>
              <w:rPr>
                <w:color w:val="000000"/>
                <w:sz w:val="16"/>
              </w:rPr>
              <w:t>30. teden • 12.–16. 4. 2027</w:t>
            </w:r>
          </w:p>
        </w:tc>
        <w:tc>
          <w:tcPr>
            <w:tcW w:w="2268" w:type="dxa"/>
            <w:tcMar>
              <w:top w:w="70" w:type="dxa"/>
              <w:left w:w="90" w:type="dxa"/>
              <w:bottom w:w="70" w:type="dxa"/>
              <w:right w:w="90" w:type="dxa"/>
            </w:tcMar>
            <w:vAlign w:val="center"/>
          </w:tcPr>
          <w:p w14:paraId="1AF869FA"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706512B" w14:textId="77777777" w:rsidR="005B3871" w:rsidRDefault="00000000">
            <w:r>
              <w:rPr>
                <w:b/>
                <w:color w:val="000000"/>
                <w:sz w:val="16"/>
              </w:rPr>
              <w:t xml:space="preserve">ŠTEVILO UR: </w:t>
            </w:r>
            <w:r>
              <w:rPr>
                <w:color w:val="000000"/>
                <w:sz w:val="16"/>
              </w:rPr>
              <w:t>4</w:t>
            </w:r>
          </w:p>
        </w:tc>
      </w:tr>
      <w:tr w:rsidR="005B3871" w14:paraId="6557FD27" w14:textId="77777777">
        <w:trPr>
          <w:jc w:val="center"/>
        </w:trPr>
        <w:tc>
          <w:tcPr>
            <w:tcW w:w="14061" w:type="dxa"/>
            <w:gridSpan w:val="6"/>
            <w:tcMar>
              <w:top w:w="70" w:type="dxa"/>
              <w:left w:w="90" w:type="dxa"/>
              <w:bottom w:w="70" w:type="dxa"/>
              <w:right w:w="90" w:type="dxa"/>
            </w:tcMar>
            <w:vAlign w:val="center"/>
          </w:tcPr>
          <w:p w14:paraId="2CE842D0"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03614A9C" w14:textId="77777777">
        <w:trPr>
          <w:cantSplit/>
          <w:jc w:val="center"/>
        </w:trPr>
        <w:tc>
          <w:tcPr>
            <w:tcW w:w="14060" w:type="dxa"/>
            <w:gridSpan w:val="6"/>
            <w:tcMar>
              <w:top w:w="70" w:type="dxa"/>
              <w:left w:w="90" w:type="dxa"/>
              <w:bottom w:w="70" w:type="dxa"/>
              <w:right w:w="90" w:type="dxa"/>
            </w:tcMar>
            <w:vAlign w:val="center"/>
          </w:tcPr>
          <w:p w14:paraId="7B97A7F7" w14:textId="77777777" w:rsidR="005B3871" w:rsidRDefault="005B3871"/>
          <w:p w14:paraId="0413B707" w14:textId="77777777" w:rsidR="005B3871" w:rsidRDefault="00000000">
            <w:pPr>
              <w:spacing w:line="245" w:lineRule="auto"/>
            </w:pPr>
            <w:r>
              <w:rPr>
                <w:b/>
                <w:color w:val="000000"/>
                <w:sz w:val="16"/>
              </w:rPr>
              <w:t xml:space="preserve">UČNI SKLOP: </w:t>
            </w:r>
            <w:r>
              <w:rPr>
                <w:color w:val="000000"/>
                <w:sz w:val="16"/>
              </w:rPr>
              <w:t>GIBANJE, SVETLOBA IN ZVOK</w:t>
            </w:r>
          </w:p>
        </w:tc>
      </w:tr>
      <w:tr w:rsidR="005B3871" w14:paraId="6C4F74DF" w14:textId="77777777">
        <w:trPr>
          <w:cantSplit/>
          <w:jc w:val="center"/>
        </w:trPr>
        <w:tc>
          <w:tcPr>
            <w:tcW w:w="14060" w:type="dxa"/>
            <w:gridSpan w:val="6"/>
            <w:tcMar>
              <w:top w:w="70" w:type="dxa"/>
              <w:left w:w="90" w:type="dxa"/>
              <w:bottom w:w="70" w:type="dxa"/>
              <w:right w:w="90" w:type="dxa"/>
            </w:tcMar>
            <w:vAlign w:val="center"/>
          </w:tcPr>
          <w:p w14:paraId="4677E597" w14:textId="77777777" w:rsidR="005B3871" w:rsidRDefault="005B3871"/>
          <w:p w14:paraId="00AF9E10" w14:textId="77777777" w:rsidR="005B3871" w:rsidRDefault="00000000">
            <w:pPr>
              <w:spacing w:line="245" w:lineRule="auto"/>
            </w:pPr>
            <w:r>
              <w:rPr>
                <w:b/>
                <w:color w:val="000000"/>
                <w:sz w:val="16"/>
              </w:rPr>
              <w:t xml:space="preserve">UČNA TEMA: </w:t>
            </w:r>
            <w:r>
              <w:rPr>
                <w:color w:val="000000"/>
                <w:sz w:val="16"/>
              </w:rPr>
              <w:t>RAČUNANJE DO 20</w:t>
            </w:r>
          </w:p>
        </w:tc>
      </w:tr>
      <w:tr w:rsidR="005B3871" w14:paraId="287887D1" w14:textId="77777777">
        <w:trPr>
          <w:cantSplit/>
          <w:jc w:val="center"/>
        </w:trPr>
        <w:tc>
          <w:tcPr>
            <w:tcW w:w="14060" w:type="dxa"/>
            <w:gridSpan w:val="6"/>
            <w:tcMar>
              <w:top w:w="70" w:type="dxa"/>
              <w:left w:w="90" w:type="dxa"/>
              <w:bottom w:w="70" w:type="dxa"/>
              <w:right w:w="90" w:type="dxa"/>
            </w:tcMar>
            <w:vAlign w:val="center"/>
          </w:tcPr>
          <w:p w14:paraId="3F437D88" w14:textId="77777777" w:rsidR="005B3871" w:rsidRDefault="005B3871"/>
          <w:p w14:paraId="1B33ACCA" w14:textId="77777777" w:rsidR="005B3871" w:rsidRDefault="00000000">
            <w:pPr>
              <w:spacing w:line="245" w:lineRule="auto"/>
            </w:pPr>
            <w:r>
              <w:rPr>
                <w:b/>
                <w:color w:val="000000"/>
                <w:sz w:val="16"/>
              </w:rPr>
              <w:t xml:space="preserve">KNJIŽEVNO IZHODIŠČE IN MOTIV: </w:t>
            </w:r>
            <w:r>
              <w:rPr>
                <w:color w:val="000000"/>
                <w:sz w:val="16"/>
              </w:rPr>
              <w:t>»Bobek in barčica« – Anja Štefan • gibanje, voda, potisk, vlek in sodelovanje</w:t>
            </w:r>
          </w:p>
        </w:tc>
      </w:tr>
      <w:tr w:rsidR="005B3871" w14:paraId="1F92A733" w14:textId="77777777">
        <w:trPr>
          <w:cantSplit/>
          <w:jc w:val="center"/>
        </w:trPr>
        <w:tc>
          <w:tcPr>
            <w:tcW w:w="14060" w:type="dxa"/>
            <w:gridSpan w:val="6"/>
            <w:tcMar>
              <w:top w:w="70" w:type="dxa"/>
              <w:left w:w="90" w:type="dxa"/>
              <w:bottom w:w="70" w:type="dxa"/>
              <w:right w:w="90" w:type="dxa"/>
            </w:tcMar>
            <w:vAlign w:val="center"/>
          </w:tcPr>
          <w:p w14:paraId="32FF2CE0" w14:textId="77777777" w:rsidR="005B3871" w:rsidRDefault="005B3871"/>
          <w:p w14:paraId="02695FF3" w14:textId="77777777" w:rsidR="005B3871" w:rsidRDefault="00000000">
            <w:pPr>
              <w:spacing w:line="245" w:lineRule="auto"/>
            </w:pPr>
            <w:r>
              <w:rPr>
                <w:b/>
                <w:color w:val="000000"/>
                <w:sz w:val="16"/>
              </w:rPr>
              <w:t xml:space="preserve">UČNE ENOTE: </w:t>
            </w:r>
            <w:r>
              <w:rPr>
                <w:color w:val="000000"/>
                <w:sz w:val="16"/>
              </w:rPr>
              <w:t>1. ura – Desetica ostane, enice se spremenijo • 2. ura – Barčica na talni osi • 3. ura – Konkretno–slikovno–simbolno • 4. ura – Preverim obratno</w:t>
            </w:r>
          </w:p>
        </w:tc>
      </w:tr>
      <w:tr w:rsidR="005B3871" w14:paraId="2BC9911B" w14:textId="77777777">
        <w:trPr>
          <w:cantSplit/>
          <w:jc w:val="center"/>
        </w:trPr>
        <w:tc>
          <w:tcPr>
            <w:tcW w:w="14060" w:type="dxa"/>
            <w:gridSpan w:val="6"/>
            <w:tcMar>
              <w:top w:w="70" w:type="dxa"/>
              <w:left w:w="90" w:type="dxa"/>
              <w:bottom w:w="70" w:type="dxa"/>
              <w:right w:w="90" w:type="dxa"/>
            </w:tcMar>
            <w:vAlign w:val="center"/>
          </w:tcPr>
          <w:p w14:paraId="582512AA" w14:textId="77777777" w:rsidR="005B3871" w:rsidRDefault="005B3871"/>
          <w:p w14:paraId="2149EB03"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7FE15EBB" w14:textId="77777777">
        <w:trPr>
          <w:cantSplit/>
          <w:jc w:val="center"/>
        </w:trPr>
        <w:tc>
          <w:tcPr>
            <w:tcW w:w="14060" w:type="dxa"/>
            <w:gridSpan w:val="6"/>
            <w:tcMar>
              <w:top w:w="70" w:type="dxa"/>
              <w:left w:w="90" w:type="dxa"/>
              <w:bottom w:w="70" w:type="dxa"/>
              <w:right w:w="90" w:type="dxa"/>
            </w:tcMar>
            <w:vAlign w:val="center"/>
          </w:tcPr>
          <w:p w14:paraId="6ED0896E" w14:textId="77777777" w:rsidR="005B3871" w:rsidRDefault="005B3871"/>
          <w:p w14:paraId="51352BE2"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2D298B23" w14:textId="77777777">
        <w:trPr>
          <w:cantSplit/>
          <w:jc w:val="center"/>
        </w:trPr>
        <w:tc>
          <w:tcPr>
            <w:tcW w:w="14060" w:type="dxa"/>
            <w:gridSpan w:val="6"/>
            <w:tcMar>
              <w:top w:w="70" w:type="dxa"/>
              <w:left w:w="90" w:type="dxa"/>
              <w:bottom w:w="70" w:type="dxa"/>
              <w:right w:w="90" w:type="dxa"/>
            </w:tcMar>
            <w:vAlign w:val="center"/>
          </w:tcPr>
          <w:p w14:paraId="03FC1FC7" w14:textId="77777777" w:rsidR="005B3871" w:rsidRDefault="005B3871"/>
          <w:p w14:paraId="7A5BC1DF"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60E9E85D" w14:textId="77777777">
        <w:trPr>
          <w:cantSplit/>
          <w:jc w:val="center"/>
        </w:trPr>
        <w:tc>
          <w:tcPr>
            <w:tcW w:w="14060" w:type="dxa"/>
            <w:gridSpan w:val="6"/>
            <w:tcMar>
              <w:top w:w="70" w:type="dxa"/>
              <w:left w:w="90" w:type="dxa"/>
              <w:bottom w:w="70" w:type="dxa"/>
              <w:right w:w="90" w:type="dxa"/>
            </w:tcMar>
            <w:vAlign w:val="center"/>
          </w:tcPr>
          <w:p w14:paraId="2DCB92C3" w14:textId="77777777" w:rsidR="005B3871" w:rsidRDefault="005B3871"/>
          <w:p w14:paraId="75C9FC88" w14:textId="77777777" w:rsidR="005B3871" w:rsidRDefault="00000000">
            <w:pPr>
              <w:spacing w:line="245" w:lineRule="auto"/>
            </w:pPr>
            <w:r>
              <w:rPr>
                <w:b/>
                <w:color w:val="000000"/>
                <w:sz w:val="16"/>
              </w:rPr>
              <w:t xml:space="preserve">MEDPREDMETNE POVEZAVE: </w:t>
            </w:r>
            <w:r>
              <w:rPr>
                <w:color w:val="000000"/>
                <w:sz w:val="16"/>
              </w:rPr>
              <w:t>SLJ – razlaga strategije; SPO – gibanje barčice; ŠPO – talna os; LUM – slikovni model</w:t>
            </w:r>
          </w:p>
        </w:tc>
      </w:tr>
      <w:tr w:rsidR="005B3871" w14:paraId="2B5D3B58" w14:textId="77777777">
        <w:trPr>
          <w:cantSplit/>
          <w:jc w:val="center"/>
        </w:trPr>
        <w:tc>
          <w:tcPr>
            <w:tcW w:w="14060" w:type="dxa"/>
            <w:gridSpan w:val="6"/>
            <w:tcMar>
              <w:top w:w="70" w:type="dxa"/>
              <w:left w:w="90" w:type="dxa"/>
              <w:bottom w:w="70" w:type="dxa"/>
              <w:right w:w="90" w:type="dxa"/>
            </w:tcMar>
            <w:vAlign w:val="center"/>
          </w:tcPr>
          <w:p w14:paraId="0884147A" w14:textId="77777777" w:rsidR="005B3871" w:rsidRDefault="005B3871"/>
          <w:p w14:paraId="4E1233E2" w14:textId="77777777" w:rsidR="005B3871" w:rsidRDefault="00000000">
            <w:pPr>
              <w:spacing w:line="245" w:lineRule="auto"/>
            </w:pPr>
            <w:r>
              <w:rPr>
                <w:b/>
                <w:color w:val="000000"/>
                <w:sz w:val="16"/>
              </w:rPr>
              <w:t xml:space="preserve">UČNA SREDSTVA IN PRIPOMOČKI: </w:t>
            </w:r>
            <w:r>
              <w:rPr>
                <w:color w:val="000000"/>
                <w:sz w:val="16"/>
              </w:rPr>
              <w:t>desetiški okvirji, števci, talna os 0–20, kartice računov, podloge za risbo, mini table, modeli oseb in barčice</w:t>
            </w:r>
          </w:p>
        </w:tc>
      </w:tr>
      <w:tr w:rsidR="005B3871" w14:paraId="167FB494" w14:textId="77777777">
        <w:trPr>
          <w:cantSplit/>
          <w:jc w:val="center"/>
        </w:trPr>
        <w:tc>
          <w:tcPr>
            <w:tcW w:w="14060" w:type="dxa"/>
            <w:gridSpan w:val="6"/>
            <w:tcMar>
              <w:top w:w="70" w:type="dxa"/>
              <w:left w:w="90" w:type="dxa"/>
              <w:bottom w:w="70" w:type="dxa"/>
              <w:right w:w="90" w:type="dxa"/>
            </w:tcMar>
            <w:vAlign w:val="center"/>
          </w:tcPr>
          <w:p w14:paraId="32BA7B6E" w14:textId="77777777" w:rsidR="005B3871" w:rsidRDefault="005B3871"/>
          <w:p w14:paraId="371E0A58"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5662F65E" w14:textId="77777777">
        <w:trPr>
          <w:cantSplit/>
          <w:jc w:val="center"/>
        </w:trPr>
        <w:tc>
          <w:tcPr>
            <w:tcW w:w="14060" w:type="dxa"/>
            <w:gridSpan w:val="6"/>
            <w:tcMar>
              <w:top w:w="70" w:type="dxa"/>
              <w:left w:w="90" w:type="dxa"/>
              <w:bottom w:w="70" w:type="dxa"/>
              <w:right w:w="90" w:type="dxa"/>
            </w:tcMar>
            <w:vAlign w:val="center"/>
          </w:tcPr>
          <w:p w14:paraId="3C3F46BE" w14:textId="77777777" w:rsidR="005B3871" w:rsidRDefault="005B3871"/>
          <w:p w14:paraId="6289AA9B"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10E9D189" w14:textId="77777777">
        <w:trPr>
          <w:cantSplit/>
          <w:jc w:val="center"/>
        </w:trPr>
        <w:tc>
          <w:tcPr>
            <w:tcW w:w="14060" w:type="dxa"/>
            <w:gridSpan w:val="6"/>
            <w:tcMar>
              <w:top w:w="70" w:type="dxa"/>
              <w:left w:w="90" w:type="dxa"/>
              <w:bottom w:w="70" w:type="dxa"/>
              <w:right w:w="90" w:type="dxa"/>
            </w:tcMar>
            <w:vAlign w:val="center"/>
          </w:tcPr>
          <w:p w14:paraId="2D9249DE" w14:textId="77777777" w:rsidR="005B3871" w:rsidRDefault="005B3871"/>
          <w:p w14:paraId="60289BB1"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75182E6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D75ED7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BB87FF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0119460" w14:textId="77777777" w:rsidR="005B3871" w:rsidRDefault="00000000">
            <w:pPr>
              <w:jc w:val="center"/>
            </w:pPr>
            <w:r>
              <w:rPr>
                <w:b/>
                <w:color w:val="000000"/>
                <w:sz w:val="20"/>
              </w:rPr>
              <w:t>UČNE DEJAVNOSTI, METODE IN FORMATIVNO SPREMLJANJE</w:t>
            </w:r>
          </w:p>
        </w:tc>
      </w:tr>
      <w:tr w:rsidR="005B3871" w14:paraId="2ADC4F45" w14:textId="77777777">
        <w:trPr>
          <w:tblHeader/>
          <w:jc w:val="center"/>
        </w:trPr>
        <w:tc>
          <w:tcPr>
            <w:tcW w:w="4422" w:type="dxa"/>
            <w:vMerge/>
            <w:tcMar>
              <w:top w:w="70" w:type="dxa"/>
              <w:left w:w="90" w:type="dxa"/>
              <w:bottom w:w="70" w:type="dxa"/>
              <w:right w:w="90" w:type="dxa"/>
            </w:tcMar>
            <w:vAlign w:val="center"/>
          </w:tcPr>
          <w:p w14:paraId="20237F64" w14:textId="77777777" w:rsidR="005B3871" w:rsidRDefault="005B3871"/>
        </w:tc>
        <w:tc>
          <w:tcPr>
            <w:tcW w:w="7087" w:type="dxa"/>
            <w:shd w:val="clear" w:color="auto" w:fill="FFFFFF"/>
            <w:tcMar>
              <w:top w:w="70" w:type="dxa"/>
              <w:left w:w="90" w:type="dxa"/>
              <w:bottom w:w="70" w:type="dxa"/>
              <w:right w:w="90" w:type="dxa"/>
            </w:tcMar>
            <w:vAlign w:val="center"/>
          </w:tcPr>
          <w:p w14:paraId="0CDAE9A9"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542B310" w14:textId="77777777" w:rsidR="005B3871" w:rsidRDefault="00000000">
            <w:pPr>
              <w:jc w:val="center"/>
            </w:pPr>
            <w:r>
              <w:rPr>
                <w:b/>
                <w:color w:val="000000"/>
              </w:rPr>
              <w:t>UČENEC</w:t>
            </w:r>
          </w:p>
        </w:tc>
      </w:tr>
      <w:tr w:rsidR="005B3871" w14:paraId="444D6EEB" w14:textId="77777777">
        <w:trPr>
          <w:jc w:val="center"/>
        </w:trPr>
        <w:tc>
          <w:tcPr>
            <w:tcW w:w="4422" w:type="dxa"/>
            <w:tcMar>
              <w:top w:w="70" w:type="dxa"/>
              <w:left w:w="90" w:type="dxa"/>
              <w:bottom w:w="70" w:type="dxa"/>
              <w:right w:w="90" w:type="dxa"/>
            </w:tcMar>
          </w:tcPr>
          <w:p w14:paraId="60D9D777" w14:textId="77777777" w:rsidR="005B3871" w:rsidRDefault="005B3871"/>
          <w:p w14:paraId="202BE26C" w14:textId="77777777" w:rsidR="005B3871" w:rsidRDefault="00000000">
            <w:pPr>
              <w:spacing w:after="60" w:line="245" w:lineRule="auto"/>
            </w:pPr>
            <w:r>
              <w:rPr>
                <w:b/>
                <w:color w:val="000000"/>
              </w:rPr>
              <w:t>UČNI CILJI</w:t>
            </w:r>
          </w:p>
          <w:p w14:paraId="4E9A1C2E" w14:textId="77777777" w:rsidR="005B3871" w:rsidRDefault="00000000">
            <w:pPr>
              <w:spacing w:after="20" w:line="245" w:lineRule="auto"/>
            </w:pPr>
            <w:r>
              <w:rPr>
                <w:b/>
                <w:color w:val="000000"/>
                <w:sz w:val="17"/>
              </w:rPr>
              <w:t>SPLOŠNI</w:t>
            </w:r>
          </w:p>
          <w:p w14:paraId="0937ED7A" w14:textId="77777777" w:rsidR="005B3871" w:rsidRDefault="00000000">
            <w:pPr>
              <w:pStyle w:val="Oznaenseznam"/>
              <w:spacing w:after="16"/>
            </w:pPr>
            <w:r>
              <w:rPr>
                <w:color w:val="000000"/>
                <w:sz w:val="16"/>
              </w:rPr>
              <w:t>razvija številske, prostorske in količinske predstave s konkretnimi izkušnjami</w:t>
            </w:r>
          </w:p>
          <w:p w14:paraId="419E0FDA" w14:textId="77777777" w:rsidR="005B3871" w:rsidRDefault="00000000">
            <w:pPr>
              <w:pStyle w:val="Oznaenseznam"/>
              <w:spacing w:after="16"/>
            </w:pPr>
            <w:r>
              <w:rPr>
                <w:color w:val="000000"/>
                <w:sz w:val="16"/>
              </w:rPr>
              <w:t>rešuje matematične probleme s predmetom, gibanjem, risbo, modelom in simbolom</w:t>
            </w:r>
          </w:p>
          <w:p w14:paraId="67D2F051" w14:textId="77777777" w:rsidR="005B3871" w:rsidRDefault="00000000">
            <w:pPr>
              <w:pStyle w:val="Oznaenseznam"/>
              <w:spacing w:after="16"/>
            </w:pPr>
            <w:r>
              <w:rPr>
                <w:color w:val="000000"/>
                <w:sz w:val="16"/>
              </w:rPr>
              <w:t>pojasnjuje izbrano strategijo, preverja smiselnost rešitve in posluša rešitve drugih</w:t>
            </w:r>
          </w:p>
          <w:p w14:paraId="225A3044" w14:textId="77777777" w:rsidR="005B3871" w:rsidRDefault="00000000">
            <w:pPr>
              <w:pStyle w:val="Oznaenseznam"/>
              <w:spacing w:after="16"/>
            </w:pPr>
            <w:r>
              <w:rPr>
                <w:color w:val="000000"/>
                <w:sz w:val="16"/>
              </w:rPr>
              <w:t>ob namenih in kriterijih spremlja svoje učenje ter uporabi opisno povratno informacijo</w:t>
            </w:r>
          </w:p>
          <w:p w14:paraId="78FA5633" w14:textId="77777777" w:rsidR="005B3871" w:rsidRDefault="00000000">
            <w:pPr>
              <w:spacing w:before="40" w:after="20" w:line="245" w:lineRule="auto"/>
            </w:pPr>
            <w:r>
              <w:rPr>
                <w:b/>
                <w:color w:val="000000"/>
                <w:sz w:val="17"/>
              </w:rPr>
              <w:t>OPERATIVNI</w:t>
            </w:r>
          </w:p>
          <w:p w14:paraId="36C9D6E4" w14:textId="77777777" w:rsidR="005B3871" w:rsidRDefault="00000000">
            <w:pPr>
              <w:pStyle w:val="Oznaenseznam"/>
              <w:spacing w:after="16"/>
            </w:pPr>
            <w:r>
              <w:rPr>
                <w:color w:val="000000"/>
                <w:sz w:val="16"/>
              </w:rPr>
              <w:t>sešteva in odšteva brez prehoda čez desetico</w:t>
            </w:r>
          </w:p>
          <w:p w14:paraId="7845C61C" w14:textId="77777777" w:rsidR="005B3871" w:rsidRDefault="00000000">
            <w:pPr>
              <w:pStyle w:val="Oznaenseznam"/>
              <w:spacing w:after="16"/>
            </w:pPr>
            <w:r>
              <w:rPr>
                <w:color w:val="000000"/>
                <w:sz w:val="16"/>
              </w:rPr>
              <w:t>uporabi konkreten model</w:t>
            </w:r>
          </w:p>
          <w:p w14:paraId="27CE25D9" w14:textId="77777777" w:rsidR="005B3871" w:rsidRDefault="00000000">
            <w:pPr>
              <w:pStyle w:val="Oznaenseznam"/>
              <w:spacing w:after="16"/>
            </w:pPr>
            <w:r>
              <w:rPr>
                <w:color w:val="000000"/>
                <w:sz w:val="16"/>
              </w:rPr>
              <w:t>preveri z obratno operacijo na intuitivni ravni</w:t>
            </w:r>
          </w:p>
          <w:p w14:paraId="2A8EAB1C" w14:textId="77777777" w:rsidR="005B3871" w:rsidRDefault="00000000">
            <w:pPr>
              <w:spacing w:before="40" w:after="20" w:line="245" w:lineRule="auto"/>
            </w:pPr>
            <w:r>
              <w:rPr>
                <w:b/>
                <w:color w:val="000000"/>
                <w:sz w:val="17"/>
              </w:rPr>
              <w:t>PRIČAKOVANI DOSEŽKI / STANDARDI</w:t>
            </w:r>
          </w:p>
          <w:p w14:paraId="3E470A45" w14:textId="77777777" w:rsidR="005B3871" w:rsidRDefault="00000000">
            <w:pPr>
              <w:pStyle w:val="Oznaenseznam"/>
              <w:spacing w:after="16"/>
            </w:pPr>
            <w:r>
              <w:rPr>
                <w:color w:val="000000"/>
                <w:sz w:val="16"/>
              </w:rPr>
              <w:t>ob konkretni, slikovni ali gibalni opori sešteva in odšteva brez prehoda čez desetico</w:t>
            </w:r>
          </w:p>
          <w:p w14:paraId="4661BC47" w14:textId="77777777" w:rsidR="005B3871" w:rsidRDefault="00000000">
            <w:pPr>
              <w:pStyle w:val="Oznaenseznam"/>
              <w:spacing w:after="16"/>
            </w:pPr>
            <w:r>
              <w:rPr>
                <w:color w:val="000000"/>
                <w:sz w:val="16"/>
              </w:rPr>
              <w:t>ob konkretni, slikovni ali gibalni opori uporabi konkreten model</w:t>
            </w:r>
          </w:p>
          <w:p w14:paraId="2E80C703" w14:textId="77777777" w:rsidR="005B3871" w:rsidRDefault="00000000">
            <w:pPr>
              <w:pStyle w:val="Oznaenseznam"/>
              <w:spacing w:after="16"/>
            </w:pPr>
            <w:r>
              <w:rPr>
                <w:color w:val="000000"/>
                <w:sz w:val="16"/>
              </w:rPr>
              <w:t>ob konkretni, slikovni ali gibalni opori preveri z obratno operacijo na intuitivni ravni</w:t>
            </w:r>
          </w:p>
        </w:tc>
        <w:tc>
          <w:tcPr>
            <w:tcW w:w="7087" w:type="dxa"/>
            <w:tcMar>
              <w:top w:w="70" w:type="dxa"/>
              <w:left w:w="90" w:type="dxa"/>
              <w:bottom w:w="70" w:type="dxa"/>
              <w:right w:w="90" w:type="dxa"/>
            </w:tcMar>
          </w:tcPr>
          <w:p w14:paraId="1D5F820D"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14EC4AB" w14:textId="77777777">
              <w:trPr>
                <w:jc w:val="center"/>
              </w:trPr>
              <w:tc>
                <w:tcPr>
                  <w:tcW w:w="7087" w:type="dxa"/>
                  <w:shd w:val="clear" w:color="auto" w:fill="C6E7F3"/>
                  <w:tcMar>
                    <w:top w:w="45" w:type="dxa"/>
                    <w:left w:w="70" w:type="dxa"/>
                    <w:bottom w:w="45" w:type="dxa"/>
                    <w:right w:w="70" w:type="dxa"/>
                  </w:tcMar>
                </w:tcPr>
                <w:p w14:paraId="740CFCE5" w14:textId="77777777" w:rsidR="005B3871" w:rsidRDefault="00000000">
                  <w:pPr>
                    <w:keepNext/>
                  </w:pPr>
                  <w:r>
                    <w:rPr>
                      <w:b/>
                      <w:color w:val="000000"/>
                    </w:rPr>
                    <w:t>UVODNI DEL – motivacija, aktivacija predznanja in namen učenja (15–20 min)</w:t>
                  </w:r>
                </w:p>
              </w:tc>
            </w:tr>
          </w:tbl>
          <w:p w14:paraId="35DBA81E" w14:textId="77777777" w:rsidR="005B3871" w:rsidRDefault="005B3871">
            <w:pPr>
              <w:spacing w:line="20" w:lineRule="exact"/>
            </w:pPr>
          </w:p>
          <w:p w14:paraId="46CD5220" w14:textId="77777777" w:rsidR="005B3871" w:rsidRDefault="00000000">
            <w:pPr>
              <w:spacing w:before="40" w:after="60" w:line="245" w:lineRule="auto"/>
            </w:pPr>
            <w:r>
              <w:rPr>
                <w:color w:val="000000"/>
                <w:sz w:val="16"/>
              </w:rPr>
              <w:t>Bobek in prijatelji vstopajo v barčico in izstopajo iz nje. Učenci računanje do 20 brez prehoda čez desetico povežejo z desetiškim modelom, gibanjem in simbolnim zapisom.</w:t>
            </w:r>
          </w:p>
          <w:tbl>
            <w:tblPr>
              <w:tblStyle w:val="Tabelamrea"/>
              <w:tblW w:w="0" w:type="auto"/>
              <w:jc w:val="center"/>
              <w:tblLayout w:type="fixed"/>
              <w:tblLook w:val="04A0" w:firstRow="1" w:lastRow="0" w:firstColumn="1" w:lastColumn="0" w:noHBand="0" w:noVBand="1"/>
            </w:tblPr>
            <w:tblGrid>
              <w:gridCol w:w="7087"/>
            </w:tblGrid>
            <w:tr w:rsidR="005B3871" w14:paraId="6BE16196" w14:textId="77777777">
              <w:trPr>
                <w:jc w:val="center"/>
              </w:trPr>
              <w:tc>
                <w:tcPr>
                  <w:tcW w:w="7087" w:type="dxa"/>
                  <w:shd w:val="clear" w:color="auto" w:fill="EDC9EA"/>
                  <w:tcMar>
                    <w:top w:w="45" w:type="dxa"/>
                    <w:left w:w="70" w:type="dxa"/>
                    <w:bottom w:w="45" w:type="dxa"/>
                    <w:right w:w="70" w:type="dxa"/>
                  </w:tcMar>
                </w:tcPr>
                <w:p w14:paraId="4DD47D8D" w14:textId="77777777" w:rsidR="005B3871" w:rsidRDefault="00000000">
                  <w:pPr>
                    <w:keepNext/>
                  </w:pPr>
                  <w:r>
                    <w:rPr>
                      <w:b/>
                      <w:color w:val="000000"/>
                    </w:rPr>
                    <w:t>NAMENI UČENJA</w:t>
                  </w:r>
                </w:p>
              </w:tc>
            </w:tr>
          </w:tbl>
          <w:p w14:paraId="4069AFC1" w14:textId="77777777" w:rsidR="005B3871" w:rsidRDefault="005B3871">
            <w:pPr>
              <w:spacing w:line="20" w:lineRule="exact"/>
            </w:pPr>
          </w:p>
          <w:p w14:paraId="3188471F"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541D3917" w14:textId="77777777" w:rsidR="005B3871" w:rsidRDefault="00000000">
            <w:pPr>
              <w:pStyle w:val="Oznaenseznam"/>
              <w:spacing w:after="16"/>
            </w:pPr>
            <w:r>
              <w:rPr>
                <w:color w:val="000000"/>
                <w:sz w:val="16"/>
              </w:rPr>
              <w:t>seštevam in odštevam brez prehoda čez desetico</w:t>
            </w:r>
          </w:p>
          <w:p w14:paraId="0024167A" w14:textId="77777777" w:rsidR="005B3871" w:rsidRDefault="00000000">
            <w:pPr>
              <w:pStyle w:val="Oznaenseznam"/>
              <w:spacing w:after="16"/>
            </w:pPr>
            <w:r>
              <w:rPr>
                <w:color w:val="000000"/>
                <w:sz w:val="16"/>
              </w:rPr>
              <w:t>uporabim konkreten model</w:t>
            </w:r>
          </w:p>
          <w:p w14:paraId="037F081D" w14:textId="77777777" w:rsidR="005B3871" w:rsidRDefault="00000000">
            <w:pPr>
              <w:pStyle w:val="Oznaenseznam"/>
              <w:spacing w:after="16"/>
            </w:pPr>
            <w:r>
              <w:rPr>
                <w:color w:val="000000"/>
                <w:sz w:val="16"/>
              </w:rPr>
              <w:t>preverim z obratno operacijo na intuitivni ravni</w:t>
            </w:r>
          </w:p>
          <w:tbl>
            <w:tblPr>
              <w:tblStyle w:val="Tabelamrea"/>
              <w:tblW w:w="0" w:type="auto"/>
              <w:jc w:val="center"/>
              <w:tblLayout w:type="fixed"/>
              <w:tblLook w:val="04A0" w:firstRow="1" w:lastRow="0" w:firstColumn="1" w:lastColumn="0" w:noHBand="0" w:noVBand="1"/>
            </w:tblPr>
            <w:tblGrid>
              <w:gridCol w:w="7087"/>
            </w:tblGrid>
            <w:tr w:rsidR="005B3871" w14:paraId="74AF5988" w14:textId="77777777">
              <w:trPr>
                <w:jc w:val="center"/>
              </w:trPr>
              <w:tc>
                <w:tcPr>
                  <w:tcW w:w="7087" w:type="dxa"/>
                  <w:shd w:val="clear" w:color="auto" w:fill="EDC9EA"/>
                  <w:tcMar>
                    <w:top w:w="45" w:type="dxa"/>
                    <w:left w:w="70" w:type="dxa"/>
                    <w:bottom w:w="45" w:type="dxa"/>
                    <w:right w:w="70" w:type="dxa"/>
                  </w:tcMar>
                </w:tcPr>
                <w:p w14:paraId="3B66E015" w14:textId="77777777" w:rsidR="005B3871" w:rsidRDefault="00000000">
                  <w:pPr>
                    <w:keepNext/>
                  </w:pPr>
                  <w:r>
                    <w:rPr>
                      <w:b/>
                      <w:color w:val="000000"/>
                    </w:rPr>
                    <w:t>PREVERJANJE PREDZNANJA</w:t>
                  </w:r>
                </w:p>
              </w:tc>
            </w:tr>
          </w:tbl>
          <w:p w14:paraId="060AB08B" w14:textId="77777777" w:rsidR="005B3871" w:rsidRDefault="005B3871">
            <w:pPr>
              <w:spacing w:line="20" w:lineRule="exact"/>
            </w:pPr>
          </w:p>
          <w:p w14:paraId="63237AF8" w14:textId="77777777" w:rsidR="005B3871" w:rsidRDefault="00000000">
            <w:pPr>
              <w:pStyle w:val="Oznaenseznam"/>
              <w:spacing w:after="16"/>
            </w:pPr>
            <w:r>
              <w:rPr>
                <w:color w:val="000000"/>
                <w:sz w:val="16"/>
              </w:rPr>
              <w:t>Kako pri računanju do 20 uporabim skupino deset in enice?</w:t>
            </w:r>
          </w:p>
          <w:p w14:paraId="633157F4" w14:textId="77777777" w:rsidR="005B3871" w:rsidRDefault="00000000">
            <w:pPr>
              <w:pStyle w:val="Oznaenseznam"/>
              <w:spacing w:after="16"/>
            </w:pPr>
            <w:r>
              <w:rPr>
                <w:color w:val="000000"/>
                <w:sz w:val="16"/>
              </w:rPr>
              <w:t>Kako lahko rezultat preverim z nasprotno operacijo ali modelom?</w:t>
            </w:r>
          </w:p>
          <w:p w14:paraId="77082000"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325016BE" w14:textId="77777777">
              <w:trPr>
                <w:jc w:val="center"/>
              </w:trPr>
              <w:tc>
                <w:tcPr>
                  <w:tcW w:w="7087" w:type="dxa"/>
                  <w:shd w:val="clear" w:color="auto" w:fill="EDC9EA"/>
                  <w:tcMar>
                    <w:top w:w="45" w:type="dxa"/>
                    <w:left w:w="70" w:type="dxa"/>
                    <w:bottom w:w="45" w:type="dxa"/>
                    <w:right w:w="70" w:type="dxa"/>
                  </w:tcMar>
                </w:tcPr>
                <w:p w14:paraId="0DC0A394" w14:textId="77777777" w:rsidR="005B3871" w:rsidRDefault="00000000">
                  <w:pPr>
                    <w:keepNext/>
                  </w:pPr>
                  <w:r>
                    <w:rPr>
                      <w:b/>
                      <w:color w:val="000000"/>
                    </w:rPr>
                    <w:t>KRITERIJI USPEŠNOSTI</w:t>
                  </w:r>
                </w:p>
              </w:tc>
            </w:tr>
          </w:tbl>
          <w:p w14:paraId="458556C8" w14:textId="77777777" w:rsidR="005B3871" w:rsidRDefault="005B3871"/>
          <w:p w14:paraId="275F15BE" w14:textId="77777777" w:rsidR="005B3871" w:rsidRDefault="00000000">
            <w:pPr>
              <w:spacing w:before="20" w:after="20" w:line="245" w:lineRule="auto"/>
            </w:pPr>
            <w:r>
              <w:rPr>
                <w:b/>
                <w:color w:val="000000"/>
                <w:sz w:val="16"/>
              </w:rPr>
              <w:t>Uspešen/-na bom, ko:</w:t>
            </w:r>
          </w:p>
          <w:p w14:paraId="05D1E0C2" w14:textId="77777777" w:rsidR="005B3871" w:rsidRDefault="00000000">
            <w:pPr>
              <w:pStyle w:val="Oznaenseznam"/>
              <w:spacing w:after="16"/>
            </w:pPr>
            <w:r>
              <w:rPr>
                <w:color w:val="000000"/>
                <w:sz w:val="16"/>
              </w:rPr>
              <w:t>seštevam in odštevam brez prehoda čez desetico</w:t>
            </w:r>
          </w:p>
          <w:p w14:paraId="5FA837EF" w14:textId="77777777" w:rsidR="005B3871" w:rsidRDefault="00000000">
            <w:pPr>
              <w:pStyle w:val="Oznaenseznam"/>
              <w:spacing w:after="16"/>
            </w:pPr>
            <w:r>
              <w:rPr>
                <w:color w:val="000000"/>
                <w:sz w:val="16"/>
              </w:rPr>
              <w:t>uporabim konkreten model</w:t>
            </w:r>
          </w:p>
          <w:p w14:paraId="5376B446" w14:textId="77777777" w:rsidR="005B3871" w:rsidRDefault="00000000">
            <w:pPr>
              <w:pStyle w:val="Oznaenseznam"/>
              <w:spacing w:after="16"/>
            </w:pPr>
            <w:r>
              <w:rPr>
                <w:color w:val="000000"/>
                <w:sz w:val="16"/>
              </w:rPr>
              <w:t>preverim z obratno operacijo na intuitivni ravni</w:t>
            </w:r>
          </w:p>
          <w:p w14:paraId="0BEEC337"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61C3CA07" w14:textId="77777777" w:rsidR="005B3871" w:rsidRDefault="005B3871"/>
          <w:p w14:paraId="2F2A5F76"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079D0172" w14:textId="77777777" w:rsidR="005B3871" w:rsidRDefault="00000000">
            <w:pPr>
              <w:spacing w:after="80" w:line="245" w:lineRule="auto"/>
            </w:pPr>
            <w:r>
              <w:rPr>
                <w:color w:val="000000"/>
                <w:sz w:val="16"/>
              </w:rPr>
              <w:t>Pove, pokaže ali nariše, kako bi nalogo začel. Posluša tudi drugačne strategije.</w:t>
            </w:r>
          </w:p>
          <w:p w14:paraId="2D4D2225" w14:textId="77777777" w:rsidR="005B3871" w:rsidRDefault="00000000">
            <w:pPr>
              <w:spacing w:after="100" w:line="245" w:lineRule="auto"/>
            </w:pPr>
            <w:r>
              <w:rPr>
                <w:color w:val="000000"/>
                <w:sz w:val="16"/>
              </w:rPr>
              <w:t>Sodeluje pri razumevanju namenov in kriterijev uspešnosti.</w:t>
            </w:r>
          </w:p>
          <w:p w14:paraId="0323B3F8" w14:textId="77777777" w:rsidR="005B3871" w:rsidRDefault="00000000">
            <w:pPr>
              <w:spacing w:after="20" w:line="245" w:lineRule="auto"/>
            </w:pPr>
            <w:r>
              <w:rPr>
                <w:b/>
                <w:color w:val="D95BC6"/>
                <w:sz w:val="17"/>
              </w:rPr>
              <w:t>DOKAZ O UČENJU</w:t>
            </w:r>
          </w:p>
          <w:p w14:paraId="0BBBF25C" w14:textId="77777777" w:rsidR="005B3871" w:rsidRDefault="00000000">
            <w:pPr>
              <w:spacing w:after="30" w:line="245" w:lineRule="auto"/>
            </w:pPr>
            <w:r>
              <w:rPr>
                <w:color w:val="D95BC6"/>
                <w:sz w:val="16"/>
              </w:rPr>
              <w:t>začetna strategija, razvrstitev, model, risba, gib ali ustni odgovor</w:t>
            </w:r>
          </w:p>
        </w:tc>
      </w:tr>
    </w:tbl>
    <w:p w14:paraId="69A5006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7A61B9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A0C840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D328F09" w14:textId="77777777" w:rsidR="005B3871" w:rsidRDefault="00000000">
            <w:pPr>
              <w:jc w:val="center"/>
            </w:pPr>
            <w:r>
              <w:rPr>
                <w:b/>
                <w:color w:val="000000"/>
                <w:sz w:val="20"/>
              </w:rPr>
              <w:t>UČNE DEJAVNOSTI, METODE IN FORMATIVNO SPREMLJANJE</w:t>
            </w:r>
          </w:p>
        </w:tc>
      </w:tr>
      <w:tr w:rsidR="005B3871" w14:paraId="29D8E7E6" w14:textId="77777777">
        <w:trPr>
          <w:tblHeader/>
          <w:jc w:val="center"/>
        </w:trPr>
        <w:tc>
          <w:tcPr>
            <w:tcW w:w="4422" w:type="dxa"/>
            <w:vMerge/>
            <w:tcMar>
              <w:top w:w="70" w:type="dxa"/>
              <w:left w:w="90" w:type="dxa"/>
              <w:bottom w:w="70" w:type="dxa"/>
              <w:right w:w="90" w:type="dxa"/>
            </w:tcMar>
            <w:vAlign w:val="center"/>
          </w:tcPr>
          <w:p w14:paraId="2A7E63F3" w14:textId="77777777" w:rsidR="005B3871" w:rsidRDefault="005B3871"/>
        </w:tc>
        <w:tc>
          <w:tcPr>
            <w:tcW w:w="7087" w:type="dxa"/>
            <w:shd w:val="clear" w:color="auto" w:fill="FFFFFF"/>
            <w:tcMar>
              <w:top w:w="70" w:type="dxa"/>
              <w:left w:w="90" w:type="dxa"/>
              <w:bottom w:w="70" w:type="dxa"/>
              <w:right w:w="90" w:type="dxa"/>
            </w:tcMar>
            <w:vAlign w:val="center"/>
          </w:tcPr>
          <w:p w14:paraId="4DCD3C2A"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589FDC2" w14:textId="77777777" w:rsidR="005B3871" w:rsidRDefault="00000000">
            <w:pPr>
              <w:jc w:val="center"/>
            </w:pPr>
            <w:r>
              <w:rPr>
                <w:b/>
                <w:color w:val="000000"/>
              </w:rPr>
              <w:t>UČENEC</w:t>
            </w:r>
          </w:p>
        </w:tc>
      </w:tr>
      <w:tr w:rsidR="005B3871" w14:paraId="38BB50B1" w14:textId="77777777">
        <w:trPr>
          <w:jc w:val="center"/>
        </w:trPr>
        <w:tc>
          <w:tcPr>
            <w:tcW w:w="4422" w:type="dxa"/>
            <w:tcMar>
              <w:top w:w="70" w:type="dxa"/>
              <w:left w:w="90" w:type="dxa"/>
              <w:bottom w:w="70" w:type="dxa"/>
              <w:right w:w="90" w:type="dxa"/>
            </w:tcMar>
          </w:tcPr>
          <w:p w14:paraId="01453607" w14:textId="77777777" w:rsidR="005B3871" w:rsidRDefault="005B3871"/>
          <w:p w14:paraId="57366B5B" w14:textId="77777777" w:rsidR="005B3871" w:rsidRDefault="00000000">
            <w:pPr>
              <w:spacing w:after="40" w:line="245" w:lineRule="auto"/>
            </w:pPr>
            <w:r>
              <w:rPr>
                <w:b/>
                <w:color w:val="000000"/>
              </w:rPr>
              <w:t>KLJUČNI POJMI</w:t>
            </w:r>
          </w:p>
          <w:p w14:paraId="5DC16078" w14:textId="77777777" w:rsidR="005B3871" w:rsidRDefault="00000000">
            <w:pPr>
              <w:spacing w:after="60" w:line="245" w:lineRule="auto"/>
            </w:pPr>
            <w:r>
              <w:rPr>
                <w:color w:val="000000"/>
                <w:sz w:val="16"/>
              </w:rPr>
              <w:t>seštevanje, odštevanje, desetica, enica, brez prehoda, številska os, nasprotna operacija, preverjanje</w:t>
            </w:r>
          </w:p>
          <w:p w14:paraId="5E9EBBCD" w14:textId="77777777" w:rsidR="005B3871" w:rsidRDefault="00000000">
            <w:pPr>
              <w:spacing w:after="20" w:line="245" w:lineRule="auto"/>
            </w:pPr>
            <w:r>
              <w:rPr>
                <w:b/>
                <w:color w:val="000000"/>
                <w:sz w:val="17"/>
              </w:rPr>
              <w:t>DOKAZI O UČENJU</w:t>
            </w:r>
          </w:p>
          <w:p w14:paraId="0A978A02" w14:textId="77777777" w:rsidR="005B3871" w:rsidRDefault="00000000">
            <w:pPr>
              <w:pStyle w:val="Oznaenseznam"/>
              <w:spacing w:after="16"/>
            </w:pPr>
            <w:r>
              <w:rPr>
                <w:color w:val="000000"/>
                <w:sz w:val="16"/>
              </w:rPr>
              <w:t>konkretni desetiški model in račun</w:t>
            </w:r>
          </w:p>
          <w:p w14:paraId="72961CBB" w14:textId="77777777" w:rsidR="005B3871" w:rsidRDefault="00000000">
            <w:pPr>
              <w:pStyle w:val="Oznaenseznam"/>
              <w:spacing w:after="16"/>
            </w:pPr>
            <w:r>
              <w:rPr>
                <w:color w:val="000000"/>
                <w:sz w:val="16"/>
              </w:rPr>
              <w:t>gibalni prikaz računanja do 20</w:t>
            </w:r>
          </w:p>
          <w:p w14:paraId="03D92002" w14:textId="77777777" w:rsidR="005B3871" w:rsidRDefault="00000000">
            <w:pPr>
              <w:pStyle w:val="Oznaenseznam"/>
              <w:spacing w:after="16"/>
            </w:pPr>
            <w:r>
              <w:rPr>
                <w:color w:val="000000"/>
                <w:sz w:val="16"/>
              </w:rPr>
              <w:t>tri povezane predstavitve računa</w:t>
            </w:r>
          </w:p>
          <w:p w14:paraId="3BAD99C2" w14:textId="77777777" w:rsidR="005B3871" w:rsidRDefault="00000000">
            <w:pPr>
              <w:pStyle w:val="Oznaenseznam"/>
              <w:spacing w:after="16"/>
            </w:pPr>
            <w:r>
              <w:rPr>
                <w:color w:val="000000"/>
                <w:sz w:val="16"/>
              </w:rPr>
              <w:t>preverjen rezultat z razlago</w:t>
            </w:r>
          </w:p>
          <w:p w14:paraId="0DF087B0" w14:textId="77777777" w:rsidR="005B3871" w:rsidRDefault="00000000">
            <w:pPr>
              <w:spacing w:before="40" w:after="20" w:line="245" w:lineRule="auto"/>
            </w:pPr>
            <w:r>
              <w:rPr>
                <w:b/>
                <w:color w:val="000000"/>
                <w:sz w:val="17"/>
              </w:rPr>
              <w:t>MEDPREDMETNA POVEZAVA</w:t>
            </w:r>
          </w:p>
          <w:p w14:paraId="5F92271A" w14:textId="77777777" w:rsidR="005B3871" w:rsidRDefault="00000000">
            <w:pPr>
              <w:spacing w:after="60" w:line="245" w:lineRule="auto"/>
            </w:pPr>
            <w:r>
              <w:rPr>
                <w:color w:val="000000"/>
                <w:sz w:val="16"/>
              </w:rPr>
              <w:t>SLJ – razlaga strategije; SPO – gibanje barčice; ŠPO – talna os; LUM – slikovni model</w:t>
            </w:r>
          </w:p>
          <w:p w14:paraId="04F30B2F" w14:textId="77777777" w:rsidR="005B3871" w:rsidRDefault="00000000">
            <w:pPr>
              <w:spacing w:after="20" w:line="245" w:lineRule="auto"/>
            </w:pPr>
            <w:r>
              <w:rPr>
                <w:b/>
                <w:color w:val="000000"/>
                <w:sz w:val="17"/>
              </w:rPr>
              <w:t>POUČEVANJE V GIBANJU</w:t>
            </w:r>
          </w:p>
          <w:p w14:paraId="7B00AB6A"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63BCFB31" w14:textId="77777777" w:rsidR="005B3871" w:rsidRDefault="00000000">
            <w:pPr>
              <w:spacing w:after="20" w:line="245" w:lineRule="auto"/>
            </w:pPr>
            <w:r>
              <w:rPr>
                <w:b/>
                <w:color w:val="000000"/>
                <w:sz w:val="17"/>
              </w:rPr>
              <w:t>DELO PO POSTAJAH</w:t>
            </w:r>
          </w:p>
          <w:p w14:paraId="63FD600A" w14:textId="77777777" w:rsidR="005B3871" w:rsidRDefault="00000000">
            <w:pPr>
              <w:spacing w:after="60" w:line="245" w:lineRule="auto"/>
            </w:pPr>
            <w:r>
              <w:rPr>
                <w:color w:val="000000"/>
                <w:sz w:val="15"/>
              </w:rPr>
              <w:t>Načrtovana rotacija: konkretno-izkušenjska – Desetica ostane, enice se spremenijo; gibalna/sodelovalna – Barčica na talni osi; slikovno-simbolna – Konkretno–slikovno–simbolno; izziv, dokaz in povratna informacija – Preverim obratno. Pri pisnem ocenjevanju se postaje izvedejo v pripravi, analizi in ponovnem učenju.</w:t>
            </w:r>
          </w:p>
          <w:p w14:paraId="0A5A464A" w14:textId="77777777" w:rsidR="005B3871" w:rsidRDefault="00000000">
            <w:pPr>
              <w:spacing w:after="20" w:line="245" w:lineRule="auto"/>
            </w:pPr>
            <w:r>
              <w:rPr>
                <w:b/>
                <w:color w:val="000000"/>
                <w:sz w:val="17"/>
              </w:rPr>
              <w:t>DIFERENCIACIJA IN VKLJUČEVANJE</w:t>
            </w:r>
          </w:p>
          <w:p w14:paraId="44473284"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7A69BD2E" w14:textId="77777777" w:rsidR="005B3871" w:rsidRDefault="00000000">
            <w:pPr>
              <w:spacing w:after="20" w:line="245" w:lineRule="auto"/>
            </w:pPr>
            <w:r>
              <w:rPr>
                <w:b/>
                <w:color w:val="000000"/>
                <w:sz w:val="17"/>
              </w:rPr>
              <w:t>SPREMLJANJE</w:t>
            </w:r>
          </w:p>
          <w:p w14:paraId="458B75A3"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122CC5A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A54B95D" w14:textId="77777777">
              <w:trPr>
                <w:jc w:val="center"/>
              </w:trPr>
              <w:tc>
                <w:tcPr>
                  <w:tcW w:w="7087" w:type="dxa"/>
                  <w:shd w:val="clear" w:color="auto" w:fill="C6E7F3"/>
                  <w:tcMar>
                    <w:top w:w="45" w:type="dxa"/>
                    <w:left w:w="70" w:type="dxa"/>
                    <w:bottom w:w="45" w:type="dxa"/>
                    <w:right w:w="70" w:type="dxa"/>
                  </w:tcMar>
                </w:tcPr>
                <w:p w14:paraId="5AA796E5" w14:textId="77777777" w:rsidR="005B3871" w:rsidRDefault="00000000">
                  <w:pPr>
                    <w:keepNext/>
                  </w:pPr>
                  <w:r>
                    <w:rPr>
                      <w:b/>
                      <w:color w:val="000000"/>
                    </w:rPr>
                    <w:t>GLAVNI DEL – IZKUŠENJSKO IN PROBLEMSKO UČENJE (4 šolske ure)</w:t>
                  </w:r>
                </w:p>
              </w:tc>
            </w:tr>
          </w:tbl>
          <w:p w14:paraId="4F580D62" w14:textId="77777777" w:rsidR="005B3871" w:rsidRDefault="005B3871">
            <w:pPr>
              <w:spacing w:line="20" w:lineRule="exact"/>
            </w:pPr>
          </w:p>
          <w:p w14:paraId="00065853" w14:textId="77777777" w:rsidR="005B3871" w:rsidRDefault="00000000">
            <w:pPr>
              <w:keepNext/>
              <w:spacing w:before="40" w:after="10" w:line="245" w:lineRule="auto"/>
            </w:pPr>
            <w:r>
              <w:rPr>
                <w:b/>
                <w:color w:val="000000"/>
                <w:sz w:val="17"/>
              </w:rPr>
              <w:t>1. URA – Desetica ostane, enice se spremenijo</w:t>
            </w:r>
          </w:p>
          <w:p w14:paraId="0E7714F6" w14:textId="77777777" w:rsidR="005B3871" w:rsidRDefault="00000000">
            <w:pPr>
              <w:spacing w:after="14" w:line="245" w:lineRule="auto"/>
            </w:pPr>
            <w:r>
              <w:rPr>
                <w:b/>
                <w:color w:val="000000"/>
                <w:sz w:val="16"/>
              </w:rPr>
              <w:t xml:space="preserve">Dejavnost učiteljice: </w:t>
            </w:r>
            <w:r>
              <w:rPr>
                <w:color w:val="000000"/>
                <w:sz w:val="16"/>
              </w:rPr>
              <w:t>Na desetiškem okviru modelira račune brez prehoda in loči desetico od enic.</w:t>
            </w:r>
          </w:p>
          <w:p w14:paraId="096BECAD" w14:textId="77777777" w:rsidR="005B3871" w:rsidRDefault="00000000">
            <w:pPr>
              <w:spacing w:after="14" w:line="245" w:lineRule="auto"/>
            </w:pPr>
            <w:r>
              <w:rPr>
                <w:b/>
                <w:color w:val="000000"/>
                <w:sz w:val="16"/>
              </w:rPr>
              <w:t xml:space="preserve">Dejavnost učencev: </w:t>
            </w:r>
            <w:r>
              <w:rPr>
                <w:color w:val="000000"/>
                <w:sz w:val="16"/>
              </w:rPr>
              <w:t>Sestavijo začetno število, dodajo ali odvzamejo enice ter zapišejo račun.</w:t>
            </w:r>
          </w:p>
          <w:p w14:paraId="0C6358AD" w14:textId="77777777" w:rsidR="005B3871" w:rsidRDefault="00000000">
            <w:pPr>
              <w:spacing w:after="24" w:line="245" w:lineRule="auto"/>
            </w:pPr>
            <w:r>
              <w:rPr>
                <w:i/>
                <w:color w:val="D95BC6"/>
                <w:sz w:val="16"/>
              </w:rPr>
              <w:t>Predvideni dokaz: konkretni desetiški model in račun.</w:t>
            </w:r>
          </w:p>
          <w:p w14:paraId="5A4D8C21" w14:textId="77777777" w:rsidR="005B3871" w:rsidRDefault="00000000">
            <w:pPr>
              <w:keepNext/>
              <w:spacing w:before="40" w:after="10" w:line="245" w:lineRule="auto"/>
            </w:pPr>
            <w:r>
              <w:rPr>
                <w:b/>
                <w:color w:val="000000"/>
                <w:sz w:val="17"/>
              </w:rPr>
              <w:t>2. URA – Barčica na talni osi</w:t>
            </w:r>
          </w:p>
          <w:p w14:paraId="6C05A6DF" w14:textId="77777777" w:rsidR="005B3871" w:rsidRDefault="00000000">
            <w:pPr>
              <w:spacing w:after="14" w:line="245" w:lineRule="auto"/>
            </w:pPr>
            <w:r>
              <w:rPr>
                <w:b/>
                <w:color w:val="000000"/>
                <w:sz w:val="16"/>
              </w:rPr>
              <w:t xml:space="preserve">Dejavnost učiteljice: </w:t>
            </w:r>
            <w:r>
              <w:rPr>
                <w:color w:val="000000"/>
                <w:sz w:val="16"/>
              </w:rPr>
              <w:t>Na osi 0–20 modelira premik naprej pri seštevanju in nazaj pri odštevanju.</w:t>
            </w:r>
          </w:p>
          <w:p w14:paraId="2FDF9B52" w14:textId="77777777" w:rsidR="005B3871" w:rsidRDefault="00000000">
            <w:pPr>
              <w:spacing w:after="14" w:line="245" w:lineRule="auto"/>
            </w:pPr>
            <w:r>
              <w:rPr>
                <w:b/>
                <w:color w:val="000000"/>
                <w:sz w:val="16"/>
              </w:rPr>
              <w:t xml:space="preserve">Dejavnost učencev: </w:t>
            </w:r>
            <w:r>
              <w:rPr>
                <w:color w:val="000000"/>
                <w:sz w:val="16"/>
              </w:rPr>
              <w:t>Izvedejo premik, glasno štejejo korake in rezultat povežejo z računom.</w:t>
            </w:r>
          </w:p>
          <w:p w14:paraId="30565841" w14:textId="77777777" w:rsidR="005B3871" w:rsidRDefault="00000000">
            <w:pPr>
              <w:spacing w:after="24" w:line="245" w:lineRule="auto"/>
            </w:pPr>
            <w:r>
              <w:rPr>
                <w:i/>
                <w:color w:val="D95BC6"/>
                <w:sz w:val="16"/>
              </w:rPr>
              <w:t>Predvideni dokaz: gibalni prikaz računanja do 20.</w:t>
            </w:r>
          </w:p>
          <w:p w14:paraId="7B8489AE" w14:textId="77777777" w:rsidR="005B3871" w:rsidRDefault="00000000">
            <w:pPr>
              <w:keepNext/>
              <w:spacing w:before="40" w:after="10" w:line="245" w:lineRule="auto"/>
            </w:pPr>
            <w:r>
              <w:rPr>
                <w:b/>
                <w:color w:val="000000"/>
                <w:sz w:val="17"/>
              </w:rPr>
              <w:t>3. URA – Konkretno–slikovno–simbolno</w:t>
            </w:r>
          </w:p>
          <w:p w14:paraId="26A2D0C6" w14:textId="77777777" w:rsidR="005B3871" w:rsidRDefault="00000000">
            <w:pPr>
              <w:spacing w:after="14" w:line="245" w:lineRule="auto"/>
            </w:pPr>
            <w:r>
              <w:rPr>
                <w:b/>
                <w:color w:val="000000"/>
                <w:sz w:val="16"/>
              </w:rPr>
              <w:t xml:space="preserve">Dejavnost učiteljice: </w:t>
            </w:r>
            <w:r>
              <w:rPr>
                <w:color w:val="000000"/>
                <w:sz w:val="16"/>
              </w:rPr>
              <w:t>Pripravi postaje z istimi računi v treh predstavitvah.</w:t>
            </w:r>
          </w:p>
          <w:p w14:paraId="4F2FF972" w14:textId="77777777" w:rsidR="005B3871" w:rsidRDefault="00000000">
            <w:pPr>
              <w:spacing w:after="14" w:line="245" w:lineRule="auto"/>
            </w:pPr>
            <w:r>
              <w:rPr>
                <w:b/>
                <w:color w:val="000000"/>
                <w:sz w:val="16"/>
              </w:rPr>
              <w:t xml:space="preserve">Dejavnost učencev: </w:t>
            </w:r>
            <w:r>
              <w:rPr>
                <w:color w:val="000000"/>
                <w:sz w:val="16"/>
              </w:rPr>
              <w:t>Račun rešijo s predmetom, risbo in zapisom ter označijo, katera opora jim je pomagala.</w:t>
            </w:r>
          </w:p>
          <w:p w14:paraId="7E81691F" w14:textId="77777777" w:rsidR="005B3871" w:rsidRDefault="00000000">
            <w:pPr>
              <w:spacing w:after="24" w:line="245" w:lineRule="auto"/>
            </w:pPr>
            <w:r>
              <w:rPr>
                <w:i/>
                <w:color w:val="D95BC6"/>
                <w:sz w:val="16"/>
              </w:rPr>
              <w:t>Predvideni dokaz: tri povezane predstavitve računa.</w:t>
            </w:r>
          </w:p>
          <w:p w14:paraId="45AABAE1" w14:textId="77777777" w:rsidR="005B3871" w:rsidRDefault="00000000">
            <w:pPr>
              <w:keepNext/>
              <w:spacing w:before="40" w:after="10" w:line="245" w:lineRule="auto"/>
            </w:pPr>
            <w:r>
              <w:rPr>
                <w:b/>
                <w:color w:val="000000"/>
                <w:sz w:val="17"/>
              </w:rPr>
              <w:t>4. URA – Preverim obratno</w:t>
            </w:r>
          </w:p>
          <w:p w14:paraId="41D023E1" w14:textId="77777777" w:rsidR="005B3871" w:rsidRDefault="00000000">
            <w:pPr>
              <w:spacing w:after="14" w:line="245" w:lineRule="auto"/>
            </w:pPr>
            <w:r>
              <w:rPr>
                <w:b/>
                <w:color w:val="000000"/>
                <w:sz w:val="16"/>
              </w:rPr>
              <w:t xml:space="preserve">Dejavnost učiteljice: </w:t>
            </w:r>
            <w:r>
              <w:rPr>
                <w:color w:val="000000"/>
                <w:sz w:val="16"/>
              </w:rPr>
              <w:t>Na konkretnem zgledu intuitivno pokaže vračanje z nasprotno operacijo.</w:t>
            </w:r>
          </w:p>
          <w:p w14:paraId="68FD35EB" w14:textId="77777777" w:rsidR="005B3871" w:rsidRDefault="00000000">
            <w:pPr>
              <w:spacing w:after="14" w:line="245" w:lineRule="auto"/>
            </w:pPr>
            <w:r>
              <w:rPr>
                <w:b/>
                <w:color w:val="000000"/>
                <w:sz w:val="16"/>
              </w:rPr>
              <w:t xml:space="preserve">Dejavnost učencev: </w:t>
            </w:r>
            <w:r>
              <w:rPr>
                <w:color w:val="000000"/>
                <w:sz w:val="16"/>
              </w:rPr>
              <w:t>Izbrani račun preverijo z modelom ali obratnim računom in pojasnijo skladnost.</w:t>
            </w:r>
          </w:p>
          <w:p w14:paraId="550A67A3" w14:textId="77777777" w:rsidR="005B3871" w:rsidRDefault="00000000">
            <w:pPr>
              <w:spacing w:after="24" w:line="245" w:lineRule="auto"/>
            </w:pPr>
            <w:r>
              <w:rPr>
                <w:i/>
                <w:color w:val="D95BC6"/>
                <w:sz w:val="16"/>
              </w:rPr>
              <w:t>Predvideni dokaz: preverjen rezultat z razlago.</w:t>
            </w:r>
          </w:p>
          <w:tbl>
            <w:tblPr>
              <w:tblStyle w:val="Tabelamrea"/>
              <w:tblW w:w="0" w:type="auto"/>
              <w:jc w:val="center"/>
              <w:tblLayout w:type="fixed"/>
              <w:tblLook w:val="04A0" w:firstRow="1" w:lastRow="0" w:firstColumn="1" w:lastColumn="0" w:noHBand="0" w:noVBand="1"/>
            </w:tblPr>
            <w:tblGrid>
              <w:gridCol w:w="7087"/>
            </w:tblGrid>
            <w:tr w:rsidR="005B3871" w14:paraId="50954400" w14:textId="77777777">
              <w:trPr>
                <w:jc w:val="center"/>
              </w:trPr>
              <w:tc>
                <w:tcPr>
                  <w:tcW w:w="7087" w:type="dxa"/>
                  <w:shd w:val="clear" w:color="auto" w:fill="EDC9EA"/>
                  <w:tcMar>
                    <w:top w:w="45" w:type="dxa"/>
                    <w:left w:w="70" w:type="dxa"/>
                    <w:bottom w:w="45" w:type="dxa"/>
                    <w:right w:w="70" w:type="dxa"/>
                  </w:tcMar>
                </w:tcPr>
                <w:p w14:paraId="0B36CE4E" w14:textId="77777777" w:rsidR="005B3871" w:rsidRDefault="00000000">
                  <w:pPr>
                    <w:keepNext/>
                  </w:pPr>
                  <w:r>
                    <w:rPr>
                      <w:b/>
                      <w:color w:val="000000"/>
                    </w:rPr>
                    <w:t>POVRATNA INFORMACIJA UČITELJICE MED DELOM</w:t>
                  </w:r>
                </w:p>
              </w:tc>
            </w:tr>
          </w:tbl>
          <w:p w14:paraId="095EA0A6" w14:textId="77777777" w:rsidR="005B3871" w:rsidRDefault="005B3871"/>
          <w:p w14:paraId="0E45C252"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253C783E" w14:textId="77777777" w:rsidR="005B3871" w:rsidRDefault="005B3871"/>
          <w:p w14:paraId="1BDD9BB2" w14:textId="77777777" w:rsidR="005B3871" w:rsidRDefault="00000000">
            <w:pPr>
              <w:spacing w:after="10" w:line="245" w:lineRule="auto"/>
            </w:pPr>
            <w:r>
              <w:rPr>
                <w:b/>
                <w:color w:val="000000"/>
                <w:sz w:val="16"/>
              </w:rPr>
              <w:t>1. URA</w:t>
            </w:r>
          </w:p>
          <w:p w14:paraId="1FAAC5D8" w14:textId="77777777" w:rsidR="005B3871" w:rsidRDefault="00000000">
            <w:pPr>
              <w:spacing w:after="30" w:line="245" w:lineRule="auto"/>
            </w:pPr>
            <w:r>
              <w:rPr>
                <w:color w:val="000000"/>
                <w:sz w:val="16"/>
              </w:rPr>
              <w:t>Sestavijo začetno število, dodajo ali odvzamejo enice ter zapišejo račun.</w:t>
            </w:r>
          </w:p>
          <w:p w14:paraId="7574C290" w14:textId="77777777" w:rsidR="005B3871" w:rsidRDefault="00000000">
            <w:pPr>
              <w:spacing w:line="245" w:lineRule="auto"/>
            </w:pPr>
            <w:r>
              <w:rPr>
                <w:b/>
                <w:color w:val="D95BC6"/>
                <w:sz w:val="16"/>
              </w:rPr>
              <w:t>DOKAZ</w:t>
            </w:r>
          </w:p>
          <w:p w14:paraId="1B58F903" w14:textId="77777777" w:rsidR="005B3871" w:rsidRDefault="00000000">
            <w:pPr>
              <w:spacing w:after="40" w:line="245" w:lineRule="auto"/>
            </w:pPr>
            <w:r>
              <w:rPr>
                <w:color w:val="D95BC6"/>
                <w:sz w:val="15"/>
              </w:rPr>
              <w:t>konkretni desetiški model in račun</w:t>
            </w:r>
          </w:p>
          <w:p w14:paraId="3F55B4BE" w14:textId="77777777" w:rsidR="005B3871" w:rsidRDefault="00000000">
            <w:pPr>
              <w:spacing w:after="10" w:line="245" w:lineRule="auto"/>
            </w:pPr>
            <w:r>
              <w:rPr>
                <w:b/>
                <w:color w:val="000000"/>
                <w:sz w:val="16"/>
              </w:rPr>
              <w:t>2. URA</w:t>
            </w:r>
          </w:p>
          <w:p w14:paraId="5603AFE5" w14:textId="77777777" w:rsidR="005B3871" w:rsidRDefault="00000000">
            <w:pPr>
              <w:spacing w:after="30" w:line="245" w:lineRule="auto"/>
            </w:pPr>
            <w:r>
              <w:rPr>
                <w:color w:val="000000"/>
                <w:sz w:val="16"/>
              </w:rPr>
              <w:t>Izvedejo premik, glasno štejejo korake in rezultat povežejo z računom.</w:t>
            </w:r>
          </w:p>
          <w:p w14:paraId="667FB9FB" w14:textId="77777777" w:rsidR="005B3871" w:rsidRDefault="00000000">
            <w:pPr>
              <w:spacing w:line="245" w:lineRule="auto"/>
            </w:pPr>
            <w:r>
              <w:rPr>
                <w:b/>
                <w:color w:val="D95BC6"/>
                <w:sz w:val="16"/>
              </w:rPr>
              <w:t>DOKAZ</w:t>
            </w:r>
          </w:p>
          <w:p w14:paraId="4D0ED190" w14:textId="77777777" w:rsidR="005B3871" w:rsidRDefault="00000000">
            <w:pPr>
              <w:spacing w:after="40" w:line="245" w:lineRule="auto"/>
            </w:pPr>
            <w:r>
              <w:rPr>
                <w:color w:val="D95BC6"/>
                <w:sz w:val="15"/>
              </w:rPr>
              <w:t>gibalni prikaz računanja do 20</w:t>
            </w:r>
          </w:p>
          <w:p w14:paraId="4C8A530F" w14:textId="77777777" w:rsidR="005B3871" w:rsidRDefault="00000000">
            <w:pPr>
              <w:spacing w:after="10" w:line="245" w:lineRule="auto"/>
            </w:pPr>
            <w:r>
              <w:rPr>
                <w:b/>
                <w:color w:val="000000"/>
                <w:sz w:val="16"/>
              </w:rPr>
              <w:t>3. URA</w:t>
            </w:r>
          </w:p>
          <w:p w14:paraId="71A146CE" w14:textId="77777777" w:rsidR="005B3871" w:rsidRDefault="00000000">
            <w:pPr>
              <w:spacing w:after="30" w:line="245" w:lineRule="auto"/>
            </w:pPr>
            <w:r>
              <w:rPr>
                <w:color w:val="000000"/>
                <w:sz w:val="16"/>
              </w:rPr>
              <w:t>Račun rešijo s predmetom, risbo in zapisom ter označijo, katera opora jim je pomagala.</w:t>
            </w:r>
          </w:p>
          <w:p w14:paraId="53263D4D" w14:textId="77777777" w:rsidR="005B3871" w:rsidRDefault="00000000">
            <w:pPr>
              <w:spacing w:line="245" w:lineRule="auto"/>
            </w:pPr>
            <w:r>
              <w:rPr>
                <w:b/>
                <w:color w:val="D95BC6"/>
                <w:sz w:val="16"/>
              </w:rPr>
              <w:t>DOKAZ</w:t>
            </w:r>
          </w:p>
          <w:p w14:paraId="7D0AA589" w14:textId="77777777" w:rsidR="005B3871" w:rsidRDefault="00000000">
            <w:pPr>
              <w:spacing w:after="40" w:line="245" w:lineRule="auto"/>
            </w:pPr>
            <w:r>
              <w:rPr>
                <w:color w:val="D95BC6"/>
                <w:sz w:val="15"/>
              </w:rPr>
              <w:t>tri povezane predstavitve računa</w:t>
            </w:r>
          </w:p>
          <w:p w14:paraId="1C7D6E8F" w14:textId="77777777" w:rsidR="005B3871" w:rsidRDefault="00000000">
            <w:pPr>
              <w:spacing w:after="10" w:line="245" w:lineRule="auto"/>
            </w:pPr>
            <w:r>
              <w:rPr>
                <w:b/>
                <w:color w:val="000000"/>
                <w:sz w:val="16"/>
              </w:rPr>
              <w:t>4. URA</w:t>
            </w:r>
          </w:p>
          <w:p w14:paraId="13072C1C" w14:textId="77777777" w:rsidR="005B3871" w:rsidRDefault="00000000">
            <w:pPr>
              <w:spacing w:after="30" w:line="245" w:lineRule="auto"/>
            </w:pPr>
            <w:r>
              <w:rPr>
                <w:color w:val="000000"/>
                <w:sz w:val="16"/>
              </w:rPr>
              <w:t>Izbrani račun preverijo z modelom ali obratnim računom in pojasnijo skladnost.</w:t>
            </w:r>
          </w:p>
          <w:p w14:paraId="1533DE94" w14:textId="77777777" w:rsidR="005B3871" w:rsidRDefault="00000000">
            <w:pPr>
              <w:spacing w:line="245" w:lineRule="auto"/>
            </w:pPr>
            <w:r>
              <w:rPr>
                <w:b/>
                <w:color w:val="D95BC6"/>
                <w:sz w:val="16"/>
              </w:rPr>
              <w:t>DOKAZ</w:t>
            </w:r>
          </w:p>
          <w:p w14:paraId="01EE9448" w14:textId="77777777" w:rsidR="005B3871" w:rsidRDefault="00000000">
            <w:pPr>
              <w:spacing w:after="40" w:line="245" w:lineRule="auto"/>
            </w:pPr>
            <w:r>
              <w:rPr>
                <w:color w:val="D95BC6"/>
                <w:sz w:val="15"/>
              </w:rPr>
              <w:t>preverjen rezultat z razlago</w:t>
            </w:r>
          </w:p>
        </w:tc>
      </w:tr>
    </w:tbl>
    <w:p w14:paraId="05137B89"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097278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776EA18"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7FF84D2" w14:textId="77777777" w:rsidR="005B3871" w:rsidRDefault="00000000">
            <w:pPr>
              <w:jc w:val="center"/>
            </w:pPr>
            <w:r>
              <w:rPr>
                <w:b/>
                <w:color w:val="000000"/>
                <w:sz w:val="20"/>
              </w:rPr>
              <w:t>UČNE DEJAVNOSTI, METODE IN FORMATIVNO SPREMLJANJE</w:t>
            </w:r>
          </w:p>
        </w:tc>
      </w:tr>
      <w:tr w:rsidR="005B3871" w14:paraId="21E44BBE" w14:textId="77777777">
        <w:trPr>
          <w:tblHeader/>
          <w:jc w:val="center"/>
        </w:trPr>
        <w:tc>
          <w:tcPr>
            <w:tcW w:w="4422" w:type="dxa"/>
            <w:vMerge/>
            <w:tcMar>
              <w:top w:w="70" w:type="dxa"/>
              <w:left w:w="90" w:type="dxa"/>
              <w:bottom w:w="70" w:type="dxa"/>
              <w:right w:w="90" w:type="dxa"/>
            </w:tcMar>
            <w:vAlign w:val="center"/>
          </w:tcPr>
          <w:p w14:paraId="71D5666C" w14:textId="77777777" w:rsidR="005B3871" w:rsidRDefault="005B3871"/>
        </w:tc>
        <w:tc>
          <w:tcPr>
            <w:tcW w:w="7087" w:type="dxa"/>
            <w:shd w:val="clear" w:color="auto" w:fill="FFFFFF"/>
            <w:tcMar>
              <w:top w:w="70" w:type="dxa"/>
              <w:left w:w="90" w:type="dxa"/>
              <w:bottom w:w="70" w:type="dxa"/>
              <w:right w:w="90" w:type="dxa"/>
            </w:tcMar>
            <w:vAlign w:val="center"/>
          </w:tcPr>
          <w:p w14:paraId="22C7368C"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F844F55" w14:textId="77777777" w:rsidR="005B3871" w:rsidRDefault="00000000">
            <w:pPr>
              <w:jc w:val="center"/>
            </w:pPr>
            <w:r>
              <w:rPr>
                <w:b/>
                <w:color w:val="000000"/>
              </w:rPr>
              <w:t>UČENEC</w:t>
            </w:r>
          </w:p>
        </w:tc>
      </w:tr>
      <w:tr w:rsidR="005B3871" w14:paraId="4E5F7F37" w14:textId="77777777">
        <w:trPr>
          <w:jc w:val="center"/>
        </w:trPr>
        <w:tc>
          <w:tcPr>
            <w:tcW w:w="4422" w:type="dxa"/>
            <w:tcMar>
              <w:top w:w="70" w:type="dxa"/>
              <w:left w:w="90" w:type="dxa"/>
              <w:bottom w:w="70" w:type="dxa"/>
              <w:right w:w="90" w:type="dxa"/>
            </w:tcMar>
          </w:tcPr>
          <w:p w14:paraId="4E3A8606" w14:textId="77777777" w:rsidR="005B3871" w:rsidRDefault="005B3871"/>
          <w:p w14:paraId="36347164" w14:textId="77777777" w:rsidR="005B3871" w:rsidRDefault="00000000">
            <w:pPr>
              <w:spacing w:after="40" w:line="245" w:lineRule="auto"/>
            </w:pPr>
            <w:r>
              <w:rPr>
                <w:b/>
                <w:color w:val="000000"/>
              </w:rPr>
              <w:t>FORMATIVNO SPREMLJANJE</w:t>
            </w:r>
          </w:p>
          <w:p w14:paraId="14EEE1AC" w14:textId="77777777" w:rsidR="005B3871" w:rsidRDefault="00000000">
            <w:pPr>
              <w:pStyle w:val="Oznaenseznam"/>
              <w:spacing w:after="16"/>
            </w:pPr>
            <w:r>
              <w:rPr>
                <w:color w:val="000000"/>
                <w:sz w:val="16"/>
              </w:rPr>
              <w:t>predznanje: začetna strategija, ocena, razvrstitev, model ali risba</w:t>
            </w:r>
          </w:p>
          <w:p w14:paraId="2B543CE2" w14:textId="77777777" w:rsidR="005B3871" w:rsidRDefault="00000000">
            <w:pPr>
              <w:pStyle w:val="Oznaenseznam"/>
              <w:spacing w:after="16"/>
            </w:pPr>
            <w:r>
              <w:rPr>
                <w:color w:val="000000"/>
                <w:sz w:val="16"/>
              </w:rPr>
              <w:t>dokazi med učenjem: konkretni, gibalni, slikovni in simbolni prikaz ter razlaga postopka</w:t>
            </w:r>
          </w:p>
          <w:p w14:paraId="59B062D2" w14:textId="77777777" w:rsidR="005B3871" w:rsidRDefault="00000000">
            <w:pPr>
              <w:pStyle w:val="Oznaenseznam"/>
              <w:spacing w:after="16"/>
            </w:pPr>
            <w:r>
              <w:rPr>
                <w:color w:val="000000"/>
                <w:sz w:val="16"/>
              </w:rPr>
              <w:t>povratna informacija: konkretna, vezana na kriterij in usmerjena v preverjanje ali naslednji korak</w:t>
            </w:r>
          </w:p>
          <w:p w14:paraId="5ECBFF62" w14:textId="77777777" w:rsidR="005B3871" w:rsidRDefault="00000000">
            <w:pPr>
              <w:pStyle w:val="Oznaenseznam"/>
              <w:spacing w:after="16"/>
            </w:pPr>
            <w:r>
              <w:rPr>
                <w:color w:val="000000"/>
                <w:sz w:val="16"/>
              </w:rPr>
              <w:t>samovrednotenje: semafor, lestvica samostojnosti, izbrani dokaz ali kratka poved</w:t>
            </w:r>
          </w:p>
          <w:p w14:paraId="53113E6C" w14:textId="77777777" w:rsidR="005B3871" w:rsidRDefault="00000000">
            <w:pPr>
              <w:spacing w:before="40" w:after="20" w:line="245" w:lineRule="auto"/>
            </w:pPr>
            <w:r>
              <w:rPr>
                <w:b/>
                <w:color w:val="000000"/>
                <w:sz w:val="17"/>
              </w:rPr>
              <w:t>VARNOST IN ODGOVORNOST</w:t>
            </w:r>
          </w:p>
          <w:p w14:paraId="57949DAF"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7B72245A" w14:textId="77777777" w:rsidR="005B3871" w:rsidRDefault="00000000">
            <w:pPr>
              <w:spacing w:after="20" w:line="245" w:lineRule="auto"/>
            </w:pPr>
            <w:r>
              <w:rPr>
                <w:b/>
                <w:color w:val="000000"/>
                <w:sz w:val="17"/>
              </w:rPr>
              <w:t>EVIDENCA PO IZVEDBI</w:t>
            </w:r>
          </w:p>
          <w:p w14:paraId="64E99278"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6FA4F682"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2C55480" w14:textId="77777777">
              <w:trPr>
                <w:jc w:val="center"/>
              </w:trPr>
              <w:tc>
                <w:tcPr>
                  <w:tcW w:w="7087" w:type="dxa"/>
                  <w:shd w:val="clear" w:color="auto" w:fill="EDC9EA"/>
                  <w:tcMar>
                    <w:top w:w="45" w:type="dxa"/>
                    <w:left w:w="70" w:type="dxa"/>
                    <w:bottom w:w="45" w:type="dxa"/>
                    <w:right w:w="70" w:type="dxa"/>
                  </w:tcMar>
                </w:tcPr>
                <w:p w14:paraId="2691CF2A" w14:textId="77777777" w:rsidR="005B3871" w:rsidRDefault="00000000">
                  <w:pPr>
                    <w:keepNext/>
                  </w:pPr>
                  <w:r>
                    <w:rPr>
                      <w:b/>
                      <w:color w:val="000000"/>
                    </w:rPr>
                    <w:t>VPRAŠANJA V PODPORO MATEMATIČNEMU UČENJU</w:t>
                  </w:r>
                </w:p>
              </w:tc>
            </w:tr>
          </w:tbl>
          <w:p w14:paraId="27478EF7" w14:textId="77777777" w:rsidR="005B3871" w:rsidRDefault="005B3871">
            <w:pPr>
              <w:spacing w:line="20" w:lineRule="exact"/>
            </w:pPr>
          </w:p>
          <w:p w14:paraId="7F4452BF" w14:textId="77777777" w:rsidR="005B3871" w:rsidRDefault="00000000">
            <w:pPr>
              <w:pStyle w:val="Oznaenseznam"/>
              <w:spacing w:after="16"/>
            </w:pPr>
            <w:r>
              <w:rPr>
                <w:color w:val="000000"/>
                <w:sz w:val="16"/>
              </w:rPr>
              <w:t>Kaj v tvojem modelu, risbi ali zapisu predstavlja posamezni del naloge?</w:t>
            </w:r>
          </w:p>
          <w:p w14:paraId="7B27725A" w14:textId="77777777" w:rsidR="005B3871" w:rsidRDefault="00000000">
            <w:pPr>
              <w:pStyle w:val="Oznaenseznam"/>
              <w:spacing w:after="16"/>
            </w:pPr>
            <w:r>
              <w:rPr>
                <w:color w:val="000000"/>
                <w:sz w:val="16"/>
              </w:rPr>
              <w:t>Kako si prišel/-la do rešitve in kako veš, da je smiselna?</w:t>
            </w:r>
          </w:p>
          <w:p w14:paraId="335AE866" w14:textId="77777777" w:rsidR="005B3871" w:rsidRDefault="00000000">
            <w:pPr>
              <w:pStyle w:val="Oznaenseznam"/>
              <w:spacing w:after="16"/>
            </w:pPr>
            <w:r>
              <w:rPr>
                <w:color w:val="000000"/>
                <w:sz w:val="16"/>
              </w:rPr>
              <w:t>Ali lahko isto pokažeš še s predmetom, gibanjem, risbo ali drugim zapisom?</w:t>
            </w:r>
          </w:p>
          <w:p w14:paraId="419254B7" w14:textId="77777777" w:rsidR="005B3871" w:rsidRDefault="00000000">
            <w:pPr>
              <w:pStyle w:val="Oznaenseznam"/>
              <w:spacing w:after="16"/>
            </w:pPr>
            <w:r>
              <w:rPr>
                <w:color w:val="000000"/>
                <w:sz w:val="16"/>
              </w:rPr>
              <w:t>Kje bi se lahko zmotil/-a in kako boš rešitev preveril/-a?</w:t>
            </w:r>
          </w:p>
          <w:p w14:paraId="25C8CB25"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080E7E0F" w14:textId="77777777">
              <w:trPr>
                <w:jc w:val="center"/>
              </w:trPr>
              <w:tc>
                <w:tcPr>
                  <w:tcW w:w="7087" w:type="dxa"/>
                  <w:shd w:val="clear" w:color="auto" w:fill="C6E7F3"/>
                  <w:tcMar>
                    <w:top w:w="45" w:type="dxa"/>
                    <w:left w:w="70" w:type="dxa"/>
                    <w:bottom w:w="45" w:type="dxa"/>
                    <w:right w:w="70" w:type="dxa"/>
                  </w:tcMar>
                </w:tcPr>
                <w:p w14:paraId="23261C0A" w14:textId="77777777" w:rsidR="005B3871" w:rsidRDefault="00000000">
                  <w:pPr>
                    <w:keepNext/>
                  </w:pPr>
                  <w:r>
                    <w:rPr>
                      <w:b/>
                      <w:color w:val="000000"/>
                    </w:rPr>
                    <w:t>ZAKLJUČNI DEL – UTRJEVANJE IN REFLEKSIJA (10–15 min)</w:t>
                  </w:r>
                </w:p>
              </w:tc>
            </w:tr>
          </w:tbl>
          <w:p w14:paraId="2F06B16F" w14:textId="77777777" w:rsidR="005B3871" w:rsidRDefault="005B3871">
            <w:pPr>
              <w:spacing w:line="20" w:lineRule="exact"/>
            </w:pPr>
          </w:p>
          <w:p w14:paraId="2ED1BAB4"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3F4FABF4" w14:textId="77777777">
              <w:trPr>
                <w:jc w:val="center"/>
              </w:trPr>
              <w:tc>
                <w:tcPr>
                  <w:tcW w:w="7087" w:type="dxa"/>
                  <w:shd w:val="clear" w:color="auto" w:fill="EDC9EA"/>
                  <w:tcMar>
                    <w:top w:w="45" w:type="dxa"/>
                    <w:left w:w="70" w:type="dxa"/>
                    <w:bottom w:w="45" w:type="dxa"/>
                    <w:right w:w="70" w:type="dxa"/>
                  </w:tcMar>
                </w:tcPr>
                <w:p w14:paraId="3EF45AE4" w14:textId="77777777" w:rsidR="005B3871" w:rsidRDefault="00000000">
                  <w:pPr>
                    <w:keepNext/>
                  </w:pPr>
                  <w:r>
                    <w:rPr>
                      <w:b/>
                      <w:color w:val="000000"/>
                    </w:rPr>
                    <w:t>SAMOVREDNOTENJE</w:t>
                  </w:r>
                </w:p>
              </w:tc>
            </w:tr>
          </w:tbl>
          <w:p w14:paraId="6E848249" w14:textId="77777777" w:rsidR="005B3871" w:rsidRDefault="005B3871">
            <w:pPr>
              <w:spacing w:line="20" w:lineRule="exact"/>
            </w:pPr>
          </w:p>
          <w:p w14:paraId="6C8711C5"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61F4AF5A" w14:textId="77777777">
              <w:trPr>
                <w:jc w:val="center"/>
              </w:trPr>
              <w:tc>
                <w:tcPr>
                  <w:tcW w:w="7087" w:type="dxa"/>
                  <w:shd w:val="clear" w:color="auto" w:fill="EDC9EA"/>
                  <w:tcMar>
                    <w:top w:w="45" w:type="dxa"/>
                    <w:left w:w="70" w:type="dxa"/>
                    <w:bottom w:w="45" w:type="dxa"/>
                    <w:right w:w="70" w:type="dxa"/>
                  </w:tcMar>
                </w:tcPr>
                <w:p w14:paraId="14C19819" w14:textId="77777777" w:rsidR="005B3871" w:rsidRDefault="00000000">
                  <w:pPr>
                    <w:keepNext/>
                  </w:pPr>
                  <w:r>
                    <w:rPr>
                      <w:b/>
                      <w:color w:val="000000"/>
                    </w:rPr>
                    <w:t>VRSTNIŠKO VREDNOTENJE</w:t>
                  </w:r>
                </w:p>
              </w:tc>
            </w:tr>
          </w:tbl>
          <w:p w14:paraId="02F7F959" w14:textId="77777777" w:rsidR="005B3871" w:rsidRDefault="005B3871">
            <w:pPr>
              <w:spacing w:line="20" w:lineRule="exact"/>
            </w:pPr>
          </w:p>
          <w:p w14:paraId="7E258326"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33490523" w14:textId="77777777">
              <w:trPr>
                <w:jc w:val="center"/>
              </w:trPr>
              <w:tc>
                <w:tcPr>
                  <w:tcW w:w="7087" w:type="dxa"/>
                  <w:shd w:val="clear" w:color="auto" w:fill="EDC9EA"/>
                  <w:tcMar>
                    <w:top w:w="45" w:type="dxa"/>
                    <w:left w:w="70" w:type="dxa"/>
                    <w:bottom w:w="45" w:type="dxa"/>
                    <w:right w:w="70" w:type="dxa"/>
                  </w:tcMar>
                </w:tcPr>
                <w:p w14:paraId="00255560" w14:textId="77777777" w:rsidR="005B3871" w:rsidRDefault="00000000">
                  <w:pPr>
                    <w:keepNext/>
                  </w:pPr>
                  <w:r>
                    <w:rPr>
                      <w:b/>
                      <w:color w:val="000000"/>
                    </w:rPr>
                    <w:t>SKUPNI POVZETEK</w:t>
                  </w:r>
                </w:p>
              </w:tc>
            </w:tr>
          </w:tbl>
          <w:p w14:paraId="1356F193" w14:textId="77777777" w:rsidR="005B3871" w:rsidRDefault="005B3871"/>
          <w:p w14:paraId="097E5ECF" w14:textId="77777777" w:rsidR="005B3871" w:rsidRDefault="00000000">
            <w:pPr>
              <w:spacing w:before="20" w:after="40" w:line="245" w:lineRule="auto"/>
            </w:pPr>
            <w:r>
              <w:rPr>
                <w:b/>
                <w:color w:val="000000"/>
                <w:sz w:val="16"/>
              </w:rPr>
              <w:t>Do 20 brez prehoda seštevam in odštevam, uporabim desetiški model ter rezultat preverim.</w:t>
            </w:r>
          </w:p>
        </w:tc>
        <w:tc>
          <w:tcPr>
            <w:tcW w:w="2551" w:type="dxa"/>
            <w:tcMar>
              <w:top w:w="70" w:type="dxa"/>
              <w:left w:w="90" w:type="dxa"/>
              <w:bottom w:w="70" w:type="dxa"/>
              <w:right w:w="90" w:type="dxa"/>
            </w:tcMar>
          </w:tcPr>
          <w:p w14:paraId="5007ECD6" w14:textId="77777777" w:rsidR="005B3871" w:rsidRDefault="005B3871"/>
          <w:p w14:paraId="5B15AC13" w14:textId="77777777" w:rsidR="005B3871" w:rsidRDefault="00000000">
            <w:pPr>
              <w:spacing w:after="100" w:line="245" w:lineRule="auto"/>
            </w:pPr>
            <w:r>
              <w:rPr>
                <w:color w:val="000000"/>
                <w:sz w:val="16"/>
              </w:rPr>
              <w:t>Odgovarja na podporna vprašanja in se sklicuje na svoj model, zapis ali izvedbo.</w:t>
            </w:r>
          </w:p>
          <w:p w14:paraId="6977490A" w14:textId="77777777" w:rsidR="005B3871" w:rsidRDefault="00000000">
            <w:pPr>
              <w:spacing w:after="100" w:line="245" w:lineRule="auto"/>
            </w:pPr>
            <w:r>
              <w:rPr>
                <w:color w:val="000000"/>
                <w:sz w:val="16"/>
              </w:rPr>
              <w:t>Primerja začetno strategijo z novim dokazom ter pojasni, kaj se je naučil/-a.</w:t>
            </w:r>
          </w:p>
          <w:p w14:paraId="2039F34E" w14:textId="77777777" w:rsidR="005B3871" w:rsidRDefault="00000000">
            <w:pPr>
              <w:spacing w:after="100" w:line="245" w:lineRule="auto"/>
            </w:pPr>
            <w:r>
              <w:rPr>
                <w:color w:val="000000"/>
                <w:sz w:val="16"/>
              </w:rPr>
              <w:t>Izbere raven samostojnosti in določi naslednji korak.</w:t>
            </w:r>
          </w:p>
          <w:p w14:paraId="6A37B5AD" w14:textId="77777777" w:rsidR="005B3871" w:rsidRDefault="00000000">
            <w:pPr>
              <w:spacing w:after="100" w:line="245" w:lineRule="auto"/>
            </w:pPr>
            <w:r>
              <w:rPr>
                <w:color w:val="000000"/>
                <w:sz w:val="16"/>
              </w:rPr>
              <w:t>Sošolcu poda prijazen in konkreten odziv, vezan na kriterij.</w:t>
            </w:r>
          </w:p>
          <w:p w14:paraId="76418C7B" w14:textId="77777777" w:rsidR="005B3871" w:rsidRDefault="00000000">
            <w:pPr>
              <w:spacing w:after="20" w:line="245" w:lineRule="auto"/>
            </w:pPr>
            <w:r>
              <w:rPr>
                <w:b/>
                <w:color w:val="D95BC6"/>
                <w:sz w:val="17"/>
              </w:rPr>
              <w:t>DOKAZ O UČENJU</w:t>
            </w:r>
          </w:p>
          <w:p w14:paraId="4BB73455"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40A02EC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01752D5D" w14:textId="77777777">
        <w:trPr>
          <w:cantSplit/>
          <w:jc w:val="center"/>
        </w:trPr>
        <w:tc>
          <w:tcPr>
            <w:tcW w:w="14060" w:type="dxa"/>
            <w:gridSpan w:val="6"/>
            <w:tcMar>
              <w:top w:w="70" w:type="dxa"/>
              <w:left w:w="90" w:type="dxa"/>
              <w:bottom w:w="70" w:type="dxa"/>
              <w:right w:w="90" w:type="dxa"/>
            </w:tcMar>
            <w:vAlign w:val="center"/>
          </w:tcPr>
          <w:p w14:paraId="5C2E90C8" w14:textId="77777777" w:rsidR="005B3871" w:rsidRDefault="00000000">
            <w:pPr>
              <w:jc w:val="center"/>
            </w:pPr>
            <w:r>
              <w:rPr>
                <w:b/>
                <w:color w:val="000000"/>
                <w:sz w:val="24"/>
              </w:rPr>
              <w:lastRenderedPageBreak/>
              <w:t>UČNA PRIPRAVA 31/39</w:t>
            </w:r>
          </w:p>
        </w:tc>
      </w:tr>
      <w:tr w:rsidR="005B3871" w14:paraId="320347D1" w14:textId="77777777">
        <w:trPr>
          <w:jc w:val="center"/>
        </w:trPr>
        <w:tc>
          <w:tcPr>
            <w:tcW w:w="2665" w:type="dxa"/>
            <w:tcMar>
              <w:top w:w="70" w:type="dxa"/>
              <w:left w:w="90" w:type="dxa"/>
              <w:bottom w:w="70" w:type="dxa"/>
              <w:right w:w="90" w:type="dxa"/>
            </w:tcMar>
            <w:vAlign w:val="center"/>
          </w:tcPr>
          <w:p w14:paraId="075A010F"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2E75FBD"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215098FC"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C09CA09" w14:textId="77777777" w:rsidR="005B3871" w:rsidRDefault="00000000">
            <w:r>
              <w:rPr>
                <w:b/>
                <w:color w:val="000000"/>
                <w:sz w:val="16"/>
              </w:rPr>
              <w:t xml:space="preserve">NAČRTOVANI TERMIN: </w:t>
            </w:r>
            <w:r>
              <w:rPr>
                <w:color w:val="000000"/>
                <w:sz w:val="16"/>
              </w:rPr>
              <w:t>31. teden • 19.–23. 4. 2027</w:t>
            </w:r>
          </w:p>
        </w:tc>
        <w:tc>
          <w:tcPr>
            <w:tcW w:w="2268" w:type="dxa"/>
            <w:tcMar>
              <w:top w:w="70" w:type="dxa"/>
              <w:left w:w="90" w:type="dxa"/>
              <w:bottom w:w="70" w:type="dxa"/>
              <w:right w:w="90" w:type="dxa"/>
            </w:tcMar>
            <w:vAlign w:val="center"/>
          </w:tcPr>
          <w:p w14:paraId="0E988C3C"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D48842C" w14:textId="77777777" w:rsidR="005B3871" w:rsidRDefault="00000000">
            <w:r>
              <w:rPr>
                <w:b/>
                <w:color w:val="000000"/>
                <w:sz w:val="16"/>
              </w:rPr>
              <w:t xml:space="preserve">ŠTEVILO UR: </w:t>
            </w:r>
            <w:r>
              <w:rPr>
                <w:color w:val="000000"/>
                <w:sz w:val="16"/>
              </w:rPr>
              <w:t>2</w:t>
            </w:r>
          </w:p>
        </w:tc>
      </w:tr>
      <w:tr w:rsidR="005B3871" w14:paraId="2EF09D55" w14:textId="77777777">
        <w:trPr>
          <w:jc w:val="center"/>
        </w:trPr>
        <w:tc>
          <w:tcPr>
            <w:tcW w:w="14061" w:type="dxa"/>
            <w:gridSpan w:val="6"/>
            <w:tcMar>
              <w:top w:w="70" w:type="dxa"/>
              <w:left w:w="90" w:type="dxa"/>
              <w:bottom w:w="70" w:type="dxa"/>
              <w:right w:w="90" w:type="dxa"/>
            </w:tcMar>
            <w:vAlign w:val="center"/>
          </w:tcPr>
          <w:p w14:paraId="42E6E51F"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64D9B642" w14:textId="77777777">
        <w:trPr>
          <w:cantSplit/>
          <w:jc w:val="center"/>
        </w:trPr>
        <w:tc>
          <w:tcPr>
            <w:tcW w:w="14060" w:type="dxa"/>
            <w:gridSpan w:val="6"/>
            <w:tcMar>
              <w:top w:w="70" w:type="dxa"/>
              <w:left w:w="90" w:type="dxa"/>
              <w:bottom w:w="70" w:type="dxa"/>
              <w:right w:w="90" w:type="dxa"/>
            </w:tcMar>
            <w:vAlign w:val="center"/>
          </w:tcPr>
          <w:p w14:paraId="5FD0978D" w14:textId="77777777" w:rsidR="005B3871" w:rsidRDefault="005B3871"/>
          <w:p w14:paraId="6052D59C" w14:textId="77777777" w:rsidR="005B3871" w:rsidRDefault="00000000">
            <w:pPr>
              <w:spacing w:line="245" w:lineRule="auto"/>
            </w:pPr>
            <w:r>
              <w:rPr>
                <w:b/>
                <w:color w:val="000000"/>
                <w:sz w:val="16"/>
              </w:rPr>
              <w:t xml:space="preserve">UČNI SKLOP: </w:t>
            </w:r>
            <w:r>
              <w:rPr>
                <w:color w:val="000000"/>
                <w:sz w:val="16"/>
              </w:rPr>
              <w:t>GIBANJE, SVETLOBA IN ZVOK</w:t>
            </w:r>
          </w:p>
        </w:tc>
      </w:tr>
      <w:tr w:rsidR="005B3871" w14:paraId="3A50758C" w14:textId="77777777">
        <w:trPr>
          <w:cantSplit/>
          <w:jc w:val="center"/>
        </w:trPr>
        <w:tc>
          <w:tcPr>
            <w:tcW w:w="14060" w:type="dxa"/>
            <w:gridSpan w:val="6"/>
            <w:tcMar>
              <w:top w:w="70" w:type="dxa"/>
              <w:left w:w="90" w:type="dxa"/>
              <w:bottom w:w="70" w:type="dxa"/>
              <w:right w:w="90" w:type="dxa"/>
            </w:tcMar>
            <w:vAlign w:val="center"/>
          </w:tcPr>
          <w:p w14:paraId="0F31F418" w14:textId="77777777" w:rsidR="005B3871" w:rsidRDefault="005B3871"/>
          <w:p w14:paraId="0A6E08B3" w14:textId="77777777" w:rsidR="005B3871" w:rsidRDefault="00000000">
            <w:pPr>
              <w:spacing w:line="245" w:lineRule="auto"/>
            </w:pPr>
            <w:r>
              <w:rPr>
                <w:b/>
                <w:color w:val="000000"/>
                <w:sz w:val="16"/>
              </w:rPr>
              <w:t xml:space="preserve">UČNA TEMA: </w:t>
            </w:r>
            <w:r>
              <w:rPr>
                <w:color w:val="000000"/>
                <w:sz w:val="16"/>
              </w:rPr>
              <w:t>PROBLEMSKE NALOGE</w:t>
            </w:r>
          </w:p>
        </w:tc>
      </w:tr>
      <w:tr w:rsidR="005B3871" w14:paraId="266C9F2E" w14:textId="77777777">
        <w:trPr>
          <w:cantSplit/>
          <w:jc w:val="center"/>
        </w:trPr>
        <w:tc>
          <w:tcPr>
            <w:tcW w:w="14060" w:type="dxa"/>
            <w:gridSpan w:val="6"/>
            <w:tcMar>
              <w:top w:w="70" w:type="dxa"/>
              <w:left w:w="90" w:type="dxa"/>
              <w:bottom w:w="70" w:type="dxa"/>
              <w:right w:w="90" w:type="dxa"/>
            </w:tcMar>
            <w:vAlign w:val="center"/>
          </w:tcPr>
          <w:p w14:paraId="3BBA5061" w14:textId="77777777" w:rsidR="005B3871" w:rsidRDefault="005B3871"/>
          <w:p w14:paraId="75AA6EE1" w14:textId="77777777" w:rsidR="005B3871" w:rsidRDefault="00000000">
            <w:pPr>
              <w:spacing w:line="245" w:lineRule="auto"/>
            </w:pPr>
            <w:r>
              <w:rPr>
                <w:b/>
                <w:color w:val="000000"/>
                <w:sz w:val="16"/>
              </w:rPr>
              <w:t xml:space="preserve">KNJIŽEVNO IZHODIŠČE IN MOTIV: </w:t>
            </w:r>
            <w:r>
              <w:rPr>
                <w:color w:val="000000"/>
                <w:sz w:val="16"/>
              </w:rPr>
              <w:t>»Kaj je na koncu sveta« – Niko Grafenauer • svetloba, senca, zvok, vprašanja in domišljija</w:t>
            </w:r>
          </w:p>
        </w:tc>
      </w:tr>
      <w:tr w:rsidR="005B3871" w14:paraId="7AA70524" w14:textId="77777777">
        <w:trPr>
          <w:cantSplit/>
          <w:jc w:val="center"/>
        </w:trPr>
        <w:tc>
          <w:tcPr>
            <w:tcW w:w="14060" w:type="dxa"/>
            <w:gridSpan w:val="6"/>
            <w:tcMar>
              <w:top w:w="70" w:type="dxa"/>
              <w:left w:w="90" w:type="dxa"/>
              <w:bottom w:w="70" w:type="dxa"/>
              <w:right w:w="90" w:type="dxa"/>
            </w:tcMar>
            <w:vAlign w:val="center"/>
          </w:tcPr>
          <w:p w14:paraId="302381DA" w14:textId="77777777" w:rsidR="005B3871" w:rsidRDefault="005B3871"/>
          <w:p w14:paraId="5D394F60" w14:textId="77777777" w:rsidR="005B3871" w:rsidRDefault="00000000">
            <w:pPr>
              <w:spacing w:line="245" w:lineRule="auto"/>
            </w:pPr>
            <w:r>
              <w:rPr>
                <w:b/>
                <w:color w:val="000000"/>
                <w:sz w:val="16"/>
              </w:rPr>
              <w:t xml:space="preserve">UČNE ENOTE: </w:t>
            </w:r>
            <w:r>
              <w:rPr>
                <w:color w:val="000000"/>
                <w:sz w:val="16"/>
              </w:rPr>
              <w:t>1. ura – Problemska pot v šestih korakih • 2. ura – Konferenca strategij</w:t>
            </w:r>
          </w:p>
        </w:tc>
      </w:tr>
      <w:tr w:rsidR="005B3871" w14:paraId="7DCD7C3D" w14:textId="77777777">
        <w:trPr>
          <w:cantSplit/>
          <w:jc w:val="center"/>
        </w:trPr>
        <w:tc>
          <w:tcPr>
            <w:tcW w:w="14060" w:type="dxa"/>
            <w:gridSpan w:val="6"/>
            <w:tcMar>
              <w:top w:w="70" w:type="dxa"/>
              <w:left w:w="90" w:type="dxa"/>
              <w:bottom w:w="70" w:type="dxa"/>
              <w:right w:w="90" w:type="dxa"/>
            </w:tcMar>
            <w:vAlign w:val="center"/>
          </w:tcPr>
          <w:p w14:paraId="747D2C2A" w14:textId="77777777" w:rsidR="005B3871" w:rsidRDefault="005B3871"/>
          <w:p w14:paraId="01142B4B"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2D2DC994" w14:textId="77777777">
        <w:trPr>
          <w:cantSplit/>
          <w:jc w:val="center"/>
        </w:trPr>
        <w:tc>
          <w:tcPr>
            <w:tcW w:w="14060" w:type="dxa"/>
            <w:gridSpan w:val="6"/>
            <w:tcMar>
              <w:top w:w="70" w:type="dxa"/>
              <w:left w:w="90" w:type="dxa"/>
              <w:bottom w:w="70" w:type="dxa"/>
              <w:right w:w="90" w:type="dxa"/>
            </w:tcMar>
            <w:vAlign w:val="center"/>
          </w:tcPr>
          <w:p w14:paraId="4F241F81" w14:textId="77777777" w:rsidR="005B3871" w:rsidRDefault="005B3871"/>
          <w:p w14:paraId="37D97A18"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0C77C7FB" w14:textId="77777777">
        <w:trPr>
          <w:cantSplit/>
          <w:jc w:val="center"/>
        </w:trPr>
        <w:tc>
          <w:tcPr>
            <w:tcW w:w="14060" w:type="dxa"/>
            <w:gridSpan w:val="6"/>
            <w:tcMar>
              <w:top w:w="70" w:type="dxa"/>
              <w:left w:w="90" w:type="dxa"/>
              <w:bottom w:w="70" w:type="dxa"/>
              <w:right w:w="90" w:type="dxa"/>
            </w:tcMar>
            <w:vAlign w:val="center"/>
          </w:tcPr>
          <w:p w14:paraId="509B0AF5" w14:textId="77777777" w:rsidR="005B3871" w:rsidRDefault="005B3871"/>
          <w:p w14:paraId="67002AD3"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0DB8B490" w14:textId="77777777">
        <w:trPr>
          <w:cantSplit/>
          <w:jc w:val="center"/>
        </w:trPr>
        <w:tc>
          <w:tcPr>
            <w:tcW w:w="14060" w:type="dxa"/>
            <w:gridSpan w:val="6"/>
            <w:tcMar>
              <w:top w:w="70" w:type="dxa"/>
              <w:left w:w="90" w:type="dxa"/>
              <w:bottom w:w="70" w:type="dxa"/>
              <w:right w:w="90" w:type="dxa"/>
            </w:tcMar>
            <w:vAlign w:val="center"/>
          </w:tcPr>
          <w:p w14:paraId="6A3FAE2A" w14:textId="77777777" w:rsidR="005B3871" w:rsidRDefault="005B3871"/>
          <w:p w14:paraId="28097420" w14:textId="77777777" w:rsidR="005B3871" w:rsidRDefault="00000000">
            <w:pPr>
              <w:spacing w:line="245" w:lineRule="auto"/>
            </w:pPr>
            <w:r>
              <w:rPr>
                <w:b/>
                <w:color w:val="000000"/>
                <w:sz w:val="16"/>
              </w:rPr>
              <w:t xml:space="preserve">MEDPREDMETNE POVEZAVE: </w:t>
            </w:r>
            <w:r>
              <w:rPr>
                <w:color w:val="000000"/>
                <w:sz w:val="16"/>
              </w:rPr>
              <w:t>SLJ – bralno razumevanje naloge; SPO – življenjske situacije; ŠPO – problemska pot; LUM – slikovna ponazoritev</w:t>
            </w:r>
          </w:p>
        </w:tc>
      </w:tr>
      <w:tr w:rsidR="005B3871" w14:paraId="0117BA5C" w14:textId="77777777">
        <w:trPr>
          <w:cantSplit/>
          <w:jc w:val="center"/>
        </w:trPr>
        <w:tc>
          <w:tcPr>
            <w:tcW w:w="14060" w:type="dxa"/>
            <w:gridSpan w:val="6"/>
            <w:tcMar>
              <w:top w:w="70" w:type="dxa"/>
              <w:left w:w="90" w:type="dxa"/>
              <w:bottom w:w="70" w:type="dxa"/>
              <w:right w:w="90" w:type="dxa"/>
            </w:tcMar>
            <w:vAlign w:val="center"/>
          </w:tcPr>
          <w:p w14:paraId="01F3AFFD" w14:textId="77777777" w:rsidR="005B3871" w:rsidRDefault="005B3871"/>
          <w:p w14:paraId="7CB32ECF" w14:textId="77777777" w:rsidR="005B3871" w:rsidRDefault="00000000">
            <w:pPr>
              <w:spacing w:line="245" w:lineRule="auto"/>
            </w:pPr>
            <w:r>
              <w:rPr>
                <w:b/>
                <w:color w:val="000000"/>
                <w:sz w:val="16"/>
              </w:rPr>
              <w:t xml:space="preserve">UČNA SREDSTVA IN PRIPOMOČKI: </w:t>
            </w:r>
            <w:r>
              <w:rPr>
                <w:color w:val="000000"/>
                <w:sz w:val="16"/>
              </w:rPr>
              <w:t>talne kartice korakov, konkretni predmeti, slikovne in kratke besedilne naloge, številska os, podloge razumem–načrtujem–rešim–preverim</w:t>
            </w:r>
          </w:p>
        </w:tc>
      </w:tr>
      <w:tr w:rsidR="005B3871" w14:paraId="403601B4" w14:textId="77777777">
        <w:trPr>
          <w:cantSplit/>
          <w:jc w:val="center"/>
        </w:trPr>
        <w:tc>
          <w:tcPr>
            <w:tcW w:w="14060" w:type="dxa"/>
            <w:gridSpan w:val="6"/>
            <w:tcMar>
              <w:top w:w="70" w:type="dxa"/>
              <w:left w:w="90" w:type="dxa"/>
              <w:bottom w:w="70" w:type="dxa"/>
              <w:right w:w="90" w:type="dxa"/>
            </w:tcMar>
            <w:vAlign w:val="center"/>
          </w:tcPr>
          <w:p w14:paraId="065508E8" w14:textId="77777777" w:rsidR="005B3871" w:rsidRDefault="005B3871"/>
          <w:p w14:paraId="07436994"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705D3044" w14:textId="77777777">
        <w:trPr>
          <w:cantSplit/>
          <w:jc w:val="center"/>
        </w:trPr>
        <w:tc>
          <w:tcPr>
            <w:tcW w:w="14060" w:type="dxa"/>
            <w:gridSpan w:val="6"/>
            <w:tcMar>
              <w:top w:w="70" w:type="dxa"/>
              <w:left w:w="90" w:type="dxa"/>
              <w:bottom w:w="70" w:type="dxa"/>
              <w:right w:w="90" w:type="dxa"/>
            </w:tcMar>
            <w:vAlign w:val="center"/>
          </w:tcPr>
          <w:p w14:paraId="72EC3408" w14:textId="77777777" w:rsidR="005B3871" w:rsidRDefault="005B3871"/>
          <w:p w14:paraId="6A94FA8F" w14:textId="77777777" w:rsidR="005B3871" w:rsidRDefault="00000000">
            <w:pPr>
              <w:spacing w:line="245" w:lineRule="auto"/>
            </w:pPr>
            <w:r>
              <w:rPr>
                <w:b/>
                <w:color w:val="000000"/>
                <w:sz w:val="16"/>
              </w:rPr>
              <w:t xml:space="preserve">OCENJEVANJE / DAN DEJAVNOSTI: </w:t>
            </w:r>
            <w:r>
              <w:rPr>
                <w:color w:val="000000"/>
                <w:sz w:val="16"/>
              </w:rPr>
              <w:t>TEHNIŠKI DAN • KULTURNI DAN</w:t>
            </w:r>
          </w:p>
        </w:tc>
      </w:tr>
      <w:tr w:rsidR="005B3871" w14:paraId="5B16491E" w14:textId="77777777">
        <w:trPr>
          <w:cantSplit/>
          <w:jc w:val="center"/>
        </w:trPr>
        <w:tc>
          <w:tcPr>
            <w:tcW w:w="14060" w:type="dxa"/>
            <w:gridSpan w:val="6"/>
            <w:tcMar>
              <w:top w:w="70" w:type="dxa"/>
              <w:left w:w="90" w:type="dxa"/>
              <w:bottom w:w="70" w:type="dxa"/>
              <w:right w:w="90" w:type="dxa"/>
            </w:tcMar>
            <w:vAlign w:val="center"/>
          </w:tcPr>
          <w:p w14:paraId="42118542" w14:textId="77777777" w:rsidR="005B3871" w:rsidRDefault="005B3871"/>
          <w:p w14:paraId="353205D3"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00FFD919"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2B3D75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2383559"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638A0C" w14:textId="77777777" w:rsidR="005B3871" w:rsidRDefault="00000000">
            <w:pPr>
              <w:jc w:val="center"/>
            </w:pPr>
            <w:r>
              <w:rPr>
                <w:b/>
                <w:color w:val="000000"/>
                <w:sz w:val="20"/>
              </w:rPr>
              <w:t>UČNE DEJAVNOSTI, METODE IN FORMATIVNO SPREMLJANJE</w:t>
            </w:r>
          </w:p>
        </w:tc>
      </w:tr>
      <w:tr w:rsidR="005B3871" w14:paraId="60BD8613" w14:textId="77777777">
        <w:trPr>
          <w:tblHeader/>
          <w:jc w:val="center"/>
        </w:trPr>
        <w:tc>
          <w:tcPr>
            <w:tcW w:w="4422" w:type="dxa"/>
            <w:vMerge/>
            <w:tcMar>
              <w:top w:w="70" w:type="dxa"/>
              <w:left w:w="90" w:type="dxa"/>
              <w:bottom w:w="70" w:type="dxa"/>
              <w:right w:w="90" w:type="dxa"/>
            </w:tcMar>
            <w:vAlign w:val="center"/>
          </w:tcPr>
          <w:p w14:paraId="1858C427" w14:textId="77777777" w:rsidR="005B3871" w:rsidRDefault="005B3871"/>
        </w:tc>
        <w:tc>
          <w:tcPr>
            <w:tcW w:w="7087" w:type="dxa"/>
            <w:shd w:val="clear" w:color="auto" w:fill="FFFFFF"/>
            <w:tcMar>
              <w:top w:w="70" w:type="dxa"/>
              <w:left w:w="90" w:type="dxa"/>
              <w:bottom w:w="70" w:type="dxa"/>
              <w:right w:w="90" w:type="dxa"/>
            </w:tcMar>
            <w:vAlign w:val="center"/>
          </w:tcPr>
          <w:p w14:paraId="2069D1B4"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69EAF73" w14:textId="77777777" w:rsidR="005B3871" w:rsidRDefault="00000000">
            <w:pPr>
              <w:jc w:val="center"/>
            </w:pPr>
            <w:r>
              <w:rPr>
                <w:b/>
                <w:color w:val="000000"/>
              </w:rPr>
              <w:t>UČENEC</w:t>
            </w:r>
          </w:p>
        </w:tc>
      </w:tr>
      <w:tr w:rsidR="005B3871" w14:paraId="35108FFB" w14:textId="77777777">
        <w:trPr>
          <w:jc w:val="center"/>
        </w:trPr>
        <w:tc>
          <w:tcPr>
            <w:tcW w:w="4422" w:type="dxa"/>
            <w:tcMar>
              <w:top w:w="70" w:type="dxa"/>
              <w:left w:w="90" w:type="dxa"/>
              <w:bottom w:w="70" w:type="dxa"/>
              <w:right w:w="90" w:type="dxa"/>
            </w:tcMar>
          </w:tcPr>
          <w:p w14:paraId="61CD62B0" w14:textId="77777777" w:rsidR="005B3871" w:rsidRDefault="005B3871"/>
          <w:p w14:paraId="1F4FE756" w14:textId="77777777" w:rsidR="005B3871" w:rsidRDefault="00000000">
            <w:pPr>
              <w:spacing w:after="60" w:line="245" w:lineRule="auto"/>
            </w:pPr>
            <w:r>
              <w:rPr>
                <w:b/>
                <w:color w:val="000000"/>
              </w:rPr>
              <w:t>UČNI CILJI</w:t>
            </w:r>
          </w:p>
          <w:p w14:paraId="576A8936" w14:textId="77777777" w:rsidR="005B3871" w:rsidRDefault="00000000">
            <w:pPr>
              <w:spacing w:after="20" w:line="245" w:lineRule="auto"/>
            </w:pPr>
            <w:r>
              <w:rPr>
                <w:b/>
                <w:color w:val="000000"/>
                <w:sz w:val="17"/>
              </w:rPr>
              <w:t>SPLOŠNI</w:t>
            </w:r>
          </w:p>
          <w:p w14:paraId="2D1EB496" w14:textId="77777777" w:rsidR="005B3871" w:rsidRDefault="00000000">
            <w:pPr>
              <w:pStyle w:val="Oznaenseznam"/>
              <w:spacing w:after="16"/>
            </w:pPr>
            <w:r>
              <w:rPr>
                <w:color w:val="000000"/>
                <w:sz w:val="16"/>
              </w:rPr>
              <w:t>razvija številske, prostorske in količinske predstave s konkretnimi izkušnjami</w:t>
            </w:r>
          </w:p>
          <w:p w14:paraId="0E029B6A" w14:textId="77777777" w:rsidR="005B3871" w:rsidRDefault="00000000">
            <w:pPr>
              <w:pStyle w:val="Oznaenseznam"/>
              <w:spacing w:after="16"/>
            </w:pPr>
            <w:r>
              <w:rPr>
                <w:color w:val="000000"/>
                <w:sz w:val="16"/>
              </w:rPr>
              <w:t>rešuje matematične probleme s predmetom, gibanjem, risbo, modelom in simbolom</w:t>
            </w:r>
          </w:p>
          <w:p w14:paraId="1510D879" w14:textId="77777777" w:rsidR="005B3871" w:rsidRDefault="00000000">
            <w:pPr>
              <w:pStyle w:val="Oznaenseznam"/>
              <w:spacing w:after="16"/>
            </w:pPr>
            <w:r>
              <w:rPr>
                <w:color w:val="000000"/>
                <w:sz w:val="16"/>
              </w:rPr>
              <w:t>pojasnjuje izbrano strategijo, preverja smiselnost rešitve in posluša rešitve drugih</w:t>
            </w:r>
          </w:p>
          <w:p w14:paraId="424D5ED1" w14:textId="77777777" w:rsidR="005B3871" w:rsidRDefault="00000000">
            <w:pPr>
              <w:pStyle w:val="Oznaenseznam"/>
              <w:spacing w:after="16"/>
            </w:pPr>
            <w:r>
              <w:rPr>
                <w:color w:val="000000"/>
                <w:sz w:val="16"/>
              </w:rPr>
              <w:t>ob namenih in kriterijih spremlja svoje učenje ter uporabi opisno povratno informacijo</w:t>
            </w:r>
          </w:p>
          <w:p w14:paraId="2D3B4EFE" w14:textId="77777777" w:rsidR="005B3871" w:rsidRDefault="00000000">
            <w:pPr>
              <w:spacing w:before="40" w:after="20" w:line="245" w:lineRule="auto"/>
            </w:pPr>
            <w:r>
              <w:rPr>
                <w:b/>
                <w:color w:val="000000"/>
                <w:sz w:val="17"/>
              </w:rPr>
              <w:t>OPERATIVNI</w:t>
            </w:r>
          </w:p>
          <w:p w14:paraId="575242A9" w14:textId="77777777" w:rsidR="005B3871" w:rsidRDefault="00000000">
            <w:pPr>
              <w:pStyle w:val="Oznaenseznam"/>
              <w:spacing w:after="16"/>
            </w:pPr>
            <w:r>
              <w:rPr>
                <w:color w:val="000000"/>
                <w:sz w:val="16"/>
              </w:rPr>
              <w:t>izbere računsko operacijo</w:t>
            </w:r>
          </w:p>
          <w:p w14:paraId="09D425D0" w14:textId="77777777" w:rsidR="005B3871" w:rsidRDefault="00000000">
            <w:pPr>
              <w:pStyle w:val="Oznaenseznam"/>
              <w:spacing w:after="16"/>
            </w:pPr>
            <w:r>
              <w:rPr>
                <w:color w:val="000000"/>
                <w:sz w:val="16"/>
              </w:rPr>
              <w:t>ponazori in reši</w:t>
            </w:r>
          </w:p>
          <w:p w14:paraId="2ABB5CED" w14:textId="77777777" w:rsidR="005B3871" w:rsidRDefault="00000000">
            <w:pPr>
              <w:pStyle w:val="Oznaenseznam"/>
              <w:spacing w:after="16"/>
            </w:pPr>
            <w:r>
              <w:rPr>
                <w:color w:val="000000"/>
                <w:sz w:val="16"/>
              </w:rPr>
              <w:t>pojasni strategijo</w:t>
            </w:r>
          </w:p>
          <w:p w14:paraId="70E8CB0F" w14:textId="77777777" w:rsidR="005B3871" w:rsidRDefault="00000000">
            <w:pPr>
              <w:spacing w:before="40" w:after="20" w:line="245" w:lineRule="auto"/>
            </w:pPr>
            <w:r>
              <w:rPr>
                <w:b/>
                <w:color w:val="000000"/>
                <w:sz w:val="17"/>
              </w:rPr>
              <w:t>PRIČAKOVANI DOSEŽKI / STANDARDI</w:t>
            </w:r>
          </w:p>
          <w:p w14:paraId="2DC2EBEC" w14:textId="77777777" w:rsidR="005B3871" w:rsidRDefault="00000000">
            <w:pPr>
              <w:pStyle w:val="Oznaenseznam"/>
              <w:spacing w:after="16"/>
            </w:pPr>
            <w:r>
              <w:rPr>
                <w:color w:val="000000"/>
                <w:sz w:val="16"/>
              </w:rPr>
              <w:t>ob konkretni, slikovni ali gibalni opori izbere računsko operacijo</w:t>
            </w:r>
          </w:p>
          <w:p w14:paraId="29E17EBF" w14:textId="77777777" w:rsidR="005B3871" w:rsidRDefault="00000000">
            <w:pPr>
              <w:pStyle w:val="Oznaenseznam"/>
              <w:spacing w:after="16"/>
            </w:pPr>
            <w:r>
              <w:rPr>
                <w:color w:val="000000"/>
                <w:sz w:val="16"/>
              </w:rPr>
              <w:t>ob konkretni, slikovni ali gibalni opori ponazori in reši</w:t>
            </w:r>
          </w:p>
          <w:p w14:paraId="4AC84033" w14:textId="77777777" w:rsidR="005B3871" w:rsidRDefault="00000000">
            <w:pPr>
              <w:pStyle w:val="Oznaenseznam"/>
              <w:spacing w:after="16"/>
            </w:pPr>
            <w:r>
              <w:rPr>
                <w:color w:val="000000"/>
                <w:sz w:val="16"/>
              </w:rPr>
              <w:t>ob konkretni, slikovni ali gibalni opori pojasni strategijo</w:t>
            </w:r>
          </w:p>
        </w:tc>
        <w:tc>
          <w:tcPr>
            <w:tcW w:w="7087" w:type="dxa"/>
            <w:tcMar>
              <w:top w:w="70" w:type="dxa"/>
              <w:left w:w="90" w:type="dxa"/>
              <w:bottom w:w="70" w:type="dxa"/>
              <w:right w:w="90" w:type="dxa"/>
            </w:tcMar>
          </w:tcPr>
          <w:p w14:paraId="7F53C40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D29DA85" w14:textId="77777777">
              <w:trPr>
                <w:jc w:val="center"/>
              </w:trPr>
              <w:tc>
                <w:tcPr>
                  <w:tcW w:w="7087" w:type="dxa"/>
                  <w:shd w:val="clear" w:color="auto" w:fill="C6E7F3"/>
                  <w:tcMar>
                    <w:top w:w="45" w:type="dxa"/>
                    <w:left w:w="70" w:type="dxa"/>
                    <w:bottom w:w="45" w:type="dxa"/>
                    <w:right w:w="70" w:type="dxa"/>
                  </w:tcMar>
                </w:tcPr>
                <w:p w14:paraId="4B9563FE" w14:textId="77777777" w:rsidR="005B3871" w:rsidRDefault="00000000">
                  <w:pPr>
                    <w:keepNext/>
                  </w:pPr>
                  <w:r>
                    <w:rPr>
                      <w:b/>
                      <w:color w:val="000000"/>
                    </w:rPr>
                    <w:t>UVODNI DEL – motivacija, aktivacija predznanja in namen učenja (15–20 min)</w:t>
                  </w:r>
                </w:p>
              </w:tc>
            </w:tr>
          </w:tbl>
          <w:p w14:paraId="09B0F297" w14:textId="77777777" w:rsidR="005B3871" w:rsidRDefault="005B3871">
            <w:pPr>
              <w:spacing w:line="20" w:lineRule="exact"/>
            </w:pPr>
          </w:p>
          <w:p w14:paraId="64574F43" w14:textId="77777777" w:rsidR="005B3871" w:rsidRDefault="00000000">
            <w:pPr>
              <w:spacing w:before="40" w:after="60" w:line="245" w:lineRule="auto"/>
            </w:pPr>
            <w:r>
              <w:rPr>
                <w:color w:val="000000"/>
                <w:sz w:val="16"/>
              </w:rPr>
              <w:t>Pot do konca sveta je problemska pot. Učenci vsako nalogo rešujejo po korakih: razumem vprašanje, izberem podatke, ponazorim, izračunam, odgovorim in preverim.</w:t>
            </w:r>
          </w:p>
          <w:tbl>
            <w:tblPr>
              <w:tblStyle w:val="Tabelamrea"/>
              <w:tblW w:w="0" w:type="auto"/>
              <w:jc w:val="center"/>
              <w:tblLayout w:type="fixed"/>
              <w:tblLook w:val="04A0" w:firstRow="1" w:lastRow="0" w:firstColumn="1" w:lastColumn="0" w:noHBand="0" w:noVBand="1"/>
            </w:tblPr>
            <w:tblGrid>
              <w:gridCol w:w="7087"/>
            </w:tblGrid>
            <w:tr w:rsidR="005B3871" w14:paraId="0BEDB9E8" w14:textId="77777777">
              <w:trPr>
                <w:jc w:val="center"/>
              </w:trPr>
              <w:tc>
                <w:tcPr>
                  <w:tcW w:w="7087" w:type="dxa"/>
                  <w:shd w:val="clear" w:color="auto" w:fill="EDC9EA"/>
                  <w:tcMar>
                    <w:top w:w="45" w:type="dxa"/>
                    <w:left w:w="70" w:type="dxa"/>
                    <w:bottom w:w="45" w:type="dxa"/>
                    <w:right w:w="70" w:type="dxa"/>
                  </w:tcMar>
                </w:tcPr>
                <w:p w14:paraId="0488B754" w14:textId="77777777" w:rsidR="005B3871" w:rsidRDefault="00000000">
                  <w:pPr>
                    <w:keepNext/>
                  </w:pPr>
                  <w:r>
                    <w:rPr>
                      <w:b/>
                      <w:color w:val="000000"/>
                    </w:rPr>
                    <w:t>NAMENI UČENJA</w:t>
                  </w:r>
                </w:p>
              </w:tc>
            </w:tr>
          </w:tbl>
          <w:p w14:paraId="3A01A916" w14:textId="77777777" w:rsidR="005B3871" w:rsidRDefault="005B3871">
            <w:pPr>
              <w:spacing w:line="20" w:lineRule="exact"/>
            </w:pPr>
          </w:p>
          <w:p w14:paraId="6CC0867C"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30F4268E" w14:textId="77777777" w:rsidR="005B3871" w:rsidRDefault="00000000">
            <w:pPr>
              <w:pStyle w:val="Oznaenseznam"/>
              <w:spacing w:after="16"/>
            </w:pPr>
            <w:r>
              <w:rPr>
                <w:color w:val="000000"/>
                <w:sz w:val="16"/>
              </w:rPr>
              <w:t>izberem računsko operacijo</w:t>
            </w:r>
          </w:p>
          <w:p w14:paraId="2177D175" w14:textId="77777777" w:rsidR="005B3871" w:rsidRDefault="00000000">
            <w:pPr>
              <w:pStyle w:val="Oznaenseznam"/>
              <w:spacing w:after="16"/>
            </w:pPr>
            <w:r>
              <w:rPr>
                <w:color w:val="000000"/>
                <w:sz w:val="16"/>
              </w:rPr>
              <w:t>ponazorim in rešim</w:t>
            </w:r>
          </w:p>
          <w:p w14:paraId="0CAB2E01" w14:textId="77777777" w:rsidR="005B3871" w:rsidRDefault="00000000">
            <w:pPr>
              <w:pStyle w:val="Oznaenseznam"/>
              <w:spacing w:after="16"/>
            </w:pPr>
            <w:r>
              <w:rPr>
                <w:color w:val="000000"/>
                <w:sz w:val="16"/>
              </w:rPr>
              <w:t>pojasnim strategijo</w:t>
            </w:r>
          </w:p>
          <w:tbl>
            <w:tblPr>
              <w:tblStyle w:val="Tabelamrea"/>
              <w:tblW w:w="0" w:type="auto"/>
              <w:jc w:val="center"/>
              <w:tblLayout w:type="fixed"/>
              <w:tblLook w:val="04A0" w:firstRow="1" w:lastRow="0" w:firstColumn="1" w:lastColumn="0" w:noHBand="0" w:noVBand="1"/>
            </w:tblPr>
            <w:tblGrid>
              <w:gridCol w:w="7087"/>
            </w:tblGrid>
            <w:tr w:rsidR="005B3871" w14:paraId="7C2BBF9E" w14:textId="77777777">
              <w:trPr>
                <w:jc w:val="center"/>
              </w:trPr>
              <w:tc>
                <w:tcPr>
                  <w:tcW w:w="7087" w:type="dxa"/>
                  <w:shd w:val="clear" w:color="auto" w:fill="EDC9EA"/>
                  <w:tcMar>
                    <w:top w:w="45" w:type="dxa"/>
                    <w:left w:w="70" w:type="dxa"/>
                    <w:bottom w:w="45" w:type="dxa"/>
                    <w:right w:w="70" w:type="dxa"/>
                  </w:tcMar>
                </w:tcPr>
                <w:p w14:paraId="1E108E31" w14:textId="77777777" w:rsidR="005B3871" w:rsidRDefault="00000000">
                  <w:pPr>
                    <w:keepNext/>
                  </w:pPr>
                  <w:r>
                    <w:rPr>
                      <w:b/>
                      <w:color w:val="000000"/>
                    </w:rPr>
                    <w:t>PREVERJANJE PREDZNANJA</w:t>
                  </w:r>
                </w:p>
              </w:tc>
            </w:tr>
          </w:tbl>
          <w:p w14:paraId="35631E17" w14:textId="77777777" w:rsidR="005B3871" w:rsidRDefault="005B3871">
            <w:pPr>
              <w:spacing w:line="20" w:lineRule="exact"/>
            </w:pPr>
          </w:p>
          <w:p w14:paraId="36861E6A" w14:textId="77777777" w:rsidR="005B3871" w:rsidRDefault="00000000">
            <w:pPr>
              <w:pStyle w:val="Oznaenseznam"/>
              <w:spacing w:after="16"/>
            </w:pPr>
            <w:r>
              <w:rPr>
                <w:color w:val="000000"/>
                <w:sz w:val="16"/>
              </w:rPr>
              <w:t>Kaj je v problemski nalogi vprašanje in kateri podatki so pomembni?</w:t>
            </w:r>
          </w:p>
          <w:p w14:paraId="52499BFA" w14:textId="77777777" w:rsidR="005B3871" w:rsidRDefault="00000000">
            <w:pPr>
              <w:pStyle w:val="Oznaenseznam"/>
              <w:spacing w:after="16"/>
            </w:pPr>
            <w:r>
              <w:rPr>
                <w:color w:val="000000"/>
                <w:sz w:val="16"/>
              </w:rPr>
              <w:t>Kako vem, ali moram seštevati ali odštevati?</w:t>
            </w:r>
          </w:p>
          <w:p w14:paraId="6CF1ACFF"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5B774E1A" w14:textId="77777777">
              <w:trPr>
                <w:jc w:val="center"/>
              </w:trPr>
              <w:tc>
                <w:tcPr>
                  <w:tcW w:w="7087" w:type="dxa"/>
                  <w:shd w:val="clear" w:color="auto" w:fill="EDC9EA"/>
                  <w:tcMar>
                    <w:top w:w="45" w:type="dxa"/>
                    <w:left w:w="70" w:type="dxa"/>
                    <w:bottom w:w="45" w:type="dxa"/>
                    <w:right w:w="70" w:type="dxa"/>
                  </w:tcMar>
                </w:tcPr>
                <w:p w14:paraId="0E86910D" w14:textId="77777777" w:rsidR="005B3871" w:rsidRDefault="00000000">
                  <w:pPr>
                    <w:keepNext/>
                  </w:pPr>
                  <w:r>
                    <w:rPr>
                      <w:b/>
                      <w:color w:val="000000"/>
                    </w:rPr>
                    <w:t>KRITERIJI USPEŠNOSTI</w:t>
                  </w:r>
                </w:p>
              </w:tc>
            </w:tr>
          </w:tbl>
          <w:p w14:paraId="0AFC25FF" w14:textId="77777777" w:rsidR="005B3871" w:rsidRDefault="005B3871"/>
          <w:p w14:paraId="064A665B" w14:textId="77777777" w:rsidR="005B3871" w:rsidRDefault="00000000">
            <w:pPr>
              <w:spacing w:before="20" w:after="20" w:line="245" w:lineRule="auto"/>
            </w:pPr>
            <w:r>
              <w:rPr>
                <w:b/>
                <w:color w:val="000000"/>
                <w:sz w:val="16"/>
              </w:rPr>
              <w:t>Uspešen/-na bom, ko:</w:t>
            </w:r>
          </w:p>
          <w:p w14:paraId="6F4565CE" w14:textId="77777777" w:rsidR="005B3871" w:rsidRDefault="00000000">
            <w:pPr>
              <w:pStyle w:val="Oznaenseznam"/>
              <w:spacing w:after="16"/>
            </w:pPr>
            <w:r>
              <w:rPr>
                <w:color w:val="000000"/>
                <w:sz w:val="16"/>
              </w:rPr>
              <w:t>izberem računsko operacijo</w:t>
            </w:r>
          </w:p>
          <w:p w14:paraId="545F8B3E" w14:textId="77777777" w:rsidR="005B3871" w:rsidRDefault="00000000">
            <w:pPr>
              <w:pStyle w:val="Oznaenseznam"/>
              <w:spacing w:after="16"/>
            </w:pPr>
            <w:r>
              <w:rPr>
                <w:color w:val="000000"/>
                <w:sz w:val="16"/>
              </w:rPr>
              <w:t>ponazorim in rešim</w:t>
            </w:r>
          </w:p>
          <w:p w14:paraId="706DA9A7" w14:textId="77777777" w:rsidR="005B3871" w:rsidRDefault="00000000">
            <w:pPr>
              <w:pStyle w:val="Oznaenseznam"/>
              <w:spacing w:after="16"/>
            </w:pPr>
            <w:r>
              <w:rPr>
                <w:color w:val="000000"/>
                <w:sz w:val="16"/>
              </w:rPr>
              <w:t>pojasnim strategijo</w:t>
            </w:r>
          </w:p>
          <w:p w14:paraId="3A126D98"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700338DB" w14:textId="77777777" w:rsidR="005B3871" w:rsidRDefault="005B3871"/>
          <w:p w14:paraId="46A92531"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6204978C" w14:textId="77777777" w:rsidR="005B3871" w:rsidRDefault="00000000">
            <w:pPr>
              <w:spacing w:after="80" w:line="245" w:lineRule="auto"/>
            </w:pPr>
            <w:r>
              <w:rPr>
                <w:color w:val="000000"/>
                <w:sz w:val="16"/>
              </w:rPr>
              <w:t>Pove, pokaže ali nariše, kako bi nalogo začel. Posluša tudi drugačne strategije.</w:t>
            </w:r>
          </w:p>
          <w:p w14:paraId="6536D263" w14:textId="77777777" w:rsidR="005B3871" w:rsidRDefault="00000000">
            <w:pPr>
              <w:spacing w:after="100" w:line="245" w:lineRule="auto"/>
            </w:pPr>
            <w:r>
              <w:rPr>
                <w:color w:val="000000"/>
                <w:sz w:val="16"/>
              </w:rPr>
              <w:t>Sodeluje pri razumevanju namenov in kriterijev uspešnosti.</w:t>
            </w:r>
          </w:p>
          <w:p w14:paraId="03321BD3" w14:textId="77777777" w:rsidR="005B3871" w:rsidRDefault="00000000">
            <w:pPr>
              <w:spacing w:after="20" w:line="245" w:lineRule="auto"/>
            </w:pPr>
            <w:r>
              <w:rPr>
                <w:b/>
                <w:color w:val="D95BC6"/>
                <w:sz w:val="17"/>
              </w:rPr>
              <w:t>DOKAZ O UČENJU</w:t>
            </w:r>
          </w:p>
          <w:p w14:paraId="34622ACB" w14:textId="77777777" w:rsidR="005B3871" w:rsidRDefault="00000000">
            <w:pPr>
              <w:spacing w:after="30" w:line="245" w:lineRule="auto"/>
            </w:pPr>
            <w:r>
              <w:rPr>
                <w:color w:val="D95BC6"/>
                <w:sz w:val="16"/>
              </w:rPr>
              <w:t>začetna strategija, razvrstitev, model, risba, gib ali ustni odgovor</w:t>
            </w:r>
          </w:p>
        </w:tc>
      </w:tr>
    </w:tbl>
    <w:p w14:paraId="57705FA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202C1B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138BB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1E324AC" w14:textId="77777777" w:rsidR="005B3871" w:rsidRDefault="00000000">
            <w:pPr>
              <w:jc w:val="center"/>
            </w:pPr>
            <w:r>
              <w:rPr>
                <w:b/>
                <w:color w:val="000000"/>
                <w:sz w:val="20"/>
              </w:rPr>
              <w:t>UČNE DEJAVNOSTI, METODE IN FORMATIVNO SPREMLJANJE</w:t>
            </w:r>
          </w:p>
        </w:tc>
      </w:tr>
      <w:tr w:rsidR="005B3871" w14:paraId="396D8296" w14:textId="77777777">
        <w:trPr>
          <w:tblHeader/>
          <w:jc w:val="center"/>
        </w:trPr>
        <w:tc>
          <w:tcPr>
            <w:tcW w:w="4422" w:type="dxa"/>
            <w:vMerge/>
            <w:tcMar>
              <w:top w:w="70" w:type="dxa"/>
              <w:left w:w="90" w:type="dxa"/>
              <w:bottom w:w="70" w:type="dxa"/>
              <w:right w:w="90" w:type="dxa"/>
            </w:tcMar>
            <w:vAlign w:val="center"/>
          </w:tcPr>
          <w:p w14:paraId="7ECF2EAC" w14:textId="77777777" w:rsidR="005B3871" w:rsidRDefault="005B3871"/>
        </w:tc>
        <w:tc>
          <w:tcPr>
            <w:tcW w:w="7087" w:type="dxa"/>
            <w:shd w:val="clear" w:color="auto" w:fill="FFFFFF"/>
            <w:tcMar>
              <w:top w:w="70" w:type="dxa"/>
              <w:left w:w="90" w:type="dxa"/>
              <w:bottom w:w="70" w:type="dxa"/>
              <w:right w:w="90" w:type="dxa"/>
            </w:tcMar>
            <w:vAlign w:val="center"/>
          </w:tcPr>
          <w:p w14:paraId="6D3E737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FE0AD85" w14:textId="77777777" w:rsidR="005B3871" w:rsidRDefault="00000000">
            <w:pPr>
              <w:jc w:val="center"/>
            </w:pPr>
            <w:r>
              <w:rPr>
                <w:b/>
                <w:color w:val="000000"/>
              </w:rPr>
              <w:t>UČENEC</w:t>
            </w:r>
          </w:p>
        </w:tc>
      </w:tr>
      <w:tr w:rsidR="005B3871" w14:paraId="559C7BAD" w14:textId="77777777">
        <w:trPr>
          <w:jc w:val="center"/>
        </w:trPr>
        <w:tc>
          <w:tcPr>
            <w:tcW w:w="4422" w:type="dxa"/>
            <w:tcMar>
              <w:top w:w="70" w:type="dxa"/>
              <w:left w:w="90" w:type="dxa"/>
              <w:bottom w:w="70" w:type="dxa"/>
              <w:right w:w="90" w:type="dxa"/>
            </w:tcMar>
          </w:tcPr>
          <w:p w14:paraId="393781F8" w14:textId="77777777" w:rsidR="005B3871" w:rsidRDefault="005B3871"/>
          <w:p w14:paraId="2181D9E4" w14:textId="77777777" w:rsidR="005B3871" w:rsidRDefault="00000000">
            <w:pPr>
              <w:spacing w:after="40" w:line="245" w:lineRule="auto"/>
            </w:pPr>
            <w:r>
              <w:rPr>
                <w:b/>
                <w:color w:val="000000"/>
              </w:rPr>
              <w:t>KLJUČNI POJMI</w:t>
            </w:r>
          </w:p>
          <w:p w14:paraId="0D90CEA8" w14:textId="77777777" w:rsidR="005B3871" w:rsidRDefault="00000000">
            <w:pPr>
              <w:spacing w:after="60" w:line="245" w:lineRule="auto"/>
            </w:pPr>
            <w:r>
              <w:rPr>
                <w:color w:val="000000"/>
                <w:sz w:val="16"/>
              </w:rPr>
              <w:t>problemska naloga, vprašanje, podatek, načrt, ponazoritev, operacija, račun, odgovor, preverjanje</w:t>
            </w:r>
          </w:p>
          <w:p w14:paraId="0754B9CF" w14:textId="77777777" w:rsidR="005B3871" w:rsidRDefault="00000000">
            <w:pPr>
              <w:spacing w:after="20" w:line="245" w:lineRule="auto"/>
            </w:pPr>
            <w:r>
              <w:rPr>
                <w:b/>
                <w:color w:val="000000"/>
                <w:sz w:val="17"/>
              </w:rPr>
              <w:t>DOKAZI O UČENJU</w:t>
            </w:r>
          </w:p>
          <w:p w14:paraId="5868E535" w14:textId="77777777" w:rsidR="005B3871" w:rsidRDefault="00000000">
            <w:pPr>
              <w:pStyle w:val="Oznaenseznam"/>
              <w:spacing w:after="16"/>
            </w:pPr>
            <w:r>
              <w:rPr>
                <w:color w:val="000000"/>
                <w:sz w:val="16"/>
              </w:rPr>
              <w:t>rešena naloga z vidnimi koraki</w:t>
            </w:r>
          </w:p>
          <w:p w14:paraId="4B2E0622" w14:textId="77777777" w:rsidR="005B3871" w:rsidRDefault="00000000">
            <w:pPr>
              <w:pStyle w:val="Oznaenseznam"/>
              <w:spacing w:after="16"/>
            </w:pPr>
            <w:r>
              <w:rPr>
                <w:color w:val="000000"/>
                <w:sz w:val="16"/>
              </w:rPr>
              <w:t>ponazoritev, račun, odgovor in razlaga strategije</w:t>
            </w:r>
          </w:p>
          <w:p w14:paraId="3FAE2510" w14:textId="77777777" w:rsidR="005B3871" w:rsidRDefault="00000000">
            <w:pPr>
              <w:spacing w:before="40" w:after="20" w:line="245" w:lineRule="auto"/>
            </w:pPr>
            <w:r>
              <w:rPr>
                <w:b/>
                <w:color w:val="000000"/>
                <w:sz w:val="17"/>
              </w:rPr>
              <w:t>MEDPREDMETNA POVEZAVA</w:t>
            </w:r>
          </w:p>
          <w:p w14:paraId="16D0A112" w14:textId="77777777" w:rsidR="005B3871" w:rsidRDefault="00000000">
            <w:pPr>
              <w:spacing w:after="60" w:line="245" w:lineRule="auto"/>
            </w:pPr>
            <w:r>
              <w:rPr>
                <w:color w:val="000000"/>
                <w:sz w:val="16"/>
              </w:rPr>
              <w:t>SLJ – bralno razumevanje naloge; SPO – življenjske situacije; ŠPO – problemska pot; LUM – slikovna ponazoritev</w:t>
            </w:r>
          </w:p>
          <w:p w14:paraId="5CBFE33D" w14:textId="77777777" w:rsidR="005B3871" w:rsidRDefault="00000000">
            <w:pPr>
              <w:spacing w:after="20" w:line="245" w:lineRule="auto"/>
            </w:pPr>
            <w:r>
              <w:rPr>
                <w:b/>
                <w:color w:val="000000"/>
                <w:sz w:val="17"/>
              </w:rPr>
              <w:t>POUČEVANJE V GIBANJU</w:t>
            </w:r>
          </w:p>
          <w:p w14:paraId="487D81BD"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11E6FCB1" w14:textId="77777777" w:rsidR="005B3871" w:rsidRDefault="00000000">
            <w:pPr>
              <w:spacing w:after="20" w:line="245" w:lineRule="auto"/>
            </w:pPr>
            <w:r>
              <w:rPr>
                <w:b/>
                <w:color w:val="000000"/>
                <w:sz w:val="17"/>
              </w:rPr>
              <w:t>DELO PO POSTAJAH</w:t>
            </w:r>
          </w:p>
          <w:p w14:paraId="6578BB49" w14:textId="77777777" w:rsidR="005B3871" w:rsidRDefault="00000000">
            <w:pPr>
              <w:spacing w:after="60" w:line="245" w:lineRule="auto"/>
            </w:pPr>
            <w:r>
              <w:rPr>
                <w:color w:val="000000"/>
                <w:sz w:val="15"/>
              </w:rPr>
              <w:t>Načrtovana rotacija: konkretno-izkušenjska – Problemska pot v šestih korakih; gibalna/sodelovalna – Konferenca strategij. Pri pisnem ocenjevanju se postaje izvedejo v pripravi, analizi in ponovnem učenju.</w:t>
            </w:r>
          </w:p>
          <w:p w14:paraId="63B5C712" w14:textId="77777777" w:rsidR="005B3871" w:rsidRDefault="00000000">
            <w:pPr>
              <w:spacing w:after="20" w:line="245" w:lineRule="auto"/>
            </w:pPr>
            <w:r>
              <w:rPr>
                <w:b/>
                <w:color w:val="000000"/>
                <w:sz w:val="17"/>
              </w:rPr>
              <w:t>DIFERENCIACIJA IN VKLJUČEVANJE</w:t>
            </w:r>
          </w:p>
          <w:p w14:paraId="4FA2D86D"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3555B41A" w14:textId="77777777" w:rsidR="005B3871" w:rsidRDefault="00000000">
            <w:pPr>
              <w:spacing w:after="20" w:line="245" w:lineRule="auto"/>
            </w:pPr>
            <w:r>
              <w:rPr>
                <w:b/>
                <w:color w:val="000000"/>
                <w:sz w:val="17"/>
              </w:rPr>
              <w:t>SPREMLJANJE</w:t>
            </w:r>
          </w:p>
          <w:p w14:paraId="33EB0F81"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5BBE9B55"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7CE3E7F" w14:textId="77777777">
              <w:trPr>
                <w:jc w:val="center"/>
              </w:trPr>
              <w:tc>
                <w:tcPr>
                  <w:tcW w:w="7087" w:type="dxa"/>
                  <w:shd w:val="clear" w:color="auto" w:fill="C6E7F3"/>
                  <w:tcMar>
                    <w:top w:w="45" w:type="dxa"/>
                    <w:left w:w="70" w:type="dxa"/>
                    <w:bottom w:w="45" w:type="dxa"/>
                    <w:right w:w="70" w:type="dxa"/>
                  </w:tcMar>
                </w:tcPr>
                <w:p w14:paraId="3A59F30E" w14:textId="77777777" w:rsidR="005B3871" w:rsidRDefault="00000000">
                  <w:pPr>
                    <w:keepNext/>
                  </w:pPr>
                  <w:r>
                    <w:rPr>
                      <w:b/>
                      <w:color w:val="000000"/>
                    </w:rPr>
                    <w:t>GLAVNI DEL – IZKUŠENJSKO IN PROBLEMSKO UČENJE (2 šolski uri)</w:t>
                  </w:r>
                </w:p>
              </w:tc>
            </w:tr>
          </w:tbl>
          <w:p w14:paraId="2E4062E2" w14:textId="77777777" w:rsidR="005B3871" w:rsidRDefault="005B3871">
            <w:pPr>
              <w:spacing w:line="20" w:lineRule="exact"/>
            </w:pPr>
          </w:p>
          <w:p w14:paraId="771E3C49" w14:textId="77777777" w:rsidR="005B3871" w:rsidRDefault="00000000">
            <w:pPr>
              <w:keepNext/>
              <w:spacing w:before="40" w:after="10" w:line="245" w:lineRule="auto"/>
            </w:pPr>
            <w:r>
              <w:rPr>
                <w:b/>
                <w:color w:val="000000"/>
                <w:sz w:val="17"/>
              </w:rPr>
              <w:t>1. URA – Problemska pot v šestih korakih</w:t>
            </w:r>
          </w:p>
          <w:p w14:paraId="5DFBA199" w14:textId="77777777" w:rsidR="005B3871" w:rsidRDefault="00000000">
            <w:pPr>
              <w:spacing w:after="14" w:line="245" w:lineRule="auto"/>
            </w:pPr>
            <w:r>
              <w:rPr>
                <w:b/>
                <w:color w:val="000000"/>
                <w:sz w:val="16"/>
              </w:rPr>
              <w:t xml:space="preserve">Dejavnost učiteljice: </w:t>
            </w:r>
            <w:r>
              <w:rPr>
                <w:color w:val="000000"/>
                <w:sz w:val="16"/>
              </w:rPr>
              <w:t>Na tleh označi šest korakov in na zgledu glasno modelira odločanje brez poudarjanja ključnih besed.</w:t>
            </w:r>
          </w:p>
          <w:p w14:paraId="197345C6" w14:textId="77777777" w:rsidR="005B3871" w:rsidRDefault="00000000">
            <w:pPr>
              <w:spacing w:after="14" w:line="245" w:lineRule="auto"/>
            </w:pPr>
            <w:r>
              <w:rPr>
                <w:b/>
                <w:color w:val="000000"/>
                <w:sz w:val="16"/>
              </w:rPr>
              <w:t xml:space="preserve">Dejavnost učencev: </w:t>
            </w:r>
            <w:r>
              <w:rPr>
                <w:color w:val="000000"/>
                <w:sz w:val="16"/>
              </w:rPr>
              <w:t>Nalogo odigrajo, se premikajo po korakih, izberejo operacijo in zapišejo odgovor.</w:t>
            </w:r>
          </w:p>
          <w:p w14:paraId="76487293" w14:textId="77777777" w:rsidR="005B3871" w:rsidRDefault="00000000">
            <w:pPr>
              <w:spacing w:after="24" w:line="245" w:lineRule="auto"/>
            </w:pPr>
            <w:r>
              <w:rPr>
                <w:i/>
                <w:color w:val="D95BC6"/>
                <w:sz w:val="16"/>
              </w:rPr>
              <w:t>Predvideni dokaz: rešena naloga z vidnimi koraki.</w:t>
            </w:r>
          </w:p>
          <w:p w14:paraId="546073B4" w14:textId="77777777" w:rsidR="005B3871" w:rsidRDefault="00000000">
            <w:pPr>
              <w:keepNext/>
              <w:spacing w:before="40" w:after="10" w:line="245" w:lineRule="auto"/>
            </w:pPr>
            <w:r>
              <w:rPr>
                <w:b/>
                <w:color w:val="000000"/>
                <w:sz w:val="17"/>
              </w:rPr>
              <w:t>2. URA – Konferenca strategij</w:t>
            </w:r>
          </w:p>
          <w:p w14:paraId="13439570" w14:textId="77777777" w:rsidR="005B3871" w:rsidRDefault="00000000">
            <w:pPr>
              <w:spacing w:after="14" w:line="245" w:lineRule="auto"/>
            </w:pPr>
            <w:r>
              <w:rPr>
                <w:b/>
                <w:color w:val="000000"/>
                <w:sz w:val="16"/>
              </w:rPr>
              <w:t xml:space="preserve">Dejavnost učiteljice: </w:t>
            </w:r>
            <w:r>
              <w:rPr>
                <w:color w:val="000000"/>
                <w:sz w:val="16"/>
              </w:rPr>
              <w:t>Ponudi isto nalogo z možnostjo predmeta, risbe ali osi ter vodi primerjavo rešitev.</w:t>
            </w:r>
          </w:p>
          <w:p w14:paraId="22C8A362" w14:textId="77777777" w:rsidR="005B3871" w:rsidRDefault="00000000">
            <w:pPr>
              <w:spacing w:after="14" w:line="245" w:lineRule="auto"/>
            </w:pPr>
            <w:r>
              <w:rPr>
                <w:b/>
                <w:color w:val="000000"/>
                <w:sz w:val="16"/>
              </w:rPr>
              <w:t xml:space="preserve">Dejavnost učencev: </w:t>
            </w:r>
            <w:r>
              <w:rPr>
                <w:color w:val="000000"/>
                <w:sz w:val="16"/>
              </w:rPr>
              <w:t>Izberejo ponazoritev, rešitev razložijo partnerju in jo po odzivu preverijo ali izboljšajo.</w:t>
            </w:r>
          </w:p>
          <w:p w14:paraId="0630BB33" w14:textId="77777777" w:rsidR="005B3871" w:rsidRDefault="00000000">
            <w:pPr>
              <w:spacing w:after="24" w:line="245" w:lineRule="auto"/>
            </w:pPr>
            <w:r>
              <w:rPr>
                <w:i/>
                <w:color w:val="D95BC6"/>
                <w:sz w:val="16"/>
              </w:rPr>
              <w:t>Predvideni dokaz: ponazoritev, račun, odgovor in razlaga strategije.</w:t>
            </w:r>
          </w:p>
          <w:tbl>
            <w:tblPr>
              <w:tblStyle w:val="Tabelamrea"/>
              <w:tblW w:w="0" w:type="auto"/>
              <w:jc w:val="center"/>
              <w:tblLayout w:type="fixed"/>
              <w:tblLook w:val="04A0" w:firstRow="1" w:lastRow="0" w:firstColumn="1" w:lastColumn="0" w:noHBand="0" w:noVBand="1"/>
            </w:tblPr>
            <w:tblGrid>
              <w:gridCol w:w="7087"/>
            </w:tblGrid>
            <w:tr w:rsidR="005B3871" w14:paraId="523D1E40" w14:textId="77777777">
              <w:trPr>
                <w:jc w:val="center"/>
              </w:trPr>
              <w:tc>
                <w:tcPr>
                  <w:tcW w:w="7087" w:type="dxa"/>
                  <w:shd w:val="clear" w:color="auto" w:fill="EDC9EA"/>
                  <w:tcMar>
                    <w:top w:w="45" w:type="dxa"/>
                    <w:left w:w="70" w:type="dxa"/>
                    <w:bottom w:w="45" w:type="dxa"/>
                    <w:right w:w="70" w:type="dxa"/>
                  </w:tcMar>
                </w:tcPr>
                <w:p w14:paraId="168A49C7" w14:textId="77777777" w:rsidR="005B3871" w:rsidRDefault="00000000">
                  <w:pPr>
                    <w:keepNext/>
                  </w:pPr>
                  <w:r>
                    <w:rPr>
                      <w:b/>
                      <w:color w:val="000000"/>
                    </w:rPr>
                    <w:t>POVRATNA INFORMACIJA UČITELJICE MED DELOM</w:t>
                  </w:r>
                </w:p>
              </w:tc>
            </w:tr>
          </w:tbl>
          <w:p w14:paraId="0DBE579E" w14:textId="77777777" w:rsidR="005B3871" w:rsidRDefault="005B3871"/>
          <w:p w14:paraId="5A33FE1F"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17A8CE2B" w14:textId="77777777" w:rsidR="005B3871" w:rsidRDefault="005B3871"/>
          <w:p w14:paraId="41FA1878" w14:textId="77777777" w:rsidR="005B3871" w:rsidRDefault="00000000">
            <w:pPr>
              <w:spacing w:after="10" w:line="245" w:lineRule="auto"/>
            </w:pPr>
            <w:r>
              <w:rPr>
                <w:b/>
                <w:color w:val="000000"/>
                <w:sz w:val="16"/>
              </w:rPr>
              <w:t>1. URA</w:t>
            </w:r>
          </w:p>
          <w:p w14:paraId="32898D0F" w14:textId="77777777" w:rsidR="005B3871" w:rsidRDefault="00000000">
            <w:pPr>
              <w:spacing w:after="30" w:line="245" w:lineRule="auto"/>
            </w:pPr>
            <w:r>
              <w:rPr>
                <w:color w:val="000000"/>
                <w:sz w:val="16"/>
              </w:rPr>
              <w:t>Nalogo odigrajo, se premikajo po korakih, izberejo operacijo in zapišejo odgovor.</w:t>
            </w:r>
          </w:p>
          <w:p w14:paraId="61F54DA4" w14:textId="77777777" w:rsidR="005B3871" w:rsidRDefault="00000000">
            <w:pPr>
              <w:spacing w:line="245" w:lineRule="auto"/>
            </w:pPr>
            <w:r>
              <w:rPr>
                <w:b/>
                <w:color w:val="D95BC6"/>
                <w:sz w:val="16"/>
              </w:rPr>
              <w:t>DOKAZ</w:t>
            </w:r>
          </w:p>
          <w:p w14:paraId="1AB07A93" w14:textId="77777777" w:rsidR="005B3871" w:rsidRDefault="00000000">
            <w:pPr>
              <w:spacing w:after="40" w:line="245" w:lineRule="auto"/>
            </w:pPr>
            <w:r>
              <w:rPr>
                <w:color w:val="D95BC6"/>
                <w:sz w:val="15"/>
              </w:rPr>
              <w:t>rešena naloga z vidnimi koraki</w:t>
            </w:r>
          </w:p>
          <w:p w14:paraId="7F5B25C0" w14:textId="77777777" w:rsidR="005B3871" w:rsidRDefault="00000000">
            <w:pPr>
              <w:spacing w:after="10" w:line="245" w:lineRule="auto"/>
            </w:pPr>
            <w:r>
              <w:rPr>
                <w:b/>
                <w:color w:val="000000"/>
                <w:sz w:val="16"/>
              </w:rPr>
              <w:t>2. URA</w:t>
            </w:r>
          </w:p>
          <w:p w14:paraId="66C43A79" w14:textId="77777777" w:rsidR="005B3871" w:rsidRDefault="00000000">
            <w:pPr>
              <w:spacing w:after="30" w:line="245" w:lineRule="auto"/>
            </w:pPr>
            <w:r>
              <w:rPr>
                <w:color w:val="000000"/>
                <w:sz w:val="16"/>
              </w:rPr>
              <w:t>Izberejo ponazoritev, rešitev razložijo partnerju in jo po odzivu preverijo ali izboljšajo.</w:t>
            </w:r>
          </w:p>
          <w:p w14:paraId="11041A63" w14:textId="77777777" w:rsidR="005B3871" w:rsidRDefault="00000000">
            <w:pPr>
              <w:spacing w:line="245" w:lineRule="auto"/>
            </w:pPr>
            <w:r>
              <w:rPr>
                <w:b/>
                <w:color w:val="D95BC6"/>
                <w:sz w:val="16"/>
              </w:rPr>
              <w:t>DOKAZ</w:t>
            </w:r>
          </w:p>
          <w:p w14:paraId="6575070D" w14:textId="77777777" w:rsidR="005B3871" w:rsidRDefault="00000000">
            <w:pPr>
              <w:spacing w:after="40" w:line="245" w:lineRule="auto"/>
            </w:pPr>
            <w:r>
              <w:rPr>
                <w:color w:val="D95BC6"/>
                <w:sz w:val="15"/>
              </w:rPr>
              <w:t>ponazoritev, račun, odgovor in razlaga strategije</w:t>
            </w:r>
          </w:p>
        </w:tc>
      </w:tr>
    </w:tbl>
    <w:p w14:paraId="6F4182A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10B1AF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F3DFC3D"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8027339" w14:textId="77777777" w:rsidR="005B3871" w:rsidRDefault="00000000">
            <w:pPr>
              <w:jc w:val="center"/>
            </w:pPr>
            <w:r>
              <w:rPr>
                <w:b/>
                <w:color w:val="000000"/>
                <w:sz w:val="20"/>
              </w:rPr>
              <w:t>UČNE DEJAVNOSTI, METODE IN FORMATIVNO SPREMLJANJE</w:t>
            </w:r>
          </w:p>
        </w:tc>
      </w:tr>
      <w:tr w:rsidR="005B3871" w14:paraId="379E4373" w14:textId="77777777">
        <w:trPr>
          <w:tblHeader/>
          <w:jc w:val="center"/>
        </w:trPr>
        <w:tc>
          <w:tcPr>
            <w:tcW w:w="4422" w:type="dxa"/>
            <w:vMerge/>
            <w:tcMar>
              <w:top w:w="70" w:type="dxa"/>
              <w:left w:w="90" w:type="dxa"/>
              <w:bottom w:w="70" w:type="dxa"/>
              <w:right w:w="90" w:type="dxa"/>
            </w:tcMar>
            <w:vAlign w:val="center"/>
          </w:tcPr>
          <w:p w14:paraId="4217281D" w14:textId="77777777" w:rsidR="005B3871" w:rsidRDefault="005B3871"/>
        </w:tc>
        <w:tc>
          <w:tcPr>
            <w:tcW w:w="7087" w:type="dxa"/>
            <w:shd w:val="clear" w:color="auto" w:fill="FFFFFF"/>
            <w:tcMar>
              <w:top w:w="70" w:type="dxa"/>
              <w:left w:w="90" w:type="dxa"/>
              <w:bottom w:w="70" w:type="dxa"/>
              <w:right w:w="90" w:type="dxa"/>
            </w:tcMar>
            <w:vAlign w:val="center"/>
          </w:tcPr>
          <w:p w14:paraId="0D6AAFF6"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0ED3886" w14:textId="77777777" w:rsidR="005B3871" w:rsidRDefault="00000000">
            <w:pPr>
              <w:jc w:val="center"/>
            </w:pPr>
            <w:r>
              <w:rPr>
                <w:b/>
                <w:color w:val="000000"/>
              </w:rPr>
              <w:t>UČENEC</w:t>
            </w:r>
          </w:p>
        </w:tc>
      </w:tr>
      <w:tr w:rsidR="005B3871" w14:paraId="6CE020A0" w14:textId="77777777">
        <w:trPr>
          <w:jc w:val="center"/>
        </w:trPr>
        <w:tc>
          <w:tcPr>
            <w:tcW w:w="4422" w:type="dxa"/>
            <w:tcMar>
              <w:top w:w="70" w:type="dxa"/>
              <w:left w:w="90" w:type="dxa"/>
              <w:bottom w:w="70" w:type="dxa"/>
              <w:right w:w="90" w:type="dxa"/>
            </w:tcMar>
          </w:tcPr>
          <w:p w14:paraId="4D8E534A" w14:textId="77777777" w:rsidR="005B3871" w:rsidRDefault="005B3871"/>
          <w:p w14:paraId="681E26C8" w14:textId="77777777" w:rsidR="005B3871" w:rsidRDefault="00000000">
            <w:pPr>
              <w:spacing w:after="40" w:line="245" w:lineRule="auto"/>
            </w:pPr>
            <w:r>
              <w:rPr>
                <w:b/>
                <w:color w:val="000000"/>
              </w:rPr>
              <w:t>FORMATIVNO SPREMLJANJE</w:t>
            </w:r>
          </w:p>
          <w:p w14:paraId="67C2ABE2" w14:textId="77777777" w:rsidR="005B3871" w:rsidRDefault="00000000">
            <w:pPr>
              <w:pStyle w:val="Oznaenseznam"/>
              <w:spacing w:after="16"/>
            </w:pPr>
            <w:r>
              <w:rPr>
                <w:color w:val="000000"/>
                <w:sz w:val="16"/>
              </w:rPr>
              <w:t>predznanje: začetna strategija, ocena, razvrstitev, model ali risba</w:t>
            </w:r>
          </w:p>
          <w:p w14:paraId="3248E627" w14:textId="77777777" w:rsidR="005B3871" w:rsidRDefault="00000000">
            <w:pPr>
              <w:pStyle w:val="Oznaenseznam"/>
              <w:spacing w:after="16"/>
            </w:pPr>
            <w:r>
              <w:rPr>
                <w:color w:val="000000"/>
                <w:sz w:val="16"/>
              </w:rPr>
              <w:t>dokazi med učenjem: konkretni, gibalni, slikovni in simbolni prikaz ter razlaga postopka</w:t>
            </w:r>
          </w:p>
          <w:p w14:paraId="31B232F8" w14:textId="77777777" w:rsidR="005B3871" w:rsidRDefault="00000000">
            <w:pPr>
              <w:pStyle w:val="Oznaenseznam"/>
              <w:spacing w:after="16"/>
            </w:pPr>
            <w:r>
              <w:rPr>
                <w:color w:val="000000"/>
                <w:sz w:val="16"/>
              </w:rPr>
              <w:t>povratna informacija: konkretna, vezana na kriterij in usmerjena v preverjanje ali naslednji korak</w:t>
            </w:r>
          </w:p>
          <w:p w14:paraId="1C5A34E7" w14:textId="77777777" w:rsidR="005B3871" w:rsidRDefault="00000000">
            <w:pPr>
              <w:pStyle w:val="Oznaenseznam"/>
              <w:spacing w:after="16"/>
            </w:pPr>
            <w:r>
              <w:rPr>
                <w:color w:val="000000"/>
                <w:sz w:val="16"/>
              </w:rPr>
              <w:t>samovrednotenje: semafor, lestvica samostojnosti, izbrani dokaz ali kratka poved</w:t>
            </w:r>
          </w:p>
          <w:p w14:paraId="4BAC4F78" w14:textId="77777777" w:rsidR="005B3871" w:rsidRDefault="00000000">
            <w:pPr>
              <w:spacing w:before="40" w:after="20" w:line="245" w:lineRule="auto"/>
            </w:pPr>
            <w:r>
              <w:rPr>
                <w:b/>
                <w:color w:val="000000"/>
                <w:sz w:val="17"/>
              </w:rPr>
              <w:t>VARNOST IN ODGOVORNOST</w:t>
            </w:r>
          </w:p>
          <w:p w14:paraId="2C71885C"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1A88FC21" w14:textId="77777777" w:rsidR="005B3871" w:rsidRDefault="00000000">
            <w:pPr>
              <w:spacing w:after="20" w:line="245" w:lineRule="auto"/>
            </w:pPr>
            <w:r>
              <w:rPr>
                <w:b/>
                <w:color w:val="000000"/>
                <w:sz w:val="17"/>
              </w:rPr>
              <w:t>EVIDENCA PO IZVEDBI</w:t>
            </w:r>
          </w:p>
          <w:p w14:paraId="143D3523"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0B2C4D92"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4B484DD" w14:textId="77777777">
              <w:trPr>
                <w:jc w:val="center"/>
              </w:trPr>
              <w:tc>
                <w:tcPr>
                  <w:tcW w:w="7087" w:type="dxa"/>
                  <w:shd w:val="clear" w:color="auto" w:fill="EDC9EA"/>
                  <w:tcMar>
                    <w:top w:w="45" w:type="dxa"/>
                    <w:left w:w="70" w:type="dxa"/>
                    <w:bottom w:w="45" w:type="dxa"/>
                    <w:right w:w="70" w:type="dxa"/>
                  </w:tcMar>
                </w:tcPr>
                <w:p w14:paraId="3DA882F3" w14:textId="77777777" w:rsidR="005B3871" w:rsidRDefault="00000000">
                  <w:pPr>
                    <w:keepNext/>
                  </w:pPr>
                  <w:r>
                    <w:rPr>
                      <w:b/>
                      <w:color w:val="000000"/>
                    </w:rPr>
                    <w:t>VPRAŠANJA V PODPORO MATEMATIČNEMU UČENJU</w:t>
                  </w:r>
                </w:p>
              </w:tc>
            </w:tr>
          </w:tbl>
          <w:p w14:paraId="1C59CAEF" w14:textId="77777777" w:rsidR="005B3871" w:rsidRDefault="005B3871">
            <w:pPr>
              <w:spacing w:line="20" w:lineRule="exact"/>
            </w:pPr>
          </w:p>
          <w:p w14:paraId="3BCAF297" w14:textId="77777777" w:rsidR="005B3871" w:rsidRDefault="00000000">
            <w:pPr>
              <w:pStyle w:val="Oznaenseznam"/>
              <w:spacing w:after="16"/>
            </w:pPr>
            <w:r>
              <w:rPr>
                <w:color w:val="000000"/>
                <w:sz w:val="16"/>
              </w:rPr>
              <w:t>Kaj v tvojem modelu, risbi ali zapisu predstavlja posamezni del naloge?</w:t>
            </w:r>
          </w:p>
          <w:p w14:paraId="73C9546F" w14:textId="77777777" w:rsidR="005B3871" w:rsidRDefault="00000000">
            <w:pPr>
              <w:pStyle w:val="Oznaenseznam"/>
              <w:spacing w:after="16"/>
            </w:pPr>
            <w:r>
              <w:rPr>
                <w:color w:val="000000"/>
                <w:sz w:val="16"/>
              </w:rPr>
              <w:t>Kako si prišel/-la do rešitve in kako veš, da je smiselna?</w:t>
            </w:r>
          </w:p>
          <w:p w14:paraId="0DB90E67" w14:textId="77777777" w:rsidR="005B3871" w:rsidRDefault="00000000">
            <w:pPr>
              <w:pStyle w:val="Oznaenseznam"/>
              <w:spacing w:after="16"/>
            </w:pPr>
            <w:r>
              <w:rPr>
                <w:color w:val="000000"/>
                <w:sz w:val="16"/>
              </w:rPr>
              <w:t>Ali lahko isto pokažeš še s predmetom, gibanjem, risbo ali drugim zapisom?</w:t>
            </w:r>
          </w:p>
          <w:p w14:paraId="0F6A4470" w14:textId="77777777" w:rsidR="005B3871" w:rsidRDefault="00000000">
            <w:pPr>
              <w:pStyle w:val="Oznaenseznam"/>
              <w:spacing w:after="16"/>
            </w:pPr>
            <w:r>
              <w:rPr>
                <w:color w:val="000000"/>
                <w:sz w:val="16"/>
              </w:rPr>
              <w:t>Kje bi se lahko zmotil/-a in kako boš rešitev preveril/-a?</w:t>
            </w:r>
          </w:p>
          <w:p w14:paraId="7AD026F2"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3C5A7F60" w14:textId="77777777">
              <w:trPr>
                <w:jc w:val="center"/>
              </w:trPr>
              <w:tc>
                <w:tcPr>
                  <w:tcW w:w="7087" w:type="dxa"/>
                  <w:shd w:val="clear" w:color="auto" w:fill="C6E7F3"/>
                  <w:tcMar>
                    <w:top w:w="45" w:type="dxa"/>
                    <w:left w:w="70" w:type="dxa"/>
                    <w:bottom w:w="45" w:type="dxa"/>
                    <w:right w:w="70" w:type="dxa"/>
                  </w:tcMar>
                </w:tcPr>
                <w:p w14:paraId="1E72FCD7" w14:textId="77777777" w:rsidR="005B3871" w:rsidRDefault="00000000">
                  <w:pPr>
                    <w:keepNext/>
                  </w:pPr>
                  <w:r>
                    <w:rPr>
                      <w:b/>
                      <w:color w:val="000000"/>
                    </w:rPr>
                    <w:t>ZAKLJUČNI DEL – UTRJEVANJE IN REFLEKSIJA (10–15 min)</w:t>
                  </w:r>
                </w:p>
              </w:tc>
            </w:tr>
          </w:tbl>
          <w:p w14:paraId="76D55359" w14:textId="77777777" w:rsidR="005B3871" w:rsidRDefault="005B3871">
            <w:pPr>
              <w:spacing w:line="20" w:lineRule="exact"/>
            </w:pPr>
          </w:p>
          <w:p w14:paraId="70EB767D"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32C740AA" w14:textId="77777777">
              <w:trPr>
                <w:jc w:val="center"/>
              </w:trPr>
              <w:tc>
                <w:tcPr>
                  <w:tcW w:w="7087" w:type="dxa"/>
                  <w:shd w:val="clear" w:color="auto" w:fill="EDC9EA"/>
                  <w:tcMar>
                    <w:top w:w="45" w:type="dxa"/>
                    <w:left w:w="70" w:type="dxa"/>
                    <w:bottom w:w="45" w:type="dxa"/>
                    <w:right w:w="70" w:type="dxa"/>
                  </w:tcMar>
                </w:tcPr>
                <w:p w14:paraId="142D8EAD" w14:textId="77777777" w:rsidR="005B3871" w:rsidRDefault="00000000">
                  <w:pPr>
                    <w:keepNext/>
                  </w:pPr>
                  <w:r>
                    <w:rPr>
                      <w:b/>
                      <w:color w:val="000000"/>
                    </w:rPr>
                    <w:t>SAMOVREDNOTENJE</w:t>
                  </w:r>
                </w:p>
              </w:tc>
            </w:tr>
          </w:tbl>
          <w:p w14:paraId="21088DFB" w14:textId="77777777" w:rsidR="005B3871" w:rsidRDefault="005B3871">
            <w:pPr>
              <w:spacing w:line="20" w:lineRule="exact"/>
            </w:pPr>
          </w:p>
          <w:p w14:paraId="603B8FF4"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A672662" w14:textId="77777777">
              <w:trPr>
                <w:jc w:val="center"/>
              </w:trPr>
              <w:tc>
                <w:tcPr>
                  <w:tcW w:w="7087" w:type="dxa"/>
                  <w:shd w:val="clear" w:color="auto" w:fill="EDC9EA"/>
                  <w:tcMar>
                    <w:top w:w="45" w:type="dxa"/>
                    <w:left w:w="70" w:type="dxa"/>
                    <w:bottom w:w="45" w:type="dxa"/>
                    <w:right w:w="70" w:type="dxa"/>
                  </w:tcMar>
                </w:tcPr>
                <w:p w14:paraId="680E5F33" w14:textId="77777777" w:rsidR="005B3871" w:rsidRDefault="00000000">
                  <w:pPr>
                    <w:keepNext/>
                  </w:pPr>
                  <w:r>
                    <w:rPr>
                      <w:b/>
                      <w:color w:val="000000"/>
                    </w:rPr>
                    <w:t>VRSTNIŠKO VREDNOTENJE</w:t>
                  </w:r>
                </w:p>
              </w:tc>
            </w:tr>
          </w:tbl>
          <w:p w14:paraId="323844EF" w14:textId="77777777" w:rsidR="005B3871" w:rsidRDefault="005B3871">
            <w:pPr>
              <w:spacing w:line="20" w:lineRule="exact"/>
            </w:pPr>
          </w:p>
          <w:p w14:paraId="33B95BAB"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0518D6BA" w14:textId="77777777">
              <w:trPr>
                <w:jc w:val="center"/>
              </w:trPr>
              <w:tc>
                <w:tcPr>
                  <w:tcW w:w="7087" w:type="dxa"/>
                  <w:shd w:val="clear" w:color="auto" w:fill="EDC9EA"/>
                  <w:tcMar>
                    <w:top w:w="45" w:type="dxa"/>
                    <w:left w:w="70" w:type="dxa"/>
                    <w:bottom w:w="45" w:type="dxa"/>
                    <w:right w:w="70" w:type="dxa"/>
                  </w:tcMar>
                </w:tcPr>
                <w:p w14:paraId="68FE769A" w14:textId="77777777" w:rsidR="005B3871" w:rsidRDefault="00000000">
                  <w:pPr>
                    <w:keepNext/>
                  </w:pPr>
                  <w:r>
                    <w:rPr>
                      <w:b/>
                      <w:color w:val="000000"/>
                    </w:rPr>
                    <w:t>SKUPNI POVZETEK</w:t>
                  </w:r>
                </w:p>
              </w:tc>
            </w:tr>
          </w:tbl>
          <w:p w14:paraId="24F25CD0" w14:textId="77777777" w:rsidR="005B3871" w:rsidRDefault="005B3871"/>
          <w:p w14:paraId="00DF56BB" w14:textId="77777777" w:rsidR="005B3871" w:rsidRDefault="00000000">
            <w:pPr>
              <w:spacing w:before="20" w:after="40" w:line="245" w:lineRule="auto"/>
            </w:pPr>
            <w:r>
              <w:rPr>
                <w:b/>
                <w:color w:val="000000"/>
                <w:sz w:val="16"/>
              </w:rPr>
              <w:t>V problemski nalogi prepoznam vprašanje in podatke, izberem operacijo, rešitev ponazorim, izračunam in preverim.</w:t>
            </w:r>
          </w:p>
        </w:tc>
        <w:tc>
          <w:tcPr>
            <w:tcW w:w="2551" w:type="dxa"/>
            <w:tcMar>
              <w:top w:w="70" w:type="dxa"/>
              <w:left w:w="90" w:type="dxa"/>
              <w:bottom w:w="70" w:type="dxa"/>
              <w:right w:w="90" w:type="dxa"/>
            </w:tcMar>
          </w:tcPr>
          <w:p w14:paraId="130EFC22" w14:textId="77777777" w:rsidR="005B3871" w:rsidRDefault="005B3871"/>
          <w:p w14:paraId="40EB60AC" w14:textId="77777777" w:rsidR="005B3871" w:rsidRDefault="00000000">
            <w:pPr>
              <w:spacing w:after="100" w:line="245" w:lineRule="auto"/>
            </w:pPr>
            <w:r>
              <w:rPr>
                <w:color w:val="000000"/>
                <w:sz w:val="16"/>
              </w:rPr>
              <w:t>Odgovarja na podporna vprašanja in se sklicuje na svoj model, zapis ali izvedbo.</w:t>
            </w:r>
          </w:p>
          <w:p w14:paraId="20E86DEE" w14:textId="77777777" w:rsidR="005B3871" w:rsidRDefault="00000000">
            <w:pPr>
              <w:spacing w:after="100" w:line="245" w:lineRule="auto"/>
            </w:pPr>
            <w:r>
              <w:rPr>
                <w:color w:val="000000"/>
                <w:sz w:val="16"/>
              </w:rPr>
              <w:t>Primerja začetno strategijo z novim dokazom ter pojasni, kaj se je naučil/-a.</w:t>
            </w:r>
          </w:p>
          <w:p w14:paraId="0FCE118A" w14:textId="77777777" w:rsidR="005B3871" w:rsidRDefault="00000000">
            <w:pPr>
              <w:spacing w:after="100" w:line="245" w:lineRule="auto"/>
            </w:pPr>
            <w:r>
              <w:rPr>
                <w:color w:val="000000"/>
                <w:sz w:val="16"/>
              </w:rPr>
              <w:t>Izbere raven samostojnosti in določi naslednji korak.</w:t>
            </w:r>
          </w:p>
          <w:p w14:paraId="6F8398F2" w14:textId="77777777" w:rsidR="005B3871" w:rsidRDefault="00000000">
            <w:pPr>
              <w:spacing w:after="100" w:line="245" w:lineRule="auto"/>
            </w:pPr>
            <w:r>
              <w:rPr>
                <w:color w:val="000000"/>
                <w:sz w:val="16"/>
              </w:rPr>
              <w:t>Sošolcu poda prijazen in konkreten odziv, vezan na kriterij.</w:t>
            </w:r>
          </w:p>
          <w:p w14:paraId="268F7680" w14:textId="77777777" w:rsidR="005B3871" w:rsidRDefault="00000000">
            <w:pPr>
              <w:spacing w:after="20" w:line="245" w:lineRule="auto"/>
            </w:pPr>
            <w:r>
              <w:rPr>
                <w:b/>
                <w:color w:val="D95BC6"/>
                <w:sz w:val="17"/>
              </w:rPr>
              <w:t>DOKAZ O UČENJU</w:t>
            </w:r>
          </w:p>
          <w:p w14:paraId="68C1C644"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6D5098F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33C92ABE" w14:textId="77777777">
        <w:trPr>
          <w:cantSplit/>
          <w:jc w:val="center"/>
        </w:trPr>
        <w:tc>
          <w:tcPr>
            <w:tcW w:w="14060" w:type="dxa"/>
            <w:gridSpan w:val="6"/>
            <w:tcMar>
              <w:top w:w="70" w:type="dxa"/>
              <w:left w:w="90" w:type="dxa"/>
              <w:bottom w:w="70" w:type="dxa"/>
              <w:right w:w="90" w:type="dxa"/>
            </w:tcMar>
            <w:vAlign w:val="center"/>
          </w:tcPr>
          <w:p w14:paraId="48099C97" w14:textId="77777777" w:rsidR="005B3871" w:rsidRDefault="00000000">
            <w:pPr>
              <w:jc w:val="center"/>
            </w:pPr>
            <w:r>
              <w:rPr>
                <w:b/>
                <w:color w:val="000000"/>
                <w:sz w:val="24"/>
              </w:rPr>
              <w:lastRenderedPageBreak/>
              <w:t>UČNA PRIPRAVA 32/39</w:t>
            </w:r>
          </w:p>
        </w:tc>
      </w:tr>
      <w:tr w:rsidR="005B3871" w14:paraId="4AF62BBF" w14:textId="77777777">
        <w:trPr>
          <w:jc w:val="center"/>
        </w:trPr>
        <w:tc>
          <w:tcPr>
            <w:tcW w:w="2665" w:type="dxa"/>
            <w:tcMar>
              <w:top w:w="70" w:type="dxa"/>
              <w:left w:w="90" w:type="dxa"/>
              <w:bottom w:w="70" w:type="dxa"/>
              <w:right w:w="90" w:type="dxa"/>
            </w:tcMar>
            <w:vAlign w:val="center"/>
          </w:tcPr>
          <w:p w14:paraId="4779855A"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BFDAEBB"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6E24F806"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B4BF1F2" w14:textId="77777777" w:rsidR="005B3871" w:rsidRDefault="00000000">
            <w:r>
              <w:rPr>
                <w:b/>
                <w:color w:val="000000"/>
                <w:sz w:val="16"/>
              </w:rPr>
              <w:t xml:space="preserve">NAČRTOVANI TERMIN: </w:t>
            </w:r>
            <w:r>
              <w:rPr>
                <w:color w:val="000000"/>
                <w:sz w:val="16"/>
              </w:rPr>
              <w:t>32. teden • 3.–7. 5. 2027</w:t>
            </w:r>
          </w:p>
        </w:tc>
        <w:tc>
          <w:tcPr>
            <w:tcW w:w="2268" w:type="dxa"/>
            <w:tcMar>
              <w:top w:w="70" w:type="dxa"/>
              <w:left w:w="90" w:type="dxa"/>
              <w:bottom w:w="70" w:type="dxa"/>
              <w:right w:w="90" w:type="dxa"/>
            </w:tcMar>
            <w:vAlign w:val="center"/>
          </w:tcPr>
          <w:p w14:paraId="4B8D9CD1"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2C5D7D8" w14:textId="77777777" w:rsidR="005B3871" w:rsidRDefault="00000000">
            <w:r>
              <w:rPr>
                <w:b/>
                <w:color w:val="000000"/>
                <w:sz w:val="16"/>
              </w:rPr>
              <w:t xml:space="preserve">ŠTEVILO UR: </w:t>
            </w:r>
            <w:r>
              <w:rPr>
                <w:color w:val="000000"/>
                <w:sz w:val="16"/>
              </w:rPr>
              <w:t>4</w:t>
            </w:r>
          </w:p>
        </w:tc>
      </w:tr>
      <w:tr w:rsidR="005B3871" w14:paraId="4E73E2A1" w14:textId="77777777">
        <w:trPr>
          <w:jc w:val="center"/>
        </w:trPr>
        <w:tc>
          <w:tcPr>
            <w:tcW w:w="14061" w:type="dxa"/>
            <w:gridSpan w:val="6"/>
            <w:tcMar>
              <w:top w:w="70" w:type="dxa"/>
              <w:left w:w="90" w:type="dxa"/>
              <w:bottom w:w="70" w:type="dxa"/>
              <w:right w:w="90" w:type="dxa"/>
            </w:tcMar>
            <w:vAlign w:val="center"/>
          </w:tcPr>
          <w:p w14:paraId="60F913A7"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045D1A8B" w14:textId="77777777">
        <w:trPr>
          <w:cantSplit/>
          <w:jc w:val="center"/>
        </w:trPr>
        <w:tc>
          <w:tcPr>
            <w:tcW w:w="14060" w:type="dxa"/>
            <w:gridSpan w:val="6"/>
            <w:tcMar>
              <w:top w:w="70" w:type="dxa"/>
              <w:left w:w="90" w:type="dxa"/>
              <w:bottom w:w="70" w:type="dxa"/>
              <w:right w:w="90" w:type="dxa"/>
            </w:tcMar>
            <w:vAlign w:val="center"/>
          </w:tcPr>
          <w:p w14:paraId="4ECA2915" w14:textId="77777777" w:rsidR="005B3871" w:rsidRDefault="005B3871"/>
          <w:p w14:paraId="3C96E85D" w14:textId="77777777" w:rsidR="005B3871" w:rsidRDefault="00000000">
            <w:pPr>
              <w:spacing w:line="245" w:lineRule="auto"/>
            </w:pPr>
            <w:r>
              <w:rPr>
                <w:b/>
                <w:color w:val="000000"/>
                <w:sz w:val="16"/>
              </w:rPr>
              <w:t xml:space="preserve">UČNI SKLOP: </w:t>
            </w:r>
            <w:r>
              <w:rPr>
                <w:color w:val="000000"/>
                <w:sz w:val="16"/>
              </w:rPr>
              <w:t>POKRAJINA, PROSTOR IN TRAJNOSTNA SKUPNOST</w:t>
            </w:r>
          </w:p>
        </w:tc>
      </w:tr>
      <w:tr w:rsidR="005B3871" w14:paraId="311CDBDC" w14:textId="77777777">
        <w:trPr>
          <w:cantSplit/>
          <w:jc w:val="center"/>
        </w:trPr>
        <w:tc>
          <w:tcPr>
            <w:tcW w:w="14060" w:type="dxa"/>
            <w:gridSpan w:val="6"/>
            <w:tcMar>
              <w:top w:w="70" w:type="dxa"/>
              <w:left w:w="90" w:type="dxa"/>
              <w:bottom w:w="70" w:type="dxa"/>
              <w:right w:w="90" w:type="dxa"/>
            </w:tcMar>
            <w:vAlign w:val="center"/>
          </w:tcPr>
          <w:p w14:paraId="02D00969" w14:textId="77777777" w:rsidR="005B3871" w:rsidRDefault="005B3871"/>
          <w:p w14:paraId="0205BC7E" w14:textId="77777777" w:rsidR="005B3871" w:rsidRDefault="00000000">
            <w:pPr>
              <w:spacing w:line="245" w:lineRule="auto"/>
            </w:pPr>
            <w:r>
              <w:rPr>
                <w:b/>
                <w:color w:val="000000"/>
                <w:sz w:val="16"/>
              </w:rPr>
              <w:t xml:space="preserve">UČNA TEMA: </w:t>
            </w:r>
            <w:r>
              <w:rPr>
                <w:color w:val="000000"/>
                <w:sz w:val="16"/>
              </w:rPr>
              <w:t>MERJENJE DOLŽINE</w:t>
            </w:r>
          </w:p>
        </w:tc>
      </w:tr>
      <w:tr w:rsidR="005B3871" w14:paraId="4D8D1F17" w14:textId="77777777">
        <w:trPr>
          <w:cantSplit/>
          <w:jc w:val="center"/>
        </w:trPr>
        <w:tc>
          <w:tcPr>
            <w:tcW w:w="14060" w:type="dxa"/>
            <w:gridSpan w:val="6"/>
            <w:tcMar>
              <w:top w:w="70" w:type="dxa"/>
              <w:left w:w="90" w:type="dxa"/>
              <w:bottom w:w="70" w:type="dxa"/>
              <w:right w:w="90" w:type="dxa"/>
            </w:tcMar>
            <w:vAlign w:val="center"/>
          </w:tcPr>
          <w:p w14:paraId="3B2B463B" w14:textId="77777777" w:rsidR="005B3871" w:rsidRDefault="005B3871"/>
          <w:p w14:paraId="06322A4A" w14:textId="77777777" w:rsidR="005B3871" w:rsidRDefault="00000000">
            <w:pPr>
              <w:spacing w:line="245" w:lineRule="auto"/>
            </w:pPr>
            <w:r>
              <w:rPr>
                <w:b/>
                <w:color w:val="000000"/>
                <w:sz w:val="16"/>
              </w:rPr>
              <w:t xml:space="preserve">KNJIŽEVNO IZHODIŠČE IN MOTIV: </w:t>
            </w:r>
            <w:r>
              <w:rPr>
                <w:color w:val="000000"/>
                <w:sz w:val="16"/>
              </w:rPr>
              <w:t>»Naša bela mačica« – Srečko Kosovel • žival v pokrajini, barve, prostor in ljudski zven</w:t>
            </w:r>
          </w:p>
        </w:tc>
      </w:tr>
      <w:tr w:rsidR="005B3871" w14:paraId="43F0AC17" w14:textId="77777777">
        <w:trPr>
          <w:cantSplit/>
          <w:jc w:val="center"/>
        </w:trPr>
        <w:tc>
          <w:tcPr>
            <w:tcW w:w="14060" w:type="dxa"/>
            <w:gridSpan w:val="6"/>
            <w:tcMar>
              <w:top w:w="70" w:type="dxa"/>
              <w:left w:w="90" w:type="dxa"/>
              <w:bottom w:w="70" w:type="dxa"/>
              <w:right w:w="90" w:type="dxa"/>
            </w:tcMar>
            <w:vAlign w:val="center"/>
          </w:tcPr>
          <w:p w14:paraId="39EE96C3" w14:textId="77777777" w:rsidR="005B3871" w:rsidRDefault="005B3871"/>
          <w:p w14:paraId="111A95C7" w14:textId="77777777" w:rsidR="005B3871" w:rsidRDefault="00000000">
            <w:pPr>
              <w:spacing w:line="245" w:lineRule="auto"/>
            </w:pPr>
            <w:r>
              <w:rPr>
                <w:b/>
                <w:color w:val="000000"/>
                <w:sz w:val="16"/>
              </w:rPr>
              <w:t xml:space="preserve">UČNE ENOTE: </w:t>
            </w:r>
            <w:r>
              <w:rPr>
                <w:color w:val="000000"/>
                <w:sz w:val="16"/>
              </w:rPr>
              <w:t>1. ura – Oceni in primerjaj • 2. ura – Merimo mačjo pot • 3. ura – Merilne postaje • 4. ura – Zakaj različna rezultata?</w:t>
            </w:r>
          </w:p>
        </w:tc>
      </w:tr>
      <w:tr w:rsidR="005B3871" w14:paraId="46B3A3D9" w14:textId="77777777">
        <w:trPr>
          <w:cantSplit/>
          <w:jc w:val="center"/>
        </w:trPr>
        <w:tc>
          <w:tcPr>
            <w:tcW w:w="14060" w:type="dxa"/>
            <w:gridSpan w:val="6"/>
            <w:tcMar>
              <w:top w:w="70" w:type="dxa"/>
              <w:left w:w="90" w:type="dxa"/>
              <w:bottom w:w="70" w:type="dxa"/>
              <w:right w:w="90" w:type="dxa"/>
            </w:tcMar>
            <w:vAlign w:val="center"/>
          </w:tcPr>
          <w:p w14:paraId="0306BC0F" w14:textId="77777777" w:rsidR="005B3871" w:rsidRDefault="005B3871"/>
          <w:p w14:paraId="34694CCA"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575EA8E2" w14:textId="77777777">
        <w:trPr>
          <w:cantSplit/>
          <w:jc w:val="center"/>
        </w:trPr>
        <w:tc>
          <w:tcPr>
            <w:tcW w:w="14060" w:type="dxa"/>
            <w:gridSpan w:val="6"/>
            <w:tcMar>
              <w:top w:w="70" w:type="dxa"/>
              <w:left w:w="90" w:type="dxa"/>
              <w:bottom w:w="70" w:type="dxa"/>
              <w:right w:w="90" w:type="dxa"/>
            </w:tcMar>
            <w:vAlign w:val="center"/>
          </w:tcPr>
          <w:p w14:paraId="74A18ABB" w14:textId="77777777" w:rsidR="005B3871" w:rsidRDefault="005B3871"/>
          <w:p w14:paraId="74540C09"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0BBA16CB" w14:textId="77777777">
        <w:trPr>
          <w:cantSplit/>
          <w:jc w:val="center"/>
        </w:trPr>
        <w:tc>
          <w:tcPr>
            <w:tcW w:w="14060" w:type="dxa"/>
            <w:gridSpan w:val="6"/>
            <w:tcMar>
              <w:top w:w="70" w:type="dxa"/>
              <w:left w:w="90" w:type="dxa"/>
              <w:bottom w:w="70" w:type="dxa"/>
              <w:right w:w="90" w:type="dxa"/>
            </w:tcMar>
            <w:vAlign w:val="center"/>
          </w:tcPr>
          <w:p w14:paraId="6581CA6E" w14:textId="77777777" w:rsidR="005B3871" w:rsidRDefault="005B3871"/>
          <w:p w14:paraId="3F3FC01E"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5E2A3A18" w14:textId="77777777">
        <w:trPr>
          <w:cantSplit/>
          <w:jc w:val="center"/>
        </w:trPr>
        <w:tc>
          <w:tcPr>
            <w:tcW w:w="14060" w:type="dxa"/>
            <w:gridSpan w:val="6"/>
            <w:tcMar>
              <w:top w:w="70" w:type="dxa"/>
              <w:left w:w="90" w:type="dxa"/>
              <w:bottom w:w="70" w:type="dxa"/>
              <w:right w:w="90" w:type="dxa"/>
            </w:tcMar>
            <w:vAlign w:val="center"/>
          </w:tcPr>
          <w:p w14:paraId="7D091FB1" w14:textId="77777777" w:rsidR="005B3871" w:rsidRDefault="005B3871"/>
          <w:p w14:paraId="6211C11C" w14:textId="77777777" w:rsidR="005B3871" w:rsidRDefault="00000000">
            <w:pPr>
              <w:spacing w:line="245" w:lineRule="auto"/>
            </w:pPr>
            <w:r>
              <w:rPr>
                <w:b/>
                <w:color w:val="000000"/>
                <w:sz w:val="16"/>
              </w:rPr>
              <w:t xml:space="preserve">MEDPREDMETNE POVEZAVE: </w:t>
            </w:r>
            <w:r>
              <w:rPr>
                <w:color w:val="000000"/>
                <w:sz w:val="16"/>
              </w:rPr>
              <w:t>SLJ – postopek meritve; SPO – pot v pokrajini; ŠPO – merjenje s koraki; LUM – linija poti</w:t>
            </w:r>
          </w:p>
        </w:tc>
      </w:tr>
      <w:tr w:rsidR="005B3871" w14:paraId="7E7ACEE3" w14:textId="77777777">
        <w:trPr>
          <w:cantSplit/>
          <w:jc w:val="center"/>
        </w:trPr>
        <w:tc>
          <w:tcPr>
            <w:tcW w:w="14060" w:type="dxa"/>
            <w:gridSpan w:val="6"/>
            <w:tcMar>
              <w:top w:w="70" w:type="dxa"/>
              <w:left w:w="90" w:type="dxa"/>
              <w:bottom w:w="70" w:type="dxa"/>
              <w:right w:w="90" w:type="dxa"/>
            </w:tcMar>
            <w:vAlign w:val="center"/>
          </w:tcPr>
          <w:p w14:paraId="15038C47" w14:textId="77777777" w:rsidR="005B3871" w:rsidRDefault="005B3871"/>
          <w:p w14:paraId="4429464D" w14:textId="77777777" w:rsidR="005B3871" w:rsidRDefault="00000000">
            <w:pPr>
              <w:spacing w:line="245" w:lineRule="auto"/>
            </w:pPr>
            <w:r>
              <w:rPr>
                <w:b/>
                <w:color w:val="000000"/>
                <w:sz w:val="16"/>
              </w:rPr>
              <w:t xml:space="preserve">UČNA SREDSTVA IN PRIPOMOČKI: </w:t>
            </w:r>
            <w:r>
              <w:rPr>
                <w:color w:val="000000"/>
                <w:sz w:val="16"/>
              </w:rPr>
              <w:t>vrvice in poti, predmeti, enake kocke, sponke ali palčke, talne stopinje, merilne podloge, tabela rezultatov</w:t>
            </w:r>
          </w:p>
        </w:tc>
      </w:tr>
      <w:tr w:rsidR="005B3871" w14:paraId="70507C9F" w14:textId="77777777">
        <w:trPr>
          <w:cantSplit/>
          <w:jc w:val="center"/>
        </w:trPr>
        <w:tc>
          <w:tcPr>
            <w:tcW w:w="14060" w:type="dxa"/>
            <w:gridSpan w:val="6"/>
            <w:tcMar>
              <w:top w:w="70" w:type="dxa"/>
              <w:left w:w="90" w:type="dxa"/>
              <w:bottom w:w="70" w:type="dxa"/>
              <w:right w:w="90" w:type="dxa"/>
            </w:tcMar>
            <w:vAlign w:val="center"/>
          </w:tcPr>
          <w:p w14:paraId="485FCF47" w14:textId="77777777" w:rsidR="005B3871" w:rsidRDefault="005B3871"/>
          <w:p w14:paraId="1E9FB787"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57D4F6C6" w14:textId="77777777">
        <w:trPr>
          <w:cantSplit/>
          <w:jc w:val="center"/>
        </w:trPr>
        <w:tc>
          <w:tcPr>
            <w:tcW w:w="14060" w:type="dxa"/>
            <w:gridSpan w:val="6"/>
            <w:tcMar>
              <w:top w:w="70" w:type="dxa"/>
              <w:left w:w="90" w:type="dxa"/>
              <w:bottom w:w="70" w:type="dxa"/>
              <w:right w:w="90" w:type="dxa"/>
            </w:tcMar>
            <w:vAlign w:val="center"/>
          </w:tcPr>
          <w:p w14:paraId="5AC9E402" w14:textId="77777777" w:rsidR="005B3871" w:rsidRDefault="005B3871"/>
          <w:p w14:paraId="0E3D117F"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67CEA4FD" w14:textId="77777777">
        <w:trPr>
          <w:cantSplit/>
          <w:jc w:val="center"/>
        </w:trPr>
        <w:tc>
          <w:tcPr>
            <w:tcW w:w="14060" w:type="dxa"/>
            <w:gridSpan w:val="6"/>
            <w:tcMar>
              <w:top w:w="70" w:type="dxa"/>
              <w:left w:w="90" w:type="dxa"/>
              <w:bottom w:w="70" w:type="dxa"/>
              <w:right w:w="90" w:type="dxa"/>
            </w:tcMar>
            <w:vAlign w:val="center"/>
          </w:tcPr>
          <w:p w14:paraId="200BE844" w14:textId="77777777" w:rsidR="005B3871" w:rsidRDefault="005B3871"/>
          <w:p w14:paraId="03DA467C"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7D9C629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0453FB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37FFFA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0802CD9" w14:textId="77777777" w:rsidR="005B3871" w:rsidRDefault="00000000">
            <w:pPr>
              <w:jc w:val="center"/>
            </w:pPr>
            <w:r>
              <w:rPr>
                <w:b/>
                <w:color w:val="000000"/>
                <w:sz w:val="20"/>
              </w:rPr>
              <w:t>UČNE DEJAVNOSTI, METODE IN FORMATIVNO SPREMLJANJE</w:t>
            </w:r>
          </w:p>
        </w:tc>
      </w:tr>
      <w:tr w:rsidR="005B3871" w14:paraId="59BFAC48" w14:textId="77777777">
        <w:trPr>
          <w:tblHeader/>
          <w:jc w:val="center"/>
        </w:trPr>
        <w:tc>
          <w:tcPr>
            <w:tcW w:w="4422" w:type="dxa"/>
            <w:vMerge/>
            <w:tcMar>
              <w:top w:w="70" w:type="dxa"/>
              <w:left w:w="90" w:type="dxa"/>
              <w:bottom w:w="70" w:type="dxa"/>
              <w:right w:w="90" w:type="dxa"/>
            </w:tcMar>
            <w:vAlign w:val="center"/>
          </w:tcPr>
          <w:p w14:paraId="1BA978B7" w14:textId="77777777" w:rsidR="005B3871" w:rsidRDefault="005B3871"/>
        </w:tc>
        <w:tc>
          <w:tcPr>
            <w:tcW w:w="7087" w:type="dxa"/>
            <w:shd w:val="clear" w:color="auto" w:fill="FFFFFF"/>
            <w:tcMar>
              <w:top w:w="70" w:type="dxa"/>
              <w:left w:w="90" w:type="dxa"/>
              <w:bottom w:w="70" w:type="dxa"/>
              <w:right w:w="90" w:type="dxa"/>
            </w:tcMar>
            <w:vAlign w:val="center"/>
          </w:tcPr>
          <w:p w14:paraId="4F88D14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ED197F7" w14:textId="77777777" w:rsidR="005B3871" w:rsidRDefault="00000000">
            <w:pPr>
              <w:jc w:val="center"/>
            </w:pPr>
            <w:r>
              <w:rPr>
                <w:b/>
                <w:color w:val="000000"/>
              </w:rPr>
              <w:t>UČENEC</w:t>
            </w:r>
          </w:p>
        </w:tc>
      </w:tr>
      <w:tr w:rsidR="005B3871" w14:paraId="2355749B" w14:textId="77777777">
        <w:trPr>
          <w:jc w:val="center"/>
        </w:trPr>
        <w:tc>
          <w:tcPr>
            <w:tcW w:w="4422" w:type="dxa"/>
            <w:tcMar>
              <w:top w:w="70" w:type="dxa"/>
              <w:left w:w="90" w:type="dxa"/>
              <w:bottom w:w="70" w:type="dxa"/>
              <w:right w:w="90" w:type="dxa"/>
            </w:tcMar>
          </w:tcPr>
          <w:p w14:paraId="29411FEC" w14:textId="77777777" w:rsidR="005B3871" w:rsidRDefault="005B3871"/>
          <w:p w14:paraId="42726B70" w14:textId="77777777" w:rsidR="005B3871" w:rsidRDefault="00000000">
            <w:pPr>
              <w:spacing w:after="60" w:line="245" w:lineRule="auto"/>
            </w:pPr>
            <w:r>
              <w:rPr>
                <w:b/>
                <w:color w:val="000000"/>
              </w:rPr>
              <w:t>UČNI CILJI</w:t>
            </w:r>
          </w:p>
          <w:p w14:paraId="3A908533" w14:textId="77777777" w:rsidR="005B3871" w:rsidRDefault="00000000">
            <w:pPr>
              <w:spacing w:after="20" w:line="245" w:lineRule="auto"/>
            </w:pPr>
            <w:r>
              <w:rPr>
                <w:b/>
                <w:color w:val="000000"/>
                <w:sz w:val="17"/>
              </w:rPr>
              <w:t>SPLOŠNI</w:t>
            </w:r>
          </w:p>
          <w:p w14:paraId="5552C360" w14:textId="77777777" w:rsidR="005B3871" w:rsidRDefault="00000000">
            <w:pPr>
              <w:pStyle w:val="Oznaenseznam"/>
              <w:spacing w:after="16"/>
            </w:pPr>
            <w:r>
              <w:rPr>
                <w:color w:val="000000"/>
                <w:sz w:val="16"/>
              </w:rPr>
              <w:t>razvija številske, prostorske in količinske predstave s konkretnimi izkušnjami</w:t>
            </w:r>
          </w:p>
          <w:p w14:paraId="631E2F83" w14:textId="77777777" w:rsidR="005B3871" w:rsidRDefault="00000000">
            <w:pPr>
              <w:pStyle w:val="Oznaenseznam"/>
              <w:spacing w:after="16"/>
            </w:pPr>
            <w:r>
              <w:rPr>
                <w:color w:val="000000"/>
                <w:sz w:val="16"/>
              </w:rPr>
              <w:t>rešuje matematične probleme s predmetom, gibanjem, risbo, modelom in simbolom</w:t>
            </w:r>
          </w:p>
          <w:p w14:paraId="1811952D" w14:textId="77777777" w:rsidR="005B3871" w:rsidRDefault="00000000">
            <w:pPr>
              <w:pStyle w:val="Oznaenseznam"/>
              <w:spacing w:after="16"/>
            </w:pPr>
            <w:r>
              <w:rPr>
                <w:color w:val="000000"/>
                <w:sz w:val="16"/>
              </w:rPr>
              <w:t>pojasnjuje izbrano strategijo, preverja smiselnost rešitve in posluša rešitve drugih</w:t>
            </w:r>
          </w:p>
          <w:p w14:paraId="759497FE" w14:textId="77777777" w:rsidR="005B3871" w:rsidRDefault="00000000">
            <w:pPr>
              <w:pStyle w:val="Oznaenseznam"/>
              <w:spacing w:after="16"/>
            </w:pPr>
            <w:r>
              <w:rPr>
                <w:color w:val="000000"/>
                <w:sz w:val="16"/>
              </w:rPr>
              <w:t>ob namenih in kriterijih spremlja svoje učenje ter uporabi opisno povratno informacijo</w:t>
            </w:r>
          </w:p>
          <w:p w14:paraId="6097D166" w14:textId="77777777" w:rsidR="005B3871" w:rsidRDefault="00000000">
            <w:pPr>
              <w:spacing w:before="40" w:after="20" w:line="245" w:lineRule="auto"/>
            </w:pPr>
            <w:r>
              <w:rPr>
                <w:b/>
                <w:color w:val="000000"/>
                <w:sz w:val="17"/>
              </w:rPr>
              <w:t>OPERATIVNI</w:t>
            </w:r>
          </w:p>
          <w:p w14:paraId="3B492613" w14:textId="77777777" w:rsidR="005B3871" w:rsidRDefault="00000000">
            <w:pPr>
              <w:pStyle w:val="Oznaenseznam"/>
              <w:spacing w:after="16"/>
            </w:pPr>
            <w:r>
              <w:rPr>
                <w:color w:val="000000"/>
                <w:sz w:val="16"/>
              </w:rPr>
              <w:t>primerja in ureja dolžine</w:t>
            </w:r>
          </w:p>
          <w:p w14:paraId="00466F96" w14:textId="77777777" w:rsidR="005B3871" w:rsidRDefault="00000000">
            <w:pPr>
              <w:pStyle w:val="Oznaenseznam"/>
              <w:spacing w:after="16"/>
            </w:pPr>
            <w:r>
              <w:rPr>
                <w:color w:val="000000"/>
                <w:sz w:val="16"/>
              </w:rPr>
              <w:t>meri z nestandardnimi enotami</w:t>
            </w:r>
          </w:p>
          <w:p w14:paraId="29338850" w14:textId="77777777" w:rsidR="005B3871" w:rsidRDefault="00000000">
            <w:pPr>
              <w:pStyle w:val="Oznaenseznam"/>
              <w:spacing w:after="16"/>
            </w:pPr>
            <w:r>
              <w:rPr>
                <w:color w:val="000000"/>
                <w:sz w:val="16"/>
              </w:rPr>
              <w:t>zapiše rezultat</w:t>
            </w:r>
          </w:p>
          <w:p w14:paraId="39012F18" w14:textId="77777777" w:rsidR="005B3871" w:rsidRDefault="00000000">
            <w:pPr>
              <w:spacing w:before="40" w:after="20" w:line="245" w:lineRule="auto"/>
            </w:pPr>
            <w:r>
              <w:rPr>
                <w:b/>
                <w:color w:val="000000"/>
                <w:sz w:val="17"/>
              </w:rPr>
              <w:t>PRIČAKOVANI DOSEŽKI / STANDARDI</w:t>
            </w:r>
          </w:p>
          <w:p w14:paraId="7D787F43" w14:textId="77777777" w:rsidR="005B3871" w:rsidRDefault="00000000">
            <w:pPr>
              <w:pStyle w:val="Oznaenseznam"/>
              <w:spacing w:after="16"/>
            </w:pPr>
            <w:r>
              <w:rPr>
                <w:color w:val="000000"/>
                <w:sz w:val="16"/>
              </w:rPr>
              <w:t>ob konkretni, slikovni ali gibalni opori primerja in ureja dolžine</w:t>
            </w:r>
          </w:p>
          <w:p w14:paraId="12B71B7D" w14:textId="77777777" w:rsidR="005B3871" w:rsidRDefault="00000000">
            <w:pPr>
              <w:pStyle w:val="Oznaenseznam"/>
              <w:spacing w:after="16"/>
            </w:pPr>
            <w:r>
              <w:rPr>
                <w:color w:val="000000"/>
                <w:sz w:val="16"/>
              </w:rPr>
              <w:t>ob konkretni, slikovni ali gibalni opori meri z nestandardnimi enotami</w:t>
            </w:r>
          </w:p>
          <w:p w14:paraId="15A63E7D" w14:textId="77777777" w:rsidR="005B3871" w:rsidRDefault="00000000">
            <w:pPr>
              <w:pStyle w:val="Oznaenseznam"/>
              <w:spacing w:after="16"/>
            </w:pPr>
            <w:r>
              <w:rPr>
                <w:color w:val="000000"/>
                <w:sz w:val="16"/>
              </w:rPr>
              <w:t>ob konkretni, slikovni ali gibalni opori zapiše rezultat</w:t>
            </w:r>
          </w:p>
        </w:tc>
        <w:tc>
          <w:tcPr>
            <w:tcW w:w="7087" w:type="dxa"/>
            <w:tcMar>
              <w:top w:w="70" w:type="dxa"/>
              <w:left w:w="90" w:type="dxa"/>
              <w:bottom w:w="70" w:type="dxa"/>
              <w:right w:w="90" w:type="dxa"/>
            </w:tcMar>
          </w:tcPr>
          <w:p w14:paraId="25B7FE1B"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3414AA7" w14:textId="77777777">
              <w:trPr>
                <w:jc w:val="center"/>
              </w:trPr>
              <w:tc>
                <w:tcPr>
                  <w:tcW w:w="7087" w:type="dxa"/>
                  <w:shd w:val="clear" w:color="auto" w:fill="C6E7F3"/>
                  <w:tcMar>
                    <w:top w:w="45" w:type="dxa"/>
                    <w:left w:w="70" w:type="dxa"/>
                    <w:bottom w:w="45" w:type="dxa"/>
                    <w:right w:w="70" w:type="dxa"/>
                  </w:tcMar>
                </w:tcPr>
                <w:p w14:paraId="1E9C0A3B" w14:textId="77777777" w:rsidR="005B3871" w:rsidRDefault="00000000">
                  <w:pPr>
                    <w:keepNext/>
                  </w:pPr>
                  <w:r>
                    <w:rPr>
                      <w:b/>
                      <w:color w:val="000000"/>
                    </w:rPr>
                    <w:t>UVODNI DEL – motivacija, aktivacija predznanja in namen učenja (15–20 min)</w:t>
                  </w:r>
                </w:p>
              </w:tc>
            </w:tr>
          </w:tbl>
          <w:p w14:paraId="5AD9E4F9" w14:textId="77777777" w:rsidR="005B3871" w:rsidRDefault="005B3871">
            <w:pPr>
              <w:spacing w:line="20" w:lineRule="exact"/>
            </w:pPr>
          </w:p>
          <w:p w14:paraId="74320B68" w14:textId="77777777" w:rsidR="005B3871" w:rsidRDefault="00000000">
            <w:pPr>
              <w:spacing w:before="40" w:after="60" w:line="245" w:lineRule="auto"/>
            </w:pPr>
            <w:r>
              <w:rPr>
                <w:color w:val="000000"/>
                <w:sz w:val="16"/>
              </w:rPr>
              <w:t>Bela mačica prehodi različne poti. Učenci dolžine najprej ocenijo in neposredno primerjajo, nato merijo z enako nestandardno enoto brez vrzeli in prekrivanja.</w:t>
            </w:r>
          </w:p>
          <w:tbl>
            <w:tblPr>
              <w:tblStyle w:val="Tabelamrea"/>
              <w:tblW w:w="0" w:type="auto"/>
              <w:jc w:val="center"/>
              <w:tblLayout w:type="fixed"/>
              <w:tblLook w:val="04A0" w:firstRow="1" w:lastRow="0" w:firstColumn="1" w:lastColumn="0" w:noHBand="0" w:noVBand="1"/>
            </w:tblPr>
            <w:tblGrid>
              <w:gridCol w:w="7087"/>
            </w:tblGrid>
            <w:tr w:rsidR="005B3871" w14:paraId="12A9B57D" w14:textId="77777777">
              <w:trPr>
                <w:jc w:val="center"/>
              </w:trPr>
              <w:tc>
                <w:tcPr>
                  <w:tcW w:w="7087" w:type="dxa"/>
                  <w:shd w:val="clear" w:color="auto" w:fill="EDC9EA"/>
                  <w:tcMar>
                    <w:top w:w="45" w:type="dxa"/>
                    <w:left w:w="70" w:type="dxa"/>
                    <w:bottom w:w="45" w:type="dxa"/>
                    <w:right w:w="70" w:type="dxa"/>
                  </w:tcMar>
                </w:tcPr>
                <w:p w14:paraId="3EEC84A6" w14:textId="77777777" w:rsidR="005B3871" w:rsidRDefault="00000000">
                  <w:pPr>
                    <w:keepNext/>
                  </w:pPr>
                  <w:r>
                    <w:rPr>
                      <w:b/>
                      <w:color w:val="000000"/>
                    </w:rPr>
                    <w:t>NAMENI UČENJA</w:t>
                  </w:r>
                </w:p>
              </w:tc>
            </w:tr>
          </w:tbl>
          <w:p w14:paraId="13A44671" w14:textId="77777777" w:rsidR="005B3871" w:rsidRDefault="005B3871">
            <w:pPr>
              <w:spacing w:line="20" w:lineRule="exact"/>
            </w:pPr>
          </w:p>
          <w:p w14:paraId="202F2236"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4B403E32" w14:textId="77777777" w:rsidR="005B3871" w:rsidRDefault="00000000">
            <w:pPr>
              <w:pStyle w:val="Oznaenseznam"/>
              <w:spacing w:after="16"/>
            </w:pPr>
            <w:r>
              <w:rPr>
                <w:color w:val="000000"/>
                <w:sz w:val="16"/>
              </w:rPr>
              <w:t>primerjam in urejam dolžine</w:t>
            </w:r>
          </w:p>
          <w:p w14:paraId="7A9ED010" w14:textId="77777777" w:rsidR="005B3871" w:rsidRDefault="00000000">
            <w:pPr>
              <w:pStyle w:val="Oznaenseznam"/>
              <w:spacing w:after="16"/>
            </w:pPr>
            <w:r>
              <w:rPr>
                <w:color w:val="000000"/>
                <w:sz w:val="16"/>
              </w:rPr>
              <w:t>merim z nestandardnimi enotami</w:t>
            </w:r>
          </w:p>
          <w:p w14:paraId="39A0F617" w14:textId="77777777" w:rsidR="005B3871" w:rsidRDefault="00000000">
            <w:pPr>
              <w:pStyle w:val="Oznaenseznam"/>
              <w:spacing w:after="16"/>
            </w:pPr>
            <w:r>
              <w:rPr>
                <w:color w:val="000000"/>
                <w:sz w:val="16"/>
              </w:rPr>
              <w:t>zapišem rezultat</w:t>
            </w:r>
          </w:p>
          <w:tbl>
            <w:tblPr>
              <w:tblStyle w:val="Tabelamrea"/>
              <w:tblW w:w="0" w:type="auto"/>
              <w:jc w:val="center"/>
              <w:tblLayout w:type="fixed"/>
              <w:tblLook w:val="04A0" w:firstRow="1" w:lastRow="0" w:firstColumn="1" w:lastColumn="0" w:noHBand="0" w:noVBand="1"/>
            </w:tblPr>
            <w:tblGrid>
              <w:gridCol w:w="7087"/>
            </w:tblGrid>
            <w:tr w:rsidR="005B3871" w14:paraId="7A1913E7" w14:textId="77777777">
              <w:trPr>
                <w:jc w:val="center"/>
              </w:trPr>
              <w:tc>
                <w:tcPr>
                  <w:tcW w:w="7087" w:type="dxa"/>
                  <w:shd w:val="clear" w:color="auto" w:fill="EDC9EA"/>
                  <w:tcMar>
                    <w:top w:w="45" w:type="dxa"/>
                    <w:left w:w="70" w:type="dxa"/>
                    <w:bottom w:w="45" w:type="dxa"/>
                    <w:right w:w="70" w:type="dxa"/>
                  </w:tcMar>
                </w:tcPr>
                <w:p w14:paraId="6F0DA8FE" w14:textId="77777777" w:rsidR="005B3871" w:rsidRDefault="00000000">
                  <w:pPr>
                    <w:keepNext/>
                  </w:pPr>
                  <w:r>
                    <w:rPr>
                      <w:b/>
                      <w:color w:val="000000"/>
                    </w:rPr>
                    <w:t>PREVERJANJE PREDZNANJA</w:t>
                  </w:r>
                </w:p>
              </w:tc>
            </w:tr>
          </w:tbl>
          <w:p w14:paraId="2F1D7A08" w14:textId="77777777" w:rsidR="005B3871" w:rsidRDefault="005B3871">
            <w:pPr>
              <w:spacing w:line="20" w:lineRule="exact"/>
            </w:pPr>
          </w:p>
          <w:p w14:paraId="18DF5B27" w14:textId="77777777" w:rsidR="005B3871" w:rsidRDefault="00000000">
            <w:pPr>
              <w:pStyle w:val="Oznaenseznam"/>
              <w:spacing w:after="16"/>
            </w:pPr>
            <w:r>
              <w:rPr>
                <w:color w:val="000000"/>
                <w:sz w:val="16"/>
              </w:rPr>
              <w:t>Kako pravilno primerjam dve dolžini?</w:t>
            </w:r>
          </w:p>
          <w:p w14:paraId="4BB89D44" w14:textId="77777777" w:rsidR="005B3871" w:rsidRDefault="00000000">
            <w:pPr>
              <w:pStyle w:val="Oznaenseznam"/>
              <w:spacing w:after="16"/>
            </w:pPr>
            <w:r>
              <w:rPr>
                <w:color w:val="000000"/>
                <w:sz w:val="16"/>
              </w:rPr>
              <w:t>Kaj moram pri merjenju ponavljati enakomerno?</w:t>
            </w:r>
          </w:p>
          <w:p w14:paraId="04761917"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2F071FEC" w14:textId="77777777">
              <w:trPr>
                <w:jc w:val="center"/>
              </w:trPr>
              <w:tc>
                <w:tcPr>
                  <w:tcW w:w="7087" w:type="dxa"/>
                  <w:shd w:val="clear" w:color="auto" w:fill="EDC9EA"/>
                  <w:tcMar>
                    <w:top w:w="45" w:type="dxa"/>
                    <w:left w:w="70" w:type="dxa"/>
                    <w:bottom w:w="45" w:type="dxa"/>
                    <w:right w:w="70" w:type="dxa"/>
                  </w:tcMar>
                </w:tcPr>
                <w:p w14:paraId="41AD4399" w14:textId="77777777" w:rsidR="005B3871" w:rsidRDefault="00000000">
                  <w:pPr>
                    <w:keepNext/>
                  </w:pPr>
                  <w:r>
                    <w:rPr>
                      <w:b/>
                      <w:color w:val="000000"/>
                    </w:rPr>
                    <w:t>KRITERIJI USPEŠNOSTI</w:t>
                  </w:r>
                </w:p>
              </w:tc>
            </w:tr>
          </w:tbl>
          <w:p w14:paraId="3F606452" w14:textId="77777777" w:rsidR="005B3871" w:rsidRDefault="005B3871"/>
          <w:p w14:paraId="6FF5717B" w14:textId="77777777" w:rsidR="005B3871" w:rsidRDefault="00000000">
            <w:pPr>
              <w:spacing w:before="20" w:after="20" w:line="245" w:lineRule="auto"/>
            </w:pPr>
            <w:r>
              <w:rPr>
                <w:b/>
                <w:color w:val="000000"/>
                <w:sz w:val="16"/>
              </w:rPr>
              <w:t>Uspešen/-na bom, ko:</w:t>
            </w:r>
          </w:p>
          <w:p w14:paraId="360F77C4" w14:textId="77777777" w:rsidR="005B3871" w:rsidRDefault="00000000">
            <w:pPr>
              <w:pStyle w:val="Oznaenseznam"/>
              <w:spacing w:after="16"/>
            </w:pPr>
            <w:r>
              <w:rPr>
                <w:color w:val="000000"/>
                <w:sz w:val="16"/>
              </w:rPr>
              <w:t>primerjam in urejam dolžine</w:t>
            </w:r>
          </w:p>
          <w:p w14:paraId="0A726C41" w14:textId="77777777" w:rsidR="005B3871" w:rsidRDefault="00000000">
            <w:pPr>
              <w:pStyle w:val="Oznaenseznam"/>
              <w:spacing w:after="16"/>
            </w:pPr>
            <w:r>
              <w:rPr>
                <w:color w:val="000000"/>
                <w:sz w:val="16"/>
              </w:rPr>
              <w:t>merim z nestandardnimi enotami</w:t>
            </w:r>
          </w:p>
          <w:p w14:paraId="62AFA91E" w14:textId="77777777" w:rsidR="005B3871" w:rsidRDefault="00000000">
            <w:pPr>
              <w:pStyle w:val="Oznaenseznam"/>
              <w:spacing w:after="16"/>
            </w:pPr>
            <w:r>
              <w:rPr>
                <w:color w:val="000000"/>
                <w:sz w:val="16"/>
              </w:rPr>
              <w:t>zapišem rezultat</w:t>
            </w:r>
          </w:p>
          <w:p w14:paraId="07F7C3E3"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472282BA" w14:textId="77777777" w:rsidR="005B3871" w:rsidRDefault="005B3871"/>
          <w:p w14:paraId="11FDFA4E"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577848EB" w14:textId="77777777" w:rsidR="005B3871" w:rsidRDefault="00000000">
            <w:pPr>
              <w:spacing w:after="80" w:line="245" w:lineRule="auto"/>
            </w:pPr>
            <w:r>
              <w:rPr>
                <w:color w:val="000000"/>
                <w:sz w:val="16"/>
              </w:rPr>
              <w:t>Pove, pokaže ali nariše, kako bi nalogo začel. Posluša tudi drugačne strategije.</w:t>
            </w:r>
          </w:p>
          <w:p w14:paraId="3C923D42" w14:textId="77777777" w:rsidR="005B3871" w:rsidRDefault="00000000">
            <w:pPr>
              <w:spacing w:after="100" w:line="245" w:lineRule="auto"/>
            </w:pPr>
            <w:r>
              <w:rPr>
                <w:color w:val="000000"/>
                <w:sz w:val="16"/>
              </w:rPr>
              <w:t>Sodeluje pri razumevanju namenov in kriterijev uspešnosti.</w:t>
            </w:r>
          </w:p>
          <w:p w14:paraId="5144D74E" w14:textId="77777777" w:rsidR="005B3871" w:rsidRDefault="00000000">
            <w:pPr>
              <w:spacing w:after="20" w:line="245" w:lineRule="auto"/>
            </w:pPr>
            <w:r>
              <w:rPr>
                <w:b/>
                <w:color w:val="D95BC6"/>
                <w:sz w:val="17"/>
              </w:rPr>
              <w:t>DOKAZ O UČENJU</w:t>
            </w:r>
          </w:p>
          <w:p w14:paraId="5904AC5E" w14:textId="77777777" w:rsidR="005B3871" w:rsidRDefault="00000000">
            <w:pPr>
              <w:spacing w:after="30" w:line="245" w:lineRule="auto"/>
            </w:pPr>
            <w:r>
              <w:rPr>
                <w:color w:val="D95BC6"/>
                <w:sz w:val="16"/>
              </w:rPr>
              <w:t>začetna strategija, razvrstitev, model, risba, gib ali ustni odgovor</w:t>
            </w:r>
          </w:p>
        </w:tc>
      </w:tr>
    </w:tbl>
    <w:p w14:paraId="20672BB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07E502B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104B0F2"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0506DD" w14:textId="77777777" w:rsidR="005B3871" w:rsidRDefault="00000000">
            <w:pPr>
              <w:jc w:val="center"/>
            </w:pPr>
            <w:r>
              <w:rPr>
                <w:b/>
                <w:color w:val="000000"/>
                <w:sz w:val="20"/>
              </w:rPr>
              <w:t>UČNE DEJAVNOSTI, METODE IN FORMATIVNO SPREMLJANJE</w:t>
            </w:r>
          </w:p>
        </w:tc>
      </w:tr>
      <w:tr w:rsidR="005B3871" w14:paraId="59916149" w14:textId="77777777">
        <w:trPr>
          <w:tblHeader/>
          <w:jc w:val="center"/>
        </w:trPr>
        <w:tc>
          <w:tcPr>
            <w:tcW w:w="4422" w:type="dxa"/>
            <w:vMerge/>
            <w:tcMar>
              <w:top w:w="70" w:type="dxa"/>
              <w:left w:w="90" w:type="dxa"/>
              <w:bottom w:w="70" w:type="dxa"/>
              <w:right w:w="90" w:type="dxa"/>
            </w:tcMar>
            <w:vAlign w:val="center"/>
          </w:tcPr>
          <w:p w14:paraId="77A4C877" w14:textId="77777777" w:rsidR="005B3871" w:rsidRDefault="005B3871"/>
        </w:tc>
        <w:tc>
          <w:tcPr>
            <w:tcW w:w="7087" w:type="dxa"/>
            <w:shd w:val="clear" w:color="auto" w:fill="FFFFFF"/>
            <w:tcMar>
              <w:top w:w="70" w:type="dxa"/>
              <w:left w:w="90" w:type="dxa"/>
              <w:bottom w:w="70" w:type="dxa"/>
              <w:right w:w="90" w:type="dxa"/>
            </w:tcMar>
            <w:vAlign w:val="center"/>
          </w:tcPr>
          <w:p w14:paraId="07AB75B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7CFCA51" w14:textId="77777777" w:rsidR="005B3871" w:rsidRDefault="00000000">
            <w:pPr>
              <w:jc w:val="center"/>
            </w:pPr>
            <w:r>
              <w:rPr>
                <w:b/>
                <w:color w:val="000000"/>
              </w:rPr>
              <w:t>UČENEC</w:t>
            </w:r>
          </w:p>
        </w:tc>
      </w:tr>
      <w:tr w:rsidR="005B3871" w14:paraId="4E784A26" w14:textId="77777777">
        <w:trPr>
          <w:jc w:val="center"/>
        </w:trPr>
        <w:tc>
          <w:tcPr>
            <w:tcW w:w="4422" w:type="dxa"/>
            <w:tcMar>
              <w:top w:w="70" w:type="dxa"/>
              <w:left w:w="90" w:type="dxa"/>
              <w:bottom w:w="70" w:type="dxa"/>
              <w:right w:w="90" w:type="dxa"/>
            </w:tcMar>
          </w:tcPr>
          <w:p w14:paraId="394E21E2" w14:textId="77777777" w:rsidR="005B3871" w:rsidRDefault="005B3871"/>
          <w:p w14:paraId="0576B851" w14:textId="77777777" w:rsidR="005B3871" w:rsidRDefault="00000000">
            <w:pPr>
              <w:spacing w:after="40" w:line="245" w:lineRule="auto"/>
            </w:pPr>
            <w:r>
              <w:rPr>
                <w:b/>
                <w:color w:val="000000"/>
              </w:rPr>
              <w:t>KLJUČNI POJMI</w:t>
            </w:r>
          </w:p>
          <w:p w14:paraId="3689AD67" w14:textId="77777777" w:rsidR="005B3871" w:rsidRDefault="00000000">
            <w:pPr>
              <w:spacing w:after="60" w:line="245" w:lineRule="auto"/>
            </w:pPr>
            <w:r>
              <w:rPr>
                <w:color w:val="000000"/>
                <w:sz w:val="16"/>
              </w:rPr>
              <w:t>dolžina, daljši, krajši, merjenje, nestandardna enota, začetek, konec, brez vrzeli, rezultat</w:t>
            </w:r>
          </w:p>
          <w:p w14:paraId="5ACE282D" w14:textId="77777777" w:rsidR="005B3871" w:rsidRDefault="00000000">
            <w:pPr>
              <w:spacing w:after="20" w:line="245" w:lineRule="auto"/>
            </w:pPr>
            <w:r>
              <w:rPr>
                <w:b/>
                <w:color w:val="000000"/>
                <w:sz w:val="17"/>
              </w:rPr>
              <w:t>DOKAZI O UČENJU</w:t>
            </w:r>
          </w:p>
          <w:p w14:paraId="31E8256F" w14:textId="77777777" w:rsidR="005B3871" w:rsidRDefault="00000000">
            <w:pPr>
              <w:pStyle w:val="Oznaenseznam"/>
              <w:spacing w:after="16"/>
            </w:pPr>
            <w:r>
              <w:rPr>
                <w:color w:val="000000"/>
                <w:sz w:val="16"/>
              </w:rPr>
              <w:t>urejene dolžine z opisom postopka</w:t>
            </w:r>
          </w:p>
          <w:p w14:paraId="31F0DA0F" w14:textId="77777777" w:rsidR="005B3871" w:rsidRDefault="00000000">
            <w:pPr>
              <w:pStyle w:val="Oznaenseznam"/>
              <w:spacing w:after="16"/>
            </w:pPr>
            <w:r>
              <w:rPr>
                <w:color w:val="000000"/>
                <w:sz w:val="16"/>
              </w:rPr>
              <w:t>pravilna meritev z navedeno enoto</w:t>
            </w:r>
          </w:p>
          <w:p w14:paraId="7FEA36E7" w14:textId="77777777" w:rsidR="005B3871" w:rsidRDefault="00000000">
            <w:pPr>
              <w:pStyle w:val="Oznaenseznam"/>
              <w:spacing w:after="16"/>
            </w:pPr>
            <w:r>
              <w:rPr>
                <w:color w:val="000000"/>
                <w:sz w:val="16"/>
              </w:rPr>
              <w:t>zapisane in ponovljene meritve</w:t>
            </w:r>
          </w:p>
          <w:p w14:paraId="57494ABB" w14:textId="77777777" w:rsidR="005B3871" w:rsidRDefault="00000000">
            <w:pPr>
              <w:pStyle w:val="Oznaenseznam"/>
              <w:spacing w:after="16"/>
            </w:pPr>
            <w:r>
              <w:rPr>
                <w:color w:val="000000"/>
                <w:sz w:val="16"/>
              </w:rPr>
              <w:t>razlaga odnosa med enoto in rezultatom</w:t>
            </w:r>
          </w:p>
          <w:p w14:paraId="31C4C9DE" w14:textId="77777777" w:rsidR="005B3871" w:rsidRDefault="00000000">
            <w:pPr>
              <w:spacing w:before="40" w:after="20" w:line="245" w:lineRule="auto"/>
            </w:pPr>
            <w:r>
              <w:rPr>
                <w:b/>
                <w:color w:val="000000"/>
                <w:sz w:val="17"/>
              </w:rPr>
              <w:t>MEDPREDMETNA POVEZAVA</w:t>
            </w:r>
          </w:p>
          <w:p w14:paraId="65810CA2" w14:textId="77777777" w:rsidR="005B3871" w:rsidRDefault="00000000">
            <w:pPr>
              <w:spacing w:after="60" w:line="245" w:lineRule="auto"/>
            </w:pPr>
            <w:r>
              <w:rPr>
                <w:color w:val="000000"/>
                <w:sz w:val="16"/>
              </w:rPr>
              <w:t>SLJ – postopek meritve; SPO – pot v pokrajini; ŠPO – merjenje s koraki; LUM – linija poti</w:t>
            </w:r>
          </w:p>
          <w:p w14:paraId="22CE8B87" w14:textId="77777777" w:rsidR="005B3871" w:rsidRDefault="00000000">
            <w:pPr>
              <w:spacing w:after="20" w:line="245" w:lineRule="auto"/>
            </w:pPr>
            <w:r>
              <w:rPr>
                <w:b/>
                <w:color w:val="000000"/>
                <w:sz w:val="17"/>
              </w:rPr>
              <w:t>POUČEVANJE V GIBANJU</w:t>
            </w:r>
          </w:p>
          <w:p w14:paraId="68CB8A5D"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63880732" w14:textId="77777777" w:rsidR="005B3871" w:rsidRDefault="00000000">
            <w:pPr>
              <w:spacing w:after="20" w:line="245" w:lineRule="auto"/>
            </w:pPr>
            <w:r>
              <w:rPr>
                <w:b/>
                <w:color w:val="000000"/>
                <w:sz w:val="17"/>
              </w:rPr>
              <w:t>DELO PO POSTAJAH</w:t>
            </w:r>
          </w:p>
          <w:p w14:paraId="7488FB34" w14:textId="77777777" w:rsidR="005B3871" w:rsidRDefault="00000000">
            <w:pPr>
              <w:spacing w:after="60" w:line="245" w:lineRule="auto"/>
            </w:pPr>
            <w:r>
              <w:rPr>
                <w:color w:val="000000"/>
                <w:sz w:val="15"/>
              </w:rPr>
              <w:t>Načrtovana rotacija: konkretno-izkušenjska – Oceni in primerjaj; gibalna/sodelovalna – Merimo mačjo pot; slikovno-simbolna – Merilne postaje; izziv, dokaz in povratna informacija – Zakaj različna rezultata?. Pri pisnem ocenjevanju se postaje izvedejo v pripravi, analizi in ponovnem učenju.</w:t>
            </w:r>
          </w:p>
          <w:p w14:paraId="4619E543" w14:textId="77777777" w:rsidR="005B3871" w:rsidRDefault="00000000">
            <w:pPr>
              <w:spacing w:after="20" w:line="245" w:lineRule="auto"/>
            </w:pPr>
            <w:r>
              <w:rPr>
                <w:b/>
                <w:color w:val="000000"/>
                <w:sz w:val="17"/>
              </w:rPr>
              <w:t>DIFERENCIACIJA IN VKLJUČEVANJE</w:t>
            </w:r>
          </w:p>
          <w:p w14:paraId="6A7D206A"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5D5183FC" w14:textId="77777777" w:rsidR="005B3871" w:rsidRDefault="00000000">
            <w:pPr>
              <w:spacing w:after="20" w:line="245" w:lineRule="auto"/>
            </w:pPr>
            <w:r>
              <w:rPr>
                <w:b/>
                <w:color w:val="000000"/>
                <w:sz w:val="17"/>
              </w:rPr>
              <w:t>SPREMLJANJE</w:t>
            </w:r>
          </w:p>
          <w:p w14:paraId="1B412F98"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2ECB93EA"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DE58C8E" w14:textId="77777777">
              <w:trPr>
                <w:jc w:val="center"/>
              </w:trPr>
              <w:tc>
                <w:tcPr>
                  <w:tcW w:w="7087" w:type="dxa"/>
                  <w:shd w:val="clear" w:color="auto" w:fill="C6E7F3"/>
                  <w:tcMar>
                    <w:top w:w="45" w:type="dxa"/>
                    <w:left w:w="70" w:type="dxa"/>
                    <w:bottom w:w="45" w:type="dxa"/>
                    <w:right w:w="70" w:type="dxa"/>
                  </w:tcMar>
                </w:tcPr>
                <w:p w14:paraId="52F64C9A" w14:textId="77777777" w:rsidR="005B3871" w:rsidRDefault="00000000">
                  <w:pPr>
                    <w:keepNext/>
                  </w:pPr>
                  <w:r>
                    <w:rPr>
                      <w:b/>
                      <w:color w:val="000000"/>
                    </w:rPr>
                    <w:t>GLAVNI DEL – IZKUŠENJSKO IN PROBLEMSKO UČENJE (4 šolske ure)</w:t>
                  </w:r>
                </w:p>
              </w:tc>
            </w:tr>
          </w:tbl>
          <w:p w14:paraId="7A4E10E7" w14:textId="77777777" w:rsidR="005B3871" w:rsidRDefault="005B3871">
            <w:pPr>
              <w:spacing w:line="20" w:lineRule="exact"/>
            </w:pPr>
          </w:p>
          <w:p w14:paraId="1FEB6EA6" w14:textId="77777777" w:rsidR="005B3871" w:rsidRDefault="00000000">
            <w:pPr>
              <w:keepNext/>
              <w:spacing w:before="40" w:after="10" w:line="245" w:lineRule="auto"/>
            </w:pPr>
            <w:r>
              <w:rPr>
                <w:b/>
                <w:color w:val="000000"/>
                <w:sz w:val="17"/>
              </w:rPr>
              <w:t>1. URA – Oceni in primerjaj</w:t>
            </w:r>
          </w:p>
          <w:p w14:paraId="26008C2E" w14:textId="77777777" w:rsidR="005B3871" w:rsidRDefault="00000000">
            <w:pPr>
              <w:spacing w:after="14" w:line="245" w:lineRule="auto"/>
            </w:pPr>
            <w:r>
              <w:rPr>
                <w:b/>
                <w:color w:val="000000"/>
                <w:sz w:val="16"/>
              </w:rPr>
              <w:t xml:space="preserve">Dejavnost učiteljice: </w:t>
            </w:r>
            <w:r>
              <w:rPr>
                <w:color w:val="000000"/>
                <w:sz w:val="16"/>
              </w:rPr>
              <w:t>Ponudi poti in predmete različnih dolžin ter zahteva poravnavo začetkov.</w:t>
            </w:r>
          </w:p>
          <w:p w14:paraId="7E0E8B30" w14:textId="77777777" w:rsidR="005B3871" w:rsidRDefault="00000000">
            <w:pPr>
              <w:spacing w:after="14" w:line="245" w:lineRule="auto"/>
            </w:pPr>
            <w:r>
              <w:rPr>
                <w:b/>
                <w:color w:val="000000"/>
                <w:sz w:val="16"/>
              </w:rPr>
              <w:t xml:space="preserve">Dejavnost učencev: </w:t>
            </w:r>
            <w:r>
              <w:rPr>
                <w:color w:val="000000"/>
                <w:sz w:val="16"/>
              </w:rPr>
              <w:t>Napovedo, primerjajo in uredijo dolžine od najkrajše do najdaljše.</w:t>
            </w:r>
          </w:p>
          <w:p w14:paraId="0EFE9F69" w14:textId="77777777" w:rsidR="005B3871" w:rsidRDefault="00000000">
            <w:pPr>
              <w:spacing w:after="24" w:line="245" w:lineRule="auto"/>
            </w:pPr>
            <w:r>
              <w:rPr>
                <w:i/>
                <w:color w:val="D95BC6"/>
                <w:sz w:val="16"/>
              </w:rPr>
              <w:t>Predvideni dokaz: urejene dolžine z opisom postopka.</w:t>
            </w:r>
          </w:p>
          <w:p w14:paraId="59363312" w14:textId="77777777" w:rsidR="005B3871" w:rsidRDefault="00000000">
            <w:pPr>
              <w:keepNext/>
              <w:spacing w:before="40" w:after="10" w:line="245" w:lineRule="auto"/>
            </w:pPr>
            <w:r>
              <w:rPr>
                <w:b/>
                <w:color w:val="000000"/>
                <w:sz w:val="17"/>
              </w:rPr>
              <w:t>2. URA – Merimo mačjo pot</w:t>
            </w:r>
          </w:p>
          <w:p w14:paraId="0F520EA9" w14:textId="77777777" w:rsidR="005B3871" w:rsidRDefault="00000000">
            <w:pPr>
              <w:spacing w:after="14" w:line="245" w:lineRule="auto"/>
            </w:pPr>
            <w:r>
              <w:rPr>
                <w:b/>
                <w:color w:val="000000"/>
                <w:sz w:val="16"/>
              </w:rPr>
              <w:t xml:space="preserve">Dejavnost učiteljice: </w:t>
            </w:r>
            <w:r>
              <w:rPr>
                <w:color w:val="000000"/>
                <w:sz w:val="16"/>
              </w:rPr>
              <w:t>Modelira polaganje enakih enot v ravni vrsti brez vrzeli in prekrivanja.</w:t>
            </w:r>
          </w:p>
          <w:p w14:paraId="5A092A0E" w14:textId="77777777" w:rsidR="005B3871" w:rsidRDefault="00000000">
            <w:pPr>
              <w:spacing w:after="14" w:line="245" w:lineRule="auto"/>
            </w:pPr>
            <w:r>
              <w:rPr>
                <w:b/>
                <w:color w:val="000000"/>
                <w:sz w:val="16"/>
              </w:rPr>
              <w:t xml:space="preserve">Dejavnost učencev: </w:t>
            </w:r>
            <w:r>
              <w:rPr>
                <w:color w:val="000000"/>
                <w:sz w:val="16"/>
              </w:rPr>
              <w:t>Pot izmerijo s kockami, stopinjami ali sponkami ter navedejo uporabljeno enoto.</w:t>
            </w:r>
          </w:p>
          <w:p w14:paraId="2C9F51EC" w14:textId="77777777" w:rsidR="005B3871" w:rsidRDefault="00000000">
            <w:pPr>
              <w:spacing w:after="24" w:line="245" w:lineRule="auto"/>
            </w:pPr>
            <w:r>
              <w:rPr>
                <w:i/>
                <w:color w:val="D95BC6"/>
                <w:sz w:val="16"/>
              </w:rPr>
              <w:t>Predvideni dokaz: pravilna meritev z navedeno enoto.</w:t>
            </w:r>
          </w:p>
          <w:p w14:paraId="7716A7B8" w14:textId="77777777" w:rsidR="005B3871" w:rsidRDefault="00000000">
            <w:pPr>
              <w:keepNext/>
              <w:spacing w:before="40" w:after="10" w:line="245" w:lineRule="auto"/>
            </w:pPr>
            <w:r>
              <w:rPr>
                <w:b/>
                <w:color w:val="000000"/>
                <w:sz w:val="17"/>
              </w:rPr>
              <w:t>3. URA – Merilne postaje</w:t>
            </w:r>
          </w:p>
          <w:p w14:paraId="3B2D27A5" w14:textId="77777777" w:rsidR="005B3871" w:rsidRDefault="00000000">
            <w:pPr>
              <w:spacing w:after="14" w:line="245" w:lineRule="auto"/>
            </w:pPr>
            <w:r>
              <w:rPr>
                <w:b/>
                <w:color w:val="000000"/>
                <w:sz w:val="16"/>
              </w:rPr>
              <w:t xml:space="preserve">Dejavnost učiteljice: </w:t>
            </w:r>
            <w:r>
              <w:rPr>
                <w:color w:val="000000"/>
                <w:sz w:val="16"/>
              </w:rPr>
              <w:t>Pripravi predmete in na vsaki postaji določi enako vrsto merske enote.</w:t>
            </w:r>
          </w:p>
          <w:p w14:paraId="4E56AAB3" w14:textId="77777777" w:rsidR="005B3871" w:rsidRDefault="00000000">
            <w:pPr>
              <w:spacing w:after="14" w:line="245" w:lineRule="auto"/>
            </w:pPr>
            <w:r>
              <w:rPr>
                <w:b/>
                <w:color w:val="000000"/>
                <w:sz w:val="16"/>
              </w:rPr>
              <w:t xml:space="preserve">Dejavnost učencev: </w:t>
            </w:r>
            <w:r>
              <w:rPr>
                <w:color w:val="000000"/>
                <w:sz w:val="16"/>
              </w:rPr>
              <w:t>V skupini izmerijo, rezultate zapišejo in preverijo s ponovitvijo.</w:t>
            </w:r>
          </w:p>
          <w:p w14:paraId="6DDF72FC" w14:textId="77777777" w:rsidR="005B3871" w:rsidRDefault="00000000">
            <w:pPr>
              <w:spacing w:after="24" w:line="245" w:lineRule="auto"/>
            </w:pPr>
            <w:r>
              <w:rPr>
                <w:i/>
                <w:color w:val="D95BC6"/>
                <w:sz w:val="16"/>
              </w:rPr>
              <w:t>Predvideni dokaz: zapisane in ponovljene meritve.</w:t>
            </w:r>
          </w:p>
          <w:p w14:paraId="304B2535" w14:textId="77777777" w:rsidR="005B3871" w:rsidRDefault="00000000">
            <w:pPr>
              <w:keepNext/>
              <w:spacing w:before="40" w:after="10" w:line="245" w:lineRule="auto"/>
            </w:pPr>
            <w:r>
              <w:rPr>
                <w:b/>
                <w:color w:val="000000"/>
                <w:sz w:val="17"/>
              </w:rPr>
              <w:t>4. URA – Zakaj različna rezultata?</w:t>
            </w:r>
          </w:p>
          <w:p w14:paraId="4DDF3F3D" w14:textId="77777777" w:rsidR="005B3871" w:rsidRDefault="00000000">
            <w:pPr>
              <w:spacing w:after="14" w:line="245" w:lineRule="auto"/>
            </w:pPr>
            <w:r>
              <w:rPr>
                <w:b/>
                <w:color w:val="000000"/>
                <w:sz w:val="16"/>
              </w:rPr>
              <w:t xml:space="preserve">Dejavnost učiteljice: </w:t>
            </w:r>
            <w:r>
              <w:rPr>
                <w:color w:val="000000"/>
                <w:sz w:val="16"/>
              </w:rPr>
              <w:t>Primerja meritev iste poti z večjimi in manjšimi enotami.</w:t>
            </w:r>
          </w:p>
          <w:p w14:paraId="0889F0F6" w14:textId="77777777" w:rsidR="005B3871" w:rsidRDefault="00000000">
            <w:pPr>
              <w:spacing w:after="14" w:line="245" w:lineRule="auto"/>
            </w:pPr>
            <w:r>
              <w:rPr>
                <w:b/>
                <w:color w:val="000000"/>
                <w:sz w:val="16"/>
              </w:rPr>
              <w:t xml:space="preserve">Dejavnost učencev: </w:t>
            </w:r>
            <w:r>
              <w:rPr>
                <w:color w:val="000000"/>
                <w:sz w:val="16"/>
              </w:rPr>
              <w:t>Pojasnijo vpliv velikosti enote ter določijo, kateri rezultati so med seboj primerljivi.</w:t>
            </w:r>
          </w:p>
          <w:p w14:paraId="2EEDD320" w14:textId="77777777" w:rsidR="005B3871" w:rsidRDefault="00000000">
            <w:pPr>
              <w:spacing w:after="24" w:line="245" w:lineRule="auto"/>
            </w:pPr>
            <w:r>
              <w:rPr>
                <w:i/>
                <w:color w:val="D95BC6"/>
                <w:sz w:val="16"/>
              </w:rPr>
              <w:t>Predvideni dokaz: razlaga odnosa med enoto in rezultatom.</w:t>
            </w:r>
          </w:p>
          <w:tbl>
            <w:tblPr>
              <w:tblStyle w:val="Tabelamrea"/>
              <w:tblW w:w="0" w:type="auto"/>
              <w:jc w:val="center"/>
              <w:tblLayout w:type="fixed"/>
              <w:tblLook w:val="04A0" w:firstRow="1" w:lastRow="0" w:firstColumn="1" w:lastColumn="0" w:noHBand="0" w:noVBand="1"/>
            </w:tblPr>
            <w:tblGrid>
              <w:gridCol w:w="7087"/>
            </w:tblGrid>
            <w:tr w:rsidR="005B3871" w14:paraId="6A255BCA" w14:textId="77777777">
              <w:trPr>
                <w:jc w:val="center"/>
              </w:trPr>
              <w:tc>
                <w:tcPr>
                  <w:tcW w:w="7087" w:type="dxa"/>
                  <w:shd w:val="clear" w:color="auto" w:fill="EDC9EA"/>
                  <w:tcMar>
                    <w:top w:w="45" w:type="dxa"/>
                    <w:left w:w="70" w:type="dxa"/>
                    <w:bottom w:w="45" w:type="dxa"/>
                    <w:right w:w="70" w:type="dxa"/>
                  </w:tcMar>
                </w:tcPr>
                <w:p w14:paraId="74C95095" w14:textId="77777777" w:rsidR="005B3871" w:rsidRDefault="00000000">
                  <w:pPr>
                    <w:keepNext/>
                  </w:pPr>
                  <w:r>
                    <w:rPr>
                      <w:b/>
                      <w:color w:val="000000"/>
                    </w:rPr>
                    <w:t>POVRATNA INFORMACIJA UČITELJICE MED DELOM</w:t>
                  </w:r>
                </w:p>
              </w:tc>
            </w:tr>
          </w:tbl>
          <w:p w14:paraId="363F315F" w14:textId="77777777" w:rsidR="005B3871" w:rsidRDefault="005B3871"/>
          <w:p w14:paraId="3155CCF3"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43A44C09" w14:textId="77777777" w:rsidR="005B3871" w:rsidRDefault="005B3871"/>
          <w:p w14:paraId="1105D33C" w14:textId="77777777" w:rsidR="005B3871" w:rsidRDefault="00000000">
            <w:pPr>
              <w:spacing w:after="10" w:line="245" w:lineRule="auto"/>
            </w:pPr>
            <w:r>
              <w:rPr>
                <w:b/>
                <w:color w:val="000000"/>
                <w:sz w:val="16"/>
              </w:rPr>
              <w:t>1. URA</w:t>
            </w:r>
          </w:p>
          <w:p w14:paraId="27854FBC" w14:textId="77777777" w:rsidR="005B3871" w:rsidRDefault="00000000">
            <w:pPr>
              <w:spacing w:after="30" w:line="245" w:lineRule="auto"/>
            </w:pPr>
            <w:r>
              <w:rPr>
                <w:color w:val="000000"/>
                <w:sz w:val="16"/>
              </w:rPr>
              <w:t>Napovedo, primerjajo in uredijo dolžine od najkrajše do najdaljše.</w:t>
            </w:r>
          </w:p>
          <w:p w14:paraId="405095D8" w14:textId="77777777" w:rsidR="005B3871" w:rsidRDefault="00000000">
            <w:pPr>
              <w:spacing w:line="245" w:lineRule="auto"/>
            </w:pPr>
            <w:r>
              <w:rPr>
                <w:b/>
                <w:color w:val="D95BC6"/>
                <w:sz w:val="16"/>
              </w:rPr>
              <w:t>DOKAZ</w:t>
            </w:r>
          </w:p>
          <w:p w14:paraId="6E91624C" w14:textId="77777777" w:rsidR="005B3871" w:rsidRDefault="00000000">
            <w:pPr>
              <w:spacing w:after="40" w:line="245" w:lineRule="auto"/>
            </w:pPr>
            <w:r>
              <w:rPr>
                <w:color w:val="D95BC6"/>
                <w:sz w:val="15"/>
              </w:rPr>
              <w:t>urejene dolžine z opisom postopka</w:t>
            </w:r>
          </w:p>
          <w:p w14:paraId="5A74EDDA" w14:textId="77777777" w:rsidR="005B3871" w:rsidRDefault="00000000">
            <w:pPr>
              <w:spacing w:after="10" w:line="245" w:lineRule="auto"/>
            </w:pPr>
            <w:r>
              <w:rPr>
                <w:b/>
                <w:color w:val="000000"/>
                <w:sz w:val="16"/>
              </w:rPr>
              <w:t>2. URA</w:t>
            </w:r>
          </w:p>
          <w:p w14:paraId="52D5A1EE" w14:textId="77777777" w:rsidR="005B3871" w:rsidRDefault="00000000">
            <w:pPr>
              <w:spacing w:after="30" w:line="245" w:lineRule="auto"/>
            </w:pPr>
            <w:r>
              <w:rPr>
                <w:color w:val="000000"/>
                <w:sz w:val="16"/>
              </w:rPr>
              <w:t>Pot izmerijo s kockami, stopinjami ali sponkami ter navedejo uporabljeno enoto.</w:t>
            </w:r>
          </w:p>
          <w:p w14:paraId="68B20A37" w14:textId="77777777" w:rsidR="005B3871" w:rsidRDefault="00000000">
            <w:pPr>
              <w:spacing w:line="245" w:lineRule="auto"/>
            </w:pPr>
            <w:r>
              <w:rPr>
                <w:b/>
                <w:color w:val="D95BC6"/>
                <w:sz w:val="16"/>
              </w:rPr>
              <w:t>DOKAZ</w:t>
            </w:r>
          </w:p>
          <w:p w14:paraId="113EC942" w14:textId="77777777" w:rsidR="005B3871" w:rsidRDefault="00000000">
            <w:pPr>
              <w:spacing w:after="40" w:line="245" w:lineRule="auto"/>
            </w:pPr>
            <w:r>
              <w:rPr>
                <w:color w:val="D95BC6"/>
                <w:sz w:val="15"/>
              </w:rPr>
              <w:t>pravilna meritev z navedeno enoto</w:t>
            </w:r>
          </w:p>
          <w:p w14:paraId="30BBA452" w14:textId="77777777" w:rsidR="005B3871" w:rsidRDefault="00000000">
            <w:pPr>
              <w:spacing w:after="10" w:line="245" w:lineRule="auto"/>
            </w:pPr>
            <w:r>
              <w:rPr>
                <w:b/>
                <w:color w:val="000000"/>
                <w:sz w:val="16"/>
              </w:rPr>
              <w:t>3. URA</w:t>
            </w:r>
          </w:p>
          <w:p w14:paraId="299BB23C" w14:textId="77777777" w:rsidR="005B3871" w:rsidRDefault="00000000">
            <w:pPr>
              <w:spacing w:after="30" w:line="245" w:lineRule="auto"/>
            </w:pPr>
            <w:r>
              <w:rPr>
                <w:color w:val="000000"/>
                <w:sz w:val="16"/>
              </w:rPr>
              <w:t>V skupini izmerijo, rezultate zapišejo in preverijo s ponovitvijo.</w:t>
            </w:r>
          </w:p>
          <w:p w14:paraId="55117678" w14:textId="77777777" w:rsidR="005B3871" w:rsidRDefault="00000000">
            <w:pPr>
              <w:spacing w:line="245" w:lineRule="auto"/>
            </w:pPr>
            <w:r>
              <w:rPr>
                <w:b/>
                <w:color w:val="D95BC6"/>
                <w:sz w:val="16"/>
              </w:rPr>
              <w:t>DOKAZ</w:t>
            </w:r>
          </w:p>
          <w:p w14:paraId="19FACF29" w14:textId="77777777" w:rsidR="005B3871" w:rsidRDefault="00000000">
            <w:pPr>
              <w:spacing w:after="40" w:line="245" w:lineRule="auto"/>
            </w:pPr>
            <w:r>
              <w:rPr>
                <w:color w:val="D95BC6"/>
                <w:sz w:val="15"/>
              </w:rPr>
              <w:t>zapisane in ponovljene meritve</w:t>
            </w:r>
          </w:p>
          <w:p w14:paraId="45EA0B25" w14:textId="77777777" w:rsidR="005B3871" w:rsidRDefault="00000000">
            <w:pPr>
              <w:spacing w:after="10" w:line="245" w:lineRule="auto"/>
            </w:pPr>
            <w:r>
              <w:rPr>
                <w:b/>
                <w:color w:val="000000"/>
                <w:sz w:val="16"/>
              </w:rPr>
              <w:t>4. URA</w:t>
            </w:r>
          </w:p>
          <w:p w14:paraId="3EBA6D92" w14:textId="77777777" w:rsidR="005B3871" w:rsidRDefault="00000000">
            <w:pPr>
              <w:spacing w:after="30" w:line="245" w:lineRule="auto"/>
            </w:pPr>
            <w:r>
              <w:rPr>
                <w:color w:val="000000"/>
                <w:sz w:val="16"/>
              </w:rPr>
              <w:t>Pojasnijo vpliv velikosti enote ter določijo, kateri rezultati so med seboj primerljivi.</w:t>
            </w:r>
          </w:p>
          <w:p w14:paraId="110A5FCB" w14:textId="77777777" w:rsidR="005B3871" w:rsidRDefault="00000000">
            <w:pPr>
              <w:spacing w:line="245" w:lineRule="auto"/>
            </w:pPr>
            <w:r>
              <w:rPr>
                <w:b/>
                <w:color w:val="D95BC6"/>
                <w:sz w:val="16"/>
              </w:rPr>
              <w:t>DOKAZ</w:t>
            </w:r>
          </w:p>
          <w:p w14:paraId="5609BBD9" w14:textId="77777777" w:rsidR="005B3871" w:rsidRDefault="00000000">
            <w:pPr>
              <w:spacing w:after="40" w:line="245" w:lineRule="auto"/>
            </w:pPr>
            <w:r>
              <w:rPr>
                <w:color w:val="D95BC6"/>
                <w:sz w:val="15"/>
              </w:rPr>
              <w:t>razlaga odnosa med enoto in rezultatom</w:t>
            </w:r>
          </w:p>
        </w:tc>
      </w:tr>
    </w:tbl>
    <w:p w14:paraId="77C1773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0BCA218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408140F"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4F66694" w14:textId="77777777" w:rsidR="005B3871" w:rsidRDefault="00000000">
            <w:pPr>
              <w:jc w:val="center"/>
            </w:pPr>
            <w:r>
              <w:rPr>
                <w:b/>
                <w:color w:val="000000"/>
                <w:sz w:val="20"/>
              </w:rPr>
              <w:t>UČNE DEJAVNOSTI, METODE IN FORMATIVNO SPREMLJANJE</w:t>
            </w:r>
          </w:p>
        </w:tc>
      </w:tr>
      <w:tr w:rsidR="005B3871" w14:paraId="35C712FD" w14:textId="77777777">
        <w:trPr>
          <w:tblHeader/>
          <w:jc w:val="center"/>
        </w:trPr>
        <w:tc>
          <w:tcPr>
            <w:tcW w:w="4422" w:type="dxa"/>
            <w:vMerge/>
            <w:tcMar>
              <w:top w:w="70" w:type="dxa"/>
              <w:left w:w="90" w:type="dxa"/>
              <w:bottom w:w="70" w:type="dxa"/>
              <w:right w:w="90" w:type="dxa"/>
            </w:tcMar>
            <w:vAlign w:val="center"/>
          </w:tcPr>
          <w:p w14:paraId="6474B86A" w14:textId="77777777" w:rsidR="005B3871" w:rsidRDefault="005B3871"/>
        </w:tc>
        <w:tc>
          <w:tcPr>
            <w:tcW w:w="7087" w:type="dxa"/>
            <w:shd w:val="clear" w:color="auto" w:fill="FFFFFF"/>
            <w:tcMar>
              <w:top w:w="70" w:type="dxa"/>
              <w:left w:w="90" w:type="dxa"/>
              <w:bottom w:w="70" w:type="dxa"/>
              <w:right w:w="90" w:type="dxa"/>
            </w:tcMar>
            <w:vAlign w:val="center"/>
          </w:tcPr>
          <w:p w14:paraId="6CD3B730"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1278FDF" w14:textId="77777777" w:rsidR="005B3871" w:rsidRDefault="00000000">
            <w:pPr>
              <w:jc w:val="center"/>
            </w:pPr>
            <w:r>
              <w:rPr>
                <w:b/>
                <w:color w:val="000000"/>
              </w:rPr>
              <w:t>UČENEC</w:t>
            </w:r>
          </w:p>
        </w:tc>
      </w:tr>
      <w:tr w:rsidR="005B3871" w14:paraId="088911A8" w14:textId="77777777">
        <w:trPr>
          <w:jc w:val="center"/>
        </w:trPr>
        <w:tc>
          <w:tcPr>
            <w:tcW w:w="4422" w:type="dxa"/>
            <w:tcMar>
              <w:top w:w="70" w:type="dxa"/>
              <w:left w:w="90" w:type="dxa"/>
              <w:bottom w:w="70" w:type="dxa"/>
              <w:right w:w="90" w:type="dxa"/>
            </w:tcMar>
          </w:tcPr>
          <w:p w14:paraId="3130377F" w14:textId="77777777" w:rsidR="005B3871" w:rsidRDefault="005B3871"/>
          <w:p w14:paraId="21CDD6D5" w14:textId="77777777" w:rsidR="005B3871" w:rsidRDefault="00000000">
            <w:pPr>
              <w:spacing w:after="40" w:line="245" w:lineRule="auto"/>
            </w:pPr>
            <w:r>
              <w:rPr>
                <w:b/>
                <w:color w:val="000000"/>
              </w:rPr>
              <w:t>FORMATIVNO SPREMLJANJE</w:t>
            </w:r>
          </w:p>
          <w:p w14:paraId="70B77F18" w14:textId="77777777" w:rsidR="005B3871" w:rsidRDefault="00000000">
            <w:pPr>
              <w:pStyle w:val="Oznaenseznam"/>
              <w:spacing w:after="16"/>
            </w:pPr>
            <w:r>
              <w:rPr>
                <w:color w:val="000000"/>
                <w:sz w:val="16"/>
              </w:rPr>
              <w:t>predznanje: začetna strategija, ocena, razvrstitev, model ali risba</w:t>
            </w:r>
          </w:p>
          <w:p w14:paraId="4A93B421" w14:textId="77777777" w:rsidR="005B3871" w:rsidRDefault="00000000">
            <w:pPr>
              <w:pStyle w:val="Oznaenseznam"/>
              <w:spacing w:after="16"/>
            </w:pPr>
            <w:r>
              <w:rPr>
                <w:color w:val="000000"/>
                <w:sz w:val="16"/>
              </w:rPr>
              <w:t>dokazi med učenjem: konkretni, gibalni, slikovni in simbolni prikaz ter razlaga postopka</w:t>
            </w:r>
          </w:p>
          <w:p w14:paraId="1F722BEF" w14:textId="77777777" w:rsidR="005B3871" w:rsidRDefault="00000000">
            <w:pPr>
              <w:pStyle w:val="Oznaenseznam"/>
              <w:spacing w:after="16"/>
            </w:pPr>
            <w:r>
              <w:rPr>
                <w:color w:val="000000"/>
                <w:sz w:val="16"/>
              </w:rPr>
              <w:t>povratna informacija: konkretna, vezana na kriterij in usmerjena v preverjanje ali naslednji korak</w:t>
            </w:r>
          </w:p>
          <w:p w14:paraId="7A0C3069" w14:textId="77777777" w:rsidR="005B3871" w:rsidRDefault="00000000">
            <w:pPr>
              <w:pStyle w:val="Oznaenseznam"/>
              <w:spacing w:after="16"/>
            </w:pPr>
            <w:r>
              <w:rPr>
                <w:color w:val="000000"/>
                <w:sz w:val="16"/>
              </w:rPr>
              <w:t>samovrednotenje: semafor, lestvica samostojnosti, izbrani dokaz ali kratka poved</w:t>
            </w:r>
          </w:p>
          <w:p w14:paraId="40AA1C03" w14:textId="77777777" w:rsidR="005B3871" w:rsidRDefault="00000000">
            <w:pPr>
              <w:spacing w:before="40" w:after="20" w:line="245" w:lineRule="auto"/>
            </w:pPr>
            <w:r>
              <w:rPr>
                <w:b/>
                <w:color w:val="000000"/>
                <w:sz w:val="17"/>
              </w:rPr>
              <w:t>VARNOST IN ODGOVORNOST</w:t>
            </w:r>
          </w:p>
          <w:p w14:paraId="59018045"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29A2C776" w14:textId="77777777" w:rsidR="005B3871" w:rsidRDefault="00000000">
            <w:pPr>
              <w:spacing w:after="20" w:line="245" w:lineRule="auto"/>
            </w:pPr>
            <w:r>
              <w:rPr>
                <w:b/>
                <w:color w:val="000000"/>
                <w:sz w:val="17"/>
              </w:rPr>
              <w:t>EVIDENCA PO IZVEDBI</w:t>
            </w:r>
          </w:p>
          <w:p w14:paraId="64CABF06"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510F3C1E"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F714E2C" w14:textId="77777777">
              <w:trPr>
                <w:jc w:val="center"/>
              </w:trPr>
              <w:tc>
                <w:tcPr>
                  <w:tcW w:w="7087" w:type="dxa"/>
                  <w:shd w:val="clear" w:color="auto" w:fill="EDC9EA"/>
                  <w:tcMar>
                    <w:top w:w="45" w:type="dxa"/>
                    <w:left w:w="70" w:type="dxa"/>
                    <w:bottom w:w="45" w:type="dxa"/>
                    <w:right w:w="70" w:type="dxa"/>
                  </w:tcMar>
                </w:tcPr>
                <w:p w14:paraId="50823D2A" w14:textId="77777777" w:rsidR="005B3871" w:rsidRDefault="00000000">
                  <w:pPr>
                    <w:keepNext/>
                  </w:pPr>
                  <w:r>
                    <w:rPr>
                      <w:b/>
                      <w:color w:val="000000"/>
                    </w:rPr>
                    <w:t>VPRAŠANJA V PODPORO MATEMATIČNEMU UČENJU</w:t>
                  </w:r>
                </w:p>
              </w:tc>
            </w:tr>
          </w:tbl>
          <w:p w14:paraId="28D0C6A0" w14:textId="77777777" w:rsidR="005B3871" w:rsidRDefault="005B3871">
            <w:pPr>
              <w:spacing w:line="20" w:lineRule="exact"/>
            </w:pPr>
          </w:p>
          <w:p w14:paraId="6C60BD64" w14:textId="77777777" w:rsidR="005B3871" w:rsidRDefault="00000000">
            <w:pPr>
              <w:pStyle w:val="Oznaenseznam"/>
              <w:spacing w:after="16"/>
            </w:pPr>
            <w:r>
              <w:rPr>
                <w:color w:val="000000"/>
                <w:sz w:val="16"/>
              </w:rPr>
              <w:t>Kaj v tvojem modelu, risbi ali zapisu predstavlja posamezni del naloge?</w:t>
            </w:r>
          </w:p>
          <w:p w14:paraId="564E9A4A" w14:textId="77777777" w:rsidR="005B3871" w:rsidRDefault="00000000">
            <w:pPr>
              <w:pStyle w:val="Oznaenseznam"/>
              <w:spacing w:after="16"/>
            </w:pPr>
            <w:r>
              <w:rPr>
                <w:color w:val="000000"/>
                <w:sz w:val="16"/>
              </w:rPr>
              <w:t>Kako si prišel/-la do rešitve in kako veš, da je smiselna?</w:t>
            </w:r>
          </w:p>
          <w:p w14:paraId="2081F78E" w14:textId="77777777" w:rsidR="005B3871" w:rsidRDefault="00000000">
            <w:pPr>
              <w:pStyle w:val="Oznaenseznam"/>
              <w:spacing w:after="16"/>
            </w:pPr>
            <w:r>
              <w:rPr>
                <w:color w:val="000000"/>
                <w:sz w:val="16"/>
              </w:rPr>
              <w:t>Ali lahko isto pokažeš še s predmetom, gibanjem, risbo ali drugim zapisom?</w:t>
            </w:r>
          </w:p>
          <w:p w14:paraId="3502C0ED" w14:textId="77777777" w:rsidR="005B3871" w:rsidRDefault="00000000">
            <w:pPr>
              <w:pStyle w:val="Oznaenseznam"/>
              <w:spacing w:after="16"/>
            </w:pPr>
            <w:r>
              <w:rPr>
                <w:color w:val="000000"/>
                <w:sz w:val="16"/>
              </w:rPr>
              <w:t>Kje bi se lahko zmotil/-a in kako boš rešitev preveril/-a?</w:t>
            </w:r>
          </w:p>
          <w:p w14:paraId="45B022BB"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2AE0B751" w14:textId="77777777">
              <w:trPr>
                <w:jc w:val="center"/>
              </w:trPr>
              <w:tc>
                <w:tcPr>
                  <w:tcW w:w="7087" w:type="dxa"/>
                  <w:shd w:val="clear" w:color="auto" w:fill="C6E7F3"/>
                  <w:tcMar>
                    <w:top w:w="45" w:type="dxa"/>
                    <w:left w:w="70" w:type="dxa"/>
                    <w:bottom w:w="45" w:type="dxa"/>
                    <w:right w:w="70" w:type="dxa"/>
                  </w:tcMar>
                </w:tcPr>
                <w:p w14:paraId="11314996" w14:textId="77777777" w:rsidR="005B3871" w:rsidRDefault="00000000">
                  <w:pPr>
                    <w:keepNext/>
                  </w:pPr>
                  <w:r>
                    <w:rPr>
                      <w:b/>
                      <w:color w:val="000000"/>
                    </w:rPr>
                    <w:t>ZAKLJUČNI DEL – UTRJEVANJE IN REFLEKSIJA (10–15 min)</w:t>
                  </w:r>
                </w:p>
              </w:tc>
            </w:tr>
          </w:tbl>
          <w:p w14:paraId="09E55E45" w14:textId="77777777" w:rsidR="005B3871" w:rsidRDefault="005B3871">
            <w:pPr>
              <w:spacing w:line="20" w:lineRule="exact"/>
            </w:pPr>
          </w:p>
          <w:p w14:paraId="3F5E2740"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2538FE92" w14:textId="77777777">
              <w:trPr>
                <w:jc w:val="center"/>
              </w:trPr>
              <w:tc>
                <w:tcPr>
                  <w:tcW w:w="7087" w:type="dxa"/>
                  <w:shd w:val="clear" w:color="auto" w:fill="EDC9EA"/>
                  <w:tcMar>
                    <w:top w:w="45" w:type="dxa"/>
                    <w:left w:w="70" w:type="dxa"/>
                    <w:bottom w:w="45" w:type="dxa"/>
                    <w:right w:w="70" w:type="dxa"/>
                  </w:tcMar>
                </w:tcPr>
                <w:p w14:paraId="1A14A635" w14:textId="77777777" w:rsidR="005B3871" w:rsidRDefault="00000000">
                  <w:pPr>
                    <w:keepNext/>
                  </w:pPr>
                  <w:r>
                    <w:rPr>
                      <w:b/>
                      <w:color w:val="000000"/>
                    </w:rPr>
                    <w:t>SAMOVREDNOTENJE</w:t>
                  </w:r>
                </w:p>
              </w:tc>
            </w:tr>
          </w:tbl>
          <w:p w14:paraId="168AED2D" w14:textId="77777777" w:rsidR="005B3871" w:rsidRDefault="005B3871">
            <w:pPr>
              <w:spacing w:line="20" w:lineRule="exact"/>
            </w:pPr>
          </w:p>
          <w:p w14:paraId="6AB98B6C"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41A0A2AB" w14:textId="77777777">
              <w:trPr>
                <w:jc w:val="center"/>
              </w:trPr>
              <w:tc>
                <w:tcPr>
                  <w:tcW w:w="7087" w:type="dxa"/>
                  <w:shd w:val="clear" w:color="auto" w:fill="EDC9EA"/>
                  <w:tcMar>
                    <w:top w:w="45" w:type="dxa"/>
                    <w:left w:w="70" w:type="dxa"/>
                    <w:bottom w:w="45" w:type="dxa"/>
                    <w:right w:w="70" w:type="dxa"/>
                  </w:tcMar>
                </w:tcPr>
                <w:p w14:paraId="6B26914A" w14:textId="77777777" w:rsidR="005B3871" w:rsidRDefault="00000000">
                  <w:pPr>
                    <w:keepNext/>
                  </w:pPr>
                  <w:r>
                    <w:rPr>
                      <w:b/>
                      <w:color w:val="000000"/>
                    </w:rPr>
                    <w:t>VRSTNIŠKO VREDNOTENJE</w:t>
                  </w:r>
                </w:p>
              </w:tc>
            </w:tr>
          </w:tbl>
          <w:p w14:paraId="4A8D4B6B" w14:textId="77777777" w:rsidR="005B3871" w:rsidRDefault="005B3871">
            <w:pPr>
              <w:spacing w:line="20" w:lineRule="exact"/>
            </w:pPr>
          </w:p>
          <w:p w14:paraId="299324C9"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784E5849" w14:textId="77777777">
              <w:trPr>
                <w:jc w:val="center"/>
              </w:trPr>
              <w:tc>
                <w:tcPr>
                  <w:tcW w:w="7087" w:type="dxa"/>
                  <w:shd w:val="clear" w:color="auto" w:fill="EDC9EA"/>
                  <w:tcMar>
                    <w:top w:w="45" w:type="dxa"/>
                    <w:left w:w="70" w:type="dxa"/>
                    <w:bottom w:w="45" w:type="dxa"/>
                    <w:right w:w="70" w:type="dxa"/>
                  </w:tcMar>
                </w:tcPr>
                <w:p w14:paraId="0CF6EF7D" w14:textId="77777777" w:rsidR="005B3871" w:rsidRDefault="00000000">
                  <w:pPr>
                    <w:keepNext/>
                  </w:pPr>
                  <w:r>
                    <w:rPr>
                      <w:b/>
                      <w:color w:val="000000"/>
                    </w:rPr>
                    <w:t>SKUPNI POVZETEK</w:t>
                  </w:r>
                </w:p>
              </w:tc>
            </w:tr>
          </w:tbl>
          <w:p w14:paraId="709DEC77" w14:textId="77777777" w:rsidR="005B3871" w:rsidRDefault="005B3871"/>
          <w:p w14:paraId="75858C7C" w14:textId="77777777" w:rsidR="005B3871" w:rsidRDefault="00000000">
            <w:pPr>
              <w:spacing w:before="20" w:after="40" w:line="245" w:lineRule="auto"/>
            </w:pPr>
            <w:r>
              <w:rPr>
                <w:b/>
                <w:color w:val="000000"/>
                <w:sz w:val="16"/>
              </w:rPr>
              <w:t>Dolžine ocenim, primerjam, uredim in pravilno izmerim z izbrano nestandardno enoto.</w:t>
            </w:r>
          </w:p>
        </w:tc>
        <w:tc>
          <w:tcPr>
            <w:tcW w:w="2551" w:type="dxa"/>
            <w:tcMar>
              <w:top w:w="70" w:type="dxa"/>
              <w:left w:w="90" w:type="dxa"/>
              <w:bottom w:w="70" w:type="dxa"/>
              <w:right w:w="90" w:type="dxa"/>
            </w:tcMar>
          </w:tcPr>
          <w:p w14:paraId="1F6B699C" w14:textId="77777777" w:rsidR="005B3871" w:rsidRDefault="005B3871"/>
          <w:p w14:paraId="76BF432F" w14:textId="77777777" w:rsidR="005B3871" w:rsidRDefault="00000000">
            <w:pPr>
              <w:spacing w:after="100" w:line="245" w:lineRule="auto"/>
            </w:pPr>
            <w:r>
              <w:rPr>
                <w:color w:val="000000"/>
                <w:sz w:val="16"/>
              </w:rPr>
              <w:t>Odgovarja na podporna vprašanja in se sklicuje na svoj model, zapis ali izvedbo.</w:t>
            </w:r>
          </w:p>
          <w:p w14:paraId="22816726" w14:textId="77777777" w:rsidR="005B3871" w:rsidRDefault="00000000">
            <w:pPr>
              <w:spacing w:after="100" w:line="245" w:lineRule="auto"/>
            </w:pPr>
            <w:r>
              <w:rPr>
                <w:color w:val="000000"/>
                <w:sz w:val="16"/>
              </w:rPr>
              <w:t>Primerja začetno strategijo z novim dokazom ter pojasni, kaj se je naučil/-a.</w:t>
            </w:r>
          </w:p>
          <w:p w14:paraId="595EE70F" w14:textId="77777777" w:rsidR="005B3871" w:rsidRDefault="00000000">
            <w:pPr>
              <w:spacing w:after="100" w:line="245" w:lineRule="auto"/>
            </w:pPr>
            <w:r>
              <w:rPr>
                <w:color w:val="000000"/>
                <w:sz w:val="16"/>
              </w:rPr>
              <w:t>Izbere raven samostojnosti in določi naslednji korak.</w:t>
            </w:r>
          </w:p>
          <w:p w14:paraId="28D30484" w14:textId="77777777" w:rsidR="005B3871" w:rsidRDefault="00000000">
            <w:pPr>
              <w:spacing w:after="100" w:line="245" w:lineRule="auto"/>
            </w:pPr>
            <w:r>
              <w:rPr>
                <w:color w:val="000000"/>
                <w:sz w:val="16"/>
              </w:rPr>
              <w:t>Sošolcu poda prijazen in konkreten odziv, vezan na kriterij.</w:t>
            </w:r>
          </w:p>
          <w:p w14:paraId="4260FC2B" w14:textId="77777777" w:rsidR="005B3871" w:rsidRDefault="00000000">
            <w:pPr>
              <w:spacing w:after="20" w:line="245" w:lineRule="auto"/>
            </w:pPr>
            <w:r>
              <w:rPr>
                <w:b/>
                <w:color w:val="D95BC6"/>
                <w:sz w:val="17"/>
              </w:rPr>
              <w:t>DOKAZ O UČENJU</w:t>
            </w:r>
          </w:p>
          <w:p w14:paraId="1DB6CAA6"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D771B39"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3F9AD3F0" w14:textId="77777777">
        <w:trPr>
          <w:cantSplit/>
          <w:jc w:val="center"/>
        </w:trPr>
        <w:tc>
          <w:tcPr>
            <w:tcW w:w="14060" w:type="dxa"/>
            <w:gridSpan w:val="6"/>
            <w:tcMar>
              <w:top w:w="70" w:type="dxa"/>
              <w:left w:w="90" w:type="dxa"/>
              <w:bottom w:w="70" w:type="dxa"/>
              <w:right w:w="90" w:type="dxa"/>
            </w:tcMar>
            <w:vAlign w:val="center"/>
          </w:tcPr>
          <w:p w14:paraId="2D5C0E3C" w14:textId="77777777" w:rsidR="005B3871" w:rsidRDefault="00000000">
            <w:pPr>
              <w:jc w:val="center"/>
            </w:pPr>
            <w:r>
              <w:rPr>
                <w:b/>
                <w:color w:val="000000"/>
                <w:sz w:val="24"/>
              </w:rPr>
              <w:lastRenderedPageBreak/>
              <w:t>UČNA PRIPRAVA 33/39</w:t>
            </w:r>
          </w:p>
        </w:tc>
      </w:tr>
      <w:tr w:rsidR="005B3871" w14:paraId="3B7A484E" w14:textId="77777777">
        <w:trPr>
          <w:jc w:val="center"/>
        </w:trPr>
        <w:tc>
          <w:tcPr>
            <w:tcW w:w="2665" w:type="dxa"/>
            <w:tcMar>
              <w:top w:w="70" w:type="dxa"/>
              <w:left w:w="90" w:type="dxa"/>
              <w:bottom w:w="70" w:type="dxa"/>
              <w:right w:w="90" w:type="dxa"/>
            </w:tcMar>
            <w:vAlign w:val="center"/>
          </w:tcPr>
          <w:p w14:paraId="31C1643F"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32F985B"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33F4C23C"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FCC5635" w14:textId="77777777" w:rsidR="005B3871" w:rsidRDefault="00000000">
            <w:r>
              <w:rPr>
                <w:b/>
                <w:color w:val="000000"/>
                <w:sz w:val="16"/>
              </w:rPr>
              <w:t xml:space="preserve">NAČRTOVANI TERMIN: </w:t>
            </w:r>
            <w:r>
              <w:rPr>
                <w:color w:val="000000"/>
                <w:sz w:val="16"/>
              </w:rPr>
              <w:t>33. teden • 10.–14. 5. 2027</w:t>
            </w:r>
          </w:p>
        </w:tc>
        <w:tc>
          <w:tcPr>
            <w:tcW w:w="2268" w:type="dxa"/>
            <w:tcMar>
              <w:top w:w="70" w:type="dxa"/>
              <w:left w:w="90" w:type="dxa"/>
              <w:bottom w:w="70" w:type="dxa"/>
              <w:right w:w="90" w:type="dxa"/>
            </w:tcMar>
            <w:vAlign w:val="center"/>
          </w:tcPr>
          <w:p w14:paraId="6D1403FF"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3EA3830" w14:textId="77777777" w:rsidR="005B3871" w:rsidRDefault="00000000">
            <w:r>
              <w:rPr>
                <w:b/>
                <w:color w:val="000000"/>
                <w:sz w:val="16"/>
              </w:rPr>
              <w:t xml:space="preserve">ŠTEVILO UR: </w:t>
            </w:r>
            <w:r>
              <w:rPr>
                <w:color w:val="000000"/>
                <w:sz w:val="16"/>
              </w:rPr>
              <w:t>3</w:t>
            </w:r>
          </w:p>
        </w:tc>
      </w:tr>
      <w:tr w:rsidR="005B3871" w14:paraId="462C01FB" w14:textId="77777777">
        <w:trPr>
          <w:jc w:val="center"/>
        </w:trPr>
        <w:tc>
          <w:tcPr>
            <w:tcW w:w="14061" w:type="dxa"/>
            <w:gridSpan w:val="6"/>
            <w:tcMar>
              <w:top w:w="70" w:type="dxa"/>
              <w:left w:w="90" w:type="dxa"/>
              <w:bottom w:w="70" w:type="dxa"/>
              <w:right w:w="90" w:type="dxa"/>
            </w:tcMar>
            <w:vAlign w:val="center"/>
          </w:tcPr>
          <w:p w14:paraId="5D349B05"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0005EB6C" w14:textId="77777777">
        <w:trPr>
          <w:cantSplit/>
          <w:jc w:val="center"/>
        </w:trPr>
        <w:tc>
          <w:tcPr>
            <w:tcW w:w="14060" w:type="dxa"/>
            <w:gridSpan w:val="6"/>
            <w:tcMar>
              <w:top w:w="70" w:type="dxa"/>
              <w:left w:w="90" w:type="dxa"/>
              <w:bottom w:w="70" w:type="dxa"/>
              <w:right w:w="90" w:type="dxa"/>
            </w:tcMar>
            <w:vAlign w:val="center"/>
          </w:tcPr>
          <w:p w14:paraId="2154DAFE" w14:textId="77777777" w:rsidR="005B3871" w:rsidRDefault="005B3871"/>
          <w:p w14:paraId="4F620FD3" w14:textId="77777777" w:rsidR="005B3871" w:rsidRDefault="00000000">
            <w:pPr>
              <w:spacing w:line="245" w:lineRule="auto"/>
            </w:pPr>
            <w:r>
              <w:rPr>
                <w:b/>
                <w:color w:val="000000"/>
                <w:sz w:val="16"/>
              </w:rPr>
              <w:t xml:space="preserve">UČNI SKLOP: </w:t>
            </w:r>
            <w:r>
              <w:rPr>
                <w:color w:val="000000"/>
                <w:sz w:val="16"/>
              </w:rPr>
              <w:t>POKRAJINA, PROSTOR IN TRAJNOSTNA SKUPNOST</w:t>
            </w:r>
          </w:p>
        </w:tc>
      </w:tr>
      <w:tr w:rsidR="005B3871" w14:paraId="73D302CB" w14:textId="77777777">
        <w:trPr>
          <w:cantSplit/>
          <w:jc w:val="center"/>
        </w:trPr>
        <w:tc>
          <w:tcPr>
            <w:tcW w:w="14060" w:type="dxa"/>
            <w:gridSpan w:val="6"/>
            <w:tcMar>
              <w:top w:w="70" w:type="dxa"/>
              <w:left w:w="90" w:type="dxa"/>
              <w:bottom w:w="70" w:type="dxa"/>
              <w:right w:w="90" w:type="dxa"/>
            </w:tcMar>
            <w:vAlign w:val="center"/>
          </w:tcPr>
          <w:p w14:paraId="7E253292" w14:textId="77777777" w:rsidR="005B3871" w:rsidRDefault="005B3871"/>
          <w:p w14:paraId="74120EE9" w14:textId="77777777" w:rsidR="005B3871" w:rsidRDefault="00000000">
            <w:pPr>
              <w:spacing w:line="245" w:lineRule="auto"/>
            </w:pPr>
            <w:r>
              <w:rPr>
                <w:b/>
                <w:color w:val="000000"/>
                <w:sz w:val="16"/>
              </w:rPr>
              <w:t xml:space="preserve">UČNA TEMA: </w:t>
            </w:r>
            <w:r>
              <w:rPr>
                <w:color w:val="000000"/>
                <w:sz w:val="16"/>
              </w:rPr>
              <w:t>PROSTORSKA ORIENTACIJA</w:t>
            </w:r>
          </w:p>
        </w:tc>
      </w:tr>
      <w:tr w:rsidR="005B3871" w14:paraId="14DA36E0" w14:textId="77777777">
        <w:trPr>
          <w:cantSplit/>
          <w:jc w:val="center"/>
        </w:trPr>
        <w:tc>
          <w:tcPr>
            <w:tcW w:w="14060" w:type="dxa"/>
            <w:gridSpan w:val="6"/>
            <w:tcMar>
              <w:top w:w="70" w:type="dxa"/>
              <w:left w:w="90" w:type="dxa"/>
              <w:bottom w:w="70" w:type="dxa"/>
              <w:right w:w="90" w:type="dxa"/>
            </w:tcMar>
            <w:vAlign w:val="center"/>
          </w:tcPr>
          <w:p w14:paraId="011F1338" w14:textId="77777777" w:rsidR="005B3871" w:rsidRDefault="005B3871"/>
          <w:p w14:paraId="20310D5C" w14:textId="77777777" w:rsidR="005B3871" w:rsidRDefault="00000000">
            <w:pPr>
              <w:spacing w:line="245" w:lineRule="auto"/>
            </w:pPr>
            <w:r>
              <w:rPr>
                <w:b/>
                <w:color w:val="000000"/>
                <w:sz w:val="16"/>
              </w:rPr>
              <w:t xml:space="preserve">KNJIŽEVNO IZHODIŠČE IN MOTIV: </w:t>
            </w:r>
            <w:r>
              <w:rPr>
                <w:color w:val="000000"/>
                <w:sz w:val="16"/>
              </w:rPr>
              <w:t>»Bobek in barčica« – Anja Štefan • NADALJEVANJE • orientacija, načrt poti, morje in varno raziskovanje obale</w:t>
            </w:r>
          </w:p>
        </w:tc>
      </w:tr>
      <w:tr w:rsidR="005B3871" w14:paraId="373689F2" w14:textId="77777777">
        <w:trPr>
          <w:cantSplit/>
          <w:jc w:val="center"/>
        </w:trPr>
        <w:tc>
          <w:tcPr>
            <w:tcW w:w="14060" w:type="dxa"/>
            <w:gridSpan w:val="6"/>
            <w:tcMar>
              <w:top w:w="70" w:type="dxa"/>
              <w:left w:w="90" w:type="dxa"/>
              <w:bottom w:w="70" w:type="dxa"/>
              <w:right w:w="90" w:type="dxa"/>
            </w:tcMar>
            <w:vAlign w:val="center"/>
          </w:tcPr>
          <w:p w14:paraId="1277F40D" w14:textId="77777777" w:rsidR="005B3871" w:rsidRDefault="005B3871"/>
          <w:p w14:paraId="1EDA4930" w14:textId="77777777" w:rsidR="005B3871" w:rsidRDefault="00000000">
            <w:pPr>
              <w:spacing w:line="245" w:lineRule="auto"/>
            </w:pPr>
            <w:r>
              <w:rPr>
                <w:b/>
                <w:color w:val="000000"/>
                <w:sz w:val="16"/>
              </w:rPr>
              <w:t xml:space="preserve">UČNE ENOTE: </w:t>
            </w:r>
            <w:r>
              <w:rPr>
                <w:color w:val="000000"/>
                <w:sz w:val="16"/>
              </w:rPr>
              <w:t>1. ura – Orientacija na sebi in v prostoru • 2. ura – Barčica v talni mreži • 3. ura – Zapiši in odpravi napako</w:t>
            </w:r>
          </w:p>
        </w:tc>
      </w:tr>
      <w:tr w:rsidR="005B3871" w14:paraId="72C89BEA" w14:textId="77777777">
        <w:trPr>
          <w:cantSplit/>
          <w:jc w:val="center"/>
        </w:trPr>
        <w:tc>
          <w:tcPr>
            <w:tcW w:w="14060" w:type="dxa"/>
            <w:gridSpan w:val="6"/>
            <w:tcMar>
              <w:top w:w="70" w:type="dxa"/>
              <w:left w:w="90" w:type="dxa"/>
              <w:bottom w:w="70" w:type="dxa"/>
              <w:right w:w="90" w:type="dxa"/>
            </w:tcMar>
            <w:vAlign w:val="center"/>
          </w:tcPr>
          <w:p w14:paraId="4256E065" w14:textId="77777777" w:rsidR="005B3871" w:rsidRDefault="005B3871"/>
          <w:p w14:paraId="19EB4BD3"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4A9FB62F" w14:textId="77777777">
        <w:trPr>
          <w:cantSplit/>
          <w:jc w:val="center"/>
        </w:trPr>
        <w:tc>
          <w:tcPr>
            <w:tcW w:w="14060" w:type="dxa"/>
            <w:gridSpan w:val="6"/>
            <w:tcMar>
              <w:top w:w="70" w:type="dxa"/>
              <w:left w:w="90" w:type="dxa"/>
              <w:bottom w:w="70" w:type="dxa"/>
              <w:right w:w="90" w:type="dxa"/>
            </w:tcMar>
            <w:vAlign w:val="center"/>
          </w:tcPr>
          <w:p w14:paraId="15125E0A" w14:textId="77777777" w:rsidR="005B3871" w:rsidRDefault="005B3871"/>
          <w:p w14:paraId="7CAE6D30"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2EF39D61" w14:textId="77777777">
        <w:trPr>
          <w:cantSplit/>
          <w:jc w:val="center"/>
        </w:trPr>
        <w:tc>
          <w:tcPr>
            <w:tcW w:w="14060" w:type="dxa"/>
            <w:gridSpan w:val="6"/>
            <w:tcMar>
              <w:top w:w="70" w:type="dxa"/>
              <w:left w:w="90" w:type="dxa"/>
              <w:bottom w:w="70" w:type="dxa"/>
              <w:right w:w="90" w:type="dxa"/>
            </w:tcMar>
            <w:vAlign w:val="center"/>
          </w:tcPr>
          <w:p w14:paraId="6C1D0AB4" w14:textId="77777777" w:rsidR="005B3871" w:rsidRDefault="005B3871"/>
          <w:p w14:paraId="31308F3B"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178B4E51" w14:textId="77777777">
        <w:trPr>
          <w:cantSplit/>
          <w:jc w:val="center"/>
        </w:trPr>
        <w:tc>
          <w:tcPr>
            <w:tcW w:w="14060" w:type="dxa"/>
            <w:gridSpan w:val="6"/>
            <w:tcMar>
              <w:top w:w="70" w:type="dxa"/>
              <w:left w:w="90" w:type="dxa"/>
              <w:bottom w:w="70" w:type="dxa"/>
              <w:right w:w="90" w:type="dxa"/>
            </w:tcMar>
            <w:vAlign w:val="center"/>
          </w:tcPr>
          <w:p w14:paraId="52E96F00" w14:textId="77777777" w:rsidR="005B3871" w:rsidRDefault="005B3871"/>
          <w:p w14:paraId="605427E4" w14:textId="77777777" w:rsidR="005B3871" w:rsidRDefault="00000000">
            <w:pPr>
              <w:spacing w:line="245" w:lineRule="auto"/>
            </w:pPr>
            <w:r>
              <w:rPr>
                <w:b/>
                <w:color w:val="000000"/>
                <w:sz w:val="16"/>
              </w:rPr>
              <w:t xml:space="preserve">MEDPREDMETNE POVEZAVE: </w:t>
            </w:r>
            <w:r>
              <w:rPr>
                <w:color w:val="000000"/>
                <w:sz w:val="16"/>
              </w:rPr>
              <w:t>SLJ – tvorjenje navodila; SPO – načrt poti in obala; ŠPO – gibanje v mreži; LUM – simboli</w:t>
            </w:r>
          </w:p>
        </w:tc>
      </w:tr>
      <w:tr w:rsidR="005B3871" w14:paraId="1BFFE4E0" w14:textId="77777777">
        <w:trPr>
          <w:cantSplit/>
          <w:jc w:val="center"/>
        </w:trPr>
        <w:tc>
          <w:tcPr>
            <w:tcW w:w="14060" w:type="dxa"/>
            <w:gridSpan w:val="6"/>
            <w:tcMar>
              <w:top w:w="70" w:type="dxa"/>
              <w:left w:w="90" w:type="dxa"/>
              <w:bottom w:w="70" w:type="dxa"/>
              <w:right w:w="90" w:type="dxa"/>
            </w:tcMar>
            <w:vAlign w:val="center"/>
          </w:tcPr>
          <w:p w14:paraId="56482FE6" w14:textId="77777777" w:rsidR="005B3871" w:rsidRDefault="005B3871"/>
          <w:p w14:paraId="2A62666B" w14:textId="77777777" w:rsidR="005B3871" w:rsidRDefault="00000000">
            <w:pPr>
              <w:spacing w:line="245" w:lineRule="auto"/>
            </w:pPr>
            <w:r>
              <w:rPr>
                <w:b/>
                <w:color w:val="000000"/>
                <w:sz w:val="16"/>
              </w:rPr>
              <w:t xml:space="preserve">UČNA SREDSTVA IN PRIPOMOČKI: </w:t>
            </w:r>
            <w:r>
              <w:rPr>
                <w:color w:val="000000"/>
                <w:sz w:val="16"/>
              </w:rPr>
              <w:t>talna mreža, model barčice, puščice, izhodišče in cilj, predmeti za ovire, kartice zaporedij, mreže na papirju</w:t>
            </w:r>
          </w:p>
        </w:tc>
      </w:tr>
      <w:tr w:rsidR="005B3871" w14:paraId="3B239F1E" w14:textId="77777777">
        <w:trPr>
          <w:cantSplit/>
          <w:jc w:val="center"/>
        </w:trPr>
        <w:tc>
          <w:tcPr>
            <w:tcW w:w="14060" w:type="dxa"/>
            <w:gridSpan w:val="6"/>
            <w:tcMar>
              <w:top w:w="70" w:type="dxa"/>
              <w:left w:w="90" w:type="dxa"/>
              <w:bottom w:w="70" w:type="dxa"/>
              <w:right w:w="90" w:type="dxa"/>
            </w:tcMar>
            <w:vAlign w:val="center"/>
          </w:tcPr>
          <w:p w14:paraId="42FC1C39" w14:textId="77777777" w:rsidR="005B3871" w:rsidRDefault="005B3871"/>
          <w:p w14:paraId="5CD38F0C"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7B24D19D" w14:textId="77777777">
        <w:trPr>
          <w:cantSplit/>
          <w:jc w:val="center"/>
        </w:trPr>
        <w:tc>
          <w:tcPr>
            <w:tcW w:w="14060" w:type="dxa"/>
            <w:gridSpan w:val="6"/>
            <w:tcMar>
              <w:top w:w="70" w:type="dxa"/>
              <w:left w:w="90" w:type="dxa"/>
              <w:bottom w:w="70" w:type="dxa"/>
              <w:right w:w="90" w:type="dxa"/>
            </w:tcMar>
            <w:vAlign w:val="center"/>
          </w:tcPr>
          <w:p w14:paraId="609C20FB" w14:textId="77777777" w:rsidR="005B3871" w:rsidRDefault="005B3871"/>
          <w:p w14:paraId="60AA2A47" w14:textId="77777777" w:rsidR="005B3871" w:rsidRDefault="00000000">
            <w:pPr>
              <w:spacing w:line="245" w:lineRule="auto"/>
            </w:pPr>
            <w:r>
              <w:rPr>
                <w:b/>
                <w:color w:val="000000"/>
                <w:sz w:val="16"/>
              </w:rPr>
              <w:t xml:space="preserve">OCENJEVANJE / DAN DEJAVNOSTI: </w:t>
            </w:r>
            <w:r>
              <w:rPr>
                <w:color w:val="000000"/>
                <w:sz w:val="16"/>
              </w:rPr>
              <w:t>NARAVOSLOVNI DAN</w:t>
            </w:r>
          </w:p>
        </w:tc>
      </w:tr>
      <w:tr w:rsidR="005B3871" w14:paraId="15B27A2C" w14:textId="77777777">
        <w:trPr>
          <w:cantSplit/>
          <w:jc w:val="center"/>
        </w:trPr>
        <w:tc>
          <w:tcPr>
            <w:tcW w:w="14060" w:type="dxa"/>
            <w:gridSpan w:val="6"/>
            <w:tcMar>
              <w:top w:w="70" w:type="dxa"/>
              <w:left w:w="90" w:type="dxa"/>
              <w:bottom w:w="70" w:type="dxa"/>
              <w:right w:w="90" w:type="dxa"/>
            </w:tcMar>
            <w:vAlign w:val="center"/>
          </w:tcPr>
          <w:p w14:paraId="4E8A5C7C" w14:textId="77777777" w:rsidR="005B3871" w:rsidRDefault="005B3871"/>
          <w:p w14:paraId="2D0AE2FB"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7B05AC4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D95870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AFAFEF"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5FD32E0" w14:textId="77777777" w:rsidR="005B3871" w:rsidRDefault="00000000">
            <w:pPr>
              <w:jc w:val="center"/>
            </w:pPr>
            <w:r>
              <w:rPr>
                <w:b/>
                <w:color w:val="000000"/>
                <w:sz w:val="20"/>
              </w:rPr>
              <w:t>UČNE DEJAVNOSTI, METODE IN FORMATIVNO SPREMLJANJE</w:t>
            </w:r>
          </w:p>
        </w:tc>
      </w:tr>
      <w:tr w:rsidR="005B3871" w14:paraId="4A668A9F" w14:textId="77777777">
        <w:trPr>
          <w:tblHeader/>
          <w:jc w:val="center"/>
        </w:trPr>
        <w:tc>
          <w:tcPr>
            <w:tcW w:w="4422" w:type="dxa"/>
            <w:vMerge/>
            <w:tcMar>
              <w:top w:w="70" w:type="dxa"/>
              <w:left w:w="90" w:type="dxa"/>
              <w:bottom w:w="70" w:type="dxa"/>
              <w:right w:w="90" w:type="dxa"/>
            </w:tcMar>
            <w:vAlign w:val="center"/>
          </w:tcPr>
          <w:p w14:paraId="6C6AE918" w14:textId="77777777" w:rsidR="005B3871" w:rsidRDefault="005B3871"/>
        </w:tc>
        <w:tc>
          <w:tcPr>
            <w:tcW w:w="7087" w:type="dxa"/>
            <w:shd w:val="clear" w:color="auto" w:fill="FFFFFF"/>
            <w:tcMar>
              <w:top w:w="70" w:type="dxa"/>
              <w:left w:w="90" w:type="dxa"/>
              <w:bottom w:w="70" w:type="dxa"/>
              <w:right w:w="90" w:type="dxa"/>
            </w:tcMar>
            <w:vAlign w:val="center"/>
          </w:tcPr>
          <w:p w14:paraId="5C7D22CC"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7ACC74C" w14:textId="77777777" w:rsidR="005B3871" w:rsidRDefault="00000000">
            <w:pPr>
              <w:jc w:val="center"/>
            </w:pPr>
            <w:r>
              <w:rPr>
                <w:b/>
                <w:color w:val="000000"/>
              </w:rPr>
              <w:t>UČENEC</w:t>
            </w:r>
          </w:p>
        </w:tc>
      </w:tr>
      <w:tr w:rsidR="005B3871" w14:paraId="0E1683E0" w14:textId="77777777">
        <w:trPr>
          <w:jc w:val="center"/>
        </w:trPr>
        <w:tc>
          <w:tcPr>
            <w:tcW w:w="4422" w:type="dxa"/>
            <w:tcMar>
              <w:top w:w="70" w:type="dxa"/>
              <w:left w:w="90" w:type="dxa"/>
              <w:bottom w:w="70" w:type="dxa"/>
              <w:right w:w="90" w:type="dxa"/>
            </w:tcMar>
          </w:tcPr>
          <w:p w14:paraId="5AE0D1B3" w14:textId="77777777" w:rsidR="005B3871" w:rsidRDefault="005B3871"/>
          <w:p w14:paraId="7DD994FE" w14:textId="77777777" w:rsidR="005B3871" w:rsidRDefault="00000000">
            <w:pPr>
              <w:spacing w:after="60" w:line="245" w:lineRule="auto"/>
            </w:pPr>
            <w:r>
              <w:rPr>
                <w:b/>
                <w:color w:val="000000"/>
              </w:rPr>
              <w:t>UČNI CILJI</w:t>
            </w:r>
          </w:p>
          <w:p w14:paraId="1F35D3BB" w14:textId="77777777" w:rsidR="005B3871" w:rsidRDefault="00000000">
            <w:pPr>
              <w:spacing w:after="20" w:line="245" w:lineRule="auto"/>
            </w:pPr>
            <w:r>
              <w:rPr>
                <w:b/>
                <w:color w:val="000000"/>
                <w:sz w:val="17"/>
              </w:rPr>
              <w:t>SPLOŠNI</w:t>
            </w:r>
          </w:p>
          <w:p w14:paraId="6F085F5C" w14:textId="77777777" w:rsidR="005B3871" w:rsidRDefault="00000000">
            <w:pPr>
              <w:pStyle w:val="Oznaenseznam"/>
              <w:spacing w:after="16"/>
            </w:pPr>
            <w:r>
              <w:rPr>
                <w:color w:val="000000"/>
                <w:sz w:val="16"/>
              </w:rPr>
              <w:t>razvija številske, prostorske in količinske predstave s konkretnimi izkušnjami</w:t>
            </w:r>
          </w:p>
          <w:p w14:paraId="2F3F2FA1" w14:textId="77777777" w:rsidR="005B3871" w:rsidRDefault="00000000">
            <w:pPr>
              <w:pStyle w:val="Oznaenseznam"/>
              <w:spacing w:after="16"/>
            </w:pPr>
            <w:r>
              <w:rPr>
                <w:color w:val="000000"/>
                <w:sz w:val="16"/>
              </w:rPr>
              <w:t>rešuje matematične probleme s predmetom, gibanjem, risbo, modelom in simbolom</w:t>
            </w:r>
          </w:p>
          <w:p w14:paraId="2612F9D9" w14:textId="77777777" w:rsidR="005B3871" w:rsidRDefault="00000000">
            <w:pPr>
              <w:pStyle w:val="Oznaenseznam"/>
              <w:spacing w:after="16"/>
            </w:pPr>
            <w:r>
              <w:rPr>
                <w:color w:val="000000"/>
                <w:sz w:val="16"/>
              </w:rPr>
              <w:t>pojasnjuje izbrano strategijo, preverja smiselnost rešitve in posluša rešitve drugih</w:t>
            </w:r>
          </w:p>
          <w:p w14:paraId="4107C2D0" w14:textId="77777777" w:rsidR="005B3871" w:rsidRDefault="00000000">
            <w:pPr>
              <w:pStyle w:val="Oznaenseznam"/>
              <w:spacing w:after="16"/>
            </w:pPr>
            <w:r>
              <w:rPr>
                <w:color w:val="000000"/>
                <w:sz w:val="16"/>
              </w:rPr>
              <w:t>ob namenih in kriterijih spremlja svoje učenje ter uporabi opisno povratno informacijo</w:t>
            </w:r>
          </w:p>
          <w:p w14:paraId="61C97C41" w14:textId="77777777" w:rsidR="005B3871" w:rsidRDefault="00000000">
            <w:pPr>
              <w:spacing w:before="40" w:after="20" w:line="245" w:lineRule="auto"/>
            </w:pPr>
            <w:r>
              <w:rPr>
                <w:b/>
                <w:color w:val="000000"/>
                <w:sz w:val="17"/>
              </w:rPr>
              <w:t>OPERATIVNI</w:t>
            </w:r>
          </w:p>
          <w:p w14:paraId="09B0A986" w14:textId="77777777" w:rsidR="005B3871" w:rsidRDefault="00000000">
            <w:pPr>
              <w:pStyle w:val="Oznaenseznam"/>
              <w:spacing w:after="16"/>
            </w:pPr>
            <w:r>
              <w:rPr>
                <w:color w:val="000000"/>
                <w:sz w:val="16"/>
              </w:rPr>
              <w:t>opiše lego glede na sebe</w:t>
            </w:r>
          </w:p>
          <w:p w14:paraId="59644056" w14:textId="77777777" w:rsidR="005B3871" w:rsidRDefault="00000000">
            <w:pPr>
              <w:pStyle w:val="Oznaenseznam"/>
              <w:spacing w:after="16"/>
            </w:pPr>
            <w:r>
              <w:rPr>
                <w:color w:val="000000"/>
                <w:sz w:val="16"/>
              </w:rPr>
              <w:t>sledi poti v mreži</w:t>
            </w:r>
          </w:p>
          <w:p w14:paraId="76050818" w14:textId="77777777" w:rsidR="005B3871" w:rsidRDefault="00000000">
            <w:pPr>
              <w:pStyle w:val="Oznaenseznam"/>
              <w:spacing w:after="16"/>
            </w:pPr>
            <w:r>
              <w:rPr>
                <w:color w:val="000000"/>
                <w:sz w:val="16"/>
              </w:rPr>
              <w:t>predstavi pot s simboli</w:t>
            </w:r>
          </w:p>
          <w:p w14:paraId="3A146D4A" w14:textId="77777777" w:rsidR="005B3871" w:rsidRDefault="00000000">
            <w:pPr>
              <w:spacing w:before="40" w:after="20" w:line="245" w:lineRule="auto"/>
            </w:pPr>
            <w:r>
              <w:rPr>
                <w:b/>
                <w:color w:val="000000"/>
                <w:sz w:val="17"/>
              </w:rPr>
              <w:t>PRIČAKOVANI DOSEŽKI / STANDARDI</w:t>
            </w:r>
          </w:p>
          <w:p w14:paraId="3CB1915D" w14:textId="77777777" w:rsidR="005B3871" w:rsidRDefault="00000000">
            <w:pPr>
              <w:pStyle w:val="Oznaenseznam"/>
              <w:spacing w:after="16"/>
            </w:pPr>
            <w:r>
              <w:rPr>
                <w:color w:val="000000"/>
                <w:sz w:val="16"/>
              </w:rPr>
              <w:t>ob konkretni, slikovni ali gibalni opori opiše lego glede na sebe</w:t>
            </w:r>
          </w:p>
          <w:p w14:paraId="032282B1" w14:textId="77777777" w:rsidR="005B3871" w:rsidRDefault="00000000">
            <w:pPr>
              <w:pStyle w:val="Oznaenseznam"/>
              <w:spacing w:after="16"/>
            </w:pPr>
            <w:r>
              <w:rPr>
                <w:color w:val="000000"/>
                <w:sz w:val="16"/>
              </w:rPr>
              <w:t>ob konkretni, slikovni ali gibalni opori sledi poti v mreži</w:t>
            </w:r>
          </w:p>
          <w:p w14:paraId="5DFC74F9" w14:textId="77777777" w:rsidR="005B3871" w:rsidRDefault="00000000">
            <w:pPr>
              <w:pStyle w:val="Oznaenseznam"/>
              <w:spacing w:after="16"/>
            </w:pPr>
            <w:r>
              <w:rPr>
                <w:color w:val="000000"/>
                <w:sz w:val="16"/>
              </w:rPr>
              <w:t>ob konkretni, slikovni ali gibalni opori predstavi pot s simboli</w:t>
            </w:r>
          </w:p>
        </w:tc>
        <w:tc>
          <w:tcPr>
            <w:tcW w:w="7087" w:type="dxa"/>
            <w:tcMar>
              <w:top w:w="70" w:type="dxa"/>
              <w:left w:w="90" w:type="dxa"/>
              <w:bottom w:w="70" w:type="dxa"/>
              <w:right w:w="90" w:type="dxa"/>
            </w:tcMar>
          </w:tcPr>
          <w:p w14:paraId="392068E6"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FCB7207" w14:textId="77777777">
              <w:trPr>
                <w:jc w:val="center"/>
              </w:trPr>
              <w:tc>
                <w:tcPr>
                  <w:tcW w:w="7087" w:type="dxa"/>
                  <w:shd w:val="clear" w:color="auto" w:fill="C6E7F3"/>
                  <w:tcMar>
                    <w:top w:w="45" w:type="dxa"/>
                    <w:left w:w="70" w:type="dxa"/>
                    <w:bottom w:w="45" w:type="dxa"/>
                    <w:right w:w="70" w:type="dxa"/>
                  </w:tcMar>
                </w:tcPr>
                <w:p w14:paraId="2B651460" w14:textId="77777777" w:rsidR="005B3871" w:rsidRDefault="00000000">
                  <w:pPr>
                    <w:keepNext/>
                  </w:pPr>
                  <w:r>
                    <w:rPr>
                      <w:b/>
                      <w:color w:val="000000"/>
                    </w:rPr>
                    <w:t>UVODNI DEL – motivacija, aktivacija predznanja in namen učenja (15–20 min)</w:t>
                  </w:r>
                </w:p>
              </w:tc>
            </w:tr>
          </w:tbl>
          <w:p w14:paraId="1AE25781" w14:textId="77777777" w:rsidR="005B3871" w:rsidRDefault="005B3871">
            <w:pPr>
              <w:spacing w:line="20" w:lineRule="exact"/>
            </w:pPr>
          </w:p>
          <w:p w14:paraId="7843A4FC" w14:textId="77777777" w:rsidR="005B3871" w:rsidRDefault="00000000">
            <w:pPr>
              <w:spacing w:before="40" w:after="60" w:line="245" w:lineRule="auto"/>
            </w:pPr>
            <w:r>
              <w:rPr>
                <w:color w:val="000000"/>
                <w:sz w:val="16"/>
              </w:rPr>
              <w:t>Bobkova barčica pluje po talni mreži. Učenci položaj in pot opisujejo glede na sebe, sledijo zaporedju puščic ter pot predstavijo z dogovorjenimi simboli.</w:t>
            </w:r>
          </w:p>
          <w:tbl>
            <w:tblPr>
              <w:tblStyle w:val="Tabelamrea"/>
              <w:tblW w:w="0" w:type="auto"/>
              <w:jc w:val="center"/>
              <w:tblLayout w:type="fixed"/>
              <w:tblLook w:val="04A0" w:firstRow="1" w:lastRow="0" w:firstColumn="1" w:lastColumn="0" w:noHBand="0" w:noVBand="1"/>
            </w:tblPr>
            <w:tblGrid>
              <w:gridCol w:w="7087"/>
            </w:tblGrid>
            <w:tr w:rsidR="005B3871" w14:paraId="3D7D20C7" w14:textId="77777777">
              <w:trPr>
                <w:jc w:val="center"/>
              </w:trPr>
              <w:tc>
                <w:tcPr>
                  <w:tcW w:w="7087" w:type="dxa"/>
                  <w:shd w:val="clear" w:color="auto" w:fill="EDC9EA"/>
                  <w:tcMar>
                    <w:top w:w="45" w:type="dxa"/>
                    <w:left w:w="70" w:type="dxa"/>
                    <w:bottom w:w="45" w:type="dxa"/>
                    <w:right w:w="70" w:type="dxa"/>
                  </w:tcMar>
                </w:tcPr>
                <w:p w14:paraId="561D4F6E" w14:textId="77777777" w:rsidR="005B3871" w:rsidRDefault="00000000">
                  <w:pPr>
                    <w:keepNext/>
                  </w:pPr>
                  <w:r>
                    <w:rPr>
                      <w:b/>
                      <w:color w:val="000000"/>
                    </w:rPr>
                    <w:t>NAMENI UČENJA</w:t>
                  </w:r>
                </w:p>
              </w:tc>
            </w:tr>
          </w:tbl>
          <w:p w14:paraId="045F48C4" w14:textId="77777777" w:rsidR="005B3871" w:rsidRDefault="005B3871">
            <w:pPr>
              <w:spacing w:line="20" w:lineRule="exact"/>
            </w:pPr>
          </w:p>
          <w:p w14:paraId="56772BD8"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34D9D07E" w14:textId="77777777" w:rsidR="005B3871" w:rsidRDefault="00000000">
            <w:pPr>
              <w:pStyle w:val="Oznaenseznam"/>
              <w:spacing w:after="16"/>
            </w:pPr>
            <w:r>
              <w:rPr>
                <w:color w:val="000000"/>
                <w:sz w:val="16"/>
              </w:rPr>
              <w:t>opišem lego glede na sebe</w:t>
            </w:r>
          </w:p>
          <w:p w14:paraId="23202F24" w14:textId="77777777" w:rsidR="005B3871" w:rsidRDefault="00000000">
            <w:pPr>
              <w:pStyle w:val="Oznaenseznam"/>
              <w:spacing w:after="16"/>
            </w:pPr>
            <w:r>
              <w:rPr>
                <w:color w:val="000000"/>
                <w:sz w:val="16"/>
              </w:rPr>
              <w:t>sledim poti v mreži</w:t>
            </w:r>
          </w:p>
          <w:p w14:paraId="24BD48DA" w14:textId="77777777" w:rsidR="005B3871" w:rsidRDefault="00000000">
            <w:pPr>
              <w:pStyle w:val="Oznaenseznam"/>
              <w:spacing w:after="16"/>
            </w:pPr>
            <w:r>
              <w:rPr>
                <w:color w:val="000000"/>
                <w:sz w:val="16"/>
              </w:rPr>
              <w:t>predstavim pot s simboli</w:t>
            </w:r>
          </w:p>
          <w:tbl>
            <w:tblPr>
              <w:tblStyle w:val="Tabelamrea"/>
              <w:tblW w:w="0" w:type="auto"/>
              <w:jc w:val="center"/>
              <w:tblLayout w:type="fixed"/>
              <w:tblLook w:val="04A0" w:firstRow="1" w:lastRow="0" w:firstColumn="1" w:lastColumn="0" w:noHBand="0" w:noVBand="1"/>
            </w:tblPr>
            <w:tblGrid>
              <w:gridCol w:w="7087"/>
            </w:tblGrid>
            <w:tr w:rsidR="005B3871" w14:paraId="0A01509E" w14:textId="77777777">
              <w:trPr>
                <w:jc w:val="center"/>
              </w:trPr>
              <w:tc>
                <w:tcPr>
                  <w:tcW w:w="7087" w:type="dxa"/>
                  <w:shd w:val="clear" w:color="auto" w:fill="EDC9EA"/>
                  <w:tcMar>
                    <w:top w:w="45" w:type="dxa"/>
                    <w:left w:w="70" w:type="dxa"/>
                    <w:bottom w:w="45" w:type="dxa"/>
                    <w:right w:w="70" w:type="dxa"/>
                  </w:tcMar>
                </w:tcPr>
                <w:p w14:paraId="0CA0A5B2" w14:textId="77777777" w:rsidR="005B3871" w:rsidRDefault="00000000">
                  <w:pPr>
                    <w:keepNext/>
                  </w:pPr>
                  <w:r>
                    <w:rPr>
                      <w:b/>
                      <w:color w:val="000000"/>
                    </w:rPr>
                    <w:t>PREVERJANJE PREDZNANJA</w:t>
                  </w:r>
                </w:p>
              </w:tc>
            </w:tr>
          </w:tbl>
          <w:p w14:paraId="6F7E84A7" w14:textId="77777777" w:rsidR="005B3871" w:rsidRDefault="005B3871">
            <w:pPr>
              <w:spacing w:line="20" w:lineRule="exact"/>
            </w:pPr>
          </w:p>
          <w:p w14:paraId="63B3F0E7" w14:textId="77777777" w:rsidR="005B3871" w:rsidRDefault="00000000">
            <w:pPr>
              <w:pStyle w:val="Oznaenseznam"/>
              <w:spacing w:after="16"/>
            </w:pPr>
            <w:r>
              <w:rPr>
                <w:color w:val="000000"/>
                <w:sz w:val="16"/>
              </w:rPr>
              <w:t>Kaj pomeni navodilo glede na moje telo in smer pogleda?</w:t>
            </w:r>
          </w:p>
          <w:p w14:paraId="092DC00A" w14:textId="77777777" w:rsidR="005B3871" w:rsidRDefault="00000000">
            <w:pPr>
              <w:pStyle w:val="Oznaenseznam"/>
              <w:spacing w:after="16"/>
            </w:pPr>
            <w:r>
              <w:rPr>
                <w:color w:val="000000"/>
                <w:sz w:val="16"/>
              </w:rPr>
              <w:t>Kako lahko pot zapišem tako, da jo drug učenec natančno ponovi?</w:t>
            </w:r>
          </w:p>
          <w:p w14:paraId="3B2CE53F"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389C9416" w14:textId="77777777">
              <w:trPr>
                <w:jc w:val="center"/>
              </w:trPr>
              <w:tc>
                <w:tcPr>
                  <w:tcW w:w="7087" w:type="dxa"/>
                  <w:shd w:val="clear" w:color="auto" w:fill="EDC9EA"/>
                  <w:tcMar>
                    <w:top w:w="45" w:type="dxa"/>
                    <w:left w:w="70" w:type="dxa"/>
                    <w:bottom w:w="45" w:type="dxa"/>
                    <w:right w:w="70" w:type="dxa"/>
                  </w:tcMar>
                </w:tcPr>
                <w:p w14:paraId="446382C5" w14:textId="77777777" w:rsidR="005B3871" w:rsidRDefault="00000000">
                  <w:pPr>
                    <w:keepNext/>
                  </w:pPr>
                  <w:r>
                    <w:rPr>
                      <w:b/>
                      <w:color w:val="000000"/>
                    </w:rPr>
                    <w:t>KRITERIJI USPEŠNOSTI</w:t>
                  </w:r>
                </w:p>
              </w:tc>
            </w:tr>
          </w:tbl>
          <w:p w14:paraId="69E9E5A2" w14:textId="77777777" w:rsidR="005B3871" w:rsidRDefault="005B3871"/>
          <w:p w14:paraId="4D1B694B" w14:textId="77777777" w:rsidR="005B3871" w:rsidRDefault="00000000">
            <w:pPr>
              <w:spacing w:before="20" w:after="20" w:line="245" w:lineRule="auto"/>
            </w:pPr>
            <w:r>
              <w:rPr>
                <w:b/>
                <w:color w:val="000000"/>
                <w:sz w:val="16"/>
              </w:rPr>
              <w:t>Uspešen/-na bom, ko:</w:t>
            </w:r>
          </w:p>
          <w:p w14:paraId="2FA33C3C" w14:textId="77777777" w:rsidR="005B3871" w:rsidRDefault="00000000">
            <w:pPr>
              <w:pStyle w:val="Oznaenseznam"/>
              <w:spacing w:after="16"/>
            </w:pPr>
            <w:r>
              <w:rPr>
                <w:color w:val="000000"/>
                <w:sz w:val="16"/>
              </w:rPr>
              <w:t>opišem lego glede na sebe</w:t>
            </w:r>
          </w:p>
          <w:p w14:paraId="244AA968" w14:textId="77777777" w:rsidR="005B3871" w:rsidRDefault="00000000">
            <w:pPr>
              <w:pStyle w:val="Oznaenseznam"/>
              <w:spacing w:after="16"/>
            </w:pPr>
            <w:r>
              <w:rPr>
                <w:color w:val="000000"/>
                <w:sz w:val="16"/>
              </w:rPr>
              <w:t>sledim poti v mreži</w:t>
            </w:r>
          </w:p>
          <w:p w14:paraId="5F51CBED" w14:textId="77777777" w:rsidR="005B3871" w:rsidRDefault="00000000">
            <w:pPr>
              <w:pStyle w:val="Oznaenseznam"/>
              <w:spacing w:after="16"/>
            </w:pPr>
            <w:r>
              <w:rPr>
                <w:color w:val="000000"/>
                <w:sz w:val="16"/>
              </w:rPr>
              <w:t>predstavim pot s simboli</w:t>
            </w:r>
          </w:p>
          <w:p w14:paraId="6009386F"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5CC6E565" w14:textId="77777777" w:rsidR="005B3871" w:rsidRDefault="005B3871"/>
          <w:p w14:paraId="555B432F"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292D46B4" w14:textId="77777777" w:rsidR="005B3871" w:rsidRDefault="00000000">
            <w:pPr>
              <w:spacing w:after="80" w:line="245" w:lineRule="auto"/>
            </w:pPr>
            <w:r>
              <w:rPr>
                <w:color w:val="000000"/>
                <w:sz w:val="16"/>
              </w:rPr>
              <w:t>Pove, pokaže ali nariše, kako bi nalogo začel. Posluša tudi drugačne strategije.</w:t>
            </w:r>
          </w:p>
          <w:p w14:paraId="48FE3F0E" w14:textId="77777777" w:rsidR="005B3871" w:rsidRDefault="00000000">
            <w:pPr>
              <w:spacing w:after="100" w:line="245" w:lineRule="auto"/>
            </w:pPr>
            <w:r>
              <w:rPr>
                <w:color w:val="000000"/>
                <w:sz w:val="16"/>
              </w:rPr>
              <w:t>Sodeluje pri razumevanju namenov in kriterijev uspešnosti.</w:t>
            </w:r>
          </w:p>
          <w:p w14:paraId="5CC5E9DB" w14:textId="77777777" w:rsidR="005B3871" w:rsidRDefault="00000000">
            <w:pPr>
              <w:spacing w:after="20" w:line="245" w:lineRule="auto"/>
            </w:pPr>
            <w:r>
              <w:rPr>
                <w:b/>
                <w:color w:val="D95BC6"/>
                <w:sz w:val="17"/>
              </w:rPr>
              <w:t>DOKAZ O UČENJU</w:t>
            </w:r>
          </w:p>
          <w:p w14:paraId="2FA9545F" w14:textId="77777777" w:rsidR="005B3871" w:rsidRDefault="00000000">
            <w:pPr>
              <w:spacing w:after="30" w:line="245" w:lineRule="auto"/>
            </w:pPr>
            <w:r>
              <w:rPr>
                <w:color w:val="D95BC6"/>
                <w:sz w:val="16"/>
              </w:rPr>
              <w:t>začetna strategija, razvrstitev, model, risba, gib ali ustni odgovor</w:t>
            </w:r>
          </w:p>
        </w:tc>
      </w:tr>
    </w:tbl>
    <w:p w14:paraId="10CDE72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CA6257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62A1857"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7F49287" w14:textId="77777777" w:rsidR="005B3871" w:rsidRDefault="00000000">
            <w:pPr>
              <w:jc w:val="center"/>
            </w:pPr>
            <w:r>
              <w:rPr>
                <w:b/>
                <w:color w:val="000000"/>
                <w:sz w:val="20"/>
              </w:rPr>
              <w:t>UČNE DEJAVNOSTI, METODE IN FORMATIVNO SPREMLJANJE</w:t>
            </w:r>
          </w:p>
        </w:tc>
      </w:tr>
      <w:tr w:rsidR="005B3871" w14:paraId="5EED5B8C" w14:textId="77777777">
        <w:trPr>
          <w:tblHeader/>
          <w:jc w:val="center"/>
        </w:trPr>
        <w:tc>
          <w:tcPr>
            <w:tcW w:w="4422" w:type="dxa"/>
            <w:vMerge/>
            <w:tcMar>
              <w:top w:w="70" w:type="dxa"/>
              <w:left w:w="90" w:type="dxa"/>
              <w:bottom w:w="70" w:type="dxa"/>
              <w:right w:w="90" w:type="dxa"/>
            </w:tcMar>
            <w:vAlign w:val="center"/>
          </w:tcPr>
          <w:p w14:paraId="6CF88A64" w14:textId="77777777" w:rsidR="005B3871" w:rsidRDefault="005B3871"/>
        </w:tc>
        <w:tc>
          <w:tcPr>
            <w:tcW w:w="7087" w:type="dxa"/>
            <w:shd w:val="clear" w:color="auto" w:fill="FFFFFF"/>
            <w:tcMar>
              <w:top w:w="70" w:type="dxa"/>
              <w:left w:w="90" w:type="dxa"/>
              <w:bottom w:w="70" w:type="dxa"/>
              <w:right w:w="90" w:type="dxa"/>
            </w:tcMar>
            <w:vAlign w:val="center"/>
          </w:tcPr>
          <w:p w14:paraId="15E20CB3"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C0DF7EF" w14:textId="77777777" w:rsidR="005B3871" w:rsidRDefault="00000000">
            <w:pPr>
              <w:jc w:val="center"/>
            </w:pPr>
            <w:r>
              <w:rPr>
                <w:b/>
                <w:color w:val="000000"/>
              </w:rPr>
              <w:t>UČENEC</w:t>
            </w:r>
          </w:p>
        </w:tc>
      </w:tr>
      <w:tr w:rsidR="005B3871" w14:paraId="43DE9F2D" w14:textId="77777777">
        <w:trPr>
          <w:jc w:val="center"/>
        </w:trPr>
        <w:tc>
          <w:tcPr>
            <w:tcW w:w="4422" w:type="dxa"/>
            <w:tcMar>
              <w:top w:w="70" w:type="dxa"/>
              <w:left w:w="90" w:type="dxa"/>
              <w:bottom w:w="70" w:type="dxa"/>
              <w:right w:w="90" w:type="dxa"/>
            </w:tcMar>
          </w:tcPr>
          <w:p w14:paraId="52DDEDE3" w14:textId="77777777" w:rsidR="005B3871" w:rsidRDefault="005B3871"/>
          <w:p w14:paraId="26FC0A1D" w14:textId="77777777" w:rsidR="005B3871" w:rsidRDefault="00000000">
            <w:pPr>
              <w:spacing w:after="40" w:line="245" w:lineRule="auto"/>
            </w:pPr>
            <w:r>
              <w:rPr>
                <w:b/>
                <w:color w:val="000000"/>
              </w:rPr>
              <w:t>KLJUČNI POJMI</w:t>
            </w:r>
          </w:p>
          <w:p w14:paraId="2E1CBC8C" w14:textId="77777777" w:rsidR="005B3871" w:rsidRDefault="00000000">
            <w:pPr>
              <w:spacing w:after="60" w:line="245" w:lineRule="auto"/>
            </w:pPr>
            <w:r>
              <w:rPr>
                <w:color w:val="000000"/>
                <w:sz w:val="16"/>
              </w:rPr>
              <w:t>levo, desno, naprej, nazaj, izhodišče, cilj, mreža, polje, pot, puščica, zaporedje, napaka</w:t>
            </w:r>
          </w:p>
          <w:p w14:paraId="1F7A21AD" w14:textId="77777777" w:rsidR="005B3871" w:rsidRDefault="00000000">
            <w:pPr>
              <w:spacing w:after="20" w:line="245" w:lineRule="auto"/>
            </w:pPr>
            <w:r>
              <w:rPr>
                <w:b/>
                <w:color w:val="000000"/>
                <w:sz w:val="17"/>
              </w:rPr>
              <w:t>DOKAZI O UČENJU</w:t>
            </w:r>
          </w:p>
          <w:p w14:paraId="2B6AA305" w14:textId="77777777" w:rsidR="005B3871" w:rsidRDefault="00000000">
            <w:pPr>
              <w:pStyle w:val="Oznaenseznam"/>
              <w:spacing w:after="16"/>
            </w:pPr>
            <w:r>
              <w:rPr>
                <w:color w:val="000000"/>
                <w:sz w:val="16"/>
              </w:rPr>
              <w:t>pravilen gib in opis lege</w:t>
            </w:r>
          </w:p>
          <w:p w14:paraId="34FCC0FF" w14:textId="77777777" w:rsidR="005B3871" w:rsidRDefault="00000000">
            <w:pPr>
              <w:pStyle w:val="Oznaenseznam"/>
              <w:spacing w:after="16"/>
            </w:pPr>
            <w:r>
              <w:rPr>
                <w:color w:val="000000"/>
                <w:sz w:val="16"/>
              </w:rPr>
              <w:t>pravilno izvedena pot v mreži</w:t>
            </w:r>
          </w:p>
          <w:p w14:paraId="5F84C9BB" w14:textId="77777777" w:rsidR="005B3871" w:rsidRDefault="00000000">
            <w:pPr>
              <w:pStyle w:val="Oznaenseznam"/>
              <w:spacing w:after="16"/>
            </w:pPr>
            <w:r>
              <w:rPr>
                <w:color w:val="000000"/>
                <w:sz w:val="16"/>
              </w:rPr>
              <w:t>simbolni zapis poti in popravljena napaka</w:t>
            </w:r>
          </w:p>
          <w:p w14:paraId="043BF5A3" w14:textId="77777777" w:rsidR="005B3871" w:rsidRDefault="00000000">
            <w:pPr>
              <w:spacing w:before="40" w:after="20" w:line="245" w:lineRule="auto"/>
            </w:pPr>
            <w:r>
              <w:rPr>
                <w:b/>
                <w:color w:val="000000"/>
                <w:sz w:val="17"/>
              </w:rPr>
              <w:t>MEDPREDMETNA POVEZAVA</w:t>
            </w:r>
          </w:p>
          <w:p w14:paraId="0B4B1482" w14:textId="77777777" w:rsidR="005B3871" w:rsidRDefault="00000000">
            <w:pPr>
              <w:spacing w:after="60" w:line="245" w:lineRule="auto"/>
            </w:pPr>
            <w:r>
              <w:rPr>
                <w:color w:val="000000"/>
                <w:sz w:val="16"/>
              </w:rPr>
              <w:t>SLJ – tvorjenje navodila; SPO – načrt poti in obala; ŠPO – gibanje v mreži; LUM – simboli</w:t>
            </w:r>
          </w:p>
          <w:p w14:paraId="5A5E6BBC" w14:textId="77777777" w:rsidR="005B3871" w:rsidRDefault="00000000">
            <w:pPr>
              <w:spacing w:after="20" w:line="245" w:lineRule="auto"/>
            </w:pPr>
            <w:r>
              <w:rPr>
                <w:b/>
                <w:color w:val="000000"/>
                <w:sz w:val="17"/>
              </w:rPr>
              <w:t>POUČEVANJE V GIBANJU</w:t>
            </w:r>
          </w:p>
          <w:p w14:paraId="7357E116"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0D630860" w14:textId="77777777" w:rsidR="005B3871" w:rsidRDefault="00000000">
            <w:pPr>
              <w:spacing w:after="20" w:line="245" w:lineRule="auto"/>
            </w:pPr>
            <w:r>
              <w:rPr>
                <w:b/>
                <w:color w:val="000000"/>
                <w:sz w:val="17"/>
              </w:rPr>
              <w:t>DELO PO POSTAJAH</w:t>
            </w:r>
          </w:p>
          <w:p w14:paraId="2B44F643" w14:textId="77777777" w:rsidR="005B3871" w:rsidRDefault="00000000">
            <w:pPr>
              <w:spacing w:after="60" w:line="245" w:lineRule="auto"/>
            </w:pPr>
            <w:r>
              <w:rPr>
                <w:color w:val="000000"/>
                <w:sz w:val="15"/>
              </w:rPr>
              <w:t>Načrtovana rotacija: konkretno-izkušenjska – Orientacija na sebi in v prostoru; gibalna/sodelovalna – Barčica v talni mreži; slikovno-simbolna – Zapiši in odpravi napako. Pri pisnem ocenjevanju se postaje izvedejo v pripravi, analizi in ponovnem učenju.</w:t>
            </w:r>
          </w:p>
          <w:p w14:paraId="0FA82256" w14:textId="77777777" w:rsidR="005B3871" w:rsidRDefault="00000000">
            <w:pPr>
              <w:spacing w:after="20" w:line="245" w:lineRule="auto"/>
            </w:pPr>
            <w:r>
              <w:rPr>
                <w:b/>
                <w:color w:val="000000"/>
                <w:sz w:val="17"/>
              </w:rPr>
              <w:t>DIFERENCIACIJA IN VKLJUČEVANJE</w:t>
            </w:r>
          </w:p>
          <w:p w14:paraId="403A0759"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0D38AD76" w14:textId="77777777" w:rsidR="005B3871" w:rsidRDefault="00000000">
            <w:pPr>
              <w:spacing w:after="20" w:line="245" w:lineRule="auto"/>
            </w:pPr>
            <w:r>
              <w:rPr>
                <w:b/>
                <w:color w:val="000000"/>
                <w:sz w:val="17"/>
              </w:rPr>
              <w:t>SPREMLJANJE</w:t>
            </w:r>
          </w:p>
          <w:p w14:paraId="52635052"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470D4C6E"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D79DD19" w14:textId="77777777">
              <w:trPr>
                <w:jc w:val="center"/>
              </w:trPr>
              <w:tc>
                <w:tcPr>
                  <w:tcW w:w="7087" w:type="dxa"/>
                  <w:shd w:val="clear" w:color="auto" w:fill="C6E7F3"/>
                  <w:tcMar>
                    <w:top w:w="45" w:type="dxa"/>
                    <w:left w:w="70" w:type="dxa"/>
                    <w:bottom w:w="45" w:type="dxa"/>
                    <w:right w:w="70" w:type="dxa"/>
                  </w:tcMar>
                </w:tcPr>
                <w:p w14:paraId="6439EE5A" w14:textId="77777777" w:rsidR="005B3871" w:rsidRDefault="00000000">
                  <w:pPr>
                    <w:keepNext/>
                  </w:pPr>
                  <w:r>
                    <w:rPr>
                      <w:b/>
                      <w:color w:val="000000"/>
                    </w:rPr>
                    <w:t>GLAVNI DEL – IZKUŠENJSKO IN PROBLEMSKO UČENJE (3 šolske ure)</w:t>
                  </w:r>
                </w:p>
              </w:tc>
            </w:tr>
          </w:tbl>
          <w:p w14:paraId="6723B8DC" w14:textId="77777777" w:rsidR="005B3871" w:rsidRDefault="005B3871">
            <w:pPr>
              <w:spacing w:line="20" w:lineRule="exact"/>
            </w:pPr>
          </w:p>
          <w:p w14:paraId="6077B346" w14:textId="77777777" w:rsidR="005B3871" w:rsidRDefault="00000000">
            <w:pPr>
              <w:keepNext/>
              <w:spacing w:before="40" w:after="10" w:line="245" w:lineRule="auto"/>
            </w:pPr>
            <w:r>
              <w:rPr>
                <w:b/>
                <w:color w:val="000000"/>
                <w:sz w:val="17"/>
              </w:rPr>
              <w:t>1. URA – Orientacija na sebi in v prostoru</w:t>
            </w:r>
          </w:p>
          <w:p w14:paraId="6B257F16" w14:textId="77777777" w:rsidR="005B3871" w:rsidRDefault="00000000">
            <w:pPr>
              <w:spacing w:after="14" w:line="245" w:lineRule="auto"/>
            </w:pPr>
            <w:r>
              <w:rPr>
                <w:b/>
                <w:color w:val="000000"/>
                <w:sz w:val="16"/>
              </w:rPr>
              <w:t xml:space="preserve">Dejavnost učiteljice: </w:t>
            </w:r>
            <w:r>
              <w:rPr>
                <w:color w:val="000000"/>
                <w:sz w:val="16"/>
              </w:rPr>
              <w:t>Vodi kratke gibe levo/desno/naprej/nazaj ter spreminja izhodišče.</w:t>
            </w:r>
          </w:p>
          <w:p w14:paraId="18895619" w14:textId="77777777" w:rsidR="005B3871" w:rsidRDefault="00000000">
            <w:pPr>
              <w:spacing w:after="14" w:line="245" w:lineRule="auto"/>
            </w:pPr>
            <w:r>
              <w:rPr>
                <w:b/>
                <w:color w:val="000000"/>
                <w:sz w:val="16"/>
              </w:rPr>
              <w:t xml:space="preserve">Dejavnost učencev: </w:t>
            </w:r>
            <w:r>
              <w:rPr>
                <w:color w:val="000000"/>
                <w:sz w:val="16"/>
              </w:rPr>
              <w:t>Izvedejo navodilo in povedo položaj predmeta glede na sebe.</w:t>
            </w:r>
          </w:p>
          <w:p w14:paraId="67B8AE28" w14:textId="77777777" w:rsidR="005B3871" w:rsidRDefault="00000000">
            <w:pPr>
              <w:spacing w:after="24" w:line="245" w:lineRule="auto"/>
            </w:pPr>
            <w:r>
              <w:rPr>
                <w:i/>
                <w:color w:val="D95BC6"/>
                <w:sz w:val="16"/>
              </w:rPr>
              <w:t>Predvideni dokaz: pravilen gib in opis lege.</w:t>
            </w:r>
          </w:p>
          <w:p w14:paraId="32FE33C3" w14:textId="77777777" w:rsidR="005B3871" w:rsidRDefault="00000000">
            <w:pPr>
              <w:keepNext/>
              <w:spacing w:before="40" w:after="10" w:line="245" w:lineRule="auto"/>
            </w:pPr>
            <w:r>
              <w:rPr>
                <w:b/>
                <w:color w:val="000000"/>
                <w:sz w:val="17"/>
              </w:rPr>
              <w:t>2. URA – Barčica v talni mreži</w:t>
            </w:r>
          </w:p>
          <w:p w14:paraId="5D1483A6" w14:textId="77777777" w:rsidR="005B3871" w:rsidRDefault="00000000">
            <w:pPr>
              <w:spacing w:after="14" w:line="245" w:lineRule="auto"/>
            </w:pPr>
            <w:r>
              <w:rPr>
                <w:b/>
                <w:color w:val="000000"/>
                <w:sz w:val="16"/>
              </w:rPr>
              <w:t xml:space="preserve">Dejavnost učiteljice: </w:t>
            </w:r>
            <w:r>
              <w:rPr>
                <w:color w:val="000000"/>
                <w:sz w:val="16"/>
              </w:rPr>
              <w:t>Na mreži modelira izhodišče, cilj in premik po enem polju.</w:t>
            </w:r>
          </w:p>
          <w:p w14:paraId="770B5FE7" w14:textId="77777777" w:rsidR="005B3871" w:rsidRDefault="00000000">
            <w:pPr>
              <w:spacing w:after="14" w:line="245" w:lineRule="auto"/>
            </w:pPr>
            <w:r>
              <w:rPr>
                <w:b/>
                <w:color w:val="000000"/>
                <w:sz w:val="16"/>
              </w:rPr>
              <w:t xml:space="preserve">Dejavnost učencev: </w:t>
            </w:r>
            <w:r>
              <w:rPr>
                <w:color w:val="000000"/>
                <w:sz w:val="16"/>
              </w:rPr>
              <w:t>Sledijo poti po karticah, ustavijo se na cilju in preverijo vsak korak.</w:t>
            </w:r>
          </w:p>
          <w:p w14:paraId="0A6B10A4" w14:textId="77777777" w:rsidR="005B3871" w:rsidRDefault="00000000">
            <w:pPr>
              <w:spacing w:after="24" w:line="245" w:lineRule="auto"/>
            </w:pPr>
            <w:r>
              <w:rPr>
                <w:i/>
                <w:color w:val="D95BC6"/>
                <w:sz w:val="16"/>
              </w:rPr>
              <w:t>Predvideni dokaz: pravilno izvedena pot v mreži.</w:t>
            </w:r>
          </w:p>
          <w:p w14:paraId="486A1076" w14:textId="77777777" w:rsidR="005B3871" w:rsidRDefault="00000000">
            <w:pPr>
              <w:keepNext/>
              <w:spacing w:before="40" w:after="10" w:line="245" w:lineRule="auto"/>
            </w:pPr>
            <w:r>
              <w:rPr>
                <w:b/>
                <w:color w:val="000000"/>
                <w:sz w:val="17"/>
              </w:rPr>
              <w:t>3. URA – Zapiši in odpravi napako</w:t>
            </w:r>
          </w:p>
          <w:p w14:paraId="28065124" w14:textId="77777777" w:rsidR="005B3871" w:rsidRDefault="00000000">
            <w:pPr>
              <w:spacing w:after="14" w:line="245" w:lineRule="auto"/>
            </w:pPr>
            <w:r>
              <w:rPr>
                <w:b/>
                <w:color w:val="000000"/>
                <w:sz w:val="16"/>
              </w:rPr>
              <w:t xml:space="preserve">Dejavnost učiteljice: </w:t>
            </w:r>
            <w:r>
              <w:rPr>
                <w:color w:val="000000"/>
                <w:sz w:val="16"/>
              </w:rPr>
              <w:t>Uvede dogovorjene puščice ter namerno vstavi napako v zaporedje.</w:t>
            </w:r>
          </w:p>
          <w:p w14:paraId="1563967E" w14:textId="77777777" w:rsidR="005B3871" w:rsidRDefault="00000000">
            <w:pPr>
              <w:spacing w:after="14" w:line="245" w:lineRule="auto"/>
            </w:pPr>
            <w:r>
              <w:rPr>
                <w:b/>
                <w:color w:val="000000"/>
                <w:sz w:val="16"/>
              </w:rPr>
              <w:t xml:space="preserve">Dejavnost učencev: </w:t>
            </w:r>
            <w:r>
              <w:rPr>
                <w:color w:val="000000"/>
                <w:sz w:val="16"/>
              </w:rPr>
              <w:t>Pot zapišejo s simboli, jo dajo paru v izvedbo in po potrebi popravijo navodilo.</w:t>
            </w:r>
          </w:p>
          <w:p w14:paraId="28910D08" w14:textId="77777777" w:rsidR="005B3871" w:rsidRDefault="00000000">
            <w:pPr>
              <w:spacing w:after="24" w:line="245" w:lineRule="auto"/>
            </w:pPr>
            <w:r>
              <w:rPr>
                <w:i/>
                <w:color w:val="D95BC6"/>
                <w:sz w:val="16"/>
              </w:rPr>
              <w:t>Predvideni dokaz: simbolni zapis poti in popravljena napaka.</w:t>
            </w:r>
          </w:p>
          <w:tbl>
            <w:tblPr>
              <w:tblStyle w:val="Tabelamrea"/>
              <w:tblW w:w="0" w:type="auto"/>
              <w:jc w:val="center"/>
              <w:tblLayout w:type="fixed"/>
              <w:tblLook w:val="04A0" w:firstRow="1" w:lastRow="0" w:firstColumn="1" w:lastColumn="0" w:noHBand="0" w:noVBand="1"/>
            </w:tblPr>
            <w:tblGrid>
              <w:gridCol w:w="7087"/>
            </w:tblGrid>
            <w:tr w:rsidR="005B3871" w14:paraId="26DE9533" w14:textId="77777777">
              <w:trPr>
                <w:jc w:val="center"/>
              </w:trPr>
              <w:tc>
                <w:tcPr>
                  <w:tcW w:w="7087" w:type="dxa"/>
                  <w:shd w:val="clear" w:color="auto" w:fill="EDC9EA"/>
                  <w:tcMar>
                    <w:top w:w="45" w:type="dxa"/>
                    <w:left w:w="70" w:type="dxa"/>
                    <w:bottom w:w="45" w:type="dxa"/>
                    <w:right w:w="70" w:type="dxa"/>
                  </w:tcMar>
                </w:tcPr>
                <w:p w14:paraId="5FADBAA7" w14:textId="77777777" w:rsidR="005B3871" w:rsidRDefault="00000000">
                  <w:pPr>
                    <w:keepNext/>
                  </w:pPr>
                  <w:r>
                    <w:rPr>
                      <w:b/>
                      <w:color w:val="000000"/>
                    </w:rPr>
                    <w:t>POVRATNA INFORMACIJA UČITELJICE MED DELOM</w:t>
                  </w:r>
                </w:p>
              </w:tc>
            </w:tr>
          </w:tbl>
          <w:p w14:paraId="440E9B05" w14:textId="77777777" w:rsidR="005B3871" w:rsidRDefault="005B3871"/>
          <w:p w14:paraId="7F5DF251"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52261605" w14:textId="77777777" w:rsidR="005B3871" w:rsidRDefault="005B3871"/>
          <w:p w14:paraId="1A279CC1" w14:textId="77777777" w:rsidR="005B3871" w:rsidRDefault="00000000">
            <w:pPr>
              <w:spacing w:after="10" w:line="245" w:lineRule="auto"/>
            </w:pPr>
            <w:r>
              <w:rPr>
                <w:b/>
                <w:color w:val="000000"/>
                <w:sz w:val="16"/>
              </w:rPr>
              <w:t>1. URA</w:t>
            </w:r>
          </w:p>
          <w:p w14:paraId="7CB550E8" w14:textId="77777777" w:rsidR="005B3871" w:rsidRDefault="00000000">
            <w:pPr>
              <w:spacing w:after="30" w:line="245" w:lineRule="auto"/>
            </w:pPr>
            <w:r>
              <w:rPr>
                <w:color w:val="000000"/>
                <w:sz w:val="16"/>
              </w:rPr>
              <w:t>Izvedejo navodilo in povedo položaj predmeta glede na sebe.</w:t>
            </w:r>
          </w:p>
          <w:p w14:paraId="52EDC858" w14:textId="77777777" w:rsidR="005B3871" w:rsidRDefault="00000000">
            <w:pPr>
              <w:spacing w:line="245" w:lineRule="auto"/>
            </w:pPr>
            <w:r>
              <w:rPr>
                <w:b/>
                <w:color w:val="D95BC6"/>
                <w:sz w:val="16"/>
              </w:rPr>
              <w:t>DOKAZ</w:t>
            </w:r>
          </w:p>
          <w:p w14:paraId="072BBFC0" w14:textId="77777777" w:rsidR="005B3871" w:rsidRDefault="00000000">
            <w:pPr>
              <w:spacing w:after="40" w:line="245" w:lineRule="auto"/>
            </w:pPr>
            <w:r>
              <w:rPr>
                <w:color w:val="D95BC6"/>
                <w:sz w:val="15"/>
              </w:rPr>
              <w:t>pravilen gib in opis lege</w:t>
            </w:r>
          </w:p>
          <w:p w14:paraId="3467CBD1" w14:textId="77777777" w:rsidR="005B3871" w:rsidRDefault="00000000">
            <w:pPr>
              <w:spacing w:after="10" w:line="245" w:lineRule="auto"/>
            </w:pPr>
            <w:r>
              <w:rPr>
                <w:b/>
                <w:color w:val="000000"/>
                <w:sz w:val="16"/>
              </w:rPr>
              <w:t>2. URA</w:t>
            </w:r>
          </w:p>
          <w:p w14:paraId="0D02EB11" w14:textId="77777777" w:rsidR="005B3871" w:rsidRDefault="00000000">
            <w:pPr>
              <w:spacing w:after="30" w:line="245" w:lineRule="auto"/>
            </w:pPr>
            <w:r>
              <w:rPr>
                <w:color w:val="000000"/>
                <w:sz w:val="16"/>
              </w:rPr>
              <w:t>Sledijo poti po karticah, ustavijo se na cilju in preverijo vsak korak.</w:t>
            </w:r>
          </w:p>
          <w:p w14:paraId="4400B25C" w14:textId="77777777" w:rsidR="005B3871" w:rsidRDefault="00000000">
            <w:pPr>
              <w:spacing w:line="245" w:lineRule="auto"/>
            </w:pPr>
            <w:r>
              <w:rPr>
                <w:b/>
                <w:color w:val="D95BC6"/>
                <w:sz w:val="16"/>
              </w:rPr>
              <w:t>DOKAZ</w:t>
            </w:r>
          </w:p>
          <w:p w14:paraId="69C73C53" w14:textId="77777777" w:rsidR="005B3871" w:rsidRDefault="00000000">
            <w:pPr>
              <w:spacing w:after="40" w:line="245" w:lineRule="auto"/>
            </w:pPr>
            <w:r>
              <w:rPr>
                <w:color w:val="D95BC6"/>
                <w:sz w:val="15"/>
              </w:rPr>
              <w:t>pravilno izvedena pot v mreži</w:t>
            </w:r>
          </w:p>
          <w:p w14:paraId="1B62323E" w14:textId="77777777" w:rsidR="005B3871" w:rsidRDefault="00000000">
            <w:pPr>
              <w:spacing w:after="10" w:line="245" w:lineRule="auto"/>
            </w:pPr>
            <w:r>
              <w:rPr>
                <w:b/>
                <w:color w:val="000000"/>
                <w:sz w:val="16"/>
              </w:rPr>
              <w:t>3. URA</w:t>
            </w:r>
          </w:p>
          <w:p w14:paraId="212E3231" w14:textId="77777777" w:rsidR="005B3871" w:rsidRDefault="00000000">
            <w:pPr>
              <w:spacing w:after="30" w:line="245" w:lineRule="auto"/>
            </w:pPr>
            <w:r>
              <w:rPr>
                <w:color w:val="000000"/>
                <w:sz w:val="16"/>
              </w:rPr>
              <w:t>Pot zapišejo s simboli, jo dajo paru v izvedbo in po potrebi popravijo navodilo.</w:t>
            </w:r>
          </w:p>
          <w:p w14:paraId="04484816" w14:textId="77777777" w:rsidR="005B3871" w:rsidRDefault="00000000">
            <w:pPr>
              <w:spacing w:line="245" w:lineRule="auto"/>
            </w:pPr>
            <w:r>
              <w:rPr>
                <w:b/>
                <w:color w:val="D95BC6"/>
                <w:sz w:val="16"/>
              </w:rPr>
              <w:t>DOKAZ</w:t>
            </w:r>
          </w:p>
          <w:p w14:paraId="64023601" w14:textId="77777777" w:rsidR="005B3871" w:rsidRDefault="00000000">
            <w:pPr>
              <w:spacing w:after="40" w:line="245" w:lineRule="auto"/>
            </w:pPr>
            <w:r>
              <w:rPr>
                <w:color w:val="D95BC6"/>
                <w:sz w:val="15"/>
              </w:rPr>
              <w:t>simbolni zapis poti in popravljena napaka</w:t>
            </w:r>
          </w:p>
        </w:tc>
      </w:tr>
    </w:tbl>
    <w:p w14:paraId="4E8D60E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16552F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0CA8848"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4DB0541" w14:textId="77777777" w:rsidR="005B3871" w:rsidRDefault="00000000">
            <w:pPr>
              <w:jc w:val="center"/>
            </w:pPr>
            <w:r>
              <w:rPr>
                <w:b/>
                <w:color w:val="000000"/>
                <w:sz w:val="20"/>
              </w:rPr>
              <w:t>UČNE DEJAVNOSTI, METODE IN FORMATIVNO SPREMLJANJE</w:t>
            </w:r>
          </w:p>
        </w:tc>
      </w:tr>
      <w:tr w:rsidR="005B3871" w14:paraId="7B53CE7F" w14:textId="77777777">
        <w:trPr>
          <w:tblHeader/>
          <w:jc w:val="center"/>
        </w:trPr>
        <w:tc>
          <w:tcPr>
            <w:tcW w:w="4422" w:type="dxa"/>
            <w:vMerge/>
            <w:tcMar>
              <w:top w:w="70" w:type="dxa"/>
              <w:left w:w="90" w:type="dxa"/>
              <w:bottom w:w="70" w:type="dxa"/>
              <w:right w:w="90" w:type="dxa"/>
            </w:tcMar>
            <w:vAlign w:val="center"/>
          </w:tcPr>
          <w:p w14:paraId="172C00EF" w14:textId="77777777" w:rsidR="005B3871" w:rsidRDefault="005B3871"/>
        </w:tc>
        <w:tc>
          <w:tcPr>
            <w:tcW w:w="7087" w:type="dxa"/>
            <w:shd w:val="clear" w:color="auto" w:fill="FFFFFF"/>
            <w:tcMar>
              <w:top w:w="70" w:type="dxa"/>
              <w:left w:w="90" w:type="dxa"/>
              <w:bottom w:w="70" w:type="dxa"/>
              <w:right w:w="90" w:type="dxa"/>
            </w:tcMar>
            <w:vAlign w:val="center"/>
          </w:tcPr>
          <w:p w14:paraId="0E2C7D56"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BD0FBAC" w14:textId="77777777" w:rsidR="005B3871" w:rsidRDefault="00000000">
            <w:pPr>
              <w:jc w:val="center"/>
            </w:pPr>
            <w:r>
              <w:rPr>
                <w:b/>
                <w:color w:val="000000"/>
              </w:rPr>
              <w:t>UČENEC</w:t>
            </w:r>
          </w:p>
        </w:tc>
      </w:tr>
      <w:tr w:rsidR="005B3871" w14:paraId="75D0370F" w14:textId="77777777">
        <w:trPr>
          <w:jc w:val="center"/>
        </w:trPr>
        <w:tc>
          <w:tcPr>
            <w:tcW w:w="4422" w:type="dxa"/>
            <w:tcMar>
              <w:top w:w="70" w:type="dxa"/>
              <w:left w:w="90" w:type="dxa"/>
              <w:bottom w:w="70" w:type="dxa"/>
              <w:right w:w="90" w:type="dxa"/>
            </w:tcMar>
          </w:tcPr>
          <w:p w14:paraId="5925D63F" w14:textId="77777777" w:rsidR="005B3871" w:rsidRDefault="005B3871"/>
          <w:p w14:paraId="1B990F52" w14:textId="77777777" w:rsidR="005B3871" w:rsidRDefault="00000000">
            <w:pPr>
              <w:spacing w:after="40" w:line="245" w:lineRule="auto"/>
            </w:pPr>
            <w:r>
              <w:rPr>
                <w:b/>
                <w:color w:val="000000"/>
              </w:rPr>
              <w:t>FORMATIVNO SPREMLJANJE</w:t>
            </w:r>
          </w:p>
          <w:p w14:paraId="59ED8DDC" w14:textId="77777777" w:rsidR="005B3871" w:rsidRDefault="00000000">
            <w:pPr>
              <w:pStyle w:val="Oznaenseznam"/>
              <w:spacing w:after="16"/>
            </w:pPr>
            <w:r>
              <w:rPr>
                <w:color w:val="000000"/>
                <w:sz w:val="16"/>
              </w:rPr>
              <w:t>predznanje: začetna strategija, ocena, razvrstitev, model ali risba</w:t>
            </w:r>
          </w:p>
          <w:p w14:paraId="09681F4B" w14:textId="77777777" w:rsidR="005B3871" w:rsidRDefault="00000000">
            <w:pPr>
              <w:pStyle w:val="Oznaenseznam"/>
              <w:spacing w:after="16"/>
            </w:pPr>
            <w:r>
              <w:rPr>
                <w:color w:val="000000"/>
                <w:sz w:val="16"/>
              </w:rPr>
              <w:t>dokazi med učenjem: konkretni, gibalni, slikovni in simbolni prikaz ter razlaga postopka</w:t>
            </w:r>
          </w:p>
          <w:p w14:paraId="7A854913" w14:textId="77777777" w:rsidR="005B3871" w:rsidRDefault="00000000">
            <w:pPr>
              <w:pStyle w:val="Oznaenseznam"/>
              <w:spacing w:after="16"/>
            </w:pPr>
            <w:r>
              <w:rPr>
                <w:color w:val="000000"/>
                <w:sz w:val="16"/>
              </w:rPr>
              <w:t>povratna informacija: konkretna, vezana na kriterij in usmerjena v preverjanje ali naslednji korak</w:t>
            </w:r>
          </w:p>
          <w:p w14:paraId="66514D05" w14:textId="77777777" w:rsidR="005B3871" w:rsidRDefault="00000000">
            <w:pPr>
              <w:pStyle w:val="Oznaenseznam"/>
              <w:spacing w:after="16"/>
            </w:pPr>
            <w:r>
              <w:rPr>
                <w:color w:val="000000"/>
                <w:sz w:val="16"/>
              </w:rPr>
              <w:t>samovrednotenje: semafor, lestvica samostojnosti, izbrani dokaz ali kratka poved</w:t>
            </w:r>
          </w:p>
          <w:p w14:paraId="5804A10A" w14:textId="77777777" w:rsidR="005B3871" w:rsidRDefault="00000000">
            <w:pPr>
              <w:spacing w:before="40" w:after="20" w:line="245" w:lineRule="auto"/>
            </w:pPr>
            <w:r>
              <w:rPr>
                <w:b/>
                <w:color w:val="000000"/>
                <w:sz w:val="17"/>
              </w:rPr>
              <w:t>VARNOST IN ODGOVORNOST</w:t>
            </w:r>
          </w:p>
          <w:p w14:paraId="44A2EFDF"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39D925CA" w14:textId="77777777" w:rsidR="005B3871" w:rsidRDefault="00000000">
            <w:pPr>
              <w:spacing w:after="20" w:line="245" w:lineRule="auto"/>
            </w:pPr>
            <w:r>
              <w:rPr>
                <w:b/>
                <w:color w:val="000000"/>
                <w:sz w:val="17"/>
              </w:rPr>
              <w:t>EVIDENCA PO IZVEDBI</w:t>
            </w:r>
          </w:p>
          <w:p w14:paraId="5A8B7FD0"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34B328B4"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C45F84E" w14:textId="77777777">
              <w:trPr>
                <w:jc w:val="center"/>
              </w:trPr>
              <w:tc>
                <w:tcPr>
                  <w:tcW w:w="7087" w:type="dxa"/>
                  <w:shd w:val="clear" w:color="auto" w:fill="EDC9EA"/>
                  <w:tcMar>
                    <w:top w:w="45" w:type="dxa"/>
                    <w:left w:w="70" w:type="dxa"/>
                    <w:bottom w:w="45" w:type="dxa"/>
                    <w:right w:w="70" w:type="dxa"/>
                  </w:tcMar>
                </w:tcPr>
                <w:p w14:paraId="582D4892" w14:textId="77777777" w:rsidR="005B3871" w:rsidRDefault="00000000">
                  <w:pPr>
                    <w:keepNext/>
                  </w:pPr>
                  <w:r>
                    <w:rPr>
                      <w:b/>
                      <w:color w:val="000000"/>
                    </w:rPr>
                    <w:t>VPRAŠANJA V PODPORO MATEMATIČNEMU UČENJU</w:t>
                  </w:r>
                </w:p>
              </w:tc>
            </w:tr>
          </w:tbl>
          <w:p w14:paraId="0353BE6D" w14:textId="77777777" w:rsidR="005B3871" w:rsidRDefault="005B3871">
            <w:pPr>
              <w:spacing w:line="20" w:lineRule="exact"/>
            </w:pPr>
          </w:p>
          <w:p w14:paraId="3EBD1944" w14:textId="77777777" w:rsidR="005B3871" w:rsidRDefault="00000000">
            <w:pPr>
              <w:pStyle w:val="Oznaenseznam"/>
              <w:spacing w:after="16"/>
            </w:pPr>
            <w:r>
              <w:rPr>
                <w:color w:val="000000"/>
                <w:sz w:val="16"/>
              </w:rPr>
              <w:t>Kaj v tvojem modelu, risbi ali zapisu predstavlja posamezni del naloge?</w:t>
            </w:r>
          </w:p>
          <w:p w14:paraId="777F0BFC" w14:textId="77777777" w:rsidR="005B3871" w:rsidRDefault="00000000">
            <w:pPr>
              <w:pStyle w:val="Oznaenseznam"/>
              <w:spacing w:after="16"/>
            </w:pPr>
            <w:r>
              <w:rPr>
                <w:color w:val="000000"/>
                <w:sz w:val="16"/>
              </w:rPr>
              <w:t>Kako si prišel/-la do rešitve in kako veš, da je smiselna?</w:t>
            </w:r>
          </w:p>
          <w:p w14:paraId="5FFBC1EC" w14:textId="77777777" w:rsidR="005B3871" w:rsidRDefault="00000000">
            <w:pPr>
              <w:pStyle w:val="Oznaenseznam"/>
              <w:spacing w:after="16"/>
            </w:pPr>
            <w:r>
              <w:rPr>
                <w:color w:val="000000"/>
                <w:sz w:val="16"/>
              </w:rPr>
              <w:t>Ali lahko isto pokažeš še s predmetom, gibanjem, risbo ali drugim zapisom?</w:t>
            </w:r>
          </w:p>
          <w:p w14:paraId="584B72D8" w14:textId="77777777" w:rsidR="005B3871" w:rsidRDefault="00000000">
            <w:pPr>
              <w:pStyle w:val="Oznaenseznam"/>
              <w:spacing w:after="16"/>
            </w:pPr>
            <w:r>
              <w:rPr>
                <w:color w:val="000000"/>
                <w:sz w:val="16"/>
              </w:rPr>
              <w:t>Kje bi se lahko zmotil/-a in kako boš rešitev preveril/-a?</w:t>
            </w:r>
          </w:p>
          <w:p w14:paraId="6181A8D3"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37504C64" w14:textId="77777777">
              <w:trPr>
                <w:jc w:val="center"/>
              </w:trPr>
              <w:tc>
                <w:tcPr>
                  <w:tcW w:w="7087" w:type="dxa"/>
                  <w:shd w:val="clear" w:color="auto" w:fill="C6E7F3"/>
                  <w:tcMar>
                    <w:top w:w="45" w:type="dxa"/>
                    <w:left w:w="70" w:type="dxa"/>
                    <w:bottom w:w="45" w:type="dxa"/>
                    <w:right w:w="70" w:type="dxa"/>
                  </w:tcMar>
                </w:tcPr>
                <w:p w14:paraId="4636971F" w14:textId="77777777" w:rsidR="005B3871" w:rsidRDefault="00000000">
                  <w:pPr>
                    <w:keepNext/>
                  </w:pPr>
                  <w:r>
                    <w:rPr>
                      <w:b/>
                      <w:color w:val="000000"/>
                    </w:rPr>
                    <w:t>ZAKLJUČNI DEL – UTRJEVANJE IN REFLEKSIJA (10–15 min)</w:t>
                  </w:r>
                </w:p>
              </w:tc>
            </w:tr>
          </w:tbl>
          <w:p w14:paraId="1E8F60C9" w14:textId="77777777" w:rsidR="005B3871" w:rsidRDefault="005B3871">
            <w:pPr>
              <w:spacing w:line="20" w:lineRule="exact"/>
            </w:pPr>
          </w:p>
          <w:p w14:paraId="7D80CB4B"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20745F7A" w14:textId="77777777">
              <w:trPr>
                <w:jc w:val="center"/>
              </w:trPr>
              <w:tc>
                <w:tcPr>
                  <w:tcW w:w="7087" w:type="dxa"/>
                  <w:shd w:val="clear" w:color="auto" w:fill="EDC9EA"/>
                  <w:tcMar>
                    <w:top w:w="45" w:type="dxa"/>
                    <w:left w:w="70" w:type="dxa"/>
                    <w:bottom w:w="45" w:type="dxa"/>
                    <w:right w:w="70" w:type="dxa"/>
                  </w:tcMar>
                </w:tcPr>
                <w:p w14:paraId="5103F900" w14:textId="77777777" w:rsidR="005B3871" w:rsidRDefault="00000000">
                  <w:pPr>
                    <w:keepNext/>
                  </w:pPr>
                  <w:r>
                    <w:rPr>
                      <w:b/>
                      <w:color w:val="000000"/>
                    </w:rPr>
                    <w:t>SAMOVREDNOTENJE</w:t>
                  </w:r>
                </w:p>
              </w:tc>
            </w:tr>
          </w:tbl>
          <w:p w14:paraId="2B7F8312" w14:textId="77777777" w:rsidR="005B3871" w:rsidRDefault="005B3871">
            <w:pPr>
              <w:spacing w:line="20" w:lineRule="exact"/>
            </w:pPr>
          </w:p>
          <w:p w14:paraId="55D40269"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18DBF125" w14:textId="77777777">
              <w:trPr>
                <w:jc w:val="center"/>
              </w:trPr>
              <w:tc>
                <w:tcPr>
                  <w:tcW w:w="7087" w:type="dxa"/>
                  <w:shd w:val="clear" w:color="auto" w:fill="EDC9EA"/>
                  <w:tcMar>
                    <w:top w:w="45" w:type="dxa"/>
                    <w:left w:w="70" w:type="dxa"/>
                    <w:bottom w:w="45" w:type="dxa"/>
                    <w:right w:w="70" w:type="dxa"/>
                  </w:tcMar>
                </w:tcPr>
                <w:p w14:paraId="416D4AD0" w14:textId="77777777" w:rsidR="005B3871" w:rsidRDefault="00000000">
                  <w:pPr>
                    <w:keepNext/>
                  </w:pPr>
                  <w:r>
                    <w:rPr>
                      <w:b/>
                      <w:color w:val="000000"/>
                    </w:rPr>
                    <w:t>VRSTNIŠKO VREDNOTENJE</w:t>
                  </w:r>
                </w:p>
              </w:tc>
            </w:tr>
          </w:tbl>
          <w:p w14:paraId="48BEDB47" w14:textId="77777777" w:rsidR="005B3871" w:rsidRDefault="005B3871">
            <w:pPr>
              <w:spacing w:line="20" w:lineRule="exact"/>
            </w:pPr>
          </w:p>
          <w:p w14:paraId="5CEF0D88"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0C0408C3" w14:textId="77777777">
              <w:trPr>
                <w:jc w:val="center"/>
              </w:trPr>
              <w:tc>
                <w:tcPr>
                  <w:tcW w:w="7087" w:type="dxa"/>
                  <w:shd w:val="clear" w:color="auto" w:fill="EDC9EA"/>
                  <w:tcMar>
                    <w:top w:w="45" w:type="dxa"/>
                    <w:left w:w="70" w:type="dxa"/>
                    <w:bottom w:w="45" w:type="dxa"/>
                    <w:right w:w="70" w:type="dxa"/>
                  </w:tcMar>
                </w:tcPr>
                <w:p w14:paraId="59E6F2F8" w14:textId="77777777" w:rsidR="005B3871" w:rsidRDefault="00000000">
                  <w:pPr>
                    <w:keepNext/>
                  </w:pPr>
                  <w:r>
                    <w:rPr>
                      <w:b/>
                      <w:color w:val="000000"/>
                    </w:rPr>
                    <w:t>SKUPNI POVZETEK</w:t>
                  </w:r>
                </w:p>
              </w:tc>
            </w:tr>
          </w:tbl>
          <w:p w14:paraId="11D0CD33" w14:textId="77777777" w:rsidR="005B3871" w:rsidRDefault="005B3871"/>
          <w:p w14:paraId="125CE563" w14:textId="77777777" w:rsidR="005B3871" w:rsidRDefault="00000000">
            <w:pPr>
              <w:spacing w:before="20" w:after="40" w:line="245" w:lineRule="auto"/>
            </w:pPr>
            <w:r>
              <w:rPr>
                <w:b/>
                <w:color w:val="000000"/>
                <w:sz w:val="16"/>
              </w:rPr>
              <w:t>Opišem lego, sledim poti v mreži ter pot predstavim z dogovorjenimi simboli in popravim napako.</w:t>
            </w:r>
          </w:p>
        </w:tc>
        <w:tc>
          <w:tcPr>
            <w:tcW w:w="2551" w:type="dxa"/>
            <w:tcMar>
              <w:top w:w="70" w:type="dxa"/>
              <w:left w:w="90" w:type="dxa"/>
              <w:bottom w:w="70" w:type="dxa"/>
              <w:right w:w="90" w:type="dxa"/>
            </w:tcMar>
          </w:tcPr>
          <w:p w14:paraId="10D8C1DD" w14:textId="77777777" w:rsidR="005B3871" w:rsidRDefault="005B3871"/>
          <w:p w14:paraId="6691E5EB" w14:textId="77777777" w:rsidR="005B3871" w:rsidRDefault="00000000">
            <w:pPr>
              <w:spacing w:after="100" w:line="245" w:lineRule="auto"/>
            </w:pPr>
            <w:r>
              <w:rPr>
                <w:color w:val="000000"/>
                <w:sz w:val="16"/>
              </w:rPr>
              <w:t>Odgovarja na podporna vprašanja in se sklicuje na svoj model, zapis ali izvedbo.</w:t>
            </w:r>
          </w:p>
          <w:p w14:paraId="062E4FC7" w14:textId="77777777" w:rsidR="005B3871" w:rsidRDefault="00000000">
            <w:pPr>
              <w:spacing w:after="100" w:line="245" w:lineRule="auto"/>
            </w:pPr>
            <w:r>
              <w:rPr>
                <w:color w:val="000000"/>
                <w:sz w:val="16"/>
              </w:rPr>
              <w:t>Primerja začetno strategijo z novim dokazom ter pojasni, kaj se je naučil/-a.</w:t>
            </w:r>
          </w:p>
          <w:p w14:paraId="39B72BE2" w14:textId="77777777" w:rsidR="005B3871" w:rsidRDefault="00000000">
            <w:pPr>
              <w:spacing w:after="100" w:line="245" w:lineRule="auto"/>
            </w:pPr>
            <w:r>
              <w:rPr>
                <w:color w:val="000000"/>
                <w:sz w:val="16"/>
              </w:rPr>
              <w:t>Izbere raven samostojnosti in določi naslednji korak.</w:t>
            </w:r>
          </w:p>
          <w:p w14:paraId="431B457C" w14:textId="77777777" w:rsidR="005B3871" w:rsidRDefault="00000000">
            <w:pPr>
              <w:spacing w:after="100" w:line="245" w:lineRule="auto"/>
            </w:pPr>
            <w:r>
              <w:rPr>
                <w:color w:val="000000"/>
                <w:sz w:val="16"/>
              </w:rPr>
              <w:t>Sošolcu poda prijazen in konkreten odziv, vezan na kriterij.</w:t>
            </w:r>
          </w:p>
          <w:p w14:paraId="08456B5C" w14:textId="77777777" w:rsidR="005B3871" w:rsidRDefault="00000000">
            <w:pPr>
              <w:spacing w:after="20" w:line="245" w:lineRule="auto"/>
            </w:pPr>
            <w:r>
              <w:rPr>
                <w:b/>
                <w:color w:val="D95BC6"/>
                <w:sz w:val="17"/>
              </w:rPr>
              <w:t>DOKAZ O UČENJU</w:t>
            </w:r>
          </w:p>
          <w:p w14:paraId="6A345C92"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4FDD3B7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217A3189" w14:textId="77777777">
        <w:trPr>
          <w:cantSplit/>
          <w:jc w:val="center"/>
        </w:trPr>
        <w:tc>
          <w:tcPr>
            <w:tcW w:w="14060" w:type="dxa"/>
            <w:gridSpan w:val="6"/>
            <w:tcMar>
              <w:top w:w="70" w:type="dxa"/>
              <w:left w:w="90" w:type="dxa"/>
              <w:bottom w:w="70" w:type="dxa"/>
              <w:right w:w="90" w:type="dxa"/>
            </w:tcMar>
            <w:vAlign w:val="center"/>
          </w:tcPr>
          <w:p w14:paraId="753F8910" w14:textId="77777777" w:rsidR="005B3871" w:rsidRDefault="00000000">
            <w:pPr>
              <w:jc w:val="center"/>
            </w:pPr>
            <w:r>
              <w:rPr>
                <w:b/>
                <w:color w:val="000000"/>
                <w:sz w:val="24"/>
              </w:rPr>
              <w:lastRenderedPageBreak/>
              <w:t>UČNA PRIPRAVA 34/39</w:t>
            </w:r>
          </w:p>
        </w:tc>
      </w:tr>
      <w:tr w:rsidR="005B3871" w14:paraId="6E0585A1" w14:textId="77777777">
        <w:trPr>
          <w:jc w:val="center"/>
        </w:trPr>
        <w:tc>
          <w:tcPr>
            <w:tcW w:w="2665" w:type="dxa"/>
            <w:tcMar>
              <w:top w:w="70" w:type="dxa"/>
              <w:left w:w="90" w:type="dxa"/>
              <w:bottom w:w="70" w:type="dxa"/>
              <w:right w:w="90" w:type="dxa"/>
            </w:tcMar>
            <w:vAlign w:val="center"/>
          </w:tcPr>
          <w:p w14:paraId="67CB1F05"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672033E"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0EF3481B"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621DA8C" w14:textId="77777777" w:rsidR="005B3871" w:rsidRDefault="00000000">
            <w:r>
              <w:rPr>
                <w:b/>
                <w:color w:val="000000"/>
                <w:sz w:val="16"/>
              </w:rPr>
              <w:t xml:space="preserve">NAČRTOVANI TERMIN: </w:t>
            </w:r>
            <w:r>
              <w:rPr>
                <w:color w:val="000000"/>
                <w:sz w:val="16"/>
              </w:rPr>
              <w:t>34. teden • 17.–21. 5. 2027</w:t>
            </w:r>
          </w:p>
        </w:tc>
        <w:tc>
          <w:tcPr>
            <w:tcW w:w="2268" w:type="dxa"/>
            <w:tcMar>
              <w:top w:w="70" w:type="dxa"/>
              <w:left w:w="90" w:type="dxa"/>
              <w:bottom w:w="70" w:type="dxa"/>
              <w:right w:w="90" w:type="dxa"/>
            </w:tcMar>
            <w:vAlign w:val="center"/>
          </w:tcPr>
          <w:p w14:paraId="7BCA032C"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FE8B8C8" w14:textId="77777777" w:rsidR="005B3871" w:rsidRDefault="00000000">
            <w:r>
              <w:rPr>
                <w:b/>
                <w:color w:val="000000"/>
                <w:sz w:val="16"/>
              </w:rPr>
              <w:t xml:space="preserve">ŠTEVILO UR: </w:t>
            </w:r>
            <w:r>
              <w:rPr>
                <w:color w:val="000000"/>
                <w:sz w:val="16"/>
              </w:rPr>
              <w:t>4</w:t>
            </w:r>
          </w:p>
        </w:tc>
      </w:tr>
      <w:tr w:rsidR="005B3871" w14:paraId="2794AB89" w14:textId="77777777">
        <w:trPr>
          <w:jc w:val="center"/>
        </w:trPr>
        <w:tc>
          <w:tcPr>
            <w:tcW w:w="14061" w:type="dxa"/>
            <w:gridSpan w:val="6"/>
            <w:tcMar>
              <w:top w:w="70" w:type="dxa"/>
              <w:left w:w="90" w:type="dxa"/>
              <w:bottom w:w="70" w:type="dxa"/>
              <w:right w:w="90" w:type="dxa"/>
            </w:tcMar>
            <w:vAlign w:val="center"/>
          </w:tcPr>
          <w:p w14:paraId="64E45B6F"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65321B03" w14:textId="77777777">
        <w:trPr>
          <w:cantSplit/>
          <w:jc w:val="center"/>
        </w:trPr>
        <w:tc>
          <w:tcPr>
            <w:tcW w:w="14060" w:type="dxa"/>
            <w:gridSpan w:val="6"/>
            <w:tcMar>
              <w:top w:w="70" w:type="dxa"/>
              <w:left w:w="90" w:type="dxa"/>
              <w:bottom w:w="70" w:type="dxa"/>
              <w:right w:w="90" w:type="dxa"/>
            </w:tcMar>
            <w:vAlign w:val="center"/>
          </w:tcPr>
          <w:p w14:paraId="0D856410" w14:textId="77777777" w:rsidR="005B3871" w:rsidRDefault="005B3871"/>
          <w:p w14:paraId="515C839E" w14:textId="77777777" w:rsidR="005B3871" w:rsidRDefault="00000000">
            <w:pPr>
              <w:spacing w:line="245" w:lineRule="auto"/>
            </w:pPr>
            <w:r>
              <w:rPr>
                <w:b/>
                <w:color w:val="000000"/>
                <w:sz w:val="16"/>
              </w:rPr>
              <w:t xml:space="preserve">UČNI SKLOP: </w:t>
            </w:r>
            <w:r>
              <w:rPr>
                <w:color w:val="000000"/>
                <w:sz w:val="16"/>
              </w:rPr>
              <w:t>POKRAJINA, PROSTOR IN TRAJNOSTNA SKUPNOST</w:t>
            </w:r>
          </w:p>
        </w:tc>
      </w:tr>
      <w:tr w:rsidR="005B3871" w14:paraId="323D0213" w14:textId="77777777">
        <w:trPr>
          <w:cantSplit/>
          <w:jc w:val="center"/>
        </w:trPr>
        <w:tc>
          <w:tcPr>
            <w:tcW w:w="14060" w:type="dxa"/>
            <w:gridSpan w:val="6"/>
            <w:tcMar>
              <w:top w:w="70" w:type="dxa"/>
              <w:left w:w="90" w:type="dxa"/>
              <w:bottom w:w="70" w:type="dxa"/>
              <w:right w:w="90" w:type="dxa"/>
            </w:tcMar>
            <w:vAlign w:val="center"/>
          </w:tcPr>
          <w:p w14:paraId="4E434164" w14:textId="77777777" w:rsidR="005B3871" w:rsidRDefault="005B3871"/>
          <w:p w14:paraId="05308A79" w14:textId="77777777" w:rsidR="005B3871" w:rsidRDefault="00000000">
            <w:pPr>
              <w:spacing w:line="245" w:lineRule="auto"/>
            </w:pPr>
            <w:r>
              <w:rPr>
                <w:b/>
                <w:color w:val="000000"/>
                <w:sz w:val="16"/>
              </w:rPr>
              <w:t xml:space="preserve">UČNA TEMA: </w:t>
            </w:r>
            <w:r>
              <w:rPr>
                <w:color w:val="000000"/>
                <w:sz w:val="16"/>
              </w:rPr>
              <w:t>PREGLEDNICE IN PRIKAZI</w:t>
            </w:r>
          </w:p>
        </w:tc>
      </w:tr>
      <w:tr w:rsidR="005B3871" w14:paraId="6B7E458F" w14:textId="77777777">
        <w:trPr>
          <w:cantSplit/>
          <w:jc w:val="center"/>
        </w:trPr>
        <w:tc>
          <w:tcPr>
            <w:tcW w:w="14060" w:type="dxa"/>
            <w:gridSpan w:val="6"/>
            <w:tcMar>
              <w:top w:w="70" w:type="dxa"/>
              <w:left w:w="90" w:type="dxa"/>
              <w:bottom w:w="70" w:type="dxa"/>
              <w:right w:w="90" w:type="dxa"/>
            </w:tcMar>
            <w:vAlign w:val="center"/>
          </w:tcPr>
          <w:p w14:paraId="69855CA1" w14:textId="77777777" w:rsidR="005B3871" w:rsidRDefault="005B3871"/>
          <w:p w14:paraId="3C3F8280" w14:textId="77777777" w:rsidR="005B3871" w:rsidRDefault="00000000">
            <w:pPr>
              <w:spacing w:line="245" w:lineRule="auto"/>
            </w:pPr>
            <w:r>
              <w:rPr>
                <w:b/>
                <w:color w:val="000000"/>
                <w:sz w:val="16"/>
              </w:rPr>
              <w:t xml:space="preserve">KNJIŽEVNO IZHODIŠČE IN MOTIV: </w:t>
            </w:r>
            <w:r>
              <w:rPr>
                <w:color w:val="000000"/>
                <w:sz w:val="16"/>
              </w:rPr>
              <w:t>»Dinozavri?!« – Lila Prap • preteklost, pokrajina, živa bitja in raziskovalna vprašanja</w:t>
            </w:r>
          </w:p>
        </w:tc>
      </w:tr>
      <w:tr w:rsidR="005B3871" w14:paraId="6301D7E3" w14:textId="77777777">
        <w:trPr>
          <w:cantSplit/>
          <w:jc w:val="center"/>
        </w:trPr>
        <w:tc>
          <w:tcPr>
            <w:tcW w:w="14060" w:type="dxa"/>
            <w:gridSpan w:val="6"/>
            <w:tcMar>
              <w:top w:w="70" w:type="dxa"/>
              <w:left w:w="90" w:type="dxa"/>
              <w:bottom w:w="70" w:type="dxa"/>
              <w:right w:w="90" w:type="dxa"/>
            </w:tcMar>
            <w:vAlign w:val="center"/>
          </w:tcPr>
          <w:p w14:paraId="663F6FB7" w14:textId="77777777" w:rsidR="005B3871" w:rsidRDefault="005B3871"/>
          <w:p w14:paraId="2AADA78F" w14:textId="77777777" w:rsidR="005B3871" w:rsidRDefault="00000000">
            <w:pPr>
              <w:spacing w:line="245" w:lineRule="auto"/>
            </w:pPr>
            <w:r>
              <w:rPr>
                <w:b/>
                <w:color w:val="000000"/>
                <w:sz w:val="16"/>
              </w:rPr>
              <w:t xml:space="preserve">UČNE ENOTE: </w:t>
            </w:r>
            <w:r>
              <w:rPr>
                <w:color w:val="000000"/>
                <w:sz w:val="16"/>
              </w:rPr>
              <w:t>1. ura – Beremo dinozavrsko preglednico • 2. ura – Razvrsti lastnosti • 3. ura – Živi stolpci • 4. ura – Od preglednice do prikaza</w:t>
            </w:r>
          </w:p>
        </w:tc>
      </w:tr>
      <w:tr w:rsidR="005B3871" w14:paraId="3F5E50C1" w14:textId="77777777">
        <w:trPr>
          <w:cantSplit/>
          <w:jc w:val="center"/>
        </w:trPr>
        <w:tc>
          <w:tcPr>
            <w:tcW w:w="14060" w:type="dxa"/>
            <w:gridSpan w:val="6"/>
            <w:tcMar>
              <w:top w:w="70" w:type="dxa"/>
              <w:left w:w="90" w:type="dxa"/>
              <w:bottom w:w="70" w:type="dxa"/>
              <w:right w:w="90" w:type="dxa"/>
            </w:tcMar>
            <w:vAlign w:val="center"/>
          </w:tcPr>
          <w:p w14:paraId="58C40F7B" w14:textId="77777777" w:rsidR="005B3871" w:rsidRDefault="005B3871"/>
          <w:p w14:paraId="7492D0B9"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5B66D069" w14:textId="77777777">
        <w:trPr>
          <w:cantSplit/>
          <w:jc w:val="center"/>
        </w:trPr>
        <w:tc>
          <w:tcPr>
            <w:tcW w:w="14060" w:type="dxa"/>
            <w:gridSpan w:val="6"/>
            <w:tcMar>
              <w:top w:w="70" w:type="dxa"/>
              <w:left w:w="90" w:type="dxa"/>
              <w:bottom w:w="70" w:type="dxa"/>
              <w:right w:w="90" w:type="dxa"/>
            </w:tcMar>
            <w:vAlign w:val="center"/>
          </w:tcPr>
          <w:p w14:paraId="204CC638" w14:textId="77777777" w:rsidR="005B3871" w:rsidRDefault="005B3871"/>
          <w:p w14:paraId="3C5D1E79"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2D92558B" w14:textId="77777777">
        <w:trPr>
          <w:cantSplit/>
          <w:jc w:val="center"/>
        </w:trPr>
        <w:tc>
          <w:tcPr>
            <w:tcW w:w="14060" w:type="dxa"/>
            <w:gridSpan w:val="6"/>
            <w:tcMar>
              <w:top w:w="70" w:type="dxa"/>
              <w:left w:w="90" w:type="dxa"/>
              <w:bottom w:w="70" w:type="dxa"/>
              <w:right w:w="90" w:type="dxa"/>
            </w:tcMar>
            <w:vAlign w:val="center"/>
          </w:tcPr>
          <w:p w14:paraId="12563ECA" w14:textId="77777777" w:rsidR="005B3871" w:rsidRDefault="005B3871"/>
          <w:p w14:paraId="11B37B6A"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0482B156" w14:textId="77777777">
        <w:trPr>
          <w:cantSplit/>
          <w:jc w:val="center"/>
        </w:trPr>
        <w:tc>
          <w:tcPr>
            <w:tcW w:w="14060" w:type="dxa"/>
            <w:gridSpan w:val="6"/>
            <w:tcMar>
              <w:top w:w="70" w:type="dxa"/>
              <w:left w:w="90" w:type="dxa"/>
              <w:bottom w:w="70" w:type="dxa"/>
              <w:right w:w="90" w:type="dxa"/>
            </w:tcMar>
            <w:vAlign w:val="center"/>
          </w:tcPr>
          <w:p w14:paraId="61E88CA3" w14:textId="77777777" w:rsidR="005B3871" w:rsidRDefault="005B3871"/>
          <w:p w14:paraId="31682C92" w14:textId="77777777" w:rsidR="005B3871" w:rsidRDefault="00000000">
            <w:pPr>
              <w:spacing w:line="245" w:lineRule="auto"/>
            </w:pPr>
            <w:r>
              <w:rPr>
                <w:b/>
                <w:color w:val="000000"/>
                <w:sz w:val="16"/>
              </w:rPr>
              <w:t xml:space="preserve">MEDPREDMETNE POVEZAVE: </w:t>
            </w:r>
            <w:r>
              <w:rPr>
                <w:color w:val="000000"/>
                <w:sz w:val="16"/>
              </w:rPr>
              <w:t>SLJ – vprašanje in ugotovitev; SPO – preteklost in živa bitja; ŠPO – živi stolpci; LUM – pregledna grafična ureditev</w:t>
            </w:r>
          </w:p>
        </w:tc>
      </w:tr>
      <w:tr w:rsidR="005B3871" w14:paraId="5EFE66FD" w14:textId="77777777">
        <w:trPr>
          <w:cantSplit/>
          <w:jc w:val="center"/>
        </w:trPr>
        <w:tc>
          <w:tcPr>
            <w:tcW w:w="14060" w:type="dxa"/>
            <w:gridSpan w:val="6"/>
            <w:tcMar>
              <w:top w:w="70" w:type="dxa"/>
              <w:left w:w="90" w:type="dxa"/>
              <w:bottom w:w="70" w:type="dxa"/>
              <w:right w:w="90" w:type="dxa"/>
            </w:tcMar>
            <w:vAlign w:val="center"/>
          </w:tcPr>
          <w:p w14:paraId="24D9F0FB" w14:textId="77777777" w:rsidR="005B3871" w:rsidRDefault="005B3871"/>
          <w:p w14:paraId="57FEA4A0" w14:textId="77777777" w:rsidR="005B3871" w:rsidRDefault="00000000">
            <w:pPr>
              <w:spacing w:line="245" w:lineRule="auto"/>
            </w:pPr>
            <w:r>
              <w:rPr>
                <w:b/>
                <w:color w:val="000000"/>
                <w:sz w:val="16"/>
              </w:rPr>
              <w:t xml:space="preserve">UČNA SREDSTVA IN PRIPOMOČKI: </w:t>
            </w:r>
            <w:r>
              <w:rPr>
                <w:color w:val="000000"/>
                <w:sz w:val="16"/>
              </w:rPr>
              <w:t>slikovne kartice dinozavrov, preproste preglednice, talni trakovi, kocke ali kvadratki, mreže za prikaz, barvice</w:t>
            </w:r>
          </w:p>
        </w:tc>
      </w:tr>
      <w:tr w:rsidR="005B3871" w14:paraId="0C1328CB" w14:textId="77777777">
        <w:trPr>
          <w:cantSplit/>
          <w:jc w:val="center"/>
        </w:trPr>
        <w:tc>
          <w:tcPr>
            <w:tcW w:w="14060" w:type="dxa"/>
            <w:gridSpan w:val="6"/>
            <w:tcMar>
              <w:top w:w="70" w:type="dxa"/>
              <w:left w:w="90" w:type="dxa"/>
              <w:bottom w:w="70" w:type="dxa"/>
              <w:right w:w="90" w:type="dxa"/>
            </w:tcMar>
            <w:vAlign w:val="center"/>
          </w:tcPr>
          <w:p w14:paraId="60C1E215" w14:textId="77777777" w:rsidR="005B3871" w:rsidRDefault="005B3871"/>
          <w:p w14:paraId="090B283C"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3E691D5C" w14:textId="77777777">
        <w:trPr>
          <w:cantSplit/>
          <w:jc w:val="center"/>
        </w:trPr>
        <w:tc>
          <w:tcPr>
            <w:tcW w:w="14060" w:type="dxa"/>
            <w:gridSpan w:val="6"/>
            <w:tcMar>
              <w:top w:w="70" w:type="dxa"/>
              <w:left w:w="90" w:type="dxa"/>
              <w:bottom w:w="70" w:type="dxa"/>
              <w:right w:w="90" w:type="dxa"/>
            </w:tcMar>
            <w:vAlign w:val="center"/>
          </w:tcPr>
          <w:p w14:paraId="5610A08D" w14:textId="77777777" w:rsidR="005B3871" w:rsidRDefault="005B3871"/>
          <w:p w14:paraId="56EC32E3"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3BC55E1A" w14:textId="77777777">
        <w:trPr>
          <w:cantSplit/>
          <w:jc w:val="center"/>
        </w:trPr>
        <w:tc>
          <w:tcPr>
            <w:tcW w:w="14060" w:type="dxa"/>
            <w:gridSpan w:val="6"/>
            <w:tcMar>
              <w:top w:w="70" w:type="dxa"/>
              <w:left w:w="90" w:type="dxa"/>
              <w:bottom w:w="70" w:type="dxa"/>
              <w:right w:w="90" w:type="dxa"/>
            </w:tcMar>
            <w:vAlign w:val="center"/>
          </w:tcPr>
          <w:p w14:paraId="619825AA" w14:textId="77777777" w:rsidR="005B3871" w:rsidRDefault="005B3871"/>
          <w:p w14:paraId="24E9E365"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1DB7DF1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B52BD3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1F55DED"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D212344" w14:textId="77777777" w:rsidR="005B3871" w:rsidRDefault="00000000">
            <w:pPr>
              <w:jc w:val="center"/>
            </w:pPr>
            <w:r>
              <w:rPr>
                <w:b/>
                <w:color w:val="000000"/>
                <w:sz w:val="20"/>
              </w:rPr>
              <w:t>UČNE DEJAVNOSTI, METODE IN FORMATIVNO SPREMLJANJE</w:t>
            </w:r>
          </w:p>
        </w:tc>
      </w:tr>
      <w:tr w:rsidR="005B3871" w14:paraId="093272C8" w14:textId="77777777">
        <w:trPr>
          <w:tblHeader/>
          <w:jc w:val="center"/>
        </w:trPr>
        <w:tc>
          <w:tcPr>
            <w:tcW w:w="4422" w:type="dxa"/>
            <w:vMerge/>
            <w:tcMar>
              <w:top w:w="70" w:type="dxa"/>
              <w:left w:w="90" w:type="dxa"/>
              <w:bottom w:w="70" w:type="dxa"/>
              <w:right w:w="90" w:type="dxa"/>
            </w:tcMar>
            <w:vAlign w:val="center"/>
          </w:tcPr>
          <w:p w14:paraId="60310AAB" w14:textId="77777777" w:rsidR="005B3871" w:rsidRDefault="005B3871"/>
        </w:tc>
        <w:tc>
          <w:tcPr>
            <w:tcW w:w="7087" w:type="dxa"/>
            <w:shd w:val="clear" w:color="auto" w:fill="FFFFFF"/>
            <w:tcMar>
              <w:top w:w="70" w:type="dxa"/>
              <w:left w:w="90" w:type="dxa"/>
              <w:bottom w:w="70" w:type="dxa"/>
              <w:right w:w="90" w:type="dxa"/>
            </w:tcMar>
            <w:vAlign w:val="center"/>
          </w:tcPr>
          <w:p w14:paraId="5473245A"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0466F8E" w14:textId="77777777" w:rsidR="005B3871" w:rsidRDefault="00000000">
            <w:pPr>
              <w:jc w:val="center"/>
            </w:pPr>
            <w:r>
              <w:rPr>
                <w:b/>
                <w:color w:val="000000"/>
              </w:rPr>
              <w:t>UČENEC</w:t>
            </w:r>
          </w:p>
        </w:tc>
      </w:tr>
      <w:tr w:rsidR="005B3871" w14:paraId="5658A696" w14:textId="77777777">
        <w:trPr>
          <w:jc w:val="center"/>
        </w:trPr>
        <w:tc>
          <w:tcPr>
            <w:tcW w:w="4422" w:type="dxa"/>
            <w:tcMar>
              <w:top w:w="70" w:type="dxa"/>
              <w:left w:w="90" w:type="dxa"/>
              <w:bottom w:w="70" w:type="dxa"/>
              <w:right w:w="90" w:type="dxa"/>
            </w:tcMar>
          </w:tcPr>
          <w:p w14:paraId="6F6A0E1D" w14:textId="77777777" w:rsidR="005B3871" w:rsidRDefault="005B3871"/>
          <w:p w14:paraId="52AC55DC" w14:textId="77777777" w:rsidR="005B3871" w:rsidRDefault="00000000">
            <w:pPr>
              <w:spacing w:after="60" w:line="245" w:lineRule="auto"/>
            </w:pPr>
            <w:r>
              <w:rPr>
                <w:b/>
                <w:color w:val="000000"/>
              </w:rPr>
              <w:t>UČNI CILJI</w:t>
            </w:r>
          </w:p>
          <w:p w14:paraId="3866C558" w14:textId="77777777" w:rsidR="005B3871" w:rsidRDefault="00000000">
            <w:pPr>
              <w:spacing w:after="20" w:line="245" w:lineRule="auto"/>
            </w:pPr>
            <w:r>
              <w:rPr>
                <w:b/>
                <w:color w:val="000000"/>
                <w:sz w:val="17"/>
              </w:rPr>
              <w:t>SPLOŠNI</w:t>
            </w:r>
          </w:p>
          <w:p w14:paraId="59AD9470" w14:textId="77777777" w:rsidR="005B3871" w:rsidRDefault="00000000">
            <w:pPr>
              <w:pStyle w:val="Oznaenseznam"/>
              <w:spacing w:after="16"/>
            </w:pPr>
            <w:r>
              <w:rPr>
                <w:color w:val="000000"/>
                <w:sz w:val="16"/>
              </w:rPr>
              <w:t>razvija številske, prostorske in količinske predstave s konkretnimi izkušnjami</w:t>
            </w:r>
          </w:p>
          <w:p w14:paraId="732473DC" w14:textId="77777777" w:rsidR="005B3871" w:rsidRDefault="00000000">
            <w:pPr>
              <w:pStyle w:val="Oznaenseznam"/>
              <w:spacing w:after="16"/>
            </w:pPr>
            <w:r>
              <w:rPr>
                <w:color w:val="000000"/>
                <w:sz w:val="16"/>
              </w:rPr>
              <w:t>rešuje matematične probleme s predmetom, gibanjem, risbo, modelom in simbolom</w:t>
            </w:r>
          </w:p>
          <w:p w14:paraId="587DC3B2" w14:textId="77777777" w:rsidR="005B3871" w:rsidRDefault="00000000">
            <w:pPr>
              <w:pStyle w:val="Oznaenseznam"/>
              <w:spacing w:after="16"/>
            </w:pPr>
            <w:r>
              <w:rPr>
                <w:color w:val="000000"/>
                <w:sz w:val="16"/>
              </w:rPr>
              <w:t>pojasnjuje izbrano strategijo, preverja smiselnost rešitve in posluša rešitve drugih</w:t>
            </w:r>
          </w:p>
          <w:p w14:paraId="6BC95868" w14:textId="77777777" w:rsidR="005B3871" w:rsidRDefault="00000000">
            <w:pPr>
              <w:pStyle w:val="Oznaenseznam"/>
              <w:spacing w:after="16"/>
            </w:pPr>
            <w:r>
              <w:rPr>
                <w:color w:val="000000"/>
                <w:sz w:val="16"/>
              </w:rPr>
              <w:t>ob namenih in kriterijih spremlja svoje učenje ter uporabi opisno povratno informacijo</w:t>
            </w:r>
          </w:p>
          <w:p w14:paraId="26517855" w14:textId="77777777" w:rsidR="005B3871" w:rsidRDefault="00000000">
            <w:pPr>
              <w:spacing w:before="40" w:after="20" w:line="245" w:lineRule="auto"/>
            </w:pPr>
            <w:r>
              <w:rPr>
                <w:b/>
                <w:color w:val="000000"/>
                <w:sz w:val="17"/>
              </w:rPr>
              <w:t>OPERATIVNI</w:t>
            </w:r>
          </w:p>
          <w:p w14:paraId="1E8213BF" w14:textId="77777777" w:rsidR="005B3871" w:rsidRDefault="00000000">
            <w:pPr>
              <w:pStyle w:val="Oznaenseznam"/>
              <w:spacing w:after="16"/>
            </w:pPr>
            <w:r>
              <w:rPr>
                <w:color w:val="000000"/>
                <w:sz w:val="16"/>
              </w:rPr>
              <w:t>bere preprosto preglednico</w:t>
            </w:r>
          </w:p>
          <w:p w14:paraId="7F3C4912" w14:textId="77777777" w:rsidR="005B3871" w:rsidRDefault="00000000">
            <w:pPr>
              <w:pStyle w:val="Oznaenseznam"/>
              <w:spacing w:after="16"/>
            </w:pPr>
            <w:r>
              <w:rPr>
                <w:color w:val="000000"/>
                <w:sz w:val="16"/>
              </w:rPr>
              <w:t>zbere in razvrsti podatke</w:t>
            </w:r>
          </w:p>
          <w:p w14:paraId="46CC2AB4" w14:textId="77777777" w:rsidR="005B3871" w:rsidRDefault="00000000">
            <w:pPr>
              <w:pStyle w:val="Oznaenseznam"/>
              <w:spacing w:after="16"/>
            </w:pPr>
            <w:r>
              <w:rPr>
                <w:color w:val="000000"/>
                <w:sz w:val="16"/>
              </w:rPr>
              <w:t>izdela stolpčni ali vrstični prikaz</w:t>
            </w:r>
          </w:p>
          <w:p w14:paraId="218F1C46" w14:textId="77777777" w:rsidR="005B3871" w:rsidRDefault="00000000">
            <w:pPr>
              <w:spacing w:before="40" w:after="20" w:line="245" w:lineRule="auto"/>
            </w:pPr>
            <w:r>
              <w:rPr>
                <w:b/>
                <w:color w:val="000000"/>
                <w:sz w:val="17"/>
              </w:rPr>
              <w:t>PRIČAKOVANI DOSEŽKI / STANDARDI</w:t>
            </w:r>
          </w:p>
          <w:p w14:paraId="0A3C7DF4" w14:textId="77777777" w:rsidR="005B3871" w:rsidRDefault="00000000">
            <w:pPr>
              <w:pStyle w:val="Oznaenseznam"/>
              <w:spacing w:after="16"/>
            </w:pPr>
            <w:r>
              <w:rPr>
                <w:color w:val="000000"/>
                <w:sz w:val="16"/>
              </w:rPr>
              <w:t>ob konkretni, slikovni ali gibalni opori bere preprosto preglednico</w:t>
            </w:r>
          </w:p>
          <w:p w14:paraId="4DB8A8EB" w14:textId="77777777" w:rsidR="005B3871" w:rsidRDefault="00000000">
            <w:pPr>
              <w:pStyle w:val="Oznaenseznam"/>
              <w:spacing w:after="16"/>
            </w:pPr>
            <w:r>
              <w:rPr>
                <w:color w:val="000000"/>
                <w:sz w:val="16"/>
              </w:rPr>
              <w:t>ob konkretni, slikovni ali gibalni opori zbere in razvrsti podatke</w:t>
            </w:r>
          </w:p>
          <w:p w14:paraId="403530D0" w14:textId="77777777" w:rsidR="005B3871" w:rsidRDefault="00000000">
            <w:pPr>
              <w:pStyle w:val="Oznaenseznam"/>
              <w:spacing w:after="16"/>
            </w:pPr>
            <w:r>
              <w:rPr>
                <w:color w:val="000000"/>
                <w:sz w:val="16"/>
              </w:rPr>
              <w:t>ob konkretni, slikovni ali gibalni opori izdela stolpčni ali vrstični prikaz</w:t>
            </w:r>
          </w:p>
        </w:tc>
        <w:tc>
          <w:tcPr>
            <w:tcW w:w="7087" w:type="dxa"/>
            <w:tcMar>
              <w:top w:w="70" w:type="dxa"/>
              <w:left w:w="90" w:type="dxa"/>
              <w:bottom w:w="70" w:type="dxa"/>
              <w:right w:w="90" w:type="dxa"/>
            </w:tcMar>
          </w:tcPr>
          <w:p w14:paraId="539E758D"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71519986" w14:textId="77777777">
              <w:trPr>
                <w:jc w:val="center"/>
              </w:trPr>
              <w:tc>
                <w:tcPr>
                  <w:tcW w:w="7087" w:type="dxa"/>
                  <w:shd w:val="clear" w:color="auto" w:fill="C6E7F3"/>
                  <w:tcMar>
                    <w:top w:w="45" w:type="dxa"/>
                    <w:left w:w="70" w:type="dxa"/>
                    <w:bottom w:w="45" w:type="dxa"/>
                    <w:right w:w="70" w:type="dxa"/>
                  </w:tcMar>
                </w:tcPr>
                <w:p w14:paraId="011081D6" w14:textId="77777777" w:rsidR="005B3871" w:rsidRDefault="00000000">
                  <w:pPr>
                    <w:keepNext/>
                  </w:pPr>
                  <w:r>
                    <w:rPr>
                      <w:b/>
                      <w:color w:val="000000"/>
                    </w:rPr>
                    <w:t>UVODNI DEL – motivacija, aktivacija predznanja in namen učenja (15–20 min)</w:t>
                  </w:r>
                </w:p>
              </w:tc>
            </w:tr>
          </w:tbl>
          <w:p w14:paraId="627B9F04" w14:textId="77777777" w:rsidR="005B3871" w:rsidRDefault="005B3871">
            <w:pPr>
              <w:spacing w:line="20" w:lineRule="exact"/>
            </w:pPr>
          </w:p>
          <w:p w14:paraId="3B905311" w14:textId="77777777" w:rsidR="005B3871" w:rsidRDefault="00000000">
            <w:pPr>
              <w:spacing w:before="40" w:after="60" w:line="245" w:lineRule="auto"/>
            </w:pPr>
            <w:r>
              <w:rPr>
                <w:color w:val="000000"/>
                <w:sz w:val="16"/>
              </w:rPr>
              <w:t>Dinozavri se razlikujejo po velikosti in drugih lastnostih. Učenci berejo preprosto preglednico, podatke razvrstijo ter jih predstavijo v stolpčnem ali vrstičnem prikazu.</w:t>
            </w:r>
          </w:p>
          <w:tbl>
            <w:tblPr>
              <w:tblStyle w:val="Tabelamrea"/>
              <w:tblW w:w="0" w:type="auto"/>
              <w:jc w:val="center"/>
              <w:tblLayout w:type="fixed"/>
              <w:tblLook w:val="04A0" w:firstRow="1" w:lastRow="0" w:firstColumn="1" w:lastColumn="0" w:noHBand="0" w:noVBand="1"/>
            </w:tblPr>
            <w:tblGrid>
              <w:gridCol w:w="7087"/>
            </w:tblGrid>
            <w:tr w:rsidR="005B3871" w14:paraId="74B862C6" w14:textId="77777777">
              <w:trPr>
                <w:jc w:val="center"/>
              </w:trPr>
              <w:tc>
                <w:tcPr>
                  <w:tcW w:w="7087" w:type="dxa"/>
                  <w:shd w:val="clear" w:color="auto" w:fill="EDC9EA"/>
                  <w:tcMar>
                    <w:top w:w="45" w:type="dxa"/>
                    <w:left w:w="70" w:type="dxa"/>
                    <w:bottom w:w="45" w:type="dxa"/>
                    <w:right w:w="70" w:type="dxa"/>
                  </w:tcMar>
                </w:tcPr>
                <w:p w14:paraId="2ACF7B42" w14:textId="77777777" w:rsidR="005B3871" w:rsidRDefault="00000000">
                  <w:pPr>
                    <w:keepNext/>
                  </w:pPr>
                  <w:r>
                    <w:rPr>
                      <w:b/>
                      <w:color w:val="000000"/>
                    </w:rPr>
                    <w:t>NAMENI UČENJA</w:t>
                  </w:r>
                </w:p>
              </w:tc>
            </w:tr>
          </w:tbl>
          <w:p w14:paraId="60B230ED" w14:textId="77777777" w:rsidR="005B3871" w:rsidRDefault="005B3871">
            <w:pPr>
              <w:spacing w:line="20" w:lineRule="exact"/>
            </w:pPr>
          </w:p>
          <w:p w14:paraId="2F0BDCA0"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751BA882" w14:textId="77777777" w:rsidR="005B3871" w:rsidRDefault="00000000">
            <w:pPr>
              <w:pStyle w:val="Oznaenseznam"/>
              <w:spacing w:after="16"/>
            </w:pPr>
            <w:r>
              <w:rPr>
                <w:color w:val="000000"/>
                <w:sz w:val="16"/>
              </w:rPr>
              <w:t>berem preprosto preglednico</w:t>
            </w:r>
          </w:p>
          <w:p w14:paraId="411C80E2" w14:textId="77777777" w:rsidR="005B3871" w:rsidRDefault="00000000">
            <w:pPr>
              <w:pStyle w:val="Oznaenseznam"/>
              <w:spacing w:after="16"/>
            </w:pPr>
            <w:r>
              <w:rPr>
                <w:color w:val="000000"/>
                <w:sz w:val="16"/>
              </w:rPr>
              <w:t>zberem in razvrsti podatke</w:t>
            </w:r>
          </w:p>
          <w:p w14:paraId="7D89291A" w14:textId="77777777" w:rsidR="005B3871" w:rsidRDefault="00000000">
            <w:pPr>
              <w:pStyle w:val="Oznaenseznam"/>
              <w:spacing w:after="16"/>
            </w:pPr>
            <w:r>
              <w:rPr>
                <w:color w:val="000000"/>
                <w:sz w:val="16"/>
              </w:rPr>
              <w:t>izdelam stolpčni ali vrstični prikaz</w:t>
            </w:r>
          </w:p>
          <w:tbl>
            <w:tblPr>
              <w:tblStyle w:val="Tabelamrea"/>
              <w:tblW w:w="0" w:type="auto"/>
              <w:jc w:val="center"/>
              <w:tblLayout w:type="fixed"/>
              <w:tblLook w:val="04A0" w:firstRow="1" w:lastRow="0" w:firstColumn="1" w:lastColumn="0" w:noHBand="0" w:noVBand="1"/>
            </w:tblPr>
            <w:tblGrid>
              <w:gridCol w:w="7087"/>
            </w:tblGrid>
            <w:tr w:rsidR="005B3871" w14:paraId="5C377FBE" w14:textId="77777777">
              <w:trPr>
                <w:jc w:val="center"/>
              </w:trPr>
              <w:tc>
                <w:tcPr>
                  <w:tcW w:w="7087" w:type="dxa"/>
                  <w:shd w:val="clear" w:color="auto" w:fill="EDC9EA"/>
                  <w:tcMar>
                    <w:top w:w="45" w:type="dxa"/>
                    <w:left w:w="70" w:type="dxa"/>
                    <w:bottom w:w="45" w:type="dxa"/>
                    <w:right w:w="70" w:type="dxa"/>
                  </w:tcMar>
                </w:tcPr>
                <w:p w14:paraId="11FAC3D5" w14:textId="77777777" w:rsidR="005B3871" w:rsidRDefault="00000000">
                  <w:pPr>
                    <w:keepNext/>
                  </w:pPr>
                  <w:r>
                    <w:rPr>
                      <w:b/>
                      <w:color w:val="000000"/>
                    </w:rPr>
                    <w:t>PREVERJANJE PREDZNANJA</w:t>
                  </w:r>
                </w:p>
              </w:tc>
            </w:tr>
          </w:tbl>
          <w:p w14:paraId="582C9329" w14:textId="77777777" w:rsidR="005B3871" w:rsidRDefault="005B3871">
            <w:pPr>
              <w:spacing w:line="20" w:lineRule="exact"/>
            </w:pPr>
          </w:p>
          <w:p w14:paraId="41165E64" w14:textId="77777777" w:rsidR="005B3871" w:rsidRDefault="00000000">
            <w:pPr>
              <w:pStyle w:val="Oznaenseznam"/>
              <w:spacing w:after="16"/>
            </w:pPr>
            <w:r>
              <w:rPr>
                <w:color w:val="000000"/>
                <w:sz w:val="16"/>
              </w:rPr>
              <w:t>Kako v preglednici poiščem pravi podatek?</w:t>
            </w:r>
          </w:p>
          <w:p w14:paraId="122FFBA5" w14:textId="77777777" w:rsidR="005B3871" w:rsidRDefault="00000000">
            <w:pPr>
              <w:pStyle w:val="Oznaenseznam"/>
              <w:spacing w:after="16"/>
            </w:pPr>
            <w:r>
              <w:rPr>
                <w:color w:val="000000"/>
                <w:sz w:val="16"/>
              </w:rPr>
              <w:t>Kako morajo biti stolpci urejeni, da je primerjava poštena?</w:t>
            </w:r>
          </w:p>
          <w:p w14:paraId="55D5B032"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72798F05" w14:textId="77777777">
              <w:trPr>
                <w:jc w:val="center"/>
              </w:trPr>
              <w:tc>
                <w:tcPr>
                  <w:tcW w:w="7087" w:type="dxa"/>
                  <w:shd w:val="clear" w:color="auto" w:fill="EDC9EA"/>
                  <w:tcMar>
                    <w:top w:w="45" w:type="dxa"/>
                    <w:left w:w="70" w:type="dxa"/>
                    <w:bottom w:w="45" w:type="dxa"/>
                    <w:right w:w="70" w:type="dxa"/>
                  </w:tcMar>
                </w:tcPr>
                <w:p w14:paraId="01D56468" w14:textId="77777777" w:rsidR="005B3871" w:rsidRDefault="00000000">
                  <w:pPr>
                    <w:keepNext/>
                  </w:pPr>
                  <w:r>
                    <w:rPr>
                      <w:b/>
                      <w:color w:val="000000"/>
                    </w:rPr>
                    <w:t>KRITERIJI USPEŠNOSTI</w:t>
                  </w:r>
                </w:p>
              </w:tc>
            </w:tr>
          </w:tbl>
          <w:p w14:paraId="3C709739" w14:textId="77777777" w:rsidR="005B3871" w:rsidRDefault="005B3871"/>
          <w:p w14:paraId="46663F8C" w14:textId="77777777" w:rsidR="005B3871" w:rsidRDefault="00000000">
            <w:pPr>
              <w:spacing w:before="20" w:after="20" w:line="245" w:lineRule="auto"/>
            </w:pPr>
            <w:r>
              <w:rPr>
                <w:b/>
                <w:color w:val="000000"/>
                <w:sz w:val="16"/>
              </w:rPr>
              <w:t>Uspešen/-na bom, ko:</w:t>
            </w:r>
          </w:p>
          <w:p w14:paraId="5BA0AF88" w14:textId="77777777" w:rsidR="005B3871" w:rsidRDefault="00000000">
            <w:pPr>
              <w:pStyle w:val="Oznaenseznam"/>
              <w:spacing w:after="16"/>
            </w:pPr>
            <w:r>
              <w:rPr>
                <w:color w:val="000000"/>
                <w:sz w:val="16"/>
              </w:rPr>
              <w:t>berem preprosto preglednico</w:t>
            </w:r>
          </w:p>
          <w:p w14:paraId="3E7ACDCC" w14:textId="77777777" w:rsidR="005B3871" w:rsidRDefault="00000000">
            <w:pPr>
              <w:pStyle w:val="Oznaenseznam"/>
              <w:spacing w:after="16"/>
            </w:pPr>
            <w:r>
              <w:rPr>
                <w:color w:val="000000"/>
                <w:sz w:val="16"/>
              </w:rPr>
              <w:t>zberem in razvrsti podatke</w:t>
            </w:r>
          </w:p>
          <w:p w14:paraId="0835D957" w14:textId="77777777" w:rsidR="005B3871" w:rsidRDefault="00000000">
            <w:pPr>
              <w:pStyle w:val="Oznaenseznam"/>
              <w:spacing w:after="16"/>
            </w:pPr>
            <w:r>
              <w:rPr>
                <w:color w:val="000000"/>
                <w:sz w:val="16"/>
              </w:rPr>
              <w:t>izdelam stolpčni ali vrstični prikaz</w:t>
            </w:r>
          </w:p>
          <w:p w14:paraId="14DF83FF"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5DD7999D" w14:textId="77777777" w:rsidR="005B3871" w:rsidRDefault="005B3871"/>
          <w:p w14:paraId="332CFCEB"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5FEF97E3" w14:textId="77777777" w:rsidR="005B3871" w:rsidRDefault="00000000">
            <w:pPr>
              <w:spacing w:after="80" w:line="245" w:lineRule="auto"/>
            </w:pPr>
            <w:r>
              <w:rPr>
                <w:color w:val="000000"/>
                <w:sz w:val="16"/>
              </w:rPr>
              <w:t>Pove, pokaže ali nariše, kako bi nalogo začel. Posluša tudi drugačne strategije.</w:t>
            </w:r>
          </w:p>
          <w:p w14:paraId="05A2DB7A" w14:textId="77777777" w:rsidR="005B3871" w:rsidRDefault="00000000">
            <w:pPr>
              <w:spacing w:after="100" w:line="245" w:lineRule="auto"/>
            </w:pPr>
            <w:r>
              <w:rPr>
                <w:color w:val="000000"/>
                <w:sz w:val="16"/>
              </w:rPr>
              <w:t>Sodeluje pri razumevanju namenov in kriterijev uspešnosti.</w:t>
            </w:r>
          </w:p>
          <w:p w14:paraId="53CA7C09" w14:textId="77777777" w:rsidR="005B3871" w:rsidRDefault="00000000">
            <w:pPr>
              <w:spacing w:after="20" w:line="245" w:lineRule="auto"/>
            </w:pPr>
            <w:r>
              <w:rPr>
                <w:b/>
                <w:color w:val="D95BC6"/>
                <w:sz w:val="17"/>
              </w:rPr>
              <w:t>DOKAZ O UČENJU</w:t>
            </w:r>
          </w:p>
          <w:p w14:paraId="1A053F43" w14:textId="77777777" w:rsidR="005B3871" w:rsidRDefault="00000000">
            <w:pPr>
              <w:spacing w:after="30" w:line="245" w:lineRule="auto"/>
            </w:pPr>
            <w:r>
              <w:rPr>
                <w:color w:val="D95BC6"/>
                <w:sz w:val="16"/>
              </w:rPr>
              <w:t>začetna strategija, razvrstitev, model, risba, gib ali ustni odgovor</w:t>
            </w:r>
          </w:p>
        </w:tc>
      </w:tr>
    </w:tbl>
    <w:p w14:paraId="21FB99A4"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06477B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C41F78D"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9C2C74C" w14:textId="77777777" w:rsidR="005B3871" w:rsidRDefault="00000000">
            <w:pPr>
              <w:jc w:val="center"/>
            </w:pPr>
            <w:r>
              <w:rPr>
                <w:b/>
                <w:color w:val="000000"/>
                <w:sz w:val="20"/>
              </w:rPr>
              <w:t>UČNE DEJAVNOSTI, METODE IN FORMATIVNO SPREMLJANJE</w:t>
            </w:r>
          </w:p>
        </w:tc>
      </w:tr>
      <w:tr w:rsidR="005B3871" w14:paraId="0F125E4D" w14:textId="77777777">
        <w:trPr>
          <w:tblHeader/>
          <w:jc w:val="center"/>
        </w:trPr>
        <w:tc>
          <w:tcPr>
            <w:tcW w:w="4422" w:type="dxa"/>
            <w:vMerge/>
            <w:tcMar>
              <w:top w:w="70" w:type="dxa"/>
              <w:left w:w="90" w:type="dxa"/>
              <w:bottom w:w="70" w:type="dxa"/>
              <w:right w:w="90" w:type="dxa"/>
            </w:tcMar>
            <w:vAlign w:val="center"/>
          </w:tcPr>
          <w:p w14:paraId="0952724B" w14:textId="77777777" w:rsidR="005B3871" w:rsidRDefault="005B3871"/>
        </w:tc>
        <w:tc>
          <w:tcPr>
            <w:tcW w:w="7087" w:type="dxa"/>
            <w:shd w:val="clear" w:color="auto" w:fill="FFFFFF"/>
            <w:tcMar>
              <w:top w:w="70" w:type="dxa"/>
              <w:left w:w="90" w:type="dxa"/>
              <w:bottom w:w="70" w:type="dxa"/>
              <w:right w:w="90" w:type="dxa"/>
            </w:tcMar>
            <w:vAlign w:val="center"/>
          </w:tcPr>
          <w:p w14:paraId="3AF7588D"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E0CE0A1" w14:textId="77777777" w:rsidR="005B3871" w:rsidRDefault="00000000">
            <w:pPr>
              <w:jc w:val="center"/>
            </w:pPr>
            <w:r>
              <w:rPr>
                <w:b/>
                <w:color w:val="000000"/>
              </w:rPr>
              <w:t>UČENEC</w:t>
            </w:r>
          </w:p>
        </w:tc>
      </w:tr>
      <w:tr w:rsidR="005B3871" w14:paraId="6EF48A72" w14:textId="77777777">
        <w:trPr>
          <w:jc w:val="center"/>
        </w:trPr>
        <w:tc>
          <w:tcPr>
            <w:tcW w:w="4422" w:type="dxa"/>
            <w:tcMar>
              <w:top w:w="70" w:type="dxa"/>
              <w:left w:w="90" w:type="dxa"/>
              <w:bottom w:w="70" w:type="dxa"/>
              <w:right w:w="90" w:type="dxa"/>
            </w:tcMar>
          </w:tcPr>
          <w:p w14:paraId="4EB87355" w14:textId="77777777" w:rsidR="005B3871" w:rsidRDefault="005B3871"/>
          <w:p w14:paraId="152D6909" w14:textId="77777777" w:rsidR="005B3871" w:rsidRDefault="00000000">
            <w:pPr>
              <w:spacing w:after="40" w:line="245" w:lineRule="auto"/>
            </w:pPr>
            <w:r>
              <w:rPr>
                <w:b/>
                <w:color w:val="000000"/>
              </w:rPr>
              <w:t>KLJUČNI POJMI</w:t>
            </w:r>
          </w:p>
          <w:p w14:paraId="0A2339FE" w14:textId="77777777" w:rsidR="005B3871" w:rsidRDefault="00000000">
            <w:pPr>
              <w:spacing w:after="60" w:line="245" w:lineRule="auto"/>
            </w:pPr>
            <w:r>
              <w:rPr>
                <w:color w:val="000000"/>
                <w:sz w:val="16"/>
              </w:rPr>
              <w:t>preglednica, vrstica, stolpec, podatek, kategorija, stolpčni prikaz, vrstični prikaz, naslov, primerjava</w:t>
            </w:r>
          </w:p>
          <w:p w14:paraId="04746FD6" w14:textId="77777777" w:rsidR="005B3871" w:rsidRDefault="00000000">
            <w:pPr>
              <w:spacing w:after="20" w:line="245" w:lineRule="auto"/>
            </w:pPr>
            <w:r>
              <w:rPr>
                <w:b/>
                <w:color w:val="000000"/>
                <w:sz w:val="17"/>
              </w:rPr>
              <w:t>DOKAZI O UČENJU</w:t>
            </w:r>
          </w:p>
          <w:p w14:paraId="01F31ED1" w14:textId="77777777" w:rsidR="005B3871" w:rsidRDefault="00000000">
            <w:pPr>
              <w:pStyle w:val="Oznaenseznam"/>
              <w:spacing w:after="16"/>
            </w:pPr>
            <w:r>
              <w:rPr>
                <w:color w:val="000000"/>
                <w:sz w:val="16"/>
              </w:rPr>
              <w:t>pravilno prebran podatek iz preglednice</w:t>
            </w:r>
          </w:p>
          <w:p w14:paraId="66F1E2A2" w14:textId="77777777" w:rsidR="005B3871" w:rsidRDefault="00000000">
            <w:pPr>
              <w:pStyle w:val="Oznaenseznam"/>
              <w:spacing w:after="16"/>
            </w:pPr>
            <w:r>
              <w:rPr>
                <w:color w:val="000000"/>
                <w:sz w:val="16"/>
              </w:rPr>
              <w:t>razvrščeni in prešteti podatki</w:t>
            </w:r>
          </w:p>
          <w:p w14:paraId="68904F39" w14:textId="77777777" w:rsidR="005B3871" w:rsidRDefault="00000000">
            <w:pPr>
              <w:pStyle w:val="Oznaenseznam"/>
              <w:spacing w:after="16"/>
            </w:pPr>
            <w:r>
              <w:rPr>
                <w:color w:val="000000"/>
                <w:sz w:val="16"/>
              </w:rPr>
              <w:t>živi stolpčni prikaz</w:t>
            </w:r>
          </w:p>
          <w:p w14:paraId="033C1D8B" w14:textId="77777777" w:rsidR="005B3871" w:rsidRDefault="00000000">
            <w:pPr>
              <w:pStyle w:val="Oznaenseznam"/>
              <w:spacing w:after="16"/>
            </w:pPr>
            <w:r>
              <w:rPr>
                <w:color w:val="000000"/>
                <w:sz w:val="16"/>
              </w:rPr>
              <w:t>pravilen prikaz z naslovom in ugotovitvijo</w:t>
            </w:r>
          </w:p>
          <w:p w14:paraId="34461D30" w14:textId="77777777" w:rsidR="005B3871" w:rsidRDefault="00000000">
            <w:pPr>
              <w:spacing w:before="40" w:after="20" w:line="245" w:lineRule="auto"/>
            </w:pPr>
            <w:r>
              <w:rPr>
                <w:b/>
                <w:color w:val="000000"/>
                <w:sz w:val="17"/>
              </w:rPr>
              <w:t>MEDPREDMETNA POVEZAVA</w:t>
            </w:r>
          </w:p>
          <w:p w14:paraId="00DA7D0E" w14:textId="77777777" w:rsidR="005B3871" w:rsidRDefault="00000000">
            <w:pPr>
              <w:spacing w:after="60" w:line="245" w:lineRule="auto"/>
            </w:pPr>
            <w:r>
              <w:rPr>
                <w:color w:val="000000"/>
                <w:sz w:val="16"/>
              </w:rPr>
              <w:t>SLJ – vprašanje in ugotovitev; SPO – preteklost in živa bitja; ŠPO – živi stolpci; LUM – pregledna grafična ureditev</w:t>
            </w:r>
          </w:p>
          <w:p w14:paraId="58FC388F" w14:textId="77777777" w:rsidR="005B3871" w:rsidRDefault="00000000">
            <w:pPr>
              <w:spacing w:after="20" w:line="245" w:lineRule="auto"/>
            </w:pPr>
            <w:r>
              <w:rPr>
                <w:b/>
                <w:color w:val="000000"/>
                <w:sz w:val="17"/>
              </w:rPr>
              <w:t>POUČEVANJE V GIBANJU</w:t>
            </w:r>
          </w:p>
          <w:p w14:paraId="5F12A1D0"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68D68206" w14:textId="77777777" w:rsidR="005B3871" w:rsidRDefault="00000000">
            <w:pPr>
              <w:spacing w:after="20" w:line="245" w:lineRule="auto"/>
            </w:pPr>
            <w:r>
              <w:rPr>
                <w:b/>
                <w:color w:val="000000"/>
                <w:sz w:val="17"/>
              </w:rPr>
              <w:t>DELO PO POSTAJAH</w:t>
            </w:r>
          </w:p>
          <w:p w14:paraId="08471BBD" w14:textId="77777777" w:rsidR="005B3871" w:rsidRDefault="00000000">
            <w:pPr>
              <w:spacing w:after="60" w:line="245" w:lineRule="auto"/>
            </w:pPr>
            <w:r>
              <w:rPr>
                <w:color w:val="000000"/>
                <w:sz w:val="15"/>
              </w:rPr>
              <w:t>Načrtovana rotacija: konkretno-izkušenjska – Beremo dinozavrsko preglednico; gibalna/sodelovalna – Razvrsti lastnosti; slikovno-simbolna – Živi stolpci; izziv, dokaz in povratna informacija – Od preglednice do prikaza. Pri pisnem ocenjevanju se postaje izvedejo v pripravi, analizi in ponovnem učenju.</w:t>
            </w:r>
          </w:p>
          <w:p w14:paraId="2AFFE94B" w14:textId="77777777" w:rsidR="005B3871" w:rsidRDefault="00000000">
            <w:pPr>
              <w:spacing w:after="20" w:line="245" w:lineRule="auto"/>
            </w:pPr>
            <w:r>
              <w:rPr>
                <w:b/>
                <w:color w:val="000000"/>
                <w:sz w:val="17"/>
              </w:rPr>
              <w:t>DIFERENCIACIJA IN VKLJUČEVANJE</w:t>
            </w:r>
          </w:p>
          <w:p w14:paraId="36A5AE99"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0D2800F2" w14:textId="77777777" w:rsidR="005B3871" w:rsidRDefault="00000000">
            <w:pPr>
              <w:spacing w:after="20" w:line="245" w:lineRule="auto"/>
            </w:pPr>
            <w:r>
              <w:rPr>
                <w:b/>
                <w:color w:val="000000"/>
                <w:sz w:val="17"/>
              </w:rPr>
              <w:t>SPREMLJANJE</w:t>
            </w:r>
          </w:p>
          <w:p w14:paraId="52B903D4"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1ED4B389"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FF83237" w14:textId="77777777">
              <w:trPr>
                <w:jc w:val="center"/>
              </w:trPr>
              <w:tc>
                <w:tcPr>
                  <w:tcW w:w="7087" w:type="dxa"/>
                  <w:shd w:val="clear" w:color="auto" w:fill="C6E7F3"/>
                  <w:tcMar>
                    <w:top w:w="45" w:type="dxa"/>
                    <w:left w:w="70" w:type="dxa"/>
                    <w:bottom w:w="45" w:type="dxa"/>
                    <w:right w:w="70" w:type="dxa"/>
                  </w:tcMar>
                </w:tcPr>
                <w:p w14:paraId="60F8483D" w14:textId="77777777" w:rsidR="005B3871" w:rsidRDefault="00000000">
                  <w:pPr>
                    <w:keepNext/>
                  </w:pPr>
                  <w:r>
                    <w:rPr>
                      <w:b/>
                      <w:color w:val="000000"/>
                    </w:rPr>
                    <w:t>GLAVNI DEL – IZKUŠENJSKO IN PROBLEMSKO UČENJE (4 šolske ure)</w:t>
                  </w:r>
                </w:p>
              </w:tc>
            </w:tr>
          </w:tbl>
          <w:p w14:paraId="5FAB2A97" w14:textId="77777777" w:rsidR="005B3871" w:rsidRDefault="005B3871">
            <w:pPr>
              <w:spacing w:line="20" w:lineRule="exact"/>
            </w:pPr>
          </w:p>
          <w:p w14:paraId="448DCF0D" w14:textId="77777777" w:rsidR="005B3871" w:rsidRDefault="00000000">
            <w:pPr>
              <w:keepNext/>
              <w:spacing w:before="40" w:after="10" w:line="245" w:lineRule="auto"/>
            </w:pPr>
            <w:r>
              <w:rPr>
                <w:b/>
                <w:color w:val="000000"/>
                <w:sz w:val="17"/>
              </w:rPr>
              <w:t>1. URA – Beremo dinozavrsko preglednico</w:t>
            </w:r>
          </w:p>
          <w:p w14:paraId="0F4D0AA8" w14:textId="77777777" w:rsidR="005B3871" w:rsidRDefault="00000000">
            <w:pPr>
              <w:spacing w:after="14" w:line="245" w:lineRule="auto"/>
            </w:pPr>
            <w:r>
              <w:rPr>
                <w:b/>
                <w:color w:val="000000"/>
                <w:sz w:val="16"/>
              </w:rPr>
              <w:t xml:space="preserve">Dejavnost učiteljice: </w:t>
            </w:r>
            <w:r>
              <w:rPr>
                <w:color w:val="000000"/>
                <w:sz w:val="16"/>
              </w:rPr>
              <w:t>Modelira sledenje vrstici in stolpcu ter uporabo naslovov.</w:t>
            </w:r>
          </w:p>
          <w:p w14:paraId="199E75D9" w14:textId="77777777" w:rsidR="005B3871" w:rsidRDefault="00000000">
            <w:pPr>
              <w:spacing w:after="14" w:line="245" w:lineRule="auto"/>
            </w:pPr>
            <w:r>
              <w:rPr>
                <w:b/>
                <w:color w:val="000000"/>
                <w:sz w:val="16"/>
              </w:rPr>
              <w:t xml:space="preserve">Dejavnost učencev: </w:t>
            </w:r>
            <w:r>
              <w:rPr>
                <w:color w:val="000000"/>
                <w:sz w:val="16"/>
              </w:rPr>
              <w:t>Poiščejo podatek, ga pokažejo v preglednici in odgovorijo s celotno povedjo.</w:t>
            </w:r>
          </w:p>
          <w:p w14:paraId="6F1BBCC0" w14:textId="77777777" w:rsidR="005B3871" w:rsidRDefault="00000000">
            <w:pPr>
              <w:spacing w:after="24" w:line="245" w:lineRule="auto"/>
            </w:pPr>
            <w:r>
              <w:rPr>
                <w:i/>
                <w:color w:val="D95BC6"/>
                <w:sz w:val="16"/>
              </w:rPr>
              <w:t>Predvideni dokaz: pravilno prebran podatek iz preglednice.</w:t>
            </w:r>
          </w:p>
          <w:p w14:paraId="1625176D" w14:textId="77777777" w:rsidR="005B3871" w:rsidRDefault="00000000">
            <w:pPr>
              <w:keepNext/>
              <w:spacing w:before="40" w:after="10" w:line="245" w:lineRule="auto"/>
            </w:pPr>
            <w:r>
              <w:rPr>
                <w:b/>
                <w:color w:val="000000"/>
                <w:sz w:val="17"/>
              </w:rPr>
              <w:t>2. URA – Razvrsti lastnosti</w:t>
            </w:r>
          </w:p>
          <w:p w14:paraId="280065E0" w14:textId="77777777" w:rsidR="005B3871" w:rsidRDefault="00000000">
            <w:pPr>
              <w:spacing w:after="14" w:line="245" w:lineRule="auto"/>
            </w:pPr>
            <w:r>
              <w:rPr>
                <w:b/>
                <w:color w:val="000000"/>
                <w:sz w:val="16"/>
              </w:rPr>
              <w:t xml:space="preserve">Dejavnost učiteljice: </w:t>
            </w:r>
            <w:r>
              <w:rPr>
                <w:color w:val="000000"/>
                <w:sz w:val="16"/>
              </w:rPr>
              <w:t>Ponudi kartice dinozavrov z eno ali dvema jasno prikazanima lastnostma.</w:t>
            </w:r>
          </w:p>
          <w:p w14:paraId="3250FB79" w14:textId="77777777" w:rsidR="005B3871" w:rsidRDefault="00000000">
            <w:pPr>
              <w:spacing w:after="14" w:line="245" w:lineRule="auto"/>
            </w:pPr>
            <w:r>
              <w:rPr>
                <w:b/>
                <w:color w:val="000000"/>
                <w:sz w:val="16"/>
              </w:rPr>
              <w:t xml:space="preserve">Dejavnost učencev: </w:t>
            </w:r>
            <w:r>
              <w:rPr>
                <w:color w:val="000000"/>
                <w:sz w:val="16"/>
              </w:rPr>
              <w:t>Podatke razvrstijo po dogovorjenem kriteriju in preštejejo kategorije.</w:t>
            </w:r>
          </w:p>
          <w:p w14:paraId="67CC142A" w14:textId="77777777" w:rsidR="005B3871" w:rsidRDefault="00000000">
            <w:pPr>
              <w:spacing w:after="24" w:line="245" w:lineRule="auto"/>
            </w:pPr>
            <w:r>
              <w:rPr>
                <w:i/>
                <w:color w:val="D95BC6"/>
                <w:sz w:val="16"/>
              </w:rPr>
              <w:t>Predvideni dokaz: razvrščeni in prešteti podatki.</w:t>
            </w:r>
          </w:p>
          <w:p w14:paraId="1B2E8CD7" w14:textId="77777777" w:rsidR="005B3871" w:rsidRDefault="00000000">
            <w:pPr>
              <w:keepNext/>
              <w:spacing w:before="40" w:after="10" w:line="245" w:lineRule="auto"/>
            </w:pPr>
            <w:r>
              <w:rPr>
                <w:b/>
                <w:color w:val="000000"/>
                <w:sz w:val="17"/>
              </w:rPr>
              <w:t>3. URA – Živi stolpci</w:t>
            </w:r>
          </w:p>
          <w:p w14:paraId="63DDD810" w14:textId="77777777" w:rsidR="005B3871" w:rsidRDefault="00000000">
            <w:pPr>
              <w:spacing w:after="14" w:line="245" w:lineRule="auto"/>
            </w:pPr>
            <w:r>
              <w:rPr>
                <w:b/>
                <w:color w:val="000000"/>
                <w:sz w:val="16"/>
              </w:rPr>
              <w:t xml:space="preserve">Dejavnost učiteljice: </w:t>
            </w:r>
            <w:r>
              <w:rPr>
                <w:color w:val="000000"/>
                <w:sz w:val="16"/>
              </w:rPr>
              <w:t>Na tleh označi kategorije in skupno osnovno črto.</w:t>
            </w:r>
          </w:p>
          <w:p w14:paraId="50B6D459" w14:textId="77777777" w:rsidR="005B3871" w:rsidRDefault="00000000">
            <w:pPr>
              <w:spacing w:after="14" w:line="245" w:lineRule="auto"/>
            </w:pPr>
            <w:r>
              <w:rPr>
                <w:b/>
                <w:color w:val="000000"/>
                <w:sz w:val="16"/>
              </w:rPr>
              <w:t xml:space="preserve">Dejavnost učencev: </w:t>
            </w:r>
            <w:r>
              <w:rPr>
                <w:color w:val="000000"/>
                <w:sz w:val="16"/>
              </w:rPr>
              <w:t>S kartico se postavijo v stolpec ter primerjajo višino stolpcev.</w:t>
            </w:r>
          </w:p>
          <w:p w14:paraId="10FD41D0" w14:textId="77777777" w:rsidR="005B3871" w:rsidRDefault="00000000">
            <w:pPr>
              <w:spacing w:after="24" w:line="245" w:lineRule="auto"/>
            </w:pPr>
            <w:r>
              <w:rPr>
                <w:i/>
                <w:color w:val="D95BC6"/>
                <w:sz w:val="16"/>
              </w:rPr>
              <w:t>Predvideni dokaz: živi stolpčni prikaz.</w:t>
            </w:r>
          </w:p>
          <w:p w14:paraId="5ED2761E" w14:textId="77777777" w:rsidR="005B3871" w:rsidRDefault="00000000">
            <w:pPr>
              <w:keepNext/>
              <w:spacing w:before="40" w:after="10" w:line="245" w:lineRule="auto"/>
            </w:pPr>
            <w:r>
              <w:rPr>
                <w:b/>
                <w:color w:val="000000"/>
                <w:sz w:val="17"/>
              </w:rPr>
              <w:t>4. URA – Od preglednice do prikaza</w:t>
            </w:r>
          </w:p>
          <w:p w14:paraId="4B0A4785" w14:textId="77777777" w:rsidR="005B3871" w:rsidRDefault="00000000">
            <w:pPr>
              <w:spacing w:after="14" w:line="245" w:lineRule="auto"/>
            </w:pPr>
            <w:r>
              <w:rPr>
                <w:b/>
                <w:color w:val="000000"/>
                <w:sz w:val="16"/>
              </w:rPr>
              <w:t xml:space="preserve">Dejavnost učiteljice: </w:t>
            </w:r>
            <w:r>
              <w:rPr>
                <w:color w:val="000000"/>
                <w:sz w:val="16"/>
              </w:rPr>
              <w:t>Modelira prenos enega podatka ter dosledno uporabo enake enote.</w:t>
            </w:r>
          </w:p>
          <w:p w14:paraId="6466A55C" w14:textId="77777777" w:rsidR="005B3871" w:rsidRDefault="00000000">
            <w:pPr>
              <w:spacing w:after="14" w:line="245" w:lineRule="auto"/>
            </w:pPr>
            <w:r>
              <w:rPr>
                <w:b/>
                <w:color w:val="000000"/>
                <w:sz w:val="16"/>
              </w:rPr>
              <w:t xml:space="preserve">Dejavnost učencev: </w:t>
            </w:r>
            <w:r>
              <w:rPr>
                <w:color w:val="000000"/>
                <w:sz w:val="16"/>
              </w:rPr>
              <w:t>Izdelajo vrstični ali stolpčni prikaz, dodajo naslov in iz njega oblikujejo ugotovitev.</w:t>
            </w:r>
          </w:p>
          <w:p w14:paraId="50E2B7C7" w14:textId="77777777" w:rsidR="005B3871" w:rsidRDefault="00000000">
            <w:pPr>
              <w:spacing w:after="24" w:line="245" w:lineRule="auto"/>
            </w:pPr>
            <w:r>
              <w:rPr>
                <w:i/>
                <w:color w:val="D95BC6"/>
                <w:sz w:val="16"/>
              </w:rPr>
              <w:t>Predvideni dokaz: pravilen prikaz z naslovom in ugotovitvijo.</w:t>
            </w:r>
          </w:p>
          <w:tbl>
            <w:tblPr>
              <w:tblStyle w:val="Tabelamrea"/>
              <w:tblW w:w="0" w:type="auto"/>
              <w:jc w:val="center"/>
              <w:tblLayout w:type="fixed"/>
              <w:tblLook w:val="04A0" w:firstRow="1" w:lastRow="0" w:firstColumn="1" w:lastColumn="0" w:noHBand="0" w:noVBand="1"/>
            </w:tblPr>
            <w:tblGrid>
              <w:gridCol w:w="7087"/>
            </w:tblGrid>
            <w:tr w:rsidR="005B3871" w14:paraId="3A8D7CA7" w14:textId="77777777">
              <w:trPr>
                <w:jc w:val="center"/>
              </w:trPr>
              <w:tc>
                <w:tcPr>
                  <w:tcW w:w="7087" w:type="dxa"/>
                  <w:shd w:val="clear" w:color="auto" w:fill="EDC9EA"/>
                  <w:tcMar>
                    <w:top w:w="45" w:type="dxa"/>
                    <w:left w:w="70" w:type="dxa"/>
                    <w:bottom w:w="45" w:type="dxa"/>
                    <w:right w:w="70" w:type="dxa"/>
                  </w:tcMar>
                </w:tcPr>
                <w:p w14:paraId="24B122B7" w14:textId="77777777" w:rsidR="005B3871" w:rsidRDefault="00000000">
                  <w:pPr>
                    <w:keepNext/>
                  </w:pPr>
                  <w:r>
                    <w:rPr>
                      <w:b/>
                      <w:color w:val="000000"/>
                    </w:rPr>
                    <w:t>POVRATNA INFORMACIJA UČITELJICE MED DELOM</w:t>
                  </w:r>
                </w:p>
              </w:tc>
            </w:tr>
          </w:tbl>
          <w:p w14:paraId="60F3F905" w14:textId="77777777" w:rsidR="005B3871" w:rsidRDefault="005B3871"/>
          <w:p w14:paraId="0AA5134E"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79E24CAF" w14:textId="77777777" w:rsidR="005B3871" w:rsidRDefault="005B3871"/>
          <w:p w14:paraId="79A4BBFF" w14:textId="77777777" w:rsidR="005B3871" w:rsidRDefault="00000000">
            <w:pPr>
              <w:spacing w:after="10" w:line="245" w:lineRule="auto"/>
            </w:pPr>
            <w:r>
              <w:rPr>
                <w:b/>
                <w:color w:val="000000"/>
                <w:sz w:val="16"/>
              </w:rPr>
              <w:t>1. URA</w:t>
            </w:r>
          </w:p>
          <w:p w14:paraId="3FCD3187" w14:textId="77777777" w:rsidR="005B3871" w:rsidRDefault="00000000">
            <w:pPr>
              <w:spacing w:after="30" w:line="245" w:lineRule="auto"/>
            </w:pPr>
            <w:r>
              <w:rPr>
                <w:color w:val="000000"/>
                <w:sz w:val="16"/>
              </w:rPr>
              <w:t>Poiščejo podatek, ga pokažejo v preglednici in odgovorijo s celotno povedjo.</w:t>
            </w:r>
          </w:p>
          <w:p w14:paraId="3DF1E6AE" w14:textId="77777777" w:rsidR="005B3871" w:rsidRDefault="00000000">
            <w:pPr>
              <w:spacing w:line="245" w:lineRule="auto"/>
            </w:pPr>
            <w:r>
              <w:rPr>
                <w:b/>
                <w:color w:val="D95BC6"/>
                <w:sz w:val="16"/>
              </w:rPr>
              <w:t>DOKAZ</w:t>
            </w:r>
          </w:p>
          <w:p w14:paraId="042B6480" w14:textId="77777777" w:rsidR="005B3871" w:rsidRDefault="00000000">
            <w:pPr>
              <w:spacing w:after="40" w:line="245" w:lineRule="auto"/>
            </w:pPr>
            <w:r>
              <w:rPr>
                <w:color w:val="D95BC6"/>
                <w:sz w:val="15"/>
              </w:rPr>
              <w:t>pravilno prebran podatek iz preglednice</w:t>
            </w:r>
          </w:p>
          <w:p w14:paraId="0FBB3A53" w14:textId="77777777" w:rsidR="005B3871" w:rsidRDefault="00000000">
            <w:pPr>
              <w:spacing w:after="10" w:line="245" w:lineRule="auto"/>
            </w:pPr>
            <w:r>
              <w:rPr>
                <w:b/>
                <w:color w:val="000000"/>
                <w:sz w:val="16"/>
              </w:rPr>
              <w:t>2. URA</w:t>
            </w:r>
          </w:p>
          <w:p w14:paraId="1CB941FE" w14:textId="77777777" w:rsidR="005B3871" w:rsidRDefault="00000000">
            <w:pPr>
              <w:spacing w:after="30" w:line="245" w:lineRule="auto"/>
            </w:pPr>
            <w:r>
              <w:rPr>
                <w:color w:val="000000"/>
                <w:sz w:val="16"/>
              </w:rPr>
              <w:t>Podatke razvrstijo po dogovorjenem kriteriju in preštejejo kategorije.</w:t>
            </w:r>
          </w:p>
          <w:p w14:paraId="0A257DD3" w14:textId="77777777" w:rsidR="005B3871" w:rsidRDefault="00000000">
            <w:pPr>
              <w:spacing w:line="245" w:lineRule="auto"/>
            </w:pPr>
            <w:r>
              <w:rPr>
                <w:b/>
                <w:color w:val="D95BC6"/>
                <w:sz w:val="16"/>
              </w:rPr>
              <w:t>DOKAZ</w:t>
            </w:r>
          </w:p>
          <w:p w14:paraId="5B58C53E" w14:textId="77777777" w:rsidR="005B3871" w:rsidRDefault="00000000">
            <w:pPr>
              <w:spacing w:after="40" w:line="245" w:lineRule="auto"/>
            </w:pPr>
            <w:r>
              <w:rPr>
                <w:color w:val="D95BC6"/>
                <w:sz w:val="15"/>
              </w:rPr>
              <w:t>razvrščeni in prešteti podatki</w:t>
            </w:r>
          </w:p>
          <w:p w14:paraId="7793C133" w14:textId="77777777" w:rsidR="005B3871" w:rsidRDefault="00000000">
            <w:pPr>
              <w:spacing w:after="10" w:line="245" w:lineRule="auto"/>
            </w:pPr>
            <w:r>
              <w:rPr>
                <w:b/>
                <w:color w:val="000000"/>
                <w:sz w:val="16"/>
              </w:rPr>
              <w:t>3. URA</w:t>
            </w:r>
          </w:p>
          <w:p w14:paraId="7A67AE05" w14:textId="77777777" w:rsidR="005B3871" w:rsidRDefault="00000000">
            <w:pPr>
              <w:spacing w:after="30" w:line="245" w:lineRule="auto"/>
            </w:pPr>
            <w:r>
              <w:rPr>
                <w:color w:val="000000"/>
                <w:sz w:val="16"/>
              </w:rPr>
              <w:t>S kartico se postavijo v stolpec ter primerjajo višino stolpcev.</w:t>
            </w:r>
          </w:p>
          <w:p w14:paraId="768BF69D" w14:textId="77777777" w:rsidR="005B3871" w:rsidRDefault="00000000">
            <w:pPr>
              <w:spacing w:line="245" w:lineRule="auto"/>
            </w:pPr>
            <w:r>
              <w:rPr>
                <w:b/>
                <w:color w:val="D95BC6"/>
                <w:sz w:val="16"/>
              </w:rPr>
              <w:t>DOKAZ</w:t>
            </w:r>
          </w:p>
          <w:p w14:paraId="7280EE87" w14:textId="77777777" w:rsidR="005B3871" w:rsidRDefault="00000000">
            <w:pPr>
              <w:spacing w:after="40" w:line="245" w:lineRule="auto"/>
            </w:pPr>
            <w:r>
              <w:rPr>
                <w:color w:val="D95BC6"/>
                <w:sz w:val="15"/>
              </w:rPr>
              <w:t>živi stolpčni prikaz</w:t>
            </w:r>
          </w:p>
          <w:p w14:paraId="574B96DF" w14:textId="77777777" w:rsidR="005B3871" w:rsidRDefault="00000000">
            <w:pPr>
              <w:spacing w:after="10" w:line="245" w:lineRule="auto"/>
            </w:pPr>
            <w:r>
              <w:rPr>
                <w:b/>
                <w:color w:val="000000"/>
                <w:sz w:val="16"/>
              </w:rPr>
              <w:t>4. URA</w:t>
            </w:r>
          </w:p>
          <w:p w14:paraId="09E7BD29" w14:textId="77777777" w:rsidR="005B3871" w:rsidRDefault="00000000">
            <w:pPr>
              <w:spacing w:after="30" w:line="245" w:lineRule="auto"/>
            </w:pPr>
            <w:r>
              <w:rPr>
                <w:color w:val="000000"/>
                <w:sz w:val="16"/>
              </w:rPr>
              <w:t>Izdelajo vrstični ali stolpčni prikaz, dodajo naslov in iz njega oblikujejo ugotovitev.</w:t>
            </w:r>
          </w:p>
          <w:p w14:paraId="1A5080B3" w14:textId="77777777" w:rsidR="005B3871" w:rsidRDefault="00000000">
            <w:pPr>
              <w:spacing w:line="245" w:lineRule="auto"/>
            </w:pPr>
            <w:r>
              <w:rPr>
                <w:b/>
                <w:color w:val="D95BC6"/>
                <w:sz w:val="16"/>
              </w:rPr>
              <w:t>DOKAZ</w:t>
            </w:r>
          </w:p>
          <w:p w14:paraId="1D660C5A" w14:textId="77777777" w:rsidR="005B3871" w:rsidRDefault="00000000">
            <w:pPr>
              <w:spacing w:after="40" w:line="245" w:lineRule="auto"/>
            </w:pPr>
            <w:r>
              <w:rPr>
                <w:color w:val="D95BC6"/>
                <w:sz w:val="15"/>
              </w:rPr>
              <w:t>pravilen prikaz z naslovom in ugotovitvijo</w:t>
            </w:r>
          </w:p>
        </w:tc>
      </w:tr>
    </w:tbl>
    <w:p w14:paraId="367028A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BB3830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7D39404"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AE203AA" w14:textId="77777777" w:rsidR="005B3871" w:rsidRDefault="00000000">
            <w:pPr>
              <w:jc w:val="center"/>
            </w:pPr>
            <w:r>
              <w:rPr>
                <w:b/>
                <w:color w:val="000000"/>
                <w:sz w:val="20"/>
              </w:rPr>
              <w:t>UČNE DEJAVNOSTI, METODE IN FORMATIVNO SPREMLJANJE</w:t>
            </w:r>
          </w:p>
        </w:tc>
      </w:tr>
      <w:tr w:rsidR="005B3871" w14:paraId="662426E6" w14:textId="77777777">
        <w:trPr>
          <w:tblHeader/>
          <w:jc w:val="center"/>
        </w:trPr>
        <w:tc>
          <w:tcPr>
            <w:tcW w:w="4422" w:type="dxa"/>
            <w:vMerge/>
            <w:tcMar>
              <w:top w:w="70" w:type="dxa"/>
              <w:left w:w="90" w:type="dxa"/>
              <w:bottom w:w="70" w:type="dxa"/>
              <w:right w:w="90" w:type="dxa"/>
            </w:tcMar>
            <w:vAlign w:val="center"/>
          </w:tcPr>
          <w:p w14:paraId="20B65719" w14:textId="77777777" w:rsidR="005B3871" w:rsidRDefault="005B3871"/>
        </w:tc>
        <w:tc>
          <w:tcPr>
            <w:tcW w:w="7087" w:type="dxa"/>
            <w:shd w:val="clear" w:color="auto" w:fill="FFFFFF"/>
            <w:tcMar>
              <w:top w:w="70" w:type="dxa"/>
              <w:left w:w="90" w:type="dxa"/>
              <w:bottom w:w="70" w:type="dxa"/>
              <w:right w:w="90" w:type="dxa"/>
            </w:tcMar>
            <w:vAlign w:val="center"/>
          </w:tcPr>
          <w:p w14:paraId="0E380C5D"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73EFAB1" w14:textId="77777777" w:rsidR="005B3871" w:rsidRDefault="00000000">
            <w:pPr>
              <w:jc w:val="center"/>
            </w:pPr>
            <w:r>
              <w:rPr>
                <w:b/>
                <w:color w:val="000000"/>
              </w:rPr>
              <w:t>UČENEC</w:t>
            </w:r>
          </w:p>
        </w:tc>
      </w:tr>
      <w:tr w:rsidR="005B3871" w14:paraId="09CC9218" w14:textId="77777777">
        <w:trPr>
          <w:jc w:val="center"/>
        </w:trPr>
        <w:tc>
          <w:tcPr>
            <w:tcW w:w="4422" w:type="dxa"/>
            <w:tcMar>
              <w:top w:w="70" w:type="dxa"/>
              <w:left w:w="90" w:type="dxa"/>
              <w:bottom w:w="70" w:type="dxa"/>
              <w:right w:w="90" w:type="dxa"/>
            </w:tcMar>
          </w:tcPr>
          <w:p w14:paraId="13F53427" w14:textId="77777777" w:rsidR="005B3871" w:rsidRDefault="005B3871"/>
          <w:p w14:paraId="40DE738A" w14:textId="77777777" w:rsidR="005B3871" w:rsidRDefault="00000000">
            <w:pPr>
              <w:spacing w:after="40" w:line="245" w:lineRule="auto"/>
            </w:pPr>
            <w:r>
              <w:rPr>
                <w:b/>
                <w:color w:val="000000"/>
              </w:rPr>
              <w:t>FORMATIVNO SPREMLJANJE</w:t>
            </w:r>
          </w:p>
          <w:p w14:paraId="310357E4" w14:textId="77777777" w:rsidR="005B3871" w:rsidRDefault="00000000">
            <w:pPr>
              <w:pStyle w:val="Oznaenseznam"/>
              <w:spacing w:after="16"/>
            </w:pPr>
            <w:r>
              <w:rPr>
                <w:color w:val="000000"/>
                <w:sz w:val="16"/>
              </w:rPr>
              <w:t>predznanje: začetna strategija, ocena, razvrstitev, model ali risba</w:t>
            </w:r>
          </w:p>
          <w:p w14:paraId="684F88BD" w14:textId="77777777" w:rsidR="005B3871" w:rsidRDefault="00000000">
            <w:pPr>
              <w:pStyle w:val="Oznaenseznam"/>
              <w:spacing w:after="16"/>
            </w:pPr>
            <w:r>
              <w:rPr>
                <w:color w:val="000000"/>
                <w:sz w:val="16"/>
              </w:rPr>
              <w:t>dokazi med učenjem: konkretni, gibalni, slikovni in simbolni prikaz ter razlaga postopka</w:t>
            </w:r>
          </w:p>
          <w:p w14:paraId="4E3D9C5E" w14:textId="77777777" w:rsidR="005B3871" w:rsidRDefault="00000000">
            <w:pPr>
              <w:pStyle w:val="Oznaenseznam"/>
              <w:spacing w:after="16"/>
            </w:pPr>
            <w:r>
              <w:rPr>
                <w:color w:val="000000"/>
                <w:sz w:val="16"/>
              </w:rPr>
              <w:t>povratna informacija: konkretna, vezana na kriterij in usmerjena v preverjanje ali naslednji korak</w:t>
            </w:r>
          </w:p>
          <w:p w14:paraId="2CA49698" w14:textId="77777777" w:rsidR="005B3871" w:rsidRDefault="00000000">
            <w:pPr>
              <w:pStyle w:val="Oznaenseznam"/>
              <w:spacing w:after="16"/>
            </w:pPr>
            <w:r>
              <w:rPr>
                <w:color w:val="000000"/>
                <w:sz w:val="16"/>
              </w:rPr>
              <w:t>samovrednotenje: semafor, lestvica samostojnosti, izbrani dokaz ali kratka poved</w:t>
            </w:r>
          </w:p>
          <w:p w14:paraId="413213E5" w14:textId="77777777" w:rsidR="005B3871" w:rsidRDefault="00000000">
            <w:pPr>
              <w:spacing w:before="40" w:after="20" w:line="245" w:lineRule="auto"/>
            </w:pPr>
            <w:r>
              <w:rPr>
                <w:b/>
                <w:color w:val="000000"/>
                <w:sz w:val="17"/>
              </w:rPr>
              <w:t>VARNOST IN ODGOVORNOST</w:t>
            </w:r>
          </w:p>
          <w:p w14:paraId="39320764"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4F5260F1" w14:textId="77777777" w:rsidR="005B3871" w:rsidRDefault="00000000">
            <w:pPr>
              <w:spacing w:after="20" w:line="245" w:lineRule="auto"/>
            </w:pPr>
            <w:r>
              <w:rPr>
                <w:b/>
                <w:color w:val="000000"/>
                <w:sz w:val="17"/>
              </w:rPr>
              <w:t>EVIDENCA PO IZVEDBI</w:t>
            </w:r>
          </w:p>
          <w:p w14:paraId="265DE0AF"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7A8158F6"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6AB69C6" w14:textId="77777777">
              <w:trPr>
                <w:jc w:val="center"/>
              </w:trPr>
              <w:tc>
                <w:tcPr>
                  <w:tcW w:w="7087" w:type="dxa"/>
                  <w:shd w:val="clear" w:color="auto" w:fill="EDC9EA"/>
                  <w:tcMar>
                    <w:top w:w="45" w:type="dxa"/>
                    <w:left w:w="70" w:type="dxa"/>
                    <w:bottom w:w="45" w:type="dxa"/>
                    <w:right w:w="70" w:type="dxa"/>
                  </w:tcMar>
                </w:tcPr>
                <w:p w14:paraId="4F3EC8D5" w14:textId="77777777" w:rsidR="005B3871" w:rsidRDefault="00000000">
                  <w:pPr>
                    <w:keepNext/>
                  </w:pPr>
                  <w:r>
                    <w:rPr>
                      <w:b/>
                      <w:color w:val="000000"/>
                    </w:rPr>
                    <w:t>VPRAŠANJA V PODPORO MATEMATIČNEMU UČENJU</w:t>
                  </w:r>
                </w:p>
              </w:tc>
            </w:tr>
          </w:tbl>
          <w:p w14:paraId="690594F6" w14:textId="77777777" w:rsidR="005B3871" w:rsidRDefault="005B3871">
            <w:pPr>
              <w:spacing w:line="20" w:lineRule="exact"/>
            </w:pPr>
          </w:p>
          <w:p w14:paraId="16309EE0" w14:textId="77777777" w:rsidR="005B3871" w:rsidRDefault="00000000">
            <w:pPr>
              <w:pStyle w:val="Oznaenseznam"/>
              <w:spacing w:after="16"/>
            </w:pPr>
            <w:r>
              <w:rPr>
                <w:color w:val="000000"/>
                <w:sz w:val="16"/>
              </w:rPr>
              <w:t>Kaj v tvojem modelu, risbi ali zapisu predstavlja posamezni del naloge?</w:t>
            </w:r>
          </w:p>
          <w:p w14:paraId="624BB45D" w14:textId="77777777" w:rsidR="005B3871" w:rsidRDefault="00000000">
            <w:pPr>
              <w:pStyle w:val="Oznaenseznam"/>
              <w:spacing w:after="16"/>
            </w:pPr>
            <w:r>
              <w:rPr>
                <w:color w:val="000000"/>
                <w:sz w:val="16"/>
              </w:rPr>
              <w:t>Kako si prišel/-la do rešitve in kako veš, da je smiselna?</w:t>
            </w:r>
          </w:p>
          <w:p w14:paraId="0D534E72" w14:textId="77777777" w:rsidR="005B3871" w:rsidRDefault="00000000">
            <w:pPr>
              <w:pStyle w:val="Oznaenseznam"/>
              <w:spacing w:after="16"/>
            </w:pPr>
            <w:r>
              <w:rPr>
                <w:color w:val="000000"/>
                <w:sz w:val="16"/>
              </w:rPr>
              <w:t>Ali lahko isto pokažeš še s predmetom, gibanjem, risbo ali drugim zapisom?</w:t>
            </w:r>
          </w:p>
          <w:p w14:paraId="4FF52C27" w14:textId="77777777" w:rsidR="005B3871" w:rsidRDefault="00000000">
            <w:pPr>
              <w:pStyle w:val="Oznaenseznam"/>
              <w:spacing w:after="16"/>
            </w:pPr>
            <w:r>
              <w:rPr>
                <w:color w:val="000000"/>
                <w:sz w:val="16"/>
              </w:rPr>
              <w:t>Kje bi se lahko zmotil/-a in kako boš rešitev preveril/-a?</w:t>
            </w:r>
          </w:p>
          <w:p w14:paraId="0BABAB9D"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53C869F1" w14:textId="77777777">
              <w:trPr>
                <w:jc w:val="center"/>
              </w:trPr>
              <w:tc>
                <w:tcPr>
                  <w:tcW w:w="7087" w:type="dxa"/>
                  <w:shd w:val="clear" w:color="auto" w:fill="C6E7F3"/>
                  <w:tcMar>
                    <w:top w:w="45" w:type="dxa"/>
                    <w:left w:w="70" w:type="dxa"/>
                    <w:bottom w:w="45" w:type="dxa"/>
                    <w:right w:w="70" w:type="dxa"/>
                  </w:tcMar>
                </w:tcPr>
                <w:p w14:paraId="53E35889" w14:textId="77777777" w:rsidR="005B3871" w:rsidRDefault="00000000">
                  <w:pPr>
                    <w:keepNext/>
                  </w:pPr>
                  <w:r>
                    <w:rPr>
                      <w:b/>
                      <w:color w:val="000000"/>
                    </w:rPr>
                    <w:t>ZAKLJUČNI DEL – UTRJEVANJE IN REFLEKSIJA (10–15 min)</w:t>
                  </w:r>
                </w:p>
              </w:tc>
            </w:tr>
          </w:tbl>
          <w:p w14:paraId="4A952B26" w14:textId="77777777" w:rsidR="005B3871" w:rsidRDefault="005B3871">
            <w:pPr>
              <w:spacing w:line="20" w:lineRule="exact"/>
            </w:pPr>
          </w:p>
          <w:p w14:paraId="57A54086"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696AA17F" w14:textId="77777777">
              <w:trPr>
                <w:jc w:val="center"/>
              </w:trPr>
              <w:tc>
                <w:tcPr>
                  <w:tcW w:w="7087" w:type="dxa"/>
                  <w:shd w:val="clear" w:color="auto" w:fill="EDC9EA"/>
                  <w:tcMar>
                    <w:top w:w="45" w:type="dxa"/>
                    <w:left w:w="70" w:type="dxa"/>
                    <w:bottom w:w="45" w:type="dxa"/>
                    <w:right w:w="70" w:type="dxa"/>
                  </w:tcMar>
                </w:tcPr>
                <w:p w14:paraId="79A927D9" w14:textId="77777777" w:rsidR="005B3871" w:rsidRDefault="00000000">
                  <w:pPr>
                    <w:keepNext/>
                  </w:pPr>
                  <w:r>
                    <w:rPr>
                      <w:b/>
                      <w:color w:val="000000"/>
                    </w:rPr>
                    <w:t>SAMOVREDNOTENJE</w:t>
                  </w:r>
                </w:p>
              </w:tc>
            </w:tr>
          </w:tbl>
          <w:p w14:paraId="3AC2741B" w14:textId="77777777" w:rsidR="005B3871" w:rsidRDefault="005B3871">
            <w:pPr>
              <w:spacing w:line="20" w:lineRule="exact"/>
            </w:pPr>
          </w:p>
          <w:p w14:paraId="50ED0A06"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784ABFA9" w14:textId="77777777">
              <w:trPr>
                <w:jc w:val="center"/>
              </w:trPr>
              <w:tc>
                <w:tcPr>
                  <w:tcW w:w="7087" w:type="dxa"/>
                  <w:shd w:val="clear" w:color="auto" w:fill="EDC9EA"/>
                  <w:tcMar>
                    <w:top w:w="45" w:type="dxa"/>
                    <w:left w:w="70" w:type="dxa"/>
                    <w:bottom w:w="45" w:type="dxa"/>
                    <w:right w:w="70" w:type="dxa"/>
                  </w:tcMar>
                </w:tcPr>
                <w:p w14:paraId="30A65655" w14:textId="77777777" w:rsidR="005B3871" w:rsidRDefault="00000000">
                  <w:pPr>
                    <w:keepNext/>
                  </w:pPr>
                  <w:r>
                    <w:rPr>
                      <w:b/>
                      <w:color w:val="000000"/>
                    </w:rPr>
                    <w:t>VRSTNIŠKO VREDNOTENJE</w:t>
                  </w:r>
                </w:p>
              </w:tc>
            </w:tr>
          </w:tbl>
          <w:p w14:paraId="66A7ACDB" w14:textId="77777777" w:rsidR="005B3871" w:rsidRDefault="005B3871">
            <w:pPr>
              <w:spacing w:line="20" w:lineRule="exact"/>
            </w:pPr>
          </w:p>
          <w:p w14:paraId="499F2E24"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4BBC041E" w14:textId="77777777">
              <w:trPr>
                <w:jc w:val="center"/>
              </w:trPr>
              <w:tc>
                <w:tcPr>
                  <w:tcW w:w="7087" w:type="dxa"/>
                  <w:shd w:val="clear" w:color="auto" w:fill="EDC9EA"/>
                  <w:tcMar>
                    <w:top w:w="45" w:type="dxa"/>
                    <w:left w:w="70" w:type="dxa"/>
                    <w:bottom w:w="45" w:type="dxa"/>
                    <w:right w:w="70" w:type="dxa"/>
                  </w:tcMar>
                </w:tcPr>
                <w:p w14:paraId="7AB9FA15" w14:textId="77777777" w:rsidR="005B3871" w:rsidRDefault="00000000">
                  <w:pPr>
                    <w:keepNext/>
                  </w:pPr>
                  <w:r>
                    <w:rPr>
                      <w:b/>
                      <w:color w:val="000000"/>
                    </w:rPr>
                    <w:t>SKUPNI POVZETEK</w:t>
                  </w:r>
                </w:p>
              </w:tc>
            </w:tr>
          </w:tbl>
          <w:p w14:paraId="06F6E2EC" w14:textId="77777777" w:rsidR="005B3871" w:rsidRDefault="005B3871"/>
          <w:p w14:paraId="486C1A0D" w14:textId="77777777" w:rsidR="005B3871" w:rsidRDefault="00000000">
            <w:pPr>
              <w:spacing w:before="20" w:after="40" w:line="245" w:lineRule="auto"/>
            </w:pPr>
            <w:r>
              <w:rPr>
                <w:b/>
                <w:color w:val="000000"/>
                <w:sz w:val="16"/>
              </w:rPr>
              <w:t>Iz preglednice preberem podatek, podatke razvrstim in jih predstavim v vrstičnem ali stolpčnem prikazu.</w:t>
            </w:r>
          </w:p>
        </w:tc>
        <w:tc>
          <w:tcPr>
            <w:tcW w:w="2551" w:type="dxa"/>
            <w:tcMar>
              <w:top w:w="70" w:type="dxa"/>
              <w:left w:w="90" w:type="dxa"/>
              <w:bottom w:w="70" w:type="dxa"/>
              <w:right w:w="90" w:type="dxa"/>
            </w:tcMar>
          </w:tcPr>
          <w:p w14:paraId="763045E7" w14:textId="77777777" w:rsidR="005B3871" w:rsidRDefault="005B3871"/>
          <w:p w14:paraId="34F69F50" w14:textId="77777777" w:rsidR="005B3871" w:rsidRDefault="00000000">
            <w:pPr>
              <w:spacing w:after="100" w:line="245" w:lineRule="auto"/>
            </w:pPr>
            <w:r>
              <w:rPr>
                <w:color w:val="000000"/>
                <w:sz w:val="16"/>
              </w:rPr>
              <w:t>Odgovarja na podporna vprašanja in se sklicuje na svoj model, zapis ali izvedbo.</w:t>
            </w:r>
          </w:p>
          <w:p w14:paraId="744A8538" w14:textId="77777777" w:rsidR="005B3871" w:rsidRDefault="00000000">
            <w:pPr>
              <w:spacing w:after="100" w:line="245" w:lineRule="auto"/>
            </w:pPr>
            <w:r>
              <w:rPr>
                <w:color w:val="000000"/>
                <w:sz w:val="16"/>
              </w:rPr>
              <w:t>Primerja začetno strategijo z novim dokazom ter pojasni, kaj se je naučil/-a.</w:t>
            </w:r>
          </w:p>
          <w:p w14:paraId="69E5A848" w14:textId="77777777" w:rsidR="005B3871" w:rsidRDefault="00000000">
            <w:pPr>
              <w:spacing w:after="100" w:line="245" w:lineRule="auto"/>
            </w:pPr>
            <w:r>
              <w:rPr>
                <w:color w:val="000000"/>
                <w:sz w:val="16"/>
              </w:rPr>
              <w:t>Izbere raven samostojnosti in določi naslednji korak.</w:t>
            </w:r>
          </w:p>
          <w:p w14:paraId="2A75C493" w14:textId="77777777" w:rsidR="005B3871" w:rsidRDefault="00000000">
            <w:pPr>
              <w:spacing w:after="100" w:line="245" w:lineRule="auto"/>
            </w:pPr>
            <w:r>
              <w:rPr>
                <w:color w:val="000000"/>
                <w:sz w:val="16"/>
              </w:rPr>
              <w:t>Sošolcu poda prijazen in konkreten odziv, vezan na kriterij.</w:t>
            </w:r>
          </w:p>
          <w:p w14:paraId="0302FCE5" w14:textId="77777777" w:rsidR="005B3871" w:rsidRDefault="00000000">
            <w:pPr>
              <w:spacing w:after="20" w:line="245" w:lineRule="auto"/>
            </w:pPr>
            <w:r>
              <w:rPr>
                <w:b/>
                <w:color w:val="D95BC6"/>
                <w:sz w:val="17"/>
              </w:rPr>
              <w:t>DOKAZ O UČENJU</w:t>
            </w:r>
          </w:p>
          <w:p w14:paraId="24AC873A"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80D5AE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6D92333E" w14:textId="77777777">
        <w:trPr>
          <w:cantSplit/>
          <w:jc w:val="center"/>
        </w:trPr>
        <w:tc>
          <w:tcPr>
            <w:tcW w:w="14060" w:type="dxa"/>
            <w:gridSpan w:val="6"/>
            <w:tcMar>
              <w:top w:w="70" w:type="dxa"/>
              <w:left w:w="90" w:type="dxa"/>
              <w:bottom w:w="70" w:type="dxa"/>
              <w:right w:w="90" w:type="dxa"/>
            </w:tcMar>
            <w:vAlign w:val="center"/>
          </w:tcPr>
          <w:p w14:paraId="0365A5B1" w14:textId="77777777" w:rsidR="005B3871" w:rsidRDefault="00000000">
            <w:pPr>
              <w:jc w:val="center"/>
            </w:pPr>
            <w:r>
              <w:rPr>
                <w:b/>
                <w:color w:val="000000"/>
                <w:sz w:val="24"/>
              </w:rPr>
              <w:lastRenderedPageBreak/>
              <w:t>UČNA PRIPRAVA 35/39</w:t>
            </w:r>
          </w:p>
        </w:tc>
      </w:tr>
      <w:tr w:rsidR="005B3871" w14:paraId="1EF2AFF3" w14:textId="77777777">
        <w:trPr>
          <w:jc w:val="center"/>
        </w:trPr>
        <w:tc>
          <w:tcPr>
            <w:tcW w:w="2665" w:type="dxa"/>
            <w:tcMar>
              <w:top w:w="70" w:type="dxa"/>
              <w:left w:w="90" w:type="dxa"/>
              <w:bottom w:w="70" w:type="dxa"/>
              <w:right w:w="90" w:type="dxa"/>
            </w:tcMar>
            <w:vAlign w:val="center"/>
          </w:tcPr>
          <w:p w14:paraId="1CC4B75A"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1BACBD7"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362AD045"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384C6C0" w14:textId="77777777" w:rsidR="005B3871" w:rsidRDefault="00000000">
            <w:r>
              <w:rPr>
                <w:b/>
                <w:color w:val="000000"/>
                <w:sz w:val="16"/>
              </w:rPr>
              <w:t xml:space="preserve">NAČRTOVANI TERMIN: </w:t>
            </w:r>
            <w:r>
              <w:rPr>
                <w:color w:val="000000"/>
                <w:sz w:val="16"/>
              </w:rPr>
              <w:t>35. teden • 24.–28. 5. 2027</w:t>
            </w:r>
          </w:p>
        </w:tc>
        <w:tc>
          <w:tcPr>
            <w:tcW w:w="2268" w:type="dxa"/>
            <w:tcMar>
              <w:top w:w="70" w:type="dxa"/>
              <w:left w:w="90" w:type="dxa"/>
              <w:bottom w:w="70" w:type="dxa"/>
              <w:right w:w="90" w:type="dxa"/>
            </w:tcMar>
            <w:vAlign w:val="center"/>
          </w:tcPr>
          <w:p w14:paraId="37C98BDE"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A078E80" w14:textId="77777777" w:rsidR="005B3871" w:rsidRDefault="00000000">
            <w:r>
              <w:rPr>
                <w:b/>
                <w:color w:val="000000"/>
                <w:sz w:val="16"/>
              </w:rPr>
              <w:t xml:space="preserve">ŠTEVILO UR: </w:t>
            </w:r>
            <w:r>
              <w:rPr>
                <w:color w:val="000000"/>
                <w:sz w:val="16"/>
              </w:rPr>
              <w:t>4</w:t>
            </w:r>
          </w:p>
        </w:tc>
      </w:tr>
      <w:tr w:rsidR="005B3871" w14:paraId="51C54E7D" w14:textId="77777777">
        <w:trPr>
          <w:jc w:val="center"/>
        </w:trPr>
        <w:tc>
          <w:tcPr>
            <w:tcW w:w="14061" w:type="dxa"/>
            <w:gridSpan w:val="6"/>
            <w:tcMar>
              <w:top w:w="70" w:type="dxa"/>
              <w:left w:w="90" w:type="dxa"/>
              <w:bottom w:w="70" w:type="dxa"/>
              <w:right w:w="90" w:type="dxa"/>
            </w:tcMar>
            <w:vAlign w:val="center"/>
          </w:tcPr>
          <w:p w14:paraId="5F54C2E2"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5C41DA8F" w14:textId="77777777">
        <w:trPr>
          <w:cantSplit/>
          <w:jc w:val="center"/>
        </w:trPr>
        <w:tc>
          <w:tcPr>
            <w:tcW w:w="14060" w:type="dxa"/>
            <w:gridSpan w:val="6"/>
            <w:tcMar>
              <w:top w:w="70" w:type="dxa"/>
              <w:left w:w="90" w:type="dxa"/>
              <w:bottom w:w="70" w:type="dxa"/>
              <w:right w:w="90" w:type="dxa"/>
            </w:tcMar>
            <w:vAlign w:val="center"/>
          </w:tcPr>
          <w:p w14:paraId="1960EAF4" w14:textId="77777777" w:rsidR="005B3871" w:rsidRDefault="005B3871"/>
          <w:p w14:paraId="36224871" w14:textId="77777777" w:rsidR="005B3871" w:rsidRDefault="00000000">
            <w:pPr>
              <w:spacing w:line="245" w:lineRule="auto"/>
            </w:pPr>
            <w:r>
              <w:rPr>
                <w:b/>
                <w:color w:val="000000"/>
                <w:sz w:val="16"/>
              </w:rPr>
              <w:t xml:space="preserve">UČNI SKLOP: </w:t>
            </w:r>
            <w:r>
              <w:rPr>
                <w:color w:val="000000"/>
                <w:sz w:val="16"/>
              </w:rPr>
              <w:t>POKRAJINA, PROSTOR IN TRAJNOSTNA SKUPNOST</w:t>
            </w:r>
          </w:p>
        </w:tc>
      </w:tr>
      <w:tr w:rsidR="005B3871" w14:paraId="0CBFB3A2" w14:textId="77777777">
        <w:trPr>
          <w:cantSplit/>
          <w:jc w:val="center"/>
        </w:trPr>
        <w:tc>
          <w:tcPr>
            <w:tcW w:w="14060" w:type="dxa"/>
            <w:gridSpan w:val="6"/>
            <w:tcMar>
              <w:top w:w="70" w:type="dxa"/>
              <w:left w:w="90" w:type="dxa"/>
              <w:bottom w:w="70" w:type="dxa"/>
              <w:right w:w="90" w:type="dxa"/>
            </w:tcMar>
            <w:vAlign w:val="center"/>
          </w:tcPr>
          <w:p w14:paraId="656A930A" w14:textId="77777777" w:rsidR="005B3871" w:rsidRDefault="005B3871"/>
          <w:p w14:paraId="4497C079" w14:textId="77777777" w:rsidR="005B3871" w:rsidRDefault="00000000">
            <w:pPr>
              <w:spacing w:line="245" w:lineRule="auto"/>
            </w:pPr>
            <w:r>
              <w:rPr>
                <w:b/>
                <w:color w:val="000000"/>
                <w:sz w:val="16"/>
              </w:rPr>
              <w:t xml:space="preserve">UČNA TEMA: </w:t>
            </w:r>
            <w:r>
              <w:rPr>
                <w:color w:val="000000"/>
                <w:sz w:val="16"/>
              </w:rPr>
              <w:t>KAJ ŽE ZNAM</w:t>
            </w:r>
          </w:p>
        </w:tc>
      </w:tr>
      <w:tr w:rsidR="005B3871" w14:paraId="5249207B" w14:textId="77777777">
        <w:trPr>
          <w:cantSplit/>
          <w:jc w:val="center"/>
        </w:trPr>
        <w:tc>
          <w:tcPr>
            <w:tcW w:w="14060" w:type="dxa"/>
            <w:gridSpan w:val="6"/>
            <w:tcMar>
              <w:top w:w="70" w:type="dxa"/>
              <w:left w:w="90" w:type="dxa"/>
              <w:bottom w:w="70" w:type="dxa"/>
              <w:right w:w="90" w:type="dxa"/>
            </w:tcMar>
            <w:vAlign w:val="center"/>
          </w:tcPr>
          <w:p w14:paraId="315B00E1" w14:textId="77777777" w:rsidR="005B3871" w:rsidRDefault="005B3871"/>
          <w:p w14:paraId="0B3D85F8" w14:textId="77777777" w:rsidR="005B3871" w:rsidRDefault="00000000">
            <w:pPr>
              <w:spacing w:line="245" w:lineRule="auto"/>
            </w:pPr>
            <w:r>
              <w:rPr>
                <w:b/>
                <w:color w:val="000000"/>
                <w:sz w:val="16"/>
              </w:rPr>
              <w:t xml:space="preserve">KNJIŽEVNO IZHODIŠČE IN MOTIV: </w:t>
            </w:r>
            <w:r>
              <w:rPr>
                <w:color w:val="000000"/>
                <w:sz w:val="16"/>
              </w:rPr>
              <w:t>»Juri Muri v Afriki« – Tone Pavček • NADALJEVANJE • odgovorna mobilnost, potovanje in predstavitev kraja</w:t>
            </w:r>
          </w:p>
        </w:tc>
      </w:tr>
      <w:tr w:rsidR="005B3871" w14:paraId="6C484E54" w14:textId="77777777">
        <w:trPr>
          <w:cantSplit/>
          <w:jc w:val="center"/>
        </w:trPr>
        <w:tc>
          <w:tcPr>
            <w:tcW w:w="14060" w:type="dxa"/>
            <w:gridSpan w:val="6"/>
            <w:tcMar>
              <w:top w:w="70" w:type="dxa"/>
              <w:left w:w="90" w:type="dxa"/>
              <w:bottom w:w="70" w:type="dxa"/>
              <w:right w:w="90" w:type="dxa"/>
            </w:tcMar>
            <w:vAlign w:val="center"/>
          </w:tcPr>
          <w:p w14:paraId="5A700106" w14:textId="77777777" w:rsidR="005B3871" w:rsidRDefault="005B3871"/>
          <w:p w14:paraId="15E42411" w14:textId="77777777" w:rsidR="005B3871" w:rsidRDefault="00000000">
            <w:pPr>
              <w:spacing w:line="245" w:lineRule="auto"/>
            </w:pPr>
            <w:r>
              <w:rPr>
                <w:b/>
                <w:color w:val="000000"/>
                <w:sz w:val="16"/>
              </w:rPr>
              <w:t xml:space="preserve">UČNE ENOTE: </w:t>
            </w:r>
            <w:r>
              <w:rPr>
                <w:color w:val="000000"/>
                <w:sz w:val="16"/>
              </w:rPr>
              <w:t>1. ura – Diagnostične postaje • 2. ura – Vrstniški odziv po kriteriju • 3. ura – Ciljana izboljšava • 4. ura – Izbirni matematični izziv</w:t>
            </w:r>
          </w:p>
        </w:tc>
      </w:tr>
      <w:tr w:rsidR="005B3871" w14:paraId="516EF756" w14:textId="77777777">
        <w:trPr>
          <w:cantSplit/>
          <w:jc w:val="center"/>
        </w:trPr>
        <w:tc>
          <w:tcPr>
            <w:tcW w:w="14060" w:type="dxa"/>
            <w:gridSpan w:val="6"/>
            <w:tcMar>
              <w:top w:w="70" w:type="dxa"/>
              <w:left w:w="90" w:type="dxa"/>
              <w:bottom w:w="70" w:type="dxa"/>
              <w:right w:w="90" w:type="dxa"/>
            </w:tcMar>
            <w:vAlign w:val="center"/>
          </w:tcPr>
          <w:p w14:paraId="2CF1E886" w14:textId="77777777" w:rsidR="005B3871" w:rsidRDefault="005B3871"/>
          <w:p w14:paraId="577227D5"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707D6FF4" w14:textId="77777777">
        <w:trPr>
          <w:cantSplit/>
          <w:jc w:val="center"/>
        </w:trPr>
        <w:tc>
          <w:tcPr>
            <w:tcW w:w="14060" w:type="dxa"/>
            <w:gridSpan w:val="6"/>
            <w:tcMar>
              <w:top w:w="70" w:type="dxa"/>
              <w:left w:w="90" w:type="dxa"/>
              <w:bottom w:w="70" w:type="dxa"/>
              <w:right w:w="90" w:type="dxa"/>
            </w:tcMar>
            <w:vAlign w:val="center"/>
          </w:tcPr>
          <w:p w14:paraId="291379BB" w14:textId="77777777" w:rsidR="005B3871" w:rsidRDefault="005B3871"/>
          <w:p w14:paraId="6B31CC74"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4AEA9626" w14:textId="77777777">
        <w:trPr>
          <w:cantSplit/>
          <w:jc w:val="center"/>
        </w:trPr>
        <w:tc>
          <w:tcPr>
            <w:tcW w:w="14060" w:type="dxa"/>
            <w:gridSpan w:val="6"/>
            <w:tcMar>
              <w:top w:w="70" w:type="dxa"/>
              <w:left w:w="90" w:type="dxa"/>
              <w:bottom w:w="70" w:type="dxa"/>
              <w:right w:w="90" w:type="dxa"/>
            </w:tcMar>
            <w:vAlign w:val="center"/>
          </w:tcPr>
          <w:p w14:paraId="173CE08D" w14:textId="77777777" w:rsidR="005B3871" w:rsidRDefault="005B3871"/>
          <w:p w14:paraId="157F2CE9"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61EADB75" w14:textId="77777777">
        <w:trPr>
          <w:cantSplit/>
          <w:jc w:val="center"/>
        </w:trPr>
        <w:tc>
          <w:tcPr>
            <w:tcW w:w="14060" w:type="dxa"/>
            <w:gridSpan w:val="6"/>
            <w:tcMar>
              <w:top w:w="70" w:type="dxa"/>
              <w:left w:w="90" w:type="dxa"/>
              <w:bottom w:w="70" w:type="dxa"/>
              <w:right w:w="90" w:type="dxa"/>
            </w:tcMar>
            <w:vAlign w:val="center"/>
          </w:tcPr>
          <w:p w14:paraId="248F0FCA" w14:textId="77777777" w:rsidR="005B3871" w:rsidRDefault="005B3871"/>
          <w:p w14:paraId="1F5D8603" w14:textId="77777777" w:rsidR="005B3871" w:rsidRDefault="00000000">
            <w:pPr>
              <w:spacing w:line="245" w:lineRule="auto"/>
            </w:pPr>
            <w:r>
              <w:rPr>
                <w:b/>
                <w:color w:val="000000"/>
                <w:sz w:val="16"/>
              </w:rPr>
              <w:t xml:space="preserve">MEDPREDMETNE POVEZAVE: </w:t>
            </w:r>
            <w:r>
              <w:rPr>
                <w:color w:val="000000"/>
                <w:sz w:val="16"/>
              </w:rPr>
              <w:t>SLJ – povratna informacija; SPO – potovanje in kraj; ŠPO – postaje; LUM – slikovni dokaz</w:t>
            </w:r>
          </w:p>
        </w:tc>
      </w:tr>
      <w:tr w:rsidR="005B3871" w14:paraId="64C47D16" w14:textId="77777777">
        <w:trPr>
          <w:cantSplit/>
          <w:jc w:val="center"/>
        </w:trPr>
        <w:tc>
          <w:tcPr>
            <w:tcW w:w="14060" w:type="dxa"/>
            <w:gridSpan w:val="6"/>
            <w:tcMar>
              <w:top w:w="70" w:type="dxa"/>
              <w:left w:w="90" w:type="dxa"/>
              <w:bottom w:w="70" w:type="dxa"/>
              <w:right w:w="90" w:type="dxa"/>
            </w:tcMar>
            <w:vAlign w:val="center"/>
          </w:tcPr>
          <w:p w14:paraId="09F20474" w14:textId="77777777" w:rsidR="005B3871" w:rsidRDefault="005B3871"/>
          <w:p w14:paraId="24A18DAA" w14:textId="77777777" w:rsidR="005B3871" w:rsidRDefault="00000000">
            <w:pPr>
              <w:spacing w:line="245" w:lineRule="auto"/>
            </w:pPr>
            <w:r>
              <w:rPr>
                <w:b/>
                <w:color w:val="000000"/>
                <w:sz w:val="16"/>
              </w:rPr>
              <w:t xml:space="preserve">UČNA SREDSTVA IN PRIPOMOČKI: </w:t>
            </w:r>
            <w:r>
              <w:rPr>
                <w:color w:val="000000"/>
                <w:sz w:val="16"/>
              </w:rPr>
              <w:t>nestandardne enote, talna mreža in puščice, preglednice in prikazi, kartice kriterijev, semafor, listi povratne informacije</w:t>
            </w:r>
          </w:p>
        </w:tc>
      </w:tr>
      <w:tr w:rsidR="005B3871" w14:paraId="3F41A89E" w14:textId="77777777">
        <w:trPr>
          <w:cantSplit/>
          <w:jc w:val="center"/>
        </w:trPr>
        <w:tc>
          <w:tcPr>
            <w:tcW w:w="14060" w:type="dxa"/>
            <w:gridSpan w:val="6"/>
            <w:tcMar>
              <w:top w:w="70" w:type="dxa"/>
              <w:left w:w="90" w:type="dxa"/>
              <w:bottom w:w="70" w:type="dxa"/>
              <w:right w:w="90" w:type="dxa"/>
            </w:tcMar>
            <w:vAlign w:val="center"/>
          </w:tcPr>
          <w:p w14:paraId="60FF9606" w14:textId="77777777" w:rsidR="005B3871" w:rsidRDefault="005B3871"/>
          <w:p w14:paraId="482B46A3"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26F6B337" w14:textId="77777777">
        <w:trPr>
          <w:cantSplit/>
          <w:jc w:val="center"/>
        </w:trPr>
        <w:tc>
          <w:tcPr>
            <w:tcW w:w="14060" w:type="dxa"/>
            <w:gridSpan w:val="6"/>
            <w:tcMar>
              <w:top w:w="70" w:type="dxa"/>
              <w:left w:w="90" w:type="dxa"/>
              <w:bottom w:w="70" w:type="dxa"/>
              <w:right w:w="90" w:type="dxa"/>
            </w:tcMar>
            <w:vAlign w:val="center"/>
          </w:tcPr>
          <w:p w14:paraId="54EE813A" w14:textId="77777777" w:rsidR="005B3871" w:rsidRDefault="005B3871"/>
          <w:p w14:paraId="5CE06104"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252A7CFA" w14:textId="77777777">
        <w:trPr>
          <w:cantSplit/>
          <w:jc w:val="center"/>
        </w:trPr>
        <w:tc>
          <w:tcPr>
            <w:tcW w:w="14060" w:type="dxa"/>
            <w:gridSpan w:val="6"/>
            <w:tcMar>
              <w:top w:w="70" w:type="dxa"/>
              <w:left w:w="90" w:type="dxa"/>
              <w:bottom w:w="70" w:type="dxa"/>
              <w:right w:w="90" w:type="dxa"/>
            </w:tcMar>
            <w:vAlign w:val="center"/>
          </w:tcPr>
          <w:p w14:paraId="614619DF" w14:textId="77777777" w:rsidR="005B3871" w:rsidRDefault="005B3871"/>
          <w:p w14:paraId="595B787F"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6A09385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477208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EC26FC9"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4477599" w14:textId="77777777" w:rsidR="005B3871" w:rsidRDefault="00000000">
            <w:pPr>
              <w:jc w:val="center"/>
            </w:pPr>
            <w:r>
              <w:rPr>
                <w:b/>
                <w:color w:val="000000"/>
                <w:sz w:val="20"/>
              </w:rPr>
              <w:t>UČNE DEJAVNOSTI, METODE IN FORMATIVNO SPREMLJANJE</w:t>
            </w:r>
          </w:p>
        </w:tc>
      </w:tr>
      <w:tr w:rsidR="005B3871" w14:paraId="211A5291" w14:textId="77777777">
        <w:trPr>
          <w:tblHeader/>
          <w:jc w:val="center"/>
        </w:trPr>
        <w:tc>
          <w:tcPr>
            <w:tcW w:w="4422" w:type="dxa"/>
            <w:vMerge/>
            <w:tcMar>
              <w:top w:w="70" w:type="dxa"/>
              <w:left w:w="90" w:type="dxa"/>
              <w:bottom w:w="70" w:type="dxa"/>
              <w:right w:w="90" w:type="dxa"/>
            </w:tcMar>
            <w:vAlign w:val="center"/>
          </w:tcPr>
          <w:p w14:paraId="2928EDB6" w14:textId="77777777" w:rsidR="005B3871" w:rsidRDefault="005B3871"/>
        </w:tc>
        <w:tc>
          <w:tcPr>
            <w:tcW w:w="7087" w:type="dxa"/>
            <w:shd w:val="clear" w:color="auto" w:fill="FFFFFF"/>
            <w:tcMar>
              <w:top w:w="70" w:type="dxa"/>
              <w:left w:w="90" w:type="dxa"/>
              <w:bottom w:w="70" w:type="dxa"/>
              <w:right w:w="90" w:type="dxa"/>
            </w:tcMar>
            <w:vAlign w:val="center"/>
          </w:tcPr>
          <w:p w14:paraId="223417D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38359D6" w14:textId="77777777" w:rsidR="005B3871" w:rsidRDefault="00000000">
            <w:pPr>
              <w:jc w:val="center"/>
            </w:pPr>
            <w:r>
              <w:rPr>
                <w:b/>
                <w:color w:val="000000"/>
              </w:rPr>
              <w:t>UČENEC</w:t>
            </w:r>
          </w:p>
        </w:tc>
      </w:tr>
      <w:tr w:rsidR="005B3871" w14:paraId="71921116" w14:textId="77777777">
        <w:trPr>
          <w:jc w:val="center"/>
        </w:trPr>
        <w:tc>
          <w:tcPr>
            <w:tcW w:w="4422" w:type="dxa"/>
            <w:tcMar>
              <w:top w:w="70" w:type="dxa"/>
              <w:left w:w="90" w:type="dxa"/>
              <w:bottom w:w="70" w:type="dxa"/>
              <w:right w:w="90" w:type="dxa"/>
            </w:tcMar>
          </w:tcPr>
          <w:p w14:paraId="09DE46C4" w14:textId="77777777" w:rsidR="005B3871" w:rsidRDefault="005B3871"/>
          <w:p w14:paraId="2F4D889F" w14:textId="77777777" w:rsidR="005B3871" w:rsidRDefault="00000000">
            <w:pPr>
              <w:spacing w:after="60" w:line="245" w:lineRule="auto"/>
            </w:pPr>
            <w:r>
              <w:rPr>
                <w:b/>
                <w:color w:val="000000"/>
              </w:rPr>
              <w:t>UČNI CILJI</w:t>
            </w:r>
          </w:p>
          <w:p w14:paraId="4C7F172C" w14:textId="77777777" w:rsidR="005B3871" w:rsidRDefault="00000000">
            <w:pPr>
              <w:spacing w:after="20" w:line="245" w:lineRule="auto"/>
            </w:pPr>
            <w:r>
              <w:rPr>
                <w:b/>
                <w:color w:val="000000"/>
                <w:sz w:val="17"/>
              </w:rPr>
              <w:t>SPLOŠNI</w:t>
            </w:r>
          </w:p>
          <w:p w14:paraId="42A8E3E7" w14:textId="77777777" w:rsidR="005B3871" w:rsidRDefault="00000000">
            <w:pPr>
              <w:pStyle w:val="Oznaenseznam"/>
              <w:spacing w:after="16"/>
            </w:pPr>
            <w:r>
              <w:rPr>
                <w:color w:val="000000"/>
                <w:sz w:val="16"/>
              </w:rPr>
              <w:t>razvija številske, prostorske in količinske predstave s konkretnimi izkušnjami</w:t>
            </w:r>
          </w:p>
          <w:p w14:paraId="643BE47D" w14:textId="77777777" w:rsidR="005B3871" w:rsidRDefault="00000000">
            <w:pPr>
              <w:pStyle w:val="Oznaenseznam"/>
              <w:spacing w:after="16"/>
            </w:pPr>
            <w:r>
              <w:rPr>
                <w:color w:val="000000"/>
                <w:sz w:val="16"/>
              </w:rPr>
              <w:t>rešuje matematične probleme s predmetom, gibanjem, risbo, modelom in simbolom</w:t>
            </w:r>
          </w:p>
          <w:p w14:paraId="68B98BDD" w14:textId="77777777" w:rsidR="005B3871" w:rsidRDefault="00000000">
            <w:pPr>
              <w:pStyle w:val="Oznaenseznam"/>
              <w:spacing w:after="16"/>
            </w:pPr>
            <w:r>
              <w:rPr>
                <w:color w:val="000000"/>
                <w:sz w:val="16"/>
              </w:rPr>
              <w:t>pojasnjuje izbrano strategijo, preverja smiselnost rešitve in posluša rešitve drugih</w:t>
            </w:r>
          </w:p>
          <w:p w14:paraId="3137922D" w14:textId="77777777" w:rsidR="005B3871" w:rsidRDefault="00000000">
            <w:pPr>
              <w:pStyle w:val="Oznaenseznam"/>
              <w:spacing w:after="16"/>
            </w:pPr>
            <w:r>
              <w:rPr>
                <w:color w:val="000000"/>
                <w:sz w:val="16"/>
              </w:rPr>
              <w:t>ob namenih in kriterijih spremlja svoje učenje ter uporabi opisno povratno informacijo</w:t>
            </w:r>
          </w:p>
          <w:p w14:paraId="3BEF899C" w14:textId="77777777" w:rsidR="005B3871" w:rsidRDefault="00000000">
            <w:pPr>
              <w:spacing w:before="40" w:after="20" w:line="245" w:lineRule="auto"/>
            </w:pPr>
            <w:r>
              <w:rPr>
                <w:b/>
                <w:color w:val="000000"/>
                <w:sz w:val="17"/>
              </w:rPr>
              <w:t>OPERATIVNI</w:t>
            </w:r>
          </w:p>
          <w:p w14:paraId="6F7F0787" w14:textId="77777777" w:rsidR="005B3871" w:rsidRDefault="00000000">
            <w:pPr>
              <w:pStyle w:val="Oznaenseznam"/>
              <w:spacing w:after="16"/>
            </w:pPr>
            <w:r>
              <w:rPr>
                <w:color w:val="000000"/>
                <w:sz w:val="16"/>
              </w:rPr>
              <w:t>primerja in meri z nestandardnimi enotami</w:t>
            </w:r>
          </w:p>
          <w:p w14:paraId="7750A86C" w14:textId="77777777" w:rsidR="005B3871" w:rsidRDefault="00000000">
            <w:pPr>
              <w:pStyle w:val="Oznaenseznam"/>
              <w:spacing w:after="16"/>
            </w:pPr>
            <w:r>
              <w:rPr>
                <w:color w:val="000000"/>
                <w:sz w:val="16"/>
              </w:rPr>
              <w:t>opiše lego oziroma pot</w:t>
            </w:r>
          </w:p>
          <w:p w14:paraId="6C5A241A" w14:textId="77777777" w:rsidR="005B3871" w:rsidRDefault="00000000">
            <w:pPr>
              <w:pStyle w:val="Oznaenseznam"/>
              <w:spacing w:after="16"/>
            </w:pPr>
            <w:r>
              <w:rPr>
                <w:color w:val="000000"/>
                <w:sz w:val="16"/>
              </w:rPr>
              <w:t>prebere ali izdela preprost prikaz podatkov</w:t>
            </w:r>
          </w:p>
          <w:p w14:paraId="5927F6CD" w14:textId="77777777" w:rsidR="005B3871" w:rsidRDefault="00000000">
            <w:pPr>
              <w:spacing w:before="40" w:after="20" w:line="245" w:lineRule="auto"/>
            </w:pPr>
            <w:r>
              <w:rPr>
                <w:b/>
                <w:color w:val="000000"/>
                <w:sz w:val="17"/>
              </w:rPr>
              <w:t>PRIČAKOVANI DOSEŽKI / STANDARDI</w:t>
            </w:r>
          </w:p>
          <w:p w14:paraId="6D33EBF7" w14:textId="77777777" w:rsidR="005B3871" w:rsidRDefault="00000000">
            <w:pPr>
              <w:pStyle w:val="Oznaenseznam"/>
              <w:spacing w:after="16"/>
            </w:pPr>
            <w:r>
              <w:rPr>
                <w:color w:val="000000"/>
                <w:sz w:val="16"/>
              </w:rPr>
              <w:t>ob konkretni, slikovni ali gibalni opori primerja in meri z nestandardnimi enotami</w:t>
            </w:r>
          </w:p>
          <w:p w14:paraId="7BF0463B" w14:textId="77777777" w:rsidR="005B3871" w:rsidRDefault="00000000">
            <w:pPr>
              <w:pStyle w:val="Oznaenseznam"/>
              <w:spacing w:after="16"/>
            </w:pPr>
            <w:r>
              <w:rPr>
                <w:color w:val="000000"/>
                <w:sz w:val="16"/>
              </w:rPr>
              <w:t>ob konkretni, slikovni ali gibalni opori opiše lego oziroma pot</w:t>
            </w:r>
          </w:p>
          <w:p w14:paraId="4BC34E07" w14:textId="77777777" w:rsidR="005B3871" w:rsidRDefault="00000000">
            <w:pPr>
              <w:pStyle w:val="Oznaenseznam"/>
              <w:spacing w:after="16"/>
            </w:pPr>
            <w:r>
              <w:rPr>
                <w:color w:val="000000"/>
                <w:sz w:val="16"/>
              </w:rPr>
              <w:t>ob konkretni, slikovni ali gibalni opori prebere ali izdela preprost prikaz podatkov</w:t>
            </w:r>
          </w:p>
        </w:tc>
        <w:tc>
          <w:tcPr>
            <w:tcW w:w="7087" w:type="dxa"/>
            <w:tcMar>
              <w:top w:w="70" w:type="dxa"/>
              <w:left w:w="90" w:type="dxa"/>
              <w:bottom w:w="70" w:type="dxa"/>
              <w:right w:w="90" w:type="dxa"/>
            </w:tcMar>
          </w:tcPr>
          <w:p w14:paraId="1E95417B"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8677062" w14:textId="77777777">
              <w:trPr>
                <w:jc w:val="center"/>
              </w:trPr>
              <w:tc>
                <w:tcPr>
                  <w:tcW w:w="7087" w:type="dxa"/>
                  <w:shd w:val="clear" w:color="auto" w:fill="C6E7F3"/>
                  <w:tcMar>
                    <w:top w:w="45" w:type="dxa"/>
                    <w:left w:w="70" w:type="dxa"/>
                    <w:bottom w:w="45" w:type="dxa"/>
                    <w:right w:w="70" w:type="dxa"/>
                  </w:tcMar>
                </w:tcPr>
                <w:p w14:paraId="5EFDC47A" w14:textId="77777777" w:rsidR="005B3871" w:rsidRDefault="00000000">
                  <w:pPr>
                    <w:keepNext/>
                  </w:pPr>
                  <w:r>
                    <w:rPr>
                      <w:b/>
                      <w:color w:val="000000"/>
                    </w:rPr>
                    <w:t>UVODNI DEL – motivacija, aktivacija predznanja in namen učenja (15–20 min)</w:t>
                  </w:r>
                </w:p>
              </w:tc>
            </w:tr>
          </w:tbl>
          <w:p w14:paraId="434F474D" w14:textId="77777777" w:rsidR="005B3871" w:rsidRDefault="005B3871">
            <w:pPr>
              <w:spacing w:line="20" w:lineRule="exact"/>
            </w:pPr>
          </w:p>
          <w:p w14:paraId="536F3DCC" w14:textId="77777777" w:rsidR="005B3871" w:rsidRDefault="00000000">
            <w:pPr>
              <w:spacing w:before="40" w:after="60" w:line="245" w:lineRule="auto"/>
            </w:pPr>
            <w:r>
              <w:rPr>
                <w:color w:val="000000"/>
                <w:sz w:val="16"/>
              </w:rPr>
              <w:t>Juri Muri pred končnim ocenjevanjem obišče formativne postaje merjenja, orientacije in podatkov. Učenci izberejo dokaz, prejmejo povratno informacijo in še pred ocenjevanjem izvedejo izboljšavo.</w:t>
            </w:r>
          </w:p>
          <w:tbl>
            <w:tblPr>
              <w:tblStyle w:val="Tabelamrea"/>
              <w:tblW w:w="0" w:type="auto"/>
              <w:jc w:val="center"/>
              <w:tblLayout w:type="fixed"/>
              <w:tblLook w:val="04A0" w:firstRow="1" w:lastRow="0" w:firstColumn="1" w:lastColumn="0" w:noHBand="0" w:noVBand="1"/>
            </w:tblPr>
            <w:tblGrid>
              <w:gridCol w:w="7087"/>
            </w:tblGrid>
            <w:tr w:rsidR="005B3871" w14:paraId="11E29852" w14:textId="77777777">
              <w:trPr>
                <w:jc w:val="center"/>
              </w:trPr>
              <w:tc>
                <w:tcPr>
                  <w:tcW w:w="7087" w:type="dxa"/>
                  <w:shd w:val="clear" w:color="auto" w:fill="EDC9EA"/>
                  <w:tcMar>
                    <w:top w:w="45" w:type="dxa"/>
                    <w:left w:w="70" w:type="dxa"/>
                    <w:bottom w:w="45" w:type="dxa"/>
                    <w:right w:w="70" w:type="dxa"/>
                  </w:tcMar>
                </w:tcPr>
                <w:p w14:paraId="6DA2995E" w14:textId="77777777" w:rsidR="005B3871" w:rsidRDefault="00000000">
                  <w:pPr>
                    <w:keepNext/>
                  </w:pPr>
                  <w:r>
                    <w:rPr>
                      <w:b/>
                      <w:color w:val="000000"/>
                    </w:rPr>
                    <w:t>NAMENI UČENJA</w:t>
                  </w:r>
                </w:p>
              </w:tc>
            </w:tr>
          </w:tbl>
          <w:p w14:paraId="3CFA4E4B" w14:textId="77777777" w:rsidR="005B3871" w:rsidRDefault="005B3871">
            <w:pPr>
              <w:spacing w:line="20" w:lineRule="exact"/>
            </w:pPr>
          </w:p>
          <w:p w14:paraId="699A582E"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6135BABF" w14:textId="77777777" w:rsidR="005B3871" w:rsidRDefault="00000000">
            <w:pPr>
              <w:pStyle w:val="Oznaenseznam"/>
              <w:spacing w:after="16"/>
            </w:pPr>
            <w:r>
              <w:rPr>
                <w:color w:val="000000"/>
                <w:sz w:val="16"/>
              </w:rPr>
              <w:t>primerjam in merim z nestandardnimi enotami</w:t>
            </w:r>
          </w:p>
          <w:p w14:paraId="654A09A6" w14:textId="77777777" w:rsidR="005B3871" w:rsidRDefault="00000000">
            <w:pPr>
              <w:pStyle w:val="Oznaenseznam"/>
              <w:spacing w:after="16"/>
            </w:pPr>
            <w:r>
              <w:rPr>
                <w:color w:val="000000"/>
                <w:sz w:val="16"/>
              </w:rPr>
              <w:t>opišem lego oziroma pot</w:t>
            </w:r>
          </w:p>
          <w:p w14:paraId="64612475" w14:textId="77777777" w:rsidR="005B3871" w:rsidRDefault="00000000">
            <w:pPr>
              <w:pStyle w:val="Oznaenseznam"/>
              <w:spacing w:after="16"/>
            </w:pPr>
            <w:r>
              <w:rPr>
                <w:color w:val="000000"/>
                <w:sz w:val="16"/>
              </w:rPr>
              <w:t>preberem ali izdelam preprost prikaz podatkov</w:t>
            </w:r>
          </w:p>
          <w:tbl>
            <w:tblPr>
              <w:tblStyle w:val="Tabelamrea"/>
              <w:tblW w:w="0" w:type="auto"/>
              <w:jc w:val="center"/>
              <w:tblLayout w:type="fixed"/>
              <w:tblLook w:val="04A0" w:firstRow="1" w:lastRow="0" w:firstColumn="1" w:lastColumn="0" w:noHBand="0" w:noVBand="1"/>
            </w:tblPr>
            <w:tblGrid>
              <w:gridCol w:w="7087"/>
            </w:tblGrid>
            <w:tr w:rsidR="005B3871" w14:paraId="5CF02F79" w14:textId="77777777">
              <w:trPr>
                <w:jc w:val="center"/>
              </w:trPr>
              <w:tc>
                <w:tcPr>
                  <w:tcW w:w="7087" w:type="dxa"/>
                  <w:shd w:val="clear" w:color="auto" w:fill="EDC9EA"/>
                  <w:tcMar>
                    <w:top w:w="45" w:type="dxa"/>
                    <w:left w:w="70" w:type="dxa"/>
                    <w:bottom w:w="45" w:type="dxa"/>
                    <w:right w:w="70" w:type="dxa"/>
                  </w:tcMar>
                </w:tcPr>
                <w:p w14:paraId="7DC07FB5" w14:textId="77777777" w:rsidR="005B3871" w:rsidRDefault="00000000">
                  <w:pPr>
                    <w:keepNext/>
                  </w:pPr>
                  <w:r>
                    <w:rPr>
                      <w:b/>
                      <w:color w:val="000000"/>
                    </w:rPr>
                    <w:t>PREVERJANJE PREDZNANJA</w:t>
                  </w:r>
                </w:p>
              </w:tc>
            </w:tr>
          </w:tbl>
          <w:p w14:paraId="055A2461" w14:textId="77777777" w:rsidR="005B3871" w:rsidRDefault="005B3871">
            <w:pPr>
              <w:spacing w:line="20" w:lineRule="exact"/>
            </w:pPr>
          </w:p>
          <w:p w14:paraId="6E325488" w14:textId="77777777" w:rsidR="005B3871" w:rsidRDefault="00000000">
            <w:pPr>
              <w:pStyle w:val="Oznaenseznam"/>
              <w:spacing w:after="16"/>
            </w:pPr>
            <w:r>
              <w:rPr>
                <w:color w:val="000000"/>
                <w:sz w:val="16"/>
              </w:rPr>
              <w:t>Kateri postopek pri merjenju, orientaciji ali podatkih moram še vaditi?</w:t>
            </w:r>
          </w:p>
          <w:p w14:paraId="1BE1E78F" w14:textId="77777777" w:rsidR="005B3871" w:rsidRDefault="00000000">
            <w:pPr>
              <w:pStyle w:val="Oznaenseznam"/>
              <w:spacing w:after="16"/>
            </w:pPr>
            <w:r>
              <w:rPr>
                <w:color w:val="000000"/>
                <w:sz w:val="16"/>
              </w:rPr>
              <w:t>Kako uporabim povratno informacijo, da bo moj novi dokaz boljši?</w:t>
            </w:r>
          </w:p>
          <w:p w14:paraId="447D200E"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309326D0" w14:textId="77777777">
              <w:trPr>
                <w:jc w:val="center"/>
              </w:trPr>
              <w:tc>
                <w:tcPr>
                  <w:tcW w:w="7087" w:type="dxa"/>
                  <w:shd w:val="clear" w:color="auto" w:fill="EDC9EA"/>
                  <w:tcMar>
                    <w:top w:w="45" w:type="dxa"/>
                    <w:left w:w="70" w:type="dxa"/>
                    <w:bottom w:w="45" w:type="dxa"/>
                    <w:right w:w="70" w:type="dxa"/>
                  </w:tcMar>
                </w:tcPr>
                <w:p w14:paraId="0F43A164" w14:textId="77777777" w:rsidR="005B3871" w:rsidRDefault="00000000">
                  <w:pPr>
                    <w:keepNext/>
                  </w:pPr>
                  <w:r>
                    <w:rPr>
                      <w:b/>
                      <w:color w:val="000000"/>
                    </w:rPr>
                    <w:t>KRITERIJI USPEŠNOSTI</w:t>
                  </w:r>
                </w:p>
              </w:tc>
            </w:tr>
          </w:tbl>
          <w:p w14:paraId="1844B6DB" w14:textId="77777777" w:rsidR="005B3871" w:rsidRDefault="005B3871"/>
          <w:p w14:paraId="1F27B95E" w14:textId="77777777" w:rsidR="005B3871" w:rsidRDefault="00000000">
            <w:pPr>
              <w:spacing w:before="20" w:after="20" w:line="245" w:lineRule="auto"/>
            </w:pPr>
            <w:r>
              <w:rPr>
                <w:b/>
                <w:color w:val="000000"/>
                <w:sz w:val="16"/>
              </w:rPr>
              <w:t>Uspešen/-na bom, ko:</w:t>
            </w:r>
          </w:p>
          <w:p w14:paraId="51FEFB67" w14:textId="77777777" w:rsidR="005B3871" w:rsidRDefault="00000000">
            <w:pPr>
              <w:pStyle w:val="Oznaenseznam"/>
              <w:spacing w:after="16"/>
            </w:pPr>
            <w:r>
              <w:rPr>
                <w:color w:val="000000"/>
                <w:sz w:val="16"/>
              </w:rPr>
              <w:t>primerjam in merim z nestandardnimi enotami</w:t>
            </w:r>
          </w:p>
          <w:p w14:paraId="3DFF775C" w14:textId="77777777" w:rsidR="005B3871" w:rsidRDefault="00000000">
            <w:pPr>
              <w:pStyle w:val="Oznaenseznam"/>
              <w:spacing w:after="16"/>
            </w:pPr>
            <w:r>
              <w:rPr>
                <w:color w:val="000000"/>
                <w:sz w:val="16"/>
              </w:rPr>
              <w:t>opišem lego oziroma pot</w:t>
            </w:r>
          </w:p>
          <w:p w14:paraId="0C92CF34" w14:textId="77777777" w:rsidR="005B3871" w:rsidRDefault="00000000">
            <w:pPr>
              <w:pStyle w:val="Oznaenseznam"/>
              <w:spacing w:after="16"/>
            </w:pPr>
            <w:r>
              <w:rPr>
                <w:color w:val="000000"/>
                <w:sz w:val="16"/>
              </w:rPr>
              <w:t>preberem ali izdelam preprost prikaz podatkov</w:t>
            </w:r>
          </w:p>
          <w:p w14:paraId="7723BC01"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30F06275" w14:textId="77777777" w:rsidR="005B3871" w:rsidRDefault="005B3871"/>
          <w:p w14:paraId="10FDF228"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793F9F3A" w14:textId="77777777" w:rsidR="005B3871" w:rsidRDefault="00000000">
            <w:pPr>
              <w:spacing w:after="80" w:line="245" w:lineRule="auto"/>
            </w:pPr>
            <w:r>
              <w:rPr>
                <w:color w:val="000000"/>
                <w:sz w:val="16"/>
              </w:rPr>
              <w:t>Pove, pokaže ali nariše, kako bi nalogo začel. Posluša tudi drugačne strategije.</w:t>
            </w:r>
          </w:p>
          <w:p w14:paraId="18CC64D7" w14:textId="77777777" w:rsidR="005B3871" w:rsidRDefault="00000000">
            <w:pPr>
              <w:spacing w:after="100" w:line="245" w:lineRule="auto"/>
            </w:pPr>
            <w:r>
              <w:rPr>
                <w:color w:val="000000"/>
                <w:sz w:val="16"/>
              </w:rPr>
              <w:t>Sodeluje pri razumevanju namenov in kriterijev uspešnosti.</w:t>
            </w:r>
          </w:p>
          <w:p w14:paraId="74454DD1" w14:textId="77777777" w:rsidR="005B3871" w:rsidRDefault="00000000">
            <w:pPr>
              <w:spacing w:after="20" w:line="245" w:lineRule="auto"/>
            </w:pPr>
            <w:r>
              <w:rPr>
                <w:b/>
                <w:color w:val="D95BC6"/>
                <w:sz w:val="17"/>
              </w:rPr>
              <w:t>DOKAZ O UČENJU</w:t>
            </w:r>
          </w:p>
          <w:p w14:paraId="21C7303B" w14:textId="77777777" w:rsidR="005B3871" w:rsidRDefault="00000000">
            <w:pPr>
              <w:spacing w:after="30" w:line="245" w:lineRule="auto"/>
            </w:pPr>
            <w:r>
              <w:rPr>
                <w:color w:val="D95BC6"/>
                <w:sz w:val="16"/>
              </w:rPr>
              <w:t>začetna strategija, razvrstitev, model, risba, gib ali ustni odgovor</w:t>
            </w:r>
          </w:p>
        </w:tc>
      </w:tr>
    </w:tbl>
    <w:p w14:paraId="0BA6680A"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49BBEE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9F2029B"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45AA5EA" w14:textId="77777777" w:rsidR="005B3871" w:rsidRDefault="00000000">
            <w:pPr>
              <w:jc w:val="center"/>
            </w:pPr>
            <w:r>
              <w:rPr>
                <w:b/>
                <w:color w:val="000000"/>
                <w:sz w:val="20"/>
              </w:rPr>
              <w:t>UČNE DEJAVNOSTI, METODE IN FORMATIVNO SPREMLJANJE</w:t>
            </w:r>
          </w:p>
        </w:tc>
      </w:tr>
      <w:tr w:rsidR="005B3871" w14:paraId="1A225D6E" w14:textId="77777777">
        <w:trPr>
          <w:tblHeader/>
          <w:jc w:val="center"/>
        </w:trPr>
        <w:tc>
          <w:tcPr>
            <w:tcW w:w="4422" w:type="dxa"/>
            <w:vMerge/>
            <w:tcMar>
              <w:top w:w="70" w:type="dxa"/>
              <w:left w:w="90" w:type="dxa"/>
              <w:bottom w:w="70" w:type="dxa"/>
              <w:right w:w="90" w:type="dxa"/>
            </w:tcMar>
            <w:vAlign w:val="center"/>
          </w:tcPr>
          <w:p w14:paraId="25F8576D" w14:textId="77777777" w:rsidR="005B3871" w:rsidRDefault="005B3871"/>
        </w:tc>
        <w:tc>
          <w:tcPr>
            <w:tcW w:w="7087" w:type="dxa"/>
            <w:shd w:val="clear" w:color="auto" w:fill="FFFFFF"/>
            <w:tcMar>
              <w:top w:w="70" w:type="dxa"/>
              <w:left w:w="90" w:type="dxa"/>
              <w:bottom w:w="70" w:type="dxa"/>
              <w:right w:w="90" w:type="dxa"/>
            </w:tcMar>
            <w:vAlign w:val="center"/>
          </w:tcPr>
          <w:p w14:paraId="433EB575"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7C42092" w14:textId="77777777" w:rsidR="005B3871" w:rsidRDefault="00000000">
            <w:pPr>
              <w:jc w:val="center"/>
            </w:pPr>
            <w:r>
              <w:rPr>
                <w:b/>
                <w:color w:val="000000"/>
              </w:rPr>
              <w:t>UČENEC</w:t>
            </w:r>
          </w:p>
        </w:tc>
      </w:tr>
      <w:tr w:rsidR="005B3871" w14:paraId="0F807429" w14:textId="77777777">
        <w:trPr>
          <w:jc w:val="center"/>
        </w:trPr>
        <w:tc>
          <w:tcPr>
            <w:tcW w:w="4422" w:type="dxa"/>
            <w:tcMar>
              <w:top w:w="70" w:type="dxa"/>
              <w:left w:w="90" w:type="dxa"/>
              <w:bottom w:w="70" w:type="dxa"/>
              <w:right w:w="90" w:type="dxa"/>
            </w:tcMar>
          </w:tcPr>
          <w:p w14:paraId="3366F704" w14:textId="77777777" w:rsidR="005B3871" w:rsidRDefault="005B3871"/>
          <w:p w14:paraId="101F14D2" w14:textId="77777777" w:rsidR="005B3871" w:rsidRDefault="00000000">
            <w:pPr>
              <w:spacing w:after="40" w:line="245" w:lineRule="auto"/>
            </w:pPr>
            <w:r>
              <w:rPr>
                <w:b/>
                <w:color w:val="000000"/>
              </w:rPr>
              <w:t>KLJUČNI POJMI</w:t>
            </w:r>
          </w:p>
          <w:p w14:paraId="136E70E4" w14:textId="77777777" w:rsidR="005B3871" w:rsidRDefault="00000000">
            <w:pPr>
              <w:spacing w:after="60" w:line="245" w:lineRule="auto"/>
            </w:pPr>
            <w:r>
              <w:rPr>
                <w:color w:val="000000"/>
                <w:sz w:val="16"/>
              </w:rPr>
              <w:t>merjenje, enota, pot, mreža, podatek, prikaz, kriterij, povratna informacija, izboljšava, naslednji korak</w:t>
            </w:r>
          </w:p>
          <w:p w14:paraId="0EEDA1F0" w14:textId="77777777" w:rsidR="005B3871" w:rsidRDefault="00000000">
            <w:pPr>
              <w:spacing w:after="20" w:line="245" w:lineRule="auto"/>
            </w:pPr>
            <w:r>
              <w:rPr>
                <w:b/>
                <w:color w:val="000000"/>
                <w:sz w:val="17"/>
              </w:rPr>
              <w:t>DOKAZI O UČENJU</w:t>
            </w:r>
          </w:p>
          <w:p w14:paraId="4D6A3620" w14:textId="77777777" w:rsidR="005B3871" w:rsidRDefault="00000000">
            <w:pPr>
              <w:pStyle w:val="Oznaenseznam"/>
              <w:spacing w:after="16"/>
            </w:pPr>
            <w:r>
              <w:rPr>
                <w:color w:val="000000"/>
                <w:sz w:val="16"/>
              </w:rPr>
              <w:t>začetni praktični dokazi na treh področjih</w:t>
            </w:r>
          </w:p>
          <w:p w14:paraId="7EAB3D77" w14:textId="77777777" w:rsidR="005B3871" w:rsidRDefault="00000000">
            <w:pPr>
              <w:pStyle w:val="Oznaenseznam"/>
              <w:spacing w:after="16"/>
            </w:pPr>
            <w:r>
              <w:rPr>
                <w:color w:val="000000"/>
                <w:sz w:val="16"/>
              </w:rPr>
              <w:t>vrstniška povratna informacija</w:t>
            </w:r>
          </w:p>
          <w:p w14:paraId="0A620841" w14:textId="77777777" w:rsidR="005B3871" w:rsidRDefault="00000000">
            <w:pPr>
              <w:pStyle w:val="Oznaenseznam"/>
              <w:spacing w:after="16"/>
            </w:pPr>
            <w:r>
              <w:rPr>
                <w:color w:val="000000"/>
                <w:sz w:val="16"/>
              </w:rPr>
              <w:t>izboljšan praktični dokaz</w:t>
            </w:r>
          </w:p>
          <w:p w14:paraId="6DE34934" w14:textId="77777777" w:rsidR="005B3871" w:rsidRDefault="00000000">
            <w:pPr>
              <w:pStyle w:val="Oznaenseznam"/>
              <w:spacing w:after="16"/>
            </w:pPr>
            <w:r>
              <w:rPr>
                <w:color w:val="000000"/>
                <w:sz w:val="16"/>
              </w:rPr>
              <w:t>uporaba znanja v novi situaciji</w:t>
            </w:r>
          </w:p>
          <w:p w14:paraId="437C3472" w14:textId="77777777" w:rsidR="005B3871" w:rsidRDefault="00000000">
            <w:pPr>
              <w:spacing w:before="40" w:after="20" w:line="245" w:lineRule="auto"/>
            </w:pPr>
            <w:r>
              <w:rPr>
                <w:b/>
                <w:color w:val="000000"/>
                <w:sz w:val="17"/>
              </w:rPr>
              <w:t>MEDPREDMETNA POVEZAVA</w:t>
            </w:r>
          </w:p>
          <w:p w14:paraId="0EF4CA44" w14:textId="77777777" w:rsidR="005B3871" w:rsidRDefault="00000000">
            <w:pPr>
              <w:spacing w:after="60" w:line="245" w:lineRule="auto"/>
            </w:pPr>
            <w:r>
              <w:rPr>
                <w:color w:val="000000"/>
                <w:sz w:val="16"/>
              </w:rPr>
              <w:t>SLJ – povratna informacija; SPO – potovanje in kraj; ŠPO – postaje; LUM – slikovni dokaz</w:t>
            </w:r>
          </w:p>
          <w:p w14:paraId="600045CD" w14:textId="77777777" w:rsidR="005B3871" w:rsidRDefault="00000000">
            <w:pPr>
              <w:spacing w:after="20" w:line="245" w:lineRule="auto"/>
            </w:pPr>
            <w:r>
              <w:rPr>
                <w:b/>
                <w:color w:val="000000"/>
                <w:sz w:val="17"/>
              </w:rPr>
              <w:t>POUČEVANJE V GIBANJU</w:t>
            </w:r>
          </w:p>
          <w:p w14:paraId="0582C509"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04CD8B8B" w14:textId="77777777" w:rsidR="005B3871" w:rsidRDefault="00000000">
            <w:pPr>
              <w:spacing w:after="20" w:line="245" w:lineRule="auto"/>
            </w:pPr>
            <w:r>
              <w:rPr>
                <w:b/>
                <w:color w:val="000000"/>
                <w:sz w:val="17"/>
              </w:rPr>
              <w:t>DELO PO POSTAJAH</w:t>
            </w:r>
          </w:p>
          <w:p w14:paraId="5C6EF97C" w14:textId="77777777" w:rsidR="005B3871" w:rsidRDefault="00000000">
            <w:pPr>
              <w:spacing w:after="60" w:line="245" w:lineRule="auto"/>
            </w:pPr>
            <w:r>
              <w:rPr>
                <w:color w:val="000000"/>
                <w:sz w:val="15"/>
              </w:rPr>
              <w:t>Načrtovana rotacija: konkretno-izkušenjska – Diagnostične postaje; gibalna/sodelovalna – Vrstniški odziv po kriteriju; slikovno-simbolna – Ciljana izboljšava; izziv, dokaz in povratna informacija – Izbirni matematični izziv. Pri pisnem ocenjevanju se postaje izvedejo v pripravi, analizi in ponovnem učenju.</w:t>
            </w:r>
          </w:p>
          <w:p w14:paraId="2865E769" w14:textId="77777777" w:rsidR="005B3871" w:rsidRDefault="00000000">
            <w:pPr>
              <w:spacing w:after="20" w:line="245" w:lineRule="auto"/>
            </w:pPr>
            <w:r>
              <w:rPr>
                <w:b/>
                <w:color w:val="000000"/>
                <w:sz w:val="17"/>
              </w:rPr>
              <w:t>DIFERENCIACIJA IN VKLJUČEVANJE</w:t>
            </w:r>
          </w:p>
          <w:p w14:paraId="686B670E"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7B5D81F6" w14:textId="77777777" w:rsidR="005B3871" w:rsidRDefault="00000000">
            <w:pPr>
              <w:spacing w:after="20" w:line="245" w:lineRule="auto"/>
            </w:pPr>
            <w:r>
              <w:rPr>
                <w:b/>
                <w:color w:val="000000"/>
                <w:sz w:val="17"/>
              </w:rPr>
              <w:t>SPREMLJANJE</w:t>
            </w:r>
          </w:p>
          <w:p w14:paraId="4D4FC090"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079B3A72"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6F36A91" w14:textId="77777777">
              <w:trPr>
                <w:jc w:val="center"/>
              </w:trPr>
              <w:tc>
                <w:tcPr>
                  <w:tcW w:w="7087" w:type="dxa"/>
                  <w:shd w:val="clear" w:color="auto" w:fill="C6E7F3"/>
                  <w:tcMar>
                    <w:top w:w="45" w:type="dxa"/>
                    <w:left w:w="70" w:type="dxa"/>
                    <w:bottom w:w="45" w:type="dxa"/>
                    <w:right w:w="70" w:type="dxa"/>
                  </w:tcMar>
                </w:tcPr>
                <w:p w14:paraId="691DCAA1" w14:textId="77777777" w:rsidR="005B3871" w:rsidRDefault="00000000">
                  <w:pPr>
                    <w:keepNext/>
                  </w:pPr>
                  <w:r>
                    <w:rPr>
                      <w:b/>
                      <w:color w:val="000000"/>
                    </w:rPr>
                    <w:t>GLAVNI DEL – IZKUŠENJSKO IN PROBLEMSKO UČENJE (4 šolske ure)</w:t>
                  </w:r>
                </w:p>
              </w:tc>
            </w:tr>
          </w:tbl>
          <w:p w14:paraId="334BFB9E" w14:textId="77777777" w:rsidR="005B3871" w:rsidRDefault="005B3871">
            <w:pPr>
              <w:spacing w:line="20" w:lineRule="exact"/>
            </w:pPr>
          </w:p>
          <w:p w14:paraId="0500A60F" w14:textId="77777777" w:rsidR="005B3871" w:rsidRDefault="00000000">
            <w:pPr>
              <w:keepNext/>
              <w:spacing w:before="40" w:after="10" w:line="245" w:lineRule="auto"/>
            </w:pPr>
            <w:r>
              <w:rPr>
                <w:b/>
                <w:color w:val="000000"/>
                <w:sz w:val="17"/>
              </w:rPr>
              <w:t>1. URA – Diagnostične postaje</w:t>
            </w:r>
          </w:p>
          <w:p w14:paraId="04EF2FC5" w14:textId="77777777" w:rsidR="005B3871" w:rsidRDefault="00000000">
            <w:pPr>
              <w:spacing w:after="14" w:line="245" w:lineRule="auto"/>
            </w:pPr>
            <w:r>
              <w:rPr>
                <w:b/>
                <w:color w:val="000000"/>
                <w:sz w:val="16"/>
              </w:rPr>
              <w:t xml:space="preserve">Dejavnost učiteljice: </w:t>
            </w:r>
            <w:r>
              <w:rPr>
                <w:color w:val="000000"/>
                <w:sz w:val="16"/>
              </w:rPr>
              <w:t>Pripravi kratke naloge merjenja, poti in branja prikaza ter beleži, kateri korak posameznik že obvlada.</w:t>
            </w:r>
          </w:p>
          <w:p w14:paraId="67085362" w14:textId="77777777" w:rsidR="005B3871" w:rsidRDefault="00000000">
            <w:pPr>
              <w:spacing w:after="14" w:line="245" w:lineRule="auto"/>
            </w:pPr>
            <w:r>
              <w:rPr>
                <w:b/>
                <w:color w:val="000000"/>
                <w:sz w:val="16"/>
              </w:rPr>
              <w:t xml:space="preserve">Dejavnost učencev: </w:t>
            </w:r>
            <w:r>
              <w:rPr>
                <w:color w:val="000000"/>
                <w:sz w:val="16"/>
              </w:rPr>
              <w:t>Izvedejo vse tri naloge in ob vsaki označijo stopnjo samostojnosti.</w:t>
            </w:r>
          </w:p>
          <w:p w14:paraId="4573C6FE" w14:textId="77777777" w:rsidR="005B3871" w:rsidRDefault="00000000">
            <w:pPr>
              <w:spacing w:after="24" w:line="245" w:lineRule="auto"/>
            </w:pPr>
            <w:r>
              <w:rPr>
                <w:i/>
                <w:color w:val="D95BC6"/>
                <w:sz w:val="16"/>
              </w:rPr>
              <w:t>Predvideni dokaz: začetni praktični dokazi na treh področjih.</w:t>
            </w:r>
          </w:p>
          <w:p w14:paraId="05A5E9CD" w14:textId="77777777" w:rsidR="005B3871" w:rsidRDefault="00000000">
            <w:pPr>
              <w:keepNext/>
              <w:spacing w:before="40" w:after="10" w:line="245" w:lineRule="auto"/>
            </w:pPr>
            <w:r>
              <w:rPr>
                <w:b/>
                <w:color w:val="000000"/>
                <w:sz w:val="17"/>
              </w:rPr>
              <w:t>2. URA – Vrstniški odziv po kriteriju</w:t>
            </w:r>
          </w:p>
          <w:p w14:paraId="490703B0" w14:textId="77777777" w:rsidR="005B3871" w:rsidRDefault="00000000">
            <w:pPr>
              <w:spacing w:after="14" w:line="245" w:lineRule="auto"/>
            </w:pPr>
            <w:r>
              <w:rPr>
                <w:b/>
                <w:color w:val="000000"/>
                <w:sz w:val="16"/>
              </w:rPr>
              <w:t xml:space="preserve">Dejavnost učiteljice: </w:t>
            </w:r>
            <w:r>
              <w:rPr>
                <w:color w:val="000000"/>
                <w:sz w:val="16"/>
              </w:rPr>
              <w:t>Modelira odziv Opazil sem ... Pomagalo bi, če ... in omeji odziv na en kriterij.</w:t>
            </w:r>
          </w:p>
          <w:p w14:paraId="2D2542D7" w14:textId="77777777" w:rsidR="005B3871" w:rsidRDefault="00000000">
            <w:pPr>
              <w:spacing w:after="14" w:line="245" w:lineRule="auto"/>
            </w:pPr>
            <w:r>
              <w:rPr>
                <w:b/>
                <w:color w:val="000000"/>
                <w:sz w:val="16"/>
              </w:rPr>
              <w:t xml:space="preserve">Dejavnost učencev: </w:t>
            </w:r>
            <w:r>
              <w:rPr>
                <w:color w:val="000000"/>
                <w:sz w:val="16"/>
              </w:rPr>
              <w:t>V paru opazujejo ponovitev naloge ter podajo prijazen konkreten predlog.</w:t>
            </w:r>
          </w:p>
          <w:p w14:paraId="09820C06" w14:textId="77777777" w:rsidR="005B3871" w:rsidRDefault="00000000">
            <w:pPr>
              <w:spacing w:after="24" w:line="245" w:lineRule="auto"/>
            </w:pPr>
            <w:r>
              <w:rPr>
                <w:i/>
                <w:color w:val="D95BC6"/>
                <w:sz w:val="16"/>
              </w:rPr>
              <w:t>Predvideni dokaz: vrstniška povratna informacija.</w:t>
            </w:r>
          </w:p>
          <w:p w14:paraId="5D13F475" w14:textId="77777777" w:rsidR="005B3871" w:rsidRDefault="00000000">
            <w:pPr>
              <w:keepNext/>
              <w:spacing w:before="40" w:after="10" w:line="245" w:lineRule="auto"/>
            </w:pPr>
            <w:r>
              <w:rPr>
                <w:b/>
                <w:color w:val="000000"/>
                <w:sz w:val="17"/>
              </w:rPr>
              <w:t>3. URA – Ciljana izboljšava</w:t>
            </w:r>
          </w:p>
          <w:p w14:paraId="619601C5" w14:textId="77777777" w:rsidR="005B3871" w:rsidRDefault="00000000">
            <w:pPr>
              <w:spacing w:after="14" w:line="245" w:lineRule="auto"/>
            </w:pPr>
            <w:r>
              <w:rPr>
                <w:b/>
                <w:color w:val="000000"/>
                <w:sz w:val="16"/>
              </w:rPr>
              <w:t xml:space="preserve">Dejavnost učiteljice: </w:t>
            </w:r>
            <w:r>
              <w:rPr>
                <w:color w:val="000000"/>
                <w:sz w:val="16"/>
              </w:rPr>
              <w:t>Učence usmeri k postaji, ki ustreza njihovemu naslednjemu koraku, in ponudi drugo oporo.</w:t>
            </w:r>
          </w:p>
          <w:p w14:paraId="52CED787" w14:textId="77777777" w:rsidR="005B3871" w:rsidRDefault="00000000">
            <w:pPr>
              <w:spacing w:after="14" w:line="245" w:lineRule="auto"/>
            </w:pPr>
            <w:r>
              <w:rPr>
                <w:b/>
                <w:color w:val="000000"/>
                <w:sz w:val="16"/>
              </w:rPr>
              <w:t xml:space="preserve">Dejavnost učencev: </w:t>
            </w:r>
            <w:r>
              <w:rPr>
                <w:color w:val="000000"/>
                <w:sz w:val="16"/>
              </w:rPr>
              <w:t>Nalogo ponovijo z izboljšano strategijo ter primerjajo prvi in drugi dokaz.</w:t>
            </w:r>
          </w:p>
          <w:p w14:paraId="642F44A3" w14:textId="77777777" w:rsidR="005B3871" w:rsidRDefault="00000000">
            <w:pPr>
              <w:spacing w:after="24" w:line="245" w:lineRule="auto"/>
            </w:pPr>
            <w:r>
              <w:rPr>
                <w:i/>
                <w:color w:val="D95BC6"/>
                <w:sz w:val="16"/>
              </w:rPr>
              <w:t>Predvideni dokaz: izboljšan praktični dokaz.</w:t>
            </w:r>
          </w:p>
          <w:p w14:paraId="0468FEF4" w14:textId="77777777" w:rsidR="005B3871" w:rsidRDefault="00000000">
            <w:pPr>
              <w:keepNext/>
              <w:spacing w:before="40" w:after="10" w:line="245" w:lineRule="auto"/>
            </w:pPr>
            <w:r>
              <w:rPr>
                <w:b/>
                <w:color w:val="000000"/>
                <w:sz w:val="17"/>
              </w:rPr>
              <w:t>4. URA – Izbirni matematični izziv</w:t>
            </w:r>
          </w:p>
          <w:p w14:paraId="4B099308" w14:textId="77777777" w:rsidR="005B3871" w:rsidRDefault="00000000">
            <w:pPr>
              <w:spacing w:after="14" w:line="245" w:lineRule="auto"/>
            </w:pPr>
            <w:r>
              <w:rPr>
                <w:b/>
                <w:color w:val="000000"/>
                <w:sz w:val="16"/>
              </w:rPr>
              <w:t xml:space="preserve">Dejavnost učiteljice: </w:t>
            </w:r>
            <w:r>
              <w:rPr>
                <w:color w:val="000000"/>
                <w:sz w:val="16"/>
              </w:rPr>
              <w:t>Ponudi prenos znanja v novo potovalno situacijo z več možnimi rešitvami.</w:t>
            </w:r>
          </w:p>
          <w:p w14:paraId="495A832E" w14:textId="77777777" w:rsidR="005B3871" w:rsidRDefault="00000000">
            <w:pPr>
              <w:spacing w:after="14" w:line="245" w:lineRule="auto"/>
            </w:pPr>
            <w:r>
              <w:rPr>
                <w:b/>
                <w:color w:val="000000"/>
                <w:sz w:val="16"/>
              </w:rPr>
              <w:t xml:space="preserve">Dejavnost učencev: </w:t>
            </w:r>
            <w:r>
              <w:rPr>
                <w:color w:val="000000"/>
                <w:sz w:val="16"/>
              </w:rPr>
              <w:t>Izberejo merjenje, načrt poti ali prikaz podatkov ter rešitev predstavijo skupini.</w:t>
            </w:r>
          </w:p>
          <w:p w14:paraId="30675D6B" w14:textId="77777777" w:rsidR="005B3871" w:rsidRDefault="00000000">
            <w:pPr>
              <w:spacing w:after="24" w:line="245" w:lineRule="auto"/>
            </w:pPr>
            <w:r>
              <w:rPr>
                <w:i/>
                <w:color w:val="D95BC6"/>
                <w:sz w:val="16"/>
              </w:rPr>
              <w:t>Predvideni dokaz: uporaba znanja v novi situaciji.</w:t>
            </w:r>
          </w:p>
          <w:tbl>
            <w:tblPr>
              <w:tblStyle w:val="Tabelamrea"/>
              <w:tblW w:w="0" w:type="auto"/>
              <w:jc w:val="center"/>
              <w:tblLayout w:type="fixed"/>
              <w:tblLook w:val="04A0" w:firstRow="1" w:lastRow="0" w:firstColumn="1" w:lastColumn="0" w:noHBand="0" w:noVBand="1"/>
            </w:tblPr>
            <w:tblGrid>
              <w:gridCol w:w="7087"/>
            </w:tblGrid>
            <w:tr w:rsidR="005B3871" w14:paraId="71344019" w14:textId="77777777">
              <w:trPr>
                <w:jc w:val="center"/>
              </w:trPr>
              <w:tc>
                <w:tcPr>
                  <w:tcW w:w="7087" w:type="dxa"/>
                  <w:shd w:val="clear" w:color="auto" w:fill="EDC9EA"/>
                  <w:tcMar>
                    <w:top w:w="45" w:type="dxa"/>
                    <w:left w:w="70" w:type="dxa"/>
                    <w:bottom w:w="45" w:type="dxa"/>
                    <w:right w:w="70" w:type="dxa"/>
                  </w:tcMar>
                </w:tcPr>
                <w:p w14:paraId="0877A652" w14:textId="77777777" w:rsidR="005B3871" w:rsidRDefault="00000000">
                  <w:pPr>
                    <w:keepNext/>
                  </w:pPr>
                  <w:r>
                    <w:rPr>
                      <w:b/>
                      <w:color w:val="000000"/>
                    </w:rPr>
                    <w:t>POVRATNA INFORMACIJA UČITELJICE MED DELOM</w:t>
                  </w:r>
                </w:p>
              </w:tc>
            </w:tr>
          </w:tbl>
          <w:p w14:paraId="7C8BF4A4" w14:textId="77777777" w:rsidR="005B3871" w:rsidRDefault="005B3871"/>
          <w:p w14:paraId="203537A2"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34A405AA" w14:textId="77777777" w:rsidR="005B3871" w:rsidRDefault="005B3871"/>
          <w:p w14:paraId="137A0CFF" w14:textId="77777777" w:rsidR="005B3871" w:rsidRDefault="00000000">
            <w:pPr>
              <w:spacing w:after="10" w:line="245" w:lineRule="auto"/>
            </w:pPr>
            <w:r>
              <w:rPr>
                <w:b/>
                <w:color w:val="000000"/>
                <w:sz w:val="16"/>
              </w:rPr>
              <w:t>1. URA</w:t>
            </w:r>
          </w:p>
          <w:p w14:paraId="4C515BFE" w14:textId="77777777" w:rsidR="005B3871" w:rsidRDefault="00000000">
            <w:pPr>
              <w:spacing w:after="30" w:line="245" w:lineRule="auto"/>
            </w:pPr>
            <w:r>
              <w:rPr>
                <w:color w:val="000000"/>
                <w:sz w:val="16"/>
              </w:rPr>
              <w:t>Izvedejo vse tri naloge in ob vsaki označijo stopnjo samostojnosti.</w:t>
            </w:r>
          </w:p>
          <w:p w14:paraId="6842F271" w14:textId="77777777" w:rsidR="005B3871" w:rsidRDefault="00000000">
            <w:pPr>
              <w:spacing w:line="245" w:lineRule="auto"/>
            </w:pPr>
            <w:r>
              <w:rPr>
                <w:b/>
                <w:color w:val="D95BC6"/>
                <w:sz w:val="16"/>
              </w:rPr>
              <w:t>DOKAZ</w:t>
            </w:r>
          </w:p>
          <w:p w14:paraId="6B5BCAB7" w14:textId="77777777" w:rsidR="005B3871" w:rsidRDefault="00000000">
            <w:pPr>
              <w:spacing w:after="40" w:line="245" w:lineRule="auto"/>
            </w:pPr>
            <w:r>
              <w:rPr>
                <w:color w:val="D95BC6"/>
                <w:sz w:val="15"/>
              </w:rPr>
              <w:t>začetni praktični dokazi na treh področjih</w:t>
            </w:r>
          </w:p>
          <w:p w14:paraId="3B7CBD60" w14:textId="77777777" w:rsidR="005B3871" w:rsidRDefault="00000000">
            <w:pPr>
              <w:spacing w:after="10" w:line="245" w:lineRule="auto"/>
            </w:pPr>
            <w:r>
              <w:rPr>
                <w:b/>
                <w:color w:val="000000"/>
                <w:sz w:val="16"/>
              </w:rPr>
              <w:t>2. URA</w:t>
            </w:r>
          </w:p>
          <w:p w14:paraId="3B79DF1F" w14:textId="77777777" w:rsidR="005B3871" w:rsidRDefault="00000000">
            <w:pPr>
              <w:spacing w:after="30" w:line="245" w:lineRule="auto"/>
            </w:pPr>
            <w:r>
              <w:rPr>
                <w:color w:val="000000"/>
                <w:sz w:val="16"/>
              </w:rPr>
              <w:t>V paru opazujejo ponovitev naloge ter podajo prijazen konkreten predlog.</w:t>
            </w:r>
          </w:p>
          <w:p w14:paraId="4D717A88" w14:textId="77777777" w:rsidR="005B3871" w:rsidRDefault="00000000">
            <w:pPr>
              <w:spacing w:line="245" w:lineRule="auto"/>
            </w:pPr>
            <w:r>
              <w:rPr>
                <w:b/>
                <w:color w:val="D95BC6"/>
                <w:sz w:val="16"/>
              </w:rPr>
              <w:t>DOKAZ</w:t>
            </w:r>
          </w:p>
          <w:p w14:paraId="15769E2F" w14:textId="77777777" w:rsidR="005B3871" w:rsidRDefault="00000000">
            <w:pPr>
              <w:spacing w:after="40" w:line="245" w:lineRule="auto"/>
            </w:pPr>
            <w:r>
              <w:rPr>
                <w:color w:val="D95BC6"/>
                <w:sz w:val="15"/>
              </w:rPr>
              <w:t>vrstniška povratna informacija</w:t>
            </w:r>
          </w:p>
          <w:p w14:paraId="029F1E56" w14:textId="77777777" w:rsidR="005B3871" w:rsidRDefault="00000000">
            <w:pPr>
              <w:spacing w:after="10" w:line="245" w:lineRule="auto"/>
            </w:pPr>
            <w:r>
              <w:rPr>
                <w:b/>
                <w:color w:val="000000"/>
                <w:sz w:val="16"/>
              </w:rPr>
              <w:t>3. URA</w:t>
            </w:r>
          </w:p>
          <w:p w14:paraId="2D5B71A1" w14:textId="77777777" w:rsidR="005B3871" w:rsidRDefault="00000000">
            <w:pPr>
              <w:spacing w:after="30" w:line="245" w:lineRule="auto"/>
            </w:pPr>
            <w:r>
              <w:rPr>
                <w:color w:val="000000"/>
                <w:sz w:val="16"/>
              </w:rPr>
              <w:t>Nalogo ponovijo z izboljšano strategijo ter primerjajo prvi in drugi dokaz.</w:t>
            </w:r>
          </w:p>
          <w:p w14:paraId="282303A9" w14:textId="77777777" w:rsidR="005B3871" w:rsidRDefault="00000000">
            <w:pPr>
              <w:spacing w:line="245" w:lineRule="auto"/>
            </w:pPr>
            <w:r>
              <w:rPr>
                <w:b/>
                <w:color w:val="D95BC6"/>
                <w:sz w:val="16"/>
              </w:rPr>
              <w:t>DOKAZ</w:t>
            </w:r>
          </w:p>
          <w:p w14:paraId="62503087" w14:textId="77777777" w:rsidR="005B3871" w:rsidRDefault="00000000">
            <w:pPr>
              <w:spacing w:after="40" w:line="245" w:lineRule="auto"/>
            </w:pPr>
            <w:r>
              <w:rPr>
                <w:color w:val="D95BC6"/>
                <w:sz w:val="15"/>
              </w:rPr>
              <w:t>izboljšan praktični dokaz</w:t>
            </w:r>
          </w:p>
          <w:p w14:paraId="3962857B" w14:textId="77777777" w:rsidR="005B3871" w:rsidRDefault="00000000">
            <w:pPr>
              <w:spacing w:after="10" w:line="245" w:lineRule="auto"/>
            </w:pPr>
            <w:r>
              <w:rPr>
                <w:b/>
                <w:color w:val="000000"/>
                <w:sz w:val="16"/>
              </w:rPr>
              <w:t>4. URA</w:t>
            </w:r>
          </w:p>
          <w:p w14:paraId="13A7A2BE" w14:textId="77777777" w:rsidR="005B3871" w:rsidRDefault="00000000">
            <w:pPr>
              <w:spacing w:after="30" w:line="245" w:lineRule="auto"/>
            </w:pPr>
            <w:r>
              <w:rPr>
                <w:color w:val="000000"/>
                <w:sz w:val="16"/>
              </w:rPr>
              <w:t>Izberejo merjenje, načrt poti ali prikaz podatkov ter rešitev predstavijo skupini.</w:t>
            </w:r>
          </w:p>
          <w:p w14:paraId="211B0B72" w14:textId="77777777" w:rsidR="005B3871" w:rsidRDefault="00000000">
            <w:pPr>
              <w:spacing w:line="245" w:lineRule="auto"/>
            </w:pPr>
            <w:r>
              <w:rPr>
                <w:b/>
                <w:color w:val="D95BC6"/>
                <w:sz w:val="16"/>
              </w:rPr>
              <w:t>DOKAZ</w:t>
            </w:r>
          </w:p>
          <w:p w14:paraId="2592E5A3" w14:textId="77777777" w:rsidR="005B3871" w:rsidRDefault="00000000">
            <w:pPr>
              <w:spacing w:after="40" w:line="245" w:lineRule="auto"/>
            </w:pPr>
            <w:r>
              <w:rPr>
                <w:color w:val="D95BC6"/>
                <w:sz w:val="15"/>
              </w:rPr>
              <w:t>uporaba znanja v novi situaciji</w:t>
            </w:r>
          </w:p>
        </w:tc>
      </w:tr>
    </w:tbl>
    <w:p w14:paraId="4DF5097B"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89834F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C79A38D"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843954" w14:textId="77777777" w:rsidR="005B3871" w:rsidRDefault="00000000">
            <w:pPr>
              <w:jc w:val="center"/>
            </w:pPr>
            <w:r>
              <w:rPr>
                <w:b/>
                <w:color w:val="000000"/>
                <w:sz w:val="20"/>
              </w:rPr>
              <w:t>UČNE DEJAVNOSTI, METODE IN FORMATIVNO SPREMLJANJE</w:t>
            </w:r>
          </w:p>
        </w:tc>
      </w:tr>
      <w:tr w:rsidR="005B3871" w14:paraId="00B438D8" w14:textId="77777777">
        <w:trPr>
          <w:tblHeader/>
          <w:jc w:val="center"/>
        </w:trPr>
        <w:tc>
          <w:tcPr>
            <w:tcW w:w="4422" w:type="dxa"/>
            <w:vMerge/>
            <w:tcMar>
              <w:top w:w="70" w:type="dxa"/>
              <w:left w:w="90" w:type="dxa"/>
              <w:bottom w:w="70" w:type="dxa"/>
              <w:right w:w="90" w:type="dxa"/>
            </w:tcMar>
            <w:vAlign w:val="center"/>
          </w:tcPr>
          <w:p w14:paraId="0233CAE9" w14:textId="77777777" w:rsidR="005B3871" w:rsidRDefault="005B3871"/>
        </w:tc>
        <w:tc>
          <w:tcPr>
            <w:tcW w:w="7087" w:type="dxa"/>
            <w:shd w:val="clear" w:color="auto" w:fill="FFFFFF"/>
            <w:tcMar>
              <w:top w:w="70" w:type="dxa"/>
              <w:left w:w="90" w:type="dxa"/>
              <w:bottom w:w="70" w:type="dxa"/>
              <w:right w:w="90" w:type="dxa"/>
            </w:tcMar>
            <w:vAlign w:val="center"/>
          </w:tcPr>
          <w:p w14:paraId="17FBF98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8A08251" w14:textId="77777777" w:rsidR="005B3871" w:rsidRDefault="00000000">
            <w:pPr>
              <w:jc w:val="center"/>
            </w:pPr>
            <w:r>
              <w:rPr>
                <w:b/>
                <w:color w:val="000000"/>
              </w:rPr>
              <w:t>UČENEC</w:t>
            </w:r>
          </w:p>
        </w:tc>
      </w:tr>
      <w:tr w:rsidR="005B3871" w14:paraId="717C1C01" w14:textId="77777777">
        <w:trPr>
          <w:jc w:val="center"/>
        </w:trPr>
        <w:tc>
          <w:tcPr>
            <w:tcW w:w="4422" w:type="dxa"/>
            <w:tcMar>
              <w:top w:w="70" w:type="dxa"/>
              <w:left w:w="90" w:type="dxa"/>
              <w:bottom w:w="70" w:type="dxa"/>
              <w:right w:w="90" w:type="dxa"/>
            </w:tcMar>
          </w:tcPr>
          <w:p w14:paraId="1CF55AA9" w14:textId="77777777" w:rsidR="005B3871" w:rsidRDefault="005B3871"/>
          <w:p w14:paraId="0BA3D4F9" w14:textId="77777777" w:rsidR="005B3871" w:rsidRDefault="00000000">
            <w:pPr>
              <w:spacing w:after="40" w:line="245" w:lineRule="auto"/>
            </w:pPr>
            <w:r>
              <w:rPr>
                <w:b/>
                <w:color w:val="000000"/>
              </w:rPr>
              <w:t>FORMATIVNO SPREMLJANJE</w:t>
            </w:r>
          </w:p>
          <w:p w14:paraId="272E0FB1" w14:textId="77777777" w:rsidR="005B3871" w:rsidRDefault="00000000">
            <w:pPr>
              <w:pStyle w:val="Oznaenseznam"/>
              <w:spacing w:after="16"/>
            </w:pPr>
            <w:r>
              <w:rPr>
                <w:color w:val="000000"/>
                <w:sz w:val="16"/>
              </w:rPr>
              <w:t>predznanje: začetna strategija, ocena, razvrstitev, model ali risba</w:t>
            </w:r>
          </w:p>
          <w:p w14:paraId="2D1CB01D" w14:textId="77777777" w:rsidR="005B3871" w:rsidRDefault="00000000">
            <w:pPr>
              <w:pStyle w:val="Oznaenseznam"/>
              <w:spacing w:after="16"/>
            </w:pPr>
            <w:r>
              <w:rPr>
                <w:color w:val="000000"/>
                <w:sz w:val="16"/>
              </w:rPr>
              <w:t>dokazi med učenjem: konkretni, gibalni, slikovni in simbolni prikaz ter razlaga postopka</w:t>
            </w:r>
          </w:p>
          <w:p w14:paraId="409D0A36" w14:textId="77777777" w:rsidR="005B3871" w:rsidRDefault="00000000">
            <w:pPr>
              <w:pStyle w:val="Oznaenseznam"/>
              <w:spacing w:after="16"/>
            </w:pPr>
            <w:r>
              <w:rPr>
                <w:color w:val="000000"/>
                <w:sz w:val="16"/>
              </w:rPr>
              <w:t>povratna informacija: konkretna, vezana na kriterij in usmerjena v preverjanje ali naslednji korak</w:t>
            </w:r>
          </w:p>
          <w:p w14:paraId="639D8841" w14:textId="77777777" w:rsidR="005B3871" w:rsidRDefault="00000000">
            <w:pPr>
              <w:pStyle w:val="Oznaenseznam"/>
              <w:spacing w:after="16"/>
            </w:pPr>
            <w:r>
              <w:rPr>
                <w:color w:val="000000"/>
                <w:sz w:val="16"/>
              </w:rPr>
              <w:t>samovrednotenje: semafor, lestvica samostojnosti, izbrani dokaz ali kratka poved</w:t>
            </w:r>
          </w:p>
          <w:p w14:paraId="2D810479" w14:textId="77777777" w:rsidR="005B3871" w:rsidRDefault="00000000">
            <w:pPr>
              <w:spacing w:before="40" w:after="20" w:line="245" w:lineRule="auto"/>
            </w:pPr>
            <w:r>
              <w:rPr>
                <w:b/>
                <w:color w:val="000000"/>
                <w:sz w:val="17"/>
              </w:rPr>
              <w:t>VARNOST IN ODGOVORNOST</w:t>
            </w:r>
          </w:p>
          <w:p w14:paraId="49956E26"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04AF79A1" w14:textId="77777777" w:rsidR="005B3871" w:rsidRDefault="00000000">
            <w:pPr>
              <w:spacing w:after="20" w:line="245" w:lineRule="auto"/>
            </w:pPr>
            <w:r>
              <w:rPr>
                <w:b/>
                <w:color w:val="000000"/>
                <w:sz w:val="17"/>
              </w:rPr>
              <w:t>EVIDENCA PO IZVEDBI</w:t>
            </w:r>
          </w:p>
          <w:p w14:paraId="5AD9D673"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7204E61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4AAC84FF" w14:textId="77777777">
              <w:trPr>
                <w:jc w:val="center"/>
              </w:trPr>
              <w:tc>
                <w:tcPr>
                  <w:tcW w:w="7087" w:type="dxa"/>
                  <w:shd w:val="clear" w:color="auto" w:fill="EDC9EA"/>
                  <w:tcMar>
                    <w:top w:w="45" w:type="dxa"/>
                    <w:left w:w="70" w:type="dxa"/>
                    <w:bottom w:w="45" w:type="dxa"/>
                    <w:right w:w="70" w:type="dxa"/>
                  </w:tcMar>
                </w:tcPr>
                <w:p w14:paraId="40FD2621" w14:textId="77777777" w:rsidR="005B3871" w:rsidRDefault="00000000">
                  <w:pPr>
                    <w:keepNext/>
                  </w:pPr>
                  <w:r>
                    <w:rPr>
                      <w:b/>
                      <w:color w:val="000000"/>
                    </w:rPr>
                    <w:t>VPRAŠANJA V PODPORO MATEMATIČNEMU UČENJU</w:t>
                  </w:r>
                </w:p>
              </w:tc>
            </w:tr>
          </w:tbl>
          <w:p w14:paraId="57770FA4" w14:textId="77777777" w:rsidR="005B3871" w:rsidRDefault="005B3871">
            <w:pPr>
              <w:spacing w:line="20" w:lineRule="exact"/>
            </w:pPr>
          </w:p>
          <w:p w14:paraId="0D9FDABA" w14:textId="77777777" w:rsidR="005B3871" w:rsidRDefault="00000000">
            <w:pPr>
              <w:pStyle w:val="Oznaenseznam"/>
              <w:spacing w:after="16"/>
            </w:pPr>
            <w:r>
              <w:rPr>
                <w:color w:val="000000"/>
                <w:sz w:val="16"/>
              </w:rPr>
              <w:t>Kaj v tvojem modelu, risbi ali zapisu predstavlja posamezni del naloge?</w:t>
            </w:r>
          </w:p>
          <w:p w14:paraId="4896C45F" w14:textId="77777777" w:rsidR="005B3871" w:rsidRDefault="00000000">
            <w:pPr>
              <w:pStyle w:val="Oznaenseznam"/>
              <w:spacing w:after="16"/>
            </w:pPr>
            <w:r>
              <w:rPr>
                <w:color w:val="000000"/>
                <w:sz w:val="16"/>
              </w:rPr>
              <w:t>Kako si prišel/-la do rešitve in kako veš, da je smiselna?</w:t>
            </w:r>
          </w:p>
          <w:p w14:paraId="5AF85032" w14:textId="77777777" w:rsidR="005B3871" w:rsidRDefault="00000000">
            <w:pPr>
              <w:pStyle w:val="Oznaenseznam"/>
              <w:spacing w:after="16"/>
            </w:pPr>
            <w:r>
              <w:rPr>
                <w:color w:val="000000"/>
                <w:sz w:val="16"/>
              </w:rPr>
              <w:t>Ali lahko isto pokažeš še s predmetom, gibanjem, risbo ali drugim zapisom?</w:t>
            </w:r>
          </w:p>
          <w:p w14:paraId="03296649" w14:textId="77777777" w:rsidR="005B3871" w:rsidRDefault="00000000">
            <w:pPr>
              <w:pStyle w:val="Oznaenseznam"/>
              <w:spacing w:after="16"/>
            </w:pPr>
            <w:r>
              <w:rPr>
                <w:color w:val="000000"/>
                <w:sz w:val="16"/>
              </w:rPr>
              <w:t>Kje bi se lahko zmotil/-a in kako boš rešitev preveril/-a?</w:t>
            </w:r>
          </w:p>
          <w:p w14:paraId="6645A302"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3834EDF6" w14:textId="77777777">
              <w:trPr>
                <w:jc w:val="center"/>
              </w:trPr>
              <w:tc>
                <w:tcPr>
                  <w:tcW w:w="7087" w:type="dxa"/>
                  <w:shd w:val="clear" w:color="auto" w:fill="C6E7F3"/>
                  <w:tcMar>
                    <w:top w:w="45" w:type="dxa"/>
                    <w:left w:w="70" w:type="dxa"/>
                    <w:bottom w:w="45" w:type="dxa"/>
                    <w:right w:w="70" w:type="dxa"/>
                  </w:tcMar>
                </w:tcPr>
                <w:p w14:paraId="188B6F2E" w14:textId="77777777" w:rsidR="005B3871" w:rsidRDefault="00000000">
                  <w:pPr>
                    <w:keepNext/>
                  </w:pPr>
                  <w:r>
                    <w:rPr>
                      <w:b/>
                      <w:color w:val="000000"/>
                    </w:rPr>
                    <w:t>ZAKLJUČNI DEL – UTRJEVANJE IN REFLEKSIJA (10–15 min)</w:t>
                  </w:r>
                </w:p>
              </w:tc>
            </w:tr>
          </w:tbl>
          <w:p w14:paraId="6199BD53" w14:textId="77777777" w:rsidR="005B3871" w:rsidRDefault="005B3871">
            <w:pPr>
              <w:spacing w:line="20" w:lineRule="exact"/>
            </w:pPr>
          </w:p>
          <w:p w14:paraId="6200F384"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4167C18A" w14:textId="77777777">
              <w:trPr>
                <w:jc w:val="center"/>
              </w:trPr>
              <w:tc>
                <w:tcPr>
                  <w:tcW w:w="7087" w:type="dxa"/>
                  <w:shd w:val="clear" w:color="auto" w:fill="EDC9EA"/>
                  <w:tcMar>
                    <w:top w:w="45" w:type="dxa"/>
                    <w:left w:w="70" w:type="dxa"/>
                    <w:bottom w:w="45" w:type="dxa"/>
                    <w:right w:w="70" w:type="dxa"/>
                  </w:tcMar>
                </w:tcPr>
                <w:p w14:paraId="598AEB0A" w14:textId="77777777" w:rsidR="005B3871" w:rsidRDefault="00000000">
                  <w:pPr>
                    <w:keepNext/>
                  </w:pPr>
                  <w:r>
                    <w:rPr>
                      <w:b/>
                      <w:color w:val="000000"/>
                    </w:rPr>
                    <w:t>SAMOVREDNOTENJE</w:t>
                  </w:r>
                </w:p>
              </w:tc>
            </w:tr>
          </w:tbl>
          <w:p w14:paraId="44789BFB" w14:textId="77777777" w:rsidR="005B3871" w:rsidRDefault="005B3871">
            <w:pPr>
              <w:spacing w:line="20" w:lineRule="exact"/>
            </w:pPr>
          </w:p>
          <w:p w14:paraId="6204C5A5"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06E06423" w14:textId="77777777">
              <w:trPr>
                <w:jc w:val="center"/>
              </w:trPr>
              <w:tc>
                <w:tcPr>
                  <w:tcW w:w="7087" w:type="dxa"/>
                  <w:shd w:val="clear" w:color="auto" w:fill="EDC9EA"/>
                  <w:tcMar>
                    <w:top w:w="45" w:type="dxa"/>
                    <w:left w:w="70" w:type="dxa"/>
                    <w:bottom w:w="45" w:type="dxa"/>
                    <w:right w:w="70" w:type="dxa"/>
                  </w:tcMar>
                </w:tcPr>
                <w:p w14:paraId="6C1F467F" w14:textId="77777777" w:rsidR="005B3871" w:rsidRDefault="00000000">
                  <w:pPr>
                    <w:keepNext/>
                  </w:pPr>
                  <w:r>
                    <w:rPr>
                      <w:b/>
                      <w:color w:val="000000"/>
                    </w:rPr>
                    <w:t>VRSTNIŠKO VREDNOTENJE</w:t>
                  </w:r>
                </w:p>
              </w:tc>
            </w:tr>
          </w:tbl>
          <w:p w14:paraId="696E38B4" w14:textId="77777777" w:rsidR="005B3871" w:rsidRDefault="005B3871">
            <w:pPr>
              <w:spacing w:line="20" w:lineRule="exact"/>
            </w:pPr>
          </w:p>
          <w:p w14:paraId="44822EC0"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60E57E0F" w14:textId="77777777">
              <w:trPr>
                <w:jc w:val="center"/>
              </w:trPr>
              <w:tc>
                <w:tcPr>
                  <w:tcW w:w="7087" w:type="dxa"/>
                  <w:shd w:val="clear" w:color="auto" w:fill="EDC9EA"/>
                  <w:tcMar>
                    <w:top w:w="45" w:type="dxa"/>
                    <w:left w:w="70" w:type="dxa"/>
                    <w:bottom w:w="45" w:type="dxa"/>
                    <w:right w:w="70" w:type="dxa"/>
                  </w:tcMar>
                </w:tcPr>
                <w:p w14:paraId="51486207" w14:textId="77777777" w:rsidR="005B3871" w:rsidRDefault="00000000">
                  <w:pPr>
                    <w:keepNext/>
                  </w:pPr>
                  <w:r>
                    <w:rPr>
                      <w:b/>
                      <w:color w:val="000000"/>
                    </w:rPr>
                    <w:t>SKUPNI POVZETEK</w:t>
                  </w:r>
                </w:p>
              </w:tc>
            </w:tr>
          </w:tbl>
          <w:p w14:paraId="5F21E548" w14:textId="77777777" w:rsidR="005B3871" w:rsidRDefault="005B3871"/>
          <w:p w14:paraId="3265E136" w14:textId="77777777" w:rsidR="005B3871" w:rsidRDefault="00000000">
            <w:pPr>
              <w:spacing w:before="20" w:after="40" w:line="245" w:lineRule="auto"/>
            </w:pPr>
            <w:r>
              <w:rPr>
                <w:b/>
                <w:color w:val="000000"/>
                <w:sz w:val="16"/>
              </w:rPr>
              <w:t>Pri merjenju, orientaciji in podatkih prepoznam svoj napredek, uporabim povratno informacijo ter izboljšam dokaz.</w:t>
            </w:r>
          </w:p>
        </w:tc>
        <w:tc>
          <w:tcPr>
            <w:tcW w:w="2551" w:type="dxa"/>
            <w:tcMar>
              <w:top w:w="70" w:type="dxa"/>
              <w:left w:w="90" w:type="dxa"/>
              <w:bottom w:w="70" w:type="dxa"/>
              <w:right w:w="90" w:type="dxa"/>
            </w:tcMar>
          </w:tcPr>
          <w:p w14:paraId="097D973B" w14:textId="77777777" w:rsidR="005B3871" w:rsidRDefault="005B3871"/>
          <w:p w14:paraId="321F7845" w14:textId="77777777" w:rsidR="005B3871" w:rsidRDefault="00000000">
            <w:pPr>
              <w:spacing w:after="100" w:line="245" w:lineRule="auto"/>
            </w:pPr>
            <w:r>
              <w:rPr>
                <w:color w:val="000000"/>
                <w:sz w:val="16"/>
              </w:rPr>
              <w:t>Odgovarja na podporna vprašanja in se sklicuje na svoj model, zapis ali izvedbo.</w:t>
            </w:r>
          </w:p>
          <w:p w14:paraId="7C55ADA1" w14:textId="77777777" w:rsidR="005B3871" w:rsidRDefault="00000000">
            <w:pPr>
              <w:spacing w:after="100" w:line="245" w:lineRule="auto"/>
            </w:pPr>
            <w:r>
              <w:rPr>
                <w:color w:val="000000"/>
                <w:sz w:val="16"/>
              </w:rPr>
              <w:t>Primerja začetno strategijo z novim dokazom ter pojasni, kaj se je naučil/-a.</w:t>
            </w:r>
          </w:p>
          <w:p w14:paraId="7DF2ED06" w14:textId="77777777" w:rsidR="005B3871" w:rsidRDefault="00000000">
            <w:pPr>
              <w:spacing w:after="100" w:line="245" w:lineRule="auto"/>
            </w:pPr>
            <w:r>
              <w:rPr>
                <w:color w:val="000000"/>
                <w:sz w:val="16"/>
              </w:rPr>
              <w:t>Izbere raven samostojnosti in določi naslednji korak.</w:t>
            </w:r>
          </w:p>
          <w:p w14:paraId="6B7C02FA" w14:textId="77777777" w:rsidR="005B3871" w:rsidRDefault="00000000">
            <w:pPr>
              <w:spacing w:after="100" w:line="245" w:lineRule="auto"/>
            </w:pPr>
            <w:r>
              <w:rPr>
                <w:color w:val="000000"/>
                <w:sz w:val="16"/>
              </w:rPr>
              <w:t>Sošolcu poda prijazen in konkreten odziv, vezan na kriterij.</w:t>
            </w:r>
          </w:p>
          <w:p w14:paraId="0F8B1E25" w14:textId="77777777" w:rsidR="005B3871" w:rsidRDefault="00000000">
            <w:pPr>
              <w:spacing w:after="20" w:line="245" w:lineRule="auto"/>
            </w:pPr>
            <w:r>
              <w:rPr>
                <w:b/>
                <w:color w:val="D95BC6"/>
                <w:sz w:val="17"/>
              </w:rPr>
              <w:t>DOKAZ O UČENJU</w:t>
            </w:r>
          </w:p>
          <w:p w14:paraId="67102584"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414B578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13469A61" w14:textId="77777777">
        <w:trPr>
          <w:cantSplit/>
          <w:jc w:val="center"/>
        </w:trPr>
        <w:tc>
          <w:tcPr>
            <w:tcW w:w="14060" w:type="dxa"/>
            <w:gridSpan w:val="6"/>
            <w:tcMar>
              <w:top w:w="70" w:type="dxa"/>
              <w:left w:w="90" w:type="dxa"/>
              <w:bottom w:w="70" w:type="dxa"/>
              <w:right w:w="90" w:type="dxa"/>
            </w:tcMar>
            <w:vAlign w:val="center"/>
          </w:tcPr>
          <w:p w14:paraId="02690DE4" w14:textId="77777777" w:rsidR="005B3871" w:rsidRDefault="00000000">
            <w:pPr>
              <w:jc w:val="center"/>
            </w:pPr>
            <w:r>
              <w:rPr>
                <w:b/>
                <w:color w:val="000000"/>
                <w:sz w:val="24"/>
              </w:rPr>
              <w:lastRenderedPageBreak/>
              <w:t>UČNA PRIPRAVA 36/39</w:t>
            </w:r>
          </w:p>
        </w:tc>
      </w:tr>
      <w:tr w:rsidR="005B3871" w14:paraId="349656AC" w14:textId="77777777">
        <w:trPr>
          <w:jc w:val="center"/>
        </w:trPr>
        <w:tc>
          <w:tcPr>
            <w:tcW w:w="2665" w:type="dxa"/>
            <w:tcMar>
              <w:top w:w="70" w:type="dxa"/>
              <w:left w:w="90" w:type="dxa"/>
              <w:bottom w:w="70" w:type="dxa"/>
              <w:right w:w="90" w:type="dxa"/>
            </w:tcMar>
            <w:vAlign w:val="center"/>
          </w:tcPr>
          <w:p w14:paraId="169D37B6"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86EFBA3"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44B870BC"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2C9B1F0" w14:textId="77777777" w:rsidR="005B3871" w:rsidRDefault="00000000">
            <w:r>
              <w:rPr>
                <w:b/>
                <w:color w:val="000000"/>
                <w:sz w:val="16"/>
              </w:rPr>
              <w:t xml:space="preserve">NAČRTOVANI TERMIN: </w:t>
            </w:r>
            <w:r>
              <w:rPr>
                <w:color w:val="000000"/>
                <w:sz w:val="16"/>
              </w:rPr>
              <w:t>36. teden • 31. 5.–4. 6. 2027</w:t>
            </w:r>
          </w:p>
        </w:tc>
        <w:tc>
          <w:tcPr>
            <w:tcW w:w="2268" w:type="dxa"/>
            <w:tcMar>
              <w:top w:w="70" w:type="dxa"/>
              <w:left w:w="90" w:type="dxa"/>
              <w:bottom w:w="70" w:type="dxa"/>
              <w:right w:w="90" w:type="dxa"/>
            </w:tcMar>
            <w:vAlign w:val="center"/>
          </w:tcPr>
          <w:p w14:paraId="3EBC35A1"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5623BA0" w14:textId="77777777" w:rsidR="005B3871" w:rsidRDefault="00000000">
            <w:r>
              <w:rPr>
                <w:b/>
                <w:color w:val="000000"/>
                <w:sz w:val="16"/>
              </w:rPr>
              <w:t xml:space="preserve">ŠTEVILO UR: </w:t>
            </w:r>
            <w:r>
              <w:rPr>
                <w:color w:val="000000"/>
                <w:sz w:val="16"/>
              </w:rPr>
              <w:t>4</w:t>
            </w:r>
          </w:p>
        </w:tc>
      </w:tr>
      <w:tr w:rsidR="005B3871" w14:paraId="22DF450E" w14:textId="77777777">
        <w:trPr>
          <w:jc w:val="center"/>
        </w:trPr>
        <w:tc>
          <w:tcPr>
            <w:tcW w:w="14061" w:type="dxa"/>
            <w:gridSpan w:val="6"/>
            <w:tcMar>
              <w:top w:w="70" w:type="dxa"/>
              <w:left w:w="90" w:type="dxa"/>
              <w:bottom w:w="70" w:type="dxa"/>
              <w:right w:w="90" w:type="dxa"/>
            </w:tcMar>
            <w:vAlign w:val="center"/>
          </w:tcPr>
          <w:p w14:paraId="0687CD65" w14:textId="77777777" w:rsidR="005B3871" w:rsidRDefault="00000000">
            <w:r>
              <w:rPr>
                <w:b/>
                <w:color w:val="000000"/>
                <w:sz w:val="17"/>
              </w:rPr>
              <w:t xml:space="preserve">TIP UČNE URE: </w:t>
            </w:r>
            <w:r>
              <w:rPr>
                <w:color w:val="000000"/>
                <w:sz w:val="17"/>
              </w:rPr>
              <w:t>utrjevanje, pisno ocenjevanje znanja, analiza dosežkov in ponovno učenje</w:t>
            </w:r>
          </w:p>
        </w:tc>
      </w:tr>
      <w:tr w:rsidR="005B3871" w14:paraId="01961412" w14:textId="77777777">
        <w:trPr>
          <w:cantSplit/>
          <w:jc w:val="center"/>
        </w:trPr>
        <w:tc>
          <w:tcPr>
            <w:tcW w:w="14060" w:type="dxa"/>
            <w:gridSpan w:val="6"/>
            <w:tcMar>
              <w:top w:w="70" w:type="dxa"/>
              <w:left w:w="90" w:type="dxa"/>
              <w:bottom w:w="70" w:type="dxa"/>
              <w:right w:w="90" w:type="dxa"/>
            </w:tcMar>
            <w:vAlign w:val="center"/>
          </w:tcPr>
          <w:p w14:paraId="6A68E7C0" w14:textId="77777777" w:rsidR="005B3871" w:rsidRDefault="005B3871"/>
          <w:p w14:paraId="558F9D65" w14:textId="77777777" w:rsidR="005B3871" w:rsidRDefault="00000000">
            <w:pPr>
              <w:spacing w:line="245" w:lineRule="auto"/>
            </w:pPr>
            <w:r>
              <w:rPr>
                <w:b/>
                <w:color w:val="000000"/>
                <w:sz w:val="16"/>
              </w:rPr>
              <w:t xml:space="preserve">UČNI SKLOP: </w:t>
            </w:r>
            <w:r>
              <w:rPr>
                <w:color w:val="000000"/>
                <w:sz w:val="16"/>
              </w:rPr>
              <w:t>POLETJE, SKUPNOST IN ZAKLJUČEK</w:t>
            </w:r>
          </w:p>
        </w:tc>
      </w:tr>
      <w:tr w:rsidR="005B3871" w14:paraId="015A6A36" w14:textId="77777777">
        <w:trPr>
          <w:cantSplit/>
          <w:jc w:val="center"/>
        </w:trPr>
        <w:tc>
          <w:tcPr>
            <w:tcW w:w="14060" w:type="dxa"/>
            <w:gridSpan w:val="6"/>
            <w:tcMar>
              <w:top w:w="70" w:type="dxa"/>
              <w:left w:w="90" w:type="dxa"/>
              <w:bottom w:w="70" w:type="dxa"/>
              <w:right w:w="90" w:type="dxa"/>
            </w:tcMar>
            <w:vAlign w:val="center"/>
          </w:tcPr>
          <w:p w14:paraId="758CAAFC" w14:textId="77777777" w:rsidR="005B3871" w:rsidRDefault="005B3871"/>
          <w:p w14:paraId="30888B72" w14:textId="77777777" w:rsidR="005B3871" w:rsidRDefault="00000000">
            <w:pPr>
              <w:spacing w:line="245" w:lineRule="auto"/>
            </w:pPr>
            <w:r>
              <w:rPr>
                <w:b/>
                <w:color w:val="000000"/>
                <w:sz w:val="16"/>
              </w:rPr>
              <w:t xml:space="preserve">UČNA TEMA: </w:t>
            </w:r>
            <w:r>
              <w:rPr>
                <w:color w:val="000000"/>
                <w:sz w:val="16"/>
              </w:rPr>
              <w:t>RAČUNANJE DO 20</w:t>
            </w:r>
          </w:p>
        </w:tc>
      </w:tr>
      <w:tr w:rsidR="005B3871" w14:paraId="3C8E4B6B" w14:textId="77777777">
        <w:trPr>
          <w:cantSplit/>
          <w:jc w:val="center"/>
        </w:trPr>
        <w:tc>
          <w:tcPr>
            <w:tcW w:w="14060" w:type="dxa"/>
            <w:gridSpan w:val="6"/>
            <w:tcMar>
              <w:top w:w="70" w:type="dxa"/>
              <w:left w:w="90" w:type="dxa"/>
              <w:bottom w:w="70" w:type="dxa"/>
              <w:right w:w="90" w:type="dxa"/>
            </w:tcMar>
            <w:vAlign w:val="center"/>
          </w:tcPr>
          <w:p w14:paraId="04A94C46" w14:textId="77777777" w:rsidR="005B3871" w:rsidRDefault="005B3871"/>
          <w:p w14:paraId="6DDFC4D0" w14:textId="77777777" w:rsidR="005B3871" w:rsidRDefault="00000000">
            <w:pPr>
              <w:spacing w:line="245" w:lineRule="auto"/>
            </w:pPr>
            <w:r>
              <w:rPr>
                <w:b/>
                <w:color w:val="000000"/>
                <w:sz w:val="16"/>
              </w:rPr>
              <w:t xml:space="preserve">KNJIŽEVNO IZHODIŠČE IN MOTIV: </w:t>
            </w:r>
            <w:r>
              <w:rPr>
                <w:color w:val="000000"/>
                <w:sz w:val="16"/>
              </w:rPr>
              <w:t>»Sonček boža tačice« – Srečko Kosovel • NADALJEVANJE • poletje, sonce, varnost in doživljanje narave</w:t>
            </w:r>
          </w:p>
        </w:tc>
      </w:tr>
      <w:tr w:rsidR="005B3871" w14:paraId="59246774" w14:textId="77777777">
        <w:trPr>
          <w:cantSplit/>
          <w:jc w:val="center"/>
        </w:trPr>
        <w:tc>
          <w:tcPr>
            <w:tcW w:w="14060" w:type="dxa"/>
            <w:gridSpan w:val="6"/>
            <w:tcMar>
              <w:top w:w="70" w:type="dxa"/>
              <w:left w:w="90" w:type="dxa"/>
              <w:bottom w:w="70" w:type="dxa"/>
              <w:right w:w="90" w:type="dxa"/>
            </w:tcMar>
            <w:vAlign w:val="center"/>
          </w:tcPr>
          <w:p w14:paraId="39F01905" w14:textId="77777777" w:rsidR="005B3871" w:rsidRDefault="005B3871"/>
          <w:p w14:paraId="4AFCA3CA" w14:textId="77777777" w:rsidR="005B3871" w:rsidRDefault="00000000">
            <w:pPr>
              <w:spacing w:line="245" w:lineRule="auto"/>
            </w:pPr>
            <w:r>
              <w:rPr>
                <w:b/>
                <w:color w:val="000000"/>
                <w:sz w:val="16"/>
              </w:rPr>
              <w:t xml:space="preserve">UČNE ENOTE: </w:t>
            </w:r>
            <w:r>
              <w:rPr>
                <w:color w:val="000000"/>
                <w:sz w:val="16"/>
              </w:rPr>
              <w:t>1. ura – Kriteriji in kratka priprava • 2. ura – Pisno ocenjevanje znanja • 3. ura – Opisna analiza • 4. ura – Moj naslednji korak</w:t>
            </w:r>
          </w:p>
        </w:tc>
      </w:tr>
      <w:tr w:rsidR="005B3871" w14:paraId="2ACA815A" w14:textId="77777777">
        <w:trPr>
          <w:cantSplit/>
          <w:jc w:val="center"/>
        </w:trPr>
        <w:tc>
          <w:tcPr>
            <w:tcW w:w="14060" w:type="dxa"/>
            <w:gridSpan w:val="6"/>
            <w:tcMar>
              <w:top w:w="70" w:type="dxa"/>
              <w:left w:w="90" w:type="dxa"/>
              <w:bottom w:w="70" w:type="dxa"/>
              <w:right w:w="90" w:type="dxa"/>
            </w:tcMar>
            <w:vAlign w:val="center"/>
          </w:tcPr>
          <w:p w14:paraId="64A1BCA2" w14:textId="77777777" w:rsidR="005B3871" w:rsidRDefault="005B3871"/>
          <w:p w14:paraId="2BCE777B"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32AF6757" w14:textId="77777777">
        <w:trPr>
          <w:cantSplit/>
          <w:jc w:val="center"/>
        </w:trPr>
        <w:tc>
          <w:tcPr>
            <w:tcW w:w="14060" w:type="dxa"/>
            <w:gridSpan w:val="6"/>
            <w:tcMar>
              <w:top w:w="70" w:type="dxa"/>
              <w:left w:w="90" w:type="dxa"/>
              <w:bottom w:w="70" w:type="dxa"/>
              <w:right w:w="90" w:type="dxa"/>
            </w:tcMar>
            <w:vAlign w:val="center"/>
          </w:tcPr>
          <w:p w14:paraId="35D1211A" w14:textId="77777777" w:rsidR="005B3871" w:rsidRDefault="005B3871"/>
          <w:p w14:paraId="32EFC042"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0FBAFBDB" w14:textId="77777777">
        <w:trPr>
          <w:cantSplit/>
          <w:jc w:val="center"/>
        </w:trPr>
        <w:tc>
          <w:tcPr>
            <w:tcW w:w="14060" w:type="dxa"/>
            <w:gridSpan w:val="6"/>
            <w:tcMar>
              <w:top w:w="70" w:type="dxa"/>
              <w:left w:w="90" w:type="dxa"/>
              <w:bottom w:w="70" w:type="dxa"/>
              <w:right w:w="90" w:type="dxa"/>
            </w:tcMar>
            <w:vAlign w:val="center"/>
          </w:tcPr>
          <w:p w14:paraId="0E1C3366" w14:textId="77777777" w:rsidR="005B3871" w:rsidRDefault="005B3871"/>
          <w:p w14:paraId="6AEC8BC5"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6273F351" w14:textId="77777777">
        <w:trPr>
          <w:cantSplit/>
          <w:jc w:val="center"/>
        </w:trPr>
        <w:tc>
          <w:tcPr>
            <w:tcW w:w="14060" w:type="dxa"/>
            <w:gridSpan w:val="6"/>
            <w:tcMar>
              <w:top w:w="70" w:type="dxa"/>
              <w:left w:w="90" w:type="dxa"/>
              <w:bottom w:w="70" w:type="dxa"/>
              <w:right w:w="90" w:type="dxa"/>
            </w:tcMar>
            <w:vAlign w:val="center"/>
          </w:tcPr>
          <w:p w14:paraId="135CBAA2" w14:textId="77777777" w:rsidR="005B3871" w:rsidRDefault="005B3871"/>
          <w:p w14:paraId="6770838F" w14:textId="77777777" w:rsidR="005B3871" w:rsidRDefault="00000000">
            <w:pPr>
              <w:spacing w:line="245" w:lineRule="auto"/>
            </w:pPr>
            <w:r>
              <w:rPr>
                <w:b/>
                <w:color w:val="000000"/>
                <w:sz w:val="16"/>
              </w:rPr>
              <w:t xml:space="preserve">MEDPREDMETNE POVEZAVE: </w:t>
            </w:r>
            <w:r>
              <w:rPr>
                <w:color w:val="000000"/>
                <w:sz w:val="16"/>
              </w:rPr>
              <w:t>SLJ – razumevanje navodil in razlaga; SPO – poletne situacije; LUM – pregledni prikazi</w:t>
            </w:r>
          </w:p>
        </w:tc>
      </w:tr>
      <w:tr w:rsidR="005B3871" w14:paraId="68AA3D1A" w14:textId="77777777">
        <w:trPr>
          <w:cantSplit/>
          <w:jc w:val="center"/>
        </w:trPr>
        <w:tc>
          <w:tcPr>
            <w:tcW w:w="14060" w:type="dxa"/>
            <w:gridSpan w:val="6"/>
            <w:tcMar>
              <w:top w:w="70" w:type="dxa"/>
              <w:left w:w="90" w:type="dxa"/>
              <w:bottom w:w="70" w:type="dxa"/>
              <w:right w:w="90" w:type="dxa"/>
            </w:tcMar>
            <w:vAlign w:val="center"/>
          </w:tcPr>
          <w:p w14:paraId="154A599F" w14:textId="77777777" w:rsidR="005B3871" w:rsidRDefault="005B3871"/>
          <w:p w14:paraId="605CF184" w14:textId="77777777" w:rsidR="005B3871" w:rsidRDefault="00000000">
            <w:pPr>
              <w:spacing w:line="245" w:lineRule="auto"/>
            </w:pPr>
            <w:r>
              <w:rPr>
                <w:b/>
                <w:color w:val="000000"/>
                <w:sz w:val="16"/>
              </w:rPr>
              <w:t xml:space="preserve">UČNA SREDSTVA IN PRIPOMOČKI: </w:t>
            </w:r>
            <w:r>
              <w:rPr>
                <w:color w:val="000000"/>
                <w:sz w:val="16"/>
              </w:rPr>
              <w:t>konkretni modeli za uvod in analizo, desetiški okvirji, številska os 0–20, pisni preizkus, prikazi podatkov, kriteriji, mapa dosežkov</w:t>
            </w:r>
          </w:p>
        </w:tc>
      </w:tr>
      <w:tr w:rsidR="005B3871" w14:paraId="614F944B" w14:textId="77777777">
        <w:trPr>
          <w:cantSplit/>
          <w:jc w:val="center"/>
        </w:trPr>
        <w:tc>
          <w:tcPr>
            <w:tcW w:w="14060" w:type="dxa"/>
            <w:gridSpan w:val="6"/>
            <w:tcMar>
              <w:top w:w="70" w:type="dxa"/>
              <w:left w:w="90" w:type="dxa"/>
              <w:bottom w:w="70" w:type="dxa"/>
              <w:right w:w="90" w:type="dxa"/>
            </w:tcMar>
            <w:vAlign w:val="center"/>
          </w:tcPr>
          <w:p w14:paraId="65F6FAB7" w14:textId="77777777" w:rsidR="005B3871" w:rsidRDefault="005B3871"/>
          <w:p w14:paraId="4EFD2A60"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1268E793" w14:textId="77777777">
        <w:trPr>
          <w:cantSplit/>
          <w:jc w:val="center"/>
        </w:trPr>
        <w:tc>
          <w:tcPr>
            <w:tcW w:w="14060" w:type="dxa"/>
            <w:gridSpan w:val="6"/>
            <w:tcMar>
              <w:top w:w="70" w:type="dxa"/>
              <w:left w:w="90" w:type="dxa"/>
              <w:bottom w:w="70" w:type="dxa"/>
              <w:right w:w="90" w:type="dxa"/>
            </w:tcMar>
            <w:vAlign w:val="center"/>
          </w:tcPr>
          <w:p w14:paraId="44F8DEE8" w14:textId="77777777" w:rsidR="005B3871" w:rsidRDefault="005B3871"/>
          <w:p w14:paraId="1A8C4612" w14:textId="77777777" w:rsidR="005B3871" w:rsidRDefault="00000000">
            <w:pPr>
              <w:spacing w:line="245" w:lineRule="auto"/>
            </w:pPr>
            <w:r>
              <w:rPr>
                <w:b/>
                <w:color w:val="000000"/>
                <w:sz w:val="16"/>
              </w:rPr>
              <w:t xml:space="preserve">OCENJEVANJE / DAN DEJAVNOSTI: </w:t>
            </w:r>
            <w:r>
              <w:rPr>
                <w:color w:val="000000"/>
                <w:sz w:val="16"/>
              </w:rPr>
              <w:t>OCENJEVANJE 5 – PISNO: števila in računanje do 20 ter statistika; analiza dosežkov</w:t>
            </w:r>
          </w:p>
        </w:tc>
      </w:tr>
      <w:tr w:rsidR="005B3871" w14:paraId="63F64499" w14:textId="77777777">
        <w:trPr>
          <w:cantSplit/>
          <w:jc w:val="center"/>
        </w:trPr>
        <w:tc>
          <w:tcPr>
            <w:tcW w:w="14060" w:type="dxa"/>
            <w:gridSpan w:val="6"/>
            <w:tcMar>
              <w:top w:w="70" w:type="dxa"/>
              <w:left w:w="90" w:type="dxa"/>
              <w:bottom w:w="70" w:type="dxa"/>
              <w:right w:w="90" w:type="dxa"/>
            </w:tcMar>
            <w:vAlign w:val="center"/>
          </w:tcPr>
          <w:p w14:paraId="5D88AD5F" w14:textId="77777777" w:rsidR="005B3871" w:rsidRDefault="005B3871"/>
          <w:p w14:paraId="5F6FED7A" w14:textId="77777777" w:rsidR="005B3871" w:rsidRDefault="00000000">
            <w:pPr>
              <w:spacing w:line="245" w:lineRule="auto"/>
            </w:pPr>
            <w:r>
              <w:rPr>
                <w:b/>
                <w:color w:val="000000"/>
                <w:sz w:val="16"/>
              </w:rPr>
              <w:t xml:space="preserve">VARNOST: </w:t>
            </w:r>
            <w:r>
              <w:rPr>
                <w:color w:val="000000"/>
                <w:sz w:val="16"/>
              </w:rPr>
              <w:t>Med pisnim delom je prostor miren in pregleden; učenec uporablja le dogovorjene pripomočke ter po potrebi uveljavlja individualne prilagoditve.</w:t>
            </w:r>
          </w:p>
        </w:tc>
      </w:tr>
    </w:tbl>
    <w:p w14:paraId="79B29545"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2F4FA8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315634A"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68EE505" w14:textId="77777777" w:rsidR="005B3871" w:rsidRDefault="00000000">
            <w:pPr>
              <w:jc w:val="center"/>
            </w:pPr>
            <w:r>
              <w:rPr>
                <w:b/>
                <w:color w:val="000000"/>
                <w:sz w:val="20"/>
              </w:rPr>
              <w:t>UČNE DEJAVNOSTI, METODE IN FORMATIVNO SPREMLJANJE</w:t>
            </w:r>
          </w:p>
        </w:tc>
      </w:tr>
      <w:tr w:rsidR="005B3871" w14:paraId="62CF4EDD" w14:textId="77777777">
        <w:trPr>
          <w:tblHeader/>
          <w:jc w:val="center"/>
        </w:trPr>
        <w:tc>
          <w:tcPr>
            <w:tcW w:w="4422" w:type="dxa"/>
            <w:vMerge/>
            <w:tcMar>
              <w:top w:w="70" w:type="dxa"/>
              <w:left w:w="90" w:type="dxa"/>
              <w:bottom w:w="70" w:type="dxa"/>
              <w:right w:w="90" w:type="dxa"/>
            </w:tcMar>
            <w:vAlign w:val="center"/>
          </w:tcPr>
          <w:p w14:paraId="6B3C2E36" w14:textId="77777777" w:rsidR="005B3871" w:rsidRDefault="005B3871"/>
        </w:tc>
        <w:tc>
          <w:tcPr>
            <w:tcW w:w="7087" w:type="dxa"/>
            <w:shd w:val="clear" w:color="auto" w:fill="FFFFFF"/>
            <w:tcMar>
              <w:top w:w="70" w:type="dxa"/>
              <w:left w:w="90" w:type="dxa"/>
              <w:bottom w:w="70" w:type="dxa"/>
              <w:right w:w="90" w:type="dxa"/>
            </w:tcMar>
            <w:vAlign w:val="center"/>
          </w:tcPr>
          <w:p w14:paraId="7EC5C2A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3C97662" w14:textId="77777777" w:rsidR="005B3871" w:rsidRDefault="00000000">
            <w:pPr>
              <w:jc w:val="center"/>
            </w:pPr>
            <w:r>
              <w:rPr>
                <w:b/>
                <w:color w:val="000000"/>
              </w:rPr>
              <w:t>UČENEC</w:t>
            </w:r>
          </w:p>
        </w:tc>
      </w:tr>
      <w:tr w:rsidR="005B3871" w14:paraId="22750403" w14:textId="77777777">
        <w:trPr>
          <w:jc w:val="center"/>
        </w:trPr>
        <w:tc>
          <w:tcPr>
            <w:tcW w:w="4422" w:type="dxa"/>
            <w:tcMar>
              <w:top w:w="70" w:type="dxa"/>
              <w:left w:w="90" w:type="dxa"/>
              <w:bottom w:w="70" w:type="dxa"/>
              <w:right w:w="90" w:type="dxa"/>
            </w:tcMar>
          </w:tcPr>
          <w:p w14:paraId="46115624" w14:textId="77777777" w:rsidR="005B3871" w:rsidRDefault="005B3871"/>
          <w:p w14:paraId="22228576" w14:textId="77777777" w:rsidR="005B3871" w:rsidRDefault="00000000">
            <w:pPr>
              <w:spacing w:after="60" w:line="245" w:lineRule="auto"/>
            </w:pPr>
            <w:r>
              <w:rPr>
                <w:b/>
                <w:color w:val="000000"/>
              </w:rPr>
              <w:t>UČNI CILJI</w:t>
            </w:r>
          </w:p>
          <w:p w14:paraId="2166C64D" w14:textId="77777777" w:rsidR="005B3871" w:rsidRDefault="00000000">
            <w:pPr>
              <w:spacing w:after="20" w:line="245" w:lineRule="auto"/>
            </w:pPr>
            <w:r>
              <w:rPr>
                <w:b/>
                <w:color w:val="000000"/>
                <w:sz w:val="17"/>
              </w:rPr>
              <w:t>SPLOŠNI</w:t>
            </w:r>
          </w:p>
          <w:p w14:paraId="7ED247EB" w14:textId="77777777" w:rsidR="005B3871" w:rsidRDefault="00000000">
            <w:pPr>
              <w:pStyle w:val="Oznaenseznam"/>
              <w:spacing w:after="16"/>
            </w:pPr>
            <w:r>
              <w:rPr>
                <w:color w:val="000000"/>
                <w:sz w:val="16"/>
              </w:rPr>
              <w:t>razvija številske, prostorske in količinske predstave s konkretnimi izkušnjami</w:t>
            </w:r>
          </w:p>
          <w:p w14:paraId="641DFB4E" w14:textId="77777777" w:rsidR="005B3871" w:rsidRDefault="00000000">
            <w:pPr>
              <w:pStyle w:val="Oznaenseznam"/>
              <w:spacing w:after="16"/>
            </w:pPr>
            <w:r>
              <w:rPr>
                <w:color w:val="000000"/>
                <w:sz w:val="16"/>
              </w:rPr>
              <w:t>rešuje matematične probleme s predmetom, gibanjem, risbo, modelom in simbolom</w:t>
            </w:r>
          </w:p>
          <w:p w14:paraId="6D3EBFC4" w14:textId="77777777" w:rsidR="005B3871" w:rsidRDefault="00000000">
            <w:pPr>
              <w:pStyle w:val="Oznaenseznam"/>
              <w:spacing w:after="16"/>
            </w:pPr>
            <w:r>
              <w:rPr>
                <w:color w:val="000000"/>
                <w:sz w:val="16"/>
              </w:rPr>
              <w:t>pojasnjuje izbrano strategijo, preverja smiselnost rešitve in posluša rešitve drugih</w:t>
            </w:r>
          </w:p>
          <w:p w14:paraId="1B4FB9A4" w14:textId="77777777" w:rsidR="005B3871" w:rsidRDefault="00000000">
            <w:pPr>
              <w:pStyle w:val="Oznaenseznam"/>
              <w:spacing w:after="16"/>
            </w:pPr>
            <w:r>
              <w:rPr>
                <w:color w:val="000000"/>
                <w:sz w:val="16"/>
              </w:rPr>
              <w:t>ob namenih in kriterijih spremlja svoje učenje ter uporabi opisno povratno informacijo</w:t>
            </w:r>
          </w:p>
          <w:p w14:paraId="5C9190BC" w14:textId="77777777" w:rsidR="005B3871" w:rsidRDefault="00000000">
            <w:pPr>
              <w:spacing w:before="40" w:after="20" w:line="245" w:lineRule="auto"/>
            </w:pPr>
            <w:r>
              <w:rPr>
                <w:b/>
                <w:color w:val="000000"/>
                <w:sz w:val="17"/>
              </w:rPr>
              <w:t>OPERATIVNI</w:t>
            </w:r>
          </w:p>
          <w:p w14:paraId="576A5310" w14:textId="77777777" w:rsidR="005B3871" w:rsidRDefault="00000000">
            <w:pPr>
              <w:pStyle w:val="Oznaenseznam"/>
              <w:spacing w:after="16"/>
            </w:pPr>
            <w:r>
              <w:rPr>
                <w:color w:val="000000"/>
                <w:sz w:val="16"/>
              </w:rPr>
              <w:t>sešteva in odšteva brez prehoda</w:t>
            </w:r>
          </w:p>
          <w:p w14:paraId="250173B1" w14:textId="77777777" w:rsidR="005B3871" w:rsidRDefault="00000000">
            <w:pPr>
              <w:pStyle w:val="Oznaenseznam"/>
              <w:spacing w:after="16"/>
            </w:pPr>
            <w:r>
              <w:rPr>
                <w:color w:val="000000"/>
                <w:sz w:val="16"/>
              </w:rPr>
              <w:t>reši besedilno nalogo</w:t>
            </w:r>
          </w:p>
          <w:p w14:paraId="43C00FD6" w14:textId="77777777" w:rsidR="005B3871" w:rsidRDefault="00000000">
            <w:pPr>
              <w:pStyle w:val="Oznaenseznam"/>
              <w:spacing w:after="16"/>
            </w:pPr>
            <w:r>
              <w:rPr>
                <w:color w:val="000000"/>
                <w:sz w:val="16"/>
              </w:rPr>
              <w:t>izbere ponazoritev</w:t>
            </w:r>
          </w:p>
          <w:p w14:paraId="3A2C69F9" w14:textId="77777777" w:rsidR="005B3871" w:rsidRDefault="00000000">
            <w:pPr>
              <w:spacing w:before="40" w:after="20" w:line="245" w:lineRule="auto"/>
            </w:pPr>
            <w:r>
              <w:rPr>
                <w:b/>
                <w:color w:val="000000"/>
                <w:sz w:val="17"/>
              </w:rPr>
              <w:t>PRIČAKOVANI DOSEŽKI / STANDARDI</w:t>
            </w:r>
          </w:p>
          <w:p w14:paraId="54EA3824" w14:textId="77777777" w:rsidR="005B3871" w:rsidRDefault="00000000">
            <w:pPr>
              <w:pStyle w:val="Oznaenseznam"/>
              <w:spacing w:after="16"/>
            </w:pPr>
            <w:r>
              <w:rPr>
                <w:color w:val="000000"/>
                <w:sz w:val="16"/>
              </w:rPr>
              <w:t>ob konkretni, slikovni ali gibalni opori sešteva in odšteva brez prehoda</w:t>
            </w:r>
          </w:p>
          <w:p w14:paraId="3878B03E" w14:textId="77777777" w:rsidR="005B3871" w:rsidRDefault="00000000">
            <w:pPr>
              <w:pStyle w:val="Oznaenseznam"/>
              <w:spacing w:after="16"/>
            </w:pPr>
            <w:r>
              <w:rPr>
                <w:color w:val="000000"/>
                <w:sz w:val="16"/>
              </w:rPr>
              <w:t>ob konkretni, slikovni ali gibalni opori reši besedilno nalogo</w:t>
            </w:r>
          </w:p>
          <w:p w14:paraId="090E1B56" w14:textId="77777777" w:rsidR="005B3871" w:rsidRDefault="00000000">
            <w:pPr>
              <w:pStyle w:val="Oznaenseznam"/>
              <w:spacing w:after="16"/>
            </w:pPr>
            <w:r>
              <w:rPr>
                <w:color w:val="000000"/>
                <w:sz w:val="16"/>
              </w:rPr>
              <w:t>ob konkretni, slikovni ali gibalni opori izbere ponazoritev</w:t>
            </w:r>
          </w:p>
        </w:tc>
        <w:tc>
          <w:tcPr>
            <w:tcW w:w="7087" w:type="dxa"/>
            <w:tcMar>
              <w:top w:w="70" w:type="dxa"/>
              <w:left w:w="90" w:type="dxa"/>
              <w:bottom w:w="70" w:type="dxa"/>
              <w:right w:w="90" w:type="dxa"/>
            </w:tcMar>
          </w:tcPr>
          <w:p w14:paraId="7D3B596D"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ABC6C6C" w14:textId="77777777">
              <w:trPr>
                <w:jc w:val="center"/>
              </w:trPr>
              <w:tc>
                <w:tcPr>
                  <w:tcW w:w="7087" w:type="dxa"/>
                  <w:shd w:val="clear" w:color="auto" w:fill="C6E7F3"/>
                  <w:tcMar>
                    <w:top w:w="45" w:type="dxa"/>
                    <w:left w:w="70" w:type="dxa"/>
                    <w:bottom w:w="45" w:type="dxa"/>
                    <w:right w:w="70" w:type="dxa"/>
                  </w:tcMar>
                </w:tcPr>
                <w:p w14:paraId="68E2AAB9" w14:textId="77777777" w:rsidR="005B3871" w:rsidRDefault="00000000">
                  <w:pPr>
                    <w:keepNext/>
                  </w:pPr>
                  <w:r>
                    <w:rPr>
                      <w:b/>
                      <w:color w:val="000000"/>
                    </w:rPr>
                    <w:t>UVODNI DEL – motivacija, aktivacija predznanja in namen učenja (15–20 min)</w:t>
                  </w:r>
                </w:p>
              </w:tc>
            </w:tr>
          </w:tbl>
          <w:p w14:paraId="099856AF" w14:textId="77777777" w:rsidR="005B3871" w:rsidRDefault="005B3871">
            <w:pPr>
              <w:spacing w:line="20" w:lineRule="exact"/>
            </w:pPr>
          </w:p>
          <w:p w14:paraId="34423D2F" w14:textId="77777777" w:rsidR="005B3871" w:rsidRDefault="00000000">
            <w:pPr>
              <w:spacing w:before="40" w:after="60" w:line="245" w:lineRule="auto"/>
            </w:pPr>
            <w:r>
              <w:rPr>
                <w:color w:val="000000"/>
                <w:sz w:val="16"/>
              </w:rPr>
              <w:t>Poletne naloge do 20 povežejo števila, računanje in podatke. Učenci obnovijo kriterije, nato znanje samostojno pokažejo pisno ter ob opisni povratni informaciji načrtujejo ponovitev ali izziv.</w:t>
            </w:r>
          </w:p>
          <w:tbl>
            <w:tblPr>
              <w:tblStyle w:val="Tabelamrea"/>
              <w:tblW w:w="0" w:type="auto"/>
              <w:jc w:val="center"/>
              <w:tblLayout w:type="fixed"/>
              <w:tblLook w:val="04A0" w:firstRow="1" w:lastRow="0" w:firstColumn="1" w:lastColumn="0" w:noHBand="0" w:noVBand="1"/>
            </w:tblPr>
            <w:tblGrid>
              <w:gridCol w:w="7087"/>
            </w:tblGrid>
            <w:tr w:rsidR="005B3871" w14:paraId="55D40C9F" w14:textId="77777777">
              <w:trPr>
                <w:jc w:val="center"/>
              </w:trPr>
              <w:tc>
                <w:tcPr>
                  <w:tcW w:w="7087" w:type="dxa"/>
                  <w:shd w:val="clear" w:color="auto" w:fill="EDC9EA"/>
                  <w:tcMar>
                    <w:top w:w="45" w:type="dxa"/>
                    <w:left w:w="70" w:type="dxa"/>
                    <w:bottom w:w="45" w:type="dxa"/>
                    <w:right w:w="70" w:type="dxa"/>
                  </w:tcMar>
                </w:tcPr>
                <w:p w14:paraId="6C320418" w14:textId="77777777" w:rsidR="005B3871" w:rsidRDefault="00000000">
                  <w:pPr>
                    <w:keepNext/>
                  </w:pPr>
                  <w:r>
                    <w:rPr>
                      <w:b/>
                      <w:color w:val="000000"/>
                    </w:rPr>
                    <w:t>NAMENI UČENJA</w:t>
                  </w:r>
                </w:p>
              </w:tc>
            </w:tr>
          </w:tbl>
          <w:p w14:paraId="42F50C00" w14:textId="77777777" w:rsidR="005B3871" w:rsidRDefault="005B3871">
            <w:pPr>
              <w:spacing w:line="20" w:lineRule="exact"/>
            </w:pPr>
          </w:p>
          <w:p w14:paraId="4DDA267A"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4503054A" w14:textId="77777777" w:rsidR="005B3871" w:rsidRDefault="00000000">
            <w:pPr>
              <w:pStyle w:val="Oznaenseznam"/>
              <w:spacing w:after="16"/>
            </w:pPr>
            <w:r>
              <w:rPr>
                <w:color w:val="000000"/>
                <w:sz w:val="16"/>
              </w:rPr>
              <w:t>seštevam in odštevam brez prehoda</w:t>
            </w:r>
          </w:p>
          <w:p w14:paraId="1FEEC219" w14:textId="77777777" w:rsidR="005B3871" w:rsidRDefault="00000000">
            <w:pPr>
              <w:pStyle w:val="Oznaenseznam"/>
              <w:spacing w:after="16"/>
            </w:pPr>
            <w:r>
              <w:rPr>
                <w:color w:val="000000"/>
                <w:sz w:val="16"/>
              </w:rPr>
              <w:t>rešim besedilno nalogo</w:t>
            </w:r>
          </w:p>
          <w:p w14:paraId="2599073C" w14:textId="77777777" w:rsidR="005B3871" w:rsidRDefault="00000000">
            <w:pPr>
              <w:pStyle w:val="Oznaenseznam"/>
              <w:spacing w:after="16"/>
            </w:pPr>
            <w:r>
              <w:rPr>
                <w:color w:val="000000"/>
                <w:sz w:val="16"/>
              </w:rPr>
              <w:t>izberem ponazoritev</w:t>
            </w:r>
          </w:p>
          <w:tbl>
            <w:tblPr>
              <w:tblStyle w:val="Tabelamrea"/>
              <w:tblW w:w="0" w:type="auto"/>
              <w:jc w:val="center"/>
              <w:tblLayout w:type="fixed"/>
              <w:tblLook w:val="04A0" w:firstRow="1" w:lastRow="0" w:firstColumn="1" w:lastColumn="0" w:noHBand="0" w:noVBand="1"/>
            </w:tblPr>
            <w:tblGrid>
              <w:gridCol w:w="7087"/>
            </w:tblGrid>
            <w:tr w:rsidR="005B3871" w14:paraId="65281D3A" w14:textId="77777777">
              <w:trPr>
                <w:jc w:val="center"/>
              </w:trPr>
              <w:tc>
                <w:tcPr>
                  <w:tcW w:w="7087" w:type="dxa"/>
                  <w:shd w:val="clear" w:color="auto" w:fill="EDC9EA"/>
                  <w:tcMar>
                    <w:top w:w="45" w:type="dxa"/>
                    <w:left w:w="70" w:type="dxa"/>
                    <w:bottom w:w="45" w:type="dxa"/>
                    <w:right w:w="70" w:type="dxa"/>
                  </w:tcMar>
                </w:tcPr>
                <w:p w14:paraId="7AB74D94" w14:textId="77777777" w:rsidR="005B3871" w:rsidRDefault="00000000">
                  <w:pPr>
                    <w:keepNext/>
                  </w:pPr>
                  <w:r>
                    <w:rPr>
                      <w:b/>
                      <w:color w:val="000000"/>
                    </w:rPr>
                    <w:t>PREVERJANJE PREDZNANJA</w:t>
                  </w:r>
                </w:p>
              </w:tc>
            </w:tr>
          </w:tbl>
          <w:p w14:paraId="4EF61AA7" w14:textId="77777777" w:rsidR="005B3871" w:rsidRDefault="005B3871">
            <w:pPr>
              <w:spacing w:line="20" w:lineRule="exact"/>
            </w:pPr>
          </w:p>
          <w:p w14:paraId="526957AD" w14:textId="77777777" w:rsidR="005B3871" w:rsidRDefault="00000000">
            <w:pPr>
              <w:pStyle w:val="Oznaenseznam"/>
              <w:spacing w:after="16"/>
            </w:pPr>
            <w:r>
              <w:rPr>
                <w:color w:val="000000"/>
                <w:sz w:val="16"/>
              </w:rPr>
              <w:t>Kaj preverim pri zapisu, računu in branju prikaza?</w:t>
            </w:r>
          </w:p>
          <w:p w14:paraId="2E556DFA" w14:textId="77777777" w:rsidR="005B3871" w:rsidRDefault="00000000">
            <w:pPr>
              <w:pStyle w:val="Oznaenseznam"/>
              <w:spacing w:after="16"/>
            </w:pPr>
            <w:r>
              <w:rPr>
                <w:color w:val="000000"/>
                <w:sz w:val="16"/>
              </w:rPr>
              <w:t>Kako mirno nadaljujem, če se pri eni nalogi ustavim?</w:t>
            </w:r>
          </w:p>
          <w:p w14:paraId="1E68D967"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531D054A" w14:textId="77777777">
              <w:trPr>
                <w:jc w:val="center"/>
              </w:trPr>
              <w:tc>
                <w:tcPr>
                  <w:tcW w:w="7087" w:type="dxa"/>
                  <w:shd w:val="clear" w:color="auto" w:fill="EDC9EA"/>
                  <w:tcMar>
                    <w:top w:w="45" w:type="dxa"/>
                    <w:left w:w="70" w:type="dxa"/>
                    <w:bottom w:w="45" w:type="dxa"/>
                    <w:right w:w="70" w:type="dxa"/>
                  </w:tcMar>
                </w:tcPr>
                <w:p w14:paraId="37690622" w14:textId="77777777" w:rsidR="005B3871" w:rsidRDefault="00000000">
                  <w:pPr>
                    <w:keepNext/>
                  </w:pPr>
                  <w:r>
                    <w:rPr>
                      <w:b/>
                      <w:color w:val="000000"/>
                    </w:rPr>
                    <w:t>KRITERIJI USPEŠNOSTI</w:t>
                  </w:r>
                </w:p>
              </w:tc>
            </w:tr>
          </w:tbl>
          <w:p w14:paraId="1B60D7E7" w14:textId="77777777" w:rsidR="005B3871" w:rsidRDefault="005B3871"/>
          <w:p w14:paraId="6D478199" w14:textId="77777777" w:rsidR="005B3871" w:rsidRDefault="00000000">
            <w:pPr>
              <w:spacing w:before="20" w:after="20" w:line="245" w:lineRule="auto"/>
            </w:pPr>
            <w:r>
              <w:rPr>
                <w:b/>
                <w:color w:val="000000"/>
                <w:sz w:val="16"/>
              </w:rPr>
              <w:t>Uspešen/-na bom, ko:</w:t>
            </w:r>
          </w:p>
          <w:p w14:paraId="6B43ABC3" w14:textId="77777777" w:rsidR="005B3871" w:rsidRDefault="00000000">
            <w:pPr>
              <w:pStyle w:val="Oznaenseznam"/>
              <w:spacing w:after="16"/>
            </w:pPr>
            <w:r>
              <w:rPr>
                <w:color w:val="000000"/>
                <w:sz w:val="16"/>
              </w:rPr>
              <w:t>seštevam in odštevam brez prehoda</w:t>
            </w:r>
          </w:p>
          <w:p w14:paraId="1E21484F" w14:textId="77777777" w:rsidR="005B3871" w:rsidRDefault="00000000">
            <w:pPr>
              <w:pStyle w:val="Oznaenseznam"/>
              <w:spacing w:after="16"/>
            </w:pPr>
            <w:r>
              <w:rPr>
                <w:color w:val="000000"/>
                <w:sz w:val="16"/>
              </w:rPr>
              <w:t>rešim besedilno nalogo</w:t>
            </w:r>
          </w:p>
          <w:p w14:paraId="7DDFCAE6" w14:textId="77777777" w:rsidR="005B3871" w:rsidRDefault="00000000">
            <w:pPr>
              <w:pStyle w:val="Oznaenseznam"/>
              <w:spacing w:after="16"/>
            </w:pPr>
            <w:r>
              <w:rPr>
                <w:color w:val="000000"/>
                <w:sz w:val="16"/>
              </w:rPr>
              <w:t>izberem ponazoritev</w:t>
            </w:r>
          </w:p>
          <w:p w14:paraId="0D77CF58"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485A2B20" w14:textId="77777777" w:rsidR="005B3871" w:rsidRDefault="005B3871"/>
          <w:p w14:paraId="46354164"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041A8035" w14:textId="77777777" w:rsidR="005B3871" w:rsidRDefault="00000000">
            <w:pPr>
              <w:spacing w:after="80" w:line="245" w:lineRule="auto"/>
            </w:pPr>
            <w:r>
              <w:rPr>
                <w:color w:val="000000"/>
                <w:sz w:val="16"/>
              </w:rPr>
              <w:t>Pove, pokaže ali nariše, kako bi nalogo začel. Posluša tudi drugačne strategije.</w:t>
            </w:r>
          </w:p>
          <w:p w14:paraId="07B533CB" w14:textId="77777777" w:rsidR="005B3871" w:rsidRDefault="00000000">
            <w:pPr>
              <w:spacing w:after="100" w:line="245" w:lineRule="auto"/>
            </w:pPr>
            <w:r>
              <w:rPr>
                <w:color w:val="000000"/>
                <w:sz w:val="16"/>
              </w:rPr>
              <w:t>Sodeluje pri razumevanju namenov in kriterijev uspešnosti.</w:t>
            </w:r>
          </w:p>
          <w:p w14:paraId="4D90B19C" w14:textId="77777777" w:rsidR="005B3871" w:rsidRDefault="00000000">
            <w:pPr>
              <w:spacing w:after="20" w:line="245" w:lineRule="auto"/>
            </w:pPr>
            <w:r>
              <w:rPr>
                <w:b/>
                <w:color w:val="D95BC6"/>
                <w:sz w:val="17"/>
              </w:rPr>
              <w:t>DOKAZ O UČENJU</w:t>
            </w:r>
          </w:p>
          <w:p w14:paraId="42FA96B9" w14:textId="77777777" w:rsidR="005B3871" w:rsidRDefault="00000000">
            <w:pPr>
              <w:spacing w:after="30" w:line="245" w:lineRule="auto"/>
            </w:pPr>
            <w:r>
              <w:rPr>
                <w:color w:val="D95BC6"/>
                <w:sz w:val="16"/>
              </w:rPr>
              <w:t>začetna strategija, razvrstitev, model, risba, gib ali ustni odgovor</w:t>
            </w:r>
          </w:p>
        </w:tc>
      </w:tr>
    </w:tbl>
    <w:p w14:paraId="7E27A188"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21F38B2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16CD252"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6CD6DA1" w14:textId="77777777" w:rsidR="005B3871" w:rsidRDefault="00000000">
            <w:pPr>
              <w:jc w:val="center"/>
            </w:pPr>
            <w:r>
              <w:rPr>
                <w:b/>
                <w:color w:val="000000"/>
                <w:sz w:val="20"/>
              </w:rPr>
              <w:t>UČNE DEJAVNOSTI, METODE IN FORMATIVNO SPREMLJANJE</w:t>
            </w:r>
          </w:p>
        </w:tc>
      </w:tr>
      <w:tr w:rsidR="005B3871" w14:paraId="7A7AAF21" w14:textId="77777777">
        <w:trPr>
          <w:tblHeader/>
          <w:jc w:val="center"/>
        </w:trPr>
        <w:tc>
          <w:tcPr>
            <w:tcW w:w="4422" w:type="dxa"/>
            <w:vMerge/>
            <w:tcMar>
              <w:top w:w="70" w:type="dxa"/>
              <w:left w:w="90" w:type="dxa"/>
              <w:bottom w:w="70" w:type="dxa"/>
              <w:right w:w="90" w:type="dxa"/>
            </w:tcMar>
            <w:vAlign w:val="center"/>
          </w:tcPr>
          <w:p w14:paraId="172E7D49" w14:textId="77777777" w:rsidR="005B3871" w:rsidRDefault="005B3871"/>
        </w:tc>
        <w:tc>
          <w:tcPr>
            <w:tcW w:w="7087" w:type="dxa"/>
            <w:shd w:val="clear" w:color="auto" w:fill="FFFFFF"/>
            <w:tcMar>
              <w:top w:w="70" w:type="dxa"/>
              <w:left w:w="90" w:type="dxa"/>
              <w:bottom w:w="70" w:type="dxa"/>
              <w:right w:w="90" w:type="dxa"/>
            </w:tcMar>
            <w:vAlign w:val="center"/>
          </w:tcPr>
          <w:p w14:paraId="6D8927B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C69624" w14:textId="77777777" w:rsidR="005B3871" w:rsidRDefault="00000000">
            <w:pPr>
              <w:jc w:val="center"/>
            </w:pPr>
            <w:r>
              <w:rPr>
                <w:b/>
                <w:color w:val="000000"/>
              </w:rPr>
              <w:t>UČENEC</w:t>
            </w:r>
          </w:p>
        </w:tc>
      </w:tr>
      <w:tr w:rsidR="005B3871" w14:paraId="24E12D22" w14:textId="77777777">
        <w:trPr>
          <w:jc w:val="center"/>
        </w:trPr>
        <w:tc>
          <w:tcPr>
            <w:tcW w:w="4422" w:type="dxa"/>
            <w:tcMar>
              <w:top w:w="70" w:type="dxa"/>
              <w:left w:w="90" w:type="dxa"/>
              <w:bottom w:w="70" w:type="dxa"/>
              <w:right w:w="90" w:type="dxa"/>
            </w:tcMar>
          </w:tcPr>
          <w:p w14:paraId="4F9D6CD7" w14:textId="77777777" w:rsidR="005B3871" w:rsidRDefault="005B3871"/>
          <w:p w14:paraId="656544A7" w14:textId="77777777" w:rsidR="005B3871" w:rsidRDefault="00000000">
            <w:pPr>
              <w:spacing w:after="40" w:line="245" w:lineRule="auto"/>
            </w:pPr>
            <w:r>
              <w:rPr>
                <w:b/>
                <w:color w:val="000000"/>
              </w:rPr>
              <w:t>KLJUČNI POJMI</w:t>
            </w:r>
          </w:p>
          <w:p w14:paraId="79079E9F" w14:textId="77777777" w:rsidR="005B3871" w:rsidRDefault="00000000">
            <w:pPr>
              <w:spacing w:after="60" w:line="245" w:lineRule="auto"/>
            </w:pPr>
            <w:r>
              <w:rPr>
                <w:color w:val="000000"/>
                <w:sz w:val="16"/>
              </w:rPr>
              <w:t>števila 0–20, primerjanje, seštevanje, odštevanje, zakon o zamenjavi, podatek, prikaz, analiza, naslednji korak</w:t>
            </w:r>
          </w:p>
          <w:p w14:paraId="345D1F71" w14:textId="77777777" w:rsidR="005B3871" w:rsidRDefault="00000000">
            <w:pPr>
              <w:spacing w:after="20" w:line="245" w:lineRule="auto"/>
            </w:pPr>
            <w:r>
              <w:rPr>
                <w:b/>
                <w:color w:val="000000"/>
                <w:sz w:val="17"/>
              </w:rPr>
              <w:t>DOKAZI O UČENJU</w:t>
            </w:r>
          </w:p>
          <w:p w14:paraId="738BF841" w14:textId="77777777" w:rsidR="005B3871" w:rsidRDefault="00000000">
            <w:pPr>
              <w:pStyle w:val="Oznaenseznam"/>
              <w:spacing w:after="16"/>
            </w:pPr>
            <w:r>
              <w:rPr>
                <w:color w:val="000000"/>
                <w:sz w:val="16"/>
              </w:rPr>
              <w:t>razumevanje kriterijev</w:t>
            </w:r>
          </w:p>
          <w:p w14:paraId="5BBFDD62" w14:textId="77777777" w:rsidR="005B3871" w:rsidRDefault="00000000">
            <w:pPr>
              <w:pStyle w:val="Oznaenseznam"/>
              <w:spacing w:after="16"/>
            </w:pPr>
            <w:r>
              <w:rPr>
                <w:color w:val="000000"/>
                <w:sz w:val="16"/>
              </w:rPr>
              <w:t>pisni izdelek po kriterijih</w:t>
            </w:r>
          </w:p>
          <w:p w14:paraId="6A9CD789" w14:textId="77777777" w:rsidR="005B3871" w:rsidRDefault="00000000">
            <w:pPr>
              <w:pStyle w:val="Oznaenseznam"/>
              <w:spacing w:after="16"/>
            </w:pPr>
            <w:r>
              <w:rPr>
                <w:color w:val="000000"/>
                <w:sz w:val="16"/>
              </w:rPr>
              <w:t>analizirana naloga in samovrednotenje</w:t>
            </w:r>
          </w:p>
          <w:p w14:paraId="1E0581EE" w14:textId="77777777" w:rsidR="005B3871" w:rsidRDefault="00000000">
            <w:pPr>
              <w:pStyle w:val="Oznaenseznam"/>
              <w:spacing w:after="16"/>
            </w:pPr>
            <w:r>
              <w:rPr>
                <w:color w:val="000000"/>
                <w:sz w:val="16"/>
              </w:rPr>
              <w:t>osebni cilj in nov dokaz učenja</w:t>
            </w:r>
          </w:p>
          <w:p w14:paraId="54565529" w14:textId="77777777" w:rsidR="005B3871" w:rsidRDefault="00000000">
            <w:pPr>
              <w:spacing w:before="40" w:after="20" w:line="245" w:lineRule="auto"/>
            </w:pPr>
            <w:r>
              <w:rPr>
                <w:b/>
                <w:color w:val="000000"/>
                <w:sz w:val="17"/>
              </w:rPr>
              <w:t>MEDPREDMETNA POVEZAVA</w:t>
            </w:r>
          </w:p>
          <w:p w14:paraId="0F0DED99" w14:textId="77777777" w:rsidR="005B3871" w:rsidRDefault="00000000">
            <w:pPr>
              <w:spacing w:after="60" w:line="245" w:lineRule="auto"/>
            </w:pPr>
            <w:r>
              <w:rPr>
                <w:color w:val="000000"/>
                <w:sz w:val="16"/>
              </w:rPr>
              <w:t>SLJ – razumevanje navodil in razlaga; SPO – poletne situacije; LUM – pregledni prikazi</w:t>
            </w:r>
          </w:p>
          <w:p w14:paraId="2460C90C" w14:textId="77777777" w:rsidR="005B3871" w:rsidRDefault="00000000">
            <w:pPr>
              <w:spacing w:after="20" w:line="245" w:lineRule="auto"/>
            </w:pPr>
            <w:r>
              <w:rPr>
                <w:b/>
                <w:color w:val="000000"/>
                <w:sz w:val="17"/>
              </w:rPr>
              <w:t>POUČEVANJE V GIBANJU</w:t>
            </w:r>
          </w:p>
          <w:p w14:paraId="300D8942"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12576FC9" w14:textId="77777777" w:rsidR="005B3871" w:rsidRDefault="00000000">
            <w:pPr>
              <w:spacing w:after="20" w:line="245" w:lineRule="auto"/>
            </w:pPr>
            <w:r>
              <w:rPr>
                <w:b/>
                <w:color w:val="000000"/>
                <w:sz w:val="17"/>
              </w:rPr>
              <w:t>DELO PO POSTAJAH</w:t>
            </w:r>
          </w:p>
          <w:p w14:paraId="3F683E72" w14:textId="77777777" w:rsidR="005B3871" w:rsidRDefault="00000000">
            <w:pPr>
              <w:spacing w:after="60" w:line="245" w:lineRule="auto"/>
            </w:pPr>
            <w:r>
              <w:rPr>
                <w:color w:val="000000"/>
                <w:sz w:val="15"/>
              </w:rPr>
              <w:t>Načrtovana rotacija: konkretno-izkušenjska – Kriteriji in kratka priprava; gibalna/sodelovalna – Pisno ocenjevanje znanja; slikovno-simbolna – Opisna analiza; izziv, dokaz in povratna informacija – Moj naslednji korak. Pri pisnem ocenjevanju se postaje izvedejo v pripravi, analizi in ponovnem učenju.</w:t>
            </w:r>
          </w:p>
          <w:p w14:paraId="1D307FBF" w14:textId="77777777" w:rsidR="005B3871" w:rsidRDefault="00000000">
            <w:pPr>
              <w:spacing w:after="20" w:line="245" w:lineRule="auto"/>
            </w:pPr>
            <w:r>
              <w:rPr>
                <w:b/>
                <w:color w:val="000000"/>
                <w:sz w:val="17"/>
              </w:rPr>
              <w:t>DIFERENCIACIJA IN VKLJUČEVANJE</w:t>
            </w:r>
          </w:p>
          <w:p w14:paraId="68A17E2D"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1672829B" w14:textId="77777777" w:rsidR="005B3871" w:rsidRDefault="00000000">
            <w:pPr>
              <w:spacing w:after="20" w:line="245" w:lineRule="auto"/>
            </w:pPr>
            <w:r>
              <w:rPr>
                <w:b/>
                <w:color w:val="000000"/>
                <w:sz w:val="17"/>
              </w:rPr>
              <w:t>SPREMLJANJE</w:t>
            </w:r>
          </w:p>
          <w:p w14:paraId="42092A42"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74A6F76C"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AF1615D" w14:textId="77777777">
              <w:trPr>
                <w:jc w:val="center"/>
              </w:trPr>
              <w:tc>
                <w:tcPr>
                  <w:tcW w:w="7087" w:type="dxa"/>
                  <w:shd w:val="clear" w:color="auto" w:fill="C6E7F3"/>
                  <w:tcMar>
                    <w:top w:w="45" w:type="dxa"/>
                    <w:left w:w="70" w:type="dxa"/>
                    <w:bottom w:w="45" w:type="dxa"/>
                    <w:right w:w="70" w:type="dxa"/>
                  </w:tcMar>
                </w:tcPr>
                <w:p w14:paraId="446ED515" w14:textId="77777777" w:rsidR="005B3871" w:rsidRDefault="00000000">
                  <w:pPr>
                    <w:keepNext/>
                  </w:pPr>
                  <w:r>
                    <w:rPr>
                      <w:b/>
                      <w:color w:val="000000"/>
                    </w:rPr>
                    <w:t>GLAVNI DEL – IZKUŠENJSKO IN PROBLEMSKO UČENJE (4 šolske ure)</w:t>
                  </w:r>
                </w:p>
              </w:tc>
            </w:tr>
          </w:tbl>
          <w:p w14:paraId="49312BB7" w14:textId="77777777" w:rsidR="005B3871" w:rsidRDefault="005B3871">
            <w:pPr>
              <w:spacing w:line="20" w:lineRule="exact"/>
            </w:pPr>
          </w:p>
          <w:p w14:paraId="7E66D9ED" w14:textId="77777777" w:rsidR="005B3871" w:rsidRDefault="00000000">
            <w:pPr>
              <w:keepNext/>
              <w:spacing w:before="40" w:after="10" w:line="245" w:lineRule="auto"/>
            </w:pPr>
            <w:r>
              <w:rPr>
                <w:b/>
                <w:color w:val="000000"/>
                <w:sz w:val="17"/>
              </w:rPr>
              <w:t>1. URA – Kriteriji in kratka priprava</w:t>
            </w:r>
          </w:p>
          <w:p w14:paraId="4AC3601E" w14:textId="77777777" w:rsidR="005B3871" w:rsidRDefault="00000000">
            <w:pPr>
              <w:spacing w:after="14" w:line="245" w:lineRule="auto"/>
            </w:pPr>
            <w:r>
              <w:rPr>
                <w:b/>
                <w:color w:val="000000"/>
                <w:sz w:val="16"/>
              </w:rPr>
              <w:t xml:space="preserve">Dejavnost učiteljice: </w:t>
            </w:r>
            <w:r>
              <w:rPr>
                <w:color w:val="000000"/>
                <w:sz w:val="16"/>
              </w:rPr>
              <w:t>Na drugih zgledih obnovi števila 0–20, računanje brez prehoda, zakon o zamenjavi in branje prikaza.</w:t>
            </w:r>
          </w:p>
          <w:p w14:paraId="444B4507" w14:textId="77777777" w:rsidR="005B3871" w:rsidRDefault="00000000">
            <w:pPr>
              <w:spacing w:after="14" w:line="245" w:lineRule="auto"/>
            </w:pPr>
            <w:r>
              <w:rPr>
                <w:b/>
                <w:color w:val="000000"/>
                <w:sz w:val="16"/>
              </w:rPr>
              <w:t xml:space="preserve">Dejavnost učencev: </w:t>
            </w:r>
            <w:r>
              <w:rPr>
                <w:color w:val="000000"/>
                <w:sz w:val="16"/>
              </w:rPr>
              <w:t>Uporabijo kriterije na kratkem zgledu ter povedo strategijo samostojnega dela.</w:t>
            </w:r>
          </w:p>
          <w:p w14:paraId="16A3E720" w14:textId="77777777" w:rsidR="005B3871" w:rsidRDefault="00000000">
            <w:pPr>
              <w:spacing w:after="24" w:line="245" w:lineRule="auto"/>
            </w:pPr>
            <w:r>
              <w:rPr>
                <w:i/>
                <w:color w:val="D95BC6"/>
                <w:sz w:val="16"/>
              </w:rPr>
              <w:t>Predvideni dokaz: razumevanje kriterijev.</w:t>
            </w:r>
          </w:p>
          <w:p w14:paraId="28E67857" w14:textId="77777777" w:rsidR="005B3871" w:rsidRDefault="00000000">
            <w:pPr>
              <w:keepNext/>
              <w:spacing w:before="40" w:after="10" w:line="245" w:lineRule="auto"/>
            </w:pPr>
            <w:r>
              <w:rPr>
                <w:b/>
                <w:color w:val="000000"/>
                <w:sz w:val="17"/>
              </w:rPr>
              <w:t>2. URA – Pisno ocenjevanje znanja</w:t>
            </w:r>
          </w:p>
          <w:p w14:paraId="2CA3608C" w14:textId="77777777" w:rsidR="005B3871" w:rsidRDefault="00000000">
            <w:pPr>
              <w:spacing w:after="14" w:line="245" w:lineRule="auto"/>
            </w:pPr>
            <w:r>
              <w:rPr>
                <w:b/>
                <w:color w:val="000000"/>
                <w:sz w:val="16"/>
              </w:rPr>
              <w:t xml:space="preserve">Dejavnost učiteljice: </w:t>
            </w:r>
            <w:r>
              <w:rPr>
                <w:color w:val="000000"/>
                <w:sz w:val="16"/>
              </w:rPr>
              <w:t>Izvede napovedano pisno ocenjevanje z jasnimi navodili in dogovorjenimi prilagoditvami brez vsebinske pomoči.</w:t>
            </w:r>
          </w:p>
          <w:p w14:paraId="12BBA484" w14:textId="77777777" w:rsidR="005B3871" w:rsidRDefault="00000000">
            <w:pPr>
              <w:spacing w:after="14" w:line="245" w:lineRule="auto"/>
            </w:pPr>
            <w:r>
              <w:rPr>
                <w:b/>
                <w:color w:val="000000"/>
                <w:sz w:val="16"/>
              </w:rPr>
              <w:t xml:space="preserve">Dejavnost učencev: </w:t>
            </w:r>
            <w:r>
              <w:rPr>
                <w:color w:val="000000"/>
                <w:sz w:val="16"/>
              </w:rPr>
              <w:t>Samostojno rešijo naloge števil, računanja in podatkov do 20 ter preverijo zapise.</w:t>
            </w:r>
          </w:p>
          <w:p w14:paraId="43A324A2" w14:textId="77777777" w:rsidR="005B3871" w:rsidRDefault="00000000">
            <w:pPr>
              <w:spacing w:after="24" w:line="245" w:lineRule="auto"/>
            </w:pPr>
            <w:r>
              <w:rPr>
                <w:i/>
                <w:color w:val="D95BC6"/>
                <w:sz w:val="16"/>
              </w:rPr>
              <w:t>Predvideni dokaz: pisni izdelek po kriterijih.</w:t>
            </w:r>
          </w:p>
          <w:p w14:paraId="64C13C08" w14:textId="77777777" w:rsidR="005B3871" w:rsidRDefault="00000000">
            <w:pPr>
              <w:keepNext/>
              <w:spacing w:before="40" w:after="10" w:line="245" w:lineRule="auto"/>
            </w:pPr>
            <w:r>
              <w:rPr>
                <w:b/>
                <w:color w:val="000000"/>
                <w:sz w:val="17"/>
              </w:rPr>
              <w:t>3. URA – Opisna analiza</w:t>
            </w:r>
          </w:p>
          <w:p w14:paraId="6428EF4C" w14:textId="77777777" w:rsidR="005B3871" w:rsidRDefault="00000000">
            <w:pPr>
              <w:spacing w:after="14" w:line="245" w:lineRule="auto"/>
            </w:pPr>
            <w:r>
              <w:rPr>
                <w:b/>
                <w:color w:val="000000"/>
                <w:sz w:val="16"/>
              </w:rPr>
              <w:t xml:space="preserve">Dejavnost učiteljice: </w:t>
            </w:r>
            <w:r>
              <w:rPr>
                <w:color w:val="000000"/>
                <w:sz w:val="16"/>
              </w:rPr>
              <w:t>Predstavi anonimne strategije, individualno poda konkretno povratno informacijo in omogoči popravljanje kot učenje.</w:t>
            </w:r>
          </w:p>
          <w:p w14:paraId="11712222" w14:textId="77777777" w:rsidR="005B3871" w:rsidRDefault="00000000">
            <w:pPr>
              <w:spacing w:after="14" w:line="245" w:lineRule="auto"/>
            </w:pPr>
            <w:r>
              <w:rPr>
                <w:b/>
                <w:color w:val="000000"/>
                <w:sz w:val="16"/>
              </w:rPr>
              <w:t xml:space="preserve">Dejavnost učencev: </w:t>
            </w:r>
            <w:r>
              <w:rPr>
                <w:color w:val="000000"/>
                <w:sz w:val="16"/>
              </w:rPr>
              <w:t>Izbrano nalogo analizirajo, napako popravijo z modelom in se samovrednotijo.</w:t>
            </w:r>
          </w:p>
          <w:p w14:paraId="3C373EEE" w14:textId="77777777" w:rsidR="005B3871" w:rsidRDefault="00000000">
            <w:pPr>
              <w:spacing w:after="24" w:line="245" w:lineRule="auto"/>
            </w:pPr>
            <w:r>
              <w:rPr>
                <w:i/>
                <w:color w:val="D95BC6"/>
                <w:sz w:val="16"/>
              </w:rPr>
              <w:t>Predvideni dokaz: analizirana naloga in samovrednotenje.</w:t>
            </w:r>
          </w:p>
          <w:p w14:paraId="2E75FC5D" w14:textId="77777777" w:rsidR="005B3871" w:rsidRDefault="00000000">
            <w:pPr>
              <w:keepNext/>
              <w:spacing w:before="40" w:after="10" w:line="245" w:lineRule="auto"/>
            </w:pPr>
            <w:r>
              <w:rPr>
                <w:b/>
                <w:color w:val="000000"/>
                <w:sz w:val="17"/>
              </w:rPr>
              <w:t>4. URA – Moj naslednji korak</w:t>
            </w:r>
          </w:p>
          <w:p w14:paraId="7F5F55B2" w14:textId="77777777" w:rsidR="005B3871" w:rsidRDefault="00000000">
            <w:pPr>
              <w:spacing w:after="14" w:line="245" w:lineRule="auto"/>
            </w:pPr>
            <w:r>
              <w:rPr>
                <w:b/>
                <w:color w:val="000000"/>
                <w:sz w:val="16"/>
              </w:rPr>
              <w:t xml:space="preserve">Dejavnost učiteljice: </w:t>
            </w:r>
            <w:r>
              <w:rPr>
                <w:color w:val="000000"/>
                <w:sz w:val="16"/>
              </w:rPr>
              <w:t>Pripravi ločene postaje za ponovno učenje in poglabljanje glede na zbrane dokaze.</w:t>
            </w:r>
          </w:p>
          <w:p w14:paraId="07678CAC" w14:textId="77777777" w:rsidR="005B3871" w:rsidRDefault="00000000">
            <w:pPr>
              <w:spacing w:after="14" w:line="245" w:lineRule="auto"/>
            </w:pPr>
            <w:r>
              <w:rPr>
                <w:b/>
                <w:color w:val="000000"/>
                <w:sz w:val="16"/>
              </w:rPr>
              <w:t xml:space="preserve">Dejavnost učencev: </w:t>
            </w:r>
            <w:r>
              <w:rPr>
                <w:color w:val="000000"/>
                <w:sz w:val="16"/>
              </w:rPr>
              <w:t>Izberejo dosegljiv cilj, izvedejo kratko nalogo in v mapo shranijo nov dokaz.</w:t>
            </w:r>
          </w:p>
          <w:p w14:paraId="2A8C5177" w14:textId="77777777" w:rsidR="005B3871" w:rsidRDefault="00000000">
            <w:pPr>
              <w:spacing w:after="24" w:line="245" w:lineRule="auto"/>
            </w:pPr>
            <w:r>
              <w:rPr>
                <w:i/>
                <w:color w:val="D95BC6"/>
                <w:sz w:val="16"/>
              </w:rPr>
              <w:t>Predvideni dokaz: osebni cilj in nov dokaz učenja.</w:t>
            </w:r>
          </w:p>
          <w:tbl>
            <w:tblPr>
              <w:tblStyle w:val="Tabelamrea"/>
              <w:tblW w:w="0" w:type="auto"/>
              <w:jc w:val="center"/>
              <w:tblLayout w:type="fixed"/>
              <w:tblLook w:val="04A0" w:firstRow="1" w:lastRow="0" w:firstColumn="1" w:lastColumn="0" w:noHBand="0" w:noVBand="1"/>
            </w:tblPr>
            <w:tblGrid>
              <w:gridCol w:w="7087"/>
            </w:tblGrid>
            <w:tr w:rsidR="005B3871" w14:paraId="7183D794" w14:textId="77777777">
              <w:trPr>
                <w:jc w:val="center"/>
              </w:trPr>
              <w:tc>
                <w:tcPr>
                  <w:tcW w:w="7087" w:type="dxa"/>
                  <w:shd w:val="clear" w:color="auto" w:fill="EDC9EA"/>
                  <w:tcMar>
                    <w:top w:w="45" w:type="dxa"/>
                    <w:left w:w="70" w:type="dxa"/>
                    <w:bottom w:w="45" w:type="dxa"/>
                    <w:right w:w="70" w:type="dxa"/>
                  </w:tcMar>
                </w:tcPr>
                <w:p w14:paraId="641E17CC" w14:textId="77777777" w:rsidR="005B3871" w:rsidRDefault="00000000">
                  <w:pPr>
                    <w:keepNext/>
                  </w:pPr>
                  <w:r>
                    <w:rPr>
                      <w:b/>
                      <w:color w:val="000000"/>
                    </w:rPr>
                    <w:t>POVRATNA INFORMACIJA UČITELJICE MED DELOM</w:t>
                  </w:r>
                </w:p>
              </w:tc>
            </w:tr>
          </w:tbl>
          <w:p w14:paraId="69F24D3D" w14:textId="77777777" w:rsidR="005B3871" w:rsidRDefault="005B3871"/>
          <w:p w14:paraId="0F89FC66"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3BA4835C" w14:textId="77777777" w:rsidR="005B3871" w:rsidRDefault="005B3871"/>
          <w:p w14:paraId="31504401" w14:textId="77777777" w:rsidR="005B3871" w:rsidRDefault="00000000">
            <w:pPr>
              <w:spacing w:after="10" w:line="245" w:lineRule="auto"/>
            </w:pPr>
            <w:r>
              <w:rPr>
                <w:b/>
                <w:color w:val="000000"/>
                <w:sz w:val="16"/>
              </w:rPr>
              <w:t>1. URA</w:t>
            </w:r>
          </w:p>
          <w:p w14:paraId="6F4D9D32" w14:textId="77777777" w:rsidR="005B3871" w:rsidRDefault="00000000">
            <w:pPr>
              <w:spacing w:after="30" w:line="245" w:lineRule="auto"/>
            </w:pPr>
            <w:r>
              <w:rPr>
                <w:color w:val="000000"/>
                <w:sz w:val="16"/>
              </w:rPr>
              <w:t>Uporabijo kriterije na kratkem zgledu ter povedo strategijo samostojnega dela.</w:t>
            </w:r>
          </w:p>
          <w:p w14:paraId="0F948845" w14:textId="77777777" w:rsidR="005B3871" w:rsidRDefault="00000000">
            <w:pPr>
              <w:spacing w:line="245" w:lineRule="auto"/>
            </w:pPr>
            <w:r>
              <w:rPr>
                <w:b/>
                <w:color w:val="D95BC6"/>
                <w:sz w:val="16"/>
              </w:rPr>
              <w:t>DOKAZ</w:t>
            </w:r>
          </w:p>
          <w:p w14:paraId="503C7158" w14:textId="77777777" w:rsidR="005B3871" w:rsidRDefault="00000000">
            <w:pPr>
              <w:spacing w:after="40" w:line="245" w:lineRule="auto"/>
            </w:pPr>
            <w:r>
              <w:rPr>
                <w:color w:val="D95BC6"/>
                <w:sz w:val="15"/>
              </w:rPr>
              <w:t>razumevanje kriterijev</w:t>
            </w:r>
          </w:p>
          <w:p w14:paraId="39D5123D" w14:textId="77777777" w:rsidR="005B3871" w:rsidRDefault="00000000">
            <w:pPr>
              <w:spacing w:after="10" w:line="245" w:lineRule="auto"/>
            </w:pPr>
            <w:r>
              <w:rPr>
                <w:b/>
                <w:color w:val="000000"/>
                <w:sz w:val="16"/>
              </w:rPr>
              <w:t>2. URA</w:t>
            </w:r>
          </w:p>
          <w:p w14:paraId="3E297CC3" w14:textId="77777777" w:rsidR="005B3871" w:rsidRDefault="00000000">
            <w:pPr>
              <w:spacing w:after="30" w:line="245" w:lineRule="auto"/>
            </w:pPr>
            <w:r>
              <w:rPr>
                <w:color w:val="000000"/>
                <w:sz w:val="16"/>
              </w:rPr>
              <w:t>Samostojno rešijo naloge števil, računanja in podatkov do 20 ter preverijo zapise.</w:t>
            </w:r>
          </w:p>
          <w:p w14:paraId="58A40D12" w14:textId="77777777" w:rsidR="005B3871" w:rsidRDefault="00000000">
            <w:pPr>
              <w:spacing w:line="245" w:lineRule="auto"/>
            </w:pPr>
            <w:r>
              <w:rPr>
                <w:b/>
                <w:color w:val="D95BC6"/>
                <w:sz w:val="16"/>
              </w:rPr>
              <w:t>DOKAZ</w:t>
            </w:r>
          </w:p>
          <w:p w14:paraId="28964947" w14:textId="77777777" w:rsidR="005B3871" w:rsidRDefault="00000000">
            <w:pPr>
              <w:spacing w:after="40" w:line="245" w:lineRule="auto"/>
            </w:pPr>
            <w:r>
              <w:rPr>
                <w:color w:val="D95BC6"/>
                <w:sz w:val="15"/>
              </w:rPr>
              <w:t>pisni izdelek po kriterijih</w:t>
            </w:r>
          </w:p>
          <w:p w14:paraId="2885E530" w14:textId="77777777" w:rsidR="005B3871" w:rsidRDefault="00000000">
            <w:pPr>
              <w:spacing w:after="10" w:line="245" w:lineRule="auto"/>
            </w:pPr>
            <w:r>
              <w:rPr>
                <w:b/>
                <w:color w:val="000000"/>
                <w:sz w:val="16"/>
              </w:rPr>
              <w:t>3. URA</w:t>
            </w:r>
          </w:p>
          <w:p w14:paraId="33B62559" w14:textId="77777777" w:rsidR="005B3871" w:rsidRDefault="00000000">
            <w:pPr>
              <w:spacing w:after="30" w:line="245" w:lineRule="auto"/>
            </w:pPr>
            <w:r>
              <w:rPr>
                <w:color w:val="000000"/>
                <w:sz w:val="16"/>
              </w:rPr>
              <w:t>Izbrano nalogo analizirajo, napako popravijo z modelom in se samovrednotijo.</w:t>
            </w:r>
          </w:p>
          <w:p w14:paraId="6DC3A909" w14:textId="77777777" w:rsidR="005B3871" w:rsidRDefault="00000000">
            <w:pPr>
              <w:spacing w:line="245" w:lineRule="auto"/>
            </w:pPr>
            <w:r>
              <w:rPr>
                <w:b/>
                <w:color w:val="D95BC6"/>
                <w:sz w:val="16"/>
              </w:rPr>
              <w:t>DOKAZ</w:t>
            </w:r>
          </w:p>
          <w:p w14:paraId="0638B915" w14:textId="77777777" w:rsidR="005B3871" w:rsidRDefault="00000000">
            <w:pPr>
              <w:spacing w:after="40" w:line="245" w:lineRule="auto"/>
            </w:pPr>
            <w:r>
              <w:rPr>
                <w:color w:val="D95BC6"/>
                <w:sz w:val="15"/>
              </w:rPr>
              <w:t>analizirana naloga in samovrednotenje</w:t>
            </w:r>
          </w:p>
          <w:p w14:paraId="49210304" w14:textId="77777777" w:rsidR="005B3871" w:rsidRDefault="00000000">
            <w:pPr>
              <w:spacing w:after="10" w:line="245" w:lineRule="auto"/>
            </w:pPr>
            <w:r>
              <w:rPr>
                <w:b/>
                <w:color w:val="000000"/>
                <w:sz w:val="16"/>
              </w:rPr>
              <w:t>4. URA</w:t>
            </w:r>
          </w:p>
          <w:p w14:paraId="127D86A0" w14:textId="77777777" w:rsidR="005B3871" w:rsidRDefault="00000000">
            <w:pPr>
              <w:spacing w:after="30" w:line="245" w:lineRule="auto"/>
            </w:pPr>
            <w:r>
              <w:rPr>
                <w:color w:val="000000"/>
                <w:sz w:val="16"/>
              </w:rPr>
              <w:t>Izberejo dosegljiv cilj, izvedejo kratko nalogo in v mapo shranijo nov dokaz.</w:t>
            </w:r>
          </w:p>
          <w:p w14:paraId="74A25741" w14:textId="77777777" w:rsidR="005B3871" w:rsidRDefault="00000000">
            <w:pPr>
              <w:spacing w:line="245" w:lineRule="auto"/>
            </w:pPr>
            <w:r>
              <w:rPr>
                <w:b/>
                <w:color w:val="D95BC6"/>
                <w:sz w:val="16"/>
              </w:rPr>
              <w:t>DOKAZ</w:t>
            </w:r>
          </w:p>
          <w:p w14:paraId="12FA3C1F" w14:textId="77777777" w:rsidR="005B3871" w:rsidRDefault="00000000">
            <w:pPr>
              <w:spacing w:after="40" w:line="245" w:lineRule="auto"/>
            </w:pPr>
            <w:r>
              <w:rPr>
                <w:color w:val="D95BC6"/>
                <w:sz w:val="15"/>
              </w:rPr>
              <w:t>osebni cilj in nov dokaz učenja</w:t>
            </w:r>
          </w:p>
        </w:tc>
      </w:tr>
    </w:tbl>
    <w:p w14:paraId="6D8D29D8"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66C713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B8B4205"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870B214" w14:textId="77777777" w:rsidR="005B3871" w:rsidRDefault="00000000">
            <w:pPr>
              <w:jc w:val="center"/>
            </w:pPr>
            <w:r>
              <w:rPr>
                <w:b/>
                <w:color w:val="000000"/>
                <w:sz w:val="20"/>
              </w:rPr>
              <w:t>UČNE DEJAVNOSTI, METODE IN FORMATIVNO SPREMLJANJE</w:t>
            </w:r>
          </w:p>
        </w:tc>
      </w:tr>
      <w:tr w:rsidR="005B3871" w14:paraId="3062238D" w14:textId="77777777">
        <w:trPr>
          <w:tblHeader/>
          <w:jc w:val="center"/>
        </w:trPr>
        <w:tc>
          <w:tcPr>
            <w:tcW w:w="4422" w:type="dxa"/>
            <w:vMerge/>
            <w:tcMar>
              <w:top w:w="70" w:type="dxa"/>
              <w:left w:w="90" w:type="dxa"/>
              <w:bottom w:w="70" w:type="dxa"/>
              <w:right w:w="90" w:type="dxa"/>
            </w:tcMar>
            <w:vAlign w:val="center"/>
          </w:tcPr>
          <w:p w14:paraId="693F7363" w14:textId="77777777" w:rsidR="005B3871" w:rsidRDefault="005B3871"/>
        </w:tc>
        <w:tc>
          <w:tcPr>
            <w:tcW w:w="7087" w:type="dxa"/>
            <w:shd w:val="clear" w:color="auto" w:fill="FFFFFF"/>
            <w:tcMar>
              <w:top w:w="70" w:type="dxa"/>
              <w:left w:w="90" w:type="dxa"/>
              <w:bottom w:w="70" w:type="dxa"/>
              <w:right w:w="90" w:type="dxa"/>
            </w:tcMar>
            <w:vAlign w:val="center"/>
          </w:tcPr>
          <w:p w14:paraId="423A9034"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BBB02AA" w14:textId="77777777" w:rsidR="005B3871" w:rsidRDefault="00000000">
            <w:pPr>
              <w:jc w:val="center"/>
            </w:pPr>
            <w:r>
              <w:rPr>
                <w:b/>
                <w:color w:val="000000"/>
              </w:rPr>
              <w:t>UČENEC</w:t>
            </w:r>
          </w:p>
        </w:tc>
      </w:tr>
      <w:tr w:rsidR="005B3871" w14:paraId="59AABCBF" w14:textId="77777777">
        <w:trPr>
          <w:jc w:val="center"/>
        </w:trPr>
        <w:tc>
          <w:tcPr>
            <w:tcW w:w="4422" w:type="dxa"/>
            <w:tcMar>
              <w:top w:w="70" w:type="dxa"/>
              <w:left w:w="90" w:type="dxa"/>
              <w:bottom w:w="70" w:type="dxa"/>
              <w:right w:w="90" w:type="dxa"/>
            </w:tcMar>
          </w:tcPr>
          <w:p w14:paraId="3FFAB25D" w14:textId="77777777" w:rsidR="005B3871" w:rsidRDefault="005B3871"/>
          <w:p w14:paraId="0F9960F8" w14:textId="77777777" w:rsidR="005B3871" w:rsidRDefault="00000000">
            <w:pPr>
              <w:spacing w:after="40" w:line="245" w:lineRule="auto"/>
            </w:pPr>
            <w:r>
              <w:rPr>
                <w:b/>
                <w:color w:val="000000"/>
              </w:rPr>
              <w:t>FORMATIVNO SPREMLJANJE</w:t>
            </w:r>
          </w:p>
          <w:p w14:paraId="0A29D301" w14:textId="77777777" w:rsidR="005B3871" w:rsidRDefault="00000000">
            <w:pPr>
              <w:pStyle w:val="Oznaenseznam"/>
              <w:spacing w:after="16"/>
            </w:pPr>
            <w:r>
              <w:rPr>
                <w:color w:val="000000"/>
                <w:sz w:val="16"/>
              </w:rPr>
              <w:t>predznanje: začetna strategija, ocena, razvrstitev, model ali risba</w:t>
            </w:r>
          </w:p>
          <w:p w14:paraId="019076BA" w14:textId="77777777" w:rsidR="005B3871" w:rsidRDefault="00000000">
            <w:pPr>
              <w:pStyle w:val="Oznaenseznam"/>
              <w:spacing w:after="16"/>
            </w:pPr>
            <w:r>
              <w:rPr>
                <w:color w:val="000000"/>
                <w:sz w:val="16"/>
              </w:rPr>
              <w:t>dokazi med učenjem: konkretni, gibalni, slikovni in simbolni prikaz ter razlaga postopka</w:t>
            </w:r>
          </w:p>
          <w:p w14:paraId="1E277B3D" w14:textId="77777777" w:rsidR="005B3871" w:rsidRDefault="00000000">
            <w:pPr>
              <w:pStyle w:val="Oznaenseznam"/>
              <w:spacing w:after="16"/>
            </w:pPr>
            <w:r>
              <w:rPr>
                <w:color w:val="000000"/>
                <w:sz w:val="16"/>
              </w:rPr>
              <w:t>povratna informacija: konkretna, vezana na kriterij in usmerjena v preverjanje ali naslednji korak</w:t>
            </w:r>
          </w:p>
          <w:p w14:paraId="6BAF9971" w14:textId="77777777" w:rsidR="005B3871" w:rsidRDefault="00000000">
            <w:pPr>
              <w:pStyle w:val="Oznaenseznam"/>
              <w:spacing w:after="16"/>
            </w:pPr>
            <w:r>
              <w:rPr>
                <w:color w:val="000000"/>
                <w:sz w:val="16"/>
              </w:rPr>
              <w:t>samovrednotenje: semafor, lestvica samostojnosti, izbrani dokaz ali kratka poved</w:t>
            </w:r>
          </w:p>
          <w:p w14:paraId="4A9E77ED" w14:textId="77777777" w:rsidR="005B3871" w:rsidRDefault="00000000">
            <w:pPr>
              <w:spacing w:before="40" w:after="20" w:line="245" w:lineRule="auto"/>
            </w:pPr>
            <w:r>
              <w:rPr>
                <w:b/>
                <w:color w:val="000000"/>
                <w:sz w:val="17"/>
              </w:rPr>
              <w:t>VARNOST IN ODGOVORNOST</w:t>
            </w:r>
          </w:p>
          <w:p w14:paraId="3C6BA8AC" w14:textId="77777777" w:rsidR="005B3871" w:rsidRDefault="00000000">
            <w:pPr>
              <w:spacing w:after="60" w:line="245" w:lineRule="auto"/>
            </w:pPr>
            <w:r>
              <w:rPr>
                <w:color w:val="000000"/>
                <w:sz w:val="16"/>
              </w:rPr>
              <w:t>Med pisnim delom je prostor miren in pregleden; učenec uporablja le dogovorjene pripomočke ter po potrebi uveljavlja individualne prilagoditve.</w:t>
            </w:r>
          </w:p>
          <w:p w14:paraId="0932A5B4" w14:textId="77777777" w:rsidR="005B3871" w:rsidRDefault="00000000">
            <w:pPr>
              <w:spacing w:after="20" w:line="245" w:lineRule="auto"/>
            </w:pPr>
            <w:r>
              <w:rPr>
                <w:b/>
                <w:color w:val="000000"/>
                <w:sz w:val="17"/>
              </w:rPr>
              <w:t>EVIDENCA PO IZVEDBI</w:t>
            </w:r>
          </w:p>
          <w:p w14:paraId="770BAE59"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162C82D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8516D4A" w14:textId="77777777">
              <w:trPr>
                <w:jc w:val="center"/>
              </w:trPr>
              <w:tc>
                <w:tcPr>
                  <w:tcW w:w="7087" w:type="dxa"/>
                  <w:shd w:val="clear" w:color="auto" w:fill="EDC9EA"/>
                  <w:tcMar>
                    <w:top w:w="45" w:type="dxa"/>
                    <w:left w:w="70" w:type="dxa"/>
                    <w:bottom w:w="45" w:type="dxa"/>
                    <w:right w:w="70" w:type="dxa"/>
                  </w:tcMar>
                </w:tcPr>
                <w:p w14:paraId="44A56646" w14:textId="77777777" w:rsidR="005B3871" w:rsidRDefault="00000000">
                  <w:pPr>
                    <w:keepNext/>
                  </w:pPr>
                  <w:r>
                    <w:rPr>
                      <w:b/>
                      <w:color w:val="000000"/>
                    </w:rPr>
                    <w:t>VPRAŠANJA V PODPORO MATEMATIČNEMU UČENJU</w:t>
                  </w:r>
                </w:p>
              </w:tc>
            </w:tr>
          </w:tbl>
          <w:p w14:paraId="06DA6BE7" w14:textId="77777777" w:rsidR="005B3871" w:rsidRDefault="005B3871">
            <w:pPr>
              <w:spacing w:line="20" w:lineRule="exact"/>
            </w:pPr>
          </w:p>
          <w:p w14:paraId="046A435B" w14:textId="77777777" w:rsidR="005B3871" w:rsidRDefault="00000000">
            <w:pPr>
              <w:pStyle w:val="Oznaenseznam"/>
              <w:spacing w:after="16"/>
            </w:pPr>
            <w:r>
              <w:rPr>
                <w:color w:val="000000"/>
                <w:sz w:val="16"/>
              </w:rPr>
              <w:t>Kaj v tvojem modelu, risbi ali zapisu predstavlja posamezni del naloge?</w:t>
            </w:r>
          </w:p>
          <w:p w14:paraId="7BA6A3A4" w14:textId="77777777" w:rsidR="005B3871" w:rsidRDefault="00000000">
            <w:pPr>
              <w:pStyle w:val="Oznaenseznam"/>
              <w:spacing w:after="16"/>
            </w:pPr>
            <w:r>
              <w:rPr>
                <w:color w:val="000000"/>
                <w:sz w:val="16"/>
              </w:rPr>
              <w:t>Kako si prišel/-la do rešitve in kako veš, da je smiselna?</w:t>
            </w:r>
          </w:p>
          <w:p w14:paraId="42E0C383" w14:textId="77777777" w:rsidR="005B3871" w:rsidRDefault="00000000">
            <w:pPr>
              <w:pStyle w:val="Oznaenseznam"/>
              <w:spacing w:after="16"/>
            </w:pPr>
            <w:r>
              <w:rPr>
                <w:color w:val="000000"/>
                <w:sz w:val="16"/>
              </w:rPr>
              <w:t>Ali lahko isto pokažeš še s predmetom, gibanjem, risbo ali drugim zapisom?</w:t>
            </w:r>
          </w:p>
          <w:p w14:paraId="43B95906" w14:textId="77777777" w:rsidR="005B3871" w:rsidRDefault="00000000">
            <w:pPr>
              <w:pStyle w:val="Oznaenseznam"/>
              <w:spacing w:after="16"/>
            </w:pPr>
            <w:r>
              <w:rPr>
                <w:color w:val="000000"/>
                <w:sz w:val="16"/>
              </w:rPr>
              <w:t>Kje bi se lahko zmotil/-a in kako boš rešitev preveril/-a?</w:t>
            </w:r>
          </w:p>
          <w:p w14:paraId="38990C41"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2C175998" w14:textId="77777777">
              <w:trPr>
                <w:jc w:val="center"/>
              </w:trPr>
              <w:tc>
                <w:tcPr>
                  <w:tcW w:w="7087" w:type="dxa"/>
                  <w:shd w:val="clear" w:color="auto" w:fill="C6E7F3"/>
                  <w:tcMar>
                    <w:top w:w="45" w:type="dxa"/>
                    <w:left w:w="70" w:type="dxa"/>
                    <w:bottom w:w="45" w:type="dxa"/>
                    <w:right w:w="70" w:type="dxa"/>
                  </w:tcMar>
                </w:tcPr>
                <w:p w14:paraId="6277E19E" w14:textId="77777777" w:rsidR="005B3871" w:rsidRDefault="00000000">
                  <w:pPr>
                    <w:keepNext/>
                  </w:pPr>
                  <w:r>
                    <w:rPr>
                      <w:b/>
                      <w:color w:val="000000"/>
                    </w:rPr>
                    <w:t>ZAKLJUČNI DEL – UTRJEVANJE IN REFLEKSIJA (10–15 min)</w:t>
                  </w:r>
                </w:p>
              </w:tc>
            </w:tr>
          </w:tbl>
          <w:p w14:paraId="16D4E4FA" w14:textId="77777777" w:rsidR="005B3871" w:rsidRDefault="005B3871">
            <w:pPr>
              <w:spacing w:line="20" w:lineRule="exact"/>
            </w:pPr>
          </w:p>
          <w:p w14:paraId="00610C9D"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3AF753AA" w14:textId="77777777">
              <w:trPr>
                <w:jc w:val="center"/>
              </w:trPr>
              <w:tc>
                <w:tcPr>
                  <w:tcW w:w="7087" w:type="dxa"/>
                  <w:shd w:val="clear" w:color="auto" w:fill="EDC9EA"/>
                  <w:tcMar>
                    <w:top w:w="45" w:type="dxa"/>
                    <w:left w:w="70" w:type="dxa"/>
                    <w:bottom w:w="45" w:type="dxa"/>
                    <w:right w:w="70" w:type="dxa"/>
                  </w:tcMar>
                </w:tcPr>
                <w:p w14:paraId="262D8295" w14:textId="77777777" w:rsidR="005B3871" w:rsidRDefault="00000000">
                  <w:pPr>
                    <w:keepNext/>
                  </w:pPr>
                  <w:r>
                    <w:rPr>
                      <w:b/>
                      <w:color w:val="000000"/>
                    </w:rPr>
                    <w:t>SAMOVREDNOTENJE</w:t>
                  </w:r>
                </w:p>
              </w:tc>
            </w:tr>
          </w:tbl>
          <w:p w14:paraId="3D517833" w14:textId="77777777" w:rsidR="005B3871" w:rsidRDefault="005B3871">
            <w:pPr>
              <w:spacing w:line="20" w:lineRule="exact"/>
            </w:pPr>
          </w:p>
          <w:p w14:paraId="797D1564"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7F1D222C" w14:textId="77777777">
              <w:trPr>
                <w:jc w:val="center"/>
              </w:trPr>
              <w:tc>
                <w:tcPr>
                  <w:tcW w:w="7087" w:type="dxa"/>
                  <w:shd w:val="clear" w:color="auto" w:fill="EDC9EA"/>
                  <w:tcMar>
                    <w:top w:w="45" w:type="dxa"/>
                    <w:left w:w="70" w:type="dxa"/>
                    <w:bottom w:w="45" w:type="dxa"/>
                    <w:right w:w="70" w:type="dxa"/>
                  </w:tcMar>
                </w:tcPr>
                <w:p w14:paraId="4EAA8780" w14:textId="77777777" w:rsidR="005B3871" w:rsidRDefault="00000000">
                  <w:pPr>
                    <w:keepNext/>
                  </w:pPr>
                  <w:r>
                    <w:rPr>
                      <w:b/>
                      <w:color w:val="000000"/>
                    </w:rPr>
                    <w:t>VRSTNIŠKO VREDNOTENJE</w:t>
                  </w:r>
                </w:p>
              </w:tc>
            </w:tr>
          </w:tbl>
          <w:p w14:paraId="1BB4E8AC" w14:textId="77777777" w:rsidR="005B3871" w:rsidRDefault="005B3871">
            <w:pPr>
              <w:spacing w:line="20" w:lineRule="exact"/>
            </w:pPr>
          </w:p>
          <w:p w14:paraId="064EDD8A"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789FACC8" w14:textId="77777777">
              <w:trPr>
                <w:jc w:val="center"/>
              </w:trPr>
              <w:tc>
                <w:tcPr>
                  <w:tcW w:w="7087" w:type="dxa"/>
                  <w:shd w:val="clear" w:color="auto" w:fill="EDC9EA"/>
                  <w:tcMar>
                    <w:top w:w="45" w:type="dxa"/>
                    <w:left w:w="70" w:type="dxa"/>
                    <w:bottom w:w="45" w:type="dxa"/>
                    <w:right w:w="70" w:type="dxa"/>
                  </w:tcMar>
                </w:tcPr>
                <w:p w14:paraId="1A959C73" w14:textId="77777777" w:rsidR="005B3871" w:rsidRDefault="00000000">
                  <w:pPr>
                    <w:keepNext/>
                  </w:pPr>
                  <w:r>
                    <w:rPr>
                      <w:b/>
                      <w:color w:val="000000"/>
                    </w:rPr>
                    <w:t>SKUPNI POVZETEK</w:t>
                  </w:r>
                </w:p>
              </w:tc>
            </w:tr>
          </w:tbl>
          <w:p w14:paraId="20B48006" w14:textId="77777777" w:rsidR="005B3871" w:rsidRDefault="005B3871">
            <w:pPr>
              <w:spacing w:line="20" w:lineRule="exact"/>
            </w:pPr>
          </w:p>
          <w:p w14:paraId="47A03A53" w14:textId="77777777" w:rsidR="005B3871" w:rsidRDefault="00000000">
            <w:pPr>
              <w:spacing w:before="20" w:after="40" w:line="245" w:lineRule="auto"/>
            </w:pPr>
            <w:r>
              <w:rPr>
                <w:b/>
                <w:color w:val="000000"/>
                <w:sz w:val="16"/>
              </w:rPr>
              <w:t>Števila do 20 preberem, zapišem, primerjam in uredim, računam brez prehoda ter preberem in dopolnim prikaz podatkov.</w:t>
            </w:r>
          </w:p>
          <w:tbl>
            <w:tblPr>
              <w:tblStyle w:val="Tabelamrea"/>
              <w:tblW w:w="0" w:type="auto"/>
              <w:jc w:val="center"/>
              <w:tblLayout w:type="fixed"/>
              <w:tblLook w:val="04A0" w:firstRow="1" w:lastRow="0" w:firstColumn="1" w:lastColumn="0" w:noHBand="0" w:noVBand="1"/>
            </w:tblPr>
            <w:tblGrid>
              <w:gridCol w:w="7087"/>
            </w:tblGrid>
            <w:tr w:rsidR="005B3871" w14:paraId="01BE121D" w14:textId="77777777">
              <w:trPr>
                <w:jc w:val="center"/>
              </w:trPr>
              <w:tc>
                <w:tcPr>
                  <w:tcW w:w="7087" w:type="dxa"/>
                  <w:shd w:val="clear" w:color="auto" w:fill="EDC9EA"/>
                  <w:tcMar>
                    <w:top w:w="45" w:type="dxa"/>
                    <w:left w:w="70" w:type="dxa"/>
                    <w:bottom w:w="45" w:type="dxa"/>
                    <w:right w:w="70" w:type="dxa"/>
                  </w:tcMar>
                </w:tcPr>
                <w:p w14:paraId="68EA5B51" w14:textId="77777777" w:rsidR="005B3871" w:rsidRDefault="00000000">
                  <w:pPr>
                    <w:keepNext/>
                  </w:pPr>
                  <w:r>
                    <w:rPr>
                      <w:b/>
                      <w:color w:val="000000"/>
                    </w:rPr>
                    <w:t>OPISNO OCENJEVANJE</w:t>
                  </w:r>
                </w:p>
              </w:tc>
            </w:tr>
          </w:tbl>
          <w:p w14:paraId="73C99449" w14:textId="77777777" w:rsidR="005B3871" w:rsidRDefault="005B3871"/>
          <w:p w14:paraId="174AA5BE" w14:textId="77777777" w:rsidR="005B3871" w:rsidRDefault="00000000">
            <w:pPr>
              <w:spacing w:before="20" w:after="30" w:line="245" w:lineRule="auto"/>
            </w:pPr>
            <w:r>
              <w:rPr>
                <w:color w:val="000000"/>
                <w:sz w:val="16"/>
              </w:rPr>
              <w:t>OCENJEVANJE 5 – PISNO: števila in računanje do 20 ter statistika; analiza dosežkov</w:t>
            </w:r>
          </w:p>
        </w:tc>
        <w:tc>
          <w:tcPr>
            <w:tcW w:w="2551" w:type="dxa"/>
            <w:tcMar>
              <w:top w:w="70" w:type="dxa"/>
              <w:left w:w="90" w:type="dxa"/>
              <w:bottom w:w="70" w:type="dxa"/>
              <w:right w:w="90" w:type="dxa"/>
            </w:tcMar>
          </w:tcPr>
          <w:p w14:paraId="25C51FC0" w14:textId="77777777" w:rsidR="005B3871" w:rsidRDefault="005B3871"/>
          <w:p w14:paraId="165FC54C" w14:textId="77777777" w:rsidR="005B3871" w:rsidRDefault="00000000">
            <w:pPr>
              <w:spacing w:after="100" w:line="245" w:lineRule="auto"/>
            </w:pPr>
            <w:r>
              <w:rPr>
                <w:color w:val="000000"/>
                <w:sz w:val="16"/>
              </w:rPr>
              <w:t>Odgovarja na podporna vprašanja in se sklicuje na svoj model, zapis ali izvedbo.</w:t>
            </w:r>
          </w:p>
          <w:p w14:paraId="73209F17" w14:textId="77777777" w:rsidR="005B3871" w:rsidRDefault="00000000">
            <w:pPr>
              <w:spacing w:after="100" w:line="245" w:lineRule="auto"/>
            </w:pPr>
            <w:r>
              <w:rPr>
                <w:color w:val="000000"/>
                <w:sz w:val="16"/>
              </w:rPr>
              <w:t>Primerja začetno strategijo z novim dokazom ter pojasni, kaj se je naučil/-a.</w:t>
            </w:r>
          </w:p>
          <w:p w14:paraId="4584352F" w14:textId="77777777" w:rsidR="005B3871" w:rsidRDefault="00000000">
            <w:pPr>
              <w:spacing w:after="100" w:line="245" w:lineRule="auto"/>
            </w:pPr>
            <w:r>
              <w:rPr>
                <w:color w:val="000000"/>
                <w:sz w:val="16"/>
              </w:rPr>
              <w:t>Izbere raven samostojnosti in določi naslednji korak.</w:t>
            </w:r>
          </w:p>
          <w:p w14:paraId="7BF9216A" w14:textId="77777777" w:rsidR="005B3871" w:rsidRDefault="00000000">
            <w:pPr>
              <w:spacing w:after="100" w:line="245" w:lineRule="auto"/>
            </w:pPr>
            <w:r>
              <w:rPr>
                <w:color w:val="000000"/>
                <w:sz w:val="16"/>
              </w:rPr>
              <w:t>Sošolcu poda prijazen in konkreten odziv, vezan na kriterij.</w:t>
            </w:r>
          </w:p>
          <w:p w14:paraId="1F83DB71" w14:textId="77777777" w:rsidR="005B3871" w:rsidRDefault="00000000">
            <w:pPr>
              <w:spacing w:after="20" w:line="245" w:lineRule="auto"/>
            </w:pPr>
            <w:r>
              <w:rPr>
                <w:b/>
                <w:color w:val="D95BC6"/>
                <w:sz w:val="17"/>
              </w:rPr>
              <w:t>DOKAZ O UČENJU</w:t>
            </w:r>
          </w:p>
          <w:p w14:paraId="20864250"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617C26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14EC8192" w14:textId="77777777">
        <w:trPr>
          <w:cantSplit/>
          <w:jc w:val="center"/>
        </w:trPr>
        <w:tc>
          <w:tcPr>
            <w:tcW w:w="14060" w:type="dxa"/>
            <w:gridSpan w:val="6"/>
            <w:tcMar>
              <w:top w:w="70" w:type="dxa"/>
              <w:left w:w="90" w:type="dxa"/>
              <w:bottom w:w="70" w:type="dxa"/>
              <w:right w:w="90" w:type="dxa"/>
            </w:tcMar>
            <w:vAlign w:val="center"/>
          </w:tcPr>
          <w:p w14:paraId="5888D8A8" w14:textId="77777777" w:rsidR="005B3871" w:rsidRDefault="00000000">
            <w:pPr>
              <w:jc w:val="center"/>
            </w:pPr>
            <w:r>
              <w:rPr>
                <w:b/>
                <w:color w:val="000000"/>
                <w:sz w:val="24"/>
              </w:rPr>
              <w:lastRenderedPageBreak/>
              <w:t>UČNA PRIPRAVA 37/39</w:t>
            </w:r>
          </w:p>
        </w:tc>
      </w:tr>
      <w:tr w:rsidR="005B3871" w14:paraId="2F7B01C5" w14:textId="77777777">
        <w:trPr>
          <w:jc w:val="center"/>
        </w:trPr>
        <w:tc>
          <w:tcPr>
            <w:tcW w:w="2665" w:type="dxa"/>
            <w:tcMar>
              <w:top w:w="70" w:type="dxa"/>
              <w:left w:w="90" w:type="dxa"/>
              <w:bottom w:w="70" w:type="dxa"/>
              <w:right w:w="90" w:type="dxa"/>
            </w:tcMar>
            <w:vAlign w:val="center"/>
          </w:tcPr>
          <w:p w14:paraId="50337E07"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276B107"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7E723540"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E71E509" w14:textId="77777777" w:rsidR="005B3871" w:rsidRDefault="00000000">
            <w:r>
              <w:rPr>
                <w:b/>
                <w:color w:val="000000"/>
                <w:sz w:val="16"/>
              </w:rPr>
              <w:t xml:space="preserve">NAČRTOVANI TERMIN: </w:t>
            </w:r>
            <w:r>
              <w:rPr>
                <w:color w:val="000000"/>
                <w:sz w:val="16"/>
              </w:rPr>
              <w:t>37. teden • 7.–11. 6. 2027</w:t>
            </w:r>
          </w:p>
        </w:tc>
        <w:tc>
          <w:tcPr>
            <w:tcW w:w="2268" w:type="dxa"/>
            <w:tcMar>
              <w:top w:w="70" w:type="dxa"/>
              <w:left w:w="90" w:type="dxa"/>
              <w:bottom w:w="70" w:type="dxa"/>
              <w:right w:w="90" w:type="dxa"/>
            </w:tcMar>
            <w:vAlign w:val="center"/>
          </w:tcPr>
          <w:p w14:paraId="726C9628"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AC98187" w14:textId="77777777" w:rsidR="005B3871" w:rsidRDefault="00000000">
            <w:r>
              <w:rPr>
                <w:b/>
                <w:color w:val="000000"/>
                <w:sz w:val="16"/>
              </w:rPr>
              <w:t xml:space="preserve">ŠTEVILO UR: </w:t>
            </w:r>
            <w:r>
              <w:rPr>
                <w:color w:val="000000"/>
                <w:sz w:val="16"/>
              </w:rPr>
              <w:t>4</w:t>
            </w:r>
          </w:p>
        </w:tc>
      </w:tr>
      <w:tr w:rsidR="005B3871" w14:paraId="15DE0225" w14:textId="77777777">
        <w:trPr>
          <w:jc w:val="center"/>
        </w:trPr>
        <w:tc>
          <w:tcPr>
            <w:tcW w:w="14061" w:type="dxa"/>
            <w:gridSpan w:val="6"/>
            <w:tcMar>
              <w:top w:w="70" w:type="dxa"/>
              <w:left w:w="90" w:type="dxa"/>
              <w:bottom w:w="70" w:type="dxa"/>
              <w:right w:w="90" w:type="dxa"/>
            </w:tcMar>
            <w:vAlign w:val="center"/>
          </w:tcPr>
          <w:p w14:paraId="1CFFA15C"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5A1B4366" w14:textId="77777777">
        <w:trPr>
          <w:cantSplit/>
          <w:jc w:val="center"/>
        </w:trPr>
        <w:tc>
          <w:tcPr>
            <w:tcW w:w="14060" w:type="dxa"/>
            <w:gridSpan w:val="6"/>
            <w:tcMar>
              <w:top w:w="70" w:type="dxa"/>
              <w:left w:w="90" w:type="dxa"/>
              <w:bottom w:w="70" w:type="dxa"/>
              <w:right w:w="90" w:type="dxa"/>
            </w:tcMar>
            <w:vAlign w:val="center"/>
          </w:tcPr>
          <w:p w14:paraId="0104F001" w14:textId="77777777" w:rsidR="005B3871" w:rsidRDefault="005B3871"/>
          <w:p w14:paraId="3578106F" w14:textId="77777777" w:rsidR="005B3871" w:rsidRDefault="00000000">
            <w:pPr>
              <w:spacing w:line="245" w:lineRule="auto"/>
            </w:pPr>
            <w:r>
              <w:rPr>
                <w:b/>
                <w:color w:val="000000"/>
                <w:sz w:val="16"/>
              </w:rPr>
              <w:t xml:space="preserve">UČNI SKLOP: </w:t>
            </w:r>
            <w:r>
              <w:rPr>
                <w:color w:val="000000"/>
                <w:sz w:val="16"/>
              </w:rPr>
              <w:t>POLETJE, SKUPNOST IN ZAKLJUČEK</w:t>
            </w:r>
          </w:p>
        </w:tc>
      </w:tr>
      <w:tr w:rsidR="005B3871" w14:paraId="110929F9" w14:textId="77777777">
        <w:trPr>
          <w:cantSplit/>
          <w:jc w:val="center"/>
        </w:trPr>
        <w:tc>
          <w:tcPr>
            <w:tcW w:w="14060" w:type="dxa"/>
            <w:gridSpan w:val="6"/>
            <w:tcMar>
              <w:top w:w="70" w:type="dxa"/>
              <w:left w:w="90" w:type="dxa"/>
              <w:bottom w:w="70" w:type="dxa"/>
              <w:right w:w="90" w:type="dxa"/>
            </w:tcMar>
            <w:vAlign w:val="center"/>
          </w:tcPr>
          <w:p w14:paraId="62F57386" w14:textId="77777777" w:rsidR="005B3871" w:rsidRDefault="005B3871"/>
          <w:p w14:paraId="7D5DC2DA" w14:textId="77777777" w:rsidR="005B3871" w:rsidRDefault="00000000">
            <w:pPr>
              <w:spacing w:line="245" w:lineRule="auto"/>
            </w:pPr>
            <w:r>
              <w:rPr>
                <w:b/>
                <w:color w:val="000000"/>
                <w:sz w:val="16"/>
              </w:rPr>
              <w:t xml:space="preserve">UČNA TEMA: </w:t>
            </w:r>
            <w:r>
              <w:rPr>
                <w:color w:val="000000"/>
                <w:sz w:val="16"/>
              </w:rPr>
              <w:t>CELOTA, POLOVICA IN ČETRTINA</w:t>
            </w:r>
          </w:p>
        </w:tc>
      </w:tr>
      <w:tr w:rsidR="005B3871" w14:paraId="34D3C2F6" w14:textId="77777777">
        <w:trPr>
          <w:cantSplit/>
          <w:jc w:val="center"/>
        </w:trPr>
        <w:tc>
          <w:tcPr>
            <w:tcW w:w="14060" w:type="dxa"/>
            <w:gridSpan w:val="6"/>
            <w:tcMar>
              <w:top w:w="70" w:type="dxa"/>
              <w:left w:w="90" w:type="dxa"/>
              <w:bottom w:w="70" w:type="dxa"/>
              <w:right w:w="90" w:type="dxa"/>
            </w:tcMar>
            <w:vAlign w:val="center"/>
          </w:tcPr>
          <w:p w14:paraId="279BE3D7" w14:textId="77777777" w:rsidR="005B3871" w:rsidRDefault="005B3871"/>
          <w:p w14:paraId="2280734B" w14:textId="77777777" w:rsidR="005B3871" w:rsidRDefault="00000000">
            <w:pPr>
              <w:spacing w:line="245" w:lineRule="auto"/>
            </w:pPr>
            <w:r>
              <w:rPr>
                <w:b/>
                <w:color w:val="000000"/>
                <w:sz w:val="16"/>
              </w:rPr>
              <w:t xml:space="preserve">KNJIŽEVNO IZHODIŠČE IN MOTIV: </w:t>
            </w:r>
            <w:r>
              <w:rPr>
                <w:color w:val="000000"/>
                <w:sz w:val="16"/>
              </w:rPr>
              <w:t>»Zakaj?« – Lila Prap • NADALJEVANJE • okoljska vprašanja, ponovna uporaba in ustvarjalne rešitve</w:t>
            </w:r>
          </w:p>
        </w:tc>
      </w:tr>
      <w:tr w:rsidR="005B3871" w14:paraId="4E0A58A1" w14:textId="77777777">
        <w:trPr>
          <w:cantSplit/>
          <w:jc w:val="center"/>
        </w:trPr>
        <w:tc>
          <w:tcPr>
            <w:tcW w:w="14060" w:type="dxa"/>
            <w:gridSpan w:val="6"/>
            <w:tcMar>
              <w:top w:w="70" w:type="dxa"/>
              <w:left w:w="90" w:type="dxa"/>
              <w:bottom w:w="70" w:type="dxa"/>
              <w:right w:w="90" w:type="dxa"/>
            </w:tcMar>
            <w:vAlign w:val="center"/>
          </w:tcPr>
          <w:p w14:paraId="3AEB327B" w14:textId="77777777" w:rsidR="005B3871" w:rsidRDefault="005B3871"/>
          <w:p w14:paraId="6BFC6DBA" w14:textId="77777777" w:rsidR="005B3871" w:rsidRDefault="00000000">
            <w:pPr>
              <w:spacing w:line="245" w:lineRule="auto"/>
            </w:pPr>
            <w:r>
              <w:rPr>
                <w:b/>
                <w:color w:val="000000"/>
                <w:sz w:val="16"/>
              </w:rPr>
              <w:t xml:space="preserve">UČNE ENOTE: </w:t>
            </w:r>
            <w:r>
              <w:rPr>
                <w:color w:val="000000"/>
                <w:sz w:val="16"/>
              </w:rPr>
              <w:t>1. ura – Polovice iz ponovne uporabe • 2. ura – Četrtine sestavimo nazaj • 3. ura – Pravično razdeli količino • 4. ura – Poletni piknik</w:t>
            </w:r>
          </w:p>
        </w:tc>
      </w:tr>
      <w:tr w:rsidR="005B3871" w14:paraId="3398B46A" w14:textId="77777777">
        <w:trPr>
          <w:cantSplit/>
          <w:jc w:val="center"/>
        </w:trPr>
        <w:tc>
          <w:tcPr>
            <w:tcW w:w="14060" w:type="dxa"/>
            <w:gridSpan w:val="6"/>
            <w:tcMar>
              <w:top w:w="70" w:type="dxa"/>
              <w:left w:w="90" w:type="dxa"/>
              <w:bottom w:w="70" w:type="dxa"/>
              <w:right w:w="90" w:type="dxa"/>
            </w:tcMar>
            <w:vAlign w:val="center"/>
          </w:tcPr>
          <w:p w14:paraId="7DF6ED3B" w14:textId="77777777" w:rsidR="005B3871" w:rsidRDefault="005B3871"/>
          <w:p w14:paraId="04F7DAFC"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2976D78A" w14:textId="77777777">
        <w:trPr>
          <w:cantSplit/>
          <w:jc w:val="center"/>
        </w:trPr>
        <w:tc>
          <w:tcPr>
            <w:tcW w:w="14060" w:type="dxa"/>
            <w:gridSpan w:val="6"/>
            <w:tcMar>
              <w:top w:w="70" w:type="dxa"/>
              <w:left w:w="90" w:type="dxa"/>
              <w:bottom w:w="70" w:type="dxa"/>
              <w:right w:w="90" w:type="dxa"/>
            </w:tcMar>
            <w:vAlign w:val="center"/>
          </w:tcPr>
          <w:p w14:paraId="044E0933" w14:textId="77777777" w:rsidR="005B3871" w:rsidRDefault="005B3871"/>
          <w:p w14:paraId="40C38FF7"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6B80814F" w14:textId="77777777">
        <w:trPr>
          <w:cantSplit/>
          <w:jc w:val="center"/>
        </w:trPr>
        <w:tc>
          <w:tcPr>
            <w:tcW w:w="14060" w:type="dxa"/>
            <w:gridSpan w:val="6"/>
            <w:tcMar>
              <w:top w:w="70" w:type="dxa"/>
              <w:left w:w="90" w:type="dxa"/>
              <w:bottom w:w="70" w:type="dxa"/>
              <w:right w:w="90" w:type="dxa"/>
            </w:tcMar>
            <w:vAlign w:val="center"/>
          </w:tcPr>
          <w:p w14:paraId="4F3796AF" w14:textId="77777777" w:rsidR="005B3871" w:rsidRDefault="005B3871"/>
          <w:p w14:paraId="229C9157"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2C47D4DF" w14:textId="77777777">
        <w:trPr>
          <w:cantSplit/>
          <w:jc w:val="center"/>
        </w:trPr>
        <w:tc>
          <w:tcPr>
            <w:tcW w:w="14060" w:type="dxa"/>
            <w:gridSpan w:val="6"/>
            <w:tcMar>
              <w:top w:w="70" w:type="dxa"/>
              <w:left w:w="90" w:type="dxa"/>
              <w:bottom w:w="70" w:type="dxa"/>
              <w:right w:w="90" w:type="dxa"/>
            </w:tcMar>
            <w:vAlign w:val="center"/>
          </w:tcPr>
          <w:p w14:paraId="3BED9136" w14:textId="77777777" w:rsidR="005B3871" w:rsidRDefault="005B3871"/>
          <w:p w14:paraId="23E89278" w14:textId="77777777" w:rsidR="005B3871" w:rsidRDefault="00000000">
            <w:pPr>
              <w:spacing w:line="245" w:lineRule="auto"/>
            </w:pPr>
            <w:r>
              <w:rPr>
                <w:b/>
                <w:color w:val="000000"/>
                <w:sz w:val="16"/>
              </w:rPr>
              <w:t xml:space="preserve">MEDPREDMETNE POVEZAVE: </w:t>
            </w:r>
            <w:r>
              <w:rPr>
                <w:color w:val="000000"/>
                <w:sz w:val="16"/>
              </w:rPr>
              <w:t>SLJ – razlaga postopka; SPO – ponovna uporaba in skupnost; LUM – zgibanje/kolaž; ŠPO – delitev prostora</w:t>
            </w:r>
          </w:p>
        </w:tc>
      </w:tr>
      <w:tr w:rsidR="005B3871" w14:paraId="6598242D" w14:textId="77777777">
        <w:trPr>
          <w:cantSplit/>
          <w:jc w:val="center"/>
        </w:trPr>
        <w:tc>
          <w:tcPr>
            <w:tcW w:w="14060" w:type="dxa"/>
            <w:gridSpan w:val="6"/>
            <w:tcMar>
              <w:top w:w="70" w:type="dxa"/>
              <w:left w:w="90" w:type="dxa"/>
              <w:bottom w:w="70" w:type="dxa"/>
              <w:right w:w="90" w:type="dxa"/>
            </w:tcMar>
            <w:vAlign w:val="center"/>
          </w:tcPr>
          <w:p w14:paraId="5ABE293B" w14:textId="77777777" w:rsidR="005B3871" w:rsidRDefault="005B3871"/>
          <w:p w14:paraId="4C409B71" w14:textId="77777777" w:rsidR="005B3871" w:rsidRDefault="00000000">
            <w:pPr>
              <w:spacing w:line="245" w:lineRule="auto"/>
            </w:pPr>
            <w:r>
              <w:rPr>
                <w:b/>
                <w:color w:val="000000"/>
                <w:sz w:val="16"/>
              </w:rPr>
              <w:t xml:space="preserve">UČNA SREDSTVA IN PRIPOMOČKI: </w:t>
            </w:r>
            <w:r>
              <w:rPr>
                <w:color w:val="000000"/>
                <w:sz w:val="16"/>
              </w:rPr>
              <w:t>čist odpadni papir in karton, vrvice, papirnati krogi in pravokotniki, števci, modeli predmetov za piknik, varne škarje</w:t>
            </w:r>
          </w:p>
        </w:tc>
      </w:tr>
      <w:tr w:rsidR="005B3871" w14:paraId="229F344F" w14:textId="77777777">
        <w:trPr>
          <w:cantSplit/>
          <w:jc w:val="center"/>
        </w:trPr>
        <w:tc>
          <w:tcPr>
            <w:tcW w:w="14060" w:type="dxa"/>
            <w:gridSpan w:val="6"/>
            <w:tcMar>
              <w:top w:w="70" w:type="dxa"/>
              <w:left w:w="90" w:type="dxa"/>
              <w:bottom w:w="70" w:type="dxa"/>
              <w:right w:w="90" w:type="dxa"/>
            </w:tcMar>
            <w:vAlign w:val="center"/>
          </w:tcPr>
          <w:p w14:paraId="18B0C24B" w14:textId="77777777" w:rsidR="005B3871" w:rsidRDefault="005B3871"/>
          <w:p w14:paraId="501A78F5"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1DD5B6D8" w14:textId="77777777">
        <w:trPr>
          <w:cantSplit/>
          <w:jc w:val="center"/>
        </w:trPr>
        <w:tc>
          <w:tcPr>
            <w:tcW w:w="14060" w:type="dxa"/>
            <w:gridSpan w:val="6"/>
            <w:tcMar>
              <w:top w:w="70" w:type="dxa"/>
              <w:left w:w="90" w:type="dxa"/>
              <w:bottom w:w="70" w:type="dxa"/>
              <w:right w:w="90" w:type="dxa"/>
            </w:tcMar>
            <w:vAlign w:val="center"/>
          </w:tcPr>
          <w:p w14:paraId="50A6845A" w14:textId="77777777" w:rsidR="005B3871" w:rsidRDefault="005B3871"/>
          <w:p w14:paraId="1F305FBE"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462C5CF9" w14:textId="77777777">
        <w:trPr>
          <w:cantSplit/>
          <w:jc w:val="center"/>
        </w:trPr>
        <w:tc>
          <w:tcPr>
            <w:tcW w:w="14060" w:type="dxa"/>
            <w:gridSpan w:val="6"/>
            <w:tcMar>
              <w:top w:w="70" w:type="dxa"/>
              <w:left w:w="90" w:type="dxa"/>
              <w:bottom w:w="70" w:type="dxa"/>
              <w:right w:w="90" w:type="dxa"/>
            </w:tcMar>
            <w:vAlign w:val="center"/>
          </w:tcPr>
          <w:p w14:paraId="2AD44680" w14:textId="77777777" w:rsidR="005B3871" w:rsidRDefault="005B3871"/>
          <w:p w14:paraId="2CA161A9" w14:textId="77777777" w:rsidR="005B3871" w:rsidRDefault="00000000">
            <w:pPr>
              <w:spacing w:line="245" w:lineRule="auto"/>
            </w:pPr>
            <w:r>
              <w:rPr>
                <w:b/>
                <w:color w:val="000000"/>
                <w:sz w:val="16"/>
              </w:rPr>
              <w:t xml:space="preserve">VARNOST: </w:t>
            </w:r>
            <w:r>
              <w:rPr>
                <w:color w:val="000000"/>
                <w:sz w:val="16"/>
              </w:rPr>
              <w:t>Uporabljajo se le čisti materiali in varne škarje; užitna hrana se nadomesti z modeli ali je individualno higiensko pripravljena.</w:t>
            </w:r>
          </w:p>
        </w:tc>
      </w:tr>
    </w:tbl>
    <w:p w14:paraId="2EF7885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9A0455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9370B55"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FBABAE1" w14:textId="77777777" w:rsidR="005B3871" w:rsidRDefault="00000000">
            <w:pPr>
              <w:jc w:val="center"/>
            </w:pPr>
            <w:r>
              <w:rPr>
                <w:b/>
                <w:color w:val="000000"/>
                <w:sz w:val="20"/>
              </w:rPr>
              <w:t>UČNE DEJAVNOSTI, METODE IN FORMATIVNO SPREMLJANJE</w:t>
            </w:r>
          </w:p>
        </w:tc>
      </w:tr>
      <w:tr w:rsidR="005B3871" w14:paraId="6AD5F259" w14:textId="77777777">
        <w:trPr>
          <w:tblHeader/>
          <w:jc w:val="center"/>
        </w:trPr>
        <w:tc>
          <w:tcPr>
            <w:tcW w:w="4422" w:type="dxa"/>
            <w:vMerge/>
            <w:tcMar>
              <w:top w:w="70" w:type="dxa"/>
              <w:left w:w="90" w:type="dxa"/>
              <w:bottom w:w="70" w:type="dxa"/>
              <w:right w:w="90" w:type="dxa"/>
            </w:tcMar>
            <w:vAlign w:val="center"/>
          </w:tcPr>
          <w:p w14:paraId="54921C43" w14:textId="77777777" w:rsidR="005B3871" w:rsidRDefault="005B3871"/>
        </w:tc>
        <w:tc>
          <w:tcPr>
            <w:tcW w:w="7087" w:type="dxa"/>
            <w:shd w:val="clear" w:color="auto" w:fill="FFFFFF"/>
            <w:tcMar>
              <w:top w:w="70" w:type="dxa"/>
              <w:left w:w="90" w:type="dxa"/>
              <w:bottom w:w="70" w:type="dxa"/>
              <w:right w:w="90" w:type="dxa"/>
            </w:tcMar>
            <w:vAlign w:val="center"/>
          </w:tcPr>
          <w:p w14:paraId="04530C83"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113ACB9" w14:textId="77777777" w:rsidR="005B3871" w:rsidRDefault="00000000">
            <w:pPr>
              <w:jc w:val="center"/>
            </w:pPr>
            <w:r>
              <w:rPr>
                <w:b/>
                <w:color w:val="000000"/>
              </w:rPr>
              <w:t>UČENEC</w:t>
            </w:r>
          </w:p>
        </w:tc>
      </w:tr>
      <w:tr w:rsidR="005B3871" w14:paraId="6AB87ACE" w14:textId="77777777">
        <w:trPr>
          <w:jc w:val="center"/>
        </w:trPr>
        <w:tc>
          <w:tcPr>
            <w:tcW w:w="4422" w:type="dxa"/>
            <w:tcMar>
              <w:top w:w="70" w:type="dxa"/>
              <w:left w:w="90" w:type="dxa"/>
              <w:bottom w:w="70" w:type="dxa"/>
              <w:right w:w="90" w:type="dxa"/>
            </w:tcMar>
          </w:tcPr>
          <w:p w14:paraId="2CBF2291" w14:textId="77777777" w:rsidR="005B3871" w:rsidRDefault="005B3871"/>
          <w:p w14:paraId="3B9DD8C9" w14:textId="77777777" w:rsidR="005B3871" w:rsidRDefault="00000000">
            <w:pPr>
              <w:spacing w:after="60" w:line="245" w:lineRule="auto"/>
            </w:pPr>
            <w:r>
              <w:rPr>
                <w:b/>
                <w:color w:val="000000"/>
              </w:rPr>
              <w:t>UČNI CILJI</w:t>
            </w:r>
          </w:p>
          <w:p w14:paraId="31927521" w14:textId="77777777" w:rsidR="005B3871" w:rsidRDefault="00000000">
            <w:pPr>
              <w:spacing w:after="20" w:line="245" w:lineRule="auto"/>
            </w:pPr>
            <w:r>
              <w:rPr>
                <w:b/>
                <w:color w:val="000000"/>
                <w:sz w:val="17"/>
              </w:rPr>
              <w:t>SPLOŠNI</w:t>
            </w:r>
          </w:p>
          <w:p w14:paraId="5AA45239" w14:textId="77777777" w:rsidR="005B3871" w:rsidRDefault="00000000">
            <w:pPr>
              <w:pStyle w:val="Oznaenseznam"/>
              <w:spacing w:after="16"/>
            </w:pPr>
            <w:r>
              <w:rPr>
                <w:color w:val="000000"/>
                <w:sz w:val="16"/>
              </w:rPr>
              <w:t>razvija številske, prostorske in količinske predstave s konkretnimi izkušnjami</w:t>
            </w:r>
          </w:p>
          <w:p w14:paraId="6CF32960" w14:textId="77777777" w:rsidR="005B3871" w:rsidRDefault="00000000">
            <w:pPr>
              <w:pStyle w:val="Oznaenseznam"/>
              <w:spacing w:after="16"/>
            </w:pPr>
            <w:r>
              <w:rPr>
                <w:color w:val="000000"/>
                <w:sz w:val="16"/>
              </w:rPr>
              <w:t>rešuje matematične probleme s predmetom, gibanjem, risbo, modelom in simbolom</w:t>
            </w:r>
          </w:p>
          <w:p w14:paraId="47872B74" w14:textId="77777777" w:rsidR="005B3871" w:rsidRDefault="00000000">
            <w:pPr>
              <w:pStyle w:val="Oznaenseznam"/>
              <w:spacing w:after="16"/>
            </w:pPr>
            <w:r>
              <w:rPr>
                <w:color w:val="000000"/>
                <w:sz w:val="16"/>
              </w:rPr>
              <w:t>pojasnjuje izbrano strategijo, preverja smiselnost rešitve in posluša rešitve drugih</w:t>
            </w:r>
          </w:p>
          <w:p w14:paraId="279AEA6B" w14:textId="77777777" w:rsidR="005B3871" w:rsidRDefault="00000000">
            <w:pPr>
              <w:pStyle w:val="Oznaenseznam"/>
              <w:spacing w:after="16"/>
            </w:pPr>
            <w:r>
              <w:rPr>
                <w:color w:val="000000"/>
                <w:sz w:val="16"/>
              </w:rPr>
              <w:t>ob namenih in kriterijih spremlja svoje učenje ter uporabi opisno povratno informacijo</w:t>
            </w:r>
          </w:p>
          <w:p w14:paraId="7D1FC636" w14:textId="77777777" w:rsidR="005B3871" w:rsidRDefault="00000000">
            <w:pPr>
              <w:spacing w:before="40" w:after="20" w:line="245" w:lineRule="auto"/>
            </w:pPr>
            <w:r>
              <w:rPr>
                <w:b/>
                <w:color w:val="000000"/>
                <w:sz w:val="17"/>
              </w:rPr>
              <w:t>OPERATIVNI</w:t>
            </w:r>
          </w:p>
          <w:p w14:paraId="4704006D" w14:textId="77777777" w:rsidR="005B3871" w:rsidRDefault="00000000">
            <w:pPr>
              <w:pStyle w:val="Oznaenseznam"/>
              <w:spacing w:after="16"/>
            </w:pPr>
            <w:r>
              <w:rPr>
                <w:color w:val="000000"/>
                <w:sz w:val="16"/>
              </w:rPr>
              <w:t>prepozna dele na modelu</w:t>
            </w:r>
          </w:p>
          <w:p w14:paraId="7F912458" w14:textId="77777777" w:rsidR="005B3871" w:rsidRDefault="00000000">
            <w:pPr>
              <w:pStyle w:val="Oznaenseznam"/>
              <w:spacing w:after="16"/>
            </w:pPr>
            <w:r>
              <w:rPr>
                <w:color w:val="000000"/>
                <w:sz w:val="16"/>
              </w:rPr>
              <w:t>pravično deli</w:t>
            </w:r>
          </w:p>
          <w:p w14:paraId="7E2C407F" w14:textId="77777777" w:rsidR="005B3871" w:rsidRDefault="00000000">
            <w:pPr>
              <w:pStyle w:val="Oznaenseznam"/>
              <w:spacing w:after="16"/>
            </w:pPr>
            <w:r>
              <w:rPr>
                <w:color w:val="000000"/>
                <w:sz w:val="16"/>
              </w:rPr>
              <w:t>uporabi znanje v življenjski nalogi</w:t>
            </w:r>
          </w:p>
          <w:p w14:paraId="02B34426" w14:textId="77777777" w:rsidR="005B3871" w:rsidRDefault="00000000">
            <w:pPr>
              <w:spacing w:before="40" w:after="20" w:line="245" w:lineRule="auto"/>
            </w:pPr>
            <w:r>
              <w:rPr>
                <w:b/>
                <w:color w:val="000000"/>
                <w:sz w:val="17"/>
              </w:rPr>
              <w:t>PRIČAKOVANI DOSEŽKI / STANDARDI</w:t>
            </w:r>
          </w:p>
          <w:p w14:paraId="324A0A98" w14:textId="77777777" w:rsidR="005B3871" w:rsidRDefault="00000000">
            <w:pPr>
              <w:pStyle w:val="Oznaenseznam"/>
              <w:spacing w:after="16"/>
            </w:pPr>
            <w:r>
              <w:rPr>
                <w:color w:val="000000"/>
                <w:sz w:val="16"/>
              </w:rPr>
              <w:t>ob konkretni, slikovni ali gibalni opori prepozna dele na modelu</w:t>
            </w:r>
          </w:p>
          <w:p w14:paraId="5D854A2D" w14:textId="77777777" w:rsidR="005B3871" w:rsidRDefault="00000000">
            <w:pPr>
              <w:pStyle w:val="Oznaenseznam"/>
              <w:spacing w:after="16"/>
            </w:pPr>
            <w:r>
              <w:rPr>
                <w:color w:val="000000"/>
                <w:sz w:val="16"/>
              </w:rPr>
              <w:t>ob konkretni, slikovni ali gibalni opori pravično deli</w:t>
            </w:r>
          </w:p>
          <w:p w14:paraId="5D7B92D6" w14:textId="77777777" w:rsidR="005B3871" w:rsidRDefault="00000000">
            <w:pPr>
              <w:pStyle w:val="Oznaenseznam"/>
              <w:spacing w:after="16"/>
            </w:pPr>
            <w:r>
              <w:rPr>
                <w:color w:val="000000"/>
                <w:sz w:val="16"/>
              </w:rPr>
              <w:t>ob konkretni, slikovni ali gibalni opori uporabi znanje v življenjski nalogi</w:t>
            </w:r>
          </w:p>
        </w:tc>
        <w:tc>
          <w:tcPr>
            <w:tcW w:w="7087" w:type="dxa"/>
            <w:tcMar>
              <w:top w:w="70" w:type="dxa"/>
              <w:left w:w="90" w:type="dxa"/>
              <w:bottom w:w="70" w:type="dxa"/>
              <w:right w:w="90" w:type="dxa"/>
            </w:tcMar>
          </w:tcPr>
          <w:p w14:paraId="68BD0A8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53AF313F" w14:textId="77777777">
              <w:trPr>
                <w:jc w:val="center"/>
              </w:trPr>
              <w:tc>
                <w:tcPr>
                  <w:tcW w:w="7087" w:type="dxa"/>
                  <w:shd w:val="clear" w:color="auto" w:fill="C6E7F3"/>
                  <w:tcMar>
                    <w:top w:w="45" w:type="dxa"/>
                    <w:left w:w="70" w:type="dxa"/>
                    <w:bottom w:w="45" w:type="dxa"/>
                    <w:right w:w="70" w:type="dxa"/>
                  </w:tcMar>
                </w:tcPr>
                <w:p w14:paraId="374B0297" w14:textId="77777777" w:rsidR="005B3871" w:rsidRDefault="00000000">
                  <w:pPr>
                    <w:keepNext/>
                  </w:pPr>
                  <w:r>
                    <w:rPr>
                      <w:b/>
                      <w:color w:val="000000"/>
                    </w:rPr>
                    <w:t>UVODNI DEL – motivacija, aktivacija predznanja in namen učenja (15–20 min)</w:t>
                  </w:r>
                </w:p>
              </w:tc>
            </w:tr>
          </w:tbl>
          <w:p w14:paraId="0301284A" w14:textId="77777777" w:rsidR="005B3871" w:rsidRDefault="005B3871">
            <w:pPr>
              <w:spacing w:line="20" w:lineRule="exact"/>
            </w:pPr>
          </w:p>
          <w:p w14:paraId="5E734FA9" w14:textId="77777777" w:rsidR="005B3871" w:rsidRDefault="00000000">
            <w:pPr>
              <w:spacing w:before="40" w:after="60" w:line="245" w:lineRule="auto"/>
            </w:pPr>
            <w:r>
              <w:rPr>
                <w:color w:val="000000"/>
                <w:sz w:val="16"/>
              </w:rPr>
              <w:t>Odpadni papir, karton in vrvice dobijo novo življenje kot modeli celote, polovic in četrtin. Učenci dele preverjajo s prekrivanjem in znanje uporabijo pri pravični delitvi.</w:t>
            </w:r>
          </w:p>
          <w:tbl>
            <w:tblPr>
              <w:tblStyle w:val="Tabelamrea"/>
              <w:tblW w:w="0" w:type="auto"/>
              <w:jc w:val="center"/>
              <w:tblLayout w:type="fixed"/>
              <w:tblLook w:val="04A0" w:firstRow="1" w:lastRow="0" w:firstColumn="1" w:lastColumn="0" w:noHBand="0" w:noVBand="1"/>
            </w:tblPr>
            <w:tblGrid>
              <w:gridCol w:w="7087"/>
            </w:tblGrid>
            <w:tr w:rsidR="005B3871" w14:paraId="5EEB560C" w14:textId="77777777">
              <w:trPr>
                <w:jc w:val="center"/>
              </w:trPr>
              <w:tc>
                <w:tcPr>
                  <w:tcW w:w="7087" w:type="dxa"/>
                  <w:shd w:val="clear" w:color="auto" w:fill="EDC9EA"/>
                  <w:tcMar>
                    <w:top w:w="45" w:type="dxa"/>
                    <w:left w:w="70" w:type="dxa"/>
                    <w:bottom w:w="45" w:type="dxa"/>
                    <w:right w:w="70" w:type="dxa"/>
                  </w:tcMar>
                </w:tcPr>
                <w:p w14:paraId="08C3E9C1" w14:textId="77777777" w:rsidR="005B3871" w:rsidRDefault="00000000">
                  <w:pPr>
                    <w:keepNext/>
                  </w:pPr>
                  <w:r>
                    <w:rPr>
                      <w:b/>
                      <w:color w:val="000000"/>
                    </w:rPr>
                    <w:t>NAMENI UČENJA</w:t>
                  </w:r>
                </w:p>
              </w:tc>
            </w:tr>
          </w:tbl>
          <w:p w14:paraId="0550E866" w14:textId="77777777" w:rsidR="005B3871" w:rsidRDefault="005B3871">
            <w:pPr>
              <w:spacing w:line="20" w:lineRule="exact"/>
            </w:pPr>
          </w:p>
          <w:p w14:paraId="0BF042F6"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1B4589CC" w14:textId="77777777" w:rsidR="005B3871" w:rsidRDefault="00000000">
            <w:pPr>
              <w:pStyle w:val="Oznaenseznam"/>
              <w:spacing w:after="16"/>
            </w:pPr>
            <w:r>
              <w:rPr>
                <w:color w:val="000000"/>
                <w:sz w:val="16"/>
              </w:rPr>
              <w:t>prepoznam dele na modelu</w:t>
            </w:r>
          </w:p>
          <w:p w14:paraId="55C413F3" w14:textId="77777777" w:rsidR="005B3871" w:rsidRDefault="00000000">
            <w:pPr>
              <w:pStyle w:val="Oznaenseznam"/>
              <w:spacing w:after="16"/>
            </w:pPr>
            <w:r>
              <w:rPr>
                <w:color w:val="000000"/>
                <w:sz w:val="16"/>
              </w:rPr>
              <w:t>pravično delim</w:t>
            </w:r>
          </w:p>
          <w:p w14:paraId="5E3E3DFF" w14:textId="77777777" w:rsidR="005B3871" w:rsidRDefault="00000000">
            <w:pPr>
              <w:pStyle w:val="Oznaenseznam"/>
              <w:spacing w:after="16"/>
            </w:pPr>
            <w:r>
              <w:rPr>
                <w:color w:val="000000"/>
                <w:sz w:val="16"/>
              </w:rPr>
              <w:t>uporabim znanje v življenjski nalogi</w:t>
            </w:r>
          </w:p>
          <w:tbl>
            <w:tblPr>
              <w:tblStyle w:val="Tabelamrea"/>
              <w:tblW w:w="0" w:type="auto"/>
              <w:jc w:val="center"/>
              <w:tblLayout w:type="fixed"/>
              <w:tblLook w:val="04A0" w:firstRow="1" w:lastRow="0" w:firstColumn="1" w:lastColumn="0" w:noHBand="0" w:noVBand="1"/>
            </w:tblPr>
            <w:tblGrid>
              <w:gridCol w:w="7087"/>
            </w:tblGrid>
            <w:tr w:rsidR="005B3871" w14:paraId="092BC9E1" w14:textId="77777777">
              <w:trPr>
                <w:jc w:val="center"/>
              </w:trPr>
              <w:tc>
                <w:tcPr>
                  <w:tcW w:w="7087" w:type="dxa"/>
                  <w:shd w:val="clear" w:color="auto" w:fill="EDC9EA"/>
                  <w:tcMar>
                    <w:top w:w="45" w:type="dxa"/>
                    <w:left w:w="70" w:type="dxa"/>
                    <w:bottom w:w="45" w:type="dxa"/>
                    <w:right w:w="70" w:type="dxa"/>
                  </w:tcMar>
                </w:tcPr>
                <w:p w14:paraId="14DD4EFC" w14:textId="77777777" w:rsidR="005B3871" w:rsidRDefault="00000000">
                  <w:pPr>
                    <w:keepNext/>
                  </w:pPr>
                  <w:r>
                    <w:rPr>
                      <w:b/>
                      <w:color w:val="000000"/>
                    </w:rPr>
                    <w:t>PREVERJANJE PREDZNANJA</w:t>
                  </w:r>
                </w:p>
              </w:tc>
            </w:tr>
          </w:tbl>
          <w:p w14:paraId="6FEC7648" w14:textId="77777777" w:rsidR="005B3871" w:rsidRDefault="005B3871">
            <w:pPr>
              <w:spacing w:line="20" w:lineRule="exact"/>
            </w:pPr>
          </w:p>
          <w:p w14:paraId="5D82952D" w14:textId="77777777" w:rsidR="005B3871" w:rsidRDefault="00000000">
            <w:pPr>
              <w:pStyle w:val="Oznaenseznam"/>
              <w:spacing w:after="16"/>
            </w:pPr>
            <w:r>
              <w:rPr>
                <w:color w:val="000000"/>
                <w:sz w:val="16"/>
              </w:rPr>
              <w:t>Kako iz različnih oblik dobim dva ali štiri enake dele?</w:t>
            </w:r>
          </w:p>
          <w:p w14:paraId="75A1C446" w14:textId="77777777" w:rsidR="005B3871" w:rsidRDefault="00000000">
            <w:pPr>
              <w:pStyle w:val="Oznaenseznam"/>
              <w:spacing w:after="16"/>
            </w:pPr>
            <w:r>
              <w:rPr>
                <w:color w:val="000000"/>
                <w:sz w:val="16"/>
              </w:rPr>
              <w:t>Kdaj je delitev pravična in kako to dokažem?</w:t>
            </w:r>
          </w:p>
          <w:p w14:paraId="59F3A4F8"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45B7774A" w14:textId="77777777">
              <w:trPr>
                <w:jc w:val="center"/>
              </w:trPr>
              <w:tc>
                <w:tcPr>
                  <w:tcW w:w="7087" w:type="dxa"/>
                  <w:shd w:val="clear" w:color="auto" w:fill="EDC9EA"/>
                  <w:tcMar>
                    <w:top w:w="45" w:type="dxa"/>
                    <w:left w:w="70" w:type="dxa"/>
                    <w:bottom w:w="45" w:type="dxa"/>
                    <w:right w:w="70" w:type="dxa"/>
                  </w:tcMar>
                </w:tcPr>
                <w:p w14:paraId="730C9B87" w14:textId="77777777" w:rsidR="005B3871" w:rsidRDefault="00000000">
                  <w:pPr>
                    <w:keepNext/>
                  </w:pPr>
                  <w:r>
                    <w:rPr>
                      <w:b/>
                      <w:color w:val="000000"/>
                    </w:rPr>
                    <w:t>KRITERIJI USPEŠNOSTI</w:t>
                  </w:r>
                </w:p>
              </w:tc>
            </w:tr>
          </w:tbl>
          <w:p w14:paraId="2A68256E" w14:textId="77777777" w:rsidR="005B3871" w:rsidRDefault="005B3871"/>
          <w:p w14:paraId="7870B4BD" w14:textId="77777777" w:rsidR="005B3871" w:rsidRDefault="00000000">
            <w:pPr>
              <w:spacing w:before="20" w:after="20" w:line="245" w:lineRule="auto"/>
            </w:pPr>
            <w:r>
              <w:rPr>
                <w:b/>
                <w:color w:val="000000"/>
                <w:sz w:val="16"/>
              </w:rPr>
              <w:t>Uspešen/-na bom, ko:</w:t>
            </w:r>
          </w:p>
          <w:p w14:paraId="16D2B751" w14:textId="77777777" w:rsidR="005B3871" w:rsidRDefault="00000000">
            <w:pPr>
              <w:pStyle w:val="Oznaenseznam"/>
              <w:spacing w:after="16"/>
            </w:pPr>
            <w:r>
              <w:rPr>
                <w:color w:val="000000"/>
                <w:sz w:val="16"/>
              </w:rPr>
              <w:t>prepoznam dele na modelu</w:t>
            </w:r>
          </w:p>
          <w:p w14:paraId="2CCF4D42" w14:textId="77777777" w:rsidR="005B3871" w:rsidRDefault="00000000">
            <w:pPr>
              <w:pStyle w:val="Oznaenseznam"/>
              <w:spacing w:after="16"/>
            </w:pPr>
            <w:r>
              <w:rPr>
                <w:color w:val="000000"/>
                <w:sz w:val="16"/>
              </w:rPr>
              <w:t>pravično delim</w:t>
            </w:r>
          </w:p>
          <w:p w14:paraId="27D3A49C" w14:textId="77777777" w:rsidR="005B3871" w:rsidRDefault="00000000">
            <w:pPr>
              <w:pStyle w:val="Oznaenseznam"/>
              <w:spacing w:after="16"/>
            </w:pPr>
            <w:r>
              <w:rPr>
                <w:color w:val="000000"/>
                <w:sz w:val="16"/>
              </w:rPr>
              <w:t>uporabim znanje v življenjski nalogi</w:t>
            </w:r>
          </w:p>
          <w:p w14:paraId="7D5EC105"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371FE08B" w14:textId="77777777" w:rsidR="005B3871" w:rsidRDefault="005B3871"/>
          <w:p w14:paraId="5CF5F48F"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62B3F766" w14:textId="77777777" w:rsidR="005B3871" w:rsidRDefault="00000000">
            <w:pPr>
              <w:spacing w:after="80" w:line="245" w:lineRule="auto"/>
            </w:pPr>
            <w:r>
              <w:rPr>
                <w:color w:val="000000"/>
                <w:sz w:val="16"/>
              </w:rPr>
              <w:t>Pove, pokaže ali nariše, kako bi nalogo začel. Posluša tudi drugačne strategije.</w:t>
            </w:r>
          </w:p>
          <w:p w14:paraId="2D270203" w14:textId="77777777" w:rsidR="005B3871" w:rsidRDefault="00000000">
            <w:pPr>
              <w:spacing w:after="100" w:line="245" w:lineRule="auto"/>
            </w:pPr>
            <w:r>
              <w:rPr>
                <w:color w:val="000000"/>
                <w:sz w:val="16"/>
              </w:rPr>
              <w:t>Sodeluje pri razumevanju namenov in kriterijev uspešnosti.</w:t>
            </w:r>
          </w:p>
          <w:p w14:paraId="4C84ED87" w14:textId="77777777" w:rsidR="005B3871" w:rsidRDefault="00000000">
            <w:pPr>
              <w:spacing w:after="20" w:line="245" w:lineRule="auto"/>
            </w:pPr>
            <w:r>
              <w:rPr>
                <w:b/>
                <w:color w:val="D95BC6"/>
                <w:sz w:val="17"/>
              </w:rPr>
              <w:t>DOKAZ O UČENJU</w:t>
            </w:r>
          </w:p>
          <w:p w14:paraId="229935FA" w14:textId="77777777" w:rsidR="005B3871" w:rsidRDefault="00000000">
            <w:pPr>
              <w:spacing w:after="30" w:line="245" w:lineRule="auto"/>
            </w:pPr>
            <w:r>
              <w:rPr>
                <w:color w:val="D95BC6"/>
                <w:sz w:val="16"/>
              </w:rPr>
              <w:t>začetna strategija, razvrstitev, model, risba, gib ali ustni odgovor</w:t>
            </w:r>
          </w:p>
        </w:tc>
      </w:tr>
    </w:tbl>
    <w:p w14:paraId="424C1983"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7F9DA13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C7B86E9"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9F38E0F" w14:textId="77777777" w:rsidR="005B3871" w:rsidRDefault="00000000">
            <w:pPr>
              <w:jc w:val="center"/>
            </w:pPr>
            <w:r>
              <w:rPr>
                <w:b/>
                <w:color w:val="000000"/>
                <w:sz w:val="20"/>
              </w:rPr>
              <w:t>UČNE DEJAVNOSTI, METODE IN FORMATIVNO SPREMLJANJE</w:t>
            </w:r>
          </w:p>
        </w:tc>
      </w:tr>
      <w:tr w:rsidR="005B3871" w14:paraId="3E45DA86" w14:textId="77777777">
        <w:trPr>
          <w:tblHeader/>
          <w:jc w:val="center"/>
        </w:trPr>
        <w:tc>
          <w:tcPr>
            <w:tcW w:w="4422" w:type="dxa"/>
            <w:vMerge/>
            <w:tcMar>
              <w:top w:w="70" w:type="dxa"/>
              <w:left w:w="90" w:type="dxa"/>
              <w:bottom w:w="70" w:type="dxa"/>
              <w:right w:w="90" w:type="dxa"/>
            </w:tcMar>
            <w:vAlign w:val="center"/>
          </w:tcPr>
          <w:p w14:paraId="5D3E13DE" w14:textId="77777777" w:rsidR="005B3871" w:rsidRDefault="005B3871"/>
        </w:tc>
        <w:tc>
          <w:tcPr>
            <w:tcW w:w="7087" w:type="dxa"/>
            <w:shd w:val="clear" w:color="auto" w:fill="FFFFFF"/>
            <w:tcMar>
              <w:top w:w="70" w:type="dxa"/>
              <w:left w:w="90" w:type="dxa"/>
              <w:bottom w:w="70" w:type="dxa"/>
              <w:right w:w="90" w:type="dxa"/>
            </w:tcMar>
            <w:vAlign w:val="center"/>
          </w:tcPr>
          <w:p w14:paraId="318D0CAF"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B2C51AC" w14:textId="77777777" w:rsidR="005B3871" w:rsidRDefault="00000000">
            <w:pPr>
              <w:jc w:val="center"/>
            </w:pPr>
            <w:r>
              <w:rPr>
                <w:b/>
                <w:color w:val="000000"/>
              </w:rPr>
              <w:t>UČENEC</w:t>
            </w:r>
          </w:p>
        </w:tc>
      </w:tr>
      <w:tr w:rsidR="005B3871" w14:paraId="52ED8115" w14:textId="77777777">
        <w:trPr>
          <w:jc w:val="center"/>
        </w:trPr>
        <w:tc>
          <w:tcPr>
            <w:tcW w:w="4422" w:type="dxa"/>
            <w:tcMar>
              <w:top w:w="70" w:type="dxa"/>
              <w:left w:w="90" w:type="dxa"/>
              <w:bottom w:w="70" w:type="dxa"/>
              <w:right w:w="90" w:type="dxa"/>
            </w:tcMar>
          </w:tcPr>
          <w:p w14:paraId="18DD1283" w14:textId="77777777" w:rsidR="005B3871" w:rsidRDefault="005B3871"/>
          <w:p w14:paraId="741BD82B" w14:textId="77777777" w:rsidR="005B3871" w:rsidRDefault="00000000">
            <w:pPr>
              <w:spacing w:after="40" w:line="245" w:lineRule="auto"/>
            </w:pPr>
            <w:r>
              <w:rPr>
                <w:b/>
                <w:color w:val="000000"/>
              </w:rPr>
              <w:t>KLJUČNI POJMI</w:t>
            </w:r>
          </w:p>
          <w:p w14:paraId="6B40ECBE" w14:textId="77777777" w:rsidR="005B3871" w:rsidRDefault="00000000">
            <w:pPr>
              <w:spacing w:after="60" w:line="245" w:lineRule="auto"/>
            </w:pPr>
            <w:r>
              <w:rPr>
                <w:color w:val="000000"/>
                <w:sz w:val="16"/>
              </w:rPr>
              <w:t>celota, polovica, četrtina, enaki deli, pravična delitev, prekrivanje, sestavljanje, ponovna uporaba</w:t>
            </w:r>
          </w:p>
          <w:p w14:paraId="34C7306E" w14:textId="77777777" w:rsidR="005B3871" w:rsidRDefault="00000000">
            <w:pPr>
              <w:spacing w:after="20" w:line="245" w:lineRule="auto"/>
            </w:pPr>
            <w:r>
              <w:rPr>
                <w:b/>
                <w:color w:val="000000"/>
                <w:sz w:val="17"/>
              </w:rPr>
              <w:t>DOKAZI O UČENJU</w:t>
            </w:r>
          </w:p>
          <w:p w14:paraId="5899CC18" w14:textId="77777777" w:rsidR="005B3871" w:rsidRDefault="00000000">
            <w:pPr>
              <w:pStyle w:val="Oznaenseznam"/>
              <w:spacing w:after="16"/>
            </w:pPr>
            <w:r>
              <w:rPr>
                <w:color w:val="000000"/>
                <w:sz w:val="16"/>
              </w:rPr>
              <w:t>model celote in dveh enakih polovic</w:t>
            </w:r>
          </w:p>
          <w:p w14:paraId="1F379049" w14:textId="77777777" w:rsidR="005B3871" w:rsidRDefault="00000000">
            <w:pPr>
              <w:pStyle w:val="Oznaenseznam"/>
              <w:spacing w:after="16"/>
            </w:pPr>
            <w:r>
              <w:rPr>
                <w:color w:val="000000"/>
                <w:sz w:val="16"/>
              </w:rPr>
              <w:t>model štirih četrtin in sestavljena celota</w:t>
            </w:r>
          </w:p>
          <w:p w14:paraId="31A6F2A6" w14:textId="77777777" w:rsidR="005B3871" w:rsidRDefault="00000000">
            <w:pPr>
              <w:pStyle w:val="Oznaenseznam"/>
              <w:spacing w:after="16"/>
            </w:pPr>
            <w:r>
              <w:rPr>
                <w:color w:val="000000"/>
                <w:sz w:val="16"/>
              </w:rPr>
              <w:t>konkretna pravična delitev</w:t>
            </w:r>
          </w:p>
          <w:p w14:paraId="6CB791A2" w14:textId="77777777" w:rsidR="005B3871" w:rsidRDefault="00000000">
            <w:pPr>
              <w:pStyle w:val="Oznaenseznam"/>
              <w:spacing w:after="16"/>
            </w:pPr>
            <w:r>
              <w:rPr>
                <w:color w:val="000000"/>
                <w:sz w:val="16"/>
              </w:rPr>
              <w:t>uporaba delov celote v življenjski nalogi</w:t>
            </w:r>
          </w:p>
          <w:p w14:paraId="595AF10E" w14:textId="77777777" w:rsidR="005B3871" w:rsidRDefault="00000000">
            <w:pPr>
              <w:spacing w:before="40" w:after="20" w:line="245" w:lineRule="auto"/>
            </w:pPr>
            <w:r>
              <w:rPr>
                <w:b/>
                <w:color w:val="000000"/>
                <w:sz w:val="17"/>
              </w:rPr>
              <w:t>MEDPREDMETNA POVEZAVA</w:t>
            </w:r>
          </w:p>
          <w:p w14:paraId="10DE9402" w14:textId="77777777" w:rsidR="005B3871" w:rsidRDefault="00000000">
            <w:pPr>
              <w:spacing w:after="60" w:line="245" w:lineRule="auto"/>
            </w:pPr>
            <w:r>
              <w:rPr>
                <w:color w:val="000000"/>
                <w:sz w:val="16"/>
              </w:rPr>
              <w:t>SLJ – razlaga postopka; SPO – ponovna uporaba in skupnost; LUM – zgibanje/kolaž; ŠPO – delitev prostora</w:t>
            </w:r>
          </w:p>
          <w:p w14:paraId="45E0D61C" w14:textId="77777777" w:rsidR="005B3871" w:rsidRDefault="00000000">
            <w:pPr>
              <w:spacing w:after="20" w:line="245" w:lineRule="auto"/>
            </w:pPr>
            <w:r>
              <w:rPr>
                <w:b/>
                <w:color w:val="000000"/>
                <w:sz w:val="17"/>
              </w:rPr>
              <w:t>POUČEVANJE V GIBANJU</w:t>
            </w:r>
          </w:p>
          <w:p w14:paraId="5D82D1A7"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7EB1D991" w14:textId="77777777" w:rsidR="005B3871" w:rsidRDefault="00000000">
            <w:pPr>
              <w:spacing w:after="20" w:line="245" w:lineRule="auto"/>
            </w:pPr>
            <w:r>
              <w:rPr>
                <w:b/>
                <w:color w:val="000000"/>
                <w:sz w:val="17"/>
              </w:rPr>
              <w:t>DELO PO POSTAJAH</w:t>
            </w:r>
          </w:p>
          <w:p w14:paraId="07F49115" w14:textId="77777777" w:rsidR="005B3871" w:rsidRDefault="00000000">
            <w:pPr>
              <w:spacing w:after="60" w:line="245" w:lineRule="auto"/>
            </w:pPr>
            <w:r>
              <w:rPr>
                <w:color w:val="000000"/>
                <w:sz w:val="15"/>
              </w:rPr>
              <w:t>Načrtovana rotacija: konkretno-izkušenjska – Polovice iz ponovne uporabe; gibalna/sodelovalna – Četrtine sestavimo nazaj; slikovno-simbolna – Pravično razdeli količino; izziv, dokaz in povratna informacija – Poletni piknik. Pri pisnem ocenjevanju se postaje izvedejo v pripravi, analizi in ponovnem učenju.</w:t>
            </w:r>
          </w:p>
          <w:p w14:paraId="4C6E7A6A" w14:textId="77777777" w:rsidR="005B3871" w:rsidRDefault="00000000">
            <w:pPr>
              <w:spacing w:after="20" w:line="245" w:lineRule="auto"/>
            </w:pPr>
            <w:r>
              <w:rPr>
                <w:b/>
                <w:color w:val="000000"/>
                <w:sz w:val="17"/>
              </w:rPr>
              <w:t>DIFERENCIACIJA IN VKLJUČEVANJE</w:t>
            </w:r>
          </w:p>
          <w:p w14:paraId="455B1FA8"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53DA4021" w14:textId="77777777" w:rsidR="005B3871" w:rsidRDefault="00000000">
            <w:pPr>
              <w:spacing w:after="20" w:line="245" w:lineRule="auto"/>
            </w:pPr>
            <w:r>
              <w:rPr>
                <w:b/>
                <w:color w:val="000000"/>
                <w:sz w:val="17"/>
              </w:rPr>
              <w:t>SPREMLJANJE</w:t>
            </w:r>
          </w:p>
          <w:p w14:paraId="76DB127E"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4D616A2D"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1EF8D8A9" w14:textId="77777777">
              <w:trPr>
                <w:jc w:val="center"/>
              </w:trPr>
              <w:tc>
                <w:tcPr>
                  <w:tcW w:w="7087" w:type="dxa"/>
                  <w:shd w:val="clear" w:color="auto" w:fill="C6E7F3"/>
                  <w:tcMar>
                    <w:top w:w="45" w:type="dxa"/>
                    <w:left w:w="70" w:type="dxa"/>
                    <w:bottom w:w="45" w:type="dxa"/>
                    <w:right w:w="70" w:type="dxa"/>
                  </w:tcMar>
                </w:tcPr>
                <w:p w14:paraId="2D332AAC" w14:textId="77777777" w:rsidR="005B3871" w:rsidRDefault="00000000">
                  <w:pPr>
                    <w:keepNext/>
                  </w:pPr>
                  <w:r>
                    <w:rPr>
                      <w:b/>
                      <w:color w:val="000000"/>
                    </w:rPr>
                    <w:t>GLAVNI DEL – IZKUŠENJSKO IN PROBLEMSKO UČENJE (4 šolske ure)</w:t>
                  </w:r>
                </w:p>
              </w:tc>
            </w:tr>
          </w:tbl>
          <w:p w14:paraId="4B9C8C82" w14:textId="77777777" w:rsidR="005B3871" w:rsidRDefault="005B3871">
            <w:pPr>
              <w:spacing w:line="20" w:lineRule="exact"/>
            </w:pPr>
          </w:p>
          <w:p w14:paraId="4FC72B25" w14:textId="77777777" w:rsidR="005B3871" w:rsidRDefault="00000000">
            <w:pPr>
              <w:keepNext/>
              <w:spacing w:before="40" w:after="10" w:line="245" w:lineRule="auto"/>
            </w:pPr>
            <w:r>
              <w:rPr>
                <w:b/>
                <w:color w:val="000000"/>
                <w:sz w:val="17"/>
              </w:rPr>
              <w:t>1. URA – Polovice iz ponovne uporabe</w:t>
            </w:r>
          </w:p>
          <w:p w14:paraId="26CF1511" w14:textId="77777777" w:rsidR="005B3871" w:rsidRDefault="00000000">
            <w:pPr>
              <w:spacing w:after="14" w:line="245" w:lineRule="auto"/>
            </w:pPr>
            <w:r>
              <w:rPr>
                <w:b/>
                <w:color w:val="000000"/>
                <w:sz w:val="16"/>
              </w:rPr>
              <w:t xml:space="preserve">Dejavnost učiteljice: </w:t>
            </w:r>
            <w:r>
              <w:rPr>
                <w:color w:val="000000"/>
                <w:sz w:val="16"/>
              </w:rPr>
              <w:t>Ponudi simetrične papirnate oblike in modelira zgibanje ter prekrivanje.</w:t>
            </w:r>
          </w:p>
          <w:p w14:paraId="7167F2DB" w14:textId="77777777" w:rsidR="005B3871" w:rsidRDefault="00000000">
            <w:pPr>
              <w:spacing w:after="14" w:line="245" w:lineRule="auto"/>
            </w:pPr>
            <w:r>
              <w:rPr>
                <w:b/>
                <w:color w:val="000000"/>
                <w:sz w:val="16"/>
              </w:rPr>
              <w:t xml:space="preserve">Dejavnost učencev: </w:t>
            </w:r>
            <w:r>
              <w:rPr>
                <w:color w:val="000000"/>
                <w:sz w:val="16"/>
              </w:rPr>
              <w:t>Obliko razdelijo na dve polovici, preverijo enakost in označijo celoto.</w:t>
            </w:r>
          </w:p>
          <w:p w14:paraId="3BDCB8EA" w14:textId="77777777" w:rsidR="005B3871" w:rsidRDefault="00000000">
            <w:pPr>
              <w:spacing w:after="24" w:line="245" w:lineRule="auto"/>
            </w:pPr>
            <w:r>
              <w:rPr>
                <w:i/>
                <w:color w:val="D95BC6"/>
                <w:sz w:val="16"/>
              </w:rPr>
              <w:t>Predvideni dokaz: model celote in dveh enakih polovic.</w:t>
            </w:r>
          </w:p>
          <w:p w14:paraId="1DAEBE81" w14:textId="77777777" w:rsidR="005B3871" w:rsidRDefault="00000000">
            <w:pPr>
              <w:keepNext/>
              <w:spacing w:before="40" w:after="10" w:line="245" w:lineRule="auto"/>
            </w:pPr>
            <w:r>
              <w:rPr>
                <w:b/>
                <w:color w:val="000000"/>
                <w:sz w:val="17"/>
              </w:rPr>
              <w:t>2. URA – Četrtine sestavimo nazaj</w:t>
            </w:r>
          </w:p>
          <w:p w14:paraId="53CF1801" w14:textId="77777777" w:rsidR="005B3871" w:rsidRDefault="00000000">
            <w:pPr>
              <w:spacing w:after="14" w:line="245" w:lineRule="auto"/>
            </w:pPr>
            <w:r>
              <w:rPr>
                <w:b/>
                <w:color w:val="000000"/>
                <w:sz w:val="16"/>
              </w:rPr>
              <w:t xml:space="preserve">Dejavnost učiteljice: </w:t>
            </w:r>
            <w:r>
              <w:rPr>
                <w:color w:val="000000"/>
                <w:sz w:val="16"/>
              </w:rPr>
              <w:t>Pripravi modele, ki se razdelijo na štiri enake dele, in vodi sestavljanje celote.</w:t>
            </w:r>
          </w:p>
          <w:p w14:paraId="4AD8C098" w14:textId="77777777" w:rsidR="005B3871" w:rsidRDefault="00000000">
            <w:pPr>
              <w:spacing w:after="14" w:line="245" w:lineRule="auto"/>
            </w:pPr>
            <w:r>
              <w:rPr>
                <w:b/>
                <w:color w:val="000000"/>
                <w:sz w:val="16"/>
              </w:rPr>
              <w:t xml:space="preserve">Dejavnost učencev: </w:t>
            </w:r>
            <w:r>
              <w:rPr>
                <w:color w:val="000000"/>
                <w:sz w:val="16"/>
              </w:rPr>
              <w:t>Izdelajo štiri četrtine, jih preštejejo in ponovno sestavijo v celoto.</w:t>
            </w:r>
          </w:p>
          <w:p w14:paraId="78616613" w14:textId="77777777" w:rsidR="005B3871" w:rsidRDefault="00000000">
            <w:pPr>
              <w:spacing w:after="24" w:line="245" w:lineRule="auto"/>
            </w:pPr>
            <w:r>
              <w:rPr>
                <w:i/>
                <w:color w:val="D95BC6"/>
                <w:sz w:val="16"/>
              </w:rPr>
              <w:t>Predvideni dokaz: model štirih četrtin in sestavljena celota.</w:t>
            </w:r>
          </w:p>
          <w:p w14:paraId="4B95E575" w14:textId="77777777" w:rsidR="005B3871" w:rsidRDefault="00000000">
            <w:pPr>
              <w:keepNext/>
              <w:spacing w:before="40" w:after="10" w:line="245" w:lineRule="auto"/>
            </w:pPr>
            <w:r>
              <w:rPr>
                <w:b/>
                <w:color w:val="000000"/>
                <w:sz w:val="17"/>
              </w:rPr>
              <w:t>3. URA – Pravično razdeli količino</w:t>
            </w:r>
          </w:p>
          <w:p w14:paraId="50908B66" w14:textId="77777777" w:rsidR="005B3871" w:rsidRDefault="00000000">
            <w:pPr>
              <w:spacing w:after="14" w:line="245" w:lineRule="auto"/>
            </w:pPr>
            <w:r>
              <w:rPr>
                <w:b/>
                <w:color w:val="000000"/>
                <w:sz w:val="16"/>
              </w:rPr>
              <w:t xml:space="preserve">Dejavnost učiteljice: </w:t>
            </w:r>
            <w:r>
              <w:rPr>
                <w:color w:val="000000"/>
                <w:sz w:val="16"/>
              </w:rPr>
              <w:t>Ponudi števce v količinah, primernih za delitev na dve ali štiri skupine.</w:t>
            </w:r>
          </w:p>
          <w:p w14:paraId="5440B659" w14:textId="77777777" w:rsidR="005B3871" w:rsidRDefault="00000000">
            <w:pPr>
              <w:spacing w:after="14" w:line="245" w:lineRule="auto"/>
            </w:pPr>
            <w:r>
              <w:rPr>
                <w:b/>
                <w:color w:val="000000"/>
                <w:sz w:val="16"/>
              </w:rPr>
              <w:t xml:space="preserve">Dejavnost učencev: </w:t>
            </w:r>
            <w:r>
              <w:rPr>
                <w:color w:val="000000"/>
                <w:sz w:val="16"/>
              </w:rPr>
              <w:t>Količino pravično razdelijo, enakost preverijo s štetjem in pojasnijo postopek.</w:t>
            </w:r>
          </w:p>
          <w:p w14:paraId="51A05C8E" w14:textId="77777777" w:rsidR="005B3871" w:rsidRDefault="00000000">
            <w:pPr>
              <w:spacing w:after="24" w:line="245" w:lineRule="auto"/>
            </w:pPr>
            <w:r>
              <w:rPr>
                <w:i/>
                <w:color w:val="D95BC6"/>
                <w:sz w:val="16"/>
              </w:rPr>
              <w:t>Predvideni dokaz: konkretna pravična delitev.</w:t>
            </w:r>
          </w:p>
          <w:p w14:paraId="100BA6D4" w14:textId="77777777" w:rsidR="005B3871" w:rsidRDefault="00000000">
            <w:pPr>
              <w:keepNext/>
              <w:spacing w:before="40" w:after="10" w:line="245" w:lineRule="auto"/>
            </w:pPr>
            <w:r>
              <w:rPr>
                <w:b/>
                <w:color w:val="000000"/>
                <w:sz w:val="17"/>
              </w:rPr>
              <w:t>4. URA – Poletni piknik</w:t>
            </w:r>
          </w:p>
          <w:p w14:paraId="2A0BD46E" w14:textId="77777777" w:rsidR="005B3871" w:rsidRDefault="00000000">
            <w:pPr>
              <w:spacing w:after="14" w:line="245" w:lineRule="auto"/>
            </w:pPr>
            <w:r>
              <w:rPr>
                <w:b/>
                <w:color w:val="000000"/>
                <w:sz w:val="16"/>
              </w:rPr>
              <w:t xml:space="preserve">Dejavnost učiteljice: </w:t>
            </w:r>
            <w:r>
              <w:rPr>
                <w:color w:val="000000"/>
                <w:sz w:val="16"/>
              </w:rPr>
              <w:t>Zastavi življenjsko nalogo delitve prtičkov, sadnih modelov ali prostora.</w:t>
            </w:r>
          </w:p>
          <w:p w14:paraId="22E14965" w14:textId="77777777" w:rsidR="005B3871" w:rsidRDefault="00000000">
            <w:pPr>
              <w:spacing w:after="14" w:line="245" w:lineRule="auto"/>
            </w:pPr>
            <w:r>
              <w:rPr>
                <w:b/>
                <w:color w:val="000000"/>
                <w:sz w:val="16"/>
              </w:rPr>
              <w:t xml:space="preserve">Dejavnost učencev: </w:t>
            </w:r>
            <w:r>
              <w:rPr>
                <w:color w:val="000000"/>
                <w:sz w:val="16"/>
              </w:rPr>
              <w:t>Izberejo polovice ali četrtine, nalogo rešijo in svojo odločitev predstavijo.</w:t>
            </w:r>
          </w:p>
          <w:p w14:paraId="37C95B78" w14:textId="77777777" w:rsidR="005B3871" w:rsidRDefault="00000000">
            <w:pPr>
              <w:spacing w:after="24" w:line="245" w:lineRule="auto"/>
            </w:pPr>
            <w:r>
              <w:rPr>
                <w:i/>
                <w:color w:val="D95BC6"/>
                <w:sz w:val="16"/>
              </w:rPr>
              <w:t>Predvideni dokaz: uporaba delov celote v življenjski nalogi.</w:t>
            </w:r>
          </w:p>
          <w:tbl>
            <w:tblPr>
              <w:tblStyle w:val="Tabelamrea"/>
              <w:tblW w:w="0" w:type="auto"/>
              <w:jc w:val="center"/>
              <w:tblLayout w:type="fixed"/>
              <w:tblLook w:val="04A0" w:firstRow="1" w:lastRow="0" w:firstColumn="1" w:lastColumn="0" w:noHBand="0" w:noVBand="1"/>
            </w:tblPr>
            <w:tblGrid>
              <w:gridCol w:w="7087"/>
            </w:tblGrid>
            <w:tr w:rsidR="005B3871" w14:paraId="606A8832" w14:textId="77777777">
              <w:trPr>
                <w:jc w:val="center"/>
              </w:trPr>
              <w:tc>
                <w:tcPr>
                  <w:tcW w:w="7087" w:type="dxa"/>
                  <w:shd w:val="clear" w:color="auto" w:fill="EDC9EA"/>
                  <w:tcMar>
                    <w:top w:w="45" w:type="dxa"/>
                    <w:left w:w="70" w:type="dxa"/>
                    <w:bottom w:w="45" w:type="dxa"/>
                    <w:right w:w="70" w:type="dxa"/>
                  </w:tcMar>
                </w:tcPr>
                <w:p w14:paraId="42C6D1C7" w14:textId="77777777" w:rsidR="005B3871" w:rsidRDefault="00000000">
                  <w:pPr>
                    <w:keepNext/>
                  </w:pPr>
                  <w:r>
                    <w:rPr>
                      <w:b/>
                      <w:color w:val="000000"/>
                    </w:rPr>
                    <w:t>POVRATNA INFORMACIJA UČITELJICE MED DELOM</w:t>
                  </w:r>
                </w:p>
              </w:tc>
            </w:tr>
          </w:tbl>
          <w:p w14:paraId="71F7DC40" w14:textId="77777777" w:rsidR="005B3871" w:rsidRDefault="005B3871"/>
          <w:p w14:paraId="4CC96747"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658BFB83" w14:textId="77777777" w:rsidR="005B3871" w:rsidRDefault="005B3871"/>
          <w:p w14:paraId="463CBFEF" w14:textId="77777777" w:rsidR="005B3871" w:rsidRDefault="00000000">
            <w:pPr>
              <w:spacing w:after="10" w:line="245" w:lineRule="auto"/>
            </w:pPr>
            <w:r>
              <w:rPr>
                <w:b/>
                <w:color w:val="000000"/>
                <w:sz w:val="16"/>
              </w:rPr>
              <w:t>1. URA</w:t>
            </w:r>
          </w:p>
          <w:p w14:paraId="239C0A85" w14:textId="77777777" w:rsidR="005B3871" w:rsidRDefault="00000000">
            <w:pPr>
              <w:spacing w:after="30" w:line="245" w:lineRule="auto"/>
            </w:pPr>
            <w:r>
              <w:rPr>
                <w:color w:val="000000"/>
                <w:sz w:val="16"/>
              </w:rPr>
              <w:t>Obliko razdelijo na dve polovici, preverijo enakost in označijo celoto.</w:t>
            </w:r>
          </w:p>
          <w:p w14:paraId="344C49DD" w14:textId="77777777" w:rsidR="005B3871" w:rsidRDefault="00000000">
            <w:pPr>
              <w:spacing w:line="245" w:lineRule="auto"/>
            </w:pPr>
            <w:r>
              <w:rPr>
                <w:b/>
                <w:color w:val="D95BC6"/>
                <w:sz w:val="16"/>
              </w:rPr>
              <w:t>DOKAZ</w:t>
            </w:r>
          </w:p>
          <w:p w14:paraId="6DBA69F1" w14:textId="77777777" w:rsidR="005B3871" w:rsidRDefault="00000000">
            <w:pPr>
              <w:spacing w:after="40" w:line="245" w:lineRule="auto"/>
            </w:pPr>
            <w:r>
              <w:rPr>
                <w:color w:val="D95BC6"/>
                <w:sz w:val="15"/>
              </w:rPr>
              <w:t>model celote in dveh enakih polovic</w:t>
            </w:r>
          </w:p>
          <w:p w14:paraId="237F2768" w14:textId="77777777" w:rsidR="005B3871" w:rsidRDefault="00000000">
            <w:pPr>
              <w:spacing w:after="10" w:line="245" w:lineRule="auto"/>
            </w:pPr>
            <w:r>
              <w:rPr>
                <w:b/>
                <w:color w:val="000000"/>
                <w:sz w:val="16"/>
              </w:rPr>
              <w:t>2. URA</w:t>
            </w:r>
          </w:p>
          <w:p w14:paraId="60178723" w14:textId="77777777" w:rsidR="005B3871" w:rsidRDefault="00000000">
            <w:pPr>
              <w:spacing w:after="30" w:line="245" w:lineRule="auto"/>
            </w:pPr>
            <w:r>
              <w:rPr>
                <w:color w:val="000000"/>
                <w:sz w:val="16"/>
              </w:rPr>
              <w:t>Izdelajo štiri četrtine, jih preštejejo in ponovno sestavijo v celoto.</w:t>
            </w:r>
          </w:p>
          <w:p w14:paraId="01A83910" w14:textId="77777777" w:rsidR="005B3871" w:rsidRDefault="00000000">
            <w:pPr>
              <w:spacing w:line="245" w:lineRule="auto"/>
            </w:pPr>
            <w:r>
              <w:rPr>
                <w:b/>
                <w:color w:val="D95BC6"/>
                <w:sz w:val="16"/>
              </w:rPr>
              <w:t>DOKAZ</w:t>
            </w:r>
          </w:p>
          <w:p w14:paraId="2DA1CB25" w14:textId="77777777" w:rsidR="005B3871" w:rsidRDefault="00000000">
            <w:pPr>
              <w:spacing w:after="40" w:line="245" w:lineRule="auto"/>
            </w:pPr>
            <w:r>
              <w:rPr>
                <w:color w:val="D95BC6"/>
                <w:sz w:val="15"/>
              </w:rPr>
              <w:t>model štirih četrtin in sestavljena celota</w:t>
            </w:r>
          </w:p>
          <w:p w14:paraId="32FB03FD" w14:textId="77777777" w:rsidR="005B3871" w:rsidRDefault="00000000">
            <w:pPr>
              <w:spacing w:after="10" w:line="245" w:lineRule="auto"/>
            </w:pPr>
            <w:r>
              <w:rPr>
                <w:b/>
                <w:color w:val="000000"/>
                <w:sz w:val="16"/>
              </w:rPr>
              <w:t>3. URA</w:t>
            </w:r>
          </w:p>
          <w:p w14:paraId="62D4D311" w14:textId="77777777" w:rsidR="005B3871" w:rsidRDefault="00000000">
            <w:pPr>
              <w:spacing w:after="30" w:line="245" w:lineRule="auto"/>
            </w:pPr>
            <w:r>
              <w:rPr>
                <w:color w:val="000000"/>
                <w:sz w:val="16"/>
              </w:rPr>
              <w:t>Količino pravično razdelijo, enakost preverijo s štetjem in pojasnijo postopek.</w:t>
            </w:r>
          </w:p>
          <w:p w14:paraId="19B226AE" w14:textId="77777777" w:rsidR="005B3871" w:rsidRDefault="00000000">
            <w:pPr>
              <w:spacing w:line="245" w:lineRule="auto"/>
            </w:pPr>
            <w:r>
              <w:rPr>
                <w:b/>
                <w:color w:val="D95BC6"/>
                <w:sz w:val="16"/>
              </w:rPr>
              <w:t>DOKAZ</w:t>
            </w:r>
          </w:p>
          <w:p w14:paraId="6282A7CB" w14:textId="77777777" w:rsidR="005B3871" w:rsidRDefault="00000000">
            <w:pPr>
              <w:spacing w:after="40" w:line="245" w:lineRule="auto"/>
            </w:pPr>
            <w:r>
              <w:rPr>
                <w:color w:val="D95BC6"/>
                <w:sz w:val="15"/>
              </w:rPr>
              <w:t>konkretna pravična delitev</w:t>
            </w:r>
          </w:p>
          <w:p w14:paraId="496BF4A2" w14:textId="77777777" w:rsidR="005B3871" w:rsidRDefault="00000000">
            <w:pPr>
              <w:spacing w:after="10" w:line="245" w:lineRule="auto"/>
            </w:pPr>
            <w:r>
              <w:rPr>
                <w:b/>
                <w:color w:val="000000"/>
                <w:sz w:val="16"/>
              </w:rPr>
              <w:t>4. URA</w:t>
            </w:r>
          </w:p>
          <w:p w14:paraId="4D94B52E" w14:textId="77777777" w:rsidR="005B3871" w:rsidRDefault="00000000">
            <w:pPr>
              <w:spacing w:after="30" w:line="245" w:lineRule="auto"/>
            </w:pPr>
            <w:r>
              <w:rPr>
                <w:color w:val="000000"/>
                <w:sz w:val="16"/>
              </w:rPr>
              <w:t>Izberejo polovice ali četrtine, nalogo rešijo in svojo odločitev predstavijo.</w:t>
            </w:r>
          </w:p>
          <w:p w14:paraId="5CF786BE" w14:textId="77777777" w:rsidR="005B3871" w:rsidRDefault="00000000">
            <w:pPr>
              <w:spacing w:line="245" w:lineRule="auto"/>
            </w:pPr>
            <w:r>
              <w:rPr>
                <w:b/>
                <w:color w:val="D95BC6"/>
                <w:sz w:val="16"/>
              </w:rPr>
              <w:t>DOKAZ</w:t>
            </w:r>
          </w:p>
          <w:p w14:paraId="1EF9097B" w14:textId="77777777" w:rsidR="005B3871" w:rsidRDefault="00000000">
            <w:pPr>
              <w:spacing w:after="40" w:line="245" w:lineRule="auto"/>
            </w:pPr>
            <w:r>
              <w:rPr>
                <w:color w:val="D95BC6"/>
                <w:sz w:val="15"/>
              </w:rPr>
              <w:t>uporaba delov celote v življenjski nalogi</w:t>
            </w:r>
          </w:p>
        </w:tc>
      </w:tr>
    </w:tbl>
    <w:p w14:paraId="7C7DF4D1"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FACFBB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725EF3D"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557ADA2" w14:textId="77777777" w:rsidR="005B3871" w:rsidRDefault="00000000">
            <w:pPr>
              <w:jc w:val="center"/>
            </w:pPr>
            <w:r>
              <w:rPr>
                <w:b/>
                <w:color w:val="000000"/>
                <w:sz w:val="20"/>
              </w:rPr>
              <w:t>UČNE DEJAVNOSTI, METODE IN FORMATIVNO SPREMLJANJE</w:t>
            </w:r>
          </w:p>
        </w:tc>
      </w:tr>
      <w:tr w:rsidR="005B3871" w14:paraId="6E991629" w14:textId="77777777">
        <w:trPr>
          <w:tblHeader/>
          <w:jc w:val="center"/>
        </w:trPr>
        <w:tc>
          <w:tcPr>
            <w:tcW w:w="4422" w:type="dxa"/>
            <w:vMerge/>
            <w:tcMar>
              <w:top w:w="70" w:type="dxa"/>
              <w:left w:w="90" w:type="dxa"/>
              <w:bottom w:w="70" w:type="dxa"/>
              <w:right w:w="90" w:type="dxa"/>
            </w:tcMar>
            <w:vAlign w:val="center"/>
          </w:tcPr>
          <w:p w14:paraId="4A41697B" w14:textId="77777777" w:rsidR="005B3871" w:rsidRDefault="005B3871"/>
        </w:tc>
        <w:tc>
          <w:tcPr>
            <w:tcW w:w="7087" w:type="dxa"/>
            <w:shd w:val="clear" w:color="auto" w:fill="FFFFFF"/>
            <w:tcMar>
              <w:top w:w="70" w:type="dxa"/>
              <w:left w:w="90" w:type="dxa"/>
              <w:bottom w:w="70" w:type="dxa"/>
              <w:right w:w="90" w:type="dxa"/>
            </w:tcMar>
            <w:vAlign w:val="center"/>
          </w:tcPr>
          <w:p w14:paraId="4A7870E5"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98FD989" w14:textId="77777777" w:rsidR="005B3871" w:rsidRDefault="00000000">
            <w:pPr>
              <w:jc w:val="center"/>
            </w:pPr>
            <w:r>
              <w:rPr>
                <w:b/>
                <w:color w:val="000000"/>
              </w:rPr>
              <w:t>UČENEC</w:t>
            </w:r>
          </w:p>
        </w:tc>
      </w:tr>
      <w:tr w:rsidR="005B3871" w14:paraId="2D42FBCC" w14:textId="77777777">
        <w:trPr>
          <w:jc w:val="center"/>
        </w:trPr>
        <w:tc>
          <w:tcPr>
            <w:tcW w:w="4422" w:type="dxa"/>
            <w:tcMar>
              <w:top w:w="70" w:type="dxa"/>
              <w:left w:w="90" w:type="dxa"/>
              <w:bottom w:w="70" w:type="dxa"/>
              <w:right w:w="90" w:type="dxa"/>
            </w:tcMar>
          </w:tcPr>
          <w:p w14:paraId="01F42859" w14:textId="77777777" w:rsidR="005B3871" w:rsidRDefault="005B3871"/>
          <w:p w14:paraId="0EBC7EC8" w14:textId="77777777" w:rsidR="005B3871" w:rsidRDefault="00000000">
            <w:pPr>
              <w:spacing w:after="40" w:line="245" w:lineRule="auto"/>
            </w:pPr>
            <w:r>
              <w:rPr>
                <w:b/>
                <w:color w:val="000000"/>
              </w:rPr>
              <w:t>FORMATIVNO SPREMLJANJE</w:t>
            </w:r>
          </w:p>
          <w:p w14:paraId="705864B8" w14:textId="77777777" w:rsidR="005B3871" w:rsidRDefault="00000000">
            <w:pPr>
              <w:pStyle w:val="Oznaenseznam"/>
              <w:spacing w:after="16"/>
            </w:pPr>
            <w:r>
              <w:rPr>
                <w:color w:val="000000"/>
                <w:sz w:val="16"/>
              </w:rPr>
              <w:t>predznanje: začetna strategija, ocena, razvrstitev, model ali risba</w:t>
            </w:r>
          </w:p>
          <w:p w14:paraId="0A1CE22E" w14:textId="77777777" w:rsidR="005B3871" w:rsidRDefault="00000000">
            <w:pPr>
              <w:pStyle w:val="Oznaenseznam"/>
              <w:spacing w:after="16"/>
            </w:pPr>
            <w:r>
              <w:rPr>
                <w:color w:val="000000"/>
                <w:sz w:val="16"/>
              </w:rPr>
              <w:t>dokazi med učenjem: konkretni, gibalni, slikovni in simbolni prikaz ter razlaga postopka</w:t>
            </w:r>
          </w:p>
          <w:p w14:paraId="111DB197" w14:textId="77777777" w:rsidR="005B3871" w:rsidRDefault="00000000">
            <w:pPr>
              <w:pStyle w:val="Oznaenseznam"/>
              <w:spacing w:after="16"/>
            </w:pPr>
            <w:r>
              <w:rPr>
                <w:color w:val="000000"/>
                <w:sz w:val="16"/>
              </w:rPr>
              <w:t>povratna informacija: konkretna, vezana na kriterij in usmerjena v preverjanje ali naslednji korak</w:t>
            </w:r>
          </w:p>
          <w:p w14:paraId="3B32AE25" w14:textId="77777777" w:rsidR="005B3871" w:rsidRDefault="00000000">
            <w:pPr>
              <w:pStyle w:val="Oznaenseznam"/>
              <w:spacing w:after="16"/>
            </w:pPr>
            <w:r>
              <w:rPr>
                <w:color w:val="000000"/>
                <w:sz w:val="16"/>
              </w:rPr>
              <w:t>samovrednotenje: semafor, lestvica samostojnosti, izbrani dokaz ali kratka poved</w:t>
            </w:r>
          </w:p>
          <w:p w14:paraId="224F9570" w14:textId="77777777" w:rsidR="005B3871" w:rsidRDefault="00000000">
            <w:pPr>
              <w:spacing w:before="40" w:after="20" w:line="245" w:lineRule="auto"/>
            </w:pPr>
            <w:r>
              <w:rPr>
                <w:b/>
                <w:color w:val="000000"/>
                <w:sz w:val="17"/>
              </w:rPr>
              <w:t>VARNOST IN ODGOVORNOST</w:t>
            </w:r>
          </w:p>
          <w:p w14:paraId="6224B4EA" w14:textId="77777777" w:rsidR="005B3871" w:rsidRDefault="00000000">
            <w:pPr>
              <w:spacing w:after="60" w:line="245" w:lineRule="auto"/>
            </w:pPr>
            <w:r>
              <w:rPr>
                <w:color w:val="000000"/>
                <w:sz w:val="16"/>
              </w:rPr>
              <w:t>Uporabljajo se le čisti materiali in varne škarje; užitna hrana se nadomesti z modeli ali je individualno higiensko pripravljena.</w:t>
            </w:r>
          </w:p>
          <w:p w14:paraId="353D5CEF" w14:textId="77777777" w:rsidR="005B3871" w:rsidRDefault="00000000">
            <w:pPr>
              <w:spacing w:after="20" w:line="245" w:lineRule="auto"/>
            </w:pPr>
            <w:r>
              <w:rPr>
                <w:b/>
                <w:color w:val="000000"/>
                <w:sz w:val="17"/>
              </w:rPr>
              <w:t>EVIDENCA PO IZVEDBI</w:t>
            </w:r>
          </w:p>
          <w:p w14:paraId="0E231432"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72CA6DB2"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FD9263B" w14:textId="77777777">
              <w:trPr>
                <w:jc w:val="center"/>
              </w:trPr>
              <w:tc>
                <w:tcPr>
                  <w:tcW w:w="7087" w:type="dxa"/>
                  <w:shd w:val="clear" w:color="auto" w:fill="EDC9EA"/>
                  <w:tcMar>
                    <w:top w:w="45" w:type="dxa"/>
                    <w:left w:w="70" w:type="dxa"/>
                    <w:bottom w:w="45" w:type="dxa"/>
                    <w:right w:w="70" w:type="dxa"/>
                  </w:tcMar>
                </w:tcPr>
                <w:p w14:paraId="5ADF33F5" w14:textId="77777777" w:rsidR="005B3871" w:rsidRDefault="00000000">
                  <w:pPr>
                    <w:keepNext/>
                  </w:pPr>
                  <w:r>
                    <w:rPr>
                      <w:b/>
                      <w:color w:val="000000"/>
                    </w:rPr>
                    <w:t>VPRAŠANJA V PODPORO MATEMATIČNEMU UČENJU</w:t>
                  </w:r>
                </w:p>
              </w:tc>
            </w:tr>
          </w:tbl>
          <w:p w14:paraId="089C7250" w14:textId="77777777" w:rsidR="005B3871" w:rsidRDefault="005B3871">
            <w:pPr>
              <w:spacing w:line="20" w:lineRule="exact"/>
            </w:pPr>
          </w:p>
          <w:p w14:paraId="74DA2879" w14:textId="77777777" w:rsidR="005B3871" w:rsidRDefault="00000000">
            <w:pPr>
              <w:pStyle w:val="Oznaenseznam"/>
              <w:spacing w:after="16"/>
            </w:pPr>
            <w:r>
              <w:rPr>
                <w:color w:val="000000"/>
                <w:sz w:val="16"/>
              </w:rPr>
              <w:t>Kaj v tvojem modelu, risbi ali zapisu predstavlja posamezni del naloge?</w:t>
            </w:r>
          </w:p>
          <w:p w14:paraId="704F99BF" w14:textId="77777777" w:rsidR="005B3871" w:rsidRDefault="00000000">
            <w:pPr>
              <w:pStyle w:val="Oznaenseznam"/>
              <w:spacing w:after="16"/>
            </w:pPr>
            <w:r>
              <w:rPr>
                <w:color w:val="000000"/>
                <w:sz w:val="16"/>
              </w:rPr>
              <w:t>Kako si prišel/-la do rešitve in kako veš, da je smiselna?</w:t>
            </w:r>
          </w:p>
          <w:p w14:paraId="38CA34E4" w14:textId="77777777" w:rsidR="005B3871" w:rsidRDefault="00000000">
            <w:pPr>
              <w:pStyle w:val="Oznaenseznam"/>
              <w:spacing w:after="16"/>
            </w:pPr>
            <w:r>
              <w:rPr>
                <w:color w:val="000000"/>
                <w:sz w:val="16"/>
              </w:rPr>
              <w:t>Ali lahko isto pokažeš še s predmetom, gibanjem, risbo ali drugim zapisom?</w:t>
            </w:r>
          </w:p>
          <w:p w14:paraId="405BD616" w14:textId="77777777" w:rsidR="005B3871" w:rsidRDefault="00000000">
            <w:pPr>
              <w:pStyle w:val="Oznaenseznam"/>
              <w:spacing w:after="16"/>
            </w:pPr>
            <w:r>
              <w:rPr>
                <w:color w:val="000000"/>
                <w:sz w:val="16"/>
              </w:rPr>
              <w:t>Kje bi se lahko zmotil/-a in kako boš rešitev preveril/-a?</w:t>
            </w:r>
          </w:p>
          <w:p w14:paraId="1E30D9DE"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7CC1ACA7" w14:textId="77777777">
              <w:trPr>
                <w:jc w:val="center"/>
              </w:trPr>
              <w:tc>
                <w:tcPr>
                  <w:tcW w:w="7087" w:type="dxa"/>
                  <w:shd w:val="clear" w:color="auto" w:fill="C6E7F3"/>
                  <w:tcMar>
                    <w:top w:w="45" w:type="dxa"/>
                    <w:left w:w="70" w:type="dxa"/>
                    <w:bottom w:w="45" w:type="dxa"/>
                    <w:right w:w="70" w:type="dxa"/>
                  </w:tcMar>
                </w:tcPr>
                <w:p w14:paraId="5322E540" w14:textId="77777777" w:rsidR="005B3871" w:rsidRDefault="00000000">
                  <w:pPr>
                    <w:keepNext/>
                  </w:pPr>
                  <w:r>
                    <w:rPr>
                      <w:b/>
                      <w:color w:val="000000"/>
                    </w:rPr>
                    <w:t>ZAKLJUČNI DEL – UTRJEVANJE IN REFLEKSIJA (10–15 min)</w:t>
                  </w:r>
                </w:p>
              </w:tc>
            </w:tr>
          </w:tbl>
          <w:p w14:paraId="2D096BCB" w14:textId="77777777" w:rsidR="005B3871" w:rsidRDefault="005B3871">
            <w:pPr>
              <w:spacing w:line="20" w:lineRule="exact"/>
            </w:pPr>
          </w:p>
          <w:p w14:paraId="5D791E97"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6DDDED64" w14:textId="77777777">
              <w:trPr>
                <w:jc w:val="center"/>
              </w:trPr>
              <w:tc>
                <w:tcPr>
                  <w:tcW w:w="7087" w:type="dxa"/>
                  <w:shd w:val="clear" w:color="auto" w:fill="EDC9EA"/>
                  <w:tcMar>
                    <w:top w:w="45" w:type="dxa"/>
                    <w:left w:w="70" w:type="dxa"/>
                    <w:bottom w:w="45" w:type="dxa"/>
                    <w:right w:w="70" w:type="dxa"/>
                  </w:tcMar>
                </w:tcPr>
                <w:p w14:paraId="0A976A84" w14:textId="77777777" w:rsidR="005B3871" w:rsidRDefault="00000000">
                  <w:pPr>
                    <w:keepNext/>
                  </w:pPr>
                  <w:r>
                    <w:rPr>
                      <w:b/>
                      <w:color w:val="000000"/>
                    </w:rPr>
                    <w:t>SAMOVREDNOTENJE</w:t>
                  </w:r>
                </w:p>
              </w:tc>
            </w:tr>
          </w:tbl>
          <w:p w14:paraId="75E9124E" w14:textId="77777777" w:rsidR="005B3871" w:rsidRDefault="005B3871">
            <w:pPr>
              <w:spacing w:line="20" w:lineRule="exact"/>
            </w:pPr>
          </w:p>
          <w:p w14:paraId="097039A5"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4DD64E68" w14:textId="77777777">
              <w:trPr>
                <w:jc w:val="center"/>
              </w:trPr>
              <w:tc>
                <w:tcPr>
                  <w:tcW w:w="7087" w:type="dxa"/>
                  <w:shd w:val="clear" w:color="auto" w:fill="EDC9EA"/>
                  <w:tcMar>
                    <w:top w:w="45" w:type="dxa"/>
                    <w:left w:w="70" w:type="dxa"/>
                    <w:bottom w:w="45" w:type="dxa"/>
                    <w:right w:w="70" w:type="dxa"/>
                  </w:tcMar>
                </w:tcPr>
                <w:p w14:paraId="3160136F" w14:textId="77777777" w:rsidR="005B3871" w:rsidRDefault="00000000">
                  <w:pPr>
                    <w:keepNext/>
                  </w:pPr>
                  <w:r>
                    <w:rPr>
                      <w:b/>
                      <w:color w:val="000000"/>
                    </w:rPr>
                    <w:t>VRSTNIŠKO VREDNOTENJE</w:t>
                  </w:r>
                </w:p>
              </w:tc>
            </w:tr>
          </w:tbl>
          <w:p w14:paraId="318AD7C1" w14:textId="77777777" w:rsidR="005B3871" w:rsidRDefault="005B3871">
            <w:pPr>
              <w:spacing w:line="20" w:lineRule="exact"/>
            </w:pPr>
          </w:p>
          <w:p w14:paraId="3683D723"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2C7820C7" w14:textId="77777777">
              <w:trPr>
                <w:jc w:val="center"/>
              </w:trPr>
              <w:tc>
                <w:tcPr>
                  <w:tcW w:w="7087" w:type="dxa"/>
                  <w:shd w:val="clear" w:color="auto" w:fill="EDC9EA"/>
                  <w:tcMar>
                    <w:top w:w="45" w:type="dxa"/>
                    <w:left w:w="70" w:type="dxa"/>
                    <w:bottom w:w="45" w:type="dxa"/>
                    <w:right w:w="70" w:type="dxa"/>
                  </w:tcMar>
                </w:tcPr>
                <w:p w14:paraId="7AE13340" w14:textId="77777777" w:rsidR="005B3871" w:rsidRDefault="00000000">
                  <w:pPr>
                    <w:keepNext/>
                  </w:pPr>
                  <w:r>
                    <w:rPr>
                      <w:b/>
                      <w:color w:val="000000"/>
                    </w:rPr>
                    <w:t>SKUPNI POVZETEK</w:t>
                  </w:r>
                </w:p>
              </w:tc>
            </w:tr>
          </w:tbl>
          <w:p w14:paraId="178E35F5" w14:textId="77777777" w:rsidR="005B3871" w:rsidRDefault="005B3871"/>
          <w:p w14:paraId="45B8AC4E" w14:textId="77777777" w:rsidR="005B3871" w:rsidRDefault="00000000">
            <w:pPr>
              <w:spacing w:before="20" w:after="40" w:line="245" w:lineRule="auto"/>
            </w:pPr>
            <w:r>
              <w:rPr>
                <w:b/>
                <w:color w:val="000000"/>
                <w:sz w:val="16"/>
              </w:rPr>
              <w:t>Celoto razdelim na polovice ali četrtine, enakost preverim in znanje uporabim pri pravični delitvi.</w:t>
            </w:r>
          </w:p>
        </w:tc>
        <w:tc>
          <w:tcPr>
            <w:tcW w:w="2551" w:type="dxa"/>
            <w:tcMar>
              <w:top w:w="70" w:type="dxa"/>
              <w:left w:w="90" w:type="dxa"/>
              <w:bottom w:w="70" w:type="dxa"/>
              <w:right w:w="90" w:type="dxa"/>
            </w:tcMar>
          </w:tcPr>
          <w:p w14:paraId="58B6FDEF" w14:textId="77777777" w:rsidR="005B3871" w:rsidRDefault="005B3871"/>
          <w:p w14:paraId="7F388C3E" w14:textId="77777777" w:rsidR="005B3871" w:rsidRDefault="00000000">
            <w:pPr>
              <w:spacing w:after="100" w:line="245" w:lineRule="auto"/>
            </w:pPr>
            <w:r>
              <w:rPr>
                <w:color w:val="000000"/>
                <w:sz w:val="16"/>
              </w:rPr>
              <w:t>Odgovarja na podporna vprašanja in se sklicuje na svoj model, zapis ali izvedbo.</w:t>
            </w:r>
          </w:p>
          <w:p w14:paraId="37691F3C" w14:textId="77777777" w:rsidR="005B3871" w:rsidRDefault="00000000">
            <w:pPr>
              <w:spacing w:after="100" w:line="245" w:lineRule="auto"/>
            </w:pPr>
            <w:r>
              <w:rPr>
                <w:color w:val="000000"/>
                <w:sz w:val="16"/>
              </w:rPr>
              <w:t>Primerja začetno strategijo z novim dokazom ter pojasni, kaj se je naučil/-a.</w:t>
            </w:r>
          </w:p>
          <w:p w14:paraId="56E00C40" w14:textId="77777777" w:rsidR="005B3871" w:rsidRDefault="00000000">
            <w:pPr>
              <w:spacing w:after="100" w:line="245" w:lineRule="auto"/>
            </w:pPr>
            <w:r>
              <w:rPr>
                <w:color w:val="000000"/>
                <w:sz w:val="16"/>
              </w:rPr>
              <w:t>Izbere raven samostojnosti in določi naslednji korak.</w:t>
            </w:r>
          </w:p>
          <w:p w14:paraId="6C42C9B7" w14:textId="77777777" w:rsidR="005B3871" w:rsidRDefault="00000000">
            <w:pPr>
              <w:spacing w:after="100" w:line="245" w:lineRule="auto"/>
            </w:pPr>
            <w:r>
              <w:rPr>
                <w:color w:val="000000"/>
                <w:sz w:val="16"/>
              </w:rPr>
              <w:t>Sošolcu poda prijazen in konkreten odziv, vezan na kriterij.</w:t>
            </w:r>
          </w:p>
          <w:p w14:paraId="594162D9" w14:textId="77777777" w:rsidR="005B3871" w:rsidRDefault="00000000">
            <w:pPr>
              <w:spacing w:after="20" w:line="245" w:lineRule="auto"/>
            </w:pPr>
            <w:r>
              <w:rPr>
                <w:b/>
                <w:color w:val="D95BC6"/>
                <w:sz w:val="17"/>
              </w:rPr>
              <w:t>DOKAZ O UČENJU</w:t>
            </w:r>
          </w:p>
          <w:p w14:paraId="3C79F1EE"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7DC28DC2"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49E9D00F" w14:textId="77777777">
        <w:trPr>
          <w:cantSplit/>
          <w:jc w:val="center"/>
        </w:trPr>
        <w:tc>
          <w:tcPr>
            <w:tcW w:w="14060" w:type="dxa"/>
            <w:gridSpan w:val="6"/>
            <w:tcMar>
              <w:top w:w="70" w:type="dxa"/>
              <w:left w:w="90" w:type="dxa"/>
              <w:bottom w:w="70" w:type="dxa"/>
              <w:right w:w="90" w:type="dxa"/>
            </w:tcMar>
            <w:vAlign w:val="center"/>
          </w:tcPr>
          <w:p w14:paraId="2BC544B6" w14:textId="77777777" w:rsidR="005B3871" w:rsidRDefault="00000000">
            <w:pPr>
              <w:jc w:val="center"/>
            </w:pPr>
            <w:r>
              <w:rPr>
                <w:b/>
                <w:color w:val="000000"/>
                <w:sz w:val="24"/>
              </w:rPr>
              <w:lastRenderedPageBreak/>
              <w:t>UČNA PRIPRAVA 38/39</w:t>
            </w:r>
          </w:p>
        </w:tc>
      </w:tr>
      <w:tr w:rsidR="005B3871" w14:paraId="791E7564" w14:textId="77777777">
        <w:trPr>
          <w:jc w:val="center"/>
        </w:trPr>
        <w:tc>
          <w:tcPr>
            <w:tcW w:w="2665" w:type="dxa"/>
            <w:tcMar>
              <w:top w:w="70" w:type="dxa"/>
              <w:left w:w="90" w:type="dxa"/>
              <w:bottom w:w="70" w:type="dxa"/>
              <w:right w:w="90" w:type="dxa"/>
            </w:tcMar>
            <w:vAlign w:val="center"/>
          </w:tcPr>
          <w:p w14:paraId="29DFB667"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66556ED"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78C47CD7"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4F62D88" w14:textId="77777777" w:rsidR="005B3871" w:rsidRDefault="00000000">
            <w:r>
              <w:rPr>
                <w:b/>
                <w:color w:val="000000"/>
                <w:sz w:val="16"/>
              </w:rPr>
              <w:t xml:space="preserve">NAČRTOVANI TERMIN: </w:t>
            </w:r>
            <w:r>
              <w:rPr>
                <w:color w:val="000000"/>
                <w:sz w:val="16"/>
              </w:rPr>
              <w:t>38. teden • 14.–18. 6. 2027</w:t>
            </w:r>
          </w:p>
        </w:tc>
        <w:tc>
          <w:tcPr>
            <w:tcW w:w="2268" w:type="dxa"/>
            <w:tcMar>
              <w:top w:w="70" w:type="dxa"/>
              <w:left w:w="90" w:type="dxa"/>
              <w:bottom w:w="70" w:type="dxa"/>
              <w:right w:w="90" w:type="dxa"/>
            </w:tcMar>
            <w:vAlign w:val="center"/>
          </w:tcPr>
          <w:p w14:paraId="133D83C4"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9F4A303" w14:textId="77777777" w:rsidR="005B3871" w:rsidRDefault="00000000">
            <w:r>
              <w:rPr>
                <w:b/>
                <w:color w:val="000000"/>
                <w:sz w:val="16"/>
              </w:rPr>
              <w:t xml:space="preserve">ŠTEVILO UR: </w:t>
            </w:r>
            <w:r>
              <w:rPr>
                <w:color w:val="000000"/>
                <w:sz w:val="16"/>
              </w:rPr>
              <w:t>4</w:t>
            </w:r>
          </w:p>
        </w:tc>
      </w:tr>
      <w:tr w:rsidR="005B3871" w14:paraId="796699F3" w14:textId="77777777">
        <w:trPr>
          <w:jc w:val="center"/>
        </w:trPr>
        <w:tc>
          <w:tcPr>
            <w:tcW w:w="14061" w:type="dxa"/>
            <w:gridSpan w:val="6"/>
            <w:tcMar>
              <w:top w:w="70" w:type="dxa"/>
              <w:left w:w="90" w:type="dxa"/>
              <w:bottom w:w="70" w:type="dxa"/>
              <w:right w:w="90" w:type="dxa"/>
            </w:tcMar>
            <w:vAlign w:val="center"/>
          </w:tcPr>
          <w:p w14:paraId="208A6C39"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23C9EC4F" w14:textId="77777777">
        <w:trPr>
          <w:cantSplit/>
          <w:jc w:val="center"/>
        </w:trPr>
        <w:tc>
          <w:tcPr>
            <w:tcW w:w="14060" w:type="dxa"/>
            <w:gridSpan w:val="6"/>
            <w:tcMar>
              <w:top w:w="70" w:type="dxa"/>
              <w:left w:w="90" w:type="dxa"/>
              <w:bottom w:w="70" w:type="dxa"/>
              <w:right w:w="90" w:type="dxa"/>
            </w:tcMar>
            <w:vAlign w:val="center"/>
          </w:tcPr>
          <w:p w14:paraId="702CF7E9" w14:textId="77777777" w:rsidR="005B3871" w:rsidRDefault="005B3871"/>
          <w:p w14:paraId="082F9092" w14:textId="77777777" w:rsidR="005B3871" w:rsidRDefault="00000000">
            <w:pPr>
              <w:spacing w:line="245" w:lineRule="auto"/>
            </w:pPr>
            <w:r>
              <w:rPr>
                <w:b/>
                <w:color w:val="000000"/>
                <w:sz w:val="16"/>
              </w:rPr>
              <w:t xml:space="preserve">UČNI SKLOP: </w:t>
            </w:r>
            <w:r>
              <w:rPr>
                <w:color w:val="000000"/>
                <w:sz w:val="16"/>
              </w:rPr>
              <w:t>POLETJE, SKUPNOST IN ZAKLJUČEK</w:t>
            </w:r>
          </w:p>
        </w:tc>
      </w:tr>
      <w:tr w:rsidR="005B3871" w14:paraId="23726745" w14:textId="77777777">
        <w:trPr>
          <w:cantSplit/>
          <w:jc w:val="center"/>
        </w:trPr>
        <w:tc>
          <w:tcPr>
            <w:tcW w:w="14060" w:type="dxa"/>
            <w:gridSpan w:val="6"/>
            <w:tcMar>
              <w:top w:w="70" w:type="dxa"/>
              <w:left w:w="90" w:type="dxa"/>
              <w:bottom w:w="70" w:type="dxa"/>
              <w:right w:w="90" w:type="dxa"/>
            </w:tcMar>
            <w:vAlign w:val="center"/>
          </w:tcPr>
          <w:p w14:paraId="147B602E" w14:textId="77777777" w:rsidR="005B3871" w:rsidRDefault="005B3871"/>
          <w:p w14:paraId="5C257124" w14:textId="77777777" w:rsidR="005B3871" w:rsidRDefault="00000000">
            <w:pPr>
              <w:spacing w:line="245" w:lineRule="auto"/>
            </w:pPr>
            <w:r>
              <w:rPr>
                <w:b/>
                <w:color w:val="000000"/>
                <w:sz w:val="16"/>
              </w:rPr>
              <w:t xml:space="preserve">UČNA TEMA: </w:t>
            </w:r>
            <w:r>
              <w:rPr>
                <w:color w:val="000000"/>
                <w:sz w:val="16"/>
              </w:rPr>
              <w:t>MATEMATIČNI IZZIVI</w:t>
            </w:r>
          </w:p>
        </w:tc>
      </w:tr>
      <w:tr w:rsidR="005B3871" w14:paraId="1D37A95A" w14:textId="77777777">
        <w:trPr>
          <w:cantSplit/>
          <w:jc w:val="center"/>
        </w:trPr>
        <w:tc>
          <w:tcPr>
            <w:tcW w:w="14060" w:type="dxa"/>
            <w:gridSpan w:val="6"/>
            <w:tcMar>
              <w:top w:w="70" w:type="dxa"/>
              <w:left w:w="90" w:type="dxa"/>
              <w:bottom w:w="70" w:type="dxa"/>
              <w:right w:w="90" w:type="dxa"/>
            </w:tcMar>
            <w:vAlign w:val="center"/>
          </w:tcPr>
          <w:p w14:paraId="76F078D6" w14:textId="77777777" w:rsidR="005B3871" w:rsidRDefault="005B3871"/>
          <w:p w14:paraId="0258A17B" w14:textId="77777777" w:rsidR="005B3871" w:rsidRDefault="00000000">
            <w:pPr>
              <w:spacing w:line="245" w:lineRule="auto"/>
            </w:pPr>
            <w:r>
              <w:rPr>
                <w:b/>
                <w:color w:val="000000"/>
                <w:sz w:val="16"/>
              </w:rPr>
              <w:t xml:space="preserve">KNJIŽEVNO IZHODIŠČE IN MOTIV: </w:t>
            </w:r>
            <w:r>
              <w:rPr>
                <w:color w:val="000000"/>
                <w:sz w:val="16"/>
              </w:rPr>
              <w:t>»Pedenjped« – Niko Grafenauer • NADALJEVANJE • osebni napredek, samovrednotenje in igrivost učenja</w:t>
            </w:r>
          </w:p>
        </w:tc>
      </w:tr>
      <w:tr w:rsidR="005B3871" w14:paraId="3B637346" w14:textId="77777777">
        <w:trPr>
          <w:cantSplit/>
          <w:jc w:val="center"/>
        </w:trPr>
        <w:tc>
          <w:tcPr>
            <w:tcW w:w="14060" w:type="dxa"/>
            <w:gridSpan w:val="6"/>
            <w:tcMar>
              <w:top w:w="70" w:type="dxa"/>
              <w:left w:w="90" w:type="dxa"/>
              <w:bottom w:w="70" w:type="dxa"/>
              <w:right w:w="90" w:type="dxa"/>
            </w:tcMar>
            <w:vAlign w:val="center"/>
          </w:tcPr>
          <w:p w14:paraId="7B68A7FA" w14:textId="77777777" w:rsidR="005B3871" w:rsidRDefault="005B3871"/>
          <w:p w14:paraId="79012132" w14:textId="77777777" w:rsidR="005B3871" w:rsidRDefault="00000000">
            <w:pPr>
              <w:spacing w:line="245" w:lineRule="auto"/>
            </w:pPr>
            <w:r>
              <w:rPr>
                <w:b/>
                <w:color w:val="000000"/>
                <w:sz w:val="16"/>
              </w:rPr>
              <w:t xml:space="preserve">UČNE ENOTE: </w:t>
            </w:r>
            <w:r>
              <w:rPr>
                <w:color w:val="000000"/>
                <w:sz w:val="16"/>
              </w:rPr>
              <w:t>1. ura – Galerija napredka • 2. ura – Postaje matematičnih izzivov • 3. ura – Strategijski štafetni prenos • 4. ura – Moj matematični naslednji korak</w:t>
            </w:r>
          </w:p>
        </w:tc>
      </w:tr>
      <w:tr w:rsidR="005B3871" w14:paraId="580EA894" w14:textId="77777777">
        <w:trPr>
          <w:cantSplit/>
          <w:jc w:val="center"/>
        </w:trPr>
        <w:tc>
          <w:tcPr>
            <w:tcW w:w="14060" w:type="dxa"/>
            <w:gridSpan w:val="6"/>
            <w:tcMar>
              <w:top w:w="70" w:type="dxa"/>
              <w:left w:w="90" w:type="dxa"/>
              <w:bottom w:w="70" w:type="dxa"/>
              <w:right w:w="90" w:type="dxa"/>
            </w:tcMar>
            <w:vAlign w:val="center"/>
          </w:tcPr>
          <w:p w14:paraId="714A24DC" w14:textId="77777777" w:rsidR="005B3871" w:rsidRDefault="005B3871"/>
          <w:p w14:paraId="4475035C"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2EDA470F" w14:textId="77777777">
        <w:trPr>
          <w:cantSplit/>
          <w:jc w:val="center"/>
        </w:trPr>
        <w:tc>
          <w:tcPr>
            <w:tcW w:w="14060" w:type="dxa"/>
            <w:gridSpan w:val="6"/>
            <w:tcMar>
              <w:top w:w="70" w:type="dxa"/>
              <w:left w:w="90" w:type="dxa"/>
              <w:bottom w:w="70" w:type="dxa"/>
              <w:right w:w="90" w:type="dxa"/>
            </w:tcMar>
            <w:vAlign w:val="center"/>
          </w:tcPr>
          <w:p w14:paraId="45660C88" w14:textId="77777777" w:rsidR="005B3871" w:rsidRDefault="005B3871"/>
          <w:p w14:paraId="76FBA448"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6E478456" w14:textId="77777777">
        <w:trPr>
          <w:cantSplit/>
          <w:jc w:val="center"/>
        </w:trPr>
        <w:tc>
          <w:tcPr>
            <w:tcW w:w="14060" w:type="dxa"/>
            <w:gridSpan w:val="6"/>
            <w:tcMar>
              <w:top w:w="70" w:type="dxa"/>
              <w:left w:w="90" w:type="dxa"/>
              <w:bottom w:w="70" w:type="dxa"/>
              <w:right w:w="90" w:type="dxa"/>
            </w:tcMar>
            <w:vAlign w:val="center"/>
          </w:tcPr>
          <w:p w14:paraId="06E4C951" w14:textId="77777777" w:rsidR="005B3871" w:rsidRDefault="005B3871"/>
          <w:p w14:paraId="120BEB1D"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7B678F31" w14:textId="77777777">
        <w:trPr>
          <w:cantSplit/>
          <w:jc w:val="center"/>
        </w:trPr>
        <w:tc>
          <w:tcPr>
            <w:tcW w:w="14060" w:type="dxa"/>
            <w:gridSpan w:val="6"/>
            <w:tcMar>
              <w:top w:w="70" w:type="dxa"/>
              <w:left w:w="90" w:type="dxa"/>
              <w:bottom w:w="70" w:type="dxa"/>
              <w:right w:w="90" w:type="dxa"/>
            </w:tcMar>
            <w:vAlign w:val="center"/>
          </w:tcPr>
          <w:p w14:paraId="48ACB80D" w14:textId="77777777" w:rsidR="005B3871" w:rsidRDefault="005B3871"/>
          <w:p w14:paraId="251D9847" w14:textId="77777777" w:rsidR="005B3871" w:rsidRDefault="00000000">
            <w:pPr>
              <w:spacing w:line="245" w:lineRule="auto"/>
            </w:pPr>
            <w:r>
              <w:rPr>
                <w:b/>
                <w:color w:val="000000"/>
                <w:sz w:val="16"/>
              </w:rPr>
              <w:t xml:space="preserve">MEDPREDMETNE POVEZAVE: </w:t>
            </w:r>
            <w:r>
              <w:rPr>
                <w:color w:val="000000"/>
                <w:sz w:val="16"/>
              </w:rPr>
              <w:t>SLJ – opis napredka; SPO – samovrednotenje; ŠPO – strategijska štafeta; LUM – simbol osebnega cilja</w:t>
            </w:r>
          </w:p>
        </w:tc>
      </w:tr>
      <w:tr w:rsidR="005B3871" w14:paraId="75B67F9D" w14:textId="77777777">
        <w:trPr>
          <w:cantSplit/>
          <w:jc w:val="center"/>
        </w:trPr>
        <w:tc>
          <w:tcPr>
            <w:tcW w:w="14060" w:type="dxa"/>
            <w:gridSpan w:val="6"/>
            <w:tcMar>
              <w:top w:w="70" w:type="dxa"/>
              <w:left w:w="90" w:type="dxa"/>
              <w:bottom w:w="70" w:type="dxa"/>
              <w:right w:w="90" w:type="dxa"/>
            </w:tcMar>
            <w:vAlign w:val="center"/>
          </w:tcPr>
          <w:p w14:paraId="4EED3BDE" w14:textId="77777777" w:rsidR="005B3871" w:rsidRDefault="005B3871"/>
          <w:p w14:paraId="7E1E913B" w14:textId="77777777" w:rsidR="005B3871" w:rsidRDefault="00000000">
            <w:pPr>
              <w:spacing w:line="245" w:lineRule="auto"/>
            </w:pPr>
            <w:r>
              <w:rPr>
                <w:b/>
                <w:color w:val="000000"/>
                <w:sz w:val="16"/>
              </w:rPr>
              <w:t xml:space="preserve">UČNA SREDSTVA IN PRIPOMOČKI: </w:t>
            </w:r>
            <w:r>
              <w:rPr>
                <w:color w:val="000000"/>
                <w:sz w:val="16"/>
              </w:rPr>
              <w:t>mape dosežkov, zgodnji in novi dokazi, desetiški modeli, številske kartice, računske in podatkovne postaje, kartice strategij</w:t>
            </w:r>
          </w:p>
        </w:tc>
      </w:tr>
      <w:tr w:rsidR="005B3871" w14:paraId="53C00D25" w14:textId="77777777">
        <w:trPr>
          <w:cantSplit/>
          <w:jc w:val="center"/>
        </w:trPr>
        <w:tc>
          <w:tcPr>
            <w:tcW w:w="14060" w:type="dxa"/>
            <w:gridSpan w:val="6"/>
            <w:tcMar>
              <w:top w:w="70" w:type="dxa"/>
              <w:left w:w="90" w:type="dxa"/>
              <w:bottom w:w="70" w:type="dxa"/>
              <w:right w:w="90" w:type="dxa"/>
            </w:tcMar>
            <w:vAlign w:val="center"/>
          </w:tcPr>
          <w:p w14:paraId="754A9B8C" w14:textId="77777777" w:rsidR="005B3871" w:rsidRDefault="005B3871"/>
          <w:p w14:paraId="4A3E5141"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16984964" w14:textId="77777777">
        <w:trPr>
          <w:cantSplit/>
          <w:jc w:val="center"/>
        </w:trPr>
        <w:tc>
          <w:tcPr>
            <w:tcW w:w="14060" w:type="dxa"/>
            <w:gridSpan w:val="6"/>
            <w:tcMar>
              <w:top w:w="70" w:type="dxa"/>
              <w:left w:w="90" w:type="dxa"/>
              <w:bottom w:w="70" w:type="dxa"/>
              <w:right w:w="90" w:type="dxa"/>
            </w:tcMar>
            <w:vAlign w:val="center"/>
          </w:tcPr>
          <w:p w14:paraId="09C518D0" w14:textId="77777777" w:rsidR="005B3871" w:rsidRDefault="005B3871"/>
          <w:p w14:paraId="6955AB44"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62DCC9A4" w14:textId="77777777">
        <w:trPr>
          <w:cantSplit/>
          <w:jc w:val="center"/>
        </w:trPr>
        <w:tc>
          <w:tcPr>
            <w:tcW w:w="14060" w:type="dxa"/>
            <w:gridSpan w:val="6"/>
            <w:tcMar>
              <w:top w:w="70" w:type="dxa"/>
              <w:left w:w="90" w:type="dxa"/>
              <w:bottom w:w="70" w:type="dxa"/>
              <w:right w:w="90" w:type="dxa"/>
            </w:tcMar>
            <w:vAlign w:val="center"/>
          </w:tcPr>
          <w:p w14:paraId="6B443434" w14:textId="77777777" w:rsidR="005B3871" w:rsidRDefault="005B3871"/>
          <w:p w14:paraId="3293958B"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4B3071B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5C053DD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C8865B6"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7B2A8DF" w14:textId="77777777" w:rsidR="005B3871" w:rsidRDefault="00000000">
            <w:pPr>
              <w:jc w:val="center"/>
            </w:pPr>
            <w:r>
              <w:rPr>
                <w:b/>
                <w:color w:val="000000"/>
                <w:sz w:val="20"/>
              </w:rPr>
              <w:t>UČNE DEJAVNOSTI, METODE IN FORMATIVNO SPREMLJANJE</w:t>
            </w:r>
          </w:p>
        </w:tc>
      </w:tr>
      <w:tr w:rsidR="005B3871" w14:paraId="2D2B80E0" w14:textId="77777777">
        <w:trPr>
          <w:tblHeader/>
          <w:jc w:val="center"/>
        </w:trPr>
        <w:tc>
          <w:tcPr>
            <w:tcW w:w="4422" w:type="dxa"/>
            <w:vMerge/>
            <w:tcMar>
              <w:top w:w="70" w:type="dxa"/>
              <w:left w:w="90" w:type="dxa"/>
              <w:bottom w:w="70" w:type="dxa"/>
              <w:right w:w="90" w:type="dxa"/>
            </w:tcMar>
            <w:vAlign w:val="center"/>
          </w:tcPr>
          <w:p w14:paraId="502332BB" w14:textId="77777777" w:rsidR="005B3871" w:rsidRDefault="005B3871"/>
        </w:tc>
        <w:tc>
          <w:tcPr>
            <w:tcW w:w="7087" w:type="dxa"/>
            <w:shd w:val="clear" w:color="auto" w:fill="FFFFFF"/>
            <w:tcMar>
              <w:top w:w="70" w:type="dxa"/>
              <w:left w:w="90" w:type="dxa"/>
              <w:bottom w:w="70" w:type="dxa"/>
              <w:right w:w="90" w:type="dxa"/>
            </w:tcMar>
            <w:vAlign w:val="center"/>
          </w:tcPr>
          <w:p w14:paraId="715E1BE7"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261634E" w14:textId="77777777" w:rsidR="005B3871" w:rsidRDefault="00000000">
            <w:pPr>
              <w:jc w:val="center"/>
            </w:pPr>
            <w:r>
              <w:rPr>
                <w:b/>
                <w:color w:val="000000"/>
              </w:rPr>
              <w:t>UČENEC</w:t>
            </w:r>
          </w:p>
        </w:tc>
      </w:tr>
      <w:tr w:rsidR="005B3871" w14:paraId="3910E55C" w14:textId="77777777">
        <w:trPr>
          <w:jc w:val="center"/>
        </w:trPr>
        <w:tc>
          <w:tcPr>
            <w:tcW w:w="4422" w:type="dxa"/>
            <w:tcMar>
              <w:top w:w="70" w:type="dxa"/>
              <w:left w:w="90" w:type="dxa"/>
              <w:bottom w:w="70" w:type="dxa"/>
              <w:right w:w="90" w:type="dxa"/>
            </w:tcMar>
          </w:tcPr>
          <w:p w14:paraId="78FBED89" w14:textId="77777777" w:rsidR="005B3871" w:rsidRDefault="005B3871"/>
          <w:p w14:paraId="73D48AA4" w14:textId="77777777" w:rsidR="005B3871" w:rsidRDefault="00000000">
            <w:pPr>
              <w:spacing w:after="60" w:line="245" w:lineRule="auto"/>
            </w:pPr>
            <w:r>
              <w:rPr>
                <w:b/>
                <w:color w:val="000000"/>
              </w:rPr>
              <w:t>UČNI CILJI</w:t>
            </w:r>
          </w:p>
          <w:p w14:paraId="3BD7A8BE" w14:textId="77777777" w:rsidR="005B3871" w:rsidRDefault="00000000">
            <w:pPr>
              <w:spacing w:after="20" w:line="245" w:lineRule="auto"/>
            </w:pPr>
            <w:r>
              <w:rPr>
                <w:b/>
                <w:color w:val="000000"/>
                <w:sz w:val="17"/>
              </w:rPr>
              <w:t>SPLOŠNI</w:t>
            </w:r>
          </w:p>
          <w:p w14:paraId="5B7161E8" w14:textId="77777777" w:rsidR="005B3871" w:rsidRDefault="00000000">
            <w:pPr>
              <w:pStyle w:val="Oznaenseznam"/>
              <w:spacing w:after="16"/>
            </w:pPr>
            <w:r>
              <w:rPr>
                <w:color w:val="000000"/>
                <w:sz w:val="16"/>
              </w:rPr>
              <w:t>razvija številske, prostorske in količinske predstave s konkretnimi izkušnjami</w:t>
            </w:r>
          </w:p>
          <w:p w14:paraId="27C5D5CD" w14:textId="77777777" w:rsidR="005B3871" w:rsidRDefault="00000000">
            <w:pPr>
              <w:pStyle w:val="Oznaenseznam"/>
              <w:spacing w:after="16"/>
            </w:pPr>
            <w:r>
              <w:rPr>
                <w:color w:val="000000"/>
                <w:sz w:val="16"/>
              </w:rPr>
              <w:t>rešuje matematične probleme s predmetom, gibanjem, risbo, modelom in simbolom</w:t>
            </w:r>
          </w:p>
          <w:p w14:paraId="6BA7EF1D" w14:textId="77777777" w:rsidR="005B3871" w:rsidRDefault="00000000">
            <w:pPr>
              <w:pStyle w:val="Oznaenseznam"/>
              <w:spacing w:after="16"/>
            </w:pPr>
            <w:r>
              <w:rPr>
                <w:color w:val="000000"/>
                <w:sz w:val="16"/>
              </w:rPr>
              <w:t>pojasnjuje izbrano strategijo, preverja smiselnost rešitve in posluša rešitve drugih</w:t>
            </w:r>
          </w:p>
          <w:p w14:paraId="248D1CFB" w14:textId="77777777" w:rsidR="005B3871" w:rsidRDefault="00000000">
            <w:pPr>
              <w:pStyle w:val="Oznaenseznam"/>
              <w:spacing w:after="16"/>
            </w:pPr>
            <w:r>
              <w:rPr>
                <w:color w:val="000000"/>
                <w:sz w:val="16"/>
              </w:rPr>
              <w:t>ob namenih in kriterijih spremlja svoje učenje ter uporabi opisno povratno informacijo</w:t>
            </w:r>
          </w:p>
          <w:p w14:paraId="549D7CF5" w14:textId="77777777" w:rsidR="005B3871" w:rsidRDefault="00000000">
            <w:pPr>
              <w:spacing w:before="40" w:after="20" w:line="245" w:lineRule="auto"/>
            </w:pPr>
            <w:r>
              <w:rPr>
                <w:b/>
                <w:color w:val="000000"/>
                <w:sz w:val="17"/>
              </w:rPr>
              <w:t>OPERATIVNI</w:t>
            </w:r>
          </w:p>
          <w:p w14:paraId="38CFB08D" w14:textId="77777777" w:rsidR="005B3871" w:rsidRDefault="00000000">
            <w:pPr>
              <w:pStyle w:val="Oznaenseznam"/>
              <w:spacing w:after="16"/>
            </w:pPr>
            <w:r>
              <w:rPr>
                <w:color w:val="000000"/>
                <w:sz w:val="16"/>
              </w:rPr>
              <w:t>šteje, bere, zapiše, primerja in uredi števila do 20</w:t>
            </w:r>
          </w:p>
          <w:p w14:paraId="12B4DA22" w14:textId="77777777" w:rsidR="005B3871" w:rsidRDefault="00000000">
            <w:pPr>
              <w:pStyle w:val="Oznaenseznam"/>
              <w:spacing w:after="16"/>
            </w:pPr>
            <w:r>
              <w:rPr>
                <w:color w:val="000000"/>
                <w:sz w:val="16"/>
              </w:rPr>
              <w:t>sešteva in odšteva do 20 brez prehoda ter uporabi zakon o zamenjavi</w:t>
            </w:r>
          </w:p>
          <w:p w14:paraId="3F20F3B6" w14:textId="77777777" w:rsidR="005B3871" w:rsidRDefault="00000000">
            <w:pPr>
              <w:pStyle w:val="Oznaenseznam"/>
              <w:spacing w:after="16"/>
            </w:pPr>
            <w:r>
              <w:rPr>
                <w:color w:val="000000"/>
                <w:sz w:val="16"/>
              </w:rPr>
              <w:t>bere in predstavi podatke v preprostem prikazu</w:t>
            </w:r>
          </w:p>
          <w:p w14:paraId="6E327125" w14:textId="77777777" w:rsidR="005B3871" w:rsidRDefault="00000000">
            <w:pPr>
              <w:spacing w:before="40" w:after="20" w:line="245" w:lineRule="auto"/>
            </w:pPr>
            <w:r>
              <w:rPr>
                <w:b/>
                <w:color w:val="000000"/>
                <w:sz w:val="17"/>
              </w:rPr>
              <w:t>PRIČAKOVANI DOSEŽKI / STANDARDI</w:t>
            </w:r>
          </w:p>
          <w:p w14:paraId="202B8517" w14:textId="77777777" w:rsidR="005B3871" w:rsidRDefault="00000000">
            <w:pPr>
              <w:pStyle w:val="Oznaenseznam"/>
              <w:spacing w:after="16"/>
            </w:pPr>
            <w:r>
              <w:rPr>
                <w:color w:val="000000"/>
                <w:sz w:val="16"/>
              </w:rPr>
              <w:t>ob konkretni, slikovni ali gibalni opori šteje, bere, zapiše, primerja in uredi števila do 20</w:t>
            </w:r>
          </w:p>
          <w:p w14:paraId="409D8584" w14:textId="77777777" w:rsidR="005B3871" w:rsidRDefault="00000000">
            <w:pPr>
              <w:pStyle w:val="Oznaenseznam"/>
              <w:spacing w:after="16"/>
            </w:pPr>
            <w:r>
              <w:rPr>
                <w:color w:val="000000"/>
                <w:sz w:val="16"/>
              </w:rPr>
              <w:t>ob konkretni, slikovni ali gibalni opori sešteva in odšteva do 20 brez prehoda ter uporabi zakon o zamenjavi</w:t>
            </w:r>
          </w:p>
          <w:p w14:paraId="761801B3" w14:textId="77777777" w:rsidR="005B3871" w:rsidRDefault="00000000">
            <w:pPr>
              <w:pStyle w:val="Oznaenseznam"/>
              <w:spacing w:after="16"/>
            </w:pPr>
            <w:r>
              <w:rPr>
                <w:color w:val="000000"/>
                <w:sz w:val="16"/>
              </w:rPr>
              <w:t>ob konkretni, slikovni ali gibalni opori bere in predstavi podatke v preprostem prikazu</w:t>
            </w:r>
          </w:p>
        </w:tc>
        <w:tc>
          <w:tcPr>
            <w:tcW w:w="7087" w:type="dxa"/>
            <w:tcMar>
              <w:top w:w="70" w:type="dxa"/>
              <w:left w:w="90" w:type="dxa"/>
              <w:bottom w:w="70" w:type="dxa"/>
              <w:right w:w="90" w:type="dxa"/>
            </w:tcMar>
          </w:tcPr>
          <w:p w14:paraId="12062DAF"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0BF9C9CA" w14:textId="77777777">
              <w:trPr>
                <w:jc w:val="center"/>
              </w:trPr>
              <w:tc>
                <w:tcPr>
                  <w:tcW w:w="7087" w:type="dxa"/>
                  <w:shd w:val="clear" w:color="auto" w:fill="C6E7F3"/>
                  <w:tcMar>
                    <w:top w:w="45" w:type="dxa"/>
                    <w:left w:w="70" w:type="dxa"/>
                    <w:bottom w:w="45" w:type="dxa"/>
                    <w:right w:w="70" w:type="dxa"/>
                  </w:tcMar>
                </w:tcPr>
                <w:p w14:paraId="12135D95" w14:textId="77777777" w:rsidR="005B3871" w:rsidRDefault="00000000">
                  <w:pPr>
                    <w:keepNext/>
                  </w:pPr>
                  <w:r>
                    <w:rPr>
                      <w:b/>
                      <w:color w:val="000000"/>
                    </w:rPr>
                    <w:t>UVODNI DEL – motivacija, aktivacija predznanja in namen učenja (15–20 min)</w:t>
                  </w:r>
                </w:p>
              </w:tc>
            </w:tr>
          </w:tbl>
          <w:p w14:paraId="08BF07C1" w14:textId="77777777" w:rsidR="005B3871" w:rsidRDefault="005B3871">
            <w:pPr>
              <w:spacing w:line="20" w:lineRule="exact"/>
            </w:pPr>
          </w:p>
          <w:p w14:paraId="23992186" w14:textId="77777777" w:rsidR="005B3871" w:rsidRDefault="00000000">
            <w:pPr>
              <w:spacing w:before="40" w:after="60" w:line="245" w:lineRule="auto"/>
            </w:pPr>
            <w:r>
              <w:rPr>
                <w:color w:val="000000"/>
                <w:sz w:val="16"/>
              </w:rPr>
              <w:t>Pedenjped odpre galerijo celoletnih matematičnih dokazov. Učenci rešujejo izbirne izzive s števili, računanjem in podatki, primerjajo strategije ter prepoznajo osebni napredek.</w:t>
            </w:r>
          </w:p>
          <w:tbl>
            <w:tblPr>
              <w:tblStyle w:val="Tabelamrea"/>
              <w:tblW w:w="0" w:type="auto"/>
              <w:jc w:val="center"/>
              <w:tblLayout w:type="fixed"/>
              <w:tblLook w:val="04A0" w:firstRow="1" w:lastRow="0" w:firstColumn="1" w:lastColumn="0" w:noHBand="0" w:noVBand="1"/>
            </w:tblPr>
            <w:tblGrid>
              <w:gridCol w:w="7087"/>
            </w:tblGrid>
            <w:tr w:rsidR="005B3871" w14:paraId="77E96BA9" w14:textId="77777777">
              <w:trPr>
                <w:jc w:val="center"/>
              </w:trPr>
              <w:tc>
                <w:tcPr>
                  <w:tcW w:w="7087" w:type="dxa"/>
                  <w:shd w:val="clear" w:color="auto" w:fill="EDC9EA"/>
                  <w:tcMar>
                    <w:top w:w="45" w:type="dxa"/>
                    <w:left w:w="70" w:type="dxa"/>
                    <w:bottom w:w="45" w:type="dxa"/>
                    <w:right w:w="70" w:type="dxa"/>
                  </w:tcMar>
                </w:tcPr>
                <w:p w14:paraId="44A7E42D" w14:textId="77777777" w:rsidR="005B3871" w:rsidRDefault="00000000">
                  <w:pPr>
                    <w:keepNext/>
                  </w:pPr>
                  <w:r>
                    <w:rPr>
                      <w:b/>
                      <w:color w:val="000000"/>
                    </w:rPr>
                    <w:t>NAMENI UČENJA</w:t>
                  </w:r>
                </w:p>
              </w:tc>
            </w:tr>
          </w:tbl>
          <w:p w14:paraId="50D42004" w14:textId="77777777" w:rsidR="005B3871" w:rsidRDefault="005B3871">
            <w:pPr>
              <w:spacing w:line="20" w:lineRule="exact"/>
            </w:pPr>
          </w:p>
          <w:p w14:paraId="74DD0966"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5EBE86FD" w14:textId="77777777" w:rsidR="005B3871" w:rsidRDefault="00000000">
            <w:pPr>
              <w:pStyle w:val="Oznaenseznam"/>
              <w:spacing w:after="16"/>
            </w:pPr>
            <w:r>
              <w:rPr>
                <w:color w:val="000000"/>
                <w:sz w:val="16"/>
              </w:rPr>
              <w:t>štejem, berem, zapišem, primerjam in uredim števila do 20</w:t>
            </w:r>
          </w:p>
          <w:p w14:paraId="4E4D7858" w14:textId="77777777" w:rsidR="005B3871" w:rsidRDefault="00000000">
            <w:pPr>
              <w:pStyle w:val="Oznaenseznam"/>
              <w:spacing w:after="16"/>
            </w:pPr>
            <w:r>
              <w:rPr>
                <w:color w:val="000000"/>
                <w:sz w:val="16"/>
              </w:rPr>
              <w:t>seštevam in odštevam do 20 brez prehoda ter uporabim zakon o zamenjavi</w:t>
            </w:r>
          </w:p>
          <w:p w14:paraId="0D0E990B" w14:textId="77777777" w:rsidR="005B3871" w:rsidRDefault="00000000">
            <w:pPr>
              <w:pStyle w:val="Oznaenseznam"/>
              <w:spacing w:after="16"/>
            </w:pPr>
            <w:r>
              <w:rPr>
                <w:color w:val="000000"/>
                <w:sz w:val="16"/>
              </w:rPr>
              <w:t>berem in predstavim podatke v preprostem prikazu</w:t>
            </w:r>
          </w:p>
          <w:tbl>
            <w:tblPr>
              <w:tblStyle w:val="Tabelamrea"/>
              <w:tblW w:w="0" w:type="auto"/>
              <w:jc w:val="center"/>
              <w:tblLayout w:type="fixed"/>
              <w:tblLook w:val="04A0" w:firstRow="1" w:lastRow="0" w:firstColumn="1" w:lastColumn="0" w:noHBand="0" w:noVBand="1"/>
            </w:tblPr>
            <w:tblGrid>
              <w:gridCol w:w="7087"/>
            </w:tblGrid>
            <w:tr w:rsidR="005B3871" w14:paraId="420A0632" w14:textId="77777777">
              <w:trPr>
                <w:jc w:val="center"/>
              </w:trPr>
              <w:tc>
                <w:tcPr>
                  <w:tcW w:w="7087" w:type="dxa"/>
                  <w:shd w:val="clear" w:color="auto" w:fill="EDC9EA"/>
                  <w:tcMar>
                    <w:top w:w="45" w:type="dxa"/>
                    <w:left w:w="70" w:type="dxa"/>
                    <w:bottom w:w="45" w:type="dxa"/>
                    <w:right w:w="70" w:type="dxa"/>
                  </w:tcMar>
                </w:tcPr>
                <w:p w14:paraId="04120302" w14:textId="77777777" w:rsidR="005B3871" w:rsidRDefault="00000000">
                  <w:pPr>
                    <w:keepNext/>
                  </w:pPr>
                  <w:r>
                    <w:rPr>
                      <w:b/>
                      <w:color w:val="000000"/>
                    </w:rPr>
                    <w:t>PREVERJANJE PREDZNANJA</w:t>
                  </w:r>
                </w:p>
              </w:tc>
            </w:tr>
          </w:tbl>
          <w:p w14:paraId="159C74EC" w14:textId="77777777" w:rsidR="005B3871" w:rsidRDefault="005B3871">
            <w:pPr>
              <w:spacing w:line="20" w:lineRule="exact"/>
            </w:pPr>
          </w:p>
          <w:p w14:paraId="2E3E4386" w14:textId="77777777" w:rsidR="005B3871" w:rsidRDefault="00000000">
            <w:pPr>
              <w:pStyle w:val="Oznaenseznam"/>
              <w:spacing w:after="16"/>
            </w:pPr>
            <w:r>
              <w:rPr>
                <w:color w:val="000000"/>
                <w:sz w:val="16"/>
              </w:rPr>
              <w:t>Kateri moj dokaz najbolje pokaže napredek?</w:t>
            </w:r>
          </w:p>
          <w:p w14:paraId="25B13197" w14:textId="77777777" w:rsidR="005B3871" w:rsidRDefault="00000000">
            <w:pPr>
              <w:pStyle w:val="Oznaenseznam"/>
              <w:spacing w:after="16"/>
            </w:pPr>
            <w:r>
              <w:rPr>
                <w:color w:val="000000"/>
                <w:sz w:val="16"/>
              </w:rPr>
              <w:t>Katero strategijo zdaj uporabljam bolj samostojno kot na začetku leta?</w:t>
            </w:r>
          </w:p>
          <w:p w14:paraId="19C83364"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2C472943" w14:textId="77777777">
              <w:trPr>
                <w:jc w:val="center"/>
              </w:trPr>
              <w:tc>
                <w:tcPr>
                  <w:tcW w:w="7087" w:type="dxa"/>
                  <w:shd w:val="clear" w:color="auto" w:fill="EDC9EA"/>
                  <w:tcMar>
                    <w:top w:w="45" w:type="dxa"/>
                    <w:left w:w="70" w:type="dxa"/>
                    <w:bottom w:w="45" w:type="dxa"/>
                    <w:right w:w="70" w:type="dxa"/>
                  </w:tcMar>
                </w:tcPr>
                <w:p w14:paraId="30684C62" w14:textId="77777777" w:rsidR="005B3871" w:rsidRDefault="00000000">
                  <w:pPr>
                    <w:keepNext/>
                  </w:pPr>
                  <w:r>
                    <w:rPr>
                      <w:b/>
                      <w:color w:val="000000"/>
                    </w:rPr>
                    <w:t>KRITERIJI USPEŠNOSTI</w:t>
                  </w:r>
                </w:p>
              </w:tc>
            </w:tr>
          </w:tbl>
          <w:p w14:paraId="4106CB21" w14:textId="77777777" w:rsidR="005B3871" w:rsidRDefault="005B3871"/>
          <w:p w14:paraId="3CAB7805" w14:textId="77777777" w:rsidR="005B3871" w:rsidRDefault="00000000">
            <w:pPr>
              <w:spacing w:before="20" w:after="20" w:line="245" w:lineRule="auto"/>
            </w:pPr>
            <w:r>
              <w:rPr>
                <w:b/>
                <w:color w:val="000000"/>
                <w:sz w:val="16"/>
              </w:rPr>
              <w:t>Uspešen/-na bom, ko:</w:t>
            </w:r>
          </w:p>
          <w:p w14:paraId="19283927" w14:textId="77777777" w:rsidR="005B3871" w:rsidRDefault="00000000">
            <w:pPr>
              <w:pStyle w:val="Oznaenseznam"/>
              <w:spacing w:after="16"/>
            </w:pPr>
            <w:r>
              <w:rPr>
                <w:color w:val="000000"/>
                <w:sz w:val="16"/>
              </w:rPr>
              <w:t>štejem, berem, zapišem, primerjam in uredim števila do 20</w:t>
            </w:r>
          </w:p>
          <w:p w14:paraId="37253EC5" w14:textId="77777777" w:rsidR="005B3871" w:rsidRDefault="00000000">
            <w:pPr>
              <w:pStyle w:val="Oznaenseznam"/>
              <w:spacing w:after="16"/>
            </w:pPr>
            <w:r>
              <w:rPr>
                <w:color w:val="000000"/>
                <w:sz w:val="16"/>
              </w:rPr>
              <w:t>seštevam in odštevam do 20 brez prehoda ter uporabim zakon o zamenjavi</w:t>
            </w:r>
          </w:p>
          <w:p w14:paraId="2AE5EED9" w14:textId="77777777" w:rsidR="005B3871" w:rsidRDefault="00000000">
            <w:pPr>
              <w:pStyle w:val="Oznaenseznam"/>
              <w:spacing w:after="16"/>
            </w:pPr>
            <w:r>
              <w:rPr>
                <w:color w:val="000000"/>
                <w:sz w:val="16"/>
              </w:rPr>
              <w:t>berem in predstavim podatke v preprostem prikazu</w:t>
            </w:r>
          </w:p>
          <w:p w14:paraId="5208C828"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35F391C1" w14:textId="77777777" w:rsidR="005B3871" w:rsidRDefault="005B3871"/>
          <w:p w14:paraId="5C2B702E"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097B711A" w14:textId="77777777" w:rsidR="005B3871" w:rsidRDefault="00000000">
            <w:pPr>
              <w:spacing w:after="80" w:line="245" w:lineRule="auto"/>
            </w:pPr>
            <w:r>
              <w:rPr>
                <w:color w:val="000000"/>
                <w:sz w:val="16"/>
              </w:rPr>
              <w:t>Pove, pokaže ali nariše, kako bi nalogo začel. Posluša tudi drugačne strategije.</w:t>
            </w:r>
          </w:p>
          <w:p w14:paraId="5FAEA47F" w14:textId="77777777" w:rsidR="005B3871" w:rsidRDefault="00000000">
            <w:pPr>
              <w:spacing w:after="100" w:line="245" w:lineRule="auto"/>
            </w:pPr>
            <w:r>
              <w:rPr>
                <w:color w:val="000000"/>
                <w:sz w:val="16"/>
              </w:rPr>
              <w:t>Sodeluje pri razumevanju namenov in kriterijev uspešnosti.</w:t>
            </w:r>
          </w:p>
          <w:p w14:paraId="49E982DD" w14:textId="77777777" w:rsidR="005B3871" w:rsidRDefault="00000000">
            <w:pPr>
              <w:spacing w:after="20" w:line="245" w:lineRule="auto"/>
            </w:pPr>
            <w:r>
              <w:rPr>
                <w:b/>
                <w:color w:val="D95BC6"/>
                <w:sz w:val="17"/>
              </w:rPr>
              <w:t>DOKAZ O UČENJU</w:t>
            </w:r>
          </w:p>
          <w:p w14:paraId="1E4E3340" w14:textId="77777777" w:rsidR="005B3871" w:rsidRDefault="00000000">
            <w:pPr>
              <w:spacing w:after="30" w:line="245" w:lineRule="auto"/>
            </w:pPr>
            <w:r>
              <w:rPr>
                <w:color w:val="D95BC6"/>
                <w:sz w:val="16"/>
              </w:rPr>
              <w:t>začetna strategija, razvrstitev, model, risba, gib ali ustni odgovor</w:t>
            </w:r>
          </w:p>
        </w:tc>
      </w:tr>
    </w:tbl>
    <w:p w14:paraId="583BBC5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484DC83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6B5E945"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BC2B95C" w14:textId="77777777" w:rsidR="005B3871" w:rsidRDefault="00000000">
            <w:pPr>
              <w:jc w:val="center"/>
            </w:pPr>
            <w:r>
              <w:rPr>
                <w:b/>
                <w:color w:val="000000"/>
                <w:sz w:val="20"/>
              </w:rPr>
              <w:t>UČNE DEJAVNOSTI, METODE IN FORMATIVNO SPREMLJANJE</w:t>
            </w:r>
          </w:p>
        </w:tc>
      </w:tr>
      <w:tr w:rsidR="005B3871" w14:paraId="6153A94D" w14:textId="77777777">
        <w:trPr>
          <w:tblHeader/>
          <w:jc w:val="center"/>
        </w:trPr>
        <w:tc>
          <w:tcPr>
            <w:tcW w:w="4422" w:type="dxa"/>
            <w:vMerge/>
            <w:tcMar>
              <w:top w:w="70" w:type="dxa"/>
              <w:left w:w="90" w:type="dxa"/>
              <w:bottom w:w="70" w:type="dxa"/>
              <w:right w:w="90" w:type="dxa"/>
            </w:tcMar>
            <w:vAlign w:val="center"/>
          </w:tcPr>
          <w:p w14:paraId="6B072FAF" w14:textId="77777777" w:rsidR="005B3871" w:rsidRDefault="005B3871"/>
        </w:tc>
        <w:tc>
          <w:tcPr>
            <w:tcW w:w="7087" w:type="dxa"/>
            <w:shd w:val="clear" w:color="auto" w:fill="FFFFFF"/>
            <w:tcMar>
              <w:top w:w="70" w:type="dxa"/>
              <w:left w:w="90" w:type="dxa"/>
              <w:bottom w:w="70" w:type="dxa"/>
              <w:right w:w="90" w:type="dxa"/>
            </w:tcMar>
            <w:vAlign w:val="center"/>
          </w:tcPr>
          <w:p w14:paraId="0DBD4BE1"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214C198" w14:textId="77777777" w:rsidR="005B3871" w:rsidRDefault="00000000">
            <w:pPr>
              <w:jc w:val="center"/>
            </w:pPr>
            <w:r>
              <w:rPr>
                <w:b/>
                <w:color w:val="000000"/>
              </w:rPr>
              <w:t>UČENEC</w:t>
            </w:r>
          </w:p>
        </w:tc>
      </w:tr>
      <w:tr w:rsidR="005B3871" w14:paraId="1333E832" w14:textId="77777777">
        <w:trPr>
          <w:jc w:val="center"/>
        </w:trPr>
        <w:tc>
          <w:tcPr>
            <w:tcW w:w="4422" w:type="dxa"/>
            <w:tcMar>
              <w:top w:w="70" w:type="dxa"/>
              <w:left w:w="90" w:type="dxa"/>
              <w:bottom w:w="70" w:type="dxa"/>
              <w:right w:w="90" w:type="dxa"/>
            </w:tcMar>
          </w:tcPr>
          <w:p w14:paraId="6192DAF1" w14:textId="77777777" w:rsidR="005B3871" w:rsidRDefault="005B3871"/>
          <w:p w14:paraId="59E645F0" w14:textId="77777777" w:rsidR="005B3871" w:rsidRDefault="00000000">
            <w:pPr>
              <w:spacing w:after="40" w:line="245" w:lineRule="auto"/>
            </w:pPr>
            <w:r>
              <w:rPr>
                <w:b/>
                <w:color w:val="000000"/>
              </w:rPr>
              <w:t>KLJUČNI POJMI</w:t>
            </w:r>
          </w:p>
          <w:p w14:paraId="7215E1B9" w14:textId="77777777" w:rsidR="005B3871" w:rsidRDefault="00000000">
            <w:pPr>
              <w:spacing w:after="60" w:line="245" w:lineRule="auto"/>
            </w:pPr>
            <w:r>
              <w:rPr>
                <w:color w:val="000000"/>
                <w:sz w:val="16"/>
              </w:rPr>
              <w:t>dokaz, napredek, strategija, števila do 20, računanje, podatki, povratna informacija, cilj, naslednji korak</w:t>
            </w:r>
          </w:p>
          <w:p w14:paraId="4C8178BB" w14:textId="77777777" w:rsidR="005B3871" w:rsidRDefault="00000000">
            <w:pPr>
              <w:spacing w:after="20" w:line="245" w:lineRule="auto"/>
            </w:pPr>
            <w:r>
              <w:rPr>
                <w:b/>
                <w:color w:val="000000"/>
                <w:sz w:val="17"/>
              </w:rPr>
              <w:t>DOKAZI O UČENJU</w:t>
            </w:r>
          </w:p>
          <w:p w14:paraId="1E0187F6" w14:textId="77777777" w:rsidR="005B3871" w:rsidRDefault="00000000">
            <w:pPr>
              <w:pStyle w:val="Oznaenseznam"/>
              <w:spacing w:after="16"/>
            </w:pPr>
            <w:r>
              <w:rPr>
                <w:color w:val="000000"/>
                <w:sz w:val="16"/>
              </w:rPr>
              <w:t>primerjava dokazov in izjava o napredku</w:t>
            </w:r>
          </w:p>
          <w:p w14:paraId="3BC99CAB" w14:textId="77777777" w:rsidR="005B3871" w:rsidRDefault="00000000">
            <w:pPr>
              <w:pStyle w:val="Oznaenseznam"/>
              <w:spacing w:after="16"/>
            </w:pPr>
            <w:r>
              <w:rPr>
                <w:color w:val="000000"/>
                <w:sz w:val="16"/>
              </w:rPr>
              <w:t>rešeni izzivi z označeno strategijo</w:t>
            </w:r>
          </w:p>
          <w:p w14:paraId="408C1DB8" w14:textId="77777777" w:rsidR="005B3871" w:rsidRDefault="00000000">
            <w:pPr>
              <w:pStyle w:val="Oznaenseznam"/>
              <w:spacing w:after="16"/>
            </w:pPr>
            <w:r>
              <w:rPr>
                <w:color w:val="000000"/>
                <w:sz w:val="16"/>
              </w:rPr>
              <w:t>sodelovalni model in skupna razlaga</w:t>
            </w:r>
          </w:p>
          <w:p w14:paraId="5A5CEE43" w14:textId="77777777" w:rsidR="005B3871" w:rsidRDefault="00000000">
            <w:pPr>
              <w:pStyle w:val="Oznaenseznam"/>
              <w:spacing w:after="16"/>
            </w:pPr>
            <w:r>
              <w:rPr>
                <w:color w:val="000000"/>
                <w:sz w:val="16"/>
              </w:rPr>
              <w:t>osebni matematični cilj</w:t>
            </w:r>
          </w:p>
          <w:p w14:paraId="3A2D790D" w14:textId="77777777" w:rsidR="005B3871" w:rsidRDefault="00000000">
            <w:pPr>
              <w:spacing w:before="40" w:after="20" w:line="245" w:lineRule="auto"/>
            </w:pPr>
            <w:r>
              <w:rPr>
                <w:b/>
                <w:color w:val="000000"/>
                <w:sz w:val="17"/>
              </w:rPr>
              <w:t>MEDPREDMETNA POVEZAVA</w:t>
            </w:r>
          </w:p>
          <w:p w14:paraId="7D89B319" w14:textId="77777777" w:rsidR="005B3871" w:rsidRDefault="00000000">
            <w:pPr>
              <w:spacing w:after="60" w:line="245" w:lineRule="auto"/>
            </w:pPr>
            <w:r>
              <w:rPr>
                <w:color w:val="000000"/>
                <w:sz w:val="16"/>
              </w:rPr>
              <w:t>SLJ – opis napredka; SPO – samovrednotenje; ŠPO – strategijska štafeta; LUM – simbol osebnega cilja</w:t>
            </w:r>
          </w:p>
          <w:p w14:paraId="26A8BBF2" w14:textId="77777777" w:rsidR="005B3871" w:rsidRDefault="00000000">
            <w:pPr>
              <w:spacing w:after="20" w:line="245" w:lineRule="auto"/>
            </w:pPr>
            <w:r>
              <w:rPr>
                <w:b/>
                <w:color w:val="000000"/>
                <w:sz w:val="17"/>
              </w:rPr>
              <w:t>POUČEVANJE V GIBANJU</w:t>
            </w:r>
          </w:p>
          <w:p w14:paraId="323F021D"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3640EC26" w14:textId="77777777" w:rsidR="005B3871" w:rsidRDefault="00000000">
            <w:pPr>
              <w:spacing w:after="20" w:line="245" w:lineRule="auto"/>
            </w:pPr>
            <w:r>
              <w:rPr>
                <w:b/>
                <w:color w:val="000000"/>
                <w:sz w:val="17"/>
              </w:rPr>
              <w:t>DELO PO POSTAJAH</w:t>
            </w:r>
          </w:p>
          <w:p w14:paraId="73B050EF" w14:textId="77777777" w:rsidR="005B3871" w:rsidRDefault="00000000">
            <w:pPr>
              <w:spacing w:after="60" w:line="245" w:lineRule="auto"/>
            </w:pPr>
            <w:r>
              <w:rPr>
                <w:color w:val="000000"/>
                <w:sz w:val="15"/>
              </w:rPr>
              <w:t>Načrtovana rotacija: konkretno-izkušenjska – Galerija napredka; gibalna/sodelovalna – Postaje matematičnih izzivov; slikovno-simbolna – Strategijski štafetni prenos; izziv, dokaz in povratna informacija – Moj matematični naslednji korak. Pri pisnem ocenjevanju se postaje izvedejo v pripravi, analizi in ponovnem učenju.</w:t>
            </w:r>
          </w:p>
          <w:p w14:paraId="4E1DC694" w14:textId="77777777" w:rsidR="005B3871" w:rsidRDefault="00000000">
            <w:pPr>
              <w:spacing w:after="20" w:line="245" w:lineRule="auto"/>
            </w:pPr>
            <w:r>
              <w:rPr>
                <w:b/>
                <w:color w:val="000000"/>
                <w:sz w:val="17"/>
              </w:rPr>
              <w:t>DIFERENCIACIJA IN VKLJUČEVANJE</w:t>
            </w:r>
          </w:p>
          <w:p w14:paraId="6757E904"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329322B5" w14:textId="77777777" w:rsidR="005B3871" w:rsidRDefault="00000000">
            <w:pPr>
              <w:spacing w:after="20" w:line="245" w:lineRule="auto"/>
            </w:pPr>
            <w:r>
              <w:rPr>
                <w:b/>
                <w:color w:val="000000"/>
                <w:sz w:val="17"/>
              </w:rPr>
              <w:t>SPREMLJANJE</w:t>
            </w:r>
          </w:p>
          <w:p w14:paraId="51A754F1"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1B727D91"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9664137" w14:textId="77777777">
              <w:trPr>
                <w:jc w:val="center"/>
              </w:trPr>
              <w:tc>
                <w:tcPr>
                  <w:tcW w:w="7087" w:type="dxa"/>
                  <w:shd w:val="clear" w:color="auto" w:fill="C6E7F3"/>
                  <w:tcMar>
                    <w:top w:w="45" w:type="dxa"/>
                    <w:left w:w="70" w:type="dxa"/>
                    <w:bottom w:w="45" w:type="dxa"/>
                    <w:right w:w="70" w:type="dxa"/>
                  </w:tcMar>
                </w:tcPr>
                <w:p w14:paraId="1247D941" w14:textId="77777777" w:rsidR="005B3871" w:rsidRDefault="00000000">
                  <w:pPr>
                    <w:keepNext/>
                  </w:pPr>
                  <w:r>
                    <w:rPr>
                      <w:b/>
                      <w:color w:val="000000"/>
                    </w:rPr>
                    <w:t>GLAVNI DEL – IZKUŠENJSKO IN PROBLEMSKO UČENJE (4 šolske ure)</w:t>
                  </w:r>
                </w:p>
              </w:tc>
            </w:tr>
          </w:tbl>
          <w:p w14:paraId="12E0DA70" w14:textId="77777777" w:rsidR="005B3871" w:rsidRDefault="005B3871">
            <w:pPr>
              <w:spacing w:line="20" w:lineRule="exact"/>
            </w:pPr>
          </w:p>
          <w:p w14:paraId="5728AD0A" w14:textId="77777777" w:rsidR="005B3871" w:rsidRDefault="00000000">
            <w:pPr>
              <w:keepNext/>
              <w:spacing w:before="40" w:after="10" w:line="245" w:lineRule="auto"/>
            </w:pPr>
            <w:r>
              <w:rPr>
                <w:b/>
                <w:color w:val="000000"/>
                <w:sz w:val="17"/>
              </w:rPr>
              <w:t>1. URA – Galerija napredka</w:t>
            </w:r>
          </w:p>
          <w:p w14:paraId="4E8334DE" w14:textId="77777777" w:rsidR="005B3871" w:rsidRDefault="00000000">
            <w:pPr>
              <w:spacing w:after="14" w:line="245" w:lineRule="auto"/>
            </w:pPr>
            <w:r>
              <w:rPr>
                <w:b/>
                <w:color w:val="000000"/>
                <w:sz w:val="16"/>
              </w:rPr>
              <w:t xml:space="preserve">Dejavnost učiteljice: </w:t>
            </w:r>
            <w:r>
              <w:rPr>
                <w:color w:val="000000"/>
                <w:sz w:val="16"/>
              </w:rPr>
              <w:t>Iz map izbere raznolike zgodnje in nove dokaze ter modelira opisno primerjavo brez rangiranja.</w:t>
            </w:r>
          </w:p>
          <w:p w14:paraId="1A90197E" w14:textId="77777777" w:rsidR="005B3871" w:rsidRDefault="00000000">
            <w:pPr>
              <w:spacing w:after="14" w:line="245" w:lineRule="auto"/>
            </w:pPr>
            <w:r>
              <w:rPr>
                <w:b/>
                <w:color w:val="000000"/>
                <w:sz w:val="16"/>
              </w:rPr>
              <w:t xml:space="preserve">Dejavnost učencev: </w:t>
            </w:r>
            <w:r>
              <w:rPr>
                <w:color w:val="000000"/>
                <w:sz w:val="16"/>
              </w:rPr>
              <w:t>Primerjajo dva svoja dokaza, poimenujejo napredek in povedo, kaj jim je pomagalo.</w:t>
            </w:r>
          </w:p>
          <w:p w14:paraId="252EBF62" w14:textId="77777777" w:rsidR="005B3871" w:rsidRDefault="00000000">
            <w:pPr>
              <w:spacing w:after="24" w:line="245" w:lineRule="auto"/>
            </w:pPr>
            <w:r>
              <w:rPr>
                <w:i/>
                <w:color w:val="D95BC6"/>
                <w:sz w:val="16"/>
              </w:rPr>
              <w:t>Predvideni dokaz: primerjava dokazov in izjava o napredku.</w:t>
            </w:r>
          </w:p>
          <w:p w14:paraId="0D70C675" w14:textId="77777777" w:rsidR="005B3871" w:rsidRDefault="00000000">
            <w:pPr>
              <w:keepNext/>
              <w:spacing w:before="40" w:after="10" w:line="245" w:lineRule="auto"/>
            </w:pPr>
            <w:r>
              <w:rPr>
                <w:b/>
                <w:color w:val="000000"/>
                <w:sz w:val="17"/>
              </w:rPr>
              <w:t>2. URA – Postaje matematičnih izzivov</w:t>
            </w:r>
          </w:p>
          <w:p w14:paraId="3A7A1E4B" w14:textId="77777777" w:rsidR="005B3871" w:rsidRDefault="00000000">
            <w:pPr>
              <w:spacing w:after="14" w:line="245" w:lineRule="auto"/>
            </w:pPr>
            <w:r>
              <w:rPr>
                <w:b/>
                <w:color w:val="000000"/>
                <w:sz w:val="16"/>
              </w:rPr>
              <w:t xml:space="preserve">Dejavnost učiteljice: </w:t>
            </w:r>
            <w:r>
              <w:rPr>
                <w:color w:val="000000"/>
                <w:sz w:val="16"/>
              </w:rPr>
              <w:t>Pripravi stopnjevane naloge števil do 20, računanja in podatkov z možnostjo izbire opore.</w:t>
            </w:r>
          </w:p>
          <w:p w14:paraId="79E8E807" w14:textId="77777777" w:rsidR="005B3871" w:rsidRDefault="00000000">
            <w:pPr>
              <w:spacing w:after="14" w:line="245" w:lineRule="auto"/>
            </w:pPr>
            <w:r>
              <w:rPr>
                <w:b/>
                <w:color w:val="000000"/>
                <w:sz w:val="16"/>
              </w:rPr>
              <w:t xml:space="preserve">Dejavnost učencev: </w:t>
            </w:r>
            <w:r>
              <w:rPr>
                <w:color w:val="000000"/>
                <w:sz w:val="16"/>
              </w:rPr>
              <w:t>Na postajah rešujejo izzive, strategijo označijo in shranijo izbrani dokaz.</w:t>
            </w:r>
          </w:p>
          <w:p w14:paraId="771A4B00" w14:textId="77777777" w:rsidR="005B3871" w:rsidRDefault="00000000">
            <w:pPr>
              <w:spacing w:after="24" w:line="245" w:lineRule="auto"/>
            </w:pPr>
            <w:r>
              <w:rPr>
                <w:i/>
                <w:color w:val="D95BC6"/>
                <w:sz w:val="16"/>
              </w:rPr>
              <w:t>Predvideni dokaz: rešeni izzivi z označeno strategijo.</w:t>
            </w:r>
          </w:p>
          <w:p w14:paraId="46BC45F2" w14:textId="77777777" w:rsidR="005B3871" w:rsidRDefault="00000000">
            <w:pPr>
              <w:keepNext/>
              <w:spacing w:before="40" w:after="10" w:line="245" w:lineRule="auto"/>
            </w:pPr>
            <w:r>
              <w:rPr>
                <w:b/>
                <w:color w:val="000000"/>
                <w:sz w:val="17"/>
              </w:rPr>
              <w:t>3. URA – Strategijski štafetni prenos</w:t>
            </w:r>
          </w:p>
          <w:p w14:paraId="3FD43400" w14:textId="77777777" w:rsidR="005B3871" w:rsidRDefault="00000000">
            <w:pPr>
              <w:spacing w:after="14" w:line="245" w:lineRule="auto"/>
            </w:pPr>
            <w:r>
              <w:rPr>
                <w:b/>
                <w:color w:val="000000"/>
                <w:sz w:val="16"/>
              </w:rPr>
              <w:t xml:space="preserve">Dejavnost učiteljice: </w:t>
            </w:r>
            <w:r>
              <w:rPr>
                <w:color w:val="000000"/>
                <w:sz w:val="16"/>
              </w:rPr>
              <w:t>Določi, da se prenaša razlaga ali model, ne hitrost, in spremlja matematični jezik.</w:t>
            </w:r>
          </w:p>
          <w:p w14:paraId="4ADBAABB" w14:textId="77777777" w:rsidR="005B3871" w:rsidRDefault="00000000">
            <w:pPr>
              <w:spacing w:after="14" w:line="245" w:lineRule="auto"/>
            </w:pPr>
            <w:r>
              <w:rPr>
                <w:b/>
                <w:color w:val="000000"/>
                <w:sz w:val="16"/>
              </w:rPr>
              <w:t xml:space="preserve">Dejavnost učencev: </w:t>
            </w:r>
            <w:r>
              <w:rPr>
                <w:color w:val="000000"/>
                <w:sz w:val="16"/>
              </w:rPr>
              <w:t>V skupini vsak doda korak modela ali razlage ter preveri skladnost rešitve.</w:t>
            </w:r>
          </w:p>
          <w:p w14:paraId="6831B3C1" w14:textId="77777777" w:rsidR="005B3871" w:rsidRDefault="00000000">
            <w:pPr>
              <w:spacing w:after="24" w:line="245" w:lineRule="auto"/>
            </w:pPr>
            <w:r>
              <w:rPr>
                <w:i/>
                <w:color w:val="D95BC6"/>
                <w:sz w:val="16"/>
              </w:rPr>
              <w:t>Predvideni dokaz: sodelovalni model in skupna razlaga.</w:t>
            </w:r>
          </w:p>
          <w:p w14:paraId="55C9DB90" w14:textId="77777777" w:rsidR="005B3871" w:rsidRDefault="00000000">
            <w:pPr>
              <w:keepNext/>
              <w:spacing w:before="40" w:after="10" w:line="245" w:lineRule="auto"/>
            </w:pPr>
            <w:r>
              <w:rPr>
                <w:b/>
                <w:color w:val="000000"/>
                <w:sz w:val="17"/>
              </w:rPr>
              <w:t>4. URA – Moj matematični naslednji korak</w:t>
            </w:r>
          </w:p>
          <w:p w14:paraId="3BF90518" w14:textId="77777777" w:rsidR="005B3871" w:rsidRDefault="00000000">
            <w:pPr>
              <w:spacing w:after="14" w:line="245" w:lineRule="auto"/>
            </w:pPr>
            <w:r>
              <w:rPr>
                <w:b/>
                <w:color w:val="000000"/>
                <w:sz w:val="16"/>
              </w:rPr>
              <w:t xml:space="preserve">Dejavnost učiteljice: </w:t>
            </w:r>
            <w:r>
              <w:rPr>
                <w:color w:val="000000"/>
                <w:sz w:val="16"/>
              </w:rPr>
              <w:t>Z učencem poveže povratne informacije iz leta v eno dosegljivo poletno ali prihodnjeletno namero.</w:t>
            </w:r>
          </w:p>
          <w:p w14:paraId="5B454521" w14:textId="77777777" w:rsidR="005B3871" w:rsidRDefault="00000000">
            <w:pPr>
              <w:spacing w:after="14" w:line="245" w:lineRule="auto"/>
            </w:pPr>
            <w:r>
              <w:rPr>
                <w:b/>
                <w:color w:val="000000"/>
                <w:sz w:val="16"/>
              </w:rPr>
              <w:t xml:space="preserve">Dejavnost učencev: </w:t>
            </w:r>
            <w:r>
              <w:rPr>
                <w:color w:val="000000"/>
                <w:sz w:val="16"/>
              </w:rPr>
              <w:t>Izberejo cilj, narišejo ali povedo načrt in ga predstavijo partnerju.</w:t>
            </w:r>
          </w:p>
          <w:p w14:paraId="0B79F3E9" w14:textId="77777777" w:rsidR="005B3871" w:rsidRDefault="00000000">
            <w:pPr>
              <w:spacing w:after="24" w:line="245" w:lineRule="auto"/>
            </w:pPr>
            <w:r>
              <w:rPr>
                <w:i/>
                <w:color w:val="D95BC6"/>
                <w:sz w:val="16"/>
              </w:rPr>
              <w:t>Predvideni dokaz: osebni matematični cilj.</w:t>
            </w:r>
          </w:p>
          <w:tbl>
            <w:tblPr>
              <w:tblStyle w:val="Tabelamrea"/>
              <w:tblW w:w="0" w:type="auto"/>
              <w:jc w:val="center"/>
              <w:tblLayout w:type="fixed"/>
              <w:tblLook w:val="04A0" w:firstRow="1" w:lastRow="0" w:firstColumn="1" w:lastColumn="0" w:noHBand="0" w:noVBand="1"/>
            </w:tblPr>
            <w:tblGrid>
              <w:gridCol w:w="7087"/>
            </w:tblGrid>
            <w:tr w:rsidR="005B3871" w14:paraId="636ED9A6" w14:textId="77777777">
              <w:trPr>
                <w:jc w:val="center"/>
              </w:trPr>
              <w:tc>
                <w:tcPr>
                  <w:tcW w:w="7087" w:type="dxa"/>
                  <w:shd w:val="clear" w:color="auto" w:fill="EDC9EA"/>
                  <w:tcMar>
                    <w:top w:w="45" w:type="dxa"/>
                    <w:left w:w="70" w:type="dxa"/>
                    <w:bottom w:w="45" w:type="dxa"/>
                    <w:right w:w="70" w:type="dxa"/>
                  </w:tcMar>
                </w:tcPr>
                <w:p w14:paraId="608EDADA" w14:textId="77777777" w:rsidR="005B3871" w:rsidRDefault="00000000">
                  <w:pPr>
                    <w:keepNext/>
                  </w:pPr>
                  <w:r>
                    <w:rPr>
                      <w:b/>
                      <w:color w:val="000000"/>
                    </w:rPr>
                    <w:t>POVRATNA INFORMACIJA UČITELJICE MED DELOM</w:t>
                  </w:r>
                </w:p>
              </w:tc>
            </w:tr>
          </w:tbl>
          <w:p w14:paraId="2EA0AA32" w14:textId="77777777" w:rsidR="005B3871" w:rsidRDefault="005B3871"/>
          <w:p w14:paraId="64AE016D"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02799475" w14:textId="77777777" w:rsidR="005B3871" w:rsidRDefault="005B3871"/>
          <w:p w14:paraId="0D410886" w14:textId="77777777" w:rsidR="005B3871" w:rsidRDefault="00000000">
            <w:pPr>
              <w:spacing w:after="10" w:line="245" w:lineRule="auto"/>
            </w:pPr>
            <w:r>
              <w:rPr>
                <w:b/>
                <w:color w:val="000000"/>
                <w:sz w:val="16"/>
              </w:rPr>
              <w:t>1. URA</w:t>
            </w:r>
          </w:p>
          <w:p w14:paraId="12F0C31E" w14:textId="77777777" w:rsidR="005B3871" w:rsidRDefault="00000000">
            <w:pPr>
              <w:spacing w:after="30" w:line="245" w:lineRule="auto"/>
            </w:pPr>
            <w:r>
              <w:rPr>
                <w:color w:val="000000"/>
                <w:sz w:val="16"/>
              </w:rPr>
              <w:t>Primerjajo dva svoja dokaza, poimenujejo napredek in povedo, kaj jim je pomagalo.</w:t>
            </w:r>
          </w:p>
          <w:p w14:paraId="397A167A" w14:textId="77777777" w:rsidR="005B3871" w:rsidRDefault="00000000">
            <w:pPr>
              <w:spacing w:line="245" w:lineRule="auto"/>
            </w:pPr>
            <w:r>
              <w:rPr>
                <w:b/>
                <w:color w:val="D95BC6"/>
                <w:sz w:val="16"/>
              </w:rPr>
              <w:t>DOKAZ</w:t>
            </w:r>
          </w:p>
          <w:p w14:paraId="1BBD26F1" w14:textId="77777777" w:rsidR="005B3871" w:rsidRDefault="00000000">
            <w:pPr>
              <w:spacing w:after="40" w:line="245" w:lineRule="auto"/>
            </w:pPr>
            <w:r>
              <w:rPr>
                <w:color w:val="D95BC6"/>
                <w:sz w:val="15"/>
              </w:rPr>
              <w:t>primerjava dokazov in izjava o napredku</w:t>
            </w:r>
          </w:p>
          <w:p w14:paraId="428BBAD3" w14:textId="77777777" w:rsidR="005B3871" w:rsidRDefault="00000000">
            <w:pPr>
              <w:spacing w:after="10" w:line="245" w:lineRule="auto"/>
            </w:pPr>
            <w:r>
              <w:rPr>
                <w:b/>
                <w:color w:val="000000"/>
                <w:sz w:val="16"/>
              </w:rPr>
              <w:t>2. URA</w:t>
            </w:r>
          </w:p>
          <w:p w14:paraId="058B113D" w14:textId="77777777" w:rsidR="005B3871" w:rsidRDefault="00000000">
            <w:pPr>
              <w:spacing w:after="30" w:line="245" w:lineRule="auto"/>
            </w:pPr>
            <w:r>
              <w:rPr>
                <w:color w:val="000000"/>
                <w:sz w:val="16"/>
              </w:rPr>
              <w:t>Na postajah rešujejo izzive, strategijo označijo in shranijo izbrani dokaz.</w:t>
            </w:r>
          </w:p>
          <w:p w14:paraId="432109CE" w14:textId="77777777" w:rsidR="005B3871" w:rsidRDefault="00000000">
            <w:pPr>
              <w:spacing w:line="245" w:lineRule="auto"/>
            </w:pPr>
            <w:r>
              <w:rPr>
                <w:b/>
                <w:color w:val="D95BC6"/>
                <w:sz w:val="16"/>
              </w:rPr>
              <w:t>DOKAZ</w:t>
            </w:r>
          </w:p>
          <w:p w14:paraId="658209F6" w14:textId="77777777" w:rsidR="005B3871" w:rsidRDefault="00000000">
            <w:pPr>
              <w:spacing w:after="40" w:line="245" w:lineRule="auto"/>
            </w:pPr>
            <w:r>
              <w:rPr>
                <w:color w:val="D95BC6"/>
                <w:sz w:val="15"/>
              </w:rPr>
              <w:t>rešeni izzivi z označeno strategijo</w:t>
            </w:r>
          </w:p>
          <w:p w14:paraId="48C5124F" w14:textId="77777777" w:rsidR="005B3871" w:rsidRDefault="00000000">
            <w:pPr>
              <w:spacing w:after="10" w:line="245" w:lineRule="auto"/>
            </w:pPr>
            <w:r>
              <w:rPr>
                <w:b/>
                <w:color w:val="000000"/>
                <w:sz w:val="16"/>
              </w:rPr>
              <w:t>3. URA</w:t>
            </w:r>
          </w:p>
          <w:p w14:paraId="4B5C48C6" w14:textId="77777777" w:rsidR="005B3871" w:rsidRDefault="00000000">
            <w:pPr>
              <w:spacing w:after="30" w:line="245" w:lineRule="auto"/>
            </w:pPr>
            <w:r>
              <w:rPr>
                <w:color w:val="000000"/>
                <w:sz w:val="16"/>
              </w:rPr>
              <w:t>V skupini vsak doda korak modela ali razlage ter preveri skladnost rešitve.</w:t>
            </w:r>
          </w:p>
          <w:p w14:paraId="2E60B93C" w14:textId="77777777" w:rsidR="005B3871" w:rsidRDefault="00000000">
            <w:pPr>
              <w:spacing w:line="245" w:lineRule="auto"/>
            </w:pPr>
            <w:r>
              <w:rPr>
                <w:b/>
                <w:color w:val="D95BC6"/>
                <w:sz w:val="16"/>
              </w:rPr>
              <w:t>DOKAZ</w:t>
            </w:r>
          </w:p>
          <w:p w14:paraId="4FAEFC73" w14:textId="77777777" w:rsidR="005B3871" w:rsidRDefault="00000000">
            <w:pPr>
              <w:spacing w:after="40" w:line="245" w:lineRule="auto"/>
            </w:pPr>
            <w:r>
              <w:rPr>
                <w:color w:val="D95BC6"/>
                <w:sz w:val="15"/>
              </w:rPr>
              <w:t>sodelovalni model in skupna razlaga</w:t>
            </w:r>
          </w:p>
          <w:p w14:paraId="0717B6D3" w14:textId="77777777" w:rsidR="005B3871" w:rsidRDefault="00000000">
            <w:pPr>
              <w:spacing w:after="10" w:line="245" w:lineRule="auto"/>
            </w:pPr>
            <w:r>
              <w:rPr>
                <w:b/>
                <w:color w:val="000000"/>
                <w:sz w:val="16"/>
              </w:rPr>
              <w:t>4. URA</w:t>
            </w:r>
          </w:p>
          <w:p w14:paraId="33CD7779" w14:textId="77777777" w:rsidR="005B3871" w:rsidRDefault="00000000">
            <w:pPr>
              <w:spacing w:after="30" w:line="245" w:lineRule="auto"/>
            </w:pPr>
            <w:r>
              <w:rPr>
                <w:color w:val="000000"/>
                <w:sz w:val="16"/>
              </w:rPr>
              <w:t>Izberejo cilj, narišejo ali povedo načrt in ga predstavijo partnerju.</w:t>
            </w:r>
          </w:p>
          <w:p w14:paraId="6C6D26FC" w14:textId="77777777" w:rsidR="005B3871" w:rsidRDefault="00000000">
            <w:pPr>
              <w:spacing w:line="245" w:lineRule="auto"/>
            </w:pPr>
            <w:r>
              <w:rPr>
                <w:b/>
                <w:color w:val="D95BC6"/>
                <w:sz w:val="16"/>
              </w:rPr>
              <w:t>DOKAZ</w:t>
            </w:r>
          </w:p>
          <w:p w14:paraId="327D7D12" w14:textId="77777777" w:rsidR="005B3871" w:rsidRDefault="00000000">
            <w:pPr>
              <w:spacing w:after="40" w:line="245" w:lineRule="auto"/>
            </w:pPr>
            <w:r>
              <w:rPr>
                <w:color w:val="D95BC6"/>
                <w:sz w:val="15"/>
              </w:rPr>
              <w:t>osebni matematični cilj</w:t>
            </w:r>
          </w:p>
        </w:tc>
      </w:tr>
    </w:tbl>
    <w:p w14:paraId="495F72A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B8598F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DBF0646"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460AACF" w14:textId="77777777" w:rsidR="005B3871" w:rsidRDefault="00000000">
            <w:pPr>
              <w:jc w:val="center"/>
            </w:pPr>
            <w:r>
              <w:rPr>
                <w:b/>
                <w:color w:val="000000"/>
                <w:sz w:val="20"/>
              </w:rPr>
              <w:t>UČNE DEJAVNOSTI, METODE IN FORMATIVNO SPREMLJANJE</w:t>
            </w:r>
          </w:p>
        </w:tc>
      </w:tr>
      <w:tr w:rsidR="005B3871" w14:paraId="269FD1F5" w14:textId="77777777">
        <w:trPr>
          <w:tblHeader/>
          <w:jc w:val="center"/>
        </w:trPr>
        <w:tc>
          <w:tcPr>
            <w:tcW w:w="4422" w:type="dxa"/>
            <w:vMerge/>
            <w:tcMar>
              <w:top w:w="70" w:type="dxa"/>
              <w:left w:w="90" w:type="dxa"/>
              <w:bottom w:w="70" w:type="dxa"/>
              <w:right w:w="90" w:type="dxa"/>
            </w:tcMar>
            <w:vAlign w:val="center"/>
          </w:tcPr>
          <w:p w14:paraId="6F495C45" w14:textId="77777777" w:rsidR="005B3871" w:rsidRDefault="005B3871"/>
        </w:tc>
        <w:tc>
          <w:tcPr>
            <w:tcW w:w="7087" w:type="dxa"/>
            <w:shd w:val="clear" w:color="auto" w:fill="FFFFFF"/>
            <w:tcMar>
              <w:top w:w="70" w:type="dxa"/>
              <w:left w:w="90" w:type="dxa"/>
              <w:bottom w:w="70" w:type="dxa"/>
              <w:right w:w="90" w:type="dxa"/>
            </w:tcMar>
            <w:vAlign w:val="center"/>
          </w:tcPr>
          <w:p w14:paraId="6C65B388"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4A55AF9" w14:textId="77777777" w:rsidR="005B3871" w:rsidRDefault="00000000">
            <w:pPr>
              <w:jc w:val="center"/>
            </w:pPr>
            <w:r>
              <w:rPr>
                <w:b/>
                <w:color w:val="000000"/>
              </w:rPr>
              <w:t>UČENEC</w:t>
            </w:r>
          </w:p>
        </w:tc>
      </w:tr>
      <w:tr w:rsidR="005B3871" w14:paraId="1920309D" w14:textId="77777777">
        <w:trPr>
          <w:jc w:val="center"/>
        </w:trPr>
        <w:tc>
          <w:tcPr>
            <w:tcW w:w="4422" w:type="dxa"/>
            <w:tcMar>
              <w:top w:w="70" w:type="dxa"/>
              <w:left w:w="90" w:type="dxa"/>
              <w:bottom w:w="70" w:type="dxa"/>
              <w:right w:w="90" w:type="dxa"/>
            </w:tcMar>
          </w:tcPr>
          <w:p w14:paraId="5C467320" w14:textId="77777777" w:rsidR="005B3871" w:rsidRDefault="005B3871"/>
          <w:p w14:paraId="15BB8BA3" w14:textId="77777777" w:rsidR="005B3871" w:rsidRDefault="00000000">
            <w:pPr>
              <w:spacing w:after="40" w:line="245" w:lineRule="auto"/>
            </w:pPr>
            <w:r>
              <w:rPr>
                <w:b/>
                <w:color w:val="000000"/>
              </w:rPr>
              <w:t>FORMATIVNO SPREMLJANJE</w:t>
            </w:r>
          </w:p>
          <w:p w14:paraId="56E8AD1A" w14:textId="77777777" w:rsidR="005B3871" w:rsidRDefault="00000000">
            <w:pPr>
              <w:pStyle w:val="Oznaenseznam"/>
              <w:spacing w:after="16"/>
            </w:pPr>
            <w:r>
              <w:rPr>
                <w:color w:val="000000"/>
                <w:sz w:val="16"/>
              </w:rPr>
              <w:t>predznanje: začetna strategija, ocena, razvrstitev, model ali risba</w:t>
            </w:r>
          </w:p>
          <w:p w14:paraId="3745A3D3" w14:textId="77777777" w:rsidR="005B3871" w:rsidRDefault="00000000">
            <w:pPr>
              <w:pStyle w:val="Oznaenseznam"/>
              <w:spacing w:after="16"/>
            </w:pPr>
            <w:r>
              <w:rPr>
                <w:color w:val="000000"/>
                <w:sz w:val="16"/>
              </w:rPr>
              <w:t>dokazi med učenjem: konkretni, gibalni, slikovni in simbolni prikaz ter razlaga postopka</w:t>
            </w:r>
          </w:p>
          <w:p w14:paraId="05AAA647" w14:textId="77777777" w:rsidR="005B3871" w:rsidRDefault="00000000">
            <w:pPr>
              <w:pStyle w:val="Oznaenseznam"/>
              <w:spacing w:after="16"/>
            </w:pPr>
            <w:r>
              <w:rPr>
                <w:color w:val="000000"/>
                <w:sz w:val="16"/>
              </w:rPr>
              <w:t>povratna informacija: konkretna, vezana na kriterij in usmerjena v preverjanje ali naslednji korak</w:t>
            </w:r>
          </w:p>
          <w:p w14:paraId="7EB9B659" w14:textId="77777777" w:rsidR="005B3871" w:rsidRDefault="00000000">
            <w:pPr>
              <w:pStyle w:val="Oznaenseznam"/>
              <w:spacing w:after="16"/>
            </w:pPr>
            <w:r>
              <w:rPr>
                <w:color w:val="000000"/>
                <w:sz w:val="16"/>
              </w:rPr>
              <w:t>samovrednotenje: semafor, lestvica samostojnosti, izbrani dokaz ali kratka poved</w:t>
            </w:r>
          </w:p>
          <w:p w14:paraId="35957C41" w14:textId="77777777" w:rsidR="005B3871" w:rsidRDefault="00000000">
            <w:pPr>
              <w:spacing w:before="40" w:after="20" w:line="245" w:lineRule="auto"/>
            </w:pPr>
            <w:r>
              <w:rPr>
                <w:b/>
                <w:color w:val="000000"/>
                <w:sz w:val="17"/>
              </w:rPr>
              <w:t>VARNOST IN ODGOVORNOST</w:t>
            </w:r>
          </w:p>
          <w:p w14:paraId="42CC9045"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3CC78BEC" w14:textId="77777777" w:rsidR="005B3871" w:rsidRDefault="00000000">
            <w:pPr>
              <w:spacing w:after="20" w:line="245" w:lineRule="auto"/>
            </w:pPr>
            <w:r>
              <w:rPr>
                <w:b/>
                <w:color w:val="000000"/>
                <w:sz w:val="17"/>
              </w:rPr>
              <w:t>EVIDENCA PO IZVEDBI</w:t>
            </w:r>
          </w:p>
          <w:p w14:paraId="4E4FA2F1"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602AD8F5"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36D8F59" w14:textId="77777777">
              <w:trPr>
                <w:jc w:val="center"/>
              </w:trPr>
              <w:tc>
                <w:tcPr>
                  <w:tcW w:w="7087" w:type="dxa"/>
                  <w:shd w:val="clear" w:color="auto" w:fill="EDC9EA"/>
                  <w:tcMar>
                    <w:top w:w="45" w:type="dxa"/>
                    <w:left w:w="70" w:type="dxa"/>
                    <w:bottom w:w="45" w:type="dxa"/>
                    <w:right w:w="70" w:type="dxa"/>
                  </w:tcMar>
                </w:tcPr>
                <w:p w14:paraId="66D20DF0" w14:textId="77777777" w:rsidR="005B3871" w:rsidRDefault="00000000">
                  <w:pPr>
                    <w:keepNext/>
                  </w:pPr>
                  <w:r>
                    <w:rPr>
                      <w:b/>
                      <w:color w:val="000000"/>
                    </w:rPr>
                    <w:t>VPRAŠANJA V PODPORO MATEMATIČNEMU UČENJU</w:t>
                  </w:r>
                </w:p>
              </w:tc>
            </w:tr>
          </w:tbl>
          <w:p w14:paraId="3D211708" w14:textId="77777777" w:rsidR="005B3871" w:rsidRDefault="005B3871">
            <w:pPr>
              <w:spacing w:line="20" w:lineRule="exact"/>
            </w:pPr>
          </w:p>
          <w:p w14:paraId="397D759C" w14:textId="77777777" w:rsidR="005B3871" w:rsidRDefault="00000000">
            <w:pPr>
              <w:pStyle w:val="Oznaenseznam"/>
              <w:spacing w:after="16"/>
            </w:pPr>
            <w:r>
              <w:rPr>
                <w:color w:val="000000"/>
                <w:sz w:val="16"/>
              </w:rPr>
              <w:t>Kaj v tvojem modelu, risbi ali zapisu predstavlja posamezni del naloge?</w:t>
            </w:r>
          </w:p>
          <w:p w14:paraId="1D15A423" w14:textId="77777777" w:rsidR="005B3871" w:rsidRDefault="00000000">
            <w:pPr>
              <w:pStyle w:val="Oznaenseznam"/>
              <w:spacing w:after="16"/>
            </w:pPr>
            <w:r>
              <w:rPr>
                <w:color w:val="000000"/>
                <w:sz w:val="16"/>
              </w:rPr>
              <w:t>Kako si prišel/-la do rešitve in kako veš, da je smiselna?</w:t>
            </w:r>
          </w:p>
          <w:p w14:paraId="62468A9C" w14:textId="77777777" w:rsidR="005B3871" w:rsidRDefault="00000000">
            <w:pPr>
              <w:pStyle w:val="Oznaenseznam"/>
              <w:spacing w:after="16"/>
            </w:pPr>
            <w:r>
              <w:rPr>
                <w:color w:val="000000"/>
                <w:sz w:val="16"/>
              </w:rPr>
              <w:t>Ali lahko isto pokažeš še s predmetom, gibanjem, risbo ali drugim zapisom?</w:t>
            </w:r>
          </w:p>
          <w:p w14:paraId="47406FD8" w14:textId="77777777" w:rsidR="005B3871" w:rsidRDefault="00000000">
            <w:pPr>
              <w:pStyle w:val="Oznaenseznam"/>
              <w:spacing w:after="16"/>
            </w:pPr>
            <w:r>
              <w:rPr>
                <w:color w:val="000000"/>
                <w:sz w:val="16"/>
              </w:rPr>
              <w:t>Kje bi se lahko zmotil/-a in kako boš rešitev preveril/-a?</w:t>
            </w:r>
          </w:p>
          <w:p w14:paraId="0E0F7DE6"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39973679" w14:textId="77777777">
              <w:trPr>
                <w:jc w:val="center"/>
              </w:trPr>
              <w:tc>
                <w:tcPr>
                  <w:tcW w:w="7087" w:type="dxa"/>
                  <w:shd w:val="clear" w:color="auto" w:fill="C6E7F3"/>
                  <w:tcMar>
                    <w:top w:w="45" w:type="dxa"/>
                    <w:left w:w="70" w:type="dxa"/>
                    <w:bottom w:w="45" w:type="dxa"/>
                    <w:right w:w="70" w:type="dxa"/>
                  </w:tcMar>
                </w:tcPr>
                <w:p w14:paraId="035D9E86" w14:textId="77777777" w:rsidR="005B3871" w:rsidRDefault="00000000">
                  <w:pPr>
                    <w:keepNext/>
                  </w:pPr>
                  <w:r>
                    <w:rPr>
                      <w:b/>
                      <w:color w:val="000000"/>
                    </w:rPr>
                    <w:t>ZAKLJUČNI DEL – UTRJEVANJE IN REFLEKSIJA (10–15 min)</w:t>
                  </w:r>
                </w:p>
              </w:tc>
            </w:tr>
          </w:tbl>
          <w:p w14:paraId="791197D8" w14:textId="77777777" w:rsidR="005B3871" w:rsidRDefault="005B3871">
            <w:pPr>
              <w:spacing w:line="20" w:lineRule="exact"/>
            </w:pPr>
          </w:p>
          <w:p w14:paraId="32FB3C25"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7110774F" w14:textId="77777777">
              <w:trPr>
                <w:jc w:val="center"/>
              </w:trPr>
              <w:tc>
                <w:tcPr>
                  <w:tcW w:w="7087" w:type="dxa"/>
                  <w:shd w:val="clear" w:color="auto" w:fill="EDC9EA"/>
                  <w:tcMar>
                    <w:top w:w="45" w:type="dxa"/>
                    <w:left w:w="70" w:type="dxa"/>
                    <w:bottom w:w="45" w:type="dxa"/>
                    <w:right w:w="70" w:type="dxa"/>
                  </w:tcMar>
                </w:tcPr>
                <w:p w14:paraId="6B3F28E3" w14:textId="77777777" w:rsidR="005B3871" w:rsidRDefault="00000000">
                  <w:pPr>
                    <w:keepNext/>
                  </w:pPr>
                  <w:r>
                    <w:rPr>
                      <w:b/>
                      <w:color w:val="000000"/>
                    </w:rPr>
                    <w:t>SAMOVREDNOTENJE</w:t>
                  </w:r>
                </w:p>
              </w:tc>
            </w:tr>
          </w:tbl>
          <w:p w14:paraId="1FBE12CE" w14:textId="77777777" w:rsidR="005B3871" w:rsidRDefault="005B3871">
            <w:pPr>
              <w:spacing w:line="20" w:lineRule="exact"/>
            </w:pPr>
          </w:p>
          <w:p w14:paraId="59E41B1D"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1E1F3970" w14:textId="77777777">
              <w:trPr>
                <w:jc w:val="center"/>
              </w:trPr>
              <w:tc>
                <w:tcPr>
                  <w:tcW w:w="7087" w:type="dxa"/>
                  <w:shd w:val="clear" w:color="auto" w:fill="EDC9EA"/>
                  <w:tcMar>
                    <w:top w:w="45" w:type="dxa"/>
                    <w:left w:w="70" w:type="dxa"/>
                    <w:bottom w:w="45" w:type="dxa"/>
                    <w:right w:w="70" w:type="dxa"/>
                  </w:tcMar>
                </w:tcPr>
                <w:p w14:paraId="1EF0FCCE" w14:textId="77777777" w:rsidR="005B3871" w:rsidRDefault="00000000">
                  <w:pPr>
                    <w:keepNext/>
                  </w:pPr>
                  <w:r>
                    <w:rPr>
                      <w:b/>
                      <w:color w:val="000000"/>
                    </w:rPr>
                    <w:t>VRSTNIŠKO VREDNOTENJE</w:t>
                  </w:r>
                </w:p>
              </w:tc>
            </w:tr>
          </w:tbl>
          <w:p w14:paraId="2EEB45EB" w14:textId="77777777" w:rsidR="005B3871" w:rsidRDefault="005B3871">
            <w:pPr>
              <w:spacing w:line="20" w:lineRule="exact"/>
            </w:pPr>
          </w:p>
          <w:p w14:paraId="12E6261C"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0E5EC997" w14:textId="77777777">
              <w:trPr>
                <w:jc w:val="center"/>
              </w:trPr>
              <w:tc>
                <w:tcPr>
                  <w:tcW w:w="7087" w:type="dxa"/>
                  <w:shd w:val="clear" w:color="auto" w:fill="EDC9EA"/>
                  <w:tcMar>
                    <w:top w:w="45" w:type="dxa"/>
                    <w:left w:w="70" w:type="dxa"/>
                    <w:bottom w:w="45" w:type="dxa"/>
                    <w:right w:w="70" w:type="dxa"/>
                  </w:tcMar>
                </w:tcPr>
                <w:p w14:paraId="2250BC91" w14:textId="77777777" w:rsidR="005B3871" w:rsidRDefault="00000000">
                  <w:pPr>
                    <w:keepNext/>
                  </w:pPr>
                  <w:r>
                    <w:rPr>
                      <w:b/>
                      <w:color w:val="000000"/>
                    </w:rPr>
                    <w:t>SKUPNI POVZETEK</w:t>
                  </w:r>
                </w:p>
              </w:tc>
            </w:tr>
          </w:tbl>
          <w:p w14:paraId="65686132" w14:textId="77777777" w:rsidR="005B3871" w:rsidRDefault="005B3871"/>
          <w:p w14:paraId="7065B5F8" w14:textId="77777777" w:rsidR="005B3871" w:rsidRDefault="00000000">
            <w:pPr>
              <w:spacing w:before="20" w:after="40" w:line="245" w:lineRule="auto"/>
            </w:pPr>
            <w:r>
              <w:rPr>
                <w:b/>
                <w:color w:val="000000"/>
                <w:sz w:val="16"/>
              </w:rPr>
              <w:t>Svoj napredek prepoznam v dokazih, uporabim primerno matematično strategijo in izberem dosegljiv naslednji korak.</w:t>
            </w:r>
          </w:p>
        </w:tc>
        <w:tc>
          <w:tcPr>
            <w:tcW w:w="2551" w:type="dxa"/>
            <w:tcMar>
              <w:top w:w="70" w:type="dxa"/>
              <w:left w:w="90" w:type="dxa"/>
              <w:bottom w:w="70" w:type="dxa"/>
              <w:right w:w="90" w:type="dxa"/>
            </w:tcMar>
          </w:tcPr>
          <w:p w14:paraId="0902E023" w14:textId="77777777" w:rsidR="005B3871" w:rsidRDefault="005B3871"/>
          <w:p w14:paraId="4E5D47B3" w14:textId="77777777" w:rsidR="005B3871" w:rsidRDefault="00000000">
            <w:pPr>
              <w:spacing w:after="100" w:line="245" w:lineRule="auto"/>
            </w:pPr>
            <w:r>
              <w:rPr>
                <w:color w:val="000000"/>
                <w:sz w:val="16"/>
              </w:rPr>
              <w:t>Odgovarja na podporna vprašanja in se sklicuje na svoj model, zapis ali izvedbo.</w:t>
            </w:r>
          </w:p>
          <w:p w14:paraId="6B948593" w14:textId="77777777" w:rsidR="005B3871" w:rsidRDefault="00000000">
            <w:pPr>
              <w:spacing w:after="100" w:line="245" w:lineRule="auto"/>
            </w:pPr>
            <w:r>
              <w:rPr>
                <w:color w:val="000000"/>
                <w:sz w:val="16"/>
              </w:rPr>
              <w:t>Primerja začetno strategijo z novim dokazom ter pojasni, kaj se je naučil/-a.</w:t>
            </w:r>
          </w:p>
          <w:p w14:paraId="3BD559A7" w14:textId="77777777" w:rsidR="005B3871" w:rsidRDefault="00000000">
            <w:pPr>
              <w:spacing w:after="100" w:line="245" w:lineRule="auto"/>
            </w:pPr>
            <w:r>
              <w:rPr>
                <w:color w:val="000000"/>
                <w:sz w:val="16"/>
              </w:rPr>
              <w:t>Izbere raven samostojnosti in določi naslednji korak.</w:t>
            </w:r>
          </w:p>
          <w:p w14:paraId="02DD4240" w14:textId="77777777" w:rsidR="005B3871" w:rsidRDefault="00000000">
            <w:pPr>
              <w:spacing w:after="100" w:line="245" w:lineRule="auto"/>
            </w:pPr>
            <w:r>
              <w:rPr>
                <w:color w:val="000000"/>
                <w:sz w:val="16"/>
              </w:rPr>
              <w:t>Sošolcu poda prijazen in konkreten odziv, vezan na kriterij.</w:t>
            </w:r>
          </w:p>
          <w:p w14:paraId="7D4337E9" w14:textId="77777777" w:rsidR="005B3871" w:rsidRDefault="00000000">
            <w:pPr>
              <w:spacing w:after="20" w:line="245" w:lineRule="auto"/>
            </w:pPr>
            <w:r>
              <w:rPr>
                <w:b/>
                <w:color w:val="D95BC6"/>
                <w:sz w:val="17"/>
              </w:rPr>
              <w:t>DOKAZ O UČENJU</w:t>
            </w:r>
          </w:p>
          <w:p w14:paraId="16C4DB5D"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02F5C8DC"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5B3871" w14:paraId="43BCAA73" w14:textId="77777777">
        <w:trPr>
          <w:cantSplit/>
          <w:jc w:val="center"/>
        </w:trPr>
        <w:tc>
          <w:tcPr>
            <w:tcW w:w="14060" w:type="dxa"/>
            <w:gridSpan w:val="6"/>
            <w:tcMar>
              <w:top w:w="70" w:type="dxa"/>
              <w:left w:w="90" w:type="dxa"/>
              <w:bottom w:w="70" w:type="dxa"/>
              <w:right w:w="90" w:type="dxa"/>
            </w:tcMar>
            <w:vAlign w:val="center"/>
          </w:tcPr>
          <w:p w14:paraId="2A2760E3" w14:textId="77777777" w:rsidR="005B3871" w:rsidRDefault="00000000">
            <w:pPr>
              <w:jc w:val="center"/>
            </w:pPr>
            <w:r>
              <w:rPr>
                <w:b/>
                <w:color w:val="000000"/>
                <w:sz w:val="24"/>
              </w:rPr>
              <w:lastRenderedPageBreak/>
              <w:t>UČNA PRIPRAVA 39/39</w:t>
            </w:r>
          </w:p>
        </w:tc>
      </w:tr>
      <w:tr w:rsidR="005B3871" w14:paraId="2114B47E" w14:textId="77777777">
        <w:trPr>
          <w:jc w:val="center"/>
        </w:trPr>
        <w:tc>
          <w:tcPr>
            <w:tcW w:w="2665" w:type="dxa"/>
            <w:tcMar>
              <w:top w:w="70" w:type="dxa"/>
              <w:left w:w="90" w:type="dxa"/>
              <w:bottom w:w="70" w:type="dxa"/>
              <w:right w:w="90" w:type="dxa"/>
            </w:tcMar>
            <w:vAlign w:val="center"/>
          </w:tcPr>
          <w:p w14:paraId="37E3E148" w14:textId="77777777" w:rsidR="005B3871"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C466963" w14:textId="77777777" w:rsidR="005B3871" w:rsidRDefault="00000000">
            <w:r>
              <w:rPr>
                <w:b/>
                <w:color w:val="000000"/>
                <w:sz w:val="16"/>
              </w:rPr>
              <w:t xml:space="preserve">PREDMET: </w:t>
            </w:r>
            <w:r>
              <w:rPr>
                <w:color w:val="000000"/>
                <w:sz w:val="16"/>
              </w:rPr>
              <w:t>Matematika</w:t>
            </w:r>
          </w:p>
        </w:tc>
        <w:tc>
          <w:tcPr>
            <w:tcW w:w="1701" w:type="dxa"/>
            <w:tcMar>
              <w:top w:w="70" w:type="dxa"/>
              <w:left w:w="90" w:type="dxa"/>
              <w:bottom w:w="70" w:type="dxa"/>
              <w:right w:w="90" w:type="dxa"/>
            </w:tcMar>
            <w:vAlign w:val="center"/>
          </w:tcPr>
          <w:p w14:paraId="7445D9D2" w14:textId="77777777" w:rsidR="005B3871"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6C24BD8" w14:textId="77777777" w:rsidR="005B3871" w:rsidRDefault="00000000">
            <w:r>
              <w:rPr>
                <w:b/>
                <w:color w:val="000000"/>
                <w:sz w:val="16"/>
              </w:rPr>
              <w:t xml:space="preserve">NAČRTOVANI TERMIN: </w:t>
            </w:r>
            <w:r>
              <w:rPr>
                <w:color w:val="000000"/>
                <w:sz w:val="16"/>
              </w:rPr>
              <w:t>39. teden • 21.–24. 6. 2027</w:t>
            </w:r>
          </w:p>
        </w:tc>
        <w:tc>
          <w:tcPr>
            <w:tcW w:w="2268" w:type="dxa"/>
            <w:tcMar>
              <w:top w:w="70" w:type="dxa"/>
              <w:left w:w="90" w:type="dxa"/>
              <w:bottom w:w="70" w:type="dxa"/>
              <w:right w:w="90" w:type="dxa"/>
            </w:tcMar>
            <w:vAlign w:val="center"/>
          </w:tcPr>
          <w:p w14:paraId="56E46F5D" w14:textId="77777777" w:rsidR="005B3871"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4913115" w14:textId="77777777" w:rsidR="005B3871" w:rsidRDefault="00000000">
            <w:r>
              <w:rPr>
                <w:b/>
                <w:color w:val="000000"/>
                <w:sz w:val="16"/>
              </w:rPr>
              <w:t xml:space="preserve">ŠTEVILO UR: </w:t>
            </w:r>
            <w:r>
              <w:rPr>
                <w:color w:val="000000"/>
                <w:sz w:val="16"/>
              </w:rPr>
              <w:t>3</w:t>
            </w:r>
          </w:p>
        </w:tc>
      </w:tr>
      <w:tr w:rsidR="005B3871" w14:paraId="37A15215" w14:textId="77777777">
        <w:trPr>
          <w:jc w:val="center"/>
        </w:trPr>
        <w:tc>
          <w:tcPr>
            <w:tcW w:w="14061" w:type="dxa"/>
            <w:gridSpan w:val="6"/>
            <w:tcMar>
              <w:top w:w="70" w:type="dxa"/>
              <w:left w:w="90" w:type="dxa"/>
              <w:bottom w:w="70" w:type="dxa"/>
              <w:right w:w="90" w:type="dxa"/>
            </w:tcMar>
            <w:vAlign w:val="center"/>
          </w:tcPr>
          <w:p w14:paraId="325D12A7" w14:textId="77777777" w:rsidR="005B3871" w:rsidRDefault="00000000">
            <w:r>
              <w:rPr>
                <w:b/>
                <w:color w:val="000000"/>
                <w:sz w:val="17"/>
              </w:rPr>
              <w:t xml:space="preserve">TIP UČNE URE: </w:t>
            </w:r>
            <w:r>
              <w:rPr>
                <w:color w:val="000000"/>
                <w:sz w:val="17"/>
              </w:rPr>
              <w:t>obravnava, izkušenjsko raziskovanje, utrjevanje in formativno spremljanje</w:t>
            </w:r>
          </w:p>
        </w:tc>
      </w:tr>
      <w:tr w:rsidR="005B3871" w14:paraId="3581BE0A" w14:textId="77777777">
        <w:trPr>
          <w:cantSplit/>
          <w:jc w:val="center"/>
        </w:trPr>
        <w:tc>
          <w:tcPr>
            <w:tcW w:w="14060" w:type="dxa"/>
            <w:gridSpan w:val="6"/>
            <w:tcMar>
              <w:top w:w="70" w:type="dxa"/>
              <w:left w:w="90" w:type="dxa"/>
              <w:bottom w:w="70" w:type="dxa"/>
              <w:right w:w="90" w:type="dxa"/>
            </w:tcMar>
            <w:vAlign w:val="center"/>
          </w:tcPr>
          <w:p w14:paraId="42D6B90F" w14:textId="77777777" w:rsidR="005B3871" w:rsidRDefault="005B3871"/>
          <w:p w14:paraId="42864E97" w14:textId="77777777" w:rsidR="005B3871" w:rsidRDefault="00000000">
            <w:pPr>
              <w:spacing w:line="245" w:lineRule="auto"/>
            </w:pPr>
            <w:r>
              <w:rPr>
                <w:b/>
                <w:color w:val="000000"/>
                <w:sz w:val="16"/>
              </w:rPr>
              <w:t xml:space="preserve">UČNI SKLOP: </w:t>
            </w:r>
            <w:r>
              <w:rPr>
                <w:color w:val="000000"/>
                <w:sz w:val="16"/>
              </w:rPr>
              <w:t>POLETJE, SKUPNOST IN ZAKLJUČEK</w:t>
            </w:r>
          </w:p>
        </w:tc>
      </w:tr>
      <w:tr w:rsidR="005B3871" w14:paraId="723D5C96" w14:textId="77777777">
        <w:trPr>
          <w:cantSplit/>
          <w:jc w:val="center"/>
        </w:trPr>
        <w:tc>
          <w:tcPr>
            <w:tcW w:w="14060" w:type="dxa"/>
            <w:gridSpan w:val="6"/>
            <w:tcMar>
              <w:top w:w="70" w:type="dxa"/>
              <w:left w:w="90" w:type="dxa"/>
              <w:bottom w:w="70" w:type="dxa"/>
              <w:right w:w="90" w:type="dxa"/>
            </w:tcMar>
            <w:vAlign w:val="center"/>
          </w:tcPr>
          <w:p w14:paraId="4D644E8A" w14:textId="77777777" w:rsidR="005B3871" w:rsidRDefault="005B3871"/>
          <w:p w14:paraId="1C25D3DC" w14:textId="77777777" w:rsidR="005B3871" w:rsidRDefault="00000000">
            <w:pPr>
              <w:spacing w:line="245" w:lineRule="auto"/>
            </w:pPr>
            <w:r>
              <w:rPr>
                <w:b/>
                <w:color w:val="000000"/>
                <w:sz w:val="16"/>
              </w:rPr>
              <w:t xml:space="preserve">UČNA TEMA: </w:t>
            </w:r>
            <w:r>
              <w:rPr>
                <w:color w:val="000000"/>
                <w:sz w:val="16"/>
              </w:rPr>
              <w:t>IGRAJMO SE Z MATEMATIKO</w:t>
            </w:r>
          </w:p>
        </w:tc>
      </w:tr>
      <w:tr w:rsidR="005B3871" w14:paraId="6C61E2E8" w14:textId="77777777">
        <w:trPr>
          <w:cantSplit/>
          <w:jc w:val="center"/>
        </w:trPr>
        <w:tc>
          <w:tcPr>
            <w:tcW w:w="14060" w:type="dxa"/>
            <w:gridSpan w:val="6"/>
            <w:tcMar>
              <w:top w:w="70" w:type="dxa"/>
              <w:left w:w="90" w:type="dxa"/>
              <w:bottom w:w="70" w:type="dxa"/>
              <w:right w:w="90" w:type="dxa"/>
            </w:tcMar>
            <w:vAlign w:val="center"/>
          </w:tcPr>
          <w:p w14:paraId="3715D324" w14:textId="77777777" w:rsidR="005B3871" w:rsidRDefault="005B3871"/>
          <w:p w14:paraId="5B51CE3D" w14:textId="77777777" w:rsidR="005B3871" w:rsidRDefault="00000000">
            <w:pPr>
              <w:spacing w:line="245" w:lineRule="auto"/>
            </w:pPr>
            <w:r>
              <w:rPr>
                <w:b/>
                <w:color w:val="000000"/>
                <w:sz w:val="16"/>
              </w:rPr>
              <w:t xml:space="preserve">KNJIŽEVNO IZHODIŠČE IN MOTIV: </w:t>
            </w:r>
            <w:r>
              <w:rPr>
                <w:color w:val="000000"/>
                <w:sz w:val="16"/>
              </w:rPr>
              <w:t>»Moj prijatelj Piki Jakob« – Kajetan Kovič • NADALJEVANJE • prijateljstvo, hvaležnost, skupnost in varne počitnice</w:t>
            </w:r>
          </w:p>
        </w:tc>
      </w:tr>
      <w:tr w:rsidR="005B3871" w14:paraId="2E0B97D3" w14:textId="77777777">
        <w:trPr>
          <w:cantSplit/>
          <w:jc w:val="center"/>
        </w:trPr>
        <w:tc>
          <w:tcPr>
            <w:tcW w:w="14060" w:type="dxa"/>
            <w:gridSpan w:val="6"/>
            <w:tcMar>
              <w:top w:w="70" w:type="dxa"/>
              <w:left w:w="90" w:type="dxa"/>
              <w:bottom w:w="70" w:type="dxa"/>
              <w:right w:w="90" w:type="dxa"/>
            </w:tcMar>
            <w:vAlign w:val="center"/>
          </w:tcPr>
          <w:p w14:paraId="024ADBF1" w14:textId="77777777" w:rsidR="005B3871" w:rsidRDefault="005B3871"/>
          <w:p w14:paraId="0CE45132" w14:textId="77777777" w:rsidR="005B3871" w:rsidRDefault="00000000">
            <w:pPr>
              <w:spacing w:line="245" w:lineRule="auto"/>
            </w:pPr>
            <w:r>
              <w:rPr>
                <w:b/>
                <w:color w:val="000000"/>
                <w:sz w:val="16"/>
              </w:rPr>
              <w:t xml:space="preserve">UČNE ENOTE: </w:t>
            </w:r>
            <w:r>
              <w:rPr>
                <w:color w:val="000000"/>
                <w:sz w:val="16"/>
              </w:rPr>
              <w:t>1. ura – Sodelovalna matematična pot • 2. ura – Igralnica strategij • 3. ura – Krog matematične hvaležnosti</w:t>
            </w:r>
          </w:p>
        </w:tc>
      </w:tr>
      <w:tr w:rsidR="005B3871" w14:paraId="460B7D88" w14:textId="77777777">
        <w:trPr>
          <w:cantSplit/>
          <w:jc w:val="center"/>
        </w:trPr>
        <w:tc>
          <w:tcPr>
            <w:tcW w:w="14060" w:type="dxa"/>
            <w:gridSpan w:val="6"/>
            <w:tcMar>
              <w:top w:w="70" w:type="dxa"/>
              <w:left w:w="90" w:type="dxa"/>
              <w:bottom w:w="70" w:type="dxa"/>
              <w:right w:w="90" w:type="dxa"/>
            </w:tcMar>
            <w:vAlign w:val="center"/>
          </w:tcPr>
          <w:p w14:paraId="0DCC4E04" w14:textId="77777777" w:rsidR="005B3871" w:rsidRDefault="005B3871"/>
          <w:p w14:paraId="71D9A7E9" w14:textId="77777777" w:rsidR="005B3871" w:rsidRDefault="00000000">
            <w:pPr>
              <w:spacing w:line="245" w:lineRule="auto"/>
            </w:pPr>
            <w:r>
              <w:rPr>
                <w:b/>
                <w:color w:val="000000"/>
                <w:sz w:val="16"/>
              </w:rPr>
              <w:t xml:space="preserve">UČNE METODE: </w:t>
            </w:r>
            <w:r>
              <w:rPr>
                <w:color w:val="000000"/>
                <w:sz w:val="16"/>
              </w:rPr>
              <w:t>pogovor in matematično pripovedovanje; opazovanje in demonstracija; izkušenjsko, raziskovalno in problemsko učenje; konkretno–slikovno–simbolno delo; učenje v gibanju; sodelovalno učenje; formativno spremljanje</w:t>
            </w:r>
          </w:p>
        </w:tc>
      </w:tr>
      <w:tr w:rsidR="005B3871" w14:paraId="2681A5E1" w14:textId="77777777">
        <w:trPr>
          <w:cantSplit/>
          <w:jc w:val="center"/>
        </w:trPr>
        <w:tc>
          <w:tcPr>
            <w:tcW w:w="14060" w:type="dxa"/>
            <w:gridSpan w:val="6"/>
            <w:tcMar>
              <w:top w:w="70" w:type="dxa"/>
              <w:left w:w="90" w:type="dxa"/>
              <w:bottom w:w="70" w:type="dxa"/>
              <w:right w:w="90" w:type="dxa"/>
            </w:tcMar>
            <w:vAlign w:val="center"/>
          </w:tcPr>
          <w:p w14:paraId="41DBB195" w14:textId="77777777" w:rsidR="005B3871" w:rsidRDefault="005B3871"/>
          <w:p w14:paraId="24387F8A" w14:textId="77777777" w:rsidR="005B3871" w:rsidRDefault="00000000">
            <w:pPr>
              <w:spacing w:line="245" w:lineRule="auto"/>
            </w:pPr>
            <w:r>
              <w:rPr>
                <w:b/>
                <w:color w:val="000000"/>
                <w:sz w:val="16"/>
              </w:rPr>
              <w:t xml:space="preserve">UČNE OBLIKE: </w:t>
            </w:r>
            <w:r>
              <w:rPr>
                <w:color w:val="000000"/>
                <w:sz w:val="16"/>
              </w:rPr>
              <w:t>frontalno, individualno, delo v paru, skupinsko in postajno delo</w:t>
            </w:r>
          </w:p>
        </w:tc>
      </w:tr>
      <w:tr w:rsidR="005B3871" w14:paraId="1B3DCCAE" w14:textId="77777777">
        <w:trPr>
          <w:cantSplit/>
          <w:jc w:val="center"/>
        </w:trPr>
        <w:tc>
          <w:tcPr>
            <w:tcW w:w="14060" w:type="dxa"/>
            <w:gridSpan w:val="6"/>
            <w:tcMar>
              <w:top w:w="70" w:type="dxa"/>
              <w:left w:w="90" w:type="dxa"/>
              <w:bottom w:w="70" w:type="dxa"/>
              <w:right w:w="90" w:type="dxa"/>
            </w:tcMar>
            <w:vAlign w:val="center"/>
          </w:tcPr>
          <w:p w14:paraId="56C56CEC" w14:textId="77777777" w:rsidR="005B3871" w:rsidRDefault="005B3871"/>
          <w:p w14:paraId="6EF07ECF" w14:textId="77777777" w:rsidR="005B3871" w:rsidRDefault="00000000">
            <w:pPr>
              <w:spacing w:line="245" w:lineRule="auto"/>
            </w:pPr>
            <w:r>
              <w:rPr>
                <w:b/>
                <w:color w:val="000000"/>
                <w:sz w:val="16"/>
              </w:rPr>
              <w:t xml:space="preserve">DIDAKTIČNI POUDARKI: </w:t>
            </w:r>
            <w:r>
              <w:rPr>
                <w:color w:val="000000"/>
                <w:sz w:val="16"/>
              </w:rPr>
              <w:t>izkušenjski pouk s konkretnimi predmeti in življenjskimi problemi; poučevanje v gibanju s talno številsko osjo, živimi modeli, matematičnimi potmi in postajami; formativno spremljanje od predznanja, namenov in kriterijev do dokaza, povratne informacije, samovrednotenja ter naslednjega koraka</w:t>
            </w:r>
          </w:p>
        </w:tc>
      </w:tr>
      <w:tr w:rsidR="005B3871" w14:paraId="5741000F" w14:textId="77777777">
        <w:trPr>
          <w:cantSplit/>
          <w:jc w:val="center"/>
        </w:trPr>
        <w:tc>
          <w:tcPr>
            <w:tcW w:w="14060" w:type="dxa"/>
            <w:gridSpan w:val="6"/>
            <w:tcMar>
              <w:top w:w="70" w:type="dxa"/>
              <w:left w:w="90" w:type="dxa"/>
              <w:bottom w:w="70" w:type="dxa"/>
              <w:right w:w="90" w:type="dxa"/>
            </w:tcMar>
            <w:vAlign w:val="center"/>
          </w:tcPr>
          <w:p w14:paraId="2CE1DDE5" w14:textId="77777777" w:rsidR="005B3871" w:rsidRDefault="005B3871"/>
          <w:p w14:paraId="700A53E2" w14:textId="77777777" w:rsidR="005B3871" w:rsidRDefault="00000000">
            <w:pPr>
              <w:spacing w:line="245" w:lineRule="auto"/>
            </w:pPr>
            <w:r>
              <w:rPr>
                <w:b/>
                <w:color w:val="000000"/>
                <w:sz w:val="16"/>
              </w:rPr>
              <w:t xml:space="preserve">MEDPREDMETNE POVEZAVE: </w:t>
            </w:r>
            <w:r>
              <w:rPr>
                <w:color w:val="000000"/>
                <w:sz w:val="16"/>
              </w:rPr>
              <w:t>SLJ – razlaga in pohvala; SPO – skupnost in varne počitnice; ŠPO – matematična pot; LUM – simbol dosežka</w:t>
            </w:r>
          </w:p>
        </w:tc>
      </w:tr>
      <w:tr w:rsidR="005B3871" w14:paraId="6549C1D2" w14:textId="77777777">
        <w:trPr>
          <w:cantSplit/>
          <w:jc w:val="center"/>
        </w:trPr>
        <w:tc>
          <w:tcPr>
            <w:tcW w:w="14060" w:type="dxa"/>
            <w:gridSpan w:val="6"/>
            <w:tcMar>
              <w:top w:w="70" w:type="dxa"/>
              <w:left w:w="90" w:type="dxa"/>
              <w:bottom w:w="70" w:type="dxa"/>
              <w:right w:w="90" w:type="dxa"/>
            </w:tcMar>
            <w:vAlign w:val="center"/>
          </w:tcPr>
          <w:p w14:paraId="73AC1C22" w14:textId="77777777" w:rsidR="005B3871" w:rsidRDefault="005B3871"/>
          <w:p w14:paraId="2CC038A4" w14:textId="77777777" w:rsidR="005B3871" w:rsidRDefault="00000000">
            <w:pPr>
              <w:spacing w:line="245" w:lineRule="auto"/>
            </w:pPr>
            <w:r>
              <w:rPr>
                <w:b/>
                <w:color w:val="000000"/>
                <w:sz w:val="16"/>
              </w:rPr>
              <w:t xml:space="preserve">UČNA SREDSTVA IN PRIPOMOČKI: </w:t>
            </w:r>
            <w:r>
              <w:rPr>
                <w:color w:val="000000"/>
                <w:sz w:val="16"/>
              </w:rPr>
              <w:t>kartice postaj, števci, geometrijski material, nestandardne enote, talna mreža, preprosti prikazi, didaktične igre, mapa dosežkov</w:t>
            </w:r>
          </w:p>
        </w:tc>
      </w:tr>
      <w:tr w:rsidR="005B3871" w14:paraId="0FBBA4F6" w14:textId="77777777">
        <w:trPr>
          <w:cantSplit/>
          <w:jc w:val="center"/>
        </w:trPr>
        <w:tc>
          <w:tcPr>
            <w:tcW w:w="14060" w:type="dxa"/>
            <w:gridSpan w:val="6"/>
            <w:tcMar>
              <w:top w:w="70" w:type="dxa"/>
              <w:left w:w="90" w:type="dxa"/>
              <w:bottom w:w="70" w:type="dxa"/>
              <w:right w:w="90" w:type="dxa"/>
            </w:tcMar>
            <w:vAlign w:val="center"/>
          </w:tcPr>
          <w:p w14:paraId="599D71C0" w14:textId="77777777" w:rsidR="005B3871" w:rsidRDefault="005B3871"/>
          <w:p w14:paraId="0821B223" w14:textId="77777777" w:rsidR="005B3871" w:rsidRDefault="00000000">
            <w:pPr>
              <w:spacing w:line="245" w:lineRule="auto"/>
            </w:pPr>
            <w:r>
              <w:rPr>
                <w:b/>
                <w:color w:val="000000"/>
                <w:sz w:val="16"/>
              </w:rPr>
              <w:t xml:space="preserve">LITERATURA IN VIRI: </w:t>
            </w:r>
            <w:r>
              <w:rPr>
                <w:color w:val="000000"/>
                <w:sz w:val="16"/>
              </w:rPr>
              <w:t>Učni načrt za prvo vzgojno-izobraževalno obdobje (MVI in ZRSŠ, 2025), področje Matematika; letna priprava 2026/27; navedeno književno delo; učiteljičina zbirka matematičnih pripomočkov in slikovnih virov.</w:t>
            </w:r>
          </w:p>
        </w:tc>
      </w:tr>
      <w:tr w:rsidR="005B3871" w14:paraId="41213848" w14:textId="77777777">
        <w:trPr>
          <w:cantSplit/>
          <w:jc w:val="center"/>
        </w:trPr>
        <w:tc>
          <w:tcPr>
            <w:tcW w:w="14060" w:type="dxa"/>
            <w:gridSpan w:val="6"/>
            <w:tcMar>
              <w:top w:w="70" w:type="dxa"/>
              <w:left w:w="90" w:type="dxa"/>
              <w:bottom w:w="70" w:type="dxa"/>
              <w:right w:w="90" w:type="dxa"/>
            </w:tcMar>
            <w:vAlign w:val="center"/>
          </w:tcPr>
          <w:p w14:paraId="2CB42658" w14:textId="77777777" w:rsidR="005B3871" w:rsidRDefault="005B3871"/>
          <w:p w14:paraId="162FC18F" w14:textId="77777777" w:rsidR="005B3871" w:rsidRDefault="00000000">
            <w:pPr>
              <w:spacing w:line="245" w:lineRule="auto"/>
            </w:pPr>
            <w:r>
              <w:rPr>
                <w:b/>
                <w:color w:val="000000"/>
                <w:sz w:val="16"/>
              </w:rPr>
              <w:t xml:space="preserve">OCENJEVANJE / DAN DEJAVNOSTI: </w:t>
            </w:r>
            <w:r>
              <w:rPr>
                <w:color w:val="000000"/>
                <w:sz w:val="16"/>
              </w:rPr>
              <w:t>sprotno preverjanje in opisna povratna informacija</w:t>
            </w:r>
          </w:p>
        </w:tc>
      </w:tr>
      <w:tr w:rsidR="005B3871" w14:paraId="15FDEB1B" w14:textId="77777777">
        <w:trPr>
          <w:cantSplit/>
          <w:jc w:val="center"/>
        </w:trPr>
        <w:tc>
          <w:tcPr>
            <w:tcW w:w="14060" w:type="dxa"/>
            <w:gridSpan w:val="6"/>
            <w:tcMar>
              <w:top w:w="70" w:type="dxa"/>
              <w:left w:w="90" w:type="dxa"/>
              <w:bottom w:w="70" w:type="dxa"/>
              <w:right w:w="90" w:type="dxa"/>
            </w:tcMar>
            <w:vAlign w:val="center"/>
          </w:tcPr>
          <w:p w14:paraId="3278F7E0" w14:textId="77777777" w:rsidR="005B3871" w:rsidRDefault="005B3871"/>
          <w:p w14:paraId="65CA1E6B" w14:textId="77777777" w:rsidR="005B3871" w:rsidRDefault="00000000">
            <w:pPr>
              <w:spacing w:line="245" w:lineRule="auto"/>
            </w:pPr>
            <w:r>
              <w:rPr>
                <w:b/>
                <w:color w:val="000000"/>
                <w:sz w:val="16"/>
              </w:rPr>
              <w:t xml:space="preserve">VARNOST: </w:t>
            </w:r>
            <w:r>
              <w:rPr>
                <w:color w:val="000000"/>
                <w:sz w:val="16"/>
              </w:rPr>
              <w:t>Pri gibanju upošteva dogovorjene smeri in razdaljo; drobne pripomočke uporablja namensko in jih po dejavnosti pospravi.</w:t>
            </w:r>
          </w:p>
        </w:tc>
      </w:tr>
    </w:tbl>
    <w:p w14:paraId="4931246E"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14688BB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D4F5D95"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8C62439" w14:textId="77777777" w:rsidR="005B3871" w:rsidRDefault="00000000">
            <w:pPr>
              <w:jc w:val="center"/>
            </w:pPr>
            <w:r>
              <w:rPr>
                <w:b/>
                <w:color w:val="000000"/>
                <w:sz w:val="20"/>
              </w:rPr>
              <w:t>UČNE DEJAVNOSTI, METODE IN FORMATIVNO SPREMLJANJE</w:t>
            </w:r>
          </w:p>
        </w:tc>
      </w:tr>
      <w:tr w:rsidR="005B3871" w14:paraId="6A766B75" w14:textId="77777777">
        <w:trPr>
          <w:tblHeader/>
          <w:jc w:val="center"/>
        </w:trPr>
        <w:tc>
          <w:tcPr>
            <w:tcW w:w="4422" w:type="dxa"/>
            <w:vMerge/>
            <w:tcMar>
              <w:top w:w="70" w:type="dxa"/>
              <w:left w:w="90" w:type="dxa"/>
              <w:bottom w:w="70" w:type="dxa"/>
              <w:right w:w="90" w:type="dxa"/>
            </w:tcMar>
            <w:vAlign w:val="center"/>
          </w:tcPr>
          <w:p w14:paraId="09C5436D" w14:textId="77777777" w:rsidR="005B3871" w:rsidRDefault="005B3871"/>
        </w:tc>
        <w:tc>
          <w:tcPr>
            <w:tcW w:w="7087" w:type="dxa"/>
            <w:shd w:val="clear" w:color="auto" w:fill="FFFFFF"/>
            <w:tcMar>
              <w:top w:w="70" w:type="dxa"/>
              <w:left w:w="90" w:type="dxa"/>
              <w:bottom w:w="70" w:type="dxa"/>
              <w:right w:w="90" w:type="dxa"/>
            </w:tcMar>
            <w:vAlign w:val="center"/>
          </w:tcPr>
          <w:p w14:paraId="6FB872C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2192A3F" w14:textId="77777777" w:rsidR="005B3871" w:rsidRDefault="00000000">
            <w:pPr>
              <w:jc w:val="center"/>
            </w:pPr>
            <w:r>
              <w:rPr>
                <w:b/>
                <w:color w:val="000000"/>
              </w:rPr>
              <w:t>UČENEC</w:t>
            </w:r>
          </w:p>
        </w:tc>
      </w:tr>
      <w:tr w:rsidR="005B3871" w14:paraId="5206257B" w14:textId="77777777">
        <w:trPr>
          <w:jc w:val="center"/>
        </w:trPr>
        <w:tc>
          <w:tcPr>
            <w:tcW w:w="4422" w:type="dxa"/>
            <w:tcMar>
              <w:top w:w="70" w:type="dxa"/>
              <w:left w:w="90" w:type="dxa"/>
              <w:bottom w:w="70" w:type="dxa"/>
              <w:right w:w="90" w:type="dxa"/>
            </w:tcMar>
          </w:tcPr>
          <w:p w14:paraId="5C0546A9" w14:textId="77777777" w:rsidR="005B3871" w:rsidRDefault="005B3871"/>
          <w:p w14:paraId="5174B575" w14:textId="77777777" w:rsidR="005B3871" w:rsidRDefault="00000000">
            <w:pPr>
              <w:spacing w:after="60" w:line="245" w:lineRule="auto"/>
            </w:pPr>
            <w:r>
              <w:rPr>
                <w:b/>
                <w:color w:val="000000"/>
              </w:rPr>
              <w:t>UČNI CILJI</w:t>
            </w:r>
          </w:p>
          <w:p w14:paraId="05623135" w14:textId="77777777" w:rsidR="005B3871" w:rsidRDefault="00000000">
            <w:pPr>
              <w:spacing w:after="20" w:line="245" w:lineRule="auto"/>
            </w:pPr>
            <w:r>
              <w:rPr>
                <w:b/>
                <w:color w:val="000000"/>
                <w:sz w:val="17"/>
              </w:rPr>
              <w:t>SPLOŠNI</w:t>
            </w:r>
          </w:p>
          <w:p w14:paraId="230680B8" w14:textId="77777777" w:rsidR="005B3871" w:rsidRDefault="00000000">
            <w:pPr>
              <w:pStyle w:val="Oznaenseznam"/>
              <w:spacing w:after="16"/>
            </w:pPr>
            <w:r>
              <w:rPr>
                <w:color w:val="000000"/>
                <w:sz w:val="16"/>
              </w:rPr>
              <w:t>razvija številske, prostorske in količinske predstave s konkretnimi izkušnjami</w:t>
            </w:r>
          </w:p>
          <w:p w14:paraId="4B84CABD" w14:textId="77777777" w:rsidR="005B3871" w:rsidRDefault="00000000">
            <w:pPr>
              <w:pStyle w:val="Oznaenseznam"/>
              <w:spacing w:after="16"/>
            </w:pPr>
            <w:r>
              <w:rPr>
                <w:color w:val="000000"/>
                <w:sz w:val="16"/>
              </w:rPr>
              <w:t>rešuje matematične probleme s predmetom, gibanjem, risbo, modelom in simbolom</w:t>
            </w:r>
          </w:p>
          <w:p w14:paraId="4062A1D5" w14:textId="77777777" w:rsidR="005B3871" w:rsidRDefault="00000000">
            <w:pPr>
              <w:pStyle w:val="Oznaenseznam"/>
              <w:spacing w:after="16"/>
            </w:pPr>
            <w:r>
              <w:rPr>
                <w:color w:val="000000"/>
                <w:sz w:val="16"/>
              </w:rPr>
              <w:t>pojasnjuje izbrano strategijo, preverja smiselnost rešitve in posluša rešitve drugih</w:t>
            </w:r>
          </w:p>
          <w:p w14:paraId="22E734CF" w14:textId="77777777" w:rsidR="005B3871" w:rsidRDefault="00000000">
            <w:pPr>
              <w:pStyle w:val="Oznaenseznam"/>
              <w:spacing w:after="16"/>
            </w:pPr>
            <w:r>
              <w:rPr>
                <w:color w:val="000000"/>
                <w:sz w:val="16"/>
              </w:rPr>
              <w:t>ob namenih in kriterijih spremlja svoje učenje ter uporabi opisno povratno informacijo</w:t>
            </w:r>
          </w:p>
          <w:p w14:paraId="1AE1A72B" w14:textId="77777777" w:rsidR="005B3871" w:rsidRDefault="00000000">
            <w:pPr>
              <w:spacing w:before="40" w:after="20" w:line="245" w:lineRule="auto"/>
            </w:pPr>
            <w:r>
              <w:rPr>
                <w:b/>
                <w:color w:val="000000"/>
                <w:sz w:val="17"/>
              </w:rPr>
              <w:t>OPERATIVNI</w:t>
            </w:r>
          </w:p>
          <w:p w14:paraId="5DD6D86A" w14:textId="77777777" w:rsidR="005B3871" w:rsidRDefault="00000000">
            <w:pPr>
              <w:pStyle w:val="Oznaenseznam"/>
              <w:spacing w:after="16"/>
            </w:pPr>
            <w:r>
              <w:rPr>
                <w:color w:val="000000"/>
                <w:sz w:val="16"/>
              </w:rPr>
              <w:t>rešuje igrive naloge</w:t>
            </w:r>
          </w:p>
          <w:p w14:paraId="16393267" w14:textId="77777777" w:rsidR="005B3871" w:rsidRDefault="00000000">
            <w:pPr>
              <w:pStyle w:val="Oznaenseznam"/>
              <w:spacing w:after="16"/>
            </w:pPr>
            <w:r>
              <w:rPr>
                <w:color w:val="000000"/>
                <w:sz w:val="16"/>
              </w:rPr>
              <w:t>sodeluje</w:t>
            </w:r>
          </w:p>
          <w:p w14:paraId="2B4F4F5E" w14:textId="77777777" w:rsidR="005B3871" w:rsidRDefault="00000000">
            <w:pPr>
              <w:pStyle w:val="Oznaenseznam"/>
              <w:spacing w:after="16"/>
            </w:pPr>
            <w:r>
              <w:rPr>
                <w:color w:val="000000"/>
                <w:sz w:val="16"/>
              </w:rPr>
              <w:t>uporabi primerno strategijo</w:t>
            </w:r>
          </w:p>
          <w:p w14:paraId="1CA49A99" w14:textId="77777777" w:rsidR="005B3871" w:rsidRDefault="00000000">
            <w:pPr>
              <w:spacing w:before="40" w:after="20" w:line="245" w:lineRule="auto"/>
            </w:pPr>
            <w:r>
              <w:rPr>
                <w:b/>
                <w:color w:val="000000"/>
                <w:sz w:val="17"/>
              </w:rPr>
              <w:t>PRIČAKOVANI DOSEŽKI / STANDARDI</w:t>
            </w:r>
          </w:p>
          <w:p w14:paraId="71CBA410" w14:textId="77777777" w:rsidR="005B3871" w:rsidRDefault="00000000">
            <w:pPr>
              <w:pStyle w:val="Oznaenseznam"/>
              <w:spacing w:after="16"/>
            </w:pPr>
            <w:r>
              <w:rPr>
                <w:color w:val="000000"/>
                <w:sz w:val="16"/>
              </w:rPr>
              <w:t>ob konkretni, slikovni ali gibalni opori rešuje igrive naloge</w:t>
            </w:r>
          </w:p>
          <w:p w14:paraId="2C61FAC4" w14:textId="77777777" w:rsidR="005B3871" w:rsidRDefault="00000000">
            <w:pPr>
              <w:pStyle w:val="Oznaenseznam"/>
              <w:spacing w:after="16"/>
            </w:pPr>
            <w:r>
              <w:rPr>
                <w:color w:val="000000"/>
                <w:sz w:val="16"/>
              </w:rPr>
              <w:t>ob konkretni, slikovni ali gibalni opori sodeluje</w:t>
            </w:r>
          </w:p>
          <w:p w14:paraId="45DDFBE8" w14:textId="77777777" w:rsidR="005B3871" w:rsidRDefault="00000000">
            <w:pPr>
              <w:pStyle w:val="Oznaenseznam"/>
              <w:spacing w:after="16"/>
            </w:pPr>
            <w:r>
              <w:rPr>
                <w:color w:val="000000"/>
                <w:sz w:val="16"/>
              </w:rPr>
              <w:t>ob konkretni, slikovni ali gibalni opori uporabi primerno strategijo</w:t>
            </w:r>
          </w:p>
        </w:tc>
        <w:tc>
          <w:tcPr>
            <w:tcW w:w="7087" w:type="dxa"/>
            <w:tcMar>
              <w:top w:w="70" w:type="dxa"/>
              <w:left w:w="90" w:type="dxa"/>
              <w:bottom w:w="70" w:type="dxa"/>
              <w:right w:w="90" w:type="dxa"/>
            </w:tcMar>
          </w:tcPr>
          <w:p w14:paraId="7015D0CA"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2FFDC1EF" w14:textId="77777777">
              <w:trPr>
                <w:jc w:val="center"/>
              </w:trPr>
              <w:tc>
                <w:tcPr>
                  <w:tcW w:w="7087" w:type="dxa"/>
                  <w:shd w:val="clear" w:color="auto" w:fill="C6E7F3"/>
                  <w:tcMar>
                    <w:top w:w="45" w:type="dxa"/>
                    <w:left w:w="70" w:type="dxa"/>
                    <w:bottom w:w="45" w:type="dxa"/>
                    <w:right w:w="70" w:type="dxa"/>
                  </w:tcMar>
                </w:tcPr>
                <w:p w14:paraId="0FF7C99A" w14:textId="77777777" w:rsidR="005B3871" w:rsidRDefault="00000000">
                  <w:pPr>
                    <w:keepNext/>
                  </w:pPr>
                  <w:r>
                    <w:rPr>
                      <w:b/>
                      <w:color w:val="000000"/>
                    </w:rPr>
                    <w:t>UVODNI DEL – motivacija, aktivacija predznanja in namen učenja (15–20 min)</w:t>
                  </w:r>
                </w:p>
              </w:tc>
            </w:tr>
          </w:tbl>
          <w:p w14:paraId="3505AF03" w14:textId="77777777" w:rsidR="005B3871" w:rsidRDefault="005B3871">
            <w:pPr>
              <w:spacing w:line="20" w:lineRule="exact"/>
            </w:pPr>
          </w:p>
          <w:p w14:paraId="3617E0FB" w14:textId="77777777" w:rsidR="005B3871" w:rsidRDefault="00000000">
            <w:pPr>
              <w:spacing w:before="40" w:after="60" w:line="245" w:lineRule="auto"/>
            </w:pPr>
            <w:r>
              <w:rPr>
                <w:color w:val="000000"/>
                <w:sz w:val="16"/>
              </w:rPr>
              <w:t>Piki Jakob povabi razred na zaključno matematično dogodivščino. Naloge so sodelovalne in igrive, vendar mora vsaka skupina pokazati model, razlago ali preverjanje rešitve.</w:t>
            </w:r>
          </w:p>
          <w:tbl>
            <w:tblPr>
              <w:tblStyle w:val="Tabelamrea"/>
              <w:tblW w:w="0" w:type="auto"/>
              <w:jc w:val="center"/>
              <w:tblLayout w:type="fixed"/>
              <w:tblLook w:val="04A0" w:firstRow="1" w:lastRow="0" w:firstColumn="1" w:lastColumn="0" w:noHBand="0" w:noVBand="1"/>
            </w:tblPr>
            <w:tblGrid>
              <w:gridCol w:w="7087"/>
            </w:tblGrid>
            <w:tr w:rsidR="005B3871" w14:paraId="2F51DF36" w14:textId="77777777">
              <w:trPr>
                <w:jc w:val="center"/>
              </w:trPr>
              <w:tc>
                <w:tcPr>
                  <w:tcW w:w="7087" w:type="dxa"/>
                  <w:shd w:val="clear" w:color="auto" w:fill="EDC9EA"/>
                  <w:tcMar>
                    <w:top w:w="45" w:type="dxa"/>
                    <w:left w:w="70" w:type="dxa"/>
                    <w:bottom w:w="45" w:type="dxa"/>
                    <w:right w:w="70" w:type="dxa"/>
                  </w:tcMar>
                </w:tcPr>
                <w:p w14:paraId="4D1EBD52" w14:textId="77777777" w:rsidR="005B3871" w:rsidRDefault="00000000">
                  <w:pPr>
                    <w:keepNext/>
                  </w:pPr>
                  <w:r>
                    <w:rPr>
                      <w:b/>
                      <w:color w:val="000000"/>
                    </w:rPr>
                    <w:t>NAMENI UČENJA</w:t>
                  </w:r>
                </w:p>
              </w:tc>
            </w:tr>
          </w:tbl>
          <w:p w14:paraId="72ECEE16" w14:textId="77777777" w:rsidR="005B3871" w:rsidRDefault="005B3871">
            <w:pPr>
              <w:spacing w:line="20" w:lineRule="exact"/>
            </w:pPr>
          </w:p>
          <w:p w14:paraId="0676A92C" w14:textId="77777777" w:rsidR="005B3871" w:rsidRDefault="00000000">
            <w:pPr>
              <w:spacing w:before="20" w:after="20" w:line="245" w:lineRule="auto"/>
            </w:pPr>
            <w:r>
              <w:rPr>
                <w:color w:val="000000"/>
                <w:sz w:val="16"/>
              </w:rPr>
              <w:t>Učimo se zato, da bomo matematično znanje razumeli, pojasnili in uporabili v novih vsakdanjih situacijah.</w:t>
            </w:r>
          </w:p>
          <w:p w14:paraId="1144B51C" w14:textId="77777777" w:rsidR="005B3871" w:rsidRDefault="00000000">
            <w:pPr>
              <w:pStyle w:val="Oznaenseznam"/>
              <w:spacing w:after="16"/>
            </w:pPr>
            <w:r>
              <w:rPr>
                <w:color w:val="000000"/>
                <w:sz w:val="16"/>
              </w:rPr>
              <w:t>rešujem igrive naloge</w:t>
            </w:r>
          </w:p>
          <w:p w14:paraId="13E4A886" w14:textId="77777777" w:rsidR="005B3871" w:rsidRDefault="00000000">
            <w:pPr>
              <w:pStyle w:val="Oznaenseznam"/>
              <w:spacing w:after="16"/>
            </w:pPr>
            <w:r>
              <w:rPr>
                <w:color w:val="000000"/>
                <w:sz w:val="16"/>
              </w:rPr>
              <w:t>sodelujem</w:t>
            </w:r>
          </w:p>
          <w:p w14:paraId="4621DCBE" w14:textId="77777777" w:rsidR="005B3871" w:rsidRDefault="00000000">
            <w:pPr>
              <w:pStyle w:val="Oznaenseznam"/>
              <w:spacing w:after="16"/>
            </w:pPr>
            <w:r>
              <w:rPr>
                <w:color w:val="000000"/>
                <w:sz w:val="16"/>
              </w:rPr>
              <w:t>uporabim primerno strategijo</w:t>
            </w:r>
          </w:p>
          <w:tbl>
            <w:tblPr>
              <w:tblStyle w:val="Tabelamrea"/>
              <w:tblW w:w="0" w:type="auto"/>
              <w:jc w:val="center"/>
              <w:tblLayout w:type="fixed"/>
              <w:tblLook w:val="04A0" w:firstRow="1" w:lastRow="0" w:firstColumn="1" w:lastColumn="0" w:noHBand="0" w:noVBand="1"/>
            </w:tblPr>
            <w:tblGrid>
              <w:gridCol w:w="7087"/>
            </w:tblGrid>
            <w:tr w:rsidR="005B3871" w14:paraId="511C01E9" w14:textId="77777777">
              <w:trPr>
                <w:jc w:val="center"/>
              </w:trPr>
              <w:tc>
                <w:tcPr>
                  <w:tcW w:w="7087" w:type="dxa"/>
                  <w:shd w:val="clear" w:color="auto" w:fill="EDC9EA"/>
                  <w:tcMar>
                    <w:top w:w="45" w:type="dxa"/>
                    <w:left w:w="70" w:type="dxa"/>
                    <w:bottom w:w="45" w:type="dxa"/>
                    <w:right w:w="70" w:type="dxa"/>
                  </w:tcMar>
                </w:tcPr>
                <w:p w14:paraId="1C1E4A7B" w14:textId="77777777" w:rsidR="005B3871" w:rsidRDefault="00000000">
                  <w:pPr>
                    <w:keepNext/>
                  </w:pPr>
                  <w:r>
                    <w:rPr>
                      <w:b/>
                      <w:color w:val="000000"/>
                    </w:rPr>
                    <w:t>PREVERJANJE PREDZNANJA</w:t>
                  </w:r>
                </w:p>
              </w:tc>
            </w:tr>
          </w:tbl>
          <w:p w14:paraId="3A822E72" w14:textId="77777777" w:rsidR="005B3871" w:rsidRDefault="005B3871">
            <w:pPr>
              <w:spacing w:line="20" w:lineRule="exact"/>
            </w:pPr>
          </w:p>
          <w:p w14:paraId="2F3CAD59" w14:textId="77777777" w:rsidR="005B3871" w:rsidRDefault="00000000">
            <w:pPr>
              <w:pStyle w:val="Oznaenseznam"/>
              <w:spacing w:after="16"/>
            </w:pPr>
            <w:r>
              <w:rPr>
                <w:color w:val="000000"/>
                <w:sz w:val="16"/>
              </w:rPr>
              <w:t>Kako lahko v skupini prispevam k rešitvi?</w:t>
            </w:r>
          </w:p>
          <w:p w14:paraId="45D2F251" w14:textId="77777777" w:rsidR="005B3871" w:rsidRDefault="00000000">
            <w:pPr>
              <w:pStyle w:val="Oznaenseznam"/>
              <w:spacing w:after="16"/>
            </w:pPr>
            <w:r>
              <w:rPr>
                <w:color w:val="000000"/>
                <w:sz w:val="16"/>
              </w:rPr>
              <w:t>Kaj naredimo, kadar imamo različne strategije ali odgovore?</w:t>
            </w:r>
          </w:p>
          <w:p w14:paraId="48A6F61A" w14:textId="77777777" w:rsidR="005B3871" w:rsidRDefault="00000000">
            <w:pPr>
              <w:spacing w:after="40" w:line="245" w:lineRule="auto"/>
            </w:pPr>
            <w:r>
              <w:rPr>
                <w:i/>
                <w:color w:val="000000"/>
                <w:sz w:val="16"/>
              </w:rPr>
              <w:t>Učiteljica sprejme vse začetne strategije, jih zbere s predmeti, simboli, risbami ali ključnimi besedami ter jih med učenjem ponovno preverja.</w:t>
            </w:r>
          </w:p>
          <w:tbl>
            <w:tblPr>
              <w:tblStyle w:val="Tabelamrea"/>
              <w:tblW w:w="0" w:type="auto"/>
              <w:jc w:val="center"/>
              <w:tblLayout w:type="fixed"/>
              <w:tblLook w:val="04A0" w:firstRow="1" w:lastRow="0" w:firstColumn="1" w:lastColumn="0" w:noHBand="0" w:noVBand="1"/>
            </w:tblPr>
            <w:tblGrid>
              <w:gridCol w:w="7087"/>
            </w:tblGrid>
            <w:tr w:rsidR="005B3871" w14:paraId="43CF3B9E" w14:textId="77777777">
              <w:trPr>
                <w:jc w:val="center"/>
              </w:trPr>
              <w:tc>
                <w:tcPr>
                  <w:tcW w:w="7087" w:type="dxa"/>
                  <w:shd w:val="clear" w:color="auto" w:fill="EDC9EA"/>
                  <w:tcMar>
                    <w:top w:w="45" w:type="dxa"/>
                    <w:left w:w="70" w:type="dxa"/>
                    <w:bottom w:w="45" w:type="dxa"/>
                    <w:right w:w="70" w:type="dxa"/>
                  </w:tcMar>
                </w:tcPr>
                <w:p w14:paraId="483C13C5" w14:textId="77777777" w:rsidR="005B3871" w:rsidRDefault="00000000">
                  <w:pPr>
                    <w:keepNext/>
                  </w:pPr>
                  <w:r>
                    <w:rPr>
                      <w:b/>
                      <w:color w:val="000000"/>
                    </w:rPr>
                    <w:t>KRITERIJI USPEŠNOSTI</w:t>
                  </w:r>
                </w:p>
              </w:tc>
            </w:tr>
          </w:tbl>
          <w:p w14:paraId="002EE815" w14:textId="77777777" w:rsidR="005B3871" w:rsidRDefault="005B3871"/>
          <w:p w14:paraId="228A0C47" w14:textId="77777777" w:rsidR="005B3871" w:rsidRDefault="00000000">
            <w:pPr>
              <w:spacing w:before="20" w:after="20" w:line="245" w:lineRule="auto"/>
            </w:pPr>
            <w:r>
              <w:rPr>
                <w:b/>
                <w:color w:val="000000"/>
                <w:sz w:val="16"/>
              </w:rPr>
              <w:t>Uspešen/-na bom, ko:</w:t>
            </w:r>
          </w:p>
          <w:p w14:paraId="2505BE70" w14:textId="77777777" w:rsidR="005B3871" w:rsidRDefault="00000000">
            <w:pPr>
              <w:pStyle w:val="Oznaenseznam"/>
              <w:spacing w:after="16"/>
            </w:pPr>
            <w:r>
              <w:rPr>
                <w:color w:val="000000"/>
                <w:sz w:val="16"/>
              </w:rPr>
              <w:t>rešujem igrive naloge</w:t>
            </w:r>
          </w:p>
          <w:p w14:paraId="68678ADA" w14:textId="77777777" w:rsidR="005B3871" w:rsidRDefault="00000000">
            <w:pPr>
              <w:pStyle w:val="Oznaenseznam"/>
              <w:spacing w:after="16"/>
            </w:pPr>
            <w:r>
              <w:rPr>
                <w:color w:val="000000"/>
                <w:sz w:val="16"/>
              </w:rPr>
              <w:t>sodelujem</w:t>
            </w:r>
          </w:p>
          <w:p w14:paraId="6746C7ED" w14:textId="77777777" w:rsidR="005B3871" w:rsidRDefault="00000000">
            <w:pPr>
              <w:pStyle w:val="Oznaenseznam"/>
              <w:spacing w:after="16"/>
            </w:pPr>
            <w:r>
              <w:rPr>
                <w:color w:val="000000"/>
                <w:sz w:val="16"/>
              </w:rPr>
              <w:t>uporabim primerno strategijo</w:t>
            </w:r>
          </w:p>
          <w:p w14:paraId="2170BD2B" w14:textId="77777777" w:rsidR="005B3871" w:rsidRDefault="00000000">
            <w:pPr>
              <w:pStyle w:val="Oznaenseznam"/>
              <w:spacing w:after="16"/>
            </w:pPr>
            <w:r>
              <w:rPr>
                <w:color w:val="000000"/>
                <w:sz w:val="16"/>
              </w:rPr>
              <w:t>izbrano strategijo pokažem ali razložim ter po povratni informaciji rešitev preverim ali izboljšam</w:t>
            </w:r>
          </w:p>
        </w:tc>
        <w:tc>
          <w:tcPr>
            <w:tcW w:w="2551" w:type="dxa"/>
            <w:tcMar>
              <w:top w:w="70" w:type="dxa"/>
              <w:left w:w="90" w:type="dxa"/>
              <w:bottom w:w="70" w:type="dxa"/>
              <w:right w:w="90" w:type="dxa"/>
            </w:tcMar>
          </w:tcPr>
          <w:p w14:paraId="7D15EDF0" w14:textId="77777777" w:rsidR="005B3871" w:rsidRDefault="005B3871"/>
          <w:p w14:paraId="4D560FCA" w14:textId="77777777" w:rsidR="005B3871" w:rsidRDefault="00000000">
            <w:pPr>
              <w:spacing w:after="80" w:line="245" w:lineRule="auto"/>
            </w:pPr>
            <w:r>
              <w:rPr>
                <w:color w:val="000000"/>
                <w:sz w:val="16"/>
              </w:rPr>
              <w:t>Posluša ali opazuje književno oziroma problemsko izhodišče ter se vključi z gibanjem, predmetom, risbo ali besedo.</w:t>
            </w:r>
          </w:p>
          <w:p w14:paraId="79A89F1B" w14:textId="77777777" w:rsidR="005B3871" w:rsidRDefault="00000000">
            <w:pPr>
              <w:spacing w:after="80" w:line="245" w:lineRule="auto"/>
            </w:pPr>
            <w:r>
              <w:rPr>
                <w:color w:val="000000"/>
                <w:sz w:val="16"/>
              </w:rPr>
              <w:t>Pove, pokaže ali nariše, kako bi nalogo začel. Posluša tudi drugačne strategije.</w:t>
            </w:r>
          </w:p>
          <w:p w14:paraId="54ECD022" w14:textId="77777777" w:rsidR="005B3871" w:rsidRDefault="00000000">
            <w:pPr>
              <w:spacing w:after="100" w:line="245" w:lineRule="auto"/>
            </w:pPr>
            <w:r>
              <w:rPr>
                <w:color w:val="000000"/>
                <w:sz w:val="16"/>
              </w:rPr>
              <w:t>Sodeluje pri razumevanju namenov in kriterijev uspešnosti.</w:t>
            </w:r>
          </w:p>
          <w:p w14:paraId="1BF995F9" w14:textId="77777777" w:rsidR="005B3871" w:rsidRDefault="00000000">
            <w:pPr>
              <w:spacing w:after="20" w:line="245" w:lineRule="auto"/>
            </w:pPr>
            <w:r>
              <w:rPr>
                <w:b/>
                <w:color w:val="D95BC6"/>
                <w:sz w:val="17"/>
              </w:rPr>
              <w:t>DOKAZ O UČENJU</w:t>
            </w:r>
          </w:p>
          <w:p w14:paraId="50FB4154" w14:textId="77777777" w:rsidR="005B3871" w:rsidRDefault="00000000">
            <w:pPr>
              <w:spacing w:after="30" w:line="245" w:lineRule="auto"/>
            </w:pPr>
            <w:r>
              <w:rPr>
                <w:color w:val="D95BC6"/>
                <w:sz w:val="16"/>
              </w:rPr>
              <w:t>začetna strategija, razvrstitev, model, risba, gib ali ustni odgovor</w:t>
            </w:r>
          </w:p>
        </w:tc>
      </w:tr>
    </w:tbl>
    <w:p w14:paraId="50D8C416"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3DD3B7C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6E7691E"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6B877AC" w14:textId="77777777" w:rsidR="005B3871" w:rsidRDefault="00000000">
            <w:pPr>
              <w:jc w:val="center"/>
            </w:pPr>
            <w:r>
              <w:rPr>
                <w:b/>
                <w:color w:val="000000"/>
                <w:sz w:val="20"/>
              </w:rPr>
              <w:t>UČNE DEJAVNOSTI, METODE IN FORMATIVNO SPREMLJANJE</w:t>
            </w:r>
          </w:p>
        </w:tc>
      </w:tr>
      <w:tr w:rsidR="005B3871" w14:paraId="6D9CDD6C" w14:textId="77777777">
        <w:trPr>
          <w:tblHeader/>
          <w:jc w:val="center"/>
        </w:trPr>
        <w:tc>
          <w:tcPr>
            <w:tcW w:w="4422" w:type="dxa"/>
            <w:vMerge/>
            <w:tcMar>
              <w:top w:w="70" w:type="dxa"/>
              <w:left w:w="90" w:type="dxa"/>
              <w:bottom w:w="70" w:type="dxa"/>
              <w:right w:w="90" w:type="dxa"/>
            </w:tcMar>
            <w:vAlign w:val="center"/>
          </w:tcPr>
          <w:p w14:paraId="7E3F4E1F" w14:textId="77777777" w:rsidR="005B3871" w:rsidRDefault="005B3871"/>
        </w:tc>
        <w:tc>
          <w:tcPr>
            <w:tcW w:w="7087" w:type="dxa"/>
            <w:shd w:val="clear" w:color="auto" w:fill="FFFFFF"/>
            <w:tcMar>
              <w:top w:w="70" w:type="dxa"/>
              <w:left w:w="90" w:type="dxa"/>
              <w:bottom w:w="70" w:type="dxa"/>
              <w:right w:w="90" w:type="dxa"/>
            </w:tcMar>
            <w:vAlign w:val="center"/>
          </w:tcPr>
          <w:p w14:paraId="5DA4F7DE"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CC5DC30" w14:textId="77777777" w:rsidR="005B3871" w:rsidRDefault="00000000">
            <w:pPr>
              <w:jc w:val="center"/>
            </w:pPr>
            <w:r>
              <w:rPr>
                <w:b/>
                <w:color w:val="000000"/>
              </w:rPr>
              <w:t>UČENEC</w:t>
            </w:r>
          </w:p>
        </w:tc>
      </w:tr>
      <w:tr w:rsidR="005B3871" w14:paraId="51F984AB" w14:textId="77777777">
        <w:trPr>
          <w:jc w:val="center"/>
        </w:trPr>
        <w:tc>
          <w:tcPr>
            <w:tcW w:w="4422" w:type="dxa"/>
            <w:tcMar>
              <w:top w:w="70" w:type="dxa"/>
              <w:left w:w="90" w:type="dxa"/>
              <w:bottom w:w="70" w:type="dxa"/>
              <w:right w:w="90" w:type="dxa"/>
            </w:tcMar>
          </w:tcPr>
          <w:p w14:paraId="35E77D15" w14:textId="77777777" w:rsidR="005B3871" w:rsidRDefault="005B3871"/>
          <w:p w14:paraId="0CB66A6B" w14:textId="77777777" w:rsidR="005B3871" w:rsidRDefault="00000000">
            <w:pPr>
              <w:spacing w:after="40" w:line="245" w:lineRule="auto"/>
            </w:pPr>
            <w:r>
              <w:rPr>
                <w:b/>
                <w:color w:val="000000"/>
              </w:rPr>
              <w:t>KLJUČNI POJMI</w:t>
            </w:r>
          </w:p>
          <w:p w14:paraId="4D1D51E7" w14:textId="77777777" w:rsidR="005B3871" w:rsidRDefault="00000000">
            <w:pPr>
              <w:spacing w:after="60" w:line="245" w:lineRule="auto"/>
            </w:pPr>
            <w:r>
              <w:rPr>
                <w:color w:val="000000"/>
                <w:sz w:val="16"/>
              </w:rPr>
              <w:t>matematični izziv, strategija, dokaz, sodelovanje, pravilo, preverjanje, napredek, hvaležnost</w:t>
            </w:r>
          </w:p>
          <w:p w14:paraId="78DBEC3F" w14:textId="77777777" w:rsidR="005B3871" w:rsidRDefault="00000000">
            <w:pPr>
              <w:spacing w:after="20" w:line="245" w:lineRule="auto"/>
            </w:pPr>
            <w:r>
              <w:rPr>
                <w:b/>
                <w:color w:val="000000"/>
                <w:sz w:val="17"/>
              </w:rPr>
              <w:t>DOKAZI O UČENJU</w:t>
            </w:r>
          </w:p>
          <w:p w14:paraId="28032B38" w14:textId="77777777" w:rsidR="005B3871" w:rsidRDefault="00000000">
            <w:pPr>
              <w:pStyle w:val="Oznaenseznam"/>
              <w:spacing w:after="16"/>
            </w:pPr>
            <w:r>
              <w:rPr>
                <w:color w:val="000000"/>
                <w:sz w:val="16"/>
              </w:rPr>
              <w:t>skupinski dokazi na matematični poti</w:t>
            </w:r>
          </w:p>
          <w:p w14:paraId="1C9DC06A" w14:textId="77777777" w:rsidR="005B3871" w:rsidRDefault="00000000">
            <w:pPr>
              <w:pStyle w:val="Oznaenseznam"/>
              <w:spacing w:after="16"/>
            </w:pPr>
            <w:r>
              <w:rPr>
                <w:color w:val="000000"/>
                <w:sz w:val="16"/>
              </w:rPr>
              <w:t>pravilna izvedba igre in razlaga poteze</w:t>
            </w:r>
          </w:p>
          <w:p w14:paraId="6AEB5768" w14:textId="77777777" w:rsidR="005B3871" w:rsidRDefault="00000000">
            <w:pPr>
              <w:pStyle w:val="Oznaenseznam"/>
              <w:spacing w:after="16"/>
            </w:pPr>
            <w:r>
              <w:rPr>
                <w:color w:val="000000"/>
                <w:sz w:val="16"/>
              </w:rPr>
              <w:t>izbrani dokaz, samovrednotenje in vrstniški odziv</w:t>
            </w:r>
          </w:p>
          <w:p w14:paraId="618513C3" w14:textId="77777777" w:rsidR="005B3871" w:rsidRDefault="00000000">
            <w:pPr>
              <w:spacing w:before="40" w:after="20" w:line="245" w:lineRule="auto"/>
            </w:pPr>
            <w:r>
              <w:rPr>
                <w:b/>
                <w:color w:val="000000"/>
                <w:sz w:val="17"/>
              </w:rPr>
              <w:t>MEDPREDMETNA POVEZAVA</w:t>
            </w:r>
          </w:p>
          <w:p w14:paraId="4953F7BB" w14:textId="77777777" w:rsidR="005B3871" w:rsidRDefault="00000000">
            <w:pPr>
              <w:spacing w:after="60" w:line="245" w:lineRule="auto"/>
            </w:pPr>
            <w:r>
              <w:rPr>
                <w:color w:val="000000"/>
                <w:sz w:val="16"/>
              </w:rPr>
              <w:t>SLJ – razlaga in pohvala; SPO – skupnost in varne počitnice; ŠPO – matematična pot; LUM – simbol dosežka</w:t>
            </w:r>
          </w:p>
          <w:p w14:paraId="35539D3F" w14:textId="77777777" w:rsidR="005B3871" w:rsidRDefault="00000000">
            <w:pPr>
              <w:spacing w:after="20" w:line="245" w:lineRule="auto"/>
            </w:pPr>
            <w:r>
              <w:rPr>
                <w:b/>
                <w:color w:val="000000"/>
                <w:sz w:val="17"/>
              </w:rPr>
              <w:t>POUČEVANJE V GIBANJU</w:t>
            </w:r>
          </w:p>
          <w:p w14:paraId="63C44B55" w14:textId="77777777" w:rsidR="005B3871" w:rsidRDefault="00000000">
            <w:pPr>
              <w:spacing w:after="60" w:line="245" w:lineRule="auto"/>
            </w:pPr>
            <w:r>
              <w:rPr>
                <w:color w:val="000000"/>
                <w:sz w:val="16"/>
              </w:rPr>
              <w:t>Učenci matematični odnos telesno ponazorijo, se razvrščajo v prostoru, hodijo ali skačejo po talni osi, sledijo matematični poti ali se premikajo med postajami. Izkušnjo vedno povežejo s predmetom, risbo, besedo ali simbolnim zapisom.</w:t>
            </w:r>
          </w:p>
          <w:p w14:paraId="7C8AE6B9" w14:textId="77777777" w:rsidR="005B3871" w:rsidRDefault="00000000">
            <w:pPr>
              <w:spacing w:after="20" w:line="245" w:lineRule="auto"/>
            </w:pPr>
            <w:r>
              <w:rPr>
                <w:b/>
                <w:color w:val="000000"/>
                <w:sz w:val="17"/>
              </w:rPr>
              <w:t>DELO PO POSTAJAH</w:t>
            </w:r>
          </w:p>
          <w:p w14:paraId="77C24828" w14:textId="77777777" w:rsidR="005B3871" w:rsidRDefault="00000000">
            <w:pPr>
              <w:spacing w:after="60" w:line="245" w:lineRule="auto"/>
            </w:pPr>
            <w:r>
              <w:rPr>
                <w:color w:val="000000"/>
                <w:sz w:val="15"/>
              </w:rPr>
              <w:t>Načrtovana rotacija: konkretno-izkušenjska – Sodelovalna matematična pot; gibalna/sodelovalna – Igralnica strategij; slikovno-simbolna – Krog matematične hvaležnosti. Pri pisnem ocenjevanju se postaje izvedejo v pripravi, analizi in ponovnem učenju.</w:t>
            </w:r>
          </w:p>
          <w:p w14:paraId="73571798" w14:textId="77777777" w:rsidR="005B3871" w:rsidRDefault="00000000">
            <w:pPr>
              <w:spacing w:after="20" w:line="245" w:lineRule="auto"/>
            </w:pPr>
            <w:r>
              <w:rPr>
                <w:b/>
                <w:color w:val="000000"/>
                <w:sz w:val="17"/>
              </w:rPr>
              <w:t>DIFERENCIACIJA IN VKLJUČEVANJE</w:t>
            </w:r>
          </w:p>
          <w:p w14:paraId="6F31262A" w14:textId="77777777" w:rsidR="005B3871" w:rsidRDefault="00000000">
            <w:pPr>
              <w:spacing w:after="60" w:line="245" w:lineRule="auto"/>
            </w:pPr>
            <w:r>
              <w:rPr>
                <w:color w:val="000000"/>
                <w:sz w:val="16"/>
              </w:rPr>
              <w:t>Učenec izbira med konkretno, slikovno, gibalno in simbolno oporo; navodilo je razčlenjeno na kratke korake, na voljo sta dodatni čas in vrstniška opora. Naprednejši učenec poišče drugo strategijo, oblikuje nov primer ali utemelji, zakaj rešitev velja.</w:t>
            </w:r>
          </w:p>
          <w:p w14:paraId="4B921484" w14:textId="77777777" w:rsidR="005B3871" w:rsidRDefault="00000000">
            <w:pPr>
              <w:spacing w:after="20" w:line="245" w:lineRule="auto"/>
            </w:pPr>
            <w:r>
              <w:rPr>
                <w:b/>
                <w:color w:val="000000"/>
                <w:sz w:val="17"/>
              </w:rPr>
              <w:t>SPREMLJANJE</w:t>
            </w:r>
          </w:p>
          <w:p w14:paraId="3E29DE26" w14:textId="77777777" w:rsidR="005B3871" w:rsidRDefault="00000000">
            <w:pPr>
              <w:spacing w:after="30" w:line="245" w:lineRule="auto"/>
            </w:pPr>
            <w:r>
              <w:rPr>
                <w:color w:val="000000"/>
                <w:sz w:val="16"/>
              </w:rPr>
              <w:t>Učiteljica sproti zapiše strategijo, stopnjo samostojnosti, uporabljeno oporo, odziv na povratno informacijo in potreben naslednji korak.</w:t>
            </w:r>
          </w:p>
        </w:tc>
        <w:tc>
          <w:tcPr>
            <w:tcW w:w="7087" w:type="dxa"/>
            <w:tcMar>
              <w:top w:w="70" w:type="dxa"/>
              <w:left w:w="90" w:type="dxa"/>
              <w:bottom w:w="70" w:type="dxa"/>
              <w:right w:w="90" w:type="dxa"/>
            </w:tcMar>
          </w:tcPr>
          <w:p w14:paraId="673C3B9B"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626E5BE2" w14:textId="77777777">
              <w:trPr>
                <w:jc w:val="center"/>
              </w:trPr>
              <w:tc>
                <w:tcPr>
                  <w:tcW w:w="7087" w:type="dxa"/>
                  <w:shd w:val="clear" w:color="auto" w:fill="C6E7F3"/>
                  <w:tcMar>
                    <w:top w:w="45" w:type="dxa"/>
                    <w:left w:w="70" w:type="dxa"/>
                    <w:bottom w:w="45" w:type="dxa"/>
                    <w:right w:w="70" w:type="dxa"/>
                  </w:tcMar>
                </w:tcPr>
                <w:p w14:paraId="0CC7A76B" w14:textId="77777777" w:rsidR="005B3871" w:rsidRDefault="00000000">
                  <w:pPr>
                    <w:keepNext/>
                  </w:pPr>
                  <w:r>
                    <w:rPr>
                      <w:b/>
                      <w:color w:val="000000"/>
                    </w:rPr>
                    <w:t>GLAVNI DEL – IZKUŠENJSKO IN PROBLEMSKO UČENJE (3 šolske ure)</w:t>
                  </w:r>
                </w:p>
              </w:tc>
            </w:tr>
          </w:tbl>
          <w:p w14:paraId="3EC7C6CB" w14:textId="77777777" w:rsidR="005B3871" w:rsidRDefault="005B3871">
            <w:pPr>
              <w:spacing w:line="20" w:lineRule="exact"/>
            </w:pPr>
          </w:p>
          <w:p w14:paraId="11221D7C" w14:textId="77777777" w:rsidR="005B3871" w:rsidRDefault="00000000">
            <w:pPr>
              <w:keepNext/>
              <w:spacing w:before="40" w:after="10" w:line="245" w:lineRule="auto"/>
            </w:pPr>
            <w:r>
              <w:rPr>
                <w:b/>
                <w:color w:val="000000"/>
                <w:sz w:val="17"/>
              </w:rPr>
              <w:t>1. URA – Sodelovalna matematična pot</w:t>
            </w:r>
          </w:p>
          <w:p w14:paraId="64D1D950" w14:textId="77777777" w:rsidR="005B3871" w:rsidRDefault="00000000">
            <w:pPr>
              <w:spacing w:after="14" w:line="245" w:lineRule="auto"/>
            </w:pPr>
            <w:r>
              <w:rPr>
                <w:b/>
                <w:color w:val="000000"/>
                <w:sz w:val="16"/>
              </w:rPr>
              <w:t xml:space="preserve">Dejavnost učiteljice: </w:t>
            </w:r>
            <w:r>
              <w:rPr>
                <w:color w:val="000000"/>
                <w:sz w:val="16"/>
              </w:rPr>
              <w:t>Po prostoru razporedi kratke naloge števil, oblik, merjenja, orientacije in podatkov ter določi vloge.</w:t>
            </w:r>
          </w:p>
          <w:p w14:paraId="618AC5E6" w14:textId="77777777" w:rsidR="005B3871" w:rsidRDefault="00000000">
            <w:pPr>
              <w:spacing w:after="14" w:line="245" w:lineRule="auto"/>
            </w:pPr>
            <w:r>
              <w:rPr>
                <w:b/>
                <w:color w:val="000000"/>
                <w:sz w:val="16"/>
              </w:rPr>
              <w:t xml:space="preserve">Dejavnost učencev: </w:t>
            </w:r>
            <w:r>
              <w:rPr>
                <w:color w:val="000000"/>
                <w:sz w:val="16"/>
              </w:rPr>
              <w:t>V skupini rešujejo postaje, menjajo vloge in ob vsaki pustijo dokaz rešitve.</w:t>
            </w:r>
          </w:p>
          <w:p w14:paraId="23D701B7" w14:textId="77777777" w:rsidR="005B3871" w:rsidRDefault="00000000">
            <w:pPr>
              <w:spacing w:after="24" w:line="245" w:lineRule="auto"/>
            </w:pPr>
            <w:r>
              <w:rPr>
                <w:i/>
                <w:color w:val="D95BC6"/>
                <w:sz w:val="16"/>
              </w:rPr>
              <w:t>Predvideni dokaz: skupinski dokazi na matematični poti.</w:t>
            </w:r>
          </w:p>
          <w:p w14:paraId="0A69984F" w14:textId="77777777" w:rsidR="005B3871" w:rsidRDefault="00000000">
            <w:pPr>
              <w:keepNext/>
              <w:spacing w:before="40" w:after="10" w:line="245" w:lineRule="auto"/>
            </w:pPr>
            <w:r>
              <w:rPr>
                <w:b/>
                <w:color w:val="000000"/>
                <w:sz w:val="17"/>
              </w:rPr>
              <w:t>2. URA – Igralnica strategij</w:t>
            </w:r>
          </w:p>
          <w:p w14:paraId="1004C57A" w14:textId="77777777" w:rsidR="005B3871" w:rsidRDefault="00000000">
            <w:pPr>
              <w:spacing w:after="14" w:line="245" w:lineRule="auto"/>
            </w:pPr>
            <w:r>
              <w:rPr>
                <w:b/>
                <w:color w:val="000000"/>
                <w:sz w:val="16"/>
              </w:rPr>
              <w:t xml:space="preserve">Dejavnost učiteljice: </w:t>
            </w:r>
            <w:r>
              <w:rPr>
                <w:color w:val="000000"/>
                <w:sz w:val="16"/>
              </w:rPr>
              <w:t>Ponudi preproste didaktične igre ter opazuje pošteno igro, računanje in razlago poteze.</w:t>
            </w:r>
          </w:p>
          <w:p w14:paraId="22188455" w14:textId="77777777" w:rsidR="005B3871" w:rsidRDefault="00000000">
            <w:pPr>
              <w:spacing w:after="14" w:line="245" w:lineRule="auto"/>
            </w:pPr>
            <w:r>
              <w:rPr>
                <w:b/>
                <w:color w:val="000000"/>
                <w:sz w:val="16"/>
              </w:rPr>
              <w:t xml:space="preserve">Dejavnost učencev: </w:t>
            </w:r>
            <w:r>
              <w:rPr>
                <w:color w:val="000000"/>
                <w:sz w:val="16"/>
              </w:rPr>
              <w:t>Igrajo v paru ali skupini, upoštevajo pravila in ob izbrani potezi pojasnijo strategijo.</w:t>
            </w:r>
          </w:p>
          <w:p w14:paraId="21996E66" w14:textId="77777777" w:rsidR="005B3871" w:rsidRDefault="00000000">
            <w:pPr>
              <w:spacing w:after="24" w:line="245" w:lineRule="auto"/>
            </w:pPr>
            <w:r>
              <w:rPr>
                <w:i/>
                <w:color w:val="D95BC6"/>
                <w:sz w:val="16"/>
              </w:rPr>
              <w:t>Predvideni dokaz: pravilna izvedba igre in razlaga poteze.</w:t>
            </w:r>
          </w:p>
          <w:p w14:paraId="162CF767" w14:textId="77777777" w:rsidR="005B3871" w:rsidRDefault="00000000">
            <w:pPr>
              <w:keepNext/>
              <w:spacing w:before="40" w:after="10" w:line="245" w:lineRule="auto"/>
            </w:pPr>
            <w:r>
              <w:rPr>
                <w:b/>
                <w:color w:val="000000"/>
                <w:sz w:val="17"/>
              </w:rPr>
              <w:t>3. URA – Krog matematične hvaležnosti</w:t>
            </w:r>
          </w:p>
          <w:p w14:paraId="561BF4AC" w14:textId="77777777" w:rsidR="005B3871" w:rsidRDefault="00000000">
            <w:pPr>
              <w:spacing w:after="14" w:line="245" w:lineRule="auto"/>
            </w:pPr>
            <w:r>
              <w:rPr>
                <w:b/>
                <w:color w:val="000000"/>
                <w:sz w:val="16"/>
              </w:rPr>
              <w:t xml:space="preserve">Dejavnost učiteljice: </w:t>
            </w:r>
            <w:r>
              <w:rPr>
                <w:color w:val="000000"/>
                <w:sz w:val="16"/>
              </w:rPr>
              <w:t>Vodi sklepni pogovor ob dokazih in usmerja konkretne pohvale na trud, strategijo in sodelovanje.</w:t>
            </w:r>
          </w:p>
          <w:p w14:paraId="0986448D" w14:textId="77777777" w:rsidR="005B3871" w:rsidRDefault="00000000">
            <w:pPr>
              <w:spacing w:after="14" w:line="245" w:lineRule="auto"/>
            </w:pPr>
            <w:r>
              <w:rPr>
                <w:b/>
                <w:color w:val="000000"/>
                <w:sz w:val="16"/>
              </w:rPr>
              <w:t xml:space="preserve">Dejavnost učencev: </w:t>
            </w:r>
            <w:r>
              <w:rPr>
                <w:color w:val="000000"/>
                <w:sz w:val="16"/>
              </w:rPr>
              <w:t>Izberejo najljubši dokaz, povedo kaj zmorejo ter sošolcu namenijo matematično pohvalo.</w:t>
            </w:r>
          </w:p>
          <w:p w14:paraId="7F00956F" w14:textId="77777777" w:rsidR="005B3871" w:rsidRDefault="00000000">
            <w:pPr>
              <w:spacing w:after="24" w:line="245" w:lineRule="auto"/>
            </w:pPr>
            <w:r>
              <w:rPr>
                <w:i/>
                <w:color w:val="D95BC6"/>
                <w:sz w:val="16"/>
              </w:rPr>
              <w:t>Predvideni dokaz: izbrani dokaz, samovrednotenje in vrstniški odziv.</w:t>
            </w:r>
          </w:p>
          <w:tbl>
            <w:tblPr>
              <w:tblStyle w:val="Tabelamrea"/>
              <w:tblW w:w="0" w:type="auto"/>
              <w:jc w:val="center"/>
              <w:tblLayout w:type="fixed"/>
              <w:tblLook w:val="04A0" w:firstRow="1" w:lastRow="0" w:firstColumn="1" w:lastColumn="0" w:noHBand="0" w:noVBand="1"/>
            </w:tblPr>
            <w:tblGrid>
              <w:gridCol w:w="7087"/>
            </w:tblGrid>
            <w:tr w:rsidR="005B3871" w14:paraId="297B59D5" w14:textId="77777777">
              <w:trPr>
                <w:jc w:val="center"/>
              </w:trPr>
              <w:tc>
                <w:tcPr>
                  <w:tcW w:w="7087" w:type="dxa"/>
                  <w:shd w:val="clear" w:color="auto" w:fill="EDC9EA"/>
                  <w:tcMar>
                    <w:top w:w="45" w:type="dxa"/>
                    <w:left w:w="70" w:type="dxa"/>
                    <w:bottom w:w="45" w:type="dxa"/>
                    <w:right w:w="70" w:type="dxa"/>
                  </w:tcMar>
                </w:tcPr>
                <w:p w14:paraId="5471B6B6" w14:textId="77777777" w:rsidR="005B3871" w:rsidRDefault="00000000">
                  <w:pPr>
                    <w:keepNext/>
                  </w:pPr>
                  <w:r>
                    <w:rPr>
                      <w:b/>
                      <w:color w:val="000000"/>
                    </w:rPr>
                    <w:t>POVRATNA INFORMACIJA UČITELJICE MED DELOM</w:t>
                  </w:r>
                </w:p>
              </w:tc>
            </w:tr>
          </w:tbl>
          <w:p w14:paraId="7C320190" w14:textId="77777777" w:rsidR="005B3871" w:rsidRDefault="005B3871"/>
          <w:p w14:paraId="2572F291" w14:textId="77777777" w:rsidR="005B3871" w:rsidRDefault="00000000">
            <w:pPr>
              <w:spacing w:before="20" w:after="30" w:line="245" w:lineRule="auto"/>
            </w:pPr>
            <w:r>
              <w:rPr>
                <w:color w:val="000000"/>
                <w:sz w:val="16"/>
              </w:rPr>
              <w:t>Učiteljica najprej opiše opaženo strategijo, odziv veže na en kriterij in predlaga izvedljiv naslednji korak. Namesto hitrega odgovora uporabi vprašanje Kako veš?, konkreten ali slikovni model, ponovno izvedbo, preverjanje ali vrstniško razlago.</w:t>
            </w:r>
          </w:p>
        </w:tc>
        <w:tc>
          <w:tcPr>
            <w:tcW w:w="2551" w:type="dxa"/>
            <w:tcMar>
              <w:top w:w="70" w:type="dxa"/>
              <w:left w:w="90" w:type="dxa"/>
              <w:bottom w:w="70" w:type="dxa"/>
              <w:right w:w="90" w:type="dxa"/>
            </w:tcMar>
          </w:tcPr>
          <w:p w14:paraId="45D064E4" w14:textId="77777777" w:rsidR="005B3871" w:rsidRDefault="005B3871"/>
          <w:p w14:paraId="66BB4BDA" w14:textId="77777777" w:rsidR="005B3871" w:rsidRDefault="00000000">
            <w:pPr>
              <w:spacing w:after="10" w:line="245" w:lineRule="auto"/>
            </w:pPr>
            <w:r>
              <w:rPr>
                <w:b/>
                <w:color w:val="000000"/>
                <w:sz w:val="16"/>
              </w:rPr>
              <w:t>1. URA</w:t>
            </w:r>
          </w:p>
          <w:p w14:paraId="3A59DFE9" w14:textId="77777777" w:rsidR="005B3871" w:rsidRDefault="00000000">
            <w:pPr>
              <w:spacing w:after="30" w:line="245" w:lineRule="auto"/>
            </w:pPr>
            <w:r>
              <w:rPr>
                <w:color w:val="000000"/>
                <w:sz w:val="16"/>
              </w:rPr>
              <w:t>V skupini rešujejo postaje, menjajo vloge in ob vsaki pustijo dokaz rešitve.</w:t>
            </w:r>
          </w:p>
          <w:p w14:paraId="24EFAED6" w14:textId="77777777" w:rsidR="005B3871" w:rsidRDefault="00000000">
            <w:pPr>
              <w:spacing w:line="245" w:lineRule="auto"/>
            </w:pPr>
            <w:r>
              <w:rPr>
                <w:b/>
                <w:color w:val="D95BC6"/>
                <w:sz w:val="16"/>
              </w:rPr>
              <w:t>DOKAZ</w:t>
            </w:r>
          </w:p>
          <w:p w14:paraId="1A12FC45" w14:textId="77777777" w:rsidR="005B3871" w:rsidRDefault="00000000">
            <w:pPr>
              <w:spacing w:after="40" w:line="245" w:lineRule="auto"/>
            </w:pPr>
            <w:r>
              <w:rPr>
                <w:color w:val="D95BC6"/>
                <w:sz w:val="15"/>
              </w:rPr>
              <w:t>skupinski dokazi na matematični poti</w:t>
            </w:r>
          </w:p>
          <w:p w14:paraId="6564A334" w14:textId="77777777" w:rsidR="005B3871" w:rsidRDefault="00000000">
            <w:pPr>
              <w:spacing w:after="10" w:line="245" w:lineRule="auto"/>
            </w:pPr>
            <w:r>
              <w:rPr>
                <w:b/>
                <w:color w:val="000000"/>
                <w:sz w:val="16"/>
              </w:rPr>
              <w:t>2. URA</w:t>
            </w:r>
          </w:p>
          <w:p w14:paraId="60D5EE4F" w14:textId="77777777" w:rsidR="005B3871" w:rsidRDefault="00000000">
            <w:pPr>
              <w:spacing w:after="30" w:line="245" w:lineRule="auto"/>
            </w:pPr>
            <w:r>
              <w:rPr>
                <w:color w:val="000000"/>
                <w:sz w:val="16"/>
              </w:rPr>
              <w:t>Igrajo v paru ali skupini, upoštevajo pravila in ob izbrani potezi pojasnijo strategijo.</w:t>
            </w:r>
          </w:p>
          <w:p w14:paraId="0A244689" w14:textId="77777777" w:rsidR="005B3871" w:rsidRDefault="00000000">
            <w:pPr>
              <w:spacing w:line="245" w:lineRule="auto"/>
            </w:pPr>
            <w:r>
              <w:rPr>
                <w:b/>
                <w:color w:val="D95BC6"/>
                <w:sz w:val="16"/>
              </w:rPr>
              <w:t>DOKAZ</w:t>
            </w:r>
          </w:p>
          <w:p w14:paraId="2CB2B696" w14:textId="77777777" w:rsidR="005B3871" w:rsidRDefault="00000000">
            <w:pPr>
              <w:spacing w:after="40" w:line="245" w:lineRule="auto"/>
            </w:pPr>
            <w:r>
              <w:rPr>
                <w:color w:val="D95BC6"/>
                <w:sz w:val="15"/>
              </w:rPr>
              <w:t>pravilna izvedba igre in razlaga poteze</w:t>
            </w:r>
          </w:p>
          <w:p w14:paraId="5F135089" w14:textId="77777777" w:rsidR="005B3871" w:rsidRDefault="00000000">
            <w:pPr>
              <w:spacing w:after="10" w:line="245" w:lineRule="auto"/>
            </w:pPr>
            <w:r>
              <w:rPr>
                <w:b/>
                <w:color w:val="000000"/>
                <w:sz w:val="16"/>
              </w:rPr>
              <w:t>3. URA</w:t>
            </w:r>
          </w:p>
          <w:p w14:paraId="030592E1" w14:textId="77777777" w:rsidR="005B3871" w:rsidRDefault="00000000">
            <w:pPr>
              <w:spacing w:after="30" w:line="245" w:lineRule="auto"/>
            </w:pPr>
            <w:r>
              <w:rPr>
                <w:color w:val="000000"/>
                <w:sz w:val="16"/>
              </w:rPr>
              <w:t>Izberejo najljubši dokaz, povedo kaj zmorejo ter sošolcu namenijo matematično pohvalo.</w:t>
            </w:r>
          </w:p>
          <w:p w14:paraId="07E085ED" w14:textId="77777777" w:rsidR="005B3871" w:rsidRDefault="00000000">
            <w:pPr>
              <w:spacing w:line="245" w:lineRule="auto"/>
            </w:pPr>
            <w:r>
              <w:rPr>
                <w:b/>
                <w:color w:val="D95BC6"/>
                <w:sz w:val="16"/>
              </w:rPr>
              <w:t>DOKAZ</w:t>
            </w:r>
          </w:p>
          <w:p w14:paraId="4B7E93D1" w14:textId="77777777" w:rsidR="005B3871" w:rsidRDefault="00000000">
            <w:pPr>
              <w:spacing w:after="40" w:line="245" w:lineRule="auto"/>
            </w:pPr>
            <w:r>
              <w:rPr>
                <w:color w:val="D95BC6"/>
                <w:sz w:val="15"/>
              </w:rPr>
              <w:t>izbrani dokaz, samovrednotenje in vrstniški odziv</w:t>
            </w:r>
          </w:p>
        </w:tc>
      </w:tr>
    </w:tbl>
    <w:p w14:paraId="6C63772D" w14:textId="77777777" w:rsidR="005B3871"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5B3871" w14:paraId="6175FA3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EDFD822" w14:textId="77777777" w:rsidR="005B3871"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C7361A6" w14:textId="77777777" w:rsidR="005B3871" w:rsidRDefault="00000000">
            <w:pPr>
              <w:jc w:val="center"/>
            </w:pPr>
            <w:r>
              <w:rPr>
                <w:b/>
                <w:color w:val="000000"/>
                <w:sz w:val="20"/>
              </w:rPr>
              <w:t>UČNE DEJAVNOSTI, METODE IN FORMATIVNO SPREMLJANJE</w:t>
            </w:r>
          </w:p>
        </w:tc>
      </w:tr>
      <w:tr w:rsidR="005B3871" w14:paraId="26F57509" w14:textId="77777777">
        <w:trPr>
          <w:tblHeader/>
          <w:jc w:val="center"/>
        </w:trPr>
        <w:tc>
          <w:tcPr>
            <w:tcW w:w="4422" w:type="dxa"/>
            <w:vMerge/>
            <w:tcMar>
              <w:top w:w="70" w:type="dxa"/>
              <w:left w:w="90" w:type="dxa"/>
              <w:bottom w:w="70" w:type="dxa"/>
              <w:right w:w="90" w:type="dxa"/>
            </w:tcMar>
            <w:vAlign w:val="center"/>
          </w:tcPr>
          <w:p w14:paraId="060CF2D1" w14:textId="77777777" w:rsidR="005B3871" w:rsidRDefault="005B3871"/>
        </w:tc>
        <w:tc>
          <w:tcPr>
            <w:tcW w:w="7087" w:type="dxa"/>
            <w:shd w:val="clear" w:color="auto" w:fill="FFFFFF"/>
            <w:tcMar>
              <w:top w:w="70" w:type="dxa"/>
              <w:left w:w="90" w:type="dxa"/>
              <w:bottom w:w="70" w:type="dxa"/>
              <w:right w:w="90" w:type="dxa"/>
            </w:tcMar>
            <w:vAlign w:val="center"/>
          </w:tcPr>
          <w:p w14:paraId="39CBDF71" w14:textId="77777777" w:rsidR="005B3871"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D47CFA2" w14:textId="77777777" w:rsidR="005B3871" w:rsidRDefault="00000000">
            <w:pPr>
              <w:jc w:val="center"/>
            </w:pPr>
            <w:r>
              <w:rPr>
                <w:b/>
                <w:color w:val="000000"/>
              </w:rPr>
              <w:t>UČENEC</w:t>
            </w:r>
          </w:p>
        </w:tc>
      </w:tr>
      <w:tr w:rsidR="005B3871" w14:paraId="0B068F1F" w14:textId="77777777">
        <w:trPr>
          <w:jc w:val="center"/>
        </w:trPr>
        <w:tc>
          <w:tcPr>
            <w:tcW w:w="4422" w:type="dxa"/>
            <w:tcMar>
              <w:top w:w="70" w:type="dxa"/>
              <w:left w:w="90" w:type="dxa"/>
              <w:bottom w:w="70" w:type="dxa"/>
              <w:right w:w="90" w:type="dxa"/>
            </w:tcMar>
          </w:tcPr>
          <w:p w14:paraId="3197A56C" w14:textId="77777777" w:rsidR="005B3871" w:rsidRDefault="005B3871"/>
          <w:p w14:paraId="21B20132" w14:textId="77777777" w:rsidR="005B3871" w:rsidRDefault="00000000">
            <w:pPr>
              <w:spacing w:after="40" w:line="245" w:lineRule="auto"/>
            </w:pPr>
            <w:r>
              <w:rPr>
                <w:b/>
                <w:color w:val="000000"/>
              </w:rPr>
              <w:t>FORMATIVNO SPREMLJANJE</w:t>
            </w:r>
          </w:p>
          <w:p w14:paraId="44E4904A" w14:textId="77777777" w:rsidR="005B3871" w:rsidRDefault="00000000">
            <w:pPr>
              <w:pStyle w:val="Oznaenseznam"/>
              <w:spacing w:after="16"/>
            </w:pPr>
            <w:r>
              <w:rPr>
                <w:color w:val="000000"/>
                <w:sz w:val="16"/>
              </w:rPr>
              <w:t>predznanje: začetna strategija, ocena, razvrstitev, model ali risba</w:t>
            </w:r>
          </w:p>
          <w:p w14:paraId="0F803868" w14:textId="77777777" w:rsidR="005B3871" w:rsidRDefault="00000000">
            <w:pPr>
              <w:pStyle w:val="Oznaenseznam"/>
              <w:spacing w:after="16"/>
            </w:pPr>
            <w:r>
              <w:rPr>
                <w:color w:val="000000"/>
                <w:sz w:val="16"/>
              </w:rPr>
              <w:t>dokazi med učenjem: konkretni, gibalni, slikovni in simbolni prikaz ter razlaga postopka</w:t>
            </w:r>
          </w:p>
          <w:p w14:paraId="4500B93C" w14:textId="77777777" w:rsidR="005B3871" w:rsidRDefault="00000000">
            <w:pPr>
              <w:pStyle w:val="Oznaenseznam"/>
              <w:spacing w:after="16"/>
            </w:pPr>
            <w:r>
              <w:rPr>
                <w:color w:val="000000"/>
                <w:sz w:val="16"/>
              </w:rPr>
              <w:t>povratna informacija: konkretna, vezana na kriterij in usmerjena v preverjanje ali naslednji korak</w:t>
            </w:r>
          </w:p>
          <w:p w14:paraId="47CF0944" w14:textId="77777777" w:rsidR="005B3871" w:rsidRDefault="00000000">
            <w:pPr>
              <w:pStyle w:val="Oznaenseznam"/>
              <w:spacing w:after="16"/>
            </w:pPr>
            <w:r>
              <w:rPr>
                <w:color w:val="000000"/>
                <w:sz w:val="16"/>
              </w:rPr>
              <w:t>samovrednotenje: semafor, lestvica samostojnosti, izbrani dokaz ali kratka poved</w:t>
            </w:r>
          </w:p>
          <w:p w14:paraId="6CA340B4" w14:textId="77777777" w:rsidR="005B3871" w:rsidRDefault="00000000">
            <w:pPr>
              <w:spacing w:before="40" w:after="20" w:line="245" w:lineRule="auto"/>
            </w:pPr>
            <w:r>
              <w:rPr>
                <w:b/>
                <w:color w:val="000000"/>
                <w:sz w:val="17"/>
              </w:rPr>
              <w:t>VARNOST IN ODGOVORNOST</w:t>
            </w:r>
          </w:p>
          <w:p w14:paraId="4DF632C6" w14:textId="77777777" w:rsidR="005B3871" w:rsidRDefault="00000000">
            <w:pPr>
              <w:spacing w:after="60" w:line="245" w:lineRule="auto"/>
            </w:pPr>
            <w:r>
              <w:rPr>
                <w:color w:val="000000"/>
                <w:sz w:val="16"/>
              </w:rPr>
              <w:t>Pri gibanju upošteva dogovorjene smeri in razdaljo; drobne pripomočke uporablja namensko in jih po dejavnosti pospravi.</w:t>
            </w:r>
          </w:p>
          <w:p w14:paraId="7906B9A8" w14:textId="77777777" w:rsidR="005B3871" w:rsidRDefault="00000000">
            <w:pPr>
              <w:spacing w:after="20" w:line="245" w:lineRule="auto"/>
            </w:pPr>
            <w:r>
              <w:rPr>
                <w:b/>
                <w:color w:val="000000"/>
                <w:sz w:val="17"/>
              </w:rPr>
              <w:t>EVIDENCA PO IZVEDBI</w:t>
            </w:r>
          </w:p>
          <w:p w14:paraId="120D592C" w14:textId="77777777" w:rsidR="005B3871" w:rsidRDefault="00000000">
            <w:pPr>
              <w:spacing w:after="30" w:line="245" w:lineRule="auto"/>
            </w:pPr>
            <w:r>
              <w:rPr>
                <w:color w:val="000000"/>
                <w:sz w:val="16"/>
              </w:rPr>
              <w:t>Realizacija: ______ / ______ ur</w:t>
            </w:r>
            <w:r>
              <w:rPr>
                <w:color w:val="000000"/>
                <w:sz w:val="16"/>
              </w:rPr>
              <w:br/>
              <w:t>Odsotni: ____________________</w:t>
            </w:r>
            <w:r>
              <w:rPr>
                <w:color w:val="000000"/>
                <w:sz w:val="16"/>
              </w:rPr>
              <w:br/>
              <w:t>Potrebna ponovitev ali prilagoditev: ______________________________</w:t>
            </w:r>
            <w:r>
              <w:rPr>
                <w:color w:val="000000"/>
                <w:sz w:val="16"/>
              </w:rPr>
              <w:br/>
              <w:t>Opažanja o strategijah in razumevanju: ___________________________</w:t>
            </w:r>
          </w:p>
        </w:tc>
        <w:tc>
          <w:tcPr>
            <w:tcW w:w="7087" w:type="dxa"/>
            <w:tcMar>
              <w:top w:w="70" w:type="dxa"/>
              <w:left w:w="90" w:type="dxa"/>
              <w:bottom w:w="70" w:type="dxa"/>
              <w:right w:w="90" w:type="dxa"/>
            </w:tcMar>
          </w:tcPr>
          <w:p w14:paraId="25229945" w14:textId="77777777" w:rsidR="005B3871" w:rsidRDefault="005B3871">
            <w:pPr>
              <w:spacing w:line="20" w:lineRule="exact"/>
            </w:pPr>
          </w:p>
          <w:tbl>
            <w:tblPr>
              <w:tblStyle w:val="Tabelamrea"/>
              <w:tblW w:w="0" w:type="auto"/>
              <w:jc w:val="center"/>
              <w:tblLayout w:type="fixed"/>
              <w:tblLook w:val="04A0" w:firstRow="1" w:lastRow="0" w:firstColumn="1" w:lastColumn="0" w:noHBand="0" w:noVBand="1"/>
            </w:tblPr>
            <w:tblGrid>
              <w:gridCol w:w="7087"/>
            </w:tblGrid>
            <w:tr w:rsidR="005B3871" w14:paraId="3A1DF205" w14:textId="77777777">
              <w:trPr>
                <w:jc w:val="center"/>
              </w:trPr>
              <w:tc>
                <w:tcPr>
                  <w:tcW w:w="7087" w:type="dxa"/>
                  <w:shd w:val="clear" w:color="auto" w:fill="EDC9EA"/>
                  <w:tcMar>
                    <w:top w:w="45" w:type="dxa"/>
                    <w:left w:w="70" w:type="dxa"/>
                    <w:bottom w:w="45" w:type="dxa"/>
                    <w:right w:w="70" w:type="dxa"/>
                  </w:tcMar>
                </w:tcPr>
                <w:p w14:paraId="3B5EACF4" w14:textId="77777777" w:rsidR="005B3871" w:rsidRDefault="00000000">
                  <w:pPr>
                    <w:keepNext/>
                  </w:pPr>
                  <w:r>
                    <w:rPr>
                      <w:b/>
                      <w:color w:val="000000"/>
                    </w:rPr>
                    <w:t>VPRAŠANJA V PODPORO MATEMATIČNEMU UČENJU</w:t>
                  </w:r>
                </w:p>
              </w:tc>
            </w:tr>
          </w:tbl>
          <w:p w14:paraId="29DA7A71" w14:textId="77777777" w:rsidR="005B3871" w:rsidRDefault="005B3871">
            <w:pPr>
              <w:spacing w:line="20" w:lineRule="exact"/>
            </w:pPr>
          </w:p>
          <w:p w14:paraId="3D98059C" w14:textId="77777777" w:rsidR="005B3871" w:rsidRDefault="00000000">
            <w:pPr>
              <w:pStyle w:val="Oznaenseznam"/>
              <w:spacing w:after="16"/>
            </w:pPr>
            <w:r>
              <w:rPr>
                <w:color w:val="000000"/>
                <w:sz w:val="16"/>
              </w:rPr>
              <w:t>Kaj v tvojem modelu, risbi ali zapisu predstavlja posamezni del naloge?</w:t>
            </w:r>
          </w:p>
          <w:p w14:paraId="0C1C133B" w14:textId="77777777" w:rsidR="005B3871" w:rsidRDefault="00000000">
            <w:pPr>
              <w:pStyle w:val="Oznaenseznam"/>
              <w:spacing w:after="16"/>
            </w:pPr>
            <w:r>
              <w:rPr>
                <w:color w:val="000000"/>
                <w:sz w:val="16"/>
              </w:rPr>
              <w:t>Kako si prišel/-la do rešitve in kako veš, da je smiselna?</w:t>
            </w:r>
          </w:p>
          <w:p w14:paraId="2C1A84F1" w14:textId="77777777" w:rsidR="005B3871" w:rsidRDefault="00000000">
            <w:pPr>
              <w:pStyle w:val="Oznaenseznam"/>
              <w:spacing w:after="16"/>
            </w:pPr>
            <w:r>
              <w:rPr>
                <w:color w:val="000000"/>
                <w:sz w:val="16"/>
              </w:rPr>
              <w:t>Ali lahko isto pokažeš še s predmetom, gibanjem, risbo ali drugim zapisom?</w:t>
            </w:r>
          </w:p>
          <w:p w14:paraId="106AE879" w14:textId="77777777" w:rsidR="005B3871" w:rsidRDefault="00000000">
            <w:pPr>
              <w:pStyle w:val="Oznaenseznam"/>
              <w:spacing w:after="16"/>
            </w:pPr>
            <w:r>
              <w:rPr>
                <w:color w:val="000000"/>
                <w:sz w:val="16"/>
              </w:rPr>
              <w:t>Kje bi se lahko zmotil/-a in kako boš rešitev preveril/-a?</w:t>
            </w:r>
          </w:p>
          <w:p w14:paraId="7065120B" w14:textId="77777777" w:rsidR="005B3871" w:rsidRDefault="00000000">
            <w:pPr>
              <w:pStyle w:val="Oznaenseznam"/>
              <w:spacing w:after="16"/>
            </w:pPr>
            <w:r>
              <w:rPr>
                <w:color w:val="000000"/>
                <w:sz w:val="16"/>
              </w:rPr>
              <w:t>Kateri kriterij že dosegaš in kaj bo tvoj naslednji korak?</w:t>
            </w:r>
          </w:p>
          <w:tbl>
            <w:tblPr>
              <w:tblStyle w:val="Tabelamrea"/>
              <w:tblW w:w="0" w:type="auto"/>
              <w:jc w:val="center"/>
              <w:tblLayout w:type="fixed"/>
              <w:tblLook w:val="04A0" w:firstRow="1" w:lastRow="0" w:firstColumn="1" w:lastColumn="0" w:noHBand="0" w:noVBand="1"/>
            </w:tblPr>
            <w:tblGrid>
              <w:gridCol w:w="7087"/>
            </w:tblGrid>
            <w:tr w:rsidR="005B3871" w14:paraId="62F5BCCB" w14:textId="77777777">
              <w:trPr>
                <w:jc w:val="center"/>
              </w:trPr>
              <w:tc>
                <w:tcPr>
                  <w:tcW w:w="7087" w:type="dxa"/>
                  <w:shd w:val="clear" w:color="auto" w:fill="C6E7F3"/>
                  <w:tcMar>
                    <w:top w:w="45" w:type="dxa"/>
                    <w:left w:w="70" w:type="dxa"/>
                    <w:bottom w:w="45" w:type="dxa"/>
                    <w:right w:w="70" w:type="dxa"/>
                  </w:tcMar>
                </w:tcPr>
                <w:p w14:paraId="707210A7" w14:textId="77777777" w:rsidR="005B3871" w:rsidRDefault="00000000">
                  <w:pPr>
                    <w:keepNext/>
                  </w:pPr>
                  <w:r>
                    <w:rPr>
                      <w:b/>
                      <w:color w:val="000000"/>
                    </w:rPr>
                    <w:t>ZAKLJUČNI DEL – UTRJEVANJE IN REFLEKSIJA (10–15 min)</w:t>
                  </w:r>
                </w:p>
              </w:tc>
            </w:tr>
          </w:tbl>
          <w:p w14:paraId="0858A7C5" w14:textId="77777777" w:rsidR="005B3871" w:rsidRDefault="005B3871">
            <w:pPr>
              <w:spacing w:line="20" w:lineRule="exact"/>
            </w:pPr>
          </w:p>
          <w:p w14:paraId="4C28D2E2" w14:textId="77777777" w:rsidR="005B3871" w:rsidRDefault="00000000">
            <w:pPr>
              <w:spacing w:before="20" w:after="40" w:line="245" w:lineRule="auto"/>
            </w:pPr>
            <w:r>
              <w:rPr>
                <w:color w:val="000000"/>
                <w:sz w:val="16"/>
              </w:rPr>
              <w:t>Učenci se vrnejo k začetnim strategijam in jih primerjajo z novimi dokazi. Učiteljica omogoči več načinov odgovora: izvedbo, konkreten model, risbo, simbol, račun, kratko poved ali razlago v paru.</w:t>
            </w:r>
          </w:p>
          <w:tbl>
            <w:tblPr>
              <w:tblStyle w:val="Tabelamrea"/>
              <w:tblW w:w="0" w:type="auto"/>
              <w:jc w:val="center"/>
              <w:tblLayout w:type="fixed"/>
              <w:tblLook w:val="04A0" w:firstRow="1" w:lastRow="0" w:firstColumn="1" w:lastColumn="0" w:noHBand="0" w:noVBand="1"/>
            </w:tblPr>
            <w:tblGrid>
              <w:gridCol w:w="7087"/>
            </w:tblGrid>
            <w:tr w:rsidR="005B3871" w14:paraId="0883FF8D" w14:textId="77777777">
              <w:trPr>
                <w:jc w:val="center"/>
              </w:trPr>
              <w:tc>
                <w:tcPr>
                  <w:tcW w:w="7087" w:type="dxa"/>
                  <w:shd w:val="clear" w:color="auto" w:fill="EDC9EA"/>
                  <w:tcMar>
                    <w:top w:w="45" w:type="dxa"/>
                    <w:left w:w="70" w:type="dxa"/>
                    <w:bottom w:w="45" w:type="dxa"/>
                    <w:right w:w="70" w:type="dxa"/>
                  </w:tcMar>
                </w:tcPr>
                <w:p w14:paraId="552F0948" w14:textId="77777777" w:rsidR="005B3871" w:rsidRDefault="00000000">
                  <w:pPr>
                    <w:keepNext/>
                  </w:pPr>
                  <w:r>
                    <w:rPr>
                      <w:b/>
                      <w:color w:val="000000"/>
                    </w:rPr>
                    <w:t>SAMOVREDNOTENJE</w:t>
                  </w:r>
                </w:p>
              </w:tc>
            </w:tr>
          </w:tbl>
          <w:p w14:paraId="4AEF8962" w14:textId="77777777" w:rsidR="005B3871" w:rsidRDefault="005B3871">
            <w:pPr>
              <w:spacing w:line="20" w:lineRule="exact"/>
            </w:pPr>
          </w:p>
          <w:p w14:paraId="6276412D" w14:textId="77777777" w:rsidR="005B3871" w:rsidRDefault="00000000">
            <w:pPr>
              <w:spacing w:before="20" w:after="40" w:line="245" w:lineRule="auto"/>
            </w:pPr>
            <w:r>
              <w:rPr>
                <w:color w:val="000000"/>
                <w:sz w:val="16"/>
              </w:rPr>
              <w:t>Vsak učenec izbere kriterij, ki ga že dosega, in en naslednji korak. Uporabi semafor: zeleno – pokažem in razložim samostojno, rumeno – pokažem ob opori, modro – potrebujem novo konkretno izkušnjo in vajo.</w:t>
            </w:r>
          </w:p>
          <w:tbl>
            <w:tblPr>
              <w:tblStyle w:val="Tabelamrea"/>
              <w:tblW w:w="0" w:type="auto"/>
              <w:jc w:val="center"/>
              <w:tblLayout w:type="fixed"/>
              <w:tblLook w:val="04A0" w:firstRow="1" w:lastRow="0" w:firstColumn="1" w:lastColumn="0" w:noHBand="0" w:noVBand="1"/>
            </w:tblPr>
            <w:tblGrid>
              <w:gridCol w:w="7087"/>
            </w:tblGrid>
            <w:tr w:rsidR="005B3871" w14:paraId="794159F2" w14:textId="77777777">
              <w:trPr>
                <w:jc w:val="center"/>
              </w:trPr>
              <w:tc>
                <w:tcPr>
                  <w:tcW w:w="7087" w:type="dxa"/>
                  <w:shd w:val="clear" w:color="auto" w:fill="EDC9EA"/>
                  <w:tcMar>
                    <w:top w:w="45" w:type="dxa"/>
                    <w:left w:w="70" w:type="dxa"/>
                    <w:bottom w:w="45" w:type="dxa"/>
                    <w:right w:w="70" w:type="dxa"/>
                  </w:tcMar>
                </w:tcPr>
                <w:p w14:paraId="6DAF4D9C" w14:textId="77777777" w:rsidR="005B3871" w:rsidRDefault="00000000">
                  <w:pPr>
                    <w:keepNext/>
                  </w:pPr>
                  <w:r>
                    <w:rPr>
                      <w:b/>
                      <w:color w:val="000000"/>
                    </w:rPr>
                    <w:t>VRSTNIŠKO VREDNOTENJE</w:t>
                  </w:r>
                </w:p>
              </w:tc>
            </w:tr>
          </w:tbl>
          <w:p w14:paraId="5B2497EB" w14:textId="77777777" w:rsidR="005B3871" w:rsidRDefault="005B3871">
            <w:pPr>
              <w:spacing w:line="20" w:lineRule="exact"/>
            </w:pPr>
          </w:p>
          <w:p w14:paraId="25E4E7B7" w14:textId="77777777" w:rsidR="005B3871" w:rsidRDefault="00000000">
            <w:pPr>
              <w:spacing w:before="20" w:after="40" w:line="245" w:lineRule="auto"/>
            </w:pPr>
            <w:r>
              <w:rPr>
                <w:color w:val="000000"/>
                <w:sz w:val="16"/>
              </w:rPr>
              <w:t>V paru: »Opazil/-a sem, da si ...« in »Tvoj dokaz bi bil jasnejši, če ...«. Odziv se nanaša na kriterij, matematični model ali razlago, ne na hitrost in ne na primerjanje med učenci.</w:t>
            </w:r>
          </w:p>
          <w:tbl>
            <w:tblPr>
              <w:tblStyle w:val="Tabelamrea"/>
              <w:tblW w:w="0" w:type="auto"/>
              <w:jc w:val="center"/>
              <w:tblLayout w:type="fixed"/>
              <w:tblLook w:val="04A0" w:firstRow="1" w:lastRow="0" w:firstColumn="1" w:lastColumn="0" w:noHBand="0" w:noVBand="1"/>
            </w:tblPr>
            <w:tblGrid>
              <w:gridCol w:w="7087"/>
            </w:tblGrid>
            <w:tr w:rsidR="005B3871" w14:paraId="0ABF0FD6" w14:textId="77777777">
              <w:trPr>
                <w:jc w:val="center"/>
              </w:trPr>
              <w:tc>
                <w:tcPr>
                  <w:tcW w:w="7087" w:type="dxa"/>
                  <w:shd w:val="clear" w:color="auto" w:fill="EDC9EA"/>
                  <w:tcMar>
                    <w:top w:w="45" w:type="dxa"/>
                    <w:left w:w="70" w:type="dxa"/>
                    <w:bottom w:w="45" w:type="dxa"/>
                    <w:right w:w="70" w:type="dxa"/>
                  </w:tcMar>
                </w:tcPr>
                <w:p w14:paraId="599A2D0C" w14:textId="77777777" w:rsidR="005B3871" w:rsidRDefault="00000000">
                  <w:pPr>
                    <w:keepNext/>
                  </w:pPr>
                  <w:r>
                    <w:rPr>
                      <w:b/>
                      <w:color w:val="000000"/>
                    </w:rPr>
                    <w:t>SKUPNI POVZETEK</w:t>
                  </w:r>
                </w:p>
              </w:tc>
            </w:tr>
          </w:tbl>
          <w:p w14:paraId="5ECF3C7D" w14:textId="77777777" w:rsidR="005B3871" w:rsidRDefault="005B3871"/>
          <w:p w14:paraId="4F5066A5" w14:textId="77777777" w:rsidR="005B3871" w:rsidRDefault="00000000">
            <w:pPr>
              <w:spacing w:before="20" w:after="40" w:line="245" w:lineRule="auto"/>
            </w:pPr>
            <w:r>
              <w:rPr>
                <w:b/>
                <w:color w:val="000000"/>
                <w:sz w:val="16"/>
              </w:rPr>
              <w:t>Pri matematičnem izzivu sodelujem, uporabim primerno strategijo, rešitev pokažem ali razložim in prepoznam svoj napredek.</w:t>
            </w:r>
          </w:p>
        </w:tc>
        <w:tc>
          <w:tcPr>
            <w:tcW w:w="2551" w:type="dxa"/>
            <w:tcMar>
              <w:top w:w="70" w:type="dxa"/>
              <w:left w:w="90" w:type="dxa"/>
              <w:bottom w:w="70" w:type="dxa"/>
              <w:right w:w="90" w:type="dxa"/>
            </w:tcMar>
          </w:tcPr>
          <w:p w14:paraId="5A7E9C9C" w14:textId="77777777" w:rsidR="005B3871" w:rsidRDefault="005B3871"/>
          <w:p w14:paraId="464AF040" w14:textId="77777777" w:rsidR="005B3871" w:rsidRDefault="00000000">
            <w:pPr>
              <w:spacing w:after="100" w:line="245" w:lineRule="auto"/>
            </w:pPr>
            <w:r>
              <w:rPr>
                <w:color w:val="000000"/>
                <w:sz w:val="16"/>
              </w:rPr>
              <w:t>Odgovarja na podporna vprašanja in se sklicuje na svoj model, zapis ali izvedbo.</w:t>
            </w:r>
          </w:p>
          <w:p w14:paraId="43EFB073" w14:textId="77777777" w:rsidR="005B3871" w:rsidRDefault="00000000">
            <w:pPr>
              <w:spacing w:after="100" w:line="245" w:lineRule="auto"/>
            </w:pPr>
            <w:r>
              <w:rPr>
                <w:color w:val="000000"/>
                <w:sz w:val="16"/>
              </w:rPr>
              <w:t>Primerja začetno strategijo z novim dokazom ter pojasni, kaj se je naučil/-a.</w:t>
            </w:r>
          </w:p>
          <w:p w14:paraId="5D510684" w14:textId="77777777" w:rsidR="005B3871" w:rsidRDefault="00000000">
            <w:pPr>
              <w:spacing w:after="100" w:line="245" w:lineRule="auto"/>
            </w:pPr>
            <w:r>
              <w:rPr>
                <w:color w:val="000000"/>
                <w:sz w:val="16"/>
              </w:rPr>
              <w:t>Izbere raven samostojnosti in določi naslednji korak.</w:t>
            </w:r>
          </w:p>
          <w:p w14:paraId="0873CE86" w14:textId="77777777" w:rsidR="005B3871" w:rsidRDefault="00000000">
            <w:pPr>
              <w:spacing w:after="100" w:line="245" w:lineRule="auto"/>
            </w:pPr>
            <w:r>
              <w:rPr>
                <w:color w:val="000000"/>
                <w:sz w:val="16"/>
              </w:rPr>
              <w:t>Sošolcu poda prijazen in konkreten odziv, vezan na kriterij.</w:t>
            </w:r>
          </w:p>
          <w:p w14:paraId="5DC6929D" w14:textId="77777777" w:rsidR="005B3871" w:rsidRDefault="00000000">
            <w:pPr>
              <w:spacing w:after="20" w:line="245" w:lineRule="auto"/>
            </w:pPr>
            <w:r>
              <w:rPr>
                <w:b/>
                <w:color w:val="D95BC6"/>
                <w:sz w:val="17"/>
              </w:rPr>
              <w:t>DOKAZ O UČENJU</w:t>
            </w:r>
          </w:p>
          <w:p w14:paraId="25F38A1F" w14:textId="77777777" w:rsidR="005B3871" w:rsidRDefault="00000000">
            <w:pPr>
              <w:spacing w:after="30" w:line="245" w:lineRule="auto"/>
            </w:pPr>
            <w:r>
              <w:rPr>
                <w:color w:val="D95BC6"/>
                <w:sz w:val="16"/>
              </w:rPr>
              <w:t>model, izvedba, risba ali simbolni zapis, razlaga strategije, samovrednotenje in odziv na povratno informacijo</w:t>
            </w:r>
          </w:p>
        </w:tc>
      </w:tr>
    </w:tbl>
    <w:p w14:paraId="15AD5329" w14:textId="77777777" w:rsidR="00C51B90" w:rsidRDefault="00C51B90"/>
    <w:sectPr w:rsidR="00C51B90" w:rsidSect="00034616">
      <w:pgSz w:w="16838" w:h="11906" w:orient="landscape"/>
      <w:pgMar w:top="709" w:right="1389" w:bottom="709" w:left="1389"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6C521" w14:textId="77777777" w:rsidR="00C51B90" w:rsidRDefault="00C51B90">
      <w:r>
        <w:separator/>
      </w:r>
    </w:p>
  </w:endnote>
  <w:endnote w:type="continuationSeparator" w:id="0">
    <w:p w14:paraId="22CCABBA" w14:textId="77777777" w:rsidR="00C51B90" w:rsidRDefault="00C51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06CCA" w14:textId="77777777" w:rsidR="00C51B90" w:rsidRDefault="00C51B90">
      <w:r>
        <w:separator/>
      </w:r>
    </w:p>
  </w:footnote>
  <w:footnote w:type="continuationSeparator" w:id="0">
    <w:p w14:paraId="0E3F029B" w14:textId="77777777" w:rsidR="00C51B90" w:rsidRDefault="00C51B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651254653">
    <w:abstractNumId w:val="8"/>
  </w:num>
  <w:num w:numId="2" w16cid:durableId="74055884">
    <w:abstractNumId w:val="6"/>
  </w:num>
  <w:num w:numId="3" w16cid:durableId="1885365375">
    <w:abstractNumId w:val="5"/>
  </w:num>
  <w:num w:numId="4" w16cid:durableId="2064327940">
    <w:abstractNumId w:val="4"/>
  </w:num>
  <w:num w:numId="5" w16cid:durableId="604116039">
    <w:abstractNumId w:val="7"/>
  </w:num>
  <w:num w:numId="6" w16cid:durableId="1021667224">
    <w:abstractNumId w:val="3"/>
  </w:num>
  <w:num w:numId="7" w16cid:durableId="1604025361">
    <w:abstractNumId w:val="2"/>
  </w:num>
  <w:num w:numId="8" w16cid:durableId="1746755838">
    <w:abstractNumId w:val="1"/>
  </w:num>
  <w:num w:numId="9" w16cid:durableId="1434789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31A25"/>
    <w:rsid w:val="005B3871"/>
    <w:rsid w:val="009501A2"/>
    <w:rsid w:val="00AA1D8D"/>
    <w:rsid w:val="00B47730"/>
    <w:rsid w:val="00C51B9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86DF8C"/>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0" w:line="240" w:lineRule="auto"/>
    </w:pPr>
    <w:rPr>
      <w:rFonts w:ascii="Arial" w:hAnsi="Arial"/>
      <w:sz w:val="18"/>
    </w:rPr>
  </w:style>
  <w:style w:type="paragraph" w:styleId="Naslov1">
    <w:name w:val="heading 1"/>
    <w:basedOn w:val="Navaden"/>
    <w:next w:val="Navaden"/>
    <w:link w:val="Naslov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rPr>
      <w:sz w:val="17"/>
    </w:rPr>
  </w:style>
  <w:style w:type="paragraph" w:styleId="Oznaenseznam2">
    <w:name w:val="List Bullet 2"/>
    <w:basedOn w:val="Navaden"/>
    <w:uiPriority w:val="99"/>
    <w:unhideWhenUsed/>
    <w:rsid w:val="00326F90"/>
    <w:pPr>
      <w:numPr>
        <w:numId w:val="2"/>
      </w:numPr>
      <w:contextualSpacing/>
    </w:pPr>
    <w:rPr>
      <w:sz w:val="17"/>
    </w:r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156</Pages>
  <Words>55986</Words>
  <Characters>319122</Characters>
  <Application>Microsoft Office Word</Application>
  <DocSecurity>0</DocSecurity>
  <Lines>2659</Lines>
  <Paragraphs>748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Dnevne učne priprave – Matematika, 1. razred, 2026/2027</dc:title>
  <dc:subject>39 priprav, ki skupaj pokrivajo 140 ur</dc:subject>
  <dc:creator>Narrayani Premal</dc:creator>
  <cp:keywords>Matematika, 1. razred, izkušenjski pouk, poučevanje v gibanju, formativno spremljanje, dnevne priprave</cp:keywords>
  <dc:description>generated by python-docx</dc:description>
  <cp:lastModifiedBy>Narrayani Premal</cp:lastModifiedBy>
  <cp:revision>2</cp:revision>
  <dcterms:created xsi:type="dcterms:W3CDTF">2013-12-23T23:15:00Z</dcterms:created>
  <dcterms:modified xsi:type="dcterms:W3CDTF">2026-08-17T07:13:00Z</dcterms:modified>
  <cp:category/>
</cp:coreProperties>
</file>