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426E0A12" w14:textId="77777777">
        <w:trPr>
          <w:cantSplit/>
          <w:jc w:val="center"/>
        </w:trPr>
        <w:tc>
          <w:tcPr>
            <w:tcW w:w="14060" w:type="dxa"/>
            <w:gridSpan w:val="6"/>
            <w:tcMar>
              <w:top w:w="70" w:type="dxa"/>
              <w:left w:w="90" w:type="dxa"/>
              <w:bottom w:w="70" w:type="dxa"/>
              <w:right w:w="90" w:type="dxa"/>
            </w:tcMar>
            <w:vAlign w:val="center"/>
          </w:tcPr>
          <w:p w14:paraId="0A538DA8" w14:textId="77777777" w:rsidR="00080BF0" w:rsidRDefault="00000000">
            <w:pPr>
              <w:jc w:val="center"/>
            </w:pPr>
            <w:r>
              <w:rPr>
                <w:b/>
                <w:color w:val="000000"/>
                <w:sz w:val="24"/>
              </w:rPr>
              <w:t>UČNA PRIPRAVA 1/39</w:t>
            </w:r>
          </w:p>
        </w:tc>
      </w:tr>
      <w:tr w:rsidR="00080BF0" w14:paraId="733A3CE8" w14:textId="77777777">
        <w:trPr>
          <w:jc w:val="center"/>
        </w:trPr>
        <w:tc>
          <w:tcPr>
            <w:tcW w:w="2665" w:type="dxa"/>
            <w:tcMar>
              <w:top w:w="70" w:type="dxa"/>
              <w:left w:w="90" w:type="dxa"/>
              <w:bottom w:w="70" w:type="dxa"/>
              <w:right w:w="90" w:type="dxa"/>
            </w:tcMar>
            <w:vAlign w:val="center"/>
          </w:tcPr>
          <w:p w14:paraId="12853C8B"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C705878"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1CFEC15F"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44D21D1" w14:textId="77777777" w:rsidR="00080BF0" w:rsidRDefault="00000000">
            <w:r>
              <w:rPr>
                <w:b/>
                <w:color w:val="000000"/>
                <w:sz w:val="16"/>
              </w:rPr>
              <w:t xml:space="preserve">NAČRTOVANI TERMIN: </w:t>
            </w:r>
            <w:r>
              <w:rPr>
                <w:color w:val="000000"/>
                <w:sz w:val="16"/>
              </w:rPr>
              <w:t>1. teden • 1.–4. 9. 2026</w:t>
            </w:r>
          </w:p>
        </w:tc>
        <w:tc>
          <w:tcPr>
            <w:tcW w:w="2268" w:type="dxa"/>
            <w:tcMar>
              <w:top w:w="70" w:type="dxa"/>
              <w:left w:w="90" w:type="dxa"/>
              <w:bottom w:w="70" w:type="dxa"/>
              <w:right w:w="90" w:type="dxa"/>
            </w:tcMar>
            <w:vAlign w:val="center"/>
          </w:tcPr>
          <w:p w14:paraId="4E1733A1"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B24861F" w14:textId="77777777" w:rsidR="00080BF0" w:rsidRDefault="00000000">
            <w:r>
              <w:rPr>
                <w:b/>
                <w:color w:val="000000"/>
                <w:sz w:val="16"/>
              </w:rPr>
              <w:t xml:space="preserve">ŠTEVILO UR: </w:t>
            </w:r>
            <w:r>
              <w:rPr>
                <w:color w:val="000000"/>
                <w:sz w:val="16"/>
              </w:rPr>
              <w:t>2</w:t>
            </w:r>
          </w:p>
        </w:tc>
      </w:tr>
      <w:tr w:rsidR="00080BF0" w14:paraId="4E432F09" w14:textId="77777777">
        <w:trPr>
          <w:jc w:val="center"/>
        </w:trPr>
        <w:tc>
          <w:tcPr>
            <w:tcW w:w="14061" w:type="dxa"/>
            <w:gridSpan w:val="6"/>
            <w:tcMar>
              <w:top w:w="70" w:type="dxa"/>
              <w:left w:w="90" w:type="dxa"/>
              <w:bottom w:w="70" w:type="dxa"/>
              <w:right w:w="90" w:type="dxa"/>
            </w:tcMar>
            <w:vAlign w:val="center"/>
          </w:tcPr>
          <w:p w14:paraId="1C3F94FB"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41D9F247" w14:textId="77777777">
        <w:trPr>
          <w:cantSplit/>
          <w:jc w:val="center"/>
        </w:trPr>
        <w:tc>
          <w:tcPr>
            <w:tcW w:w="14060" w:type="dxa"/>
            <w:gridSpan w:val="6"/>
            <w:tcMar>
              <w:top w:w="70" w:type="dxa"/>
              <w:left w:w="90" w:type="dxa"/>
              <w:bottom w:w="70" w:type="dxa"/>
              <w:right w:w="90" w:type="dxa"/>
            </w:tcMar>
            <w:vAlign w:val="center"/>
          </w:tcPr>
          <w:p w14:paraId="02703B8C" w14:textId="77777777" w:rsidR="00080BF0" w:rsidRDefault="00080BF0"/>
          <w:p w14:paraId="26A92415" w14:textId="77777777" w:rsidR="00080BF0" w:rsidRDefault="00000000">
            <w:pPr>
              <w:spacing w:line="245" w:lineRule="auto"/>
            </w:pPr>
            <w:r>
              <w:rPr>
                <w:b/>
                <w:color w:val="000000"/>
                <w:sz w:val="15"/>
              </w:rPr>
              <w:t xml:space="preserve">UČNI SKLOP: </w:t>
            </w:r>
            <w:r>
              <w:rPr>
                <w:color w:val="000000"/>
                <w:sz w:val="15"/>
              </w:rPr>
              <w:t>V ŠOLO – JAZ, ODNOSI IN UČENJE</w:t>
            </w:r>
          </w:p>
        </w:tc>
      </w:tr>
      <w:tr w:rsidR="00080BF0" w14:paraId="33EF8F8E" w14:textId="77777777">
        <w:trPr>
          <w:cantSplit/>
          <w:jc w:val="center"/>
        </w:trPr>
        <w:tc>
          <w:tcPr>
            <w:tcW w:w="14060" w:type="dxa"/>
            <w:gridSpan w:val="6"/>
            <w:tcMar>
              <w:top w:w="70" w:type="dxa"/>
              <w:left w:w="90" w:type="dxa"/>
              <w:bottom w:w="70" w:type="dxa"/>
              <w:right w:w="90" w:type="dxa"/>
            </w:tcMar>
            <w:vAlign w:val="center"/>
          </w:tcPr>
          <w:p w14:paraId="6130648F" w14:textId="77777777" w:rsidR="00080BF0" w:rsidRDefault="00080BF0"/>
          <w:p w14:paraId="188EA8D4" w14:textId="77777777" w:rsidR="00080BF0" w:rsidRDefault="00000000">
            <w:pPr>
              <w:spacing w:line="245" w:lineRule="auto"/>
            </w:pPr>
            <w:r>
              <w:rPr>
                <w:b/>
                <w:color w:val="000000"/>
                <w:sz w:val="15"/>
              </w:rPr>
              <w:t xml:space="preserve">UČNA TEMA: </w:t>
            </w:r>
            <w:r>
              <w:rPr>
                <w:color w:val="000000"/>
                <w:sz w:val="15"/>
              </w:rPr>
              <w:t>ČRTA IN PIKA</w:t>
            </w:r>
          </w:p>
        </w:tc>
      </w:tr>
      <w:tr w:rsidR="00080BF0" w14:paraId="5D0226D1" w14:textId="77777777">
        <w:trPr>
          <w:cantSplit/>
          <w:jc w:val="center"/>
        </w:trPr>
        <w:tc>
          <w:tcPr>
            <w:tcW w:w="14060" w:type="dxa"/>
            <w:gridSpan w:val="6"/>
            <w:tcMar>
              <w:top w:w="70" w:type="dxa"/>
              <w:left w:w="90" w:type="dxa"/>
              <w:bottom w:w="70" w:type="dxa"/>
              <w:right w:w="90" w:type="dxa"/>
            </w:tcMar>
            <w:vAlign w:val="center"/>
          </w:tcPr>
          <w:p w14:paraId="0862F974" w14:textId="77777777" w:rsidR="00080BF0" w:rsidRDefault="00080BF0"/>
          <w:p w14:paraId="580899D3" w14:textId="77777777" w:rsidR="00080BF0" w:rsidRDefault="00000000">
            <w:pPr>
              <w:spacing w:line="245" w:lineRule="auto"/>
            </w:pPr>
            <w:r>
              <w:rPr>
                <w:b/>
                <w:color w:val="000000"/>
                <w:sz w:val="15"/>
              </w:rPr>
              <w:t xml:space="preserve">KNJIŽEVNO / MOTIVNO IZHODIŠČE: </w:t>
            </w:r>
            <w:r>
              <w:rPr>
                <w:color w:val="000000"/>
                <w:sz w:val="15"/>
              </w:rPr>
              <w:t>»Muca Copatarica« – Ela Peroci • urejenost, odgovornost in pripadnost razredu</w:t>
            </w:r>
          </w:p>
        </w:tc>
      </w:tr>
      <w:tr w:rsidR="00080BF0" w14:paraId="235DD399" w14:textId="77777777">
        <w:trPr>
          <w:cantSplit/>
          <w:jc w:val="center"/>
        </w:trPr>
        <w:tc>
          <w:tcPr>
            <w:tcW w:w="14060" w:type="dxa"/>
            <w:gridSpan w:val="6"/>
            <w:tcMar>
              <w:top w:w="70" w:type="dxa"/>
              <w:left w:w="90" w:type="dxa"/>
              <w:bottom w:w="70" w:type="dxa"/>
              <w:right w:w="90" w:type="dxa"/>
            </w:tcMar>
            <w:vAlign w:val="center"/>
          </w:tcPr>
          <w:p w14:paraId="369800BC" w14:textId="77777777" w:rsidR="00080BF0" w:rsidRDefault="00080BF0"/>
          <w:p w14:paraId="0060F9DA" w14:textId="77777777" w:rsidR="00080BF0" w:rsidRDefault="00000000">
            <w:pPr>
              <w:spacing w:line="245" w:lineRule="auto"/>
            </w:pPr>
            <w:r>
              <w:rPr>
                <w:b/>
                <w:color w:val="000000"/>
                <w:sz w:val="15"/>
              </w:rPr>
              <w:t xml:space="preserve">LIKOVNO IZHODIŠČE / MOTIVACIJA: </w:t>
            </w:r>
            <w:r>
              <w:rPr>
                <w:color w:val="000000"/>
                <w:sz w:val="15"/>
              </w:rPr>
              <w:t>likovni detektiv odkrije nepopolno risbo na temo »črta in pika« in prosi učence, naj z različnimi črtami, pogledi ali podrobnostmi poiščejo več možnih rešitev. Tematska rešitev: oblikuje pisan par copat ali mačjo ilustracijo.</w:t>
            </w:r>
          </w:p>
        </w:tc>
      </w:tr>
      <w:tr w:rsidR="00080BF0" w14:paraId="5A0054ED" w14:textId="77777777">
        <w:trPr>
          <w:cantSplit/>
          <w:jc w:val="center"/>
        </w:trPr>
        <w:tc>
          <w:tcPr>
            <w:tcW w:w="14060" w:type="dxa"/>
            <w:gridSpan w:val="6"/>
            <w:tcMar>
              <w:top w:w="70" w:type="dxa"/>
              <w:left w:w="90" w:type="dxa"/>
              <w:bottom w:w="70" w:type="dxa"/>
              <w:right w:w="90" w:type="dxa"/>
            </w:tcMar>
            <w:vAlign w:val="center"/>
          </w:tcPr>
          <w:p w14:paraId="618B5F49" w14:textId="77777777" w:rsidR="00080BF0" w:rsidRDefault="00080BF0"/>
          <w:p w14:paraId="3AD35F6B" w14:textId="77777777" w:rsidR="00080BF0" w:rsidRDefault="00000000">
            <w:pPr>
              <w:spacing w:line="245" w:lineRule="auto"/>
            </w:pPr>
            <w:r>
              <w:rPr>
                <w:b/>
                <w:color w:val="000000"/>
                <w:sz w:val="15"/>
              </w:rPr>
              <w:t xml:space="preserve">UČNE ENOTE: </w:t>
            </w:r>
            <w:r>
              <w:rPr>
                <w:color w:val="000000"/>
                <w:sz w:val="15"/>
              </w:rPr>
              <w:t>1. ura – Črta in pika – Opazujem, preizkušam, načrtujem • 2. ura – Črta in pika – Ustvarjam, predstavim, izboljšam</w:t>
            </w:r>
          </w:p>
        </w:tc>
      </w:tr>
      <w:tr w:rsidR="00080BF0" w14:paraId="61E13ABC" w14:textId="77777777">
        <w:trPr>
          <w:cantSplit/>
          <w:jc w:val="center"/>
        </w:trPr>
        <w:tc>
          <w:tcPr>
            <w:tcW w:w="14060" w:type="dxa"/>
            <w:gridSpan w:val="6"/>
            <w:tcMar>
              <w:top w:w="70" w:type="dxa"/>
              <w:left w:w="90" w:type="dxa"/>
              <w:bottom w:w="70" w:type="dxa"/>
              <w:right w:w="90" w:type="dxa"/>
            </w:tcMar>
            <w:vAlign w:val="center"/>
          </w:tcPr>
          <w:p w14:paraId="59C6E5C2" w14:textId="77777777" w:rsidR="00080BF0" w:rsidRDefault="00080BF0"/>
          <w:p w14:paraId="3E691F44"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75E6B46B" w14:textId="77777777">
        <w:trPr>
          <w:cantSplit/>
          <w:jc w:val="center"/>
        </w:trPr>
        <w:tc>
          <w:tcPr>
            <w:tcW w:w="14060" w:type="dxa"/>
            <w:gridSpan w:val="6"/>
            <w:tcMar>
              <w:top w:w="70" w:type="dxa"/>
              <w:left w:w="90" w:type="dxa"/>
              <w:bottom w:w="70" w:type="dxa"/>
              <w:right w:w="90" w:type="dxa"/>
            </w:tcMar>
            <w:vAlign w:val="center"/>
          </w:tcPr>
          <w:p w14:paraId="18971FA2" w14:textId="77777777" w:rsidR="00080BF0" w:rsidRDefault="00080BF0"/>
          <w:p w14:paraId="78A53B73"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17FC6DD1" w14:textId="77777777">
        <w:trPr>
          <w:cantSplit/>
          <w:jc w:val="center"/>
        </w:trPr>
        <w:tc>
          <w:tcPr>
            <w:tcW w:w="14060" w:type="dxa"/>
            <w:gridSpan w:val="6"/>
            <w:tcMar>
              <w:top w:w="70" w:type="dxa"/>
              <w:left w:w="90" w:type="dxa"/>
              <w:bottom w:w="70" w:type="dxa"/>
              <w:right w:w="90" w:type="dxa"/>
            </w:tcMar>
            <w:vAlign w:val="center"/>
          </w:tcPr>
          <w:p w14:paraId="2EA460A3" w14:textId="77777777" w:rsidR="00080BF0" w:rsidRDefault="00080BF0"/>
          <w:p w14:paraId="731C191D"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55EA587E" w14:textId="77777777">
        <w:trPr>
          <w:cantSplit/>
          <w:jc w:val="center"/>
        </w:trPr>
        <w:tc>
          <w:tcPr>
            <w:tcW w:w="14060" w:type="dxa"/>
            <w:gridSpan w:val="6"/>
            <w:tcMar>
              <w:top w:w="70" w:type="dxa"/>
              <w:left w:w="90" w:type="dxa"/>
              <w:bottom w:w="70" w:type="dxa"/>
              <w:right w:w="90" w:type="dxa"/>
            </w:tcMar>
            <w:vAlign w:val="center"/>
          </w:tcPr>
          <w:p w14:paraId="4A0D9D34" w14:textId="77777777" w:rsidR="00080BF0" w:rsidRDefault="00080BF0"/>
          <w:p w14:paraId="0754A92A" w14:textId="77777777" w:rsidR="00080BF0" w:rsidRDefault="00000000">
            <w:pPr>
              <w:spacing w:line="245" w:lineRule="auto"/>
            </w:pPr>
            <w:r>
              <w:rPr>
                <w:b/>
                <w:color w:val="000000"/>
                <w:sz w:val="15"/>
              </w:rPr>
              <w:t xml:space="preserve">MEDPREDMETNE POVEZAVE: </w:t>
            </w:r>
            <w:r>
              <w:rPr>
                <w:color w:val="000000"/>
                <w:sz w:val="15"/>
              </w:rPr>
              <w:t>SPO – urejenost, odgovornost in pripadnost razredu; SLJ – poslušanje, opis opažanja, poimenovanje postopka in predstavitev; MAT – oblike, razvrščanje, vzorci in prostorski odnosi; ŠPO – gibalna črta, telesna skulptura, smer in ravnotežje; GUM – ritem, ponavljanje.</w:t>
            </w:r>
          </w:p>
        </w:tc>
      </w:tr>
      <w:tr w:rsidR="00080BF0" w14:paraId="36E90FDC" w14:textId="77777777">
        <w:trPr>
          <w:cantSplit/>
          <w:jc w:val="center"/>
        </w:trPr>
        <w:tc>
          <w:tcPr>
            <w:tcW w:w="14060" w:type="dxa"/>
            <w:gridSpan w:val="6"/>
            <w:tcMar>
              <w:top w:w="70" w:type="dxa"/>
              <w:left w:w="90" w:type="dxa"/>
              <w:bottom w:w="70" w:type="dxa"/>
              <w:right w:w="90" w:type="dxa"/>
            </w:tcMar>
            <w:vAlign w:val="center"/>
          </w:tcPr>
          <w:p w14:paraId="1A51C85F" w14:textId="77777777" w:rsidR="00080BF0" w:rsidRDefault="00080BF0"/>
          <w:p w14:paraId="4E809BE2" w14:textId="77777777" w:rsidR="00080BF0" w:rsidRDefault="00000000">
            <w:pPr>
              <w:spacing w:line="245" w:lineRule="auto"/>
            </w:pPr>
            <w:r>
              <w:rPr>
                <w:b/>
                <w:color w:val="000000"/>
                <w:sz w:val="15"/>
              </w:rPr>
              <w:t xml:space="preserve">UČNA SREDSTVA IN PRIPOMOČKI: </w:t>
            </w:r>
            <w:r>
              <w:rPr>
                <w:color w:val="000000"/>
                <w:sz w:val="15"/>
              </w:rPr>
              <w:t>risalni papir različnih velikosti, mehki grafitni svinčniki, voščenke, barvice, flomastri, ogledalca ali opazovani predmeti; fotografija, reprodukcija ali resnični predmet za opazovanje; kartice namena in meril; talne oznake štirih postaj; mapa dokazov; sredstva za čiščenje in pospravljanje</w:t>
            </w:r>
          </w:p>
        </w:tc>
      </w:tr>
      <w:tr w:rsidR="00080BF0" w14:paraId="0342EE71" w14:textId="77777777">
        <w:trPr>
          <w:cantSplit/>
          <w:jc w:val="center"/>
        </w:trPr>
        <w:tc>
          <w:tcPr>
            <w:tcW w:w="14060" w:type="dxa"/>
            <w:gridSpan w:val="6"/>
            <w:tcMar>
              <w:top w:w="70" w:type="dxa"/>
              <w:left w:w="90" w:type="dxa"/>
              <w:bottom w:w="70" w:type="dxa"/>
              <w:right w:w="90" w:type="dxa"/>
            </w:tcMar>
            <w:vAlign w:val="center"/>
          </w:tcPr>
          <w:p w14:paraId="26122DD6" w14:textId="77777777" w:rsidR="00080BF0" w:rsidRDefault="00080BF0"/>
          <w:p w14:paraId="22752616"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3C12EF2A" w14:textId="77777777">
        <w:trPr>
          <w:cantSplit/>
          <w:jc w:val="center"/>
        </w:trPr>
        <w:tc>
          <w:tcPr>
            <w:tcW w:w="14060" w:type="dxa"/>
            <w:gridSpan w:val="6"/>
            <w:tcMar>
              <w:top w:w="70" w:type="dxa"/>
              <w:left w:w="90" w:type="dxa"/>
              <w:bottom w:w="70" w:type="dxa"/>
              <w:right w:w="90" w:type="dxa"/>
            </w:tcMar>
            <w:vAlign w:val="center"/>
          </w:tcPr>
          <w:p w14:paraId="39C20D5D" w14:textId="77777777" w:rsidR="00080BF0" w:rsidRDefault="00080BF0"/>
          <w:p w14:paraId="648777FC"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23D10B2D" w14:textId="77777777">
        <w:trPr>
          <w:cantSplit/>
          <w:jc w:val="center"/>
        </w:trPr>
        <w:tc>
          <w:tcPr>
            <w:tcW w:w="14060" w:type="dxa"/>
            <w:gridSpan w:val="6"/>
            <w:tcMar>
              <w:top w:w="70" w:type="dxa"/>
              <w:left w:w="90" w:type="dxa"/>
              <w:bottom w:w="70" w:type="dxa"/>
              <w:right w:w="90" w:type="dxa"/>
            </w:tcMar>
            <w:vAlign w:val="center"/>
          </w:tcPr>
          <w:p w14:paraId="3D6DF852" w14:textId="77777777" w:rsidR="00080BF0" w:rsidRDefault="00080BF0"/>
          <w:p w14:paraId="3EDC485E"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25A68CB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75FD32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1707038"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18DC8DE" w14:textId="77777777" w:rsidR="00080BF0" w:rsidRDefault="00000000">
            <w:pPr>
              <w:jc w:val="center"/>
            </w:pPr>
            <w:r>
              <w:rPr>
                <w:b/>
                <w:color w:val="000000"/>
                <w:sz w:val="20"/>
              </w:rPr>
              <w:t>UČNE DEJAVNOSTI, METODE IN FORMATIVNO SPREMLJANJE</w:t>
            </w:r>
          </w:p>
        </w:tc>
      </w:tr>
      <w:tr w:rsidR="00080BF0" w14:paraId="0D4BC249" w14:textId="77777777">
        <w:trPr>
          <w:tblHeader/>
          <w:jc w:val="center"/>
        </w:trPr>
        <w:tc>
          <w:tcPr>
            <w:tcW w:w="4422" w:type="dxa"/>
            <w:vMerge/>
            <w:tcMar>
              <w:top w:w="70" w:type="dxa"/>
              <w:left w:w="90" w:type="dxa"/>
              <w:bottom w:w="70" w:type="dxa"/>
              <w:right w:w="90" w:type="dxa"/>
            </w:tcMar>
            <w:vAlign w:val="center"/>
          </w:tcPr>
          <w:p w14:paraId="423450B1" w14:textId="77777777" w:rsidR="00080BF0" w:rsidRDefault="00080BF0"/>
        </w:tc>
        <w:tc>
          <w:tcPr>
            <w:tcW w:w="7087" w:type="dxa"/>
            <w:shd w:val="clear" w:color="auto" w:fill="FFFFFF"/>
            <w:tcMar>
              <w:top w:w="70" w:type="dxa"/>
              <w:left w:w="90" w:type="dxa"/>
              <w:bottom w:w="70" w:type="dxa"/>
              <w:right w:w="90" w:type="dxa"/>
            </w:tcMar>
            <w:vAlign w:val="center"/>
          </w:tcPr>
          <w:p w14:paraId="6C0861C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89AFF95" w14:textId="77777777" w:rsidR="00080BF0" w:rsidRDefault="00000000">
            <w:pPr>
              <w:jc w:val="center"/>
            </w:pPr>
            <w:r>
              <w:rPr>
                <w:b/>
                <w:color w:val="000000"/>
              </w:rPr>
              <w:t>UČENEC</w:t>
            </w:r>
          </w:p>
        </w:tc>
      </w:tr>
      <w:tr w:rsidR="00080BF0" w14:paraId="3C698D44" w14:textId="77777777">
        <w:trPr>
          <w:jc w:val="center"/>
        </w:trPr>
        <w:tc>
          <w:tcPr>
            <w:tcW w:w="4422" w:type="dxa"/>
            <w:tcMar>
              <w:top w:w="70" w:type="dxa"/>
              <w:left w:w="90" w:type="dxa"/>
              <w:bottom w:w="70" w:type="dxa"/>
              <w:right w:w="90" w:type="dxa"/>
            </w:tcMar>
          </w:tcPr>
          <w:p w14:paraId="2E69251D" w14:textId="77777777" w:rsidR="00080BF0" w:rsidRDefault="00080BF0"/>
          <w:p w14:paraId="12C1A507" w14:textId="77777777" w:rsidR="00080BF0" w:rsidRDefault="00000000">
            <w:pPr>
              <w:spacing w:after="60" w:line="245" w:lineRule="auto"/>
            </w:pPr>
            <w:r>
              <w:rPr>
                <w:b/>
                <w:color w:val="000000"/>
              </w:rPr>
              <w:t>UČNI CILJI</w:t>
            </w:r>
          </w:p>
          <w:p w14:paraId="29E4A8B4" w14:textId="77777777" w:rsidR="00080BF0" w:rsidRDefault="00000000">
            <w:pPr>
              <w:spacing w:after="20" w:line="245" w:lineRule="auto"/>
            </w:pPr>
            <w:r>
              <w:rPr>
                <w:b/>
                <w:color w:val="000000"/>
                <w:sz w:val="17"/>
              </w:rPr>
              <w:t>SPLOŠNI</w:t>
            </w:r>
          </w:p>
          <w:p w14:paraId="4428CCD8"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6C4750EF"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06F8D232"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12A474E6"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4A255FE4" w14:textId="77777777" w:rsidR="00080BF0" w:rsidRDefault="00000000">
            <w:pPr>
              <w:spacing w:before="40" w:after="20" w:line="245" w:lineRule="auto"/>
            </w:pPr>
            <w:r>
              <w:rPr>
                <w:b/>
                <w:color w:val="000000"/>
                <w:sz w:val="17"/>
              </w:rPr>
              <w:t>OPERATIVNI</w:t>
            </w:r>
          </w:p>
          <w:p w14:paraId="16DC7A7C" w14:textId="77777777" w:rsidR="00080BF0" w:rsidRDefault="00000000">
            <w:pPr>
              <w:pStyle w:val="Oznaenseznam"/>
              <w:spacing w:after="16"/>
            </w:pPr>
            <w:r>
              <w:rPr>
                <w:color w:val="000000"/>
                <w:sz w:val="16"/>
              </w:rPr>
              <w:t>spozna likovne pripomočke</w:t>
            </w:r>
          </w:p>
          <w:p w14:paraId="2353938E" w14:textId="77777777" w:rsidR="00080BF0" w:rsidRDefault="00000000">
            <w:pPr>
              <w:pStyle w:val="Oznaenseznam"/>
              <w:spacing w:after="16"/>
            </w:pPr>
            <w:r>
              <w:rPr>
                <w:color w:val="000000"/>
                <w:sz w:val="16"/>
              </w:rPr>
              <w:t>ustvarja z različnimi črtami</w:t>
            </w:r>
          </w:p>
          <w:p w14:paraId="58508461" w14:textId="77777777" w:rsidR="00080BF0" w:rsidRDefault="00000000">
            <w:pPr>
              <w:pStyle w:val="Oznaenseznam"/>
              <w:spacing w:after="16"/>
            </w:pPr>
            <w:r>
              <w:rPr>
                <w:color w:val="000000"/>
                <w:sz w:val="16"/>
              </w:rPr>
              <w:t>uredi delovni prostor</w:t>
            </w:r>
          </w:p>
          <w:p w14:paraId="23F35641" w14:textId="77777777" w:rsidR="00080BF0" w:rsidRDefault="00000000">
            <w:pPr>
              <w:spacing w:before="40" w:after="20" w:line="245" w:lineRule="auto"/>
            </w:pPr>
            <w:r>
              <w:rPr>
                <w:b/>
                <w:color w:val="000000"/>
                <w:sz w:val="17"/>
              </w:rPr>
              <w:t>PRIČAKOVANI DOSEŽKI / MINIMALNI POUDARKI</w:t>
            </w:r>
          </w:p>
          <w:p w14:paraId="4940CD5C" w14:textId="77777777" w:rsidR="00080BF0" w:rsidRDefault="00000000">
            <w:pPr>
              <w:pStyle w:val="Oznaenseznam"/>
              <w:spacing w:after="16"/>
            </w:pPr>
            <w:r>
              <w:rPr>
                <w:color w:val="000000"/>
                <w:sz w:val="15"/>
              </w:rPr>
              <w:t>samostojno oziroma z dogovorjeno oporo spozna likovne pripomočke</w:t>
            </w:r>
          </w:p>
          <w:p w14:paraId="561322C7" w14:textId="77777777" w:rsidR="00080BF0" w:rsidRDefault="00000000">
            <w:pPr>
              <w:pStyle w:val="Oznaenseznam"/>
              <w:spacing w:after="16"/>
            </w:pPr>
            <w:r>
              <w:rPr>
                <w:color w:val="000000"/>
                <w:sz w:val="15"/>
              </w:rPr>
              <w:t>samostojno oziroma z dogovorjeno oporo ustvarja z različnimi črtami</w:t>
            </w:r>
          </w:p>
          <w:p w14:paraId="372A1CC3" w14:textId="77777777" w:rsidR="00080BF0" w:rsidRDefault="00000000">
            <w:pPr>
              <w:pStyle w:val="Oznaenseznam"/>
              <w:spacing w:after="16"/>
            </w:pPr>
            <w:r>
              <w:rPr>
                <w:color w:val="000000"/>
                <w:sz w:val="15"/>
              </w:rPr>
              <w:t>samostojno oziroma z dogovorjeno oporo uredi delovni prostor</w:t>
            </w:r>
          </w:p>
        </w:tc>
        <w:tc>
          <w:tcPr>
            <w:tcW w:w="7087" w:type="dxa"/>
            <w:tcMar>
              <w:top w:w="70" w:type="dxa"/>
              <w:left w:w="90" w:type="dxa"/>
              <w:bottom w:w="70" w:type="dxa"/>
              <w:right w:w="90" w:type="dxa"/>
            </w:tcMar>
          </w:tcPr>
          <w:p w14:paraId="659E30F7"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8D68780" w14:textId="77777777">
              <w:trPr>
                <w:jc w:val="center"/>
              </w:trPr>
              <w:tc>
                <w:tcPr>
                  <w:tcW w:w="7087" w:type="dxa"/>
                  <w:shd w:val="clear" w:color="auto" w:fill="C6E7F3"/>
                  <w:tcMar>
                    <w:top w:w="45" w:type="dxa"/>
                    <w:left w:w="70" w:type="dxa"/>
                    <w:bottom w:w="45" w:type="dxa"/>
                    <w:right w:w="70" w:type="dxa"/>
                  </w:tcMar>
                </w:tcPr>
                <w:p w14:paraId="00C9628E" w14:textId="77777777" w:rsidR="00080BF0" w:rsidRDefault="00000000">
                  <w:pPr>
                    <w:keepNext/>
                  </w:pPr>
                  <w:r>
                    <w:rPr>
                      <w:b/>
                      <w:color w:val="000000"/>
                    </w:rPr>
                    <w:t>UVODNI DEL – likovna uganka, opazovanje, aktivacija predznanja in namen učenja (8–12 min)</w:t>
                  </w:r>
                </w:p>
              </w:tc>
            </w:tr>
          </w:tbl>
          <w:p w14:paraId="69190FE4" w14:textId="77777777" w:rsidR="00080BF0" w:rsidRDefault="00080BF0">
            <w:pPr>
              <w:spacing w:line="20" w:lineRule="exact"/>
            </w:pPr>
          </w:p>
          <w:p w14:paraId="018393B2" w14:textId="77777777" w:rsidR="00080BF0" w:rsidRDefault="00000000">
            <w:pPr>
              <w:spacing w:before="40" w:after="60" w:line="245" w:lineRule="auto"/>
            </w:pPr>
            <w:r>
              <w:rPr>
                <w:color w:val="000000"/>
                <w:sz w:val="16"/>
              </w:rPr>
              <w:t>Ob književnem motivu »Muca Copatarica« – Ela Peroci učenci vstopijo v temo urejenost, odgovornost in pripadnost razredu. Učiteljica pokaže fotografijo, reprodukcijo, predmet ali material in pove kratko likovno zgodbo: likovni detektiv odkrije nepopolno risbo na temo »črta in pika« in prosi učence, naj z različnimi črtami, pogledi ali podrobnostmi poiščejo več možnih rešitev. Tematska rešitev: oblikuje pisan par copat ali mačjo ilustracijo.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4FDA743E" w14:textId="77777777">
              <w:trPr>
                <w:jc w:val="center"/>
              </w:trPr>
              <w:tc>
                <w:tcPr>
                  <w:tcW w:w="7087" w:type="dxa"/>
                  <w:shd w:val="clear" w:color="auto" w:fill="EDC9EA"/>
                  <w:tcMar>
                    <w:top w:w="45" w:type="dxa"/>
                    <w:left w:w="70" w:type="dxa"/>
                    <w:bottom w:w="45" w:type="dxa"/>
                    <w:right w:w="70" w:type="dxa"/>
                  </w:tcMar>
                </w:tcPr>
                <w:p w14:paraId="2FC5BC6D" w14:textId="77777777" w:rsidR="00080BF0" w:rsidRDefault="00000000">
                  <w:pPr>
                    <w:keepNext/>
                  </w:pPr>
                  <w:r>
                    <w:rPr>
                      <w:b/>
                      <w:color w:val="000000"/>
                    </w:rPr>
                    <w:t>NAMENI UČENJA</w:t>
                  </w:r>
                </w:p>
              </w:tc>
            </w:tr>
          </w:tbl>
          <w:p w14:paraId="0AAA6148" w14:textId="77777777" w:rsidR="00080BF0" w:rsidRDefault="00080BF0">
            <w:pPr>
              <w:spacing w:line="20" w:lineRule="exact"/>
            </w:pPr>
          </w:p>
          <w:p w14:paraId="4562AE6B"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75CA1F9A" w14:textId="77777777" w:rsidR="00080BF0" w:rsidRDefault="00000000">
            <w:pPr>
              <w:pStyle w:val="Oznaenseznam"/>
              <w:spacing w:after="16"/>
            </w:pPr>
            <w:r>
              <w:rPr>
                <w:color w:val="000000"/>
                <w:sz w:val="16"/>
              </w:rPr>
              <w:t>spoznam likovne pripomočke</w:t>
            </w:r>
          </w:p>
          <w:p w14:paraId="662B43E4" w14:textId="77777777" w:rsidR="00080BF0" w:rsidRDefault="00000000">
            <w:pPr>
              <w:pStyle w:val="Oznaenseznam"/>
              <w:spacing w:after="16"/>
            </w:pPr>
            <w:r>
              <w:rPr>
                <w:color w:val="000000"/>
                <w:sz w:val="16"/>
              </w:rPr>
              <w:t>ustvarja z različnimi črtami</w:t>
            </w:r>
          </w:p>
          <w:p w14:paraId="24D85FDD" w14:textId="77777777" w:rsidR="00080BF0" w:rsidRDefault="00000000">
            <w:pPr>
              <w:pStyle w:val="Oznaenseznam"/>
              <w:spacing w:after="16"/>
            </w:pPr>
            <w:r>
              <w:rPr>
                <w:color w:val="000000"/>
                <w:sz w:val="16"/>
              </w:rPr>
              <w:t>uredim delovni prostor</w:t>
            </w:r>
          </w:p>
          <w:tbl>
            <w:tblPr>
              <w:tblStyle w:val="Tabelamrea"/>
              <w:tblW w:w="0" w:type="auto"/>
              <w:jc w:val="center"/>
              <w:tblLayout w:type="fixed"/>
              <w:tblLook w:val="04A0" w:firstRow="1" w:lastRow="0" w:firstColumn="1" w:lastColumn="0" w:noHBand="0" w:noVBand="1"/>
            </w:tblPr>
            <w:tblGrid>
              <w:gridCol w:w="7087"/>
            </w:tblGrid>
            <w:tr w:rsidR="00080BF0" w14:paraId="5A5DEF03" w14:textId="77777777">
              <w:trPr>
                <w:jc w:val="center"/>
              </w:trPr>
              <w:tc>
                <w:tcPr>
                  <w:tcW w:w="7087" w:type="dxa"/>
                  <w:shd w:val="clear" w:color="auto" w:fill="EDC9EA"/>
                  <w:tcMar>
                    <w:top w:w="45" w:type="dxa"/>
                    <w:left w:w="70" w:type="dxa"/>
                    <w:bottom w:w="45" w:type="dxa"/>
                    <w:right w:w="70" w:type="dxa"/>
                  </w:tcMar>
                </w:tcPr>
                <w:p w14:paraId="1BE2798E" w14:textId="77777777" w:rsidR="00080BF0" w:rsidRDefault="00000000">
                  <w:pPr>
                    <w:keepNext/>
                  </w:pPr>
                  <w:r>
                    <w:rPr>
                      <w:b/>
                      <w:color w:val="000000"/>
                    </w:rPr>
                    <w:t>PREVERJANJE PREDZNANJA</w:t>
                  </w:r>
                </w:p>
              </w:tc>
            </w:tr>
          </w:tbl>
          <w:p w14:paraId="60A7294B" w14:textId="77777777" w:rsidR="00080BF0" w:rsidRDefault="00080BF0">
            <w:pPr>
              <w:spacing w:line="20" w:lineRule="exact"/>
            </w:pPr>
          </w:p>
          <w:p w14:paraId="07E80EF9" w14:textId="77777777" w:rsidR="00080BF0" w:rsidRDefault="00000000">
            <w:pPr>
              <w:pStyle w:val="Oznaenseznam"/>
              <w:spacing w:after="16"/>
            </w:pPr>
            <w:r>
              <w:rPr>
                <w:color w:val="000000"/>
                <w:sz w:val="16"/>
              </w:rPr>
              <w:t>Kaj najprej opazim pri motivu, predmetu ali materialu, povezanem s temo »ČRTA IN PIKA«?</w:t>
            </w:r>
          </w:p>
          <w:p w14:paraId="6C930912"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5FCFF498"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0F3CD785" w14:textId="77777777">
              <w:trPr>
                <w:jc w:val="center"/>
              </w:trPr>
              <w:tc>
                <w:tcPr>
                  <w:tcW w:w="7087" w:type="dxa"/>
                  <w:shd w:val="clear" w:color="auto" w:fill="EDC9EA"/>
                  <w:tcMar>
                    <w:top w:w="45" w:type="dxa"/>
                    <w:left w:w="70" w:type="dxa"/>
                    <w:bottom w:w="45" w:type="dxa"/>
                    <w:right w:w="70" w:type="dxa"/>
                  </w:tcMar>
                </w:tcPr>
                <w:p w14:paraId="47E74B34" w14:textId="77777777" w:rsidR="00080BF0" w:rsidRDefault="00000000">
                  <w:pPr>
                    <w:keepNext/>
                  </w:pPr>
                  <w:r>
                    <w:rPr>
                      <w:b/>
                      <w:color w:val="000000"/>
                    </w:rPr>
                    <w:t>KRITERIJI USPEŠNOSTI</w:t>
                  </w:r>
                </w:p>
              </w:tc>
            </w:tr>
          </w:tbl>
          <w:p w14:paraId="2C24C3B0" w14:textId="77777777" w:rsidR="00080BF0" w:rsidRDefault="00080BF0"/>
          <w:p w14:paraId="1973FD86" w14:textId="77777777" w:rsidR="00080BF0" w:rsidRDefault="00000000">
            <w:pPr>
              <w:spacing w:before="20" w:after="20" w:line="245" w:lineRule="auto"/>
            </w:pPr>
            <w:r>
              <w:rPr>
                <w:b/>
                <w:color w:val="000000"/>
                <w:sz w:val="16"/>
              </w:rPr>
              <w:t>Uspešen/-na bom, ko:</w:t>
            </w:r>
          </w:p>
          <w:p w14:paraId="11D1B534" w14:textId="77777777" w:rsidR="00080BF0" w:rsidRDefault="00000000">
            <w:pPr>
              <w:pStyle w:val="Oznaenseznam"/>
              <w:spacing w:after="16"/>
            </w:pPr>
            <w:r>
              <w:rPr>
                <w:color w:val="000000"/>
                <w:sz w:val="16"/>
              </w:rPr>
              <w:t>spoznam likovne pripomočke</w:t>
            </w:r>
          </w:p>
          <w:p w14:paraId="35215638" w14:textId="73AD9065" w:rsidR="00080BF0" w:rsidRDefault="00000000">
            <w:pPr>
              <w:pStyle w:val="Oznaenseznam"/>
              <w:spacing w:after="16"/>
            </w:pPr>
            <w:r>
              <w:rPr>
                <w:color w:val="000000"/>
                <w:sz w:val="16"/>
              </w:rPr>
              <w:t>ustvarja</w:t>
            </w:r>
            <w:r w:rsidR="00851173">
              <w:rPr>
                <w:color w:val="000000"/>
                <w:sz w:val="16"/>
              </w:rPr>
              <w:t>m</w:t>
            </w:r>
            <w:r>
              <w:rPr>
                <w:color w:val="000000"/>
                <w:sz w:val="16"/>
              </w:rPr>
              <w:t xml:space="preserve"> z različnimi črtami</w:t>
            </w:r>
          </w:p>
          <w:p w14:paraId="5AF58360" w14:textId="77777777" w:rsidR="00080BF0" w:rsidRDefault="00000000">
            <w:pPr>
              <w:pStyle w:val="Oznaenseznam"/>
              <w:spacing w:after="16"/>
            </w:pPr>
            <w:r>
              <w:rPr>
                <w:color w:val="000000"/>
                <w:sz w:val="16"/>
              </w:rPr>
              <w:t>uredim delovni prostor</w:t>
            </w:r>
          </w:p>
          <w:p w14:paraId="17BDDC55" w14:textId="77777777" w:rsidR="00080BF0" w:rsidRDefault="00000000">
            <w:pPr>
              <w:pStyle w:val="Oznaenseznam"/>
              <w:spacing w:after="16"/>
            </w:pPr>
            <w:r>
              <w:rPr>
                <w:color w:val="000000"/>
                <w:sz w:val="15"/>
              </w:rPr>
              <w:t>varno in namensko uporabim material, zaščitim prostor ter po delu uredim svojo postajo</w:t>
            </w:r>
          </w:p>
          <w:p w14:paraId="69BA7647"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315873FC" w14:textId="77777777" w:rsidR="00080BF0" w:rsidRDefault="00080BF0"/>
          <w:p w14:paraId="29665D7F"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571D8789" w14:textId="77777777" w:rsidR="00080BF0" w:rsidRDefault="00000000">
            <w:pPr>
              <w:spacing w:after="80" w:line="245" w:lineRule="auto"/>
            </w:pPr>
            <w:r>
              <w:rPr>
                <w:color w:val="000000"/>
                <w:sz w:val="16"/>
              </w:rPr>
              <w:t>Pove ali pokaže, kaj že zna opaziti in katero likovno možnost bi najprej preizkusil.</w:t>
            </w:r>
          </w:p>
          <w:p w14:paraId="22E567AA" w14:textId="77777777" w:rsidR="00080BF0" w:rsidRDefault="00000000">
            <w:pPr>
              <w:spacing w:after="100" w:line="245" w:lineRule="auto"/>
            </w:pPr>
            <w:r>
              <w:rPr>
                <w:color w:val="000000"/>
                <w:sz w:val="16"/>
              </w:rPr>
              <w:t>Sodeluje pri razumevanju namena, meril uspešnosti, varne rabe pripomočkov in načina dokazovanja.</w:t>
            </w:r>
          </w:p>
          <w:p w14:paraId="55C6B6E1" w14:textId="77777777" w:rsidR="00080BF0" w:rsidRDefault="00000000">
            <w:pPr>
              <w:spacing w:after="20" w:line="245" w:lineRule="auto"/>
            </w:pPr>
            <w:r>
              <w:rPr>
                <w:b/>
                <w:color w:val="D95BC6"/>
                <w:sz w:val="17"/>
              </w:rPr>
              <w:t>DOKAZ O UČENJU</w:t>
            </w:r>
          </w:p>
          <w:p w14:paraId="4362B293"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385D37B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33BA55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B2ED199"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E2BD948" w14:textId="77777777" w:rsidR="00080BF0" w:rsidRDefault="00000000">
            <w:pPr>
              <w:jc w:val="center"/>
            </w:pPr>
            <w:r>
              <w:rPr>
                <w:b/>
                <w:color w:val="000000"/>
                <w:sz w:val="20"/>
              </w:rPr>
              <w:t>UČNE DEJAVNOSTI, METODE IN FORMATIVNO SPREMLJANJE</w:t>
            </w:r>
          </w:p>
        </w:tc>
      </w:tr>
      <w:tr w:rsidR="00080BF0" w14:paraId="6E757491" w14:textId="77777777">
        <w:trPr>
          <w:tblHeader/>
          <w:jc w:val="center"/>
        </w:trPr>
        <w:tc>
          <w:tcPr>
            <w:tcW w:w="4422" w:type="dxa"/>
            <w:vMerge/>
            <w:tcMar>
              <w:top w:w="70" w:type="dxa"/>
              <w:left w:w="90" w:type="dxa"/>
              <w:bottom w:w="70" w:type="dxa"/>
              <w:right w:w="90" w:type="dxa"/>
            </w:tcMar>
            <w:vAlign w:val="center"/>
          </w:tcPr>
          <w:p w14:paraId="524353D2" w14:textId="77777777" w:rsidR="00080BF0" w:rsidRDefault="00080BF0"/>
        </w:tc>
        <w:tc>
          <w:tcPr>
            <w:tcW w:w="7087" w:type="dxa"/>
            <w:shd w:val="clear" w:color="auto" w:fill="FFFFFF"/>
            <w:tcMar>
              <w:top w:w="70" w:type="dxa"/>
              <w:left w:w="90" w:type="dxa"/>
              <w:bottom w:w="70" w:type="dxa"/>
              <w:right w:w="90" w:type="dxa"/>
            </w:tcMar>
            <w:vAlign w:val="center"/>
          </w:tcPr>
          <w:p w14:paraId="7BF38F4E"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9CD9261" w14:textId="77777777" w:rsidR="00080BF0" w:rsidRDefault="00000000">
            <w:pPr>
              <w:jc w:val="center"/>
            </w:pPr>
            <w:r>
              <w:rPr>
                <w:b/>
                <w:color w:val="000000"/>
              </w:rPr>
              <w:t>UČENEC</w:t>
            </w:r>
          </w:p>
        </w:tc>
      </w:tr>
      <w:tr w:rsidR="00080BF0" w14:paraId="45C972DA" w14:textId="77777777">
        <w:trPr>
          <w:jc w:val="center"/>
        </w:trPr>
        <w:tc>
          <w:tcPr>
            <w:tcW w:w="4422" w:type="dxa"/>
            <w:tcMar>
              <w:top w:w="70" w:type="dxa"/>
              <w:left w:w="90" w:type="dxa"/>
              <w:bottom w:w="70" w:type="dxa"/>
              <w:right w:w="90" w:type="dxa"/>
            </w:tcMar>
          </w:tcPr>
          <w:p w14:paraId="2B05DD02" w14:textId="77777777" w:rsidR="00080BF0" w:rsidRDefault="00080BF0"/>
          <w:p w14:paraId="1AFC52CC" w14:textId="77777777" w:rsidR="00080BF0" w:rsidRDefault="00000000">
            <w:pPr>
              <w:spacing w:after="40" w:line="245" w:lineRule="auto"/>
            </w:pPr>
            <w:r>
              <w:rPr>
                <w:b/>
                <w:color w:val="000000"/>
              </w:rPr>
              <w:t>KLJUČNI LIKOVNI POJMI</w:t>
            </w:r>
          </w:p>
          <w:p w14:paraId="5D011102"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pika, ravna in kriva črta, sklenjena oblika, podrobnost, razmerje, simbol</w:t>
            </w:r>
          </w:p>
          <w:p w14:paraId="0CF65CB6" w14:textId="77777777" w:rsidR="00080BF0" w:rsidRDefault="00000000">
            <w:pPr>
              <w:spacing w:after="20" w:line="245" w:lineRule="auto"/>
            </w:pPr>
            <w:r>
              <w:rPr>
                <w:b/>
                <w:color w:val="000000"/>
                <w:sz w:val="17"/>
              </w:rPr>
              <w:t>DOKAZI O UČENJU</w:t>
            </w:r>
          </w:p>
          <w:p w14:paraId="624F6391" w14:textId="77777777" w:rsidR="00080BF0" w:rsidRDefault="00000000">
            <w:pPr>
              <w:pStyle w:val="Oznaenseznam"/>
              <w:spacing w:after="9"/>
            </w:pPr>
            <w:r>
              <w:rPr>
                <w:color w:val="000000"/>
                <w:sz w:val="15"/>
              </w:rPr>
              <w:t>list materialnih poskusov, skica/načrt, učenčeva razlaga in učiteljev zapis o varni rabi pripomočkov.</w:t>
            </w:r>
          </w:p>
          <w:p w14:paraId="1AABAD63" w14:textId="77777777" w:rsidR="00080BF0" w:rsidRDefault="00000000">
            <w:pPr>
              <w:pStyle w:val="Oznaenseznam"/>
              <w:spacing w:after="9"/>
            </w:pPr>
            <w:r>
              <w:rPr>
                <w:color w:val="000000"/>
                <w:sz w:val="15"/>
              </w:rPr>
              <w:t>likovni proces in izdelek, fotografija faze, učenčeva razlaga ter samovrednotenje v mapi.</w:t>
            </w:r>
          </w:p>
          <w:p w14:paraId="47275E2B" w14:textId="77777777" w:rsidR="00080BF0" w:rsidRDefault="00000000">
            <w:pPr>
              <w:spacing w:before="40" w:after="20" w:line="245" w:lineRule="auto"/>
            </w:pPr>
            <w:r>
              <w:rPr>
                <w:b/>
                <w:color w:val="000000"/>
                <w:sz w:val="17"/>
              </w:rPr>
              <w:t>LIKOVNO DOŽIVETJE IN IZKUŠENJSKI POUK</w:t>
            </w:r>
          </w:p>
          <w:p w14:paraId="4C548218"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610FB0D4" w14:textId="77777777" w:rsidR="00080BF0" w:rsidRDefault="00000000">
            <w:pPr>
              <w:spacing w:after="20" w:line="245" w:lineRule="auto"/>
            </w:pPr>
            <w:r>
              <w:rPr>
                <w:b/>
                <w:color w:val="000000"/>
                <w:sz w:val="17"/>
              </w:rPr>
              <w:t>POUČEVANJE V GIBANJU</w:t>
            </w:r>
          </w:p>
          <w:p w14:paraId="31FF9440"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34E72FEC" w14:textId="77777777" w:rsidR="00080BF0" w:rsidRDefault="00000000">
            <w:pPr>
              <w:spacing w:after="20" w:line="245" w:lineRule="auto"/>
            </w:pPr>
            <w:r>
              <w:rPr>
                <w:b/>
                <w:color w:val="000000"/>
                <w:sz w:val="17"/>
              </w:rPr>
              <w:t>DELO PO POSTAJAH</w:t>
            </w:r>
          </w:p>
          <w:p w14:paraId="24262DF4"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67BDAC79" w14:textId="77777777" w:rsidR="00080BF0" w:rsidRDefault="00000000">
            <w:pPr>
              <w:spacing w:after="9" w:line="245" w:lineRule="auto"/>
            </w:pPr>
            <w:r>
              <w:rPr>
                <w:color w:val="000000"/>
                <w:sz w:val="14"/>
              </w:rPr>
              <w:t>1. Opazovalna: predmet, obraz, figuro ali motiv opazujem z okvirjem ter poiščem tri pomembne črte, oblike ali podrobnosti.</w:t>
            </w:r>
          </w:p>
          <w:p w14:paraId="728E9F0E" w14:textId="77777777" w:rsidR="00080BF0" w:rsidRDefault="00000000">
            <w:pPr>
              <w:spacing w:after="9" w:line="245" w:lineRule="auto"/>
            </w:pPr>
            <w:r>
              <w:rPr>
                <w:color w:val="000000"/>
                <w:sz w:val="14"/>
              </w:rPr>
              <w:t>2. Risarski laboratorij: na poskusnem listu primerjam sledi različnih risal, pritisk, smer in gostoto črt.</w:t>
            </w:r>
          </w:p>
          <w:p w14:paraId="6478DB03" w14:textId="77777777" w:rsidR="00080BF0" w:rsidRDefault="00000000">
            <w:pPr>
              <w:spacing w:after="9" w:line="245" w:lineRule="auto"/>
            </w:pPr>
            <w:r>
              <w:rPr>
                <w:color w:val="000000"/>
                <w:sz w:val="14"/>
              </w:rPr>
              <w:t>3. Gibalna črta: z vrvjo, korakom, roko ali celim telesom oblikujem ravno, krivo, sklenjeno in nesklenjeno pot.</w:t>
            </w:r>
          </w:p>
          <w:p w14:paraId="0B76F6E8" w14:textId="77777777" w:rsidR="00080BF0" w:rsidRDefault="00000000">
            <w:pPr>
              <w:spacing w:after="9" w:line="245" w:lineRule="auto"/>
            </w:pPr>
            <w:r>
              <w:rPr>
                <w:color w:val="000000"/>
                <w:sz w:val="14"/>
              </w:rPr>
              <w:t>4. Ustvarjalno-refleksivna: izdelam osebno rešitev, izberem dokaz, ga pojasnim in po odzivu izboljšam.</w:t>
            </w:r>
          </w:p>
          <w:p w14:paraId="6DEADC93" w14:textId="77777777" w:rsidR="00080BF0" w:rsidRDefault="00000000">
            <w:pPr>
              <w:spacing w:after="20" w:line="245" w:lineRule="auto"/>
            </w:pPr>
            <w:r>
              <w:rPr>
                <w:b/>
                <w:color w:val="000000"/>
                <w:sz w:val="17"/>
              </w:rPr>
              <w:t>DIFERENCIACIJA IN VKLJUČEVANJE</w:t>
            </w:r>
          </w:p>
          <w:p w14:paraId="661CD961"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7BCC4051" w14:textId="77777777" w:rsidR="00080BF0" w:rsidRDefault="00000000">
            <w:pPr>
              <w:spacing w:after="20" w:line="245" w:lineRule="auto"/>
            </w:pPr>
            <w:r>
              <w:rPr>
                <w:b/>
                <w:color w:val="000000"/>
                <w:sz w:val="17"/>
              </w:rPr>
              <w:t>SPREMLJANJE</w:t>
            </w:r>
          </w:p>
          <w:p w14:paraId="65CC5AB6"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6BC0D88C"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223AADC4" w14:textId="77777777">
              <w:trPr>
                <w:jc w:val="center"/>
              </w:trPr>
              <w:tc>
                <w:tcPr>
                  <w:tcW w:w="7087" w:type="dxa"/>
                  <w:shd w:val="clear" w:color="auto" w:fill="C6E7F3"/>
                  <w:tcMar>
                    <w:top w:w="45" w:type="dxa"/>
                    <w:left w:w="70" w:type="dxa"/>
                    <w:bottom w:w="45" w:type="dxa"/>
                    <w:right w:w="70" w:type="dxa"/>
                  </w:tcMar>
                </w:tcPr>
                <w:p w14:paraId="60406A4B" w14:textId="77777777" w:rsidR="00080BF0" w:rsidRDefault="00000000">
                  <w:pPr>
                    <w:keepNext/>
                  </w:pPr>
                  <w:r>
                    <w:rPr>
                      <w:b/>
                      <w:color w:val="000000"/>
                      <w:sz w:val="17"/>
                    </w:rPr>
                    <w:t>GLAVNI DEL – OPAZOVANJE, MATERIALNI PREIZKUS, USTVARJANJE IN GALERIJA (2 šolski uri)</w:t>
                  </w:r>
                </w:p>
              </w:tc>
            </w:tr>
          </w:tbl>
          <w:p w14:paraId="40290EF8" w14:textId="77777777" w:rsidR="00080BF0" w:rsidRDefault="00080BF0">
            <w:pPr>
              <w:spacing w:line="20" w:lineRule="exact"/>
            </w:pPr>
          </w:p>
          <w:p w14:paraId="023026F9" w14:textId="77777777" w:rsidR="00080BF0" w:rsidRDefault="00000000">
            <w:pPr>
              <w:keepNext/>
              <w:spacing w:before="22" w:after="8" w:line="245" w:lineRule="auto"/>
            </w:pPr>
            <w:r>
              <w:rPr>
                <w:b/>
                <w:color w:val="000000"/>
                <w:sz w:val="16"/>
              </w:rPr>
              <w:t>1. URA – Črta in pika – Opazujem, preizkušam, načrtujem</w:t>
            </w:r>
          </w:p>
          <w:p w14:paraId="0C53E0FF"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»ČRTA IN PIKA«.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08EB5582"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473C0F8B"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662D2256" w14:textId="77777777" w:rsidR="00080BF0" w:rsidRDefault="00000000">
            <w:pPr>
              <w:keepNext/>
              <w:spacing w:before="22" w:after="8" w:line="245" w:lineRule="auto"/>
            </w:pPr>
            <w:r>
              <w:rPr>
                <w:b/>
                <w:color w:val="000000"/>
                <w:sz w:val="16"/>
              </w:rPr>
              <w:t>2. URA – Črta in pika – Ustvarjam, predstavim, izboljšam</w:t>
            </w:r>
          </w:p>
          <w:p w14:paraId="6C8B2431"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»ČRTA IN PIKA«; postavlja vprašanja o nameri, nudi tehnično oporo in omogoči izboljšavo. Zaključek 10': 10' – Izvede tiho galerijo; modelira odziv »Opazim … / Učinkuje … / Lahko poskusiš …« ter vodi pospravljanje.</w:t>
            </w:r>
          </w:p>
          <w:p w14:paraId="30F85BAC"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42E1904E"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0F853D4F" w14:textId="77777777">
              <w:trPr>
                <w:jc w:val="center"/>
              </w:trPr>
              <w:tc>
                <w:tcPr>
                  <w:tcW w:w="7087" w:type="dxa"/>
                  <w:shd w:val="clear" w:color="auto" w:fill="EDC9EA"/>
                  <w:tcMar>
                    <w:top w:w="45" w:type="dxa"/>
                    <w:left w:w="70" w:type="dxa"/>
                    <w:bottom w:w="45" w:type="dxa"/>
                    <w:right w:w="70" w:type="dxa"/>
                  </w:tcMar>
                </w:tcPr>
                <w:p w14:paraId="6269CA5D" w14:textId="77777777" w:rsidR="00080BF0" w:rsidRDefault="00000000">
                  <w:pPr>
                    <w:keepNext/>
                  </w:pPr>
                  <w:r>
                    <w:rPr>
                      <w:b/>
                      <w:color w:val="000000"/>
                      <w:sz w:val="17"/>
                    </w:rPr>
                    <w:t>ORGANIZACIJA POSTAJ IN PREHODOV</w:t>
                  </w:r>
                </w:p>
              </w:tc>
            </w:tr>
          </w:tbl>
          <w:p w14:paraId="058DCC48" w14:textId="77777777" w:rsidR="00080BF0" w:rsidRDefault="00080BF0"/>
          <w:p w14:paraId="2BE28BB2" w14:textId="77777777" w:rsidR="00080BF0" w:rsidRDefault="00000000">
            <w:pPr>
              <w:spacing w:before="8" w:after="8" w:line="245" w:lineRule="auto"/>
            </w:pPr>
            <w:r>
              <w:rPr>
                <w:color w:val="000000"/>
                <w:sz w:val="14"/>
              </w:rPr>
              <w:t>Postaja 1: Opazovalna: predmet, obraz, figuro ali motiv opazujem z okvirjem ter poiščem tri pomembne črte, oblike ali podrobnosti.</w:t>
            </w:r>
          </w:p>
          <w:p w14:paraId="2D160594" w14:textId="77777777" w:rsidR="00080BF0" w:rsidRDefault="00000000">
            <w:pPr>
              <w:spacing w:before="8" w:after="8" w:line="245" w:lineRule="auto"/>
            </w:pPr>
            <w:r>
              <w:rPr>
                <w:color w:val="000000"/>
                <w:sz w:val="14"/>
              </w:rPr>
              <w:t>Postaja 2: Risarski laboratorij: na poskusnem listu primerjam sledi različnih risal, pritisk, smer in gostoto črt.</w:t>
            </w:r>
          </w:p>
          <w:p w14:paraId="40E0D768" w14:textId="77777777" w:rsidR="00080BF0" w:rsidRDefault="00000000">
            <w:pPr>
              <w:spacing w:before="8" w:after="8" w:line="245" w:lineRule="auto"/>
            </w:pPr>
            <w:r>
              <w:rPr>
                <w:color w:val="000000"/>
                <w:sz w:val="14"/>
              </w:rPr>
              <w:t>Postaja 3: Gibalna črta: z vrvjo, korakom, roko ali celim telesom oblikujem ravno, krivo, sklenjeno in nesklenjeno pot.</w:t>
            </w:r>
          </w:p>
          <w:p w14:paraId="0CB4860E" w14:textId="77777777" w:rsidR="00080BF0" w:rsidRDefault="00000000">
            <w:pPr>
              <w:spacing w:before="8" w:after="8" w:line="245" w:lineRule="auto"/>
            </w:pPr>
            <w:r>
              <w:rPr>
                <w:color w:val="000000"/>
                <w:sz w:val="14"/>
              </w:rPr>
              <w:t>Postaja 4: Ustvarjalno-refleksivna: izdelam osebno rešitev, izberem dokaz, ga pojasnim in po odzivu izboljšam.</w:t>
            </w:r>
          </w:p>
          <w:p w14:paraId="04876F54"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5AC68B62" w14:textId="77777777" w:rsidR="00080BF0" w:rsidRDefault="00080BF0"/>
          <w:p w14:paraId="0DDE0C57" w14:textId="77777777" w:rsidR="00080BF0" w:rsidRDefault="00000000">
            <w:pPr>
              <w:spacing w:after="6" w:line="245" w:lineRule="auto"/>
            </w:pPr>
            <w:r>
              <w:rPr>
                <w:b/>
                <w:color w:val="000000"/>
                <w:sz w:val="15"/>
              </w:rPr>
              <w:t>1. URA – Črta in pika – Opazujem, preizkušam, načrtujem</w:t>
            </w:r>
          </w:p>
          <w:p w14:paraId="1A8C2200"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0D011CEA" w14:textId="77777777" w:rsidR="00080BF0" w:rsidRDefault="00000000">
            <w:pPr>
              <w:spacing w:after="20" w:line="245" w:lineRule="auto"/>
            </w:pPr>
            <w:r>
              <w:rPr>
                <w:color w:val="D95BC6"/>
                <w:sz w:val="14"/>
              </w:rPr>
              <w:t>Dokaz: list materialnih poskusov, skica/načrt, učenčeva razlaga in učiteljev zapis o varni rabi.</w:t>
            </w:r>
          </w:p>
          <w:p w14:paraId="7EBEF859" w14:textId="77777777" w:rsidR="00080BF0" w:rsidRDefault="00000000">
            <w:pPr>
              <w:spacing w:after="6" w:line="245" w:lineRule="auto"/>
            </w:pPr>
            <w:r>
              <w:rPr>
                <w:b/>
                <w:color w:val="000000"/>
                <w:sz w:val="15"/>
              </w:rPr>
              <w:t>2. URA – Črta in pika – Ustvarjam, predstavim, izboljšam</w:t>
            </w:r>
          </w:p>
          <w:p w14:paraId="7F4A6923"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64B058D3" w14:textId="77777777" w:rsidR="00080BF0" w:rsidRDefault="00000000">
            <w:pPr>
              <w:spacing w:after="20" w:line="245" w:lineRule="auto"/>
            </w:pPr>
            <w:r>
              <w:rPr>
                <w:color w:val="D95BC6"/>
                <w:sz w:val="14"/>
              </w:rPr>
              <w:t>Dokaz: likovni proces in izdelek, fotografija faze, učenčeva razlaga ter samovrednotenje v mapi.</w:t>
            </w:r>
          </w:p>
          <w:p w14:paraId="5C4C9342" w14:textId="77777777" w:rsidR="00080BF0" w:rsidRDefault="00000000">
            <w:pPr>
              <w:spacing w:before="40" w:after="20" w:line="245" w:lineRule="auto"/>
            </w:pPr>
            <w:r>
              <w:rPr>
                <w:b/>
                <w:color w:val="D95BC6"/>
                <w:sz w:val="16"/>
              </w:rPr>
              <w:t>MOJ KROG POSTAJ</w:t>
            </w:r>
          </w:p>
          <w:p w14:paraId="00BA2771" w14:textId="77777777" w:rsidR="00080BF0" w:rsidRDefault="00000000">
            <w:pPr>
              <w:spacing w:after="11" w:line="245" w:lineRule="auto"/>
            </w:pPr>
            <w:r>
              <w:rPr>
                <w:color w:val="000000"/>
                <w:sz w:val="13"/>
              </w:rPr>
              <w:t>1. Opazovalna: predmet, obraz, figuro ali motiv opazujem z okvirjem ter poiščem tri pomembne.</w:t>
            </w:r>
          </w:p>
          <w:p w14:paraId="0087D313" w14:textId="77777777" w:rsidR="00080BF0" w:rsidRDefault="00000000">
            <w:pPr>
              <w:spacing w:after="11" w:line="245" w:lineRule="auto"/>
            </w:pPr>
            <w:r>
              <w:rPr>
                <w:color w:val="000000"/>
                <w:sz w:val="13"/>
              </w:rPr>
              <w:t>2. Risarski laboratorij: na poskusnem listu primerjam sledi različnih risal, pritisk.</w:t>
            </w:r>
          </w:p>
          <w:p w14:paraId="75B93C25" w14:textId="77777777" w:rsidR="00080BF0" w:rsidRDefault="00000000">
            <w:pPr>
              <w:spacing w:after="11" w:line="245" w:lineRule="auto"/>
            </w:pPr>
            <w:r>
              <w:rPr>
                <w:color w:val="000000"/>
                <w:sz w:val="13"/>
              </w:rPr>
              <w:t>3. Gibalna črta: z vrvjo, korakom, roko ali celim telesom oblikujem ravno, krivo.</w:t>
            </w:r>
          </w:p>
          <w:p w14:paraId="5E453E47" w14:textId="77777777" w:rsidR="00080BF0" w:rsidRDefault="00000000">
            <w:pPr>
              <w:spacing w:after="11" w:line="245" w:lineRule="auto"/>
            </w:pPr>
            <w:r>
              <w:rPr>
                <w:color w:val="000000"/>
                <w:sz w:val="13"/>
              </w:rPr>
              <w:t>4. Ustvarjalno-refleksivna: izdelam osebno rešitev, izberem dokaz.</w:t>
            </w:r>
          </w:p>
          <w:p w14:paraId="21730B6D"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558A2213" w14:textId="77777777" w:rsidR="00080BF0" w:rsidRDefault="00000000">
            <w:pPr>
              <w:spacing w:after="20" w:line="245" w:lineRule="auto"/>
            </w:pPr>
            <w:r>
              <w:rPr>
                <w:b/>
                <w:color w:val="D95BC6"/>
                <w:sz w:val="17"/>
              </w:rPr>
              <w:t>DOKAZ O UČENJU</w:t>
            </w:r>
          </w:p>
          <w:p w14:paraId="2F4A05B3"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5C47F25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7DCB7B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F28784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E9A1321" w14:textId="77777777" w:rsidR="00080BF0" w:rsidRDefault="00000000">
            <w:pPr>
              <w:jc w:val="center"/>
            </w:pPr>
            <w:r>
              <w:rPr>
                <w:b/>
                <w:color w:val="000000"/>
                <w:sz w:val="20"/>
              </w:rPr>
              <w:t>UČNE DEJAVNOSTI, METODE IN FORMATIVNO SPREMLJANJE</w:t>
            </w:r>
          </w:p>
        </w:tc>
      </w:tr>
      <w:tr w:rsidR="00080BF0" w14:paraId="7ACC48C2" w14:textId="77777777">
        <w:trPr>
          <w:tblHeader/>
          <w:jc w:val="center"/>
        </w:trPr>
        <w:tc>
          <w:tcPr>
            <w:tcW w:w="4422" w:type="dxa"/>
            <w:vMerge/>
            <w:tcMar>
              <w:top w:w="70" w:type="dxa"/>
              <w:left w:w="90" w:type="dxa"/>
              <w:bottom w:w="70" w:type="dxa"/>
              <w:right w:w="90" w:type="dxa"/>
            </w:tcMar>
            <w:vAlign w:val="center"/>
          </w:tcPr>
          <w:p w14:paraId="49801848" w14:textId="77777777" w:rsidR="00080BF0" w:rsidRDefault="00080BF0"/>
        </w:tc>
        <w:tc>
          <w:tcPr>
            <w:tcW w:w="7087" w:type="dxa"/>
            <w:shd w:val="clear" w:color="auto" w:fill="FFFFFF"/>
            <w:tcMar>
              <w:top w:w="70" w:type="dxa"/>
              <w:left w:w="90" w:type="dxa"/>
              <w:bottom w:w="70" w:type="dxa"/>
              <w:right w:w="90" w:type="dxa"/>
            </w:tcMar>
            <w:vAlign w:val="center"/>
          </w:tcPr>
          <w:p w14:paraId="52305C3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44EB6EC" w14:textId="77777777" w:rsidR="00080BF0" w:rsidRDefault="00000000">
            <w:pPr>
              <w:jc w:val="center"/>
            </w:pPr>
            <w:r>
              <w:rPr>
                <w:b/>
                <w:color w:val="000000"/>
              </w:rPr>
              <w:t>UČENEC</w:t>
            </w:r>
          </w:p>
        </w:tc>
      </w:tr>
      <w:tr w:rsidR="00080BF0" w14:paraId="068C6223" w14:textId="77777777">
        <w:trPr>
          <w:jc w:val="center"/>
        </w:trPr>
        <w:tc>
          <w:tcPr>
            <w:tcW w:w="4422" w:type="dxa"/>
            <w:tcMar>
              <w:top w:w="70" w:type="dxa"/>
              <w:left w:w="90" w:type="dxa"/>
              <w:bottom w:w="70" w:type="dxa"/>
              <w:right w:w="90" w:type="dxa"/>
            </w:tcMar>
          </w:tcPr>
          <w:p w14:paraId="0A103031" w14:textId="77777777" w:rsidR="00080BF0" w:rsidRDefault="00080BF0"/>
          <w:p w14:paraId="2A158911" w14:textId="77777777" w:rsidR="00080BF0" w:rsidRDefault="00000000">
            <w:pPr>
              <w:spacing w:after="40" w:line="245" w:lineRule="auto"/>
            </w:pPr>
            <w:r>
              <w:rPr>
                <w:b/>
                <w:color w:val="000000"/>
              </w:rPr>
              <w:t>FORMATIVNO SPREMLJANJE</w:t>
            </w:r>
          </w:p>
          <w:p w14:paraId="17380CAC" w14:textId="77777777" w:rsidR="00080BF0" w:rsidRDefault="00000000">
            <w:pPr>
              <w:pStyle w:val="Oznaenseznam"/>
              <w:spacing w:after="16"/>
            </w:pPr>
            <w:r>
              <w:rPr>
                <w:color w:val="000000"/>
                <w:sz w:val="15"/>
              </w:rPr>
              <w:t>predznanje: opažanje, gibalna ponazoritev, izbira kartice, razvrstitev materialov, poskusna sled ali skica</w:t>
            </w:r>
          </w:p>
          <w:p w14:paraId="5C4ADE80"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3F46C14C"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18725090" w14:textId="77777777" w:rsidR="00080BF0" w:rsidRDefault="00000000">
            <w:pPr>
              <w:pStyle w:val="Oznaenseznam"/>
              <w:spacing w:after="16"/>
            </w:pPr>
            <w:r>
              <w:rPr>
                <w:color w:val="000000"/>
                <w:sz w:val="15"/>
              </w:rPr>
              <w:t>povratna informacija: opis vidne likovne odločitve, povezava z enim merilom in izvedljiv naslednji korak</w:t>
            </w:r>
          </w:p>
          <w:p w14:paraId="74895084" w14:textId="77777777" w:rsidR="00080BF0" w:rsidRDefault="00000000">
            <w:pPr>
              <w:pStyle w:val="Oznaenseznam"/>
              <w:spacing w:after="16"/>
            </w:pPr>
            <w:r>
              <w:rPr>
                <w:color w:val="000000"/>
                <w:sz w:val="15"/>
              </w:rPr>
              <w:t>samovrednotenje: likovni semafor, lestvica samostojnosti, izbran dokaz, galerijski odziv in izboljšava</w:t>
            </w:r>
          </w:p>
          <w:p w14:paraId="52E2DE99" w14:textId="77777777" w:rsidR="00080BF0" w:rsidRDefault="00000000">
            <w:pPr>
              <w:spacing w:before="40" w:after="20" w:line="245" w:lineRule="auto"/>
            </w:pPr>
            <w:r>
              <w:rPr>
                <w:b/>
                <w:color w:val="000000"/>
                <w:sz w:val="17"/>
              </w:rPr>
              <w:t>VARNOST, HIGIENA IN UREDITEV PROSTORA</w:t>
            </w:r>
          </w:p>
          <w:p w14:paraId="64827D27"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Pri delu na velikem formatu so razdalje označene, pripomočki pa odloženi v skupno posodico.</w:t>
            </w:r>
          </w:p>
          <w:p w14:paraId="7D083EBF" w14:textId="77777777" w:rsidR="00080BF0" w:rsidRDefault="00000000">
            <w:pPr>
              <w:spacing w:after="20" w:line="245" w:lineRule="auto"/>
            </w:pPr>
            <w:r>
              <w:rPr>
                <w:b/>
                <w:color w:val="000000"/>
                <w:sz w:val="17"/>
              </w:rPr>
              <w:t>EVIDENCA PO IZVEDBI</w:t>
            </w:r>
          </w:p>
          <w:p w14:paraId="405C0FB6"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26D3895E" w14:textId="77777777" w:rsidR="00080BF0" w:rsidRDefault="00000000">
            <w:pPr>
              <w:spacing w:before="40" w:after="20" w:line="245" w:lineRule="auto"/>
            </w:pPr>
            <w:r>
              <w:rPr>
                <w:b/>
                <w:color w:val="000000"/>
                <w:sz w:val="17"/>
              </w:rPr>
              <w:t>RAVEN DOSEGANJA</w:t>
            </w:r>
          </w:p>
          <w:p w14:paraId="1C49A33B"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5007DE3B"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3E42C7C" w14:textId="77777777">
              <w:trPr>
                <w:jc w:val="center"/>
              </w:trPr>
              <w:tc>
                <w:tcPr>
                  <w:tcW w:w="7087" w:type="dxa"/>
                  <w:shd w:val="clear" w:color="auto" w:fill="EDC9EA"/>
                  <w:tcMar>
                    <w:top w:w="45" w:type="dxa"/>
                    <w:left w:w="70" w:type="dxa"/>
                    <w:bottom w:w="45" w:type="dxa"/>
                    <w:right w:w="70" w:type="dxa"/>
                  </w:tcMar>
                </w:tcPr>
                <w:p w14:paraId="58E5686E" w14:textId="77777777" w:rsidR="00080BF0" w:rsidRDefault="00000000">
                  <w:pPr>
                    <w:keepNext/>
                  </w:pPr>
                  <w:r>
                    <w:rPr>
                      <w:b/>
                      <w:color w:val="000000"/>
                    </w:rPr>
                    <w:t>VPRAŠANJA V PODPORO LIKOVNEMU UČENJU</w:t>
                  </w:r>
                </w:p>
              </w:tc>
            </w:tr>
          </w:tbl>
          <w:p w14:paraId="138B79CD" w14:textId="77777777" w:rsidR="00080BF0" w:rsidRDefault="00080BF0">
            <w:pPr>
              <w:spacing w:line="20" w:lineRule="exact"/>
            </w:pPr>
          </w:p>
          <w:p w14:paraId="68CC5E8C" w14:textId="77777777" w:rsidR="00080BF0" w:rsidRDefault="00000000">
            <w:pPr>
              <w:pStyle w:val="Oznaenseznam"/>
              <w:spacing w:after="16"/>
            </w:pPr>
            <w:r>
              <w:rPr>
                <w:color w:val="000000"/>
                <w:sz w:val="16"/>
              </w:rPr>
              <w:t>Kaj si najprej opazil/-a in katera likovna prvina je zate najpomembnejša?</w:t>
            </w:r>
          </w:p>
          <w:p w14:paraId="03542017" w14:textId="77777777" w:rsidR="00080BF0" w:rsidRDefault="00000000">
            <w:pPr>
              <w:pStyle w:val="Oznaenseznam"/>
              <w:spacing w:after="16"/>
            </w:pPr>
            <w:r>
              <w:rPr>
                <w:color w:val="000000"/>
                <w:sz w:val="16"/>
              </w:rPr>
              <w:t>Kako je material ali postopek vplival na črto, barvo, obliko, površino, prostor oziroma delovanje izdelka?</w:t>
            </w:r>
          </w:p>
          <w:p w14:paraId="4D5FD62A" w14:textId="77777777" w:rsidR="00080BF0" w:rsidRDefault="00000000">
            <w:pPr>
              <w:pStyle w:val="Oznaenseznam"/>
              <w:spacing w:after="16"/>
            </w:pPr>
            <w:r>
              <w:rPr>
                <w:color w:val="000000"/>
                <w:sz w:val="16"/>
              </w:rPr>
              <w:t>Katero možnost si preizkusil/-a, zakaj si jo izbral/-a in kaj si ob poskusu spremenil/-a?</w:t>
            </w:r>
          </w:p>
          <w:p w14:paraId="70A7F1DB" w14:textId="77777777" w:rsidR="00080BF0" w:rsidRDefault="00000000">
            <w:pPr>
              <w:pStyle w:val="Oznaenseznam"/>
              <w:spacing w:after="16"/>
            </w:pPr>
            <w:r>
              <w:rPr>
                <w:color w:val="000000"/>
                <w:sz w:val="16"/>
              </w:rPr>
              <w:t>Kateri del tvojega procesa ali izdelka najjasneje pokaže dogovorjeno merilo?</w:t>
            </w:r>
          </w:p>
          <w:p w14:paraId="75F66547"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54ABA748" w14:textId="77777777">
              <w:trPr>
                <w:jc w:val="center"/>
              </w:trPr>
              <w:tc>
                <w:tcPr>
                  <w:tcW w:w="7087" w:type="dxa"/>
                  <w:shd w:val="clear" w:color="auto" w:fill="C6E7F3"/>
                  <w:tcMar>
                    <w:top w:w="45" w:type="dxa"/>
                    <w:left w:w="70" w:type="dxa"/>
                    <w:bottom w:w="45" w:type="dxa"/>
                    <w:right w:w="70" w:type="dxa"/>
                  </w:tcMar>
                </w:tcPr>
                <w:p w14:paraId="0898456A" w14:textId="77777777" w:rsidR="00080BF0" w:rsidRDefault="00000000">
                  <w:pPr>
                    <w:keepNext/>
                  </w:pPr>
                  <w:r>
                    <w:rPr>
                      <w:b/>
                      <w:color w:val="000000"/>
                    </w:rPr>
                    <w:t>ZAKLJUČNI DEL – TIHA GALERIJA, RAZLAGA IN REFLEKSIJA (8–12 min)</w:t>
                  </w:r>
                </w:p>
              </w:tc>
            </w:tr>
          </w:tbl>
          <w:p w14:paraId="583D62B3" w14:textId="77777777" w:rsidR="00080BF0" w:rsidRDefault="00080BF0">
            <w:pPr>
              <w:spacing w:line="20" w:lineRule="exact"/>
            </w:pPr>
          </w:p>
          <w:p w14:paraId="46005C4C"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68AA63E8" w14:textId="77777777">
              <w:trPr>
                <w:jc w:val="center"/>
              </w:trPr>
              <w:tc>
                <w:tcPr>
                  <w:tcW w:w="7087" w:type="dxa"/>
                  <w:shd w:val="clear" w:color="auto" w:fill="EDC9EA"/>
                  <w:tcMar>
                    <w:top w:w="45" w:type="dxa"/>
                    <w:left w:w="70" w:type="dxa"/>
                    <w:bottom w:w="45" w:type="dxa"/>
                    <w:right w:w="70" w:type="dxa"/>
                  </w:tcMar>
                </w:tcPr>
                <w:p w14:paraId="16E19F56" w14:textId="77777777" w:rsidR="00080BF0" w:rsidRDefault="00000000">
                  <w:pPr>
                    <w:keepNext/>
                  </w:pPr>
                  <w:r>
                    <w:rPr>
                      <w:b/>
                      <w:color w:val="000000"/>
                    </w:rPr>
                    <w:t>SAMOVREDNOTENJE</w:t>
                  </w:r>
                </w:p>
              </w:tc>
            </w:tr>
          </w:tbl>
          <w:p w14:paraId="6BC7A7ED" w14:textId="77777777" w:rsidR="00080BF0" w:rsidRDefault="00080BF0">
            <w:pPr>
              <w:spacing w:line="20" w:lineRule="exact"/>
            </w:pPr>
          </w:p>
          <w:p w14:paraId="65821779"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75F5DFF8" w14:textId="77777777">
              <w:trPr>
                <w:jc w:val="center"/>
              </w:trPr>
              <w:tc>
                <w:tcPr>
                  <w:tcW w:w="7087" w:type="dxa"/>
                  <w:shd w:val="clear" w:color="auto" w:fill="EDC9EA"/>
                  <w:tcMar>
                    <w:top w:w="45" w:type="dxa"/>
                    <w:left w:w="70" w:type="dxa"/>
                    <w:bottom w:w="45" w:type="dxa"/>
                    <w:right w:w="70" w:type="dxa"/>
                  </w:tcMar>
                </w:tcPr>
                <w:p w14:paraId="4ACB57D8" w14:textId="77777777" w:rsidR="00080BF0" w:rsidRDefault="00000000">
                  <w:pPr>
                    <w:keepNext/>
                  </w:pPr>
                  <w:r>
                    <w:rPr>
                      <w:b/>
                      <w:color w:val="000000"/>
                    </w:rPr>
                    <w:t>VRSTNIŠKO VREDNOTENJE</w:t>
                  </w:r>
                </w:p>
              </w:tc>
            </w:tr>
          </w:tbl>
          <w:p w14:paraId="749E1983" w14:textId="77777777" w:rsidR="00080BF0" w:rsidRDefault="00080BF0">
            <w:pPr>
              <w:spacing w:line="20" w:lineRule="exact"/>
            </w:pPr>
          </w:p>
          <w:p w14:paraId="7045B07F"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1DE21265" w14:textId="77777777">
              <w:trPr>
                <w:jc w:val="center"/>
              </w:trPr>
              <w:tc>
                <w:tcPr>
                  <w:tcW w:w="7087" w:type="dxa"/>
                  <w:shd w:val="clear" w:color="auto" w:fill="EDC9EA"/>
                  <w:tcMar>
                    <w:top w:w="45" w:type="dxa"/>
                    <w:left w:w="70" w:type="dxa"/>
                    <w:bottom w:w="45" w:type="dxa"/>
                    <w:right w:w="70" w:type="dxa"/>
                  </w:tcMar>
                </w:tcPr>
                <w:p w14:paraId="3C90E65B" w14:textId="77777777" w:rsidR="00080BF0" w:rsidRDefault="00000000">
                  <w:pPr>
                    <w:keepNext/>
                  </w:pPr>
                  <w:r>
                    <w:rPr>
                      <w:b/>
                      <w:color w:val="000000"/>
                    </w:rPr>
                    <w:t>SKUPNI POVZETEK</w:t>
                  </w:r>
                </w:p>
              </w:tc>
            </w:tr>
          </w:tbl>
          <w:p w14:paraId="04E85E4C" w14:textId="77777777" w:rsidR="00080BF0" w:rsidRDefault="00080BF0"/>
          <w:p w14:paraId="61764686" w14:textId="77777777" w:rsidR="00080BF0" w:rsidRDefault="00000000">
            <w:pPr>
              <w:spacing w:before="20" w:after="40" w:line="245" w:lineRule="auto"/>
            </w:pPr>
            <w:r>
              <w:rPr>
                <w:b/>
                <w:color w:val="000000"/>
                <w:sz w:val="16"/>
              </w:rPr>
              <w:t>spoznam likovne pripomočke; ustvarja z različnimi črtami; uredim delovni prostor. Izbrani dokaz pojasnim in po povratni informaciji izboljšam.</w:t>
            </w:r>
          </w:p>
        </w:tc>
        <w:tc>
          <w:tcPr>
            <w:tcW w:w="2551" w:type="dxa"/>
            <w:tcMar>
              <w:top w:w="70" w:type="dxa"/>
              <w:left w:w="90" w:type="dxa"/>
              <w:bottom w:w="70" w:type="dxa"/>
              <w:right w:w="90" w:type="dxa"/>
            </w:tcMar>
          </w:tcPr>
          <w:p w14:paraId="117C765F" w14:textId="77777777" w:rsidR="00080BF0" w:rsidRDefault="00080BF0"/>
          <w:p w14:paraId="6ED5DF5E" w14:textId="77777777" w:rsidR="00080BF0" w:rsidRDefault="00000000">
            <w:pPr>
              <w:spacing w:after="80" w:line="245" w:lineRule="auto"/>
            </w:pPr>
            <w:r>
              <w:rPr>
                <w:color w:val="000000"/>
                <w:sz w:val="15"/>
              </w:rPr>
              <w:t>Odgovarja na podporna vprašanja in se sklicuje na opaženo, preizkušeno, ustvarjeno ali razstavljeno.</w:t>
            </w:r>
          </w:p>
          <w:p w14:paraId="1DE71695" w14:textId="77777777" w:rsidR="00080BF0" w:rsidRDefault="00000000">
            <w:pPr>
              <w:spacing w:after="80" w:line="245" w:lineRule="auto"/>
            </w:pPr>
            <w:r>
              <w:rPr>
                <w:color w:val="000000"/>
                <w:sz w:val="15"/>
              </w:rPr>
              <w:t>Predstavi izbrani procesni ali izdelkovni dokaz ter pove, katero merilo z njim pokaže.</w:t>
            </w:r>
          </w:p>
          <w:p w14:paraId="455A084D" w14:textId="77777777" w:rsidR="00080BF0" w:rsidRDefault="00000000">
            <w:pPr>
              <w:spacing w:after="80" w:line="245" w:lineRule="auto"/>
            </w:pPr>
            <w:r>
              <w:rPr>
                <w:color w:val="000000"/>
                <w:sz w:val="15"/>
              </w:rPr>
              <w:t>Tiho opazuje vrstnikovo delo, opiše eno konkretno likovno rešitev in poda prijazen predlog.</w:t>
            </w:r>
          </w:p>
          <w:p w14:paraId="29FD5854" w14:textId="77777777" w:rsidR="00080BF0" w:rsidRDefault="00000000">
            <w:pPr>
              <w:spacing w:after="80" w:line="245" w:lineRule="auto"/>
            </w:pPr>
            <w:r>
              <w:rPr>
                <w:color w:val="000000"/>
                <w:sz w:val="15"/>
              </w:rPr>
              <w:t>Po povratni informaciji po želji ponovi poskus, spremeni podrobnost, izboljša spoj, razporeditev ali razlago.</w:t>
            </w:r>
          </w:p>
          <w:p w14:paraId="773246A2" w14:textId="77777777" w:rsidR="00080BF0" w:rsidRDefault="00000000">
            <w:pPr>
              <w:spacing w:after="100" w:line="245" w:lineRule="auto"/>
            </w:pPr>
            <w:r>
              <w:rPr>
                <w:color w:val="000000"/>
                <w:sz w:val="15"/>
              </w:rPr>
              <w:t>Izbere raven samostojnosti ter določi majhen in izvedljiv naslednji ustvarjalni korak.</w:t>
            </w:r>
          </w:p>
          <w:p w14:paraId="5ECCB6ED" w14:textId="77777777" w:rsidR="00080BF0" w:rsidRDefault="00000000">
            <w:pPr>
              <w:spacing w:after="20" w:line="245" w:lineRule="auto"/>
            </w:pPr>
            <w:r>
              <w:rPr>
                <w:b/>
                <w:color w:val="D95BC6"/>
                <w:sz w:val="17"/>
              </w:rPr>
              <w:t>DOKAZ O UČENJU</w:t>
            </w:r>
          </w:p>
          <w:p w14:paraId="6E928886"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529D8A17"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01E33769" w14:textId="77777777">
        <w:trPr>
          <w:cantSplit/>
          <w:jc w:val="center"/>
        </w:trPr>
        <w:tc>
          <w:tcPr>
            <w:tcW w:w="14060" w:type="dxa"/>
            <w:gridSpan w:val="6"/>
            <w:tcMar>
              <w:top w:w="70" w:type="dxa"/>
              <w:left w:w="90" w:type="dxa"/>
              <w:bottom w:w="70" w:type="dxa"/>
              <w:right w:w="90" w:type="dxa"/>
            </w:tcMar>
            <w:vAlign w:val="center"/>
          </w:tcPr>
          <w:p w14:paraId="00C78919" w14:textId="77777777" w:rsidR="00080BF0" w:rsidRDefault="00000000">
            <w:pPr>
              <w:jc w:val="center"/>
            </w:pPr>
            <w:r>
              <w:rPr>
                <w:b/>
                <w:color w:val="000000"/>
                <w:sz w:val="24"/>
              </w:rPr>
              <w:lastRenderedPageBreak/>
              <w:t>UČNA PRIPRAVA 2/39</w:t>
            </w:r>
          </w:p>
        </w:tc>
      </w:tr>
      <w:tr w:rsidR="00080BF0" w14:paraId="458B8C73" w14:textId="77777777">
        <w:trPr>
          <w:jc w:val="center"/>
        </w:trPr>
        <w:tc>
          <w:tcPr>
            <w:tcW w:w="2665" w:type="dxa"/>
            <w:tcMar>
              <w:top w:w="70" w:type="dxa"/>
              <w:left w:w="90" w:type="dxa"/>
              <w:bottom w:w="70" w:type="dxa"/>
              <w:right w:w="90" w:type="dxa"/>
            </w:tcMar>
            <w:vAlign w:val="center"/>
          </w:tcPr>
          <w:p w14:paraId="04D17AE3"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363F6DE"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5D028E24"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613E6C0" w14:textId="77777777" w:rsidR="00080BF0" w:rsidRDefault="00000000">
            <w:r>
              <w:rPr>
                <w:b/>
                <w:color w:val="000000"/>
                <w:sz w:val="16"/>
              </w:rPr>
              <w:t xml:space="preserve">NAČRTOVANI TERMIN: </w:t>
            </w:r>
            <w:r>
              <w:rPr>
                <w:color w:val="000000"/>
                <w:sz w:val="16"/>
              </w:rPr>
              <w:t>2. teden • 7.–11. 9. 2026</w:t>
            </w:r>
          </w:p>
        </w:tc>
        <w:tc>
          <w:tcPr>
            <w:tcW w:w="2268" w:type="dxa"/>
            <w:tcMar>
              <w:top w:w="70" w:type="dxa"/>
              <w:left w:w="90" w:type="dxa"/>
              <w:bottom w:w="70" w:type="dxa"/>
              <w:right w:w="90" w:type="dxa"/>
            </w:tcMar>
            <w:vAlign w:val="center"/>
          </w:tcPr>
          <w:p w14:paraId="04882E44"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763AA5C" w14:textId="77777777" w:rsidR="00080BF0" w:rsidRDefault="00000000">
            <w:r>
              <w:rPr>
                <w:b/>
                <w:color w:val="000000"/>
                <w:sz w:val="16"/>
              </w:rPr>
              <w:t xml:space="preserve">ŠTEVILO UR: </w:t>
            </w:r>
            <w:r>
              <w:rPr>
                <w:color w:val="000000"/>
                <w:sz w:val="16"/>
              </w:rPr>
              <w:t>2</w:t>
            </w:r>
          </w:p>
        </w:tc>
      </w:tr>
      <w:tr w:rsidR="00080BF0" w14:paraId="7FE69A09" w14:textId="77777777">
        <w:trPr>
          <w:jc w:val="center"/>
        </w:trPr>
        <w:tc>
          <w:tcPr>
            <w:tcW w:w="14061" w:type="dxa"/>
            <w:gridSpan w:val="6"/>
            <w:tcMar>
              <w:top w:w="70" w:type="dxa"/>
              <w:left w:w="90" w:type="dxa"/>
              <w:bottom w:w="70" w:type="dxa"/>
              <w:right w:w="90" w:type="dxa"/>
            </w:tcMar>
            <w:vAlign w:val="center"/>
          </w:tcPr>
          <w:p w14:paraId="1597E987"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6A7F26B5" w14:textId="77777777">
        <w:trPr>
          <w:cantSplit/>
          <w:jc w:val="center"/>
        </w:trPr>
        <w:tc>
          <w:tcPr>
            <w:tcW w:w="14060" w:type="dxa"/>
            <w:gridSpan w:val="6"/>
            <w:tcMar>
              <w:top w:w="70" w:type="dxa"/>
              <w:left w:w="90" w:type="dxa"/>
              <w:bottom w:w="70" w:type="dxa"/>
              <w:right w:w="90" w:type="dxa"/>
            </w:tcMar>
            <w:vAlign w:val="center"/>
          </w:tcPr>
          <w:p w14:paraId="4CB03BBD" w14:textId="77777777" w:rsidR="00080BF0" w:rsidRDefault="00080BF0"/>
          <w:p w14:paraId="1FF08DDD" w14:textId="77777777" w:rsidR="00080BF0" w:rsidRDefault="00000000">
            <w:pPr>
              <w:spacing w:line="245" w:lineRule="auto"/>
            </w:pPr>
            <w:r>
              <w:rPr>
                <w:b/>
                <w:color w:val="000000"/>
                <w:sz w:val="15"/>
              </w:rPr>
              <w:t xml:space="preserve">UČNI SKLOP: </w:t>
            </w:r>
            <w:r>
              <w:rPr>
                <w:color w:val="000000"/>
                <w:sz w:val="15"/>
              </w:rPr>
              <w:t>V ŠOLO – JAZ, ODNOSI IN UČENJE</w:t>
            </w:r>
          </w:p>
        </w:tc>
      </w:tr>
      <w:tr w:rsidR="00080BF0" w14:paraId="7BFAA50A" w14:textId="77777777">
        <w:trPr>
          <w:cantSplit/>
          <w:jc w:val="center"/>
        </w:trPr>
        <w:tc>
          <w:tcPr>
            <w:tcW w:w="14060" w:type="dxa"/>
            <w:gridSpan w:val="6"/>
            <w:tcMar>
              <w:top w:w="70" w:type="dxa"/>
              <w:left w:w="90" w:type="dxa"/>
              <w:bottom w:w="70" w:type="dxa"/>
              <w:right w:w="90" w:type="dxa"/>
            </w:tcMar>
            <w:vAlign w:val="center"/>
          </w:tcPr>
          <w:p w14:paraId="2AFCDC46" w14:textId="77777777" w:rsidR="00080BF0" w:rsidRDefault="00080BF0"/>
          <w:p w14:paraId="419B4032" w14:textId="77777777" w:rsidR="00080BF0" w:rsidRDefault="00000000">
            <w:pPr>
              <w:spacing w:line="245" w:lineRule="auto"/>
            </w:pPr>
            <w:r>
              <w:rPr>
                <w:b/>
                <w:color w:val="000000"/>
                <w:sz w:val="15"/>
              </w:rPr>
              <w:t xml:space="preserve">UČNA TEMA: </w:t>
            </w:r>
            <w:r>
              <w:rPr>
                <w:color w:val="000000"/>
                <w:sz w:val="15"/>
              </w:rPr>
              <w:t>BARVE V ŠOLI</w:t>
            </w:r>
          </w:p>
        </w:tc>
      </w:tr>
      <w:tr w:rsidR="00080BF0" w14:paraId="1B847EE7" w14:textId="77777777">
        <w:trPr>
          <w:cantSplit/>
          <w:jc w:val="center"/>
        </w:trPr>
        <w:tc>
          <w:tcPr>
            <w:tcW w:w="14060" w:type="dxa"/>
            <w:gridSpan w:val="6"/>
            <w:tcMar>
              <w:top w:w="70" w:type="dxa"/>
              <w:left w:w="90" w:type="dxa"/>
              <w:bottom w:w="70" w:type="dxa"/>
              <w:right w:w="90" w:type="dxa"/>
            </w:tcMar>
            <w:vAlign w:val="center"/>
          </w:tcPr>
          <w:p w14:paraId="599A5988" w14:textId="77777777" w:rsidR="00080BF0" w:rsidRDefault="00080BF0"/>
          <w:p w14:paraId="11699BA3" w14:textId="77777777" w:rsidR="00080BF0" w:rsidRDefault="00000000">
            <w:pPr>
              <w:spacing w:line="245" w:lineRule="auto"/>
            </w:pPr>
            <w:r>
              <w:rPr>
                <w:b/>
                <w:color w:val="000000"/>
                <w:sz w:val="15"/>
              </w:rPr>
              <w:t xml:space="preserve">KNJIŽEVNO / MOTIVNO IZHODIŠČE: </w:t>
            </w:r>
            <w:r>
              <w:rPr>
                <w:color w:val="000000"/>
                <w:sz w:val="15"/>
              </w:rPr>
              <w:t>»Pedenjped« – Niko Grafenauer • jaz, moje značilnosti in radovedno učenje</w:t>
            </w:r>
          </w:p>
        </w:tc>
      </w:tr>
      <w:tr w:rsidR="00080BF0" w14:paraId="4F6C4B38" w14:textId="77777777">
        <w:trPr>
          <w:cantSplit/>
          <w:jc w:val="center"/>
        </w:trPr>
        <w:tc>
          <w:tcPr>
            <w:tcW w:w="14060" w:type="dxa"/>
            <w:gridSpan w:val="6"/>
            <w:tcMar>
              <w:top w:w="70" w:type="dxa"/>
              <w:left w:w="90" w:type="dxa"/>
              <w:bottom w:w="70" w:type="dxa"/>
              <w:right w:w="90" w:type="dxa"/>
            </w:tcMar>
            <w:vAlign w:val="center"/>
          </w:tcPr>
          <w:p w14:paraId="450530B8" w14:textId="77777777" w:rsidR="00080BF0" w:rsidRDefault="00080BF0"/>
          <w:p w14:paraId="732AE3A6" w14:textId="77777777" w:rsidR="00080BF0" w:rsidRDefault="00000000">
            <w:pPr>
              <w:spacing w:line="245" w:lineRule="auto"/>
            </w:pPr>
            <w:r>
              <w:rPr>
                <w:b/>
                <w:color w:val="000000"/>
                <w:sz w:val="15"/>
              </w:rPr>
              <w:t xml:space="preserve">LIKOVNO IZHODIŠČE / MOTIVACIJA: </w:t>
            </w:r>
            <w:r>
              <w:rPr>
                <w:color w:val="000000"/>
                <w:sz w:val="15"/>
              </w:rPr>
              <w:t>barva iz zgodbe izgubi svoje razpoloženje; učenci z opazovanjem, mešanjem in gibalnim odzivom ugotavljajo, kako bi jo ponovno izrazili v motivu »barve v šoli«. Tematska rešitev: nariše hudomušen Pedenjpedov portret.</w:t>
            </w:r>
          </w:p>
        </w:tc>
      </w:tr>
      <w:tr w:rsidR="00080BF0" w14:paraId="113189C8" w14:textId="77777777">
        <w:trPr>
          <w:cantSplit/>
          <w:jc w:val="center"/>
        </w:trPr>
        <w:tc>
          <w:tcPr>
            <w:tcW w:w="14060" w:type="dxa"/>
            <w:gridSpan w:val="6"/>
            <w:tcMar>
              <w:top w:w="70" w:type="dxa"/>
              <w:left w:w="90" w:type="dxa"/>
              <w:bottom w:w="70" w:type="dxa"/>
              <w:right w:w="90" w:type="dxa"/>
            </w:tcMar>
            <w:vAlign w:val="center"/>
          </w:tcPr>
          <w:p w14:paraId="088E7D30" w14:textId="77777777" w:rsidR="00080BF0" w:rsidRDefault="00080BF0"/>
          <w:p w14:paraId="5D6545BF" w14:textId="77777777" w:rsidR="00080BF0" w:rsidRDefault="00000000">
            <w:pPr>
              <w:spacing w:line="245" w:lineRule="auto"/>
            </w:pPr>
            <w:r>
              <w:rPr>
                <w:b/>
                <w:color w:val="000000"/>
                <w:sz w:val="15"/>
              </w:rPr>
              <w:t xml:space="preserve">UČNE ENOTE: </w:t>
            </w:r>
            <w:r>
              <w:rPr>
                <w:color w:val="000000"/>
                <w:sz w:val="15"/>
              </w:rPr>
              <w:t>1. ura – Barve v šoli – Opazujem, preizkušam, načrtujem • 2. ura – Barve v šoli – Ustvarjam, predstavim, izboljšam</w:t>
            </w:r>
          </w:p>
        </w:tc>
      </w:tr>
      <w:tr w:rsidR="00080BF0" w14:paraId="72265D83" w14:textId="77777777">
        <w:trPr>
          <w:cantSplit/>
          <w:jc w:val="center"/>
        </w:trPr>
        <w:tc>
          <w:tcPr>
            <w:tcW w:w="14060" w:type="dxa"/>
            <w:gridSpan w:val="6"/>
            <w:tcMar>
              <w:top w:w="70" w:type="dxa"/>
              <w:left w:w="90" w:type="dxa"/>
              <w:bottom w:w="70" w:type="dxa"/>
              <w:right w:w="90" w:type="dxa"/>
            </w:tcMar>
            <w:vAlign w:val="center"/>
          </w:tcPr>
          <w:p w14:paraId="347F6585" w14:textId="77777777" w:rsidR="00080BF0" w:rsidRDefault="00080BF0"/>
          <w:p w14:paraId="16666B12"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3FA106DB" w14:textId="77777777">
        <w:trPr>
          <w:cantSplit/>
          <w:jc w:val="center"/>
        </w:trPr>
        <w:tc>
          <w:tcPr>
            <w:tcW w:w="14060" w:type="dxa"/>
            <w:gridSpan w:val="6"/>
            <w:tcMar>
              <w:top w:w="70" w:type="dxa"/>
              <w:left w:w="90" w:type="dxa"/>
              <w:bottom w:w="70" w:type="dxa"/>
              <w:right w:w="90" w:type="dxa"/>
            </w:tcMar>
            <w:vAlign w:val="center"/>
          </w:tcPr>
          <w:p w14:paraId="44DE71D6" w14:textId="77777777" w:rsidR="00080BF0" w:rsidRDefault="00080BF0"/>
          <w:p w14:paraId="24C1F357"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32D94F84" w14:textId="77777777">
        <w:trPr>
          <w:cantSplit/>
          <w:jc w:val="center"/>
        </w:trPr>
        <w:tc>
          <w:tcPr>
            <w:tcW w:w="14060" w:type="dxa"/>
            <w:gridSpan w:val="6"/>
            <w:tcMar>
              <w:top w:w="70" w:type="dxa"/>
              <w:left w:w="90" w:type="dxa"/>
              <w:bottom w:w="70" w:type="dxa"/>
              <w:right w:w="90" w:type="dxa"/>
            </w:tcMar>
            <w:vAlign w:val="center"/>
          </w:tcPr>
          <w:p w14:paraId="1F90C685" w14:textId="77777777" w:rsidR="00080BF0" w:rsidRDefault="00080BF0"/>
          <w:p w14:paraId="101C9052"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5AC64403" w14:textId="77777777">
        <w:trPr>
          <w:cantSplit/>
          <w:jc w:val="center"/>
        </w:trPr>
        <w:tc>
          <w:tcPr>
            <w:tcW w:w="14060" w:type="dxa"/>
            <w:gridSpan w:val="6"/>
            <w:tcMar>
              <w:top w:w="70" w:type="dxa"/>
              <w:left w:w="90" w:type="dxa"/>
              <w:bottom w:w="70" w:type="dxa"/>
              <w:right w:w="90" w:type="dxa"/>
            </w:tcMar>
            <w:vAlign w:val="center"/>
          </w:tcPr>
          <w:p w14:paraId="55CC377F" w14:textId="77777777" w:rsidR="00080BF0" w:rsidRDefault="00080BF0"/>
          <w:p w14:paraId="1679D3FD" w14:textId="77777777" w:rsidR="00080BF0" w:rsidRDefault="00000000">
            <w:pPr>
              <w:spacing w:line="245" w:lineRule="auto"/>
            </w:pPr>
            <w:r>
              <w:rPr>
                <w:b/>
                <w:color w:val="000000"/>
                <w:sz w:val="15"/>
              </w:rPr>
              <w:t xml:space="preserve">MEDPREDMETNE POVEZAVE: </w:t>
            </w:r>
            <w:r>
              <w:rPr>
                <w:color w:val="000000"/>
                <w:sz w:val="15"/>
              </w:rPr>
              <w:t>SPO – jaz, moje značilnosti in radovedno učenje; SLJ – poslušanje, opis opažanja, poimenovanje postopka in predstavitev; MAT – oblike, razvrščanje, vzorci in prostorski odnosi; ŠPO – gibalna črta, telesna skulptura, smer in ravnotežje; GUM – ritem, ponavljanje.</w:t>
            </w:r>
          </w:p>
        </w:tc>
      </w:tr>
      <w:tr w:rsidR="00080BF0" w14:paraId="72955885" w14:textId="77777777">
        <w:trPr>
          <w:cantSplit/>
          <w:jc w:val="center"/>
        </w:trPr>
        <w:tc>
          <w:tcPr>
            <w:tcW w:w="14060" w:type="dxa"/>
            <w:gridSpan w:val="6"/>
            <w:tcMar>
              <w:top w:w="70" w:type="dxa"/>
              <w:left w:w="90" w:type="dxa"/>
              <w:bottom w:w="70" w:type="dxa"/>
              <w:right w:w="90" w:type="dxa"/>
            </w:tcMar>
            <w:vAlign w:val="center"/>
          </w:tcPr>
          <w:p w14:paraId="032BFC4A" w14:textId="77777777" w:rsidR="00080BF0" w:rsidRDefault="00080BF0"/>
          <w:p w14:paraId="497A4427" w14:textId="77777777" w:rsidR="00080BF0" w:rsidRDefault="00000000">
            <w:pPr>
              <w:spacing w:line="245" w:lineRule="auto"/>
            </w:pPr>
            <w:r>
              <w:rPr>
                <w:b/>
                <w:color w:val="000000"/>
                <w:sz w:val="15"/>
              </w:rPr>
              <w:t xml:space="preserve">UČNA SREDSTVA IN PRIPOMOČKI: </w:t>
            </w:r>
            <w:r>
              <w:rPr>
                <w:color w:val="000000"/>
                <w:sz w:val="15"/>
              </w:rPr>
              <w:t>debelejši papir, tempera ali vodene barve, čopiči različnih širin, palete, lončki za vodo, gobice, krpe in zaščita miz; fotografija, reprodukcija ali resnični predmet za opazovanje; kartice namena in meril; talne oznake štirih postaj; mapa dokazov; sredstva za čiščenje in pospravljanje</w:t>
            </w:r>
          </w:p>
        </w:tc>
      </w:tr>
      <w:tr w:rsidR="00080BF0" w14:paraId="633B4172" w14:textId="77777777">
        <w:trPr>
          <w:cantSplit/>
          <w:jc w:val="center"/>
        </w:trPr>
        <w:tc>
          <w:tcPr>
            <w:tcW w:w="14060" w:type="dxa"/>
            <w:gridSpan w:val="6"/>
            <w:tcMar>
              <w:top w:w="70" w:type="dxa"/>
              <w:left w:w="90" w:type="dxa"/>
              <w:bottom w:w="70" w:type="dxa"/>
              <w:right w:w="90" w:type="dxa"/>
            </w:tcMar>
            <w:vAlign w:val="center"/>
          </w:tcPr>
          <w:p w14:paraId="6671DAAE" w14:textId="77777777" w:rsidR="00080BF0" w:rsidRDefault="00080BF0"/>
          <w:p w14:paraId="38DF227F"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25019670" w14:textId="77777777">
        <w:trPr>
          <w:cantSplit/>
          <w:jc w:val="center"/>
        </w:trPr>
        <w:tc>
          <w:tcPr>
            <w:tcW w:w="14060" w:type="dxa"/>
            <w:gridSpan w:val="6"/>
            <w:tcMar>
              <w:top w:w="70" w:type="dxa"/>
              <w:left w:w="90" w:type="dxa"/>
              <w:bottom w:w="70" w:type="dxa"/>
              <w:right w:w="90" w:type="dxa"/>
            </w:tcMar>
            <w:vAlign w:val="center"/>
          </w:tcPr>
          <w:p w14:paraId="734A8E0C" w14:textId="77777777" w:rsidR="00080BF0" w:rsidRDefault="00080BF0"/>
          <w:p w14:paraId="0E38682F"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7DBC6F56" w14:textId="77777777">
        <w:trPr>
          <w:cantSplit/>
          <w:jc w:val="center"/>
        </w:trPr>
        <w:tc>
          <w:tcPr>
            <w:tcW w:w="14060" w:type="dxa"/>
            <w:gridSpan w:val="6"/>
            <w:tcMar>
              <w:top w:w="70" w:type="dxa"/>
              <w:left w:w="90" w:type="dxa"/>
              <w:bottom w:w="70" w:type="dxa"/>
              <w:right w:w="90" w:type="dxa"/>
            </w:tcMar>
            <w:vAlign w:val="center"/>
          </w:tcPr>
          <w:p w14:paraId="48F5057A" w14:textId="77777777" w:rsidR="00080BF0" w:rsidRDefault="00080BF0"/>
          <w:p w14:paraId="7ADFFB66"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41083D0A"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E5757B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41A79C7"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6BEBCA2" w14:textId="77777777" w:rsidR="00080BF0" w:rsidRDefault="00000000">
            <w:pPr>
              <w:jc w:val="center"/>
            </w:pPr>
            <w:r>
              <w:rPr>
                <w:b/>
                <w:color w:val="000000"/>
                <w:sz w:val="20"/>
              </w:rPr>
              <w:t>UČNE DEJAVNOSTI, METODE IN FORMATIVNO SPREMLJANJE</w:t>
            </w:r>
          </w:p>
        </w:tc>
      </w:tr>
      <w:tr w:rsidR="00080BF0" w14:paraId="0923B2E3" w14:textId="77777777">
        <w:trPr>
          <w:tblHeader/>
          <w:jc w:val="center"/>
        </w:trPr>
        <w:tc>
          <w:tcPr>
            <w:tcW w:w="4422" w:type="dxa"/>
            <w:vMerge/>
            <w:tcMar>
              <w:top w:w="70" w:type="dxa"/>
              <w:left w:w="90" w:type="dxa"/>
              <w:bottom w:w="70" w:type="dxa"/>
              <w:right w:w="90" w:type="dxa"/>
            </w:tcMar>
            <w:vAlign w:val="center"/>
          </w:tcPr>
          <w:p w14:paraId="07CCB830" w14:textId="77777777" w:rsidR="00080BF0" w:rsidRDefault="00080BF0"/>
        </w:tc>
        <w:tc>
          <w:tcPr>
            <w:tcW w:w="7087" w:type="dxa"/>
            <w:shd w:val="clear" w:color="auto" w:fill="FFFFFF"/>
            <w:tcMar>
              <w:top w:w="70" w:type="dxa"/>
              <w:left w:w="90" w:type="dxa"/>
              <w:bottom w:w="70" w:type="dxa"/>
              <w:right w:w="90" w:type="dxa"/>
            </w:tcMar>
            <w:vAlign w:val="center"/>
          </w:tcPr>
          <w:p w14:paraId="53C2BF7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137EA48" w14:textId="77777777" w:rsidR="00080BF0" w:rsidRDefault="00000000">
            <w:pPr>
              <w:jc w:val="center"/>
            </w:pPr>
            <w:r>
              <w:rPr>
                <w:b/>
                <w:color w:val="000000"/>
              </w:rPr>
              <w:t>UČENEC</w:t>
            </w:r>
          </w:p>
        </w:tc>
      </w:tr>
      <w:tr w:rsidR="00080BF0" w14:paraId="5AE115CD" w14:textId="77777777">
        <w:trPr>
          <w:jc w:val="center"/>
        </w:trPr>
        <w:tc>
          <w:tcPr>
            <w:tcW w:w="4422" w:type="dxa"/>
            <w:tcMar>
              <w:top w:w="70" w:type="dxa"/>
              <w:left w:w="90" w:type="dxa"/>
              <w:bottom w:w="70" w:type="dxa"/>
              <w:right w:w="90" w:type="dxa"/>
            </w:tcMar>
          </w:tcPr>
          <w:p w14:paraId="39926324" w14:textId="77777777" w:rsidR="00080BF0" w:rsidRDefault="00080BF0"/>
          <w:p w14:paraId="3FF22A27" w14:textId="77777777" w:rsidR="00080BF0" w:rsidRDefault="00000000">
            <w:pPr>
              <w:spacing w:after="60" w:line="245" w:lineRule="auto"/>
            </w:pPr>
            <w:r>
              <w:rPr>
                <w:b/>
                <w:color w:val="000000"/>
              </w:rPr>
              <w:t>UČNI CILJI</w:t>
            </w:r>
          </w:p>
          <w:p w14:paraId="4847FE59" w14:textId="77777777" w:rsidR="00080BF0" w:rsidRDefault="00000000">
            <w:pPr>
              <w:spacing w:after="20" w:line="245" w:lineRule="auto"/>
            </w:pPr>
            <w:r>
              <w:rPr>
                <w:b/>
                <w:color w:val="000000"/>
                <w:sz w:val="17"/>
              </w:rPr>
              <w:t>SPLOŠNI</w:t>
            </w:r>
          </w:p>
          <w:p w14:paraId="0CF5708E"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3EEBB15B"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72FFCB9E"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5A336B40"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01A66406" w14:textId="77777777" w:rsidR="00080BF0" w:rsidRDefault="00000000">
            <w:pPr>
              <w:spacing w:before="40" w:after="20" w:line="245" w:lineRule="auto"/>
            </w:pPr>
            <w:r>
              <w:rPr>
                <w:b/>
                <w:color w:val="000000"/>
                <w:sz w:val="17"/>
              </w:rPr>
              <w:t>OPERATIVNI</w:t>
            </w:r>
          </w:p>
          <w:p w14:paraId="6757F1A0" w14:textId="77777777" w:rsidR="00080BF0" w:rsidRDefault="00000000">
            <w:pPr>
              <w:pStyle w:val="Oznaenseznam"/>
              <w:spacing w:after="16"/>
            </w:pPr>
            <w:r>
              <w:rPr>
                <w:color w:val="000000"/>
                <w:sz w:val="16"/>
              </w:rPr>
              <w:t>raziskuje osnovne barve</w:t>
            </w:r>
          </w:p>
          <w:p w14:paraId="33DD70DA" w14:textId="77777777" w:rsidR="00080BF0" w:rsidRDefault="00000000">
            <w:pPr>
              <w:pStyle w:val="Oznaenseznam"/>
              <w:spacing w:after="16"/>
            </w:pPr>
            <w:r>
              <w:rPr>
                <w:color w:val="000000"/>
                <w:sz w:val="16"/>
              </w:rPr>
              <w:t>slika barvne ploskve</w:t>
            </w:r>
          </w:p>
          <w:p w14:paraId="513F2573" w14:textId="77777777" w:rsidR="00080BF0" w:rsidRDefault="00000000">
            <w:pPr>
              <w:pStyle w:val="Oznaenseznam"/>
              <w:spacing w:after="16"/>
            </w:pPr>
            <w:r>
              <w:rPr>
                <w:color w:val="000000"/>
                <w:sz w:val="16"/>
              </w:rPr>
              <w:t>pove, kaj je ustvaril</w:t>
            </w:r>
          </w:p>
          <w:p w14:paraId="7E8C86D6" w14:textId="77777777" w:rsidR="00080BF0" w:rsidRDefault="00000000">
            <w:pPr>
              <w:spacing w:before="40" w:after="20" w:line="245" w:lineRule="auto"/>
            </w:pPr>
            <w:r>
              <w:rPr>
                <w:b/>
                <w:color w:val="000000"/>
                <w:sz w:val="17"/>
              </w:rPr>
              <w:t>PRIČAKOVANI DOSEŽKI / MINIMALNI POUDARKI</w:t>
            </w:r>
          </w:p>
          <w:p w14:paraId="701DCCAE" w14:textId="77777777" w:rsidR="00080BF0" w:rsidRDefault="00000000">
            <w:pPr>
              <w:pStyle w:val="Oznaenseznam"/>
              <w:spacing w:after="16"/>
            </w:pPr>
            <w:r>
              <w:rPr>
                <w:color w:val="000000"/>
                <w:sz w:val="15"/>
              </w:rPr>
              <w:t>samostojno oziroma z dogovorjeno oporo raziskuje osnovne barve</w:t>
            </w:r>
          </w:p>
          <w:p w14:paraId="424222AD" w14:textId="77777777" w:rsidR="00080BF0" w:rsidRDefault="00000000">
            <w:pPr>
              <w:pStyle w:val="Oznaenseznam"/>
              <w:spacing w:after="16"/>
            </w:pPr>
            <w:r>
              <w:rPr>
                <w:color w:val="000000"/>
                <w:sz w:val="15"/>
              </w:rPr>
              <w:t>samostojno oziroma z dogovorjeno oporo slika barvne ploskve</w:t>
            </w:r>
          </w:p>
          <w:p w14:paraId="7E391D3D" w14:textId="77777777" w:rsidR="00080BF0" w:rsidRDefault="00000000">
            <w:pPr>
              <w:pStyle w:val="Oznaenseznam"/>
              <w:spacing w:after="16"/>
            </w:pPr>
            <w:r>
              <w:rPr>
                <w:color w:val="000000"/>
                <w:sz w:val="15"/>
              </w:rPr>
              <w:t>samostojno oziroma z dogovorjeno oporo pove, kaj je ustvaril</w:t>
            </w:r>
          </w:p>
        </w:tc>
        <w:tc>
          <w:tcPr>
            <w:tcW w:w="7087" w:type="dxa"/>
            <w:tcMar>
              <w:top w:w="70" w:type="dxa"/>
              <w:left w:w="90" w:type="dxa"/>
              <w:bottom w:w="70" w:type="dxa"/>
              <w:right w:w="90" w:type="dxa"/>
            </w:tcMar>
          </w:tcPr>
          <w:p w14:paraId="7023978E"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82DF5CA" w14:textId="77777777">
              <w:trPr>
                <w:jc w:val="center"/>
              </w:trPr>
              <w:tc>
                <w:tcPr>
                  <w:tcW w:w="7087" w:type="dxa"/>
                  <w:shd w:val="clear" w:color="auto" w:fill="C6E7F3"/>
                  <w:tcMar>
                    <w:top w:w="45" w:type="dxa"/>
                    <w:left w:w="70" w:type="dxa"/>
                    <w:bottom w:w="45" w:type="dxa"/>
                    <w:right w:w="70" w:type="dxa"/>
                  </w:tcMar>
                </w:tcPr>
                <w:p w14:paraId="207A2018" w14:textId="77777777" w:rsidR="00080BF0" w:rsidRDefault="00000000">
                  <w:pPr>
                    <w:keepNext/>
                  </w:pPr>
                  <w:r>
                    <w:rPr>
                      <w:b/>
                      <w:color w:val="000000"/>
                    </w:rPr>
                    <w:t>UVODNI DEL – likovna uganka, opazovanje, aktivacija predznanja in namen učenja (8–12 min)</w:t>
                  </w:r>
                </w:p>
              </w:tc>
            </w:tr>
          </w:tbl>
          <w:p w14:paraId="663AFB48" w14:textId="77777777" w:rsidR="00080BF0" w:rsidRDefault="00080BF0">
            <w:pPr>
              <w:spacing w:line="20" w:lineRule="exact"/>
            </w:pPr>
          </w:p>
          <w:p w14:paraId="7FC6DC22" w14:textId="77777777" w:rsidR="00080BF0" w:rsidRDefault="00000000">
            <w:pPr>
              <w:spacing w:before="40" w:after="60" w:line="245" w:lineRule="auto"/>
            </w:pPr>
            <w:r>
              <w:rPr>
                <w:color w:val="000000"/>
                <w:sz w:val="16"/>
              </w:rPr>
              <w:t>Ob književnem motivu »Pedenjped« – Niko Grafenauer učenci vstopijo v temo jaz, moje značilnosti in radovedno učenje. Učiteljica pokaže fotografijo, reprodukcijo, predmet ali material in pove kratko likovno zgodbo: barva iz zgodbe izgubi svoje razpoloženje; učenci z opazovanjem, mešanjem in gibalnim odzivom ugotavljajo, kako bi jo ponovno izrazili v motivu »barve v šoli«. Tematska rešitev: nariše hudomušen Pedenjpedov portret.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6785F0BF" w14:textId="77777777">
              <w:trPr>
                <w:jc w:val="center"/>
              </w:trPr>
              <w:tc>
                <w:tcPr>
                  <w:tcW w:w="7087" w:type="dxa"/>
                  <w:shd w:val="clear" w:color="auto" w:fill="EDC9EA"/>
                  <w:tcMar>
                    <w:top w:w="45" w:type="dxa"/>
                    <w:left w:w="70" w:type="dxa"/>
                    <w:bottom w:w="45" w:type="dxa"/>
                    <w:right w:w="70" w:type="dxa"/>
                  </w:tcMar>
                </w:tcPr>
                <w:p w14:paraId="0AF80289" w14:textId="77777777" w:rsidR="00080BF0" w:rsidRDefault="00000000">
                  <w:pPr>
                    <w:keepNext/>
                  </w:pPr>
                  <w:r>
                    <w:rPr>
                      <w:b/>
                      <w:color w:val="000000"/>
                    </w:rPr>
                    <w:t>NAMENI UČENJA</w:t>
                  </w:r>
                </w:p>
              </w:tc>
            </w:tr>
          </w:tbl>
          <w:p w14:paraId="1871CB52" w14:textId="77777777" w:rsidR="00080BF0" w:rsidRDefault="00080BF0">
            <w:pPr>
              <w:spacing w:line="20" w:lineRule="exact"/>
            </w:pPr>
          </w:p>
          <w:p w14:paraId="6091CCE6"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546E71AA" w14:textId="77777777" w:rsidR="00080BF0" w:rsidRDefault="00000000">
            <w:pPr>
              <w:pStyle w:val="Oznaenseznam"/>
              <w:spacing w:after="16"/>
            </w:pPr>
            <w:r>
              <w:rPr>
                <w:color w:val="000000"/>
                <w:sz w:val="16"/>
              </w:rPr>
              <w:t>raziskujem osnovne barve</w:t>
            </w:r>
          </w:p>
          <w:p w14:paraId="2C0B65FE" w14:textId="77777777" w:rsidR="00080BF0" w:rsidRDefault="00000000">
            <w:pPr>
              <w:pStyle w:val="Oznaenseznam"/>
              <w:spacing w:after="16"/>
            </w:pPr>
            <w:r>
              <w:rPr>
                <w:color w:val="000000"/>
                <w:sz w:val="16"/>
              </w:rPr>
              <w:t>slikam barvne ploskve</w:t>
            </w:r>
          </w:p>
          <w:p w14:paraId="4C5495F1" w14:textId="77777777" w:rsidR="00080BF0" w:rsidRDefault="00000000">
            <w:pPr>
              <w:pStyle w:val="Oznaenseznam"/>
              <w:spacing w:after="16"/>
            </w:pPr>
            <w:r>
              <w:rPr>
                <w:color w:val="000000"/>
                <w:sz w:val="16"/>
              </w:rPr>
              <w:t>povem, kaj je ustvaril</w:t>
            </w:r>
          </w:p>
          <w:tbl>
            <w:tblPr>
              <w:tblStyle w:val="Tabelamrea"/>
              <w:tblW w:w="0" w:type="auto"/>
              <w:jc w:val="center"/>
              <w:tblLayout w:type="fixed"/>
              <w:tblLook w:val="04A0" w:firstRow="1" w:lastRow="0" w:firstColumn="1" w:lastColumn="0" w:noHBand="0" w:noVBand="1"/>
            </w:tblPr>
            <w:tblGrid>
              <w:gridCol w:w="7087"/>
            </w:tblGrid>
            <w:tr w:rsidR="00080BF0" w14:paraId="4D6F3530" w14:textId="77777777">
              <w:trPr>
                <w:jc w:val="center"/>
              </w:trPr>
              <w:tc>
                <w:tcPr>
                  <w:tcW w:w="7087" w:type="dxa"/>
                  <w:shd w:val="clear" w:color="auto" w:fill="EDC9EA"/>
                  <w:tcMar>
                    <w:top w:w="45" w:type="dxa"/>
                    <w:left w:w="70" w:type="dxa"/>
                    <w:bottom w:w="45" w:type="dxa"/>
                    <w:right w:w="70" w:type="dxa"/>
                  </w:tcMar>
                </w:tcPr>
                <w:p w14:paraId="64092221" w14:textId="77777777" w:rsidR="00080BF0" w:rsidRDefault="00000000">
                  <w:pPr>
                    <w:keepNext/>
                  </w:pPr>
                  <w:r>
                    <w:rPr>
                      <w:b/>
                      <w:color w:val="000000"/>
                    </w:rPr>
                    <w:t>PREVERJANJE PREDZNANJA</w:t>
                  </w:r>
                </w:p>
              </w:tc>
            </w:tr>
          </w:tbl>
          <w:p w14:paraId="3E584D2D" w14:textId="77777777" w:rsidR="00080BF0" w:rsidRDefault="00080BF0">
            <w:pPr>
              <w:spacing w:line="20" w:lineRule="exact"/>
            </w:pPr>
          </w:p>
          <w:p w14:paraId="5C958FE9" w14:textId="77777777" w:rsidR="00080BF0" w:rsidRDefault="00000000">
            <w:pPr>
              <w:pStyle w:val="Oznaenseznam"/>
              <w:spacing w:after="16"/>
            </w:pPr>
            <w:r>
              <w:rPr>
                <w:color w:val="000000"/>
                <w:sz w:val="16"/>
              </w:rPr>
              <w:t>Kaj najprej opazim pri motivu, predmetu ali materialu, povezanem s temo »BARVE V ŠOLI«?</w:t>
            </w:r>
          </w:p>
          <w:p w14:paraId="70BED24E"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6396F36B"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312BD99D" w14:textId="77777777">
              <w:trPr>
                <w:jc w:val="center"/>
              </w:trPr>
              <w:tc>
                <w:tcPr>
                  <w:tcW w:w="7087" w:type="dxa"/>
                  <w:shd w:val="clear" w:color="auto" w:fill="EDC9EA"/>
                  <w:tcMar>
                    <w:top w:w="45" w:type="dxa"/>
                    <w:left w:w="70" w:type="dxa"/>
                    <w:bottom w:w="45" w:type="dxa"/>
                    <w:right w:w="70" w:type="dxa"/>
                  </w:tcMar>
                </w:tcPr>
                <w:p w14:paraId="31053E18" w14:textId="77777777" w:rsidR="00080BF0" w:rsidRDefault="00000000">
                  <w:pPr>
                    <w:keepNext/>
                  </w:pPr>
                  <w:r>
                    <w:rPr>
                      <w:b/>
                      <w:color w:val="000000"/>
                    </w:rPr>
                    <w:t>KRITERIJI USPEŠNOSTI</w:t>
                  </w:r>
                </w:p>
              </w:tc>
            </w:tr>
          </w:tbl>
          <w:p w14:paraId="7A482D08" w14:textId="77777777" w:rsidR="00080BF0" w:rsidRDefault="00080BF0"/>
          <w:p w14:paraId="3DF4734F" w14:textId="77777777" w:rsidR="00080BF0" w:rsidRDefault="00000000">
            <w:pPr>
              <w:spacing w:before="20" w:after="20" w:line="245" w:lineRule="auto"/>
            </w:pPr>
            <w:r>
              <w:rPr>
                <w:b/>
                <w:color w:val="000000"/>
                <w:sz w:val="16"/>
              </w:rPr>
              <w:t>Uspešen/-na bom, ko:</w:t>
            </w:r>
          </w:p>
          <w:p w14:paraId="65F86AA6" w14:textId="77777777" w:rsidR="00080BF0" w:rsidRDefault="00000000">
            <w:pPr>
              <w:pStyle w:val="Oznaenseznam"/>
              <w:spacing w:after="16"/>
            </w:pPr>
            <w:r>
              <w:rPr>
                <w:color w:val="000000"/>
                <w:sz w:val="16"/>
              </w:rPr>
              <w:t>raziskujem osnovne barve</w:t>
            </w:r>
          </w:p>
          <w:p w14:paraId="0620510D" w14:textId="77777777" w:rsidR="00080BF0" w:rsidRDefault="00000000">
            <w:pPr>
              <w:pStyle w:val="Oznaenseznam"/>
              <w:spacing w:after="16"/>
            </w:pPr>
            <w:r>
              <w:rPr>
                <w:color w:val="000000"/>
                <w:sz w:val="16"/>
              </w:rPr>
              <w:t>slikam barvne ploskve</w:t>
            </w:r>
          </w:p>
          <w:p w14:paraId="20D22509" w14:textId="77777777" w:rsidR="00080BF0" w:rsidRDefault="00000000">
            <w:pPr>
              <w:pStyle w:val="Oznaenseznam"/>
              <w:spacing w:after="16"/>
            </w:pPr>
            <w:r>
              <w:rPr>
                <w:color w:val="000000"/>
                <w:sz w:val="16"/>
              </w:rPr>
              <w:t>povem, kaj je ustvaril</w:t>
            </w:r>
          </w:p>
          <w:p w14:paraId="38E37E6C" w14:textId="77777777" w:rsidR="00080BF0" w:rsidRDefault="00000000">
            <w:pPr>
              <w:pStyle w:val="Oznaenseznam"/>
              <w:spacing w:after="16"/>
            </w:pPr>
            <w:r>
              <w:rPr>
                <w:color w:val="000000"/>
                <w:sz w:val="15"/>
              </w:rPr>
              <w:t>varno in namensko uporabim material, zaščitim prostor ter po delu uredim svojo postajo</w:t>
            </w:r>
          </w:p>
          <w:p w14:paraId="0A75B8E6"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614303DA" w14:textId="77777777" w:rsidR="00080BF0" w:rsidRDefault="00080BF0"/>
          <w:p w14:paraId="62F7BA27"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54AD62F4" w14:textId="77777777" w:rsidR="00080BF0" w:rsidRDefault="00000000">
            <w:pPr>
              <w:spacing w:after="80" w:line="245" w:lineRule="auto"/>
            </w:pPr>
            <w:r>
              <w:rPr>
                <w:color w:val="000000"/>
                <w:sz w:val="16"/>
              </w:rPr>
              <w:t>Pove ali pokaže, kaj že zna opaziti in katero likovno možnost bi najprej preizkusil.</w:t>
            </w:r>
          </w:p>
          <w:p w14:paraId="1AB9FCFD" w14:textId="77777777" w:rsidR="00080BF0" w:rsidRDefault="00000000">
            <w:pPr>
              <w:spacing w:after="100" w:line="245" w:lineRule="auto"/>
            </w:pPr>
            <w:r>
              <w:rPr>
                <w:color w:val="000000"/>
                <w:sz w:val="16"/>
              </w:rPr>
              <w:t>Sodeluje pri razumevanju namena, meril uspešnosti, varne rabe pripomočkov in načina dokazovanja.</w:t>
            </w:r>
          </w:p>
          <w:p w14:paraId="6C2B4149" w14:textId="77777777" w:rsidR="00080BF0" w:rsidRDefault="00000000">
            <w:pPr>
              <w:spacing w:after="20" w:line="245" w:lineRule="auto"/>
            </w:pPr>
            <w:r>
              <w:rPr>
                <w:b/>
                <w:color w:val="D95BC6"/>
                <w:sz w:val="17"/>
              </w:rPr>
              <w:t>DOKAZ O UČENJU</w:t>
            </w:r>
          </w:p>
          <w:p w14:paraId="52748362"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080E3317"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1795CB8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3CAB62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2B9A904" w14:textId="77777777" w:rsidR="00080BF0" w:rsidRDefault="00000000">
            <w:pPr>
              <w:jc w:val="center"/>
            </w:pPr>
            <w:r>
              <w:rPr>
                <w:b/>
                <w:color w:val="000000"/>
                <w:sz w:val="20"/>
              </w:rPr>
              <w:t>UČNE DEJAVNOSTI, METODE IN FORMATIVNO SPREMLJANJE</w:t>
            </w:r>
          </w:p>
        </w:tc>
      </w:tr>
      <w:tr w:rsidR="00080BF0" w14:paraId="7BC10C32" w14:textId="77777777">
        <w:trPr>
          <w:tblHeader/>
          <w:jc w:val="center"/>
        </w:trPr>
        <w:tc>
          <w:tcPr>
            <w:tcW w:w="4422" w:type="dxa"/>
            <w:vMerge/>
            <w:tcMar>
              <w:top w:w="70" w:type="dxa"/>
              <w:left w:w="90" w:type="dxa"/>
              <w:bottom w:w="70" w:type="dxa"/>
              <w:right w:w="90" w:type="dxa"/>
            </w:tcMar>
            <w:vAlign w:val="center"/>
          </w:tcPr>
          <w:p w14:paraId="68AEDCE7" w14:textId="77777777" w:rsidR="00080BF0" w:rsidRDefault="00080BF0"/>
        </w:tc>
        <w:tc>
          <w:tcPr>
            <w:tcW w:w="7087" w:type="dxa"/>
            <w:shd w:val="clear" w:color="auto" w:fill="FFFFFF"/>
            <w:tcMar>
              <w:top w:w="70" w:type="dxa"/>
              <w:left w:w="90" w:type="dxa"/>
              <w:bottom w:w="70" w:type="dxa"/>
              <w:right w:w="90" w:type="dxa"/>
            </w:tcMar>
            <w:vAlign w:val="center"/>
          </w:tcPr>
          <w:p w14:paraId="175D6D5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638CA97" w14:textId="77777777" w:rsidR="00080BF0" w:rsidRDefault="00000000">
            <w:pPr>
              <w:jc w:val="center"/>
            </w:pPr>
            <w:r>
              <w:rPr>
                <w:b/>
                <w:color w:val="000000"/>
              </w:rPr>
              <w:t>UČENEC</w:t>
            </w:r>
          </w:p>
        </w:tc>
      </w:tr>
      <w:tr w:rsidR="00080BF0" w14:paraId="644CAD90" w14:textId="77777777">
        <w:trPr>
          <w:jc w:val="center"/>
        </w:trPr>
        <w:tc>
          <w:tcPr>
            <w:tcW w:w="4422" w:type="dxa"/>
            <w:tcMar>
              <w:top w:w="70" w:type="dxa"/>
              <w:left w:w="90" w:type="dxa"/>
              <w:bottom w:w="70" w:type="dxa"/>
              <w:right w:w="90" w:type="dxa"/>
            </w:tcMar>
          </w:tcPr>
          <w:p w14:paraId="37FDD86B" w14:textId="77777777" w:rsidR="00080BF0" w:rsidRDefault="00080BF0"/>
          <w:p w14:paraId="20645D43" w14:textId="77777777" w:rsidR="00080BF0" w:rsidRDefault="00000000">
            <w:pPr>
              <w:spacing w:after="40" w:line="245" w:lineRule="auto"/>
            </w:pPr>
            <w:r>
              <w:rPr>
                <w:b/>
                <w:color w:val="000000"/>
              </w:rPr>
              <w:t>KLJUČNI LIKOVNI POJMI</w:t>
            </w:r>
          </w:p>
          <w:p w14:paraId="455A8564"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osnovna barva, mešanje, topla in hladna barva, barvna ploskev, ospredje, ozadje</w:t>
            </w:r>
          </w:p>
          <w:p w14:paraId="3CBC340E" w14:textId="77777777" w:rsidR="00080BF0" w:rsidRDefault="00000000">
            <w:pPr>
              <w:spacing w:after="20" w:line="245" w:lineRule="auto"/>
            </w:pPr>
            <w:r>
              <w:rPr>
                <w:b/>
                <w:color w:val="000000"/>
                <w:sz w:val="17"/>
              </w:rPr>
              <w:t>DOKAZI O UČENJU</w:t>
            </w:r>
          </w:p>
          <w:p w14:paraId="1B25D80D" w14:textId="77777777" w:rsidR="00080BF0" w:rsidRDefault="00000000">
            <w:pPr>
              <w:pStyle w:val="Oznaenseznam"/>
              <w:spacing w:after="9"/>
            </w:pPr>
            <w:r>
              <w:rPr>
                <w:color w:val="000000"/>
                <w:sz w:val="15"/>
              </w:rPr>
              <w:t>list materialnih poskusov, skica/načrt, učenčeva razlaga in učiteljev zapis o varni rabi pripomočkov.</w:t>
            </w:r>
          </w:p>
          <w:p w14:paraId="15DE31D5" w14:textId="77777777" w:rsidR="00080BF0" w:rsidRDefault="00000000">
            <w:pPr>
              <w:pStyle w:val="Oznaenseznam"/>
              <w:spacing w:after="9"/>
            </w:pPr>
            <w:r>
              <w:rPr>
                <w:color w:val="000000"/>
                <w:sz w:val="15"/>
              </w:rPr>
              <w:t>likovni proces in izdelek, fotografija faze, učenčeva razlaga ter samovrednotenje v mapi.</w:t>
            </w:r>
          </w:p>
          <w:p w14:paraId="082A7A52" w14:textId="77777777" w:rsidR="00080BF0" w:rsidRDefault="00000000">
            <w:pPr>
              <w:spacing w:before="40" w:after="20" w:line="245" w:lineRule="auto"/>
            </w:pPr>
            <w:r>
              <w:rPr>
                <w:b/>
                <w:color w:val="000000"/>
                <w:sz w:val="17"/>
              </w:rPr>
              <w:t>LIKOVNO DOŽIVETJE IN IZKUŠENJSKI POUK</w:t>
            </w:r>
          </w:p>
          <w:p w14:paraId="60A34945"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733EBFB8" w14:textId="77777777" w:rsidR="00080BF0" w:rsidRDefault="00000000">
            <w:pPr>
              <w:spacing w:after="20" w:line="245" w:lineRule="auto"/>
            </w:pPr>
            <w:r>
              <w:rPr>
                <w:b/>
                <w:color w:val="000000"/>
                <w:sz w:val="17"/>
              </w:rPr>
              <w:t>POUČEVANJE V GIBANJU</w:t>
            </w:r>
          </w:p>
          <w:p w14:paraId="494DE603"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4C7DD7C8" w14:textId="77777777" w:rsidR="00080BF0" w:rsidRDefault="00000000">
            <w:pPr>
              <w:spacing w:after="20" w:line="245" w:lineRule="auto"/>
            </w:pPr>
            <w:r>
              <w:rPr>
                <w:b/>
                <w:color w:val="000000"/>
                <w:sz w:val="17"/>
              </w:rPr>
              <w:t>DELO PO POSTAJAH</w:t>
            </w:r>
          </w:p>
          <w:p w14:paraId="12CBF391"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354BC856" w14:textId="77777777" w:rsidR="00080BF0" w:rsidRDefault="00000000">
            <w:pPr>
              <w:spacing w:after="9" w:line="245" w:lineRule="auto"/>
            </w:pPr>
            <w:r>
              <w:rPr>
                <w:color w:val="000000"/>
                <w:sz w:val="14"/>
              </w:rPr>
              <w:t>1. Barvno-opazovalna: v motivu poiščem barvne ploskve, kontraste, tople ali hladne odnose in razpoloženje.</w:t>
            </w:r>
          </w:p>
          <w:p w14:paraId="375149BC" w14:textId="77777777" w:rsidR="00080BF0" w:rsidRDefault="00000000">
            <w:pPr>
              <w:spacing w:after="9" w:line="245" w:lineRule="auto"/>
            </w:pPr>
            <w:r>
              <w:rPr>
                <w:color w:val="000000"/>
                <w:sz w:val="14"/>
              </w:rPr>
              <w:t>2. Mešalna: na paleti varno preizkusim najmanj dve mešanici, ju označim in izberem za svoj namen.</w:t>
            </w:r>
          </w:p>
          <w:p w14:paraId="44867781" w14:textId="77777777" w:rsidR="00080BF0" w:rsidRDefault="00000000">
            <w:pPr>
              <w:spacing w:after="9" w:line="245" w:lineRule="auto"/>
            </w:pPr>
            <w:r>
              <w:rPr>
                <w:color w:val="000000"/>
                <w:sz w:val="14"/>
              </w:rPr>
              <w:t>3. Gibalna barva: z ruto, hojo, nivojem in hitrostjo telesa pokažem značaj izbrane barve ali poteze.</w:t>
            </w:r>
          </w:p>
          <w:p w14:paraId="75A37144" w14:textId="77777777" w:rsidR="00080BF0" w:rsidRDefault="00000000">
            <w:pPr>
              <w:spacing w:after="9" w:line="245" w:lineRule="auto"/>
            </w:pPr>
            <w:r>
              <w:rPr>
                <w:color w:val="000000"/>
                <w:sz w:val="14"/>
              </w:rPr>
              <w:t>4. Slikarsko-galerijska: slikam osebno rešitev, jo pogledam od daleč, prejmem opisni odziv in izboljšam.</w:t>
            </w:r>
          </w:p>
          <w:p w14:paraId="1A3D4301" w14:textId="77777777" w:rsidR="00080BF0" w:rsidRDefault="00000000">
            <w:pPr>
              <w:spacing w:after="20" w:line="245" w:lineRule="auto"/>
            </w:pPr>
            <w:r>
              <w:rPr>
                <w:b/>
                <w:color w:val="000000"/>
                <w:sz w:val="17"/>
              </w:rPr>
              <w:t>DIFERENCIACIJA IN VKLJUČEVANJE</w:t>
            </w:r>
          </w:p>
          <w:p w14:paraId="3B40363C"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296D7078" w14:textId="77777777" w:rsidR="00080BF0" w:rsidRDefault="00000000">
            <w:pPr>
              <w:spacing w:after="20" w:line="245" w:lineRule="auto"/>
            </w:pPr>
            <w:r>
              <w:rPr>
                <w:b/>
                <w:color w:val="000000"/>
                <w:sz w:val="17"/>
              </w:rPr>
              <w:t>SPREMLJANJE</w:t>
            </w:r>
          </w:p>
          <w:p w14:paraId="668068CF"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6741B665"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18BE151" w14:textId="77777777">
              <w:trPr>
                <w:jc w:val="center"/>
              </w:trPr>
              <w:tc>
                <w:tcPr>
                  <w:tcW w:w="7087" w:type="dxa"/>
                  <w:shd w:val="clear" w:color="auto" w:fill="C6E7F3"/>
                  <w:tcMar>
                    <w:top w:w="45" w:type="dxa"/>
                    <w:left w:w="70" w:type="dxa"/>
                    <w:bottom w:w="45" w:type="dxa"/>
                    <w:right w:w="70" w:type="dxa"/>
                  </w:tcMar>
                </w:tcPr>
                <w:p w14:paraId="5EFF41CB" w14:textId="77777777" w:rsidR="00080BF0" w:rsidRDefault="00000000">
                  <w:pPr>
                    <w:keepNext/>
                  </w:pPr>
                  <w:r>
                    <w:rPr>
                      <w:b/>
                      <w:color w:val="000000"/>
                      <w:sz w:val="17"/>
                    </w:rPr>
                    <w:t>GLAVNI DEL – OPAZOVANJE, MATERIALNI PREIZKUS, USTVARJANJE IN GALERIJA (2 šolski uri)</w:t>
                  </w:r>
                </w:p>
              </w:tc>
            </w:tr>
          </w:tbl>
          <w:p w14:paraId="6E4F885C" w14:textId="77777777" w:rsidR="00080BF0" w:rsidRDefault="00080BF0">
            <w:pPr>
              <w:spacing w:line="20" w:lineRule="exact"/>
            </w:pPr>
          </w:p>
          <w:p w14:paraId="7C2F2A81" w14:textId="77777777" w:rsidR="00080BF0" w:rsidRDefault="00000000">
            <w:pPr>
              <w:keepNext/>
              <w:spacing w:before="22" w:after="8" w:line="245" w:lineRule="auto"/>
            </w:pPr>
            <w:r>
              <w:rPr>
                <w:b/>
                <w:color w:val="000000"/>
                <w:sz w:val="16"/>
              </w:rPr>
              <w:t>1. URA – Barve v šoli – Opazujem, preizkušam, načrtujem</w:t>
            </w:r>
          </w:p>
          <w:p w14:paraId="387E909F"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»BARVE V ŠOLI«.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6A7F040B"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25CB037F"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7851EF62" w14:textId="77777777" w:rsidR="00080BF0" w:rsidRDefault="00000000">
            <w:pPr>
              <w:keepNext/>
              <w:spacing w:before="22" w:after="8" w:line="245" w:lineRule="auto"/>
            </w:pPr>
            <w:r>
              <w:rPr>
                <w:b/>
                <w:color w:val="000000"/>
                <w:sz w:val="16"/>
              </w:rPr>
              <w:t>2. URA – Barve v šoli – Ustvarjam, predstavim, izboljšam</w:t>
            </w:r>
          </w:p>
          <w:p w14:paraId="7A59710B"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»BARVE V ŠOLI«; postavlja vprašanja o nameri, nudi tehnično oporo in omogoči izboljšavo. Zaključek 10': 10' – Izvede tiho galerijo; modelira odziv »Opazim … / Učinkuje … / Lahko poskusiš …« ter vodi pospravljanje.</w:t>
            </w:r>
          </w:p>
          <w:p w14:paraId="5452A94F"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02360E59"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69C0A2B9" w14:textId="77777777">
              <w:trPr>
                <w:jc w:val="center"/>
              </w:trPr>
              <w:tc>
                <w:tcPr>
                  <w:tcW w:w="7087" w:type="dxa"/>
                  <w:shd w:val="clear" w:color="auto" w:fill="EDC9EA"/>
                  <w:tcMar>
                    <w:top w:w="45" w:type="dxa"/>
                    <w:left w:w="70" w:type="dxa"/>
                    <w:bottom w:w="45" w:type="dxa"/>
                    <w:right w:w="70" w:type="dxa"/>
                  </w:tcMar>
                </w:tcPr>
                <w:p w14:paraId="6ED12D38" w14:textId="77777777" w:rsidR="00080BF0" w:rsidRDefault="00000000">
                  <w:pPr>
                    <w:keepNext/>
                  </w:pPr>
                  <w:r>
                    <w:rPr>
                      <w:b/>
                      <w:color w:val="000000"/>
                      <w:sz w:val="17"/>
                    </w:rPr>
                    <w:t>ORGANIZACIJA POSTAJ IN PREHODOV</w:t>
                  </w:r>
                </w:p>
              </w:tc>
            </w:tr>
          </w:tbl>
          <w:p w14:paraId="1E2F7AD6" w14:textId="77777777" w:rsidR="00080BF0" w:rsidRDefault="00080BF0"/>
          <w:p w14:paraId="1E881F3D" w14:textId="77777777" w:rsidR="00080BF0" w:rsidRDefault="00000000">
            <w:pPr>
              <w:spacing w:before="8" w:after="8" w:line="245" w:lineRule="auto"/>
            </w:pPr>
            <w:r>
              <w:rPr>
                <w:color w:val="000000"/>
                <w:sz w:val="14"/>
              </w:rPr>
              <w:t>Postaja 1: Barvno-opazovalna: v motivu poiščem barvne ploskve, kontraste, tople ali hladne odnose in razpoloženje.</w:t>
            </w:r>
          </w:p>
          <w:p w14:paraId="6723232D" w14:textId="77777777" w:rsidR="00080BF0" w:rsidRDefault="00000000">
            <w:pPr>
              <w:spacing w:before="8" w:after="8" w:line="245" w:lineRule="auto"/>
            </w:pPr>
            <w:r>
              <w:rPr>
                <w:color w:val="000000"/>
                <w:sz w:val="14"/>
              </w:rPr>
              <w:t>Postaja 2: Mešalna: na paleti varno preizkusim najmanj dve mešanici, ju označim in izberem za svoj namen.</w:t>
            </w:r>
          </w:p>
          <w:p w14:paraId="4A096225" w14:textId="77777777" w:rsidR="00080BF0" w:rsidRDefault="00000000">
            <w:pPr>
              <w:spacing w:before="8" w:after="8" w:line="245" w:lineRule="auto"/>
            </w:pPr>
            <w:r>
              <w:rPr>
                <w:color w:val="000000"/>
                <w:sz w:val="14"/>
              </w:rPr>
              <w:t>Postaja 3: Gibalna barva: z ruto, hojo, nivojem in hitrostjo telesa pokažem značaj izbrane barve ali poteze.</w:t>
            </w:r>
          </w:p>
          <w:p w14:paraId="6506F563" w14:textId="77777777" w:rsidR="00080BF0" w:rsidRDefault="00000000">
            <w:pPr>
              <w:spacing w:before="8" w:after="8" w:line="245" w:lineRule="auto"/>
            </w:pPr>
            <w:r>
              <w:rPr>
                <w:color w:val="000000"/>
                <w:sz w:val="14"/>
              </w:rPr>
              <w:t>Postaja 4: Slikarsko-galerijska: slikam osebno rešitev, jo pogledam od daleč, prejmem opisni odziv in izboljšam.</w:t>
            </w:r>
          </w:p>
          <w:p w14:paraId="5700CFE6"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55348AD6" w14:textId="77777777" w:rsidR="00080BF0" w:rsidRDefault="00080BF0"/>
          <w:p w14:paraId="5BBF1D3D" w14:textId="77777777" w:rsidR="00080BF0" w:rsidRDefault="00000000">
            <w:pPr>
              <w:spacing w:after="6" w:line="245" w:lineRule="auto"/>
            </w:pPr>
            <w:r>
              <w:rPr>
                <w:b/>
                <w:color w:val="000000"/>
                <w:sz w:val="15"/>
              </w:rPr>
              <w:t>1. URA – Barve v šoli – Opazujem, preizkušam, načrtujem</w:t>
            </w:r>
          </w:p>
          <w:p w14:paraId="4DD1A3C5"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7E84AB02" w14:textId="77777777" w:rsidR="00080BF0" w:rsidRDefault="00000000">
            <w:pPr>
              <w:spacing w:after="20" w:line="245" w:lineRule="auto"/>
            </w:pPr>
            <w:r>
              <w:rPr>
                <w:color w:val="D95BC6"/>
                <w:sz w:val="14"/>
              </w:rPr>
              <w:t>Dokaz: list materialnih poskusov, skica/načrt, učenčeva razlaga in učiteljev zapis o varni rabi.</w:t>
            </w:r>
          </w:p>
          <w:p w14:paraId="42A161E3" w14:textId="77777777" w:rsidR="00080BF0" w:rsidRDefault="00000000">
            <w:pPr>
              <w:spacing w:after="6" w:line="245" w:lineRule="auto"/>
            </w:pPr>
            <w:r>
              <w:rPr>
                <w:b/>
                <w:color w:val="000000"/>
                <w:sz w:val="15"/>
              </w:rPr>
              <w:t>2. URA – Barve v šoli – Ustvarjam, predstavim, izboljšam</w:t>
            </w:r>
          </w:p>
          <w:p w14:paraId="44352C8A"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46FA7343" w14:textId="77777777" w:rsidR="00080BF0" w:rsidRDefault="00000000">
            <w:pPr>
              <w:spacing w:after="20" w:line="245" w:lineRule="auto"/>
            </w:pPr>
            <w:r>
              <w:rPr>
                <w:color w:val="D95BC6"/>
                <w:sz w:val="14"/>
              </w:rPr>
              <w:t>Dokaz: likovni proces in izdelek, fotografija faze, učenčeva razlaga ter samovrednotenje v mapi.</w:t>
            </w:r>
          </w:p>
          <w:p w14:paraId="1124B5F9" w14:textId="77777777" w:rsidR="00080BF0" w:rsidRDefault="00000000">
            <w:pPr>
              <w:spacing w:before="40" w:after="20" w:line="245" w:lineRule="auto"/>
            </w:pPr>
            <w:r>
              <w:rPr>
                <w:b/>
                <w:color w:val="D95BC6"/>
                <w:sz w:val="16"/>
              </w:rPr>
              <w:t>MOJ KROG POSTAJ</w:t>
            </w:r>
          </w:p>
          <w:p w14:paraId="4865C2C2" w14:textId="77777777" w:rsidR="00080BF0" w:rsidRDefault="00000000">
            <w:pPr>
              <w:spacing w:after="11" w:line="245" w:lineRule="auto"/>
            </w:pPr>
            <w:r>
              <w:rPr>
                <w:color w:val="000000"/>
                <w:sz w:val="13"/>
              </w:rPr>
              <w:t>1. Barvno-opazovalna: v motivu poiščem barvne ploskve, kontraste.</w:t>
            </w:r>
          </w:p>
          <w:p w14:paraId="02ED7A40" w14:textId="77777777" w:rsidR="00080BF0" w:rsidRDefault="00000000">
            <w:pPr>
              <w:spacing w:after="11" w:line="245" w:lineRule="auto"/>
            </w:pPr>
            <w:r>
              <w:rPr>
                <w:color w:val="000000"/>
                <w:sz w:val="13"/>
              </w:rPr>
              <w:t>2. Mešalna: na paleti varno preizkusim najmanj dve mešanici.</w:t>
            </w:r>
          </w:p>
          <w:p w14:paraId="6B77A0B2" w14:textId="77777777" w:rsidR="00080BF0" w:rsidRDefault="00000000">
            <w:pPr>
              <w:spacing w:after="11" w:line="245" w:lineRule="auto"/>
            </w:pPr>
            <w:r>
              <w:rPr>
                <w:color w:val="000000"/>
                <w:sz w:val="13"/>
              </w:rPr>
              <w:t>3. Gibalna barva: z ruto, hojo, nivojem in hitrostjo telesa pokažem značaj izbrane barve ali.</w:t>
            </w:r>
          </w:p>
          <w:p w14:paraId="675CB663" w14:textId="77777777" w:rsidR="00080BF0" w:rsidRDefault="00000000">
            <w:pPr>
              <w:spacing w:after="11" w:line="245" w:lineRule="auto"/>
            </w:pPr>
            <w:r>
              <w:rPr>
                <w:color w:val="000000"/>
                <w:sz w:val="13"/>
              </w:rPr>
              <w:t>4. Slikarsko-galerijska: slikam osebno rešitev, jo pogledam od daleč.</w:t>
            </w:r>
          </w:p>
          <w:p w14:paraId="6ACDF01E"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7981AE46" w14:textId="77777777" w:rsidR="00080BF0" w:rsidRDefault="00000000">
            <w:pPr>
              <w:spacing w:after="20" w:line="245" w:lineRule="auto"/>
            </w:pPr>
            <w:r>
              <w:rPr>
                <w:b/>
                <w:color w:val="D95BC6"/>
                <w:sz w:val="17"/>
              </w:rPr>
              <w:t>DOKAZ O UČENJU</w:t>
            </w:r>
          </w:p>
          <w:p w14:paraId="7F07AB89"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6CAB64D2"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852E76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647C1A1"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9DC025A" w14:textId="77777777" w:rsidR="00080BF0" w:rsidRDefault="00000000">
            <w:pPr>
              <w:jc w:val="center"/>
            </w:pPr>
            <w:r>
              <w:rPr>
                <w:b/>
                <w:color w:val="000000"/>
                <w:sz w:val="20"/>
              </w:rPr>
              <w:t>UČNE DEJAVNOSTI, METODE IN FORMATIVNO SPREMLJANJE</w:t>
            </w:r>
          </w:p>
        </w:tc>
      </w:tr>
      <w:tr w:rsidR="00080BF0" w14:paraId="1E7E0FF8" w14:textId="77777777">
        <w:trPr>
          <w:tblHeader/>
          <w:jc w:val="center"/>
        </w:trPr>
        <w:tc>
          <w:tcPr>
            <w:tcW w:w="4422" w:type="dxa"/>
            <w:vMerge/>
            <w:tcMar>
              <w:top w:w="70" w:type="dxa"/>
              <w:left w:w="90" w:type="dxa"/>
              <w:bottom w:w="70" w:type="dxa"/>
              <w:right w:w="90" w:type="dxa"/>
            </w:tcMar>
            <w:vAlign w:val="center"/>
          </w:tcPr>
          <w:p w14:paraId="7F841070" w14:textId="77777777" w:rsidR="00080BF0" w:rsidRDefault="00080BF0"/>
        </w:tc>
        <w:tc>
          <w:tcPr>
            <w:tcW w:w="7087" w:type="dxa"/>
            <w:shd w:val="clear" w:color="auto" w:fill="FFFFFF"/>
            <w:tcMar>
              <w:top w:w="70" w:type="dxa"/>
              <w:left w:w="90" w:type="dxa"/>
              <w:bottom w:w="70" w:type="dxa"/>
              <w:right w:w="90" w:type="dxa"/>
            </w:tcMar>
            <w:vAlign w:val="center"/>
          </w:tcPr>
          <w:p w14:paraId="0877977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EFA96F4" w14:textId="77777777" w:rsidR="00080BF0" w:rsidRDefault="00000000">
            <w:pPr>
              <w:jc w:val="center"/>
            </w:pPr>
            <w:r>
              <w:rPr>
                <w:b/>
                <w:color w:val="000000"/>
              </w:rPr>
              <w:t>UČENEC</w:t>
            </w:r>
          </w:p>
        </w:tc>
      </w:tr>
      <w:tr w:rsidR="00080BF0" w14:paraId="77337443" w14:textId="77777777">
        <w:trPr>
          <w:jc w:val="center"/>
        </w:trPr>
        <w:tc>
          <w:tcPr>
            <w:tcW w:w="4422" w:type="dxa"/>
            <w:tcMar>
              <w:top w:w="70" w:type="dxa"/>
              <w:left w:w="90" w:type="dxa"/>
              <w:bottom w:w="70" w:type="dxa"/>
              <w:right w:w="90" w:type="dxa"/>
            </w:tcMar>
          </w:tcPr>
          <w:p w14:paraId="65376459" w14:textId="77777777" w:rsidR="00080BF0" w:rsidRDefault="00080BF0"/>
          <w:p w14:paraId="1911A092" w14:textId="77777777" w:rsidR="00080BF0" w:rsidRDefault="00000000">
            <w:pPr>
              <w:spacing w:after="40" w:line="245" w:lineRule="auto"/>
            </w:pPr>
            <w:r>
              <w:rPr>
                <w:b/>
                <w:color w:val="000000"/>
              </w:rPr>
              <w:t>FORMATIVNO SPREMLJANJE</w:t>
            </w:r>
          </w:p>
          <w:p w14:paraId="5449CCA4" w14:textId="77777777" w:rsidR="00080BF0" w:rsidRDefault="00000000">
            <w:pPr>
              <w:pStyle w:val="Oznaenseznam"/>
              <w:spacing w:after="16"/>
            </w:pPr>
            <w:r>
              <w:rPr>
                <w:color w:val="000000"/>
                <w:sz w:val="15"/>
              </w:rPr>
              <w:t>predznanje: opažanje, gibalna ponazoritev, izbira kartice, razvrstitev materialov, poskusna sled ali skica</w:t>
            </w:r>
          </w:p>
          <w:p w14:paraId="2E3C93FC"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6505ED4E"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2F6DC378" w14:textId="77777777" w:rsidR="00080BF0" w:rsidRDefault="00000000">
            <w:pPr>
              <w:pStyle w:val="Oznaenseznam"/>
              <w:spacing w:after="16"/>
            </w:pPr>
            <w:r>
              <w:rPr>
                <w:color w:val="000000"/>
                <w:sz w:val="15"/>
              </w:rPr>
              <w:t>povratna informacija: opis vidne likovne odločitve, povezava z enim merilom in izvedljiv naslednji korak</w:t>
            </w:r>
          </w:p>
          <w:p w14:paraId="20F0AF48" w14:textId="77777777" w:rsidR="00080BF0" w:rsidRDefault="00000000">
            <w:pPr>
              <w:pStyle w:val="Oznaenseznam"/>
              <w:spacing w:after="16"/>
            </w:pPr>
            <w:r>
              <w:rPr>
                <w:color w:val="000000"/>
                <w:sz w:val="15"/>
              </w:rPr>
              <w:t>samovrednotenje: likovni semafor, lestvica samostojnosti, izbran dokaz, galerijski odziv in izboljšava</w:t>
            </w:r>
          </w:p>
          <w:p w14:paraId="4C812B15" w14:textId="77777777" w:rsidR="00080BF0" w:rsidRDefault="00000000">
            <w:pPr>
              <w:spacing w:before="40" w:after="20" w:line="245" w:lineRule="auto"/>
            </w:pPr>
            <w:r>
              <w:rPr>
                <w:b/>
                <w:color w:val="000000"/>
                <w:sz w:val="17"/>
              </w:rPr>
              <w:t>VARNOST, HIGIENA IN UREDITEV PROSTORA</w:t>
            </w:r>
          </w:p>
          <w:p w14:paraId="125E9AE0"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Lončki so napolnjeni le do polovice in postavljeni stran od roba; mokra tla se takoj obrišejo.</w:t>
            </w:r>
          </w:p>
          <w:p w14:paraId="52683979" w14:textId="77777777" w:rsidR="00080BF0" w:rsidRDefault="00000000">
            <w:pPr>
              <w:spacing w:after="20" w:line="245" w:lineRule="auto"/>
            </w:pPr>
            <w:r>
              <w:rPr>
                <w:b/>
                <w:color w:val="000000"/>
                <w:sz w:val="17"/>
              </w:rPr>
              <w:t>EVIDENCA PO IZVEDBI</w:t>
            </w:r>
          </w:p>
          <w:p w14:paraId="0371B658"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3C6D0A36" w14:textId="77777777" w:rsidR="00080BF0" w:rsidRDefault="00000000">
            <w:pPr>
              <w:spacing w:before="40" w:after="20" w:line="245" w:lineRule="auto"/>
            </w:pPr>
            <w:r>
              <w:rPr>
                <w:b/>
                <w:color w:val="000000"/>
                <w:sz w:val="17"/>
              </w:rPr>
              <w:t>RAVEN DOSEGANJA</w:t>
            </w:r>
          </w:p>
          <w:p w14:paraId="3E2D94F5"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75B83E9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FA9C903" w14:textId="77777777">
              <w:trPr>
                <w:jc w:val="center"/>
              </w:trPr>
              <w:tc>
                <w:tcPr>
                  <w:tcW w:w="7087" w:type="dxa"/>
                  <w:shd w:val="clear" w:color="auto" w:fill="EDC9EA"/>
                  <w:tcMar>
                    <w:top w:w="45" w:type="dxa"/>
                    <w:left w:w="70" w:type="dxa"/>
                    <w:bottom w:w="45" w:type="dxa"/>
                    <w:right w:w="70" w:type="dxa"/>
                  </w:tcMar>
                </w:tcPr>
                <w:p w14:paraId="3845FA8D" w14:textId="77777777" w:rsidR="00080BF0" w:rsidRDefault="00000000">
                  <w:pPr>
                    <w:keepNext/>
                  </w:pPr>
                  <w:r>
                    <w:rPr>
                      <w:b/>
                      <w:color w:val="000000"/>
                    </w:rPr>
                    <w:t>VPRAŠANJA V PODPORO LIKOVNEMU UČENJU</w:t>
                  </w:r>
                </w:p>
              </w:tc>
            </w:tr>
          </w:tbl>
          <w:p w14:paraId="5F917777" w14:textId="77777777" w:rsidR="00080BF0" w:rsidRDefault="00080BF0">
            <w:pPr>
              <w:spacing w:line="20" w:lineRule="exact"/>
            </w:pPr>
          </w:p>
          <w:p w14:paraId="6AA10857" w14:textId="77777777" w:rsidR="00080BF0" w:rsidRDefault="00000000">
            <w:pPr>
              <w:pStyle w:val="Oznaenseznam"/>
              <w:spacing w:after="16"/>
            </w:pPr>
            <w:r>
              <w:rPr>
                <w:color w:val="000000"/>
                <w:sz w:val="16"/>
              </w:rPr>
              <w:t>Kaj si najprej opazil/-a in katera likovna prvina je zate najpomembnejša?</w:t>
            </w:r>
          </w:p>
          <w:p w14:paraId="3EC9D1F7" w14:textId="77777777" w:rsidR="00080BF0" w:rsidRDefault="00000000">
            <w:pPr>
              <w:pStyle w:val="Oznaenseznam"/>
              <w:spacing w:after="16"/>
            </w:pPr>
            <w:r>
              <w:rPr>
                <w:color w:val="000000"/>
                <w:sz w:val="16"/>
              </w:rPr>
              <w:t>Kako je material ali postopek vplival na črto, barvo, obliko, površino, prostor oziroma delovanje izdelka?</w:t>
            </w:r>
          </w:p>
          <w:p w14:paraId="5F88BAD5" w14:textId="77777777" w:rsidR="00080BF0" w:rsidRDefault="00000000">
            <w:pPr>
              <w:pStyle w:val="Oznaenseznam"/>
              <w:spacing w:after="16"/>
            </w:pPr>
            <w:r>
              <w:rPr>
                <w:color w:val="000000"/>
                <w:sz w:val="16"/>
              </w:rPr>
              <w:t>Katero možnost si preizkusil/-a, zakaj si jo izbral/-a in kaj si ob poskusu spremenil/-a?</w:t>
            </w:r>
          </w:p>
          <w:p w14:paraId="1B746FDF" w14:textId="77777777" w:rsidR="00080BF0" w:rsidRDefault="00000000">
            <w:pPr>
              <w:pStyle w:val="Oznaenseznam"/>
              <w:spacing w:after="16"/>
            </w:pPr>
            <w:r>
              <w:rPr>
                <w:color w:val="000000"/>
                <w:sz w:val="16"/>
              </w:rPr>
              <w:t>Kateri del tvojega procesa ali izdelka najjasneje pokaže dogovorjeno merilo?</w:t>
            </w:r>
          </w:p>
          <w:p w14:paraId="5CF48677"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03D1C268" w14:textId="77777777">
              <w:trPr>
                <w:jc w:val="center"/>
              </w:trPr>
              <w:tc>
                <w:tcPr>
                  <w:tcW w:w="7087" w:type="dxa"/>
                  <w:shd w:val="clear" w:color="auto" w:fill="C6E7F3"/>
                  <w:tcMar>
                    <w:top w:w="45" w:type="dxa"/>
                    <w:left w:w="70" w:type="dxa"/>
                    <w:bottom w:w="45" w:type="dxa"/>
                    <w:right w:w="70" w:type="dxa"/>
                  </w:tcMar>
                </w:tcPr>
                <w:p w14:paraId="2BD775DF" w14:textId="77777777" w:rsidR="00080BF0" w:rsidRDefault="00000000">
                  <w:pPr>
                    <w:keepNext/>
                  </w:pPr>
                  <w:r>
                    <w:rPr>
                      <w:b/>
                      <w:color w:val="000000"/>
                    </w:rPr>
                    <w:t>ZAKLJUČNI DEL – TIHA GALERIJA, RAZLAGA IN REFLEKSIJA (8–12 min)</w:t>
                  </w:r>
                </w:p>
              </w:tc>
            </w:tr>
          </w:tbl>
          <w:p w14:paraId="211BD3D1" w14:textId="77777777" w:rsidR="00080BF0" w:rsidRDefault="00080BF0">
            <w:pPr>
              <w:spacing w:line="20" w:lineRule="exact"/>
            </w:pPr>
          </w:p>
          <w:p w14:paraId="4399D011"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0C8AD8B4" w14:textId="77777777">
              <w:trPr>
                <w:jc w:val="center"/>
              </w:trPr>
              <w:tc>
                <w:tcPr>
                  <w:tcW w:w="7087" w:type="dxa"/>
                  <w:shd w:val="clear" w:color="auto" w:fill="EDC9EA"/>
                  <w:tcMar>
                    <w:top w:w="45" w:type="dxa"/>
                    <w:left w:w="70" w:type="dxa"/>
                    <w:bottom w:w="45" w:type="dxa"/>
                    <w:right w:w="70" w:type="dxa"/>
                  </w:tcMar>
                </w:tcPr>
                <w:p w14:paraId="7ECFFF87" w14:textId="77777777" w:rsidR="00080BF0" w:rsidRDefault="00000000">
                  <w:pPr>
                    <w:keepNext/>
                  </w:pPr>
                  <w:r>
                    <w:rPr>
                      <w:b/>
                      <w:color w:val="000000"/>
                    </w:rPr>
                    <w:t>SAMOVREDNOTENJE</w:t>
                  </w:r>
                </w:p>
              </w:tc>
            </w:tr>
          </w:tbl>
          <w:p w14:paraId="45A83234" w14:textId="77777777" w:rsidR="00080BF0" w:rsidRDefault="00080BF0">
            <w:pPr>
              <w:spacing w:line="20" w:lineRule="exact"/>
            </w:pPr>
          </w:p>
          <w:p w14:paraId="609AD34C"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254D2808" w14:textId="77777777">
              <w:trPr>
                <w:jc w:val="center"/>
              </w:trPr>
              <w:tc>
                <w:tcPr>
                  <w:tcW w:w="7087" w:type="dxa"/>
                  <w:shd w:val="clear" w:color="auto" w:fill="EDC9EA"/>
                  <w:tcMar>
                    <w:top w:w="45" w:type="dxa"/>
                    <w:left w:w="70" w:type="dxa"/>
                    <w:bottom w:w="45" w:type="dxa"/>
                    <w:right w:w="70" w:type="dxa"/>
                  </w:tcMar>
                </w:tcPr>
                <w:p w14:paraId="2EA905B8" w14:textId="77777777" w:rsidR="00080BF0" w:rsidRDefault="00000000">
                  <w:pPr>
                    <w:keepNext/>
                  </w:pPr>
                  <w:r>
                    <w:rPr>
                      <w:b/>
                      <w:color w:val="000000"/>
                    </w:rPr>
                    <w:t>VRSTNIŠKO VREDNOTENJE</w:t>
                  </w:r>
                </w:p>
              </w:tc>
            </w:tr>
          </w:tbl>
          <w:p w14:paraId="1C0579A0" w14:textId="77777777" w:rsidR="00080BF0" w:rsidRDefault="00080BF0">
            <w:pPr>
              <w:spacing w:line="20" w:lineRule="exact"/>
            </w:pPr>
          </w:p>
          <w:p w14:paraId="1917A3E1"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2201F1EE" w14:textId="77777777">
              <w:trPr>
                <w:jc w:val="center"/>
              </w:trPr>
              <w:tc>
                <w:tcPr>
                  <w:tcW w:w="7087" w:type="dxa"/>
                  <w:shd w:val="clear" w:color="auto" w:fill="EDC9EA"/>
                  <w:tcMar>
                    <w:top w:w="45" w:type="dxa"/>
                    <w:left w:w="70" w:type="dxa"/>
                    <w:bottom w:w="45" w:type="dxa"/>
                    <w:right w:w="70" w:type="dxa"/>
                  </w:tcMar>
                </w:tcPr>
                <w:p w14:paraId="3AF69D6B" w14:textId="77777777" w:rsidR="00080BF0" w:rsidRDefault="00000000">
                  <w:pPr>
                    <w:keepNext/>
                  </w:pPr>
                  <w:r>
                    <w:rPr>
                      <w:b/>
                      <w:color w:val="000000"/>
                    </w:rPr>
                    <w:t>SKUPNI POVZETEK</w:t>
                  </w:r>
                </w:p>
              </w:tc>
            </w:tr>
          </w:tbl>
          <w:p w14:paraId="3FAB0C0E" w14:textId="77777777" w:rsidR="00080BF0" w:rsidRDefault="00080BF0"/>
          <w:p w14:paraId="1FFA51B3" w14:textId="77777777" w:rsidR="00080BF0" w:rsidRDefault="00000000">
            <w:pPr>
              <w:spacing w:before="20" w:after="40" w:line="245" w:lineRule="auto"/>
            </w:pPr>
            <w:r>
              <w:rPr>
                <w:b/>
                <w:color w:val="000000"/>
                <w:sz w:val="16"/>
              </w:rPr>
              <w:t>raziskujem osnovne barve; slikam barvne ploskve; povem, kaj je ustvaril. Izbrani dokaz pojasnim in po povratni informaciji izboljšam.</w:t>
            </w:r>
          </w:p>
        </w:tc>
        <w:tc>
          <w:tcPr>
            <w:tcW w:w="2551" w:type="dxa"/>
            <w:tcMar>
              <w:top w:w="70" w:type="dxa"/>
              <w:left w:w="90" w:type="dxa"/>
              <w:bottom w:w="70" w:type="dxa"/>
              <w:right w:w="90" w:type="dxa"/>
            </w:tcMar>
          </w:tcPr>
          <w:p w14:paraId="611D06FC" w14:textId="77777777" w:rsidR="00080BF0" w:rsidRDefault="00080BF0"/>
          <w:p w14:paraId="31A1CBE9" w14:textId="77777777" w:rsidR="00080BF0" w:rsidRDefault="00000000">
            <w:pPr>
              <w:spacing w:after="80" w:line="245" w:lineRule="auto"/>
            </w:pPr>
            <w:r>
              <w:rPr>
                <w:color w:val="000000"/>
                <w:sz w:val="15"/>
              </w:rPr>
              <w:t>Odgovarja na podporna vprašanja in se sklicuje na opaženo, preizkušeno, ustvarjeno ali razstavljeno.</w:t>
            </w:r>
          </w:p>
          <w:p w14:paraId="271885BC" w14:textId="77777777" w:rsidR="00080BF0" w:rsidRDefault="00000000">
            <w:pPr>
              <w:spacing w:after="80" w:line="245" w:lineRule="auto"/>
            </w:pPr>
            <w:r>
              <w:rPr>
                <w:color w:val="000000"/>
                <w:sz w:val="15"/>
              </w:rPr>
              <w:t>Predstavi izbrani procesni ali izdelkovni dokaz ter pove, katero merilo z njim pokaže.</w:t>
            </w:r>
          </w:p>
          <w:p w14:paraId="72CF39D6" w14:textId="77777777" w:rsidR="00080BF0" w:rsidRDefault="00000000">
            <w:pPr>
              <w:spacing w:after="80" w:line="245" w:lineRule="auto"/>
            </w:pPr>
            <w:r>
              <w:rPr>
                <w:color w:val="000000"/>
                <w:sz w:val="15"/>
              </w:rPr>
              <w:t>Tiho opazuje vrstnikovo delo, opiše eno konkretno likovno rešitev in poda prijazen predlog.</w:t>
            </w:r>
          </w:p>
          <w:p w14:paraId="12EABDF5" w14:textId="77777777" w:rsidR="00080BF0" w:rsidRDefault="00000000">
            <w:pPr>
              <w:spacing w:after="80" w:line="245" w:lineRule="auto"/>
            </w:pPr>
            <w:r>
              <w:rPr>
                <w:color w:val="000000"/>
                <w:sz w:val="15"/>
              </w:rPr>
              <w:t>Po povratni informaciji po želji ponovi poskus, spremeni podrobnost, izboljša spoj, razporeditev ali razlago.</w:t>
            </w:r>
          </w:p>
          <w:p w14:paraId="5286132E" w14:textId="77777777" w:rsidR="00080BF0" w:rsidRDefault="00000000">
            <w:pPr>
              <w:spacing w:after="100" w:line="245" w:lineRule="auto"/>
            </w:pPr>
            <w:r>
              <w:rPr>
                <w:color w:val="000000"/>
                <w:sz w:val="15"/>
              </w:rPr>
              <w:t>Izbere raven samostojnosti ter določi majhen in izvedljiv naslednji ustvarjalni korak.</w:t>
            </w:r>
          </w:p>
          <w:p w14:paraId="7C9AA7DF" w14:textId="77777777" w:rsidR="00080BF0" w:rsidRDefault="00000000">
            <w:pPr>
              <w:spacing w:after="20" w:line="245" w:lineRule="auto"/>
            </w:pPr>
            <w:r>
              <w:rPr>
                <w:b/>
                <w:color w:val="D95BC6"/>
                <w:sz w:val="17"/>
              </w:rPr>
              <w:t>DOKAZ O UČENJU</w:t>
            </w:r>
          </w:p>
          <w:p w14:paraId="5426FFE2"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0C00358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649F2ED7" w14:textId="77777777">
        <w:trPr>
          <w:cantSplit/>
          <w:jc w:val="center"/>
        </w:trPr>
        <w:tc>
          <w:tcPr>
            <w:tcW w:w="14060" w:type="dxa"/>
            <w:gridSpan w:val="6"/>
            <w:tcMar>
              <w:top w:w="70" w:type="dxa"/>
              <w:left w:w="90" w:type="dxa"/>
              <w:bottom w:w="70" w:type="dxa"/>
              <w:right w:w="90" w:type="dxa"/>
            </w:tcMar>
            <w:vAlign w:val="center"/>
          </w:tcPr>
          <w:p w14:paraId="7F11B023" w14:textId="77777777" w:rsidR="00080BF0" w:rsidRDefault="00000000">
            <w:pPr>
              <w:jc w:val="center"/>
            </w:pPr>
            <w:r>
              <w:rPr>
                <w:b/>
                <w:color w:val="000000"/>
                <w:sz w:val="24"/>
              </w:rPr>
              <w:lastRenderedPageBreak/>
              <w:t>UČNA PRIPRAVA 3/39</w:t>
            </w:r>
          </w:p>
        </w:tc>
      </w:tr>
      <w:tr w:rsidR="00080BF0" w14:paraId="7E135F11" w14:textId="77777777">
        <w:trPr>
          <w:jc w:val="center"/>
        </w:trPr>
        <w:tc>
          <w:tcPr>
            <w:tcW w:w="2665" w:type="dxa"/>
            <w:tcMar>
              <w:top w:w="70" w:type="dxa"/>
              <w:left w:w="90" w:type="dxa"/>
              <w:bottom w:w="70" w:type="dxa"/>
              <w:right w:w="90" w:type="dxa"/>
            </w:tcMar>
            <w:vAlign w:val="center"/>
          </w:tcPr>
          <w:p w14:paraId="49D4DF52"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688383D"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32E241C5"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D01F297" w14:textId="77777777" w:rsidR="00080BF0" w:rsidRDefault="00000000">
            <w:r>
              <w:rPr>
                <w:b/>
                <w:color w:val="000000"/>
                <w:sz w:val="16"/>
              </w:rPr>
              <w:t xml:space="preserve">NAČRTOVANI TERMIN: </w:t>
            </w:r>
            <w:r>
              <w:rPr>
                <w:color w:val="000000"/>
                <w:sz w:val="16"/>
              </w:rPr>
              <w:t>3. teden • 14.–18. 9. 2026</w:t>
            </w:r>
          </w:p>
        </w:tc>
        <w:tc>
          <w:tcPr>
            <w:tcW w:w="2268" w:type="dxa"/>
            <w:tcMar>
              <w:top w:w="70" w:type="dxa"/>
              <w:left w:w="90" w:type="dxa"/>
              <w:bottom w:w="70" w:type="dxa"/>
              <w:right w:w="90" w:type="dxa"/>
            </w:tcMar>
            <w:vAlign w:val="center"/>
          </w:tcPr>
          <w:p w14:paraId="3EC46465"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F4C52DB" w14:textId="77777777" w:rsidR="00080BF0" w:rsidRDefault="00000000">
            <w:r>
              <w:rPr>
                <w:b/>
                <w:color w:val="000000"/>
                <w:sz w:val="16"/>
              </w:rPr>
              <w:t xml:space="preserve">ŠTEVILO UR: </w:t>
            </w:r>
            <w:r>
              <w:rPr>
                <w:color w:val="000000"/>
                <w:sz w:val="16"/>
              </w:rPr>
              <w:t>2</w:t>
            </w:r>
          </w:p>
        </w:tc>
      </w:tr>
      <w:tr w:rsidR="00080BF0" w14:paraId="67EAC48A" w14:textId="77777777">
        <w:trPr>
          <w:jc w:val="center"/>
        </w:trPr>
        <w:tc>
          <w:tcPr>
            <w:tcW w:w="14061" w:type="dxa"/>
            <w:gridSpan w:val="6"/>
            <w:tcMar>
              <w:top w:w="70" w:type="dxa"/>
              <w:left w:w="90" w:type="dxa"/>
              <w:bottom w:w="70" w:type="dxa"/>
              <w:right w:w="90" w:type="dxa"/>
            </w:tcMar>
            <w:vAlign w:val="center"/>
          </w:tcPr>
          <w:p w14:paraId="48330244"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49E0AA51" w14:textId="77777777">
        <w:trPr>
          <w:cantSplit/>
          <w:jc w:val="center"/>
        </w:trPr>
        <w:tc>
          <w:tcPr>
            <w:tcW w:w="14060" w:type="dxa"/>
            <w:gridSpan w:val="6"/>
            <w:tcMar>
              <w:top w:w="70" w:type="dxa"/>
              <w:left w:w="90" w:type="dxa"/>
              <w:bottom w:w="70" w:type="dxa"/>
              <w:right w:w="90" w:type="dxa"/>
            </w:tcMar>
            <w:vAlign w:val="center"/>
          </w:tcPr>
          <w:p w14:paraId="3482DA2B" w14:textId="77777777" w:rsidR="00080BF0" w:rsidRDefault="00080BF0"/>
          <w:p w14:paraId="1AF87D03" w14:textId="77777777" w:rsidR="00080BF0" w:rsidRDefault="00000000">
            <w:pPr>
              <w:spacing w:line="245" w:lineRule="auto"/>
            </w:pPr>
            <w:r>
              <w:rPr>
                <w:b/>
                <w:color w:val="000000"/>
                <w:sz w:val="15"/>
              </w:rPr>
              <w:t xml:space="preserve">UČNI SKLOP: </w:t>
            </w:r>
            <w:r>
              <w:rPr>
                <w:color w:val="000000"/>
                <w:sz w:val="15"/>
              </w:rPr>
              <w:t>V ŠOLO – JAZ, ODNOSI IN UČENJE</w:t>
            </w:r>
          </w:p>
        </w:tc>
      </w:tr>
      <w:tr w:rsidR="00080BF0" w14:paraId="71A829D1" w14:textId="77777777">
        <w:trPr>
          <w:cantSplit/>
          <w:jc w:val="center"/>
        </w:trPr>
        <w:tc>
          <w:tcPr>
            <w:tcW w:w="14060" w:type="dxa"/>
            <w:gridSpan w:val="6"/>
            <w:tcMar>
              <w:top w:w="70" w:type="dxa"/>
              <w:left w:w="90" w:type="dxa"/>
              <w:bottom w:w="70" w:type="dxa"/>
              <w:right w:w="90" w:type="dxa"/>
            </w:tcMar>
            <w:vAlign w:val="center"/>
          </w:tcPr>
          <w:p w14:paraId="4AF2B12E" w14:textId="77777777" w:rsidR="00080BF0" w:rsidRDefault="00080BF0"/>
          <w:p w14:paraId="5B83FDB0" w14:textId="77777777" w:rsidR="00080BF0" w:rsidRDefault="00000000">
            <w:pPr>
              <w:spacing w:line="245" w:lineRule="auto"/>
            </w:pPr>
            <w:r>
              <w:rPr>
                <w:b/>
                <w:color w:val="000000"/>
                <w:sz w:val="15"/>
              </w:rPr>
              <w:t xml:space="preserve">UČNA TEMA: </w:t>
            </w:r>
            <w:r>
              <w:rPr>
                <w:color w:val="000000"/>
                <w:sz w:val="15"/>
              </w:rPr>
              <w:t>MOJ PORTRET</w:t>
            </w:r>
          </w:p>
        </w:tc>
      </w:tr>
      <w:tr w:rsidR="00080BF0" w14:paraId="1DABD48D" w14:textId="77777777">
        <w:trPr>
          <w:cantSplit/>
          <w:jc w:val="center"/>
        </w:trPr>
        <w:tc>
          <w:tcPr>
            <w:tcW w:w="14060" w:type="dxa"/>
            <w:gridSpan w:val="6"/>
            <w:tcMar>
              <w:top w:w="70" w:type="dxa"/>
              <w:left w:w="90" w:type="dxa"/>
              <w:bottom w:w="70" w:type="dxa"/>
              <w:right w:w="90" w:type="dxa"/>
            </w:tcMar>
            <w:vAlign w:val="center"/>
          </w:tcPr>
          <w:p w14:paraId="5B5931CF" w14:textId="77777777" w:rsidR="00080BF0" w:rsidRDefault="00080BF0"/>
          <w:p w14:paraId="07D8A7D9" w14:textId="77777777" w:rsidR="00080BF0" w:rsidRDefault="00000000">
            <w:pPr>
              <w:spacing w:line="245" w:lineRule="auto"/>
            </w:pPr>
            <w:r>
              <w:rPr>
                <w:b/>
                <w:color w:val="000000"/>
                <w:sz w:val="15"/>
              </w:rPr>
              <w:t xml:space="preserve">KNJIŽEVNO / MOTIVNO IZHODIŠČE: </w:t>
            </w:r>
            <w:r>
              <w:rPr>
                <w:color w:val="000000"/>
                <w:sz w:val="15"/>
              </w:rPr>
              <w:t>»Moj prijatelj Piki Jakob« – Kajetan Kovič • prijateljstvo, empatija in sodelovanje</w:t>
            </w:r>
          </w:p>
        </w:tc>
      </w:tr>
      <w:tr w:rsidR="00080BF0" w14:paraId="3881AC33" w14:textId="77777777">
        <w:trPr>
          <w:cantSplit/>
          <w:jc w:val="center"/>
        </w:trPr>
        <w:tc>
          <w:tcPr>
            <w:tcW w:w="14060" w:type="dxa"/>
            <w:gridSpan w:val="6"/>
            <w:tcMar>
              <w:top w:w="70" w:type="dxa"/>
              <w:left w:w="90" w:type="dxa"/>
              <w:bottom w:w="70" w:type="dxa"/>
              <w:right w:w="90" w:type="dxa"/>
            </w:tcMar>
            <w:vAlign w:val="center"/>
          </w:tcPr>
          <w:p w14:paraId="6405D8D9" w14:textId="77777777" w:rsidR="00080BF0" w:rsidRDefault="00080BF0"/>
          <w:p w14:paraId="4F5CDC71" w14:textId="77777777" w:rsidR="00080BF0" w:rsidRDefault="00000000">
            <w:pPr>
              <w:spacing w:line="245" w:lineRule="auto"/>
            </w:pPr>
            <w:r>
              <w:rPr>
                <w:b/>
                <w:color w:val="000000"/>
                <w:sz w:val="15"/>
              </w:rPr>
              <w:t xml:space="preserve">LIKOVNO IZHODIŠČE / MOTIVACIJA: </w:t>
            </w:r>
            <w:r>
              <w:rPr>
                <w:color w:val="000000"/>
                <w:sz w:val="15"/>
              </w:rPr>
              <w:t>likovni detektiv odkrije nepopolno risbo na temo »moj portret« in prosi učence, naj z različnimi črtami, pogledi ali podrobnostmi poiščejo več možnih rešitev. Tematska rešitev: upodobi sebe s književnim ali resničnim prijateljem.</w:t>
            </w:r>
          </w:p>
        </w:tc>
      </w:tr>
      <w:tr w:rsidR="00080BF0" w14:paraId="0F5F8C89" w14:textId="77777777">
        <w:trPr>
          <w:cantSplit/>
          <w:jc w:val="center"/>
        </w:trPr>
        <w:tc>
          <w:tcPr>
            <w:tcW w:w="14060" w:type="dxa"/>
            <w:gridSpan w:val="6"/>
            <w:tcMar>
              <w:top w:w="70" w:type="dxa"/>
              <w:left w:w="90" w:type="dxa"/>
              <w:bottom w:w="70" w:type="dxa"/>
              <w:right w:w="90" w:type="dxa"/>
            </w:tcMar>
            <w:vAlign w:val="center"/>
          </w:tcPr>
          <w:p w14:paraId="61B7EF80" w14:textId="77777777" w:rsidR="00080BF0" w:rsidRDefault="00080BF0"/>
          <w:p w14:paraId="686BEC92" w14:textId="77777777" w:rsidR="00080BF0" w:rsidRDefault="00000000">
            <w:pPr>
              <w:spacing w:line="245" w:lineRule="auto"/>
            </w:pPr>
            <w:r>
              <w:rPr>
                <w:b/>
                <w:color w:val="000000"/>
                <w:sz w:val="15"/>
              </w:rPr>
              <w:t xml:space="preserve">UČNE ENOTE: </w:t>
            </w:r>
            <w:r>
              <w:rPr>
                <w:color w:val="000000"/>
                <w:sz w:val="15"/>
              </w:rPr>
              <w:t>1. ura – Moj portret – Opazujem, preizkušam, načrtujem • 2. ura – Moj portret – Ustvarjam, predstavim, izboljšam</w:t>
            </w:r>
          </w:p>
        </w:tc>
      </w:tr>
      <w:tr w:rsidR="00080BF0" w14:paraId="7883E097" w14:textId="77777777">
        <w:trPr>
          <w:cantSplit/>
          <w:jc w:val="center"/>
        </w:trPr>
        <w:tc>
          <w:tcPr>
            <w:tcW w:w="14060" w:type="dxa"/>
            <w:gridSpan w:val="6"/>
            <w:tcMar>
              <w:top w:w="70" w:type="dxa"/>
              <w:left w:w="90" w:type="dxa"/>
              <w:bottom w:w="70" w:type="dxa"/>
              <w:right w:w="90" w:type="dxa"/>
            </w:tcMar>
            <w:vAlign w:val="center"/>
          </w:tcPr>
          <w:p w14:paraId="5F9F2209" w14:textId="77777777" w:rsidR="00080BF0" w:rsidRDefault="00080BF0"/>
          <w:p w14:paraId="76E98AEF"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2C57AAB2" w14:textId="77777777">
        <w:trPr>
          <w:cantSplit/>
          <w:jc w:val="center"/>
        </w:trPr>
        <w:tc>
          <w:tcPr>
            <w:tcW w:w="14060" w:type="dxa"/>
            <w:gridSpan w:val="6"/>
            <w:tcMar>
              <w:top w:w="70" w:type="dxa"/>
              <w:left w:w="90" w:type="dxa"/>
              <w:bottom w:w="70" w:type="dxa"/>
              <w:right w:w="90" w:type="dxa"/>
            </w:tcMar>
            <w:vAlign w:val="center"/>
          </w:tcPr>
          <w:p w14:paraId="764C051A" w14:textId="77777777" w:rsidR="00080BF0" w:rsidRDefault="00080BF0"/>
          <w:p w14:paraId="5D6CA736"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0931386A" w14:textId="77777777">
        <w:trPr>
          <w:cantSplit/>
          <w:jc w:val="center"/>
        </w:trPr>
        <w:tc>
          <w:tcPr>
            <w:tcW w:w="14060" w:type="dxa"/>
            <w:gridSpan w:val="6"/>
            <w:tcMar>
              <w:top w:w="70" w:type="dxa"/>
              <w:left w:w="90" w:type="dxa"/>
              <w:bottom w:w="70" w:type="dxa"/>
              <w:right w:w="90" w:type="dxa"/>
            </w:tcMar>
            <w:vAlign w:val="center"/>
          </w:tcPr>
          <w:p w14:paraId="3A3C2D9B" w14:textId="77777777" w:rsidR="00080BF0" w:rsidRDefault="00080BF0"/>
          <w:p w14:paraId="31AE5CF7"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0DAFFD06" w14:textId="77777777">
        <w:trPr>
          <w:cantSplit/>
          <w:jc w:val="center"/>
        </w:trPr>
        <w:tc>
          <w:tcPr>
            <w:tcW w:w="14060" w:type="dxa"/>
            <w:gridSpan w:val="6"/>
            <w:tcMar>
              <w:top w:w="70" w:type="dxa"/>
              <w:left w:w="90" w:type="dxa"/>
              <w:bottom w:w="70" w:type="dxa"/>
              <w:right w:w="90" w:type="dxa"/>
            </w:tcMar>
            <w:vAlign w:val="center"/>
          </w:tcPr>
          <w:p w14:paraId="404DF554" w14:textId="77777777" w:rsidR="00080BF0" w:rsidRDefault="00080BF0"/>
          <w:p w14:paraId="09C9618C" w14:textId="77777777" w:rsidR="00080BF0" w:rsidRDefault="00000000">
            <w:pPr>
              <w:spacing w:line="245" w:lineRule="auto"/>
            </w:pPr>
            <w:r>
              <w:rPr>
                <w:b/>
                <w:color w:val="000000"/>
                <w:sz w:val="15"/>
              </w:rPr>
              <w:t xml:space="preserve">MEDPREDMETNE POVEZAVE: </w:t>
            </w:r>
            <w:r>
              <w:rPr>
                <w:color w:val="000000"/>
                <w:sz w:val="15"/>
              </w:rPr>
              <w:t>SPO – prijateljstvo, empatija in sodelovanje; SLJ – poslušanje, opis opažanja, poimenovanje postopka in predstavitev; MAT – oblike, razvrščanje, vzorci in prostorski odnosi; ŠPO – gibalna črta, telesna skulptura, smer in ravnotežje; GUM – ritem, ponavljanje, kontrast in razpoloženje</w:t>
            </w:r>
          </w:p>
        </w:tc>
      </w:tr>
      <w:tr w:rsidR="00080BF0" w14:paraId="14B3F423" w14:textId="77777777">
        <w:trPr>
          <w:cantSplit/>
          <w:jc w:val="center"/>
        </w:trPr>
        <w:tc>
          <w:tcPr>
            <w:tcW w:w="14060" w:type="dxa"/>
            <w:gridSpan w:val="6"/>
            <w:tcMar>
              <w:top w:w="70" w:type="dxa"/>
              <w:left w:w="90" w:type="dxa"/>
              <w:bottom w:w="70" w:type="dxa"/>
              <w:right w:w="90" w:type="dxa"/>
            </w:tcMar>
            <w:vAlign w:val="center"/>
          </w:tcPr>
          <w:p w14:paraId="338A7565" w14:textId="77777777" w:rsidR="00080BF0" w:rsidRDefault="00080BF0"/>
          <w:p w14:paraId="61C66F98" w14:textId="77777777" w:rsidR="00080BF0" w:rsidRDefault="00000000">
            <w:pPr>
              <w:spacing w:line="245" w:lineRule="auto"/>
            </w:pPr>
            <w:r>
              <w:rPr>
                <w:b/>
                <w:color w:val="000000"/>
                <w:sz w:val="15"/>
              </w:rPr>
              <w:t xml:space="preserve">UČNA SREDSTVA IN PRIPOMOČKI: </w:t>
            </w:r>
            <w:r>
              <w:rPr>
                <w:color w:val="000000"/>
                <w:sz w:val="15"/>
              </w:rPr>
              <w:t>risalni papir različnih velikosti, mehki grafitni svinčniki, voščenke, barvice, flomastri, ogledalca ali opazovani predmeti; fotografija, reprodukcija ali resnični predmet za opazovanje; kartice namena in meril; talne oznake štirih postaj; mapa dokazov; sredstva za čiščenje in pospravljanje</w:t>
            </w:r>
          </w:p>
        </w:tc>
      </w:tr>
      <w:tr w:rsidR="00080BF0" w14:paraId="34060819" w14:textId="77777777">
        <w:trPr>
          <w:cantSplit/>
          <w:jc w:val="center"/>
        </w:trPr>
        <w:tc>
          <w:tcPr>
            <w:tcW w:w="14060" w:type="dxa"/>
            <w:gridSpan w:val="6"/>
            <w:tcMar>
              <w:top w:w="70" w:type="dxa"/>
              <w:left w:w="90" w:type="dxa"/>
              <w:bottom w:w="70" w:type="dxa"/>
              <w:right w:w="90" w:type="dxa"/>
            </w:tcMar>
            <w:vAlign w:val="center"/>
          </w:tcPr>
          <w:p w14:paraId="56A994FE" w14:textId="77777777" w:rsidR="00080BF0" w:rsidRDefault="00080BF0"/>
          <w:p w14:paraId="42C5A98B"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2291CDDE" w14:textId="77777777">
        <w:trPr>
          <w:cantSplit/>
          <w:jc w:val="center"/>
        </w:trPr>
        <w:tc>
          <w:tcPr>
            <w:tcW w:w="14060" w:type="dxa"/>
            <w:gridSpan w:val="6"/>
            <w:tcMar>
              <w:top w:w="70" w:type="dxa"/>
              <w:left w:w="90" w:type="dxa"/>
              <w:bottom w:w="70" w:type="dxa"/>
              <w:right w:w="90" w:type="dxa"/>
            </w:tcMar>
            <w:vAlign w:val="center"/>
          </w:tcPr>
          <w:p w14:paraId="66716F50" w14:textId="77777777" w:rsidR="00080BF0" w:rsidRDefault="00080BF0"/>
          <w:p w14:paraId="28C82DCD"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25A6347A" w14:textId="77777777">
        <w:trPr>
          <w:cantSplit/>
          <w:jc w:val="center"/>
        </w:trPr>
        <w:tc>
          <w:tcPr>
            <w:tcW w:w="14060" w:type="dxa"/>
            <w:gridSpan w:val="6"/>
            <w:tcMar>
              <w:top w:w="70" w:type="dxa"/>
              <w:left w:w="90" w:type="dxa"/>
              <w:bottom w:w="70" w:type="dxa"/>
              <w:right w:w="90" w:type="dxa"/>
            </w:tcMar>
            <w:vAlign w:val="center"/>
          </w:tcPr>
          <w:p w14:paraId="4E93808F" w14:textId="77777777" w:rsidR="00080BF0" w:rsidRDefault="00080BF0"/>
          <w:p w14:paraId="0BB7CFA9"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7437FAFE"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478940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2A4D7D7"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8F9066F" w14:textId="77777777" w:rsidR="00080BF0" w:rsidRDefault="00000000">
            <w:pPr>
              <w:jc w:val="center"/>
            </w:pPr>
            <w:r>
              <w:rPr>
                <w:b/>
                <w:color w:val="000000"/>
                <w:sz w:val="20"/>
              </w:rPr>
              <w:t>UČNE DEJAVNOSTI, METODE IN FORMATIVNO SPREMLJANJE</w:t>
            </w:r>
          </w:p>
        </w:tc>
      </w:tr>
      <w:tr w:rsidR="00080BF0" w14:paraId="587C5D06" w14:textId="77777777">
        <w:trPr>
          <w:tblHeader/>
          <w:jc w:val="center"/>
        </w:trPr>
        <w:tc>
          <w:tcPr>
            <w:tcW w:w="4422" w:type="dxa"/>
            <w:vMerge/>
            <w:tcMar>
              <w:top w:w="70" w:type="dxa"/>
              <w:left w:w="90" w:type="dxa"/>
              <w:bottom w:w="70" w:type="dxa"/>
              <w:right w:w="90" w:type="dxa"/>
            </w:tcMar>
            <w:vAlign w:val="center"/>
          </w:tcPr>
          <w:p w14:paraId="50D4E515" w14:textId="77777777" w:rsidR="00080BF0" w:rsidRDefault="00080BF0"/>
        </w:tc>
        <w:tc>
          <w:tcPr>
            <w:tcW w:w="7087" w:type="dxa"/>
            <w:shd w:val="clear" w:color="auto" w:fill="FFFFFF"/>
            <w:tcMar>
              <w:top w:w="70" w:type="dxa"/>
              <w:left w:w="90" w:type="dxa"/>
              <w:bottom w:w="70" w:type="dxa"/>
              <w:right w:w="90" w:type="dxa"/>
            </w:tcMar>
            <w:vAlign w:val="center"/>
          </w:tcPr>
          <w:p w14:paraId="1265242F"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D29D279" w14:textId="77777777" w:rsidR="00080BF0" w:rsidRDefault="00000000">
            <w:pPr>
              <w:jc w:val="center"/>
            </w:pPr>
            <w:r>
              <w:rPr>
                <w:b/>
                <w:color w:val="000000"/>
              </w:rPr>
              <w:t>UČENEC</w:t>
            </w:r>
          </w:p>
        </w:tc>
      </w:tr>
      <w:tr w:rsidR="00080BF0" w14:paraId="75A28B1C" w14:textId="77777777">
        <w:trPr>
          <w:jc w:val="center"/>
        </w:trPr>
        <w:tc>
          <w:tcPr>
            <w:tcW w:w="4422" w:type="dxa"/>
            <w:tcMar>
              <w:top w:w="70" w:type="dxa"/>
              <w:left w:w="90" w:type="dxa"/>
              <w:bottom w:w="70" w:type="dxa"/>
              <w:right w:w="90" w:type="dxa"/>
            </w:tcMar>
          </w:tcPr>
          <w:p w14:paraId="36098CB1" w14:textId="77777777" w:rsidR="00080BF0" w:rsidRDefault="00080BF0"/>
          <w:p w14:paraId="27673027" w14:textId="77777777" w:rsidR="00080BF0" w:rsidRDefault="00000000">
            <w:pPr>
              <w:spacing w:after="60" w:line="245" w:lineRule="auto"/>
            </w:pPr>
            <w:r>
              <w:rPr>
                <w:b/>
                <w:color w:val="000000"/>
              </w:rPr>
              <w:t>UČNI CILJI</w:t>
            </w:r>
          </w:p>
          <w:p w14:paraId="3CAF1771" w14:textId="77777777" w:rsidR="00080BF0" w:rsidRDefault="00000000">
            <w:pPr>
              <w:spacing w:after="20" w:line="245" w:lineRule="auto"/>
            </w:pPr>
            <w:r>
              <w:rPr>
                <w:b/>
                <w:color w:val="000000"/>
                <w:sz w:val="17"/>
              </w:rPr>
              <w:t>SPLOŠNI</w:t>
            </w:r>
          </w:p>
          <w:p w14:paraId="24232AA3"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742767DC"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26C8490D"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6CA74160"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6783EEEB" w14:textId="77777777" w:rsidR="00080BF0" w:rsidRDefault="00000000">
            <w:pPr>
              <w:spacing w:before="40" w:after="20" w:line="245" w:lineRule="auto"/>
            </w:pPr>
            <w:r>
              <w:rPr>
                <w:b/>
                <w:color w:val="000000"/>
                <w:sz w:val="17"/>
              </w:rPr>
              <w:t>OPERATIVNI</w:t>
            </w:r>
          </w:p>
          <w:p w14:paraId="4B718EB4" w14:textId="77777777" w:rsidR="00080BF0" w:rsidRDefault="00000000">
            <w:pPr>
              <w:pStyle w:val="Oznaenseznam"/>
              <w:spacing w:after="16"/>
            </w:pPr>
            <w:r>
              <w:rPr>
                <w:color w:val="000000"/>
                <w:sz w:val="16"/>
              </w:rPr>
              <w:t>opazuje obrazne značilnosti</w:t>
            </w:r>
          </w:p>
          <w:p w14:paraId="5E7C675B" w14:textId="77777777" w:rsidR="00080BF0" w:rsidRDefault="00000000">
            <w:pPr>
              <w:pStyle w:val="Oznaenseznam"/>
              <w:spacing w:after="16"/>
            </w:pPr>
            <w:r>
              <w:rPr>
                <w:color w:val="000000"/>
                <w:sz w:val="16"/>
              </w:rPr>
              <w:t>riše portret</w:t>
            </w:r>
          </w:p>
          <w:p w14:paraId="6595F156" w14:textId="77777777" w:rsidR="00080BF0" w:rsidRDefault="00000000">
            <w:pPr>
              <w:pStyle w:val="Oznaenseznam"/>
              <w:spacing w:after="16"/>
            </w:pPr>
            <w:r>
              <w:rPr>
                <w:color w:val="000000"/>
                <w:sz w:val="16"/>
              </w:rPr>
              <w:t>uporabi črto in barvo za izražanje počutja</w:t>
            </w:r>
          </w:p>
          <w:p w14:paraId="445863EE" w14:textId="77777777" w:rsidR="00080BF0" w:rsidRDefault="00000000">
            <w:pPr>
              <w:spacing w:before="40" w:after="20" w:line="245" w:lineRule="auto"/>
            </w:pPr>
            <w:r>
              <w:rPr>
                <w:b/>
                <w:color w:val="000000"/>
                <w:sz w:val="17"/>
              </w:rPr>
              <w:t>PRIČAKOVANI DOSEŽKI / MINIMALNI POUDARKI</w:t>
            </w:r>
          </w:p>
          <w:p w14:paraId="0DFE8CB0" w14:textId="77777777" w:rsidR="00080BF0" w:rsidRDefault="00000000">
            <w:pPr>
              <w:pStyle w:val="Oznaenseznam"/>
              <w:spacing w:after="16"/>
            </w:pPr>
            <w:r>
              <w:rPr>
                <w:color w:val="000000"/>
                <w:sz w:val="15"/>
              </w:rPr>
              <w:t>samostojno oziroma z dogovorjeno oporo opazuje obrazne značilnosti</w:t>
            </w:r>
          </w:p>
          <w:p w14:paraId="7967ECA3" w14:textId="77777777" w:rsidR="00080BF0" w:rsidRDefault="00000000">
            <w:pPr>
              <w:pStyle w:val="Oznaenseznam"/>
              <w:spacing w:after="16"/>
            </w:pPr>
            <w:r>
              <w:rPr>
                <w:color w:val="000000"/>
                <w:sz w:val="15"/>
              </w:rPr>
              <w:t>samostojno oziroma z dogovorjeno oporo riše portret</w:t>
            </w:r>
          </w:p>
          <w:p w14:paraId="22EE2BF8" w14:textId="77777777" w:rsidR="00080BF0" w:rsidRDefault="00000000">
            <w:pPr>
              <w:pStyle w:val="Oznaenseznam"/>
              <w:spacing w:after="16"/>
            </w:pPr>
            <w:r>
              <w:rPr>
                <w:color w:val="000000"/>
                <w:sz w:val="15"/>
              </w:rPr>
              <w:t>samostojno oziroma z dogovorjeno oporo uporabi črto in barvo za izražanje počutja</w:t>
            </w:r>
          </w:p>
        </w:tc>
        <w:tc>
          <w:tcPr>
            <w:tcW w:w="7087" w:type="dxa"/>
            <w:tcMar>
              <w:top w:w="70" w:type="dxa"/>
              <w:left w:w="90" w:type="dxa"/>
              <w:bottom w:w="70" w:type="dxa"/>
              <w:right w:w="90" w:type="dxa"/>
            </w:tcMar>
          </w:tcPr>
          <w:p w14:paraId="26197B39"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AC9B37A" w14:textId="77777777">
              <w:trPr>
                <w:jc w:val="center"/>
              </w:trPr>
              <w:tc>
                <w:tcPr>
                  <w:tcW w:w="7087" w:type="dxa"/>
                  <w:shd w:val="clear" w:color="auto" w:fill="C6E7F3"/>
                  <w:tcMar>
                    <w:top w:w="45" w:type="dxa"/>
                    <w:left w:w="70" w:type="dxa"/>
                    <w:bottom w:w="45" w:type="dxa"/>
                    <w:right w:w="70" w:type="dxa"/>
                  </w:tcMar>
                </w:tcPr>
                <w:p w14:paraId="3A99010A" w14:textId="77777777" w:rsidR="00080BF0" w:rsidRDefault="00000000">
                  <w:pPr>
                    <w:keepNext/>
                  </w:pPr>
                  <w:r>
                    <w:rPr>
                      <w:b/>
                      <w:color w:val="000000"/>
                    </w:rPr>
                    <w:t>UVODNI DEL – likovna uganka, opazovanje, aktivacija predznanja in namen učenja (8–12 min)</w:t>
                  </w:r>
                </w:p>
              </w:tc>
            </w:tr>
          </w:tbl>
          <w:p w14:paraId="46F716CD" w14:textId="77777777" w:rsidR="00080BF0" w:rsidRDefault="00080BF0">
            <w:pPr>
              <w:spacing w:line="20" w:lineRule="exact"/>
            </w:pPr>
          </w:p>
          <w:p w14:paraId="10329B41" w14:textId="77777777" w:rsidR="00080BF0" w:rsidRDefault="00000000">
            <w:pPr>
              <w:spacing w:before="40" w:after="60" w:line="245" w:lineRule="auto"/>
            </w:pPr>
            <w:r>
              <w:rPr>
                <w:color w:val="000000"/>
                <w:sz w:val="16"/>
              </w:rPr>
              <w:t>Ob književnem motivu »Moj prijatelj Piki Jakob« – Kajetan Kovič učenci vstopijo v temo prijateljstvo, empatija in sodelovanje. Učiteljica pokaže fotografijo, reprodukcijo, predmet ali material in pove kratko likovno zgodbo: likovni detektiv odkrije nepopolno risbo na temo »moj portret« in prosi učence, naj z različnimi črtami, pogledi ali podrobnostmi poiščejo več možnih rešitev. Tematska rešitev: upodobi sebe s književnim ali resničnim prijateljem.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01EB4FBA" w14:textId="77777777">
              <w:trPr>
                <w:jc w:val="center"/>
              </w:trPr>
              <w:tc>
                <w:tcPr>
                  <w:tcW w:w="7087" w:type="dxa"/>
                  <w:shd w:val="clear" w:color="auto" w:fill="EDC9EA"/>
                  <w:tcMar>
                    <w:top w:w="45" w:type="dxa"/>
                    <w:left w:w="70" w:type="dxa"/>
                    <w:bottom w:w="45" w:type="dxa"/>
                    <w:right w:w="70" w:type="dxa"/>
                  </w:tcMar>
                </w:tcPr>
                <w:p w14:paraId="007ACBDB" w14:textId="77777777" w:rsidR="00080BF0" w:rsidRDefault="00000000">
                  <w:pPr>
                    <w:keepNext/>
                  </w:pPr>
                  <w:r>
                    <w:rPr>
                      <w:b/>
                      <w:color w:val="000000"/>
                    </w:rPr>
                    <w:t>NAMENI UČENJA</w:t>
                  </w:r>
                </w:p>
              </w:tc>
            </w:tr>
          </w:tbl>
          <w:p w14:paraId="3B5E4AC5" w14:textId="77777777" w:rsidR="00080BF0" w:rsidRDefault="00080BF0">
            <w:pPr>
              <w:spacing w:line="20" w:lineRule="exact"/>
            </w:pPr>
          </w:p>
          <w:p w14:paraId="2B672F62"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30919C97" w14:textId="77777777" w:rsidR="00080BF0" w:rsidRDefault="00000000">
            <w:pPr>
              <w:pStyle w:val="Oznaenseznam"/>
              <w:spacing w:after="16"/>
            </w:pPr>
            <w:r>
              <w:rPr>
                <w:color w:val="000000"/>
                <w:sz w:val="16"/>
              </w:rPr>
              <w:t>opazujem obrazne značilnosti</w:t>
            </w:r>
          </w:p>
          <w:p w14:paraId="5D312C76" w14:textId="77777777" w:rsidR="00080BF0" w:rsidRDefault="00000000">
            <w:pPr>
              <w:pStyle w:val="Oznaenseznam"/>
              <w:spacing w:after="16"/>
            </w:pPr>
            <w:r>
              <w:rPr>
                <w:color w:val="000000"/>
                <w:sz w:val="16"/>
              </w:rPr>
              <w:t>rišem portret</w:t>
            </w:r>
          </w:p>
          <w:p w14:paraId="4283A261" w14:textId="77777777" w:rsidR="00080BF0" w:rsidRDefault="00000000">
            <w:pPr>
              <w:pStyle w:val="Oznaenseznam"/>
              <w:spacing w:after="16"/>
            </w:pPr>
            <w:r>
              <w:rPr>
                <w:color w:val="000000"/>
                <w:sz w:val="16"/>
              </w:rPr>
              <w:t>uporabim črto in barvo za izražanje počutja</w:t>
            </w:r>
          </w:p>
          <w:tbl>
            <w:tblPr>
              <w:tblStyle w:val="Tabelamrea"/>
              <w:tblW w:w="0" w:type="auto"/>
              <w:jc w:val="center"/>
              <w:tblLayout w:type="fixed"/>
              <w:tblLook w:val="04A0" w:firstRow="1" w:lastRow="0" w:firstColumn="1" w:lastColumn="0" w:noHBand="0" w:noVBand="1"/>
            </w:tblPr>
            <w:tblGrid>
              <w:gridCol w:w="7087"/>
            </w:tblGrid>
            <w:tr w:rsidR="00080BF0" w14:paraId="49082CB1" w14:textId="77777777">
              <w:trPr>
                <w:jc w:val="center"/>
              </w:trPr>
              <w:tc>
                <w:tcPr>
                  <w:tcW w:w="7087" w:type="dxa"/>
                  <w:shd w:val="clear" w:color="auto" w:fill="EDC9EA"/>
                  <w:tcMar>
                    <w:top w:w="45" w:type="dxa"/>
                    <w:left w:w="70" w:type="dxa"/>
                    <w:bottom w:w="45" w:type="dxa"/>
                    <w:right w:w="70" w:type="dxa"/>
                  </w:tcMar>
                </w:tcPr>
                <w:p w14:paraId="4EF93236" w14:textId="77777777" w:rsidR="00080BF0" w:rsidRDefault="00000000">
                  <w:pPr>
                    <w:keepNext/>
                  </w:pPr>
                  <w:r>
                    <w:rPr>
                      <w:b/>
                      <w:color w:val="000000"/>
                    </w:rPr>
                    <w:t>PREVERJANJE PREDZNANJA</w:t>
                  </w:r>
                </w:p>
              </w:tc>
            </w:tr>
          </w:tbl>
          <w:p w14:paraId="59A74B6E" w14:textId="77777777" w:rsidR="00080BF0" w:rsidRDefault="00080BF0">
            <w:pPr>
              <w:spacing w:line="20" w:lineRule="exact"/>
            </w:pPr>
          </w:p>
          <w:p w14:paraId="02059F98" w14:textId="77777777" w:rsidR="00080BF0" w:rsidRDefault="00000000">
            <w:pPr>
              <w:pStyle w:val="Oznaenseznam"/>
              <w:spacing w:after="16"/>
            </w:pPr>
            <w:r>
              <w:rPr>
                <w:color w:val="000000"/>
                <w:sz w:val="16"/>
              </w:rPr>
              <w:t>Kaj najprej opazim pri motivu, predmetu ali materialu, povezanem s temo »MOJ PORTRET«?</w:t>
            </w:r>
          </w:p>
          <w:p w14:paraId="2CC83B86"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18A04B17"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7BCCE27D" w14:textId="77777777">
              <w:trPr>
                <w:jc w:val="center"/>
              </w:trPr>
              <w:tc>
                <w:tcPr>
                  <w:tcW w:w="7087" w:type="dxa"/>
                  <w:shd w:val="clear" w:color="auto" w:fill="EDC9EA"/>
                  <w:tcMar>
                    <w:top w:w="45" w:type="dxa"/>
                    <w:left w:w="70" w:type="dxa"/>
                    <w:bottom w:w="45" w:type="dxa"/>
                    <w:right w:w="70" w:type="dxa"/>
                  </w:tcMar>
                </w:tcPr>
                <w:p w14:paraId="586D7FCE" w14:textId="77777777" w:rsidR="00080BF0" w:rsidRDefault="00000000">
                  <w:pPr>
                    <w:keepNext/>
                  </w:pPr>
                  <w:r>
                    <w:rPr>
                      <w:b/>
                      <w:color w:val="000000"/>
                    </w:rPr>
                    <w:t>KRITERIJI USPEŠNOSTI</w:t>
                  </w:r>
                </w:p>
              </w:tc>
            </w:tr>
          </w:tbl>
          <w:p w14:paraId="7E19E1BF" w14:textId="77777777" w:rsidR="00080BF0" w:rsidRDefault="00080BF0"/>
          <w:p w14:paraId="41F664D5" w14:textId="77777777" w:rsidR="00080BF0" w:rsidRDefault="00000000">
            <w:pPr>
              <w:spacing w:before="20" w:after="20" w:line="245" w:lineRule="auto"/>
            </w:pPr>
            <w:r>
              <w:rPr>
                <w:b/>
                <w:color w:val="000000"/>
                <w:sz w:val="16"/>
              </w:rPr>
              <w:t>Uspešen/-na bom, ko:</w:t>
            </w:r>
          </w:p>
          <w:p w14:paraId="24871061" w14:textId="77777777" w:rsidR="00080BF0" w:rsidRDefault="00000000">
            <w:pPr>
              <w:pStyle w:val="Oznaenseznam"/>
              <w:spacing w:after="16"/>
            </w:pPr>
            <w:r>
              <w:rPr>
                <w:color w:val="000000"/>
                <w:sz w:val="16"/>
              </w:rPr>
              <w:t>opazujem obrazne značilnosti</w:t>
            </w:r>
          </w:p>
          <w:p w14:paraId="6C8C1A46" w14:textId="77777777" w:rsidR="00080BF0" w:rsidRDefault="00000000">
            <w:pPr>
              <w:pStyle w:val="Oznaenseznam"/>
              <w:spacing w:after="16"/>
            </w:pPr>
            <w:r>
              <w:rPr>
                <w:color w:val="000000"/>
                <w:sz w:val="16"/>
              </w:rPr>
              <w:t>rišem portret</w:t>
            </w:r>
          </w:p>
          <w:p w14:paraId="55D8E2BE" w14:textId="77777777" w:rsidR="00080BF0" w:rsidRDefault="00000000">
            <w:pPr>
              <w:pStyle w:val="Oznaenseznam"/>
              <w:spacing w:after="16"/>
            </w:pPr>
            <w:r>
              <w:rPr>
                <w:color w:val="000000"/>
                <w:sz w:val="16"/>
              </w:rPr>
              <w:t>uporabim črto in barvo za izražanje počutja</w:t>
            </w:r>
          </w:p>
          <w:p w14:paraId="7C7F81D7" w14:textId="77777777" w:rsidR="00080BF0" w:rsidRDefault="00000000">
            <w:pPr>
              <w:pStyle w:val="Oznaenseznam"/>
              <w:spacing w:after="16"/>
            </w:pPr>
            <w:r>
              <w:rPr>
                <w:color w:val="000000"/>
                <w:sz w:val="15"/>
              </w:rPr>
              <w:t>varno in namensko uporabim material, zaščitim prostor ter po delu uredim svojo postajo</w:t>
            </w:r>
          </w:p>
          <w:p w14:paraId="42A507BF"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502700EE" w14:textId="77777777" w:rsidR="00080BF0" w:rsidRDefault="00080BF0"/>
          <w:p w14:paraId="035B7C70"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67C17D39" w14:textId="77777777" w:rsidR="00080BF0" w:rsidRDefault="00000000">
            <w:pPr>
              <w:spacing w:after="80" w:line="245" w:lineRule="auto"/>
            </w:pPr>
            <w:r>
              <w:rPr>
                <w:color w:val="000000"/>
                <w:sz w:val="16"/>
              </w:rPr>
              <w:t>Pove ali pokaže, kaj že zna opaziti in katero likovno možnost bi najprej preizkusil.</w:t>
            </w:r>
          </w:p>
          <w:p w14:paraId="04EDD7D1" w14:textId="77777777" w:rsidR="00080BF0" w:rsidRDefault="00000000">
            <w:pPr>
              <w:spacing w:after="100" w:line="245" w:lineRule="auto"/>
            </w:pPr>
            <w:r>
              <w:rPr>
                <w:color w:val="000000"/>
                <w:sz w:val="16"/>
              </w:rPr>
              <w:t>Sodeluje pri razumevanju namena, meril uspešnosti, varne rabe pripomočkov in načina dokazovanja.</w:t>
            </w:r>
          </w:p>
          <w:p w14:paraId="337D13D1" w14:textId="77777777" w:rsidR="00080BF0" w:rsidRDefault="00000000">
            <w:pPr>
              <w:spacing w:after="20" w:line="245" w:lineRule="auto"/>
            </w:pPr>
            <w:r>
              <w:rPr>
                <w:b/>
                <w:color w:val="D95BC6"/>
                <w:sz w:val="17"/>
              </w:rPr>
              <w:t>DOKAZ O UČENJU</w:t>
            </w:r>
          </w:p>
          <w:p w14:paraId="606DF6D1"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77BFB38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146A83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057DDCD"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5E4B028" w14:textId="77777777" w:rsidR="00080BF0" w:rsidRDefault="00000000">
            <w:pPr>
              <w:jc w:val="center"/>
            </w:pPr>
            <w:r>
              <w:rPr>
                <w:b/>
                <w:color w:val="000000"/>
                <w:sz w:val="20"/>
              </w:rPr>
              <w:t>UČNE DEJAVNOSTI, METODE IN FORMATIVNO SPREMLJANJE</w:t>
            </w:r>
          </w:p>
        </w:tc>
      </w:tr>
      <w:tr w:rsidR="00080BF0" w14:paraId="2F4C701B" w14:textId="77777777">
        <w:trPr>
          <w:tblHeader/>
          <w:jc w:val="center"/>
        </w:trPr>
        <w:tc>
          <w:tcPr>
            <w:tcW w:w="4422" w:type="dxa"/>
            <w:vMerge/>
            <w:tcMar>
              <w:top w:w="70" w:type="dxa"/>
              <w:left w:w="90" w:type="dxa"/>
              <w:bottom w:w="70" w:type="dxa"/>
              <w:right w:w="90" w:type="dxa"/>
            </w:tcMar>
            <w:vAlign w:val="center"/>
          </w:tcPr>
          <w:p w14:paraId="0EB08DAB" w14:textId="77777777" w:rsidR="00080BF0" w:rsidRDefault="00080BF0"/>
        </w:tc>
        <w:tc>
          <w:tcPr>
            <w:tcW w:w="7087" w:type="dxa"/>
            <w:shd w:val="clear" w:color="auto" w:fill="FFFFFF"/>
            <w:tcMar>
              <w:top w:w="70" w:type="dxa"/>
              <w:left w:w="90" w:type="dxa"/>
              <w:bottom w:w="70" w:type="dxa"/>
              <w:right w:w="90" w:type="dxa"/>
            </w:tcMar>
            <w:vAlign w:val="center"/>
          </w:tcPr>
          <w:p w14:paraId="26378F5F"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C8401F9" w14:textId="77777777" w:rsidR="00080BF0" w:rsidRDefault="00000000">
            <w:pPr>
              <w:jc w:val="center"/>
            </w:pPr>
            <w:r>
              <w:rPr>
                <w:b/>
                <w:color w:val="000000"/>
              </w:rPr>
              <w:t>UČENEC</w:t>
            </w:r>
          </w:p>
        </w:tc>
      </w:tr>
      <w:tr w:rsidR="00080BF0" w14:paraId="0F96FF66" w14:textId="77777777">
        <w:trPr>
          <w:jc w:val="center"/>
        </w:trPr>
        <w:tc>
          <w:tcPr>
            <w:tcW w:w="4422" w:type="dxa"/>
            <w:tcMar>
              <w:top w:w="70" w:type="dxa"/>
              <w:left w:w="90" w:type="dxa"/>
              <w:bottom w:w="70" w:type="dxa"/>
              <w:right w:w="90" w:type="dxa"/>
            </w:tcMar>
          </w:tcPr>
          <w:p w14:paraId="22759846" w14:textId="77777777" w:rsidR="00080BF0" w:rsidRDefault="00080BF0"/>
          <w:p w14:paraId="145F6E74" w14:textId="77777777" w:rsidR="00080BF0" w:rsidRDefault="00000000">
            <w:pPr>
              <w:spacing w:after="40" w:line="245" w:lineRule="auto"/>
            </w:pPr>
            <w:r>
              <w:rPr>
                <w:b/>
                <w:color w:val="000000"/>
              </w:rPr>
              <w:t>KLJUČNI LIKOVNI POJMI</w:t>
            </w:r>
          </w:p>
          <w:p w14:paraId="2C1D1462"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pika, ravna in kriva črta, sklenjena oblika, podrobnost, razmerje, simbol</w:t>
            </w:r>
          </w:p>
          <w:p w14:paraId="72A3CEF0" w14:textId="77777777" w:rsidR="00080BF0" w:rsidRDefault="00000000">
            <w:pPr>
              <w:spacing w:after="20" w:line="245" w:lineRule="auto"/>
            </w:pPr>
            <w:r>
              <w:rPr>
                <w:b/>
                <w:color w:val="000000"/>
                <w:sz w:val="17"/>
              </w:rPr>
              <w:t>DOKAZI O UČENJU</w:t>
            </w:r>
          </w:p>
          <w:p w14:paraId="1146B724" w14:textId="77777777" w:rsidR="00080BF0" w:rsidRDefault="00000000">
            <w:pPr>
              <w:pStyle w:val="Oznaenseznam"/>
              <w:spacing w:after="9"/>
            </w:pPr>
            <w:r>
              <w:rPr>
                <w:color w:val="000000"/>
                <w:sz w:val="15"/>
              </w:rPr>
              <w:t>list materialnih poskusov, skica/načrt, učenčeva razlaga in učiteljev zapis o varni rabi pripomočkov.</w:t>
            </w:r>
          </w:p>
          <w:p w14:paraId="60EC8D8F" w14:textId="77777777" w:rsidR="00080BF0" w:rsidRDefault="00000000">
            <w:pPr>
              <w:pStyle w:val="Oznaenseznam"/>
              <w:spacing w:after="9"/>
            </w:pPr>
            <w:r>
              <w:rPr>
                <w:color w:val="000000"/>
                <w:sz w:val="15"/>
              </w:rPr>
              <w:t>likovni proces in izdelek, fotografija faze, učenčeva razlaga ter samovrednotenje v mapi.</w:t>
            </w:r>
          </w:p>
          <w:p w14:paraId="6DFF8A9A" w14:textId="77777777" w:rsidR="00080BF0" w:rsidRDefault="00000000">
            <w:pPr>
              <w:spacing w:before="40" w:after="20" w:line="245" w:lineRule="auto"/>
            </w:pPr>
            <w:r>
              <w:rPr>
                <w:b/>
                <w:color w:val="000000"/>
                <w:sz w:val="17"/>
              </w:rPr>
              <w:t>LIKOVNO DOŽIVETJE IN IZKUŠENJSKI POUK</w:t>
            </w:r>
          </w:p>
          <w:p w14:paraId="7F75261C"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4C43FD3A" w14:textId="77777777" w:rsidR="00080BF0" w:rsidRDefault="00000000">
            <w:pPr>
              <w:spacing w:after="20" w:line="245" w:lineRule="auto"/>
            </w:pPr>
            <w:r>
              <w:rPr>
                <w:b/>
                <w:color w:val="000000"/>
                <w:sz w:val="17"/>
              </w:rPr>
              <w:t>POUČEVANJE V GIBANJU</w:t>
            </w:r>
          </w:p>
          <w:p w14:paraId="67567A0D"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7B9538B5" w14:textId="77777777" w:rsidR="00080BF0" w:rsidRDefault="00000000">
            <w:pPr>
              <w:spacing w:after="20" w:line="245" w:lineRule="auto"/>
            </w:pPr>
            <w:r>
              <w:rPr>
                <w:b/>
                <w:color w:val="000000"/>
                <w:sz w:val="17"/>
              </w:rPr>
              <w:t>DELO PO POSTAJAH</w:t>
            </w:r>
          </w:p>
          <w:p w14:paraId="26AD7EDA"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68E837DA" w14:textId="77777777" w:rsidR="00080BF0" w:rsidRDefault="00000000">
            <w:pPr>
              <w:spacing w:after="9" w:line="245" w:lineRule="auto"/>
            </w:pPr>
            <w:r>
              <w:rPr>
                <w:color w:val="000000"/>
                <w:sz w:val="14"/>
              </w:rPr>
              <w:t>1. Opazovalna: predmet, obraz, figuro ali motiv opazujem z okvirjem ter poiščem tri pomembne črte, oblike ali podrobnosti.</w:t>
            </w:r>
          </w:p>
          <w:p w14:paraId="2FB38B0D" w14:textId="77777777" w:rsidR="00080BF0" w:rsidRDefault="00000000">
            <w:pPr>
              <w:spacing w:after="9" w:line="245" w:lineRule="auto"/>
            </w:pPr>
            <w:r>
              <w:rPr>
                <w:color w:val="000000"/>
                <w:sz w:val="14"/>
              </w:rPr>
              <w:t>2. Risarski laboratorij: na poskusnem listu primerjam sledi različnih risal, pritisk, smer in gostoto črt.</w:t>
            </w:r>
          </w:p>
          <w:p w14:paraId="15EA37EF" w14:textId="77777777" w:rsidR="00080BF0" w:rsidRDefault="00000000">
            <w:pPr>
              <w:spacing w:after="9" w:line="245" w:lineRule="auto"/>
            </w:pPr>
            <w:r>
              <w:rPr>
                <w:color w:val="000000"/>
                <w:sz w:val="14"/>
              </w:rPr>
              <w:t>3. Gibalna črta: z vrvjo, korakom, roko ali celim telesom oblikujem ravno, krivo, sklenjeno in nesklenjeno pot.</w:t>
            </w:r>
          </w:p>
          <w:p w14:paraId="557086DE" w14:textId="77777777" w:rsidR="00080BF0" w:rsidRDefault="00000000">
            <w:pPr>
              <w:spacing w:after="9" w:line="245" w:lineRule="auto"/>
            </w:pPr>
            <w:r>
              <w:rPr>
                <w:color w:val="000000"/>
                <w:sz w:val="14"/>
              </w:rPr>
              <w:t>4. Ustvarjalno-refleksivna: izdelam osebno rešitev, izberem dokaz, ga pojasnim in po odzivu izboljšam.</w:t>
            </w:r>
          </w:p>
          <w:p w14:paraId="58F2D195" w14:textId="77777777" w:rsidR="00080BF0" w:rsidRDefault="00000000">
            <w:pPr>
              <w:spacing w:after="20" w:line="245" w:lineRule="auto"/>
            </w:pPr>
            <w:r>
              <w:rPr>
                <w:b/>
                <w:color w:val="000000"/>
                <w:sz w:val="17"/>
              </w:rPr>
              <w:t>DIFERENCIACIJA IN VKLJUČEVANJE</w:t>
            </w:r>
          </w:p>
          <w:p w14:paraId="765F2049"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3A668496" w14:textId="77777777" w:rsidR="00080BF0" w:rsidRDefault="00000000">
            <w:pPr>
              <w:spacing w:after="20" w:line="245" w:lineRule="auto"/>
            </w:pPr>
            <w:r>
              <w:rPr>
                <w:b/>
                <w:color w:val="000000"/>
                <w:sz w:val="17"/>
              </w:rPr>
              <w:t>SPREMLJANJE</w:t>
            </w:r>
          </w:p>
          <w:p w14:paraId="09F92FE9"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37AFA0B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2F6EEB29" w14:textId="77777777">
              <w:trPr>
                <w:jc w:val="center"/>
              </w:trPr>
              <w:tc>
                <w:tcPr>
                  <w:tcW w:w="7087" w:type="dxa"/>
                  <w:shd w:val="clear" w:color="auto" w:fill="C6E7F3"/>
                  <w:tcMar>
                    <w:top w:w="45" w:type="dxa"/>
                    <w:left w:w="70" w:type="dxa"/>
                    <w:bottom w:w="45" w:type="dxa"/>
                    <w:right w:w="70" w:type="dxa"/>
                  </w:tcMar>
                </w:tcPr>
                <w:p w14:paraId="67B54041" w14:textId="77777777" w:rsidR="00080BF0" w:rsidRDefault="00000000">
                  <w:pPr>
                    <w:keepNext/>
                  </w:pPr>
                  <w:r>
                    <w:rPr>
                      <w:b/>
                      <w:color w:val="000000"/>
                      <w:sz w:val="17"/>
                    </w:rPr>
                    <w:t>GLAVNI DEL – OPAZOVANJE, MATERIALNI PREIZKUS, USTVARJANJE IN GALERIJA (2 šolski uri)</w:t>
                  </w:r>
                </w:p>
              </w:tc>
            </w:tr>
          </w:tbl>
          <w:p w14:paraId="4D404CCD" w14:textId="77777777" w:rsidR="00080BF0" w:rsidRDefault="00080BF0">
            <w:pPr>
              <w:spacing w:line="20" w:lineRule="exact"/>
            </w:pPr>
          </w:p>
          <w:p w14:paraId="36CF2432" w14:textId="77777777" w:rsidR="00080BF0" w:rsidRDefault="00000000">
            <w:pPr>
              <w:keepNext/>
              <w:spacing w:before="22" w:after="8" w:line="245" w:lineRule="auto"/>
            </w:pPr>
            <w:r>
              <w:rPr>
                <w:b/>
                <w:color w:val="000000"/>
                <w:sz w:val="16"/>
              </w:rPr>
              <w:t>1. URA – Moj portret – Opazujem, preizkušam, načrtujem</w:t>
            </w:r>
          </w:p>
          <w:p w14:paraId="43AC7632"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»MOJ PORTRET«.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4A3F2272"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731957C9"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2E49BB33" w14:textId="77777777" w:rsidR="00080BF0" w:rsidRDefault="00000000">
            <w:pPr>
              <w:keepNext/>
              <w:spacing w:before="22" w:after="8" w:line="245" w:lineRule="auto"/>
            </w:pPr>
            <w:r>
              <w:rPr>
                <w:b/>
                <w:color w:val="000000"/>
                <w:sz w:val="16"/>
              </w:rPr>
              <w:t>2. URA – Moj portret – Ustvarjam, predstavim, izboljšam</w:t>
            </w:r>
          </w:p>
          <w:p w14:paraId="5D9F4CB2"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»MOJ PORTRET«; postavlja vprašanja o nameri, nudi tehnično oporo in omogoči izboljšavo. Zaključek 10': 10' – Izvede tiho galerijo; modelira odziv »Opazim … / Učinkuje … / Lahko poskusiš …« ter vodi pospravljanje.</w:t>
            </w:r>
          </w:p>
          <w:p w14:paraId="434E3935"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2AF5795A"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154E9D90" w14:textId="77777777">
              <w:trPr>
                <w:jc w:val="center"/>
              </w:trPr>
              <w:tc>
                <w:tcPr>
                  <w:tcW w:w="7087" w:type="dxa"/>
                  <w:shd w:val="clear" w:color="auto" w:fill="EDC9EA"/>
                  <w:tcMar>
                    <w:top w:w="45" w:type="dxa"/>
                    <w:left w:w="70" w:type="dxa"/>
                    <w:bottom w:w="45" w:type="dxa"/>
                    <w:right w:w="70" w:type="dxa"/>
                  </w:tcMar>
                </w:tcPr>
                <w:p w14:paraId="263D3608" w14:textId="77777777" w:rsidR="00080BF0" w:rsidRDefault="00000000">
                  <w:pPr>
                    <w:keepNext/>
                  </w:pPr>
                  <w:r>
                    <w:rPr>
                      <w:b/>
                      <w:color w:val="000000"/>
                      <w:sz w:val="17"/>
                    </w:rPr>
                    <w:t>ORGANIZACIJA POSTAJ IN PREHODOV</w:t>
                  </w:r>
                </w:p>
              </w:tc>
            </w:tr>
          </w:tbl>
          <w:p w14:paraId="03FF49D3" w14:textId="77777777" w:rsidR="00080BF0" w:rsidRDefault="00080BF0"/>
          <w:p w14:paraId="73BFD314" w14:textId="77777777" w:rsidR="00080BF0" w:rsidRDefault="00000000">
            <w:pPr>
              <w:spacing w:before="8" w:after="8" w:line="245" w:lineRule="auto"/>
            </w:pPr>
            <w:r>
              <w:rPr>
                <w:color w:val="000000"/>
                <w:sz w:val="14"/>
              </w:rPr>
              <w:t>Postaja 1: Opazovalna: predmet, obraz, figuro ali motiv opazujem z okvirjem ter poiščem tri pomembne črte, oblike ali podrobnosti.</w:t>
            </w:r>
          </w:p>
          <w:p w14:paraId="2111A5A5" w14:textId="77777777" w:rsidR="00080BF0" w:rsidRDefault="00000000">
            <w:pPr>
              <w:spacing w:before="8" w:after="8" w:line="245" w:lineRule="auto"/>
            </w:pPr>
            <w:r>
              <w:rPr>
                <w:color w:val="000000"/>
                <w:sz w:val="14"/>
              </w:rPr>
              <w:t>Postaja 2: Risarski laboratorij: na poskusnem listu primerjam sledi različnih risal, pritisk, smer in gostoto črt.</w:t>
            </w:r>
          </w:p>
          <w:p w14:paraId="3D0C7CB0" w14:textId="77777777" w:rsidR="00080BF0" w:rsidRDefault="00000000">
            <w:pPr>
              <w:spacing w:before="8" w:after="8" w:line="245" w:lineRule="auto"/>
            </w:pPr>
            <w:r>
              <w:rPr>
                <w:color w:val="000000"/>
                <w:sz w:val="14"/>
              </w:rPr>
              <w:t>Postaja 3: Gibalna črta: z vrvjo, korakom, roko ali celim telesom oblikujem ravno, krivo, sklenjeno in nesklenjeno pot.</w:t>
            </w:r>
          </w:p>
          <w:p w14:paraId="23184C4C" w14:textId="77777777" w:rsidR="00080BF0" w:rsidRDefault="00000000">
            <w:pPr>
              <w:spacing w:before="8" w:after="8" w:line="245" w:lineRule="auto"/>
            </w:pPr>
            <w:r>
              <w:rPr>
                <w:color w:val="000000"/>
                <w:sz w:val="14"/>
              </w:rPr>
              <w:t>Postaja 4: Ustvarjalno-refleksivna: izdelam osebno rešitev, izberem dokaz, ga pojasnim in po odzivu izboljšam.</w:t>
            </w:r>
          </w:p>
          <w:p w14:paraId="7633C9B6"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3BCE3D9C" w14:textId="77777777" w:rsidR="00080BF0" w:rsidRDefault="00080BF0"/>
          <w:p w14:paraId="721E5220" w14:textId="77777777" w:rsidR="00080BF0" w:rsidRDefault="00000000">
            <w:pPr>
              <w:spacing w:after="6" w:line="245" w:lineRule="auto"/>
            </w:pPr>
            <w:r>
              <w:rPr>
                <w:b/>
                <w:color w:val="000000"/>
                <w:sz w:val="15"/>
              </w:rPr>
              <w:t>1. URA – Moj portret – Opazujem, preizkušam, načrtujem</w:t>
            </w:r>
          </w:p>
          <w:p w14:paraId="10418845"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3D156F3F" w14:textId="77777777" w:rsidR="00080BF0" w:rsidRDefault="00000000">
            <w:pPr>
              <w:spacing w:after="20" w:line="245" w:lineRule="auto"/>
            </w:pPr>
            <w:r>
              <w:rPr>
                <w:color w:val="D95BC6"/>
                <w:sz w:val="14"/>
              </w:rPr>
              <w:t>Dokaz: list materialnih poskusov, skica/načrt, učenčeva razlaga in učiteljev zapis o varni rabi.</w:t>
            </w:r>
          </w:p>
          <w:p w14:paraId="7A5995DB" w14:textId="77777777" w:rsidR="00080BF0" w:rsidRDefault="00000000">
            <w:pPr>
              <w:spacing w:after="6" w:line="245" w:lineRule="auto"/>
            </w:pPr>
            <w:r>
              <w:rPr>
                <w:b/>
                <w:color w:val="000000"/>
                <w:sz w:val="15"/>
              </w:rPr>
              <w:t>2. URA – Moj portret – Ustvarjam, predstavim, izboljšam</w:t>
            </w:r>
          </w:p>
          <w:p w14:paraId="59D6E7D2"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24884778" w14:textId="77777777" w:rsidR="00080BF0" w:rsidRDefault="00000000">
            <w:pPr>
              <w:spacing w:after="20" w:line="245" w:lineRule="auto"/>
            </w:pPr>
            <w:r>
              <w:rPr>
                <w:color w:val="D95BC6"/>
                <w:sz w:val="14"/>
              </w:rPr>
              <w:t>Dokaz: likovni proces in izdelek, fotografija faze, učenčeva razlaga ter samovrednotenje v mapi.</w:t>
            </w:r>
          </w:p>
          <w:p w14:paraId="1B2A9AD1" w14:textId="77777777" w:rsidR="00080BF0" w:rsidRDefault="00000000">
            <w:pPr>
              <w:spacing w:before="40" w:after="20" w:line="245" w:lineRule="auto"/>
            </w:pPr>
            <w:r>
              <w:rPr>
                <w:b/>
                <w:color w:val="D95BC6"/>
                <w:sz w:val="16"/>
              </w:rPr>
              <w:t>MOJ KROG POSTAJ</w:t>
            </w:r>
          </w:p>
          <w:p w14:paraId="4C81FDB2" w14:textId="77777777" w:rsidR="00080BF0" w:rsidRDefault="00000000">
            <w:pPr>
              <w:spacing w:after="11" w:line="245" w:lineRule="auto"/>
            </w:pPr>
            <w:r>
              <w:rPr>
                <w:color w:val="000000"/>
                <w:sz w:val="13"/>
              </w:rPr>
              <w:t>1. Opazovalna: predmet, obraz, figuro ali motiv opazujem z okvirjem ter poiščem tri pomembne.</w:t>
            </w:r>
          </w:p>
          <w:p w14:paraId="31EE713A" w14:textId="77777777" w:rsidR="00080BF0" w:rsidRDefault="00000000">
            <w:pPr>
              <w:spacing w:after="11" w:line="245" w:lineRule="auto"/>
            </w:pPr>
            <w:r>
              <w:rPr>
                <w:color w:val="000000"/>
                <w:sz w:val="13"/>
              </w:rPr>
              <w:t>2. Risarski laboratorij: na poskusnem listu primerjam sledi različnih risal, pritisk.</w:t>
            </w:r>
          </w:p>
          <w:p w14:paraId="237A9690" w14:textId="77777777" w:rsidR="00080BF0" w:rsidRDefault="00000000">
            <w:pPr>
              <w:spacing w:after="11" w:line="245" w:lineRule="auto"/>
            </w:pPr>
            <w:r>
              <w:rPr>
                <w:color w:val="000000"/>
                <w:sz w:val="13"/>
              </w:rPr>
              <w:t>3. Gibalna črta: z vrvjo, korakom, roko ali celim telesom oblikujem ravno, krivo.</w:t>
            </w:r>
          </w:p>
          <w:p w14:paraId="30EED9A5" w14:textId="77777777" w:rsidR="00080BF0" w:rsidRDefault="00000000">
            <w:pPr>
              <w:spacing w:after="11" w:line="245" w:lineRule="auto"/>
            </w:pPr>
            <w:r>
              <w:rPr>
                <w:color w:val="000000"/>
                <w:sz w:val="13"/>
              </w:rPr>
              <w:t>4. Ustvarjalno-refleksivna: izdelam osebno rešitev, izberem dokaz.</w:t>
            </w:r>
          </w:p>
          <w:p w14:paraId="562065C8"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33ED9781" w14:textId="77777777" w:rsidR="00080BF0" w:rsidRDefault="00000000">
            <w:pPr>
              <w:spacing w:after="20" w:line="245" w:lineRule="auto"/>
            </w:pPr>
            <w:r>
              <w:rPr>
                <w:b/>
                <w:color w:val="D95BC6"/>
                <w:sz w:val="17"/>
              </w:rPr>
              <w:t>DOKAZ O UČENJU</w:t>
            </w:r>
          </w:p>
          <w:p w14:paraId="3CD9EE47"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2ED0AB3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1C7B78E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64561E8"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EC9BD98" w14:textId="77777777" w:rsidR="00080BF0" w:rsidRDefault="00000000">
            <w:pPr>
              <w:jc w:val="center"/>
            </w:pPr>
            <w:r>
              <w:rPr>
                <w:b/>
                <w:color w:val="000000"/>
                <w:sz w:val="20"/>
              </w:rPr>
              <w:t>UČNE DEJAVNOSTI, METODE IN FORMATIVNO SPREMLJANJE</w:t>
            </w:r>
          </w:p>
        </w:tc>
      </w:tr>
      <w:tr w:rsidR="00080BF0" w14:paraId="5BD59BA4" w14:textId="77777777">
        <w:trPr>
          <w:tblHeader/>
          <w:jc w:val="center"/>
        </w:trPr>
        <w:tc>
          <w:tcPr>
            <w:tcW w:w="4422" w:type="dxa"/>
            <w:vMerge/>
            <w:tcMar>
              <w:top w:w="70" w:type="dxa"/>
              <w:left w:w="90" w:type="dxa"/>
              <w:bottom w:w="70" w:type="dxa"/>
              <w:right w:w="90" w:type="dxa"/>
            </w:tcMar>
            <w:vAlign w:val="center"/>
          </w:tcPr>
          <w:p w14:paraId="47D9824B" w14:textId="77777777" w:rsidR="00080BF0" w:rsidRDefault="00080BF0"/>
        </w:tc>
        <w:tc>
          <w:tcPr>
            <w:tcW w:w="7087" w:type="dxa"/>
            <w:shd w:val="clear" w:color="auto" w:fill="FFFFFF"/>
            <w:tcMar>
              <w:top w:w="70" w:type="dxa"/>
              <w:left w:w="90" w:type="dxa"/>
              <w:bottom w:w="70" w:type="dxa"/>
              <w:right w:w="90" w:type="dxa"/>
            </w:tcMar>
            <w:vAlign w:val="center"/>
          </w:tcPr>
          <w:p w14:paraId="7E684B5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21E34A0" w14:textId="77777777" w:rsidR="00080BF0" w:rsidRDefault="00000000">
            <w:pPr>
              <w:jc w:val="center"/>
            </w:pPr>
            <w:r>
              <w:rPr>
                <w:b/>
                <w:color w:val="000000"/>
              </w:rPr>
              <w:t>UČENEC</w:t>
            </w:r>
          </w:p>
        </w:tc>
      </w:tr>
      <w:tr w:rsidR="00080BF0" w14:paraId="55458D5F" w14:textId="77777777">
        <w:trPr>
          <w:jc w:val="center"/>
        </w:trPr>
        <w:tc>
          <w:tcPr>
            <w:tcW w:w="4422" w:type="dxa"/>
            <w:tcMar>
              <w:top w:w="70" w:type="dxa"/>
              <w:left w:w="90" w:type="dxa"/>
              <w:bottom w:w="70" w:type="dxa"/>
              <w:right w:w="90" w:type="dxa"/>
            </w:tcMar>
          </w:tcPr>
          <w:p w14:paraId="2CC0C14B" w14:textId="77777777" w:rsidR="00080BF0" w:rsidRDefault="00080BF0"/>
          <w:p w14:paraId="79C41523" w14:textId="77777777" w:rsidR="00080BF0" w:rsidRDefault="00000000">
            <w:pPr>
              <w:spacing w:after="40" w:line="245" w:lineRule="auto"/>
            </w:pPr>
            <w:r>
              <w:rPr>
                <w:b/>
                <w:color w:val="000000"/>
              </w:rPr>
              <w:t>FORMATIVNO SPREMLJANJE</w:t>
            </w:r>
          </w:p>
          <w:p w14:paraId="726BD713" w14:textId="77777777" w:rsidR="00080BF0" w:rsidRDefault="00000000">
            <w:pPr>
              <w:pStyle w:val="Oznaenseznam"/>
              <w:spacing w:after="16"/>
            </w:pPr>
            <w:r>
              <w:rPr>
                <w:color w:val="000000"/>
                <w:sz w:val="15"/>
              </w:rPr>
              <w:t>predznanje: opažanje, gibalna ponazoritev, izbira kartice, razvrstitev materialov, poskusna sled ali skica</w:t>
            </w:r>
          </w:p>
          <w:p w14:paraId="2E26DB61"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23BAEC3C"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55058506" w14:textId="77777777" w:rsidR="00080BF0" w:rsidRDefault="00000000">
            <w:pPr>
              <w:pStyle w:val="Oznaenseznam"/>
              <w:spacing w:after="16"/>
            </w:pPr>
            <w:r>
              <w:rPr>
                <w:color w:val="000000"/>
                <w:sz w:val="15"/>
              </w:rPr>
              <w:t>povratna informacija: opis vidne likovne odločitve, povezava z enim merilom in izvedljiv naslednji korak</w:t>
            </w:r>
          </w:p>
          <w:p w14:paraId="4FCD1F1B" w14:textId="77777777" w:rsidR="00080BF0" w:rsidRDefault="00000000">
            <w:pPr>
              <w:pStyle w:val="Oznaenseznam"/>
              <w:spacing w:after="16"/>
            </w:pPr>
            <w:r>
              <w:rPr>
                <w:color w:val="000000"/>
                <w:sz w:val="15"/>
              </w:rPr>
              <w:t>samovrednotenje: likovni semafor, lestvica samostojnosti, izbran dokaz, galerijski odziv in izboljšava</w:t>
            </w:r>
          </w:p>
          <w:p w14:paraId="0B2F262E" w14:textId="77777777" w:rsidR="00080BF0" w:rsidRDefault="00000000">
            <w:pPr>
              <w:spacing w:before="40" w:after="20" w:line="245" w:lineRule="auto"/>
            </w:pPr>
            <w:r>
              <w:rPr>
                <w:b/>
                <w:color w:val="000000"/>
                <w:sz w:val="17"/>
              </w:rPr>
              <w:t>VARNOST, HIGIENA IN UREDITEV PROSTORA</w:t>
            </w:r>
          </w:p>
          <w:p w14:paraId="2AD85E3F"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Pri delu na velikem formatu so razdalje označene, pripomočki pa odloženi v skupno posodico.</w:t>
            </w:r>
          </w:p>
          <w:p w14:paraId="49A45ED1" w14:textId="77777777" w:rsidR="00080BF0" w:rsidRDefault="00000000">
            <w:pPr>
              <w:spacing w:after="20" w:line="245" w:lineRule="auto"/>
            </w:pPr>
            <w:r>
              <w:rPr>
                <w:b/>
                <w:color w:val="000000"/>
                <w:sz w:val="17"/>
              </w:rPr>
              <w:t>EVIDENCA PO IZVEDBI</w:t>
            </w:r>
          </w:p>
          <w:p w14:paraId="41D66027"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5833850B" w14:textId="77777777" w:rsidR="00080BF0" w:rsidRDefault="00000000">
            <w:pPr>
              <w:spacing w:before="40" w:after="20" w:line="245" w:lineRule="auto"/>
            </w:pPr>
            <w:r>
              <w:rPr>
                <w:b/>
                <w:color w:val="000000"/>
                <w:sz w:val="17"/>
              </w:rPr>
              <w:t>RAVEN DOSEGANJA</w:t>
            </w:r>
          </w:p>
          <w:p w14:paraId="4B83DEC5"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1D061B5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58BBC57E" w14:textId="77777777">
              <w:trPr>
                <w:jc w:val="center"/>
              </w:trPr>
              <w:tc>
                <w:tcPr>
                  <w:tcW w:w="7087" w:type="dxa"/>
                  <w:shd w:val="clear" w:color="auto" w:fill="EDC9EA"/>
                  <w:tcMar>
                    <w:top w:w="45" w:type="dxa"/>
                    <w:left w:w="70" w:type="dxa"/>
                    <w:bottom w:w="45" w:type="dxa"/>
                    <w:right w:w="70" w:type="dxa"/>
                  </w:tcMar>
                </w:tcPr>
                <w:p w14:paraId="0E547290" w14:textId="77777777" w:rsidR="00080BF0" w:rsidRDefault="00000000">
                  <w:pPr>
                    <w:keepNext/>
                  </w:pPr>
                  <w:r>
                    <w:rPr>
                      <w:b/>
                      <w:color w:val="000000"/>
                    </w:rPr>
                    <w:t>VPRAŠANJA V PODPORO LIKOVNEMU UČENJU</w:t>
                  </w:r>
                </w:p>
              </w:tc>
            </w:tr>
          </w:tbl>
          <w:p w14:paraId="3694620B" w14:textId="77777777" w:rsidR="00080BF0" w:rsidRDefault="00080BF0">
            <w:pPr>
              <w:spacing w:line="20" w:lineRule="exact"/>
            </w:pPr>
          </w:p>
          <w:p w14:paraId="75820FB8" w14:textId="77777777" w:rsidR="00080BF0" w:rsidRDefault="00000000">
            <w:pPr>
              <w:pStyle w:val="Oznaenseznam"/>
              <w:spacing w:after="16"/>
            </w:pPr>
            <w:r>
              <w:rPr>
                <w:color w:val="000000"/>
                <w:sz w:val="16"/>
              </w:rPr>
              <w:t>Kaj si najprej opazil/-a in katera likovna prvina je zate najpomembnejša?</w:t>
            </w:r>
          </w:p>
          <w:p w14:paraId="19A1E9E0" w14:textId="77777777" w:rsidR="00080BF0" w:rsidRDefault="00000000">
            <w:pPr>
              <w:pStyle w:val="Oznaenseznam"/>
              <w:spacing w:after="16"/>
            </w:pPr>
            <w:r>
              <w:rPr>
                <w:color w:val="000000"/>
                <w:sz w:val="16"/>
              </w:rPr>
              <w:t>Kako je material ali postopek vplival na črto, barvo, obliko, površino, prostor oziroma delovanje izdelka?</w:t>
            </w:r>
          </w:p>
          <w:p w14:paraId="7395FCBB" w14:textId="77777777" w:rsidR="00080BF0" w:rsidRDefault="00000000">
            <w:pPr>
              <w:pStyle w:val="Oznaenseznam"/>
              <w:spacing w:after="16"/>
            </w:pPr>
            <w:r>
              <w:rPr>
                <w:color w:val="000000"/>
                <w:sz w:val="16"/>
              </w:rPr>
              <w:t>Katero možnost si preizkusil/-a, zakaj si jo izbral/-a in kaj si ob poskusu spremenil/-a?</w:t>
            </w:r>
          </w:p>
          <w:p w14:paraId="5C0D8147" w14:textId="77777777" w:rsidR="00080BF0" w:rsidRDefault="00000000">
            <w:pPr>
              <w:pStyle w:val="Oznaenseznam"/>
              <w:spacing w:after="16"/>
            </w:pPr>
            <w:r>
              <w:rPr>
                <w:color w:val="000000"/>
                <w:sz w:val="16"/>
              </w:rPr>
              <w:t>Kateri del tvojega procesa ali izdelka najjasneje pokaže dogovorjeno merilo?</w:t>
            </w:r>
          </w:p>
          <w:p w14:paraId="0D2557A3"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49EFC471" w14:textId="77777777">
              <w:trPr>
                <w:jc w:val="center"/>
              </w:trPr>
              <w:tc>
                <w:tcPr>
                  <w:tcW w:w="7087" w:type="dxa"/>
                  <w:shd w:val="clear" w:color="auto" w:fill="C6E7F3"/>
                  <w:tcMar>
                    <w:top w:w="45" w:type="dxa"/>
                    <w:left w:w="70" w:type="dxa"/>
                    <w:bottom w:w="45" w:type="dxa"/>
                    <w:right w:w="70" w:type="dxa"/>
                  </w:tcMar>
                </w:tcPr>
                <w:p w14:paraId="6C9FCFB2" w14:textId="77777777" w:rsidR="00080BF0" w:rsidRDefault="00000000">
                  <w:pPr>
                    <w:keepNext/>
                  </w:pPr>
                  <w:r>
                    <w:rPr>
                      <w:b/>
                      <w:color w:val="000000"/>
                    </w:rPr>
                    <w:t>ZAKLJUČNI DEL – TIHA GALERIJA, RAZLAGA IN REFLEKSIJA (8–12 min)</w:t>
                  </w:r>
                </w:p>
              </w:tc>
            </w:tr>
          </w:tbl>
          <w:p w14:paraId="0E5008BB" w14:textId="77777777" w:rsidR="00080BF0" w:rsidRDefault="00080BF0">
            <w:pPr>
              <w:spacing w:line="20" w:lineRule="exact"/>
            </w:pPr>
          </w:p>
          <w:p w14:paraId="2F6BB411"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4454CC17" w14:textId="77777777">
              <w:trPr>
                <w:jc w:val="center"/>
              </w:trPr>
              <w:tc>
                <w:tcPr>
                  <w:tcW w:w="7087" w:type="dxa"/>
                  <w:shd w:val="clear" w:color="auto" w:fill="EDC9EA"/>
                  <w:tcMar>
                    <w:top w:w="45" w:type="dxa"/>
                    <w:left w:w="70" w:type="dxa"/>
                    <w:bottom w:w="45" w:type="dxa"/>
                    <w:right w:w="70" w:type="dxa"/>
                  </w:tcMar>
                </w:tcPr>
                <w:p w14:paraId="51E7CA9D" w14:textId="77777777" w:rsidR="00080BF0" w:rsidRDefault="00000000">
                  <w:pPr>
                    <w:keepNext/>
                  </w:pPr>
                  <w:r>
                    <w:rPr>
                      <w:b/>
                      <w:color w:val="000000"/>
                    </w:rPr>
                    <w:t>SAMOVREDNOTENJE</w:t>
                  </w:r>
                </w:p>
              </w:tc>
            </w:tr>
          </w:tbl>
          <w:p w14:paraId="04266D25" w14:textId="77777777" w:rsidR="00080BF0" w:rsidRDefault="00080BF0">
            <w:pPr>
              <w:spacing w:line="20" w:lineRule="exact"/>
            </w:pPr>
          </w:p>
          <w:p w14:paraId="5135CF4D"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7F3701F5" w14:textId="77777777">
              <w:trPr>
                <w:jc w:val="center"/>
              </w:trPr>
              <w:tc>
                <w:tcPr>
                  <w:tcW w:w="7087" w:type="dxa"/>
                  <w:shd w:val="clear" w:color="auto" w:fill="EDC9EA"/>
                  <w:tcMar>
                    <w:top w:w="45" w:type="dxa"/>
                    <w:left w:w="70" w:type="dxa"/>
                    <w:bottom w:w="45" w:type="dxa"/>
                    <w:right w:w="70" w:type="dxa"/>
                  </w:tcMar>
                </w:tcPr>
                <w:p w14:paraId="185E92EB" w14:textId="77777777" w:rsidR="00080BF0" w:rsidRDefault="00000000">
                  <w:pPr>
                    <w:keepNext/>
                  </w:pPr>
                  <w:r>
                    <w:rPr>
                      <w:b/>
                      <w:color w:val="000000"/>
                    </w:rPr>
                    <w:t>VRSTNIŠKO VREDNOTENJE</w:t>
                  </w:r>
                </w:p>
              </w:tc>
            </w:tr>
          </w:tbl>
          <w:p w14:paraId="7C5303DE" w14:textId="77777777" w:rsidR="00080BF0" w:rsidRDefault="00080BF0">
            <w:pPr>
              <w:spacing w:line="20" w:lineRule="exact"/>
            </w:pPr>
          </w:p>
          <w:p w14:paraId="17C86332"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6E920631" w14:textId="77777777">
              <w:trPr>
                <w:jc w:val="center"/>
              </w:trPr>
              <w:tc>
                <w:tcPr>
                  <w:tcW w:w="7087" w:type="dxa"/>
                  <w:shd w:val="clear" w:color="auto" w:fill="EDC9EA"/>
                  <w:tcMar>
                    <w:top w:w="45" w:type="dxa"/>
                    <w:left w:w="70" w:type="dxa"/>
                    <w:bottom w:w="45" w:type="dxa"/>
                    <w:right w:w="70" w:type="dxa"/>
                  </w:tcMar>
                </w:tcPr>
                <w:p w14:paraId="7D923F44" w14:textId="77777777" w:rsidR="00080BF0" w:rsidRDefault="00000000">
                  <w:pPr>
                    <w:keepNext/>
                  </w:pPr>
                  <w:r>
                    <w:rPr>
                      <w:b/>
                      <w:color w:val="000000"/>
                    </w:rPr>
                    <w:t>SKUPNI POVZETEK</w:t>
                  </w:r>
                </w:p>
              </w:tc>
            </w:tr>
          </w:tbl>
          <w:p w14:paraId="7304749E" w14:textId="77777777" w:rsidR="00080BF0" w:rsidRDefault="00080BF0"/>
          <w:p w14:paraId="0CFAC41E" w14:textId="77777777" w:rsidR="00080BF0" w:rsidRDefault="00000000">
            <w:pPr>
              <w:spacing w:before="20" w:after="40" w:line="245" w:lineRule="auto"/>
            </w:pPr>
            <w:r>
              <w:rPr>
                <w:b/>
                <w:color w:val="000000"/>
                <w:sz w:val="16"/>
              </w:rPr>
              <w:t>opazujem obrazne značilnosti; rišem portret; uporabim črto in barvo za izražanje počutja. Izbrani dokaz pojasnim in po povratni informaciji izboljšam.</w:t>
            </w:r>
          </w:p>
        </w:tc>
        <w:tc>
          <w:tcPr>
            <w:tcW w:w="2551" w:type="dxa"/>
            <w:tcMar>
              <w:top w:w="70" w:type="dxa"/>
              <w:left w:w="90" w:type="dxa"/>
              <w:bottom w:w="70" w:type="dxa"/>
              <w:right w:w="90" w:type="dxa"/>
            </w:tcMar>
          </w:tcPr>
          <w:p w14:paraId="0B4269F9" w14:textId="77777777" w:rsidR="00080BF0" w:rsidRDefault="00080BF0"/>
          <w:p w14:paraId="0DE83C58" w14:textId="77777777" w:rsidR="00080BF0" w:rsidRDefault="00000000">
            <w:pPr>
              <w:spacing w:after="80" w:line="245" w:lineRule="auto"/>
            </w:pPr>
            <w:r>
              <w:rPr>
                <w:color w:val="000000"/>
                <w:sz w:val="15"/>
              </w:rPr>
              <w:t>Odgovarja na podporna vprašanja in se sklicuje na opaženo, preizkušeno, ustvarjeno ali razstavljeno.</w:t>
            </w:r>
          </w:p>
          <w:p w14:paraId="215FA901" w14:textId="77777777" w:rsidR="00080BF0" w:rsidRDefault="00000000">
            <w:pPr>
              <w:spacing w:after="80" w:line="245" w:lineRule="auto"/>
            </w:pPr>
            <w:r>
              <w:rPr>
                <w:color w:val="000000"/>
                <w:sz w:val="15"/>
              </w:rPr>
              <w:t>Predstavi izbrani procesni ali izdelkovni dokaz ter pove, katero merilo z njim pokaže.</w:t>
            </w:r>
          </w:p>
          <w:p w14:paraId="6DE34535" w14:textId="77777777" w:rsidR="00080BF0" w:rsidRDefault="00000000">
            <w:pPr>
              <w:spacing w:after="80" w:line="245" w:lineRule="auto"/>
            </w:pPr>
            <w:r>
              <w:rPr>
                <w:color w:val="000000"/>
                <w:sz w:val="15"/>
              </w:rPr>
              <w:t>Tiho opazuje vrstnikovo delo, opiše eno konkretno likovno rešitev in poda prijazen predlog.</w:t>
            </w:r>
          </w:p>
          <w:p w14:paraId="42E2E4C9" w14:textId="77777777" w:rsidR="00080BF0" w:rsidRDefault="00000000">
            <w:pPr>
              <w:spacing w:after="80" w:line="245" w:lineRule="auto"/>
            </w:pPr>
            <w:r>
              <w:rPr>
                <w:color w:val="000000"/>
                <w:sz w:val="15"/>
              </w:rPr>
              <w:t>Po povratni informaciji po želji ponovi poskus, spremeni podrobnost, izboljša spoj, razporeditev ali razlago.</w:t>
            </w:r>
          </w:p>
          <w:p w14:paraId="156FC777" w14:textId="77777777" w:rsidR="00080BF0" w:rsidRDefault="00000000">
            <w:pPr>
              <w:spacing w:after="100" w:line="245" w:lineRule="auto"/>
            </w:pPr>
            <w:r>
              <w:rPr>
                <w:color w:val="000000"/>
                <w:sz w:val="15"/>
              </w:rPr>
              <w:t>Izbere raven samostojnosti ter določi majhen in izvedljiv naslednji ustvarjalni korak.</w:t>
            </w:r>
          </w:p>
          <w:p w14:paraId="7C43EEE7" w14:textId="77777777" w:rsidR="00080BF0" w:rsidRDefault="00000000">
            <w:pPr>
              <w:spacing w:after="20" w:line="245" w:lineRule="auto"/>
            </w:pPr>
            <w:r>
              <w:rPr>
                <w:b/>
                <w:color w:val="D95BC6"/>
                <w:sz w:val="17"/>
              </w:rPr>
              <w:t>DOKAZ O UČENJU</w:t>
            </w:r>
          </w:p>
          <w:p w14:paraId="5531097B"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684D5F9C"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3DF30ED0" w14:textId="77777777">
        <w:trPr>
          <w:cantSplit/>
          <w:jc w:val="center"/>
        </w:trPr>
        <w:tc>
          <w:tcPr>
            <w:tcW w:w="14060" w:type="dxa"/>
            <w:gridSpan w:val="6"/>
            <w:tcMar>
              <w:top w:w="70" w:type="dxa"/>
              <w:left w:w="90" w:type="dxa"/>
              <w:bottom w:w="70" w:type="dxa"/>
              <w:right w:w="90" w:type="dxa"/>
            </w:tcMar>
            <w:vAlign w:val="center"/>
          </w:tcPr>
          <w:p w14:paraId="7B59C54D" w14:textId="77777777" w:rsidR="00080BF0" w:rsidRDefault="00000000">
            <w:pPr>
              <w:jc w:val="center"/>
            </w:pPr>
            <w:r>
              <w:rPr>
                <w:b/>
                <w:color w:val="000000"/>
                <w:sz w:val="24"/>
              </w:rPr>
              <w:lastRenderedPageBreak/>
              <w:t>UČNA PRIPRAVA 4/39</w:t>
            </w:r>
          </w:p>
        </w:tc>
      </w:tr>
      <w:tr w:rsidR="00080BF0" w14:paraId="54D636F7" w14:textId="77777777">
        <w:trPr>
          <w:jc w:val="center"/>
        </w:trPr>
        <w:tc>
          <w:tcPr>
            <w:tcW w:w="2665" w:type="dxa"/>
            <w:tcMar>
              <w:top w:w="70" w:type="dxa"/>
              <w:left w:w="90" w:type="dxa"/>
              <w:bottom w:w="70" w:type="dxa"/>
              <w:right w:w="90" w:type="dxa"/>
            </w:tcMar>
            <w:vAlign w:val="center"/>
          </w:tcPr>
          <w:p w14:paraId="308C1482"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8FB9BFE"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379C0DCE"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8CA69F4" w14:textId="77777777" w:rsidR="00080BF0" w:rsidRDefault="00000000">
            <w:r>
              <w:rPr>
                <w:b/>
                <w:color w:val="000000"/>
                <w:sz w:val="16"/>
              </w:rPr>
              <w:t xml:space="preserve">NAČRTOVANI TERMIN: </w:t>
            </w:r>
            <w:r>
              <w:rPr>
                <w:color w:val="000000"/>
                <w:sz w:val="16"/>
              </w:rPr>
              <w:t>4. teden • 21.–25. 9. 2026</w:t>
            </w:r>
          </w:p>
        </w:tc>
        <w:tc>
          <w:tcPr>
            <w:tcW w:w="2268" w:type="dxa"/>
            <w:tcMar>
              <w:top w:w="70" w:type="dxa"/>
              <w:left w:w="90" w:type="dxa"/>
              <w:bottom w:w="70" w:type="dxa"/>
              <w:right w:w="90" w:type="dxa"/>
            </w:tcMar>
            <w:vAlign w:val="center"/>
          </w:tcPr>
          <w:p w14:paraId="084FB8D8"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572EC0A" w14:textId="77777777" w:rsidR="00080BF0" w:rsidRDefault="00000000">
            <w:r>
              <w:rPr>
                <w:b/>
                <w:color w:val="000000"/>
                <w:sz w:val="16"/>
              </w:rPr>
              <w:t xml:space="preserve">ŠTEVILO UR: </w:t>
            </w:r>
            <w:r>
              <w:rPr>
                <w:color w:val="000000"/>
                <w:sz w:val="16"/>
              </w:rPr>
              <w:t>1</w:t>
            </w:r>
          </w:p>
        </w:tc>
      </w:tr>
      <w:tr w:rsidR="00080BF0" w14:paraId="6F0562BE" w14:textId="77777777">
        <w:trPr>
          <w:jc w:val="center"/>
        </w:trPr>
        <w:tc>
          <w:tcPr>
            <w:tcW w:w="14061" w:type="dxa"/>
            <w:gridSpan w:val="6"/>
            <w:tcMar>
              <w:top w:w="70" w:type="dxa"/>
              <w:left w:w="90" w:type="dxa"/>
              <w:bottom w:w="70" w:type="dxa"/>
              <w:right w:w="90" w:type="dxa"/>
            </w:tcMar>
            <w:vAlign w:val="center"/>
          </w:tcPr>
          <w:p w14:paraId="39077AF9"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686413CF" w14:textId="77777777">
        <w:trPr>
          <w:cantSplit/>
          <w:jc w:val="center"/>
        </w:trPr>
        <w:tc>
          <w:tcPr>
            <w:tcW w:w="14060" w:type="dxa"/>
            <w:gridSpan w:val="6"/>
            <w:tcMar>
              <w:top w:w="70" w:type="dxa"/>
              <w:left w:w="90" w:type="dxa"/>
              <w:bottom w:w="70" w:type="dxa"/>
              <w:right w:w="90" w:type="dxa"/>
            </w:tcMar>
            <w:vAlign w:val="center"/>
          </w:tcPr>
          <w:p w14:paraId="3CAA0D62" w14:textId="77777777" w:rsidR="00080BF0" w:rsidRDefault="00080BF0"/>
          <w:p w14:paraId="62D033E7" w14:textId="77777777" w:rsidR="00080BF0" w:rsidRDefault="00000000">
            <w:pPr>
              <w:spacing w:line="245" w:lineRule="auto"/>
            </w:pPr>
            <w:r>
              <w:rPr>
                <w:b/>
                <w:color w:val="000000"/>
                <w:sz w:val="15"/>
              </w:rPr>
              <w:t xml:space="preserve">UČNI SKLOP: </w:t>
            </w:r>
            <w:r>
              <w:rPr>
                <w:color w:val="000000"/>
                <w:sz w:val="15"/>
              </w:rPr>
              <w:t>V ŠOLO – JAZ, ODNOSI IN UČENJE</w:t>
            </w:r>
          </w:p>
        </w:tc>
      </w:tr>
      <w:tr w:rsidR="00080BF0" w14:paraId="2FD2CE5E" w14:textId="77777777">
        <w:trPr>
          <w:cantSplit/>
          <w:jc w:val="center"/>
        </w:trPr>
        <w:tc>
          <w:tcPr>
            <w:tcW w:w="14060" w:type="dxa"/>
            <w:gridSpan w:val="6"/>
            <w:tcMar>
              <w:top w:w="70" w:type="dxa"/>
              <w:left w:w="90" w:type="dxa"/>
              <w:bottom w:w="70" w:type="dxa"/>
              <w:right w:w="90" w:type="dxa"/>
            </w:tcMar>
            <w:vAlign w:val="center"/>
          </w:tcPr>
          <w:p w14:paraId="6258E5CE" w14:textId="77777777" w:rsidR="00080BF0" w:rsidRDefault="00080BF0"/>
          <w:p w14:paraId="07750879" w14:textId="77777777" w:rsidR="00080BF0" w:rsidRDefault="00000000">
            <w:pPr>
              <w:spacing w:line="245" w:lineRule="auto"/>
            </w:pPr>
            <w:r>
              <w:rPr>
                <w:b/>
                <w:color w:val="000000"/>
                <w:sz w:val="15"/>
              </w:rPr>
              <w:t xml:space="preserve">UČNA TEMA: </w:t>
            </w:r>
            <w:r>
              <w:rPr>
                <w:color w:val="000000"/>
                <w:sz w:val="15"/>
              </w:rPr>
              <w:t>MOJA UČILNICA</w:t>
            </w:r>
          </w:p>
        </w:tc>
      </w:tr>
      <w:tr w:rsidR="00080BF0" w14:paraId="29257498" w14:textId="77777777">
        <w:trPr>
          <w:cantSplit/>
          <w:jc w:val="center"/>
        </w:trPr>
        <w:tc>
          <w:tcPr>
            <w:tcW w:w="14060" w:type="dxa"/>
            <w:gridSpan w:val="6"/>
            <w:tcMar>
              <w:top w:w="70" w:type="dxa"/>
              <w:left w:w="90" w:type="dxa"/>
              <w:bottom w:w="70" w:type="dxa"/>
              <w:right w:w="90" w:type="dxa"/>
            </w:tcMar>
            <w:vAlign w:val="center"/>
          </w:tcPr>
          <w:p w14:paraId="4543BFC5" w14:textId="77777777" w:rsidR="00080BF0" w:rsidRDefault="00080BF0"/>
          <w:p w14:paraId="5320B751" w14:textId="77777777" w:rsidR="00080BF0" w:rsidRDefault="00000000">
            <w:pPr>
              <w:spacing w:line="245" w:lineRule="auto"/>
            </w:pPr>
            <w:r>
              <w:rPr>
                <w:b/>
                <w:color w:val="000000"/>
                <w:sz w:val="15"/>
              </w:rPr>
              <w:t xml:space="preserve">KNJIŽEVNO / MOTIVNO IZHODIŠČE: </w:t>
            </w:r>
            <w:r>
              <w:rPr>
                <w:color w:val="000000"/>
                <w:sz w:val="15"/>
              </w:rPr>
              <w:t>»Maček Muri« – Kajetan Kovič • dnevna rutina, skupnost in pot po znanem okolju</w:t>
            </w:r>
          </w:p>
        </w:tc>
      </w:tr>
      <w:tr w:rsidR="00080BF0" w14:paraId="184E5AFF" w14:textId="77777777">
        <w:trPr>
          <w:cantSplit/>
          <w:jc w:val="center"/>
        </w:trPr>
        <w:tc>
          <w:tcPr>
            <w:tcW w:w="14060" w:type="dxa"/>
            <w:gridSpan w:val="6"/>
            <w:tcMar>
              <w:top w:w="70" w:type="dxa"/>
              <w:left w:w="90" w:type="dxa"/>
              <w:bottom w:w="70" w:type="dxa"/>
              <w:right w:w="90" w:type="dxa"/>
            </w:tcMar>
            <w:vAlign w:val="center"/>
          </w:tcPr>
          <w:p w14:paraId="1CF6C0B7" w14:textId="77777777" w:rsidR="00080BF0" w:rsidRDefault="00080BF0"/>
          <w:p w14:paraId="414BE99F" w14:textId="77777777" w:rsidR="00080BF0" w:rsidRDefault="00000000">
            <w:pPr>
              <w:spacing w:line="245" w:lineRule="auto"/>
            </w:pPr>
            <w:r>
              <w:rPr>
                <w:b/>
                <w:color w:val="000000"/>
                <w:sz w:val="15"/>
              </w:rPr>
              <w:t xml:space="preserve">LIKOVNO IZHODIŠČE / MOTIVACIJA: </w:t>
            </w:r>
            <w:r>
              <w:rPr>
                <w:color w:val="000000"/>
                <w:sz w:val="15"/>
              </w:rPr>
              <w:t>likovni detektiv odkrije nepopolno risbo na temo »moja učilnica« in prosi učence, naj z različnimi črtami, pogledi ali podrobnostmi poiščejo več možnih rešitev. Tematska rešitev: izdela kolaž učilnice ali Mačjega mesta.</w:t>
            </w:r>
          </w:p>
        </w:tc>
      </w:tr>
      <w:tr w:rsidR="00080BF0" w14:paraId="3E8E3F51" w14:textId="77777777">
        <w:trPr>
          <w:cantSplit/>
          <w:jc w:val="center"/>
        </w:trPr>
        <w:tc>
          <w:tcPr>
            <w:tcW w:w="14060" w:type="dxa"/>
            <w:gridSpan w:val="6"/>
            <w:tcMar>
              <w:top w:w="70" w:type="dxa"/>
              <w:left w:w="90" w:type="dxa"/>
              <w:bottom w:w="70" w:type="dxa"/>
              <w:right w:w="90" w:type="dxa"/>
            </w:tcMar>
            <w:vAlign w:val="center"/>
          </w:tcPr>
          <w:p w14:paraId="1105A123" w14:textId="77777777" w:rsidR="00080BF0" w:rsidRDefault="00080BF0"/>
          <w:p w14:paraId="20036D8B" w14:textId="77777777" w:rsidR="00080BF0" w:rsidRDefault="00000000">
            <w:pPr>
              <w:spacing w:line="245" w:lineRule="auto"/>
            </w:pPr>
            <w:r>
              <w:rPr>
                <w:b/>
                <w:color w:val="000000"/>
                <w:sz w:val="15"/>
              </w:rPr>
              <w:t xml:space="preserve">UČNE ENOTE: </w:t>
            </w:r>
            <w:r>
              <w:rPr>
                <w:color w:val="000000"/>
                <w:sz w:val="15"/>
              </w:rPr>
              <w:t>1. ura – Moja učilnica – Ustvarjam, predstavim, izboljšam</w:t>
            </w:r>
          </w:p>
        </w:tc>
      </w:tr>
      <w:tr w:rsidR="00080BF0" w14:paraId="29AC4ABC" w14:textId="77777777">
        <w:trPr>
          <w:cantSplit/>
          <w:jc w:val="center"/>
        </w:trPr>
        <w:tc>
          <w:tcPr>
            <w:tcW w:w="14060" w:type="dxa"/>
            <w:gridSpan w:val="6"/>
            <w:tcMar>
              <w:top w:w="70" w:type="dxa"/>
              <w:left w:w="90" w:type="dxa"/>
              <w:bottom w:w="70" w:type="dxa"/>
              <w:right w:w="90" w:type="dxa"/>
            </w:tcMar>
            <w:vAlign w:val="center"/>
          </w:tcPr>
          <w:p w14:paraId="721FEDC0" w14:textId="77777777" w:rsidR="00080BF0" w:rsidRDefault="00080BF0"/>
          <w:p w14:paraId="4DF0CB19"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0E482F87" w14:textId="77777777">
        <w:trPr>
          <w:cantSplit/>
          <w:jc w:val="center"/>
        </w:trPr>
        <w:tc>
          <w:tcPr>
            <w:tcW w:w="14060" w:type="dxa"/>
            <w:gridSpan w:val="6"/>
            <w:tcMar>
              <w:top w:w="70" w:type="dxa"/>
              <w:left w:w="90" w:type="dxa"/>
              <w:bottom w:w="70" w:type="dxa"/>
              <w:right w:w="90" w:type="dxa"/>
            </w:tcMar>
            <w:vAlign w:val="center"/>
          </w:tcPr>
          <w:p w14:paraId="51BBE12B" w14:textId="77777777" w:rsidR="00080BF0" w:rsidRDefault="00080BF0"/>
          <w:p w14:paraId="2FBA046A"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646F431C" w14:textId="77777777">
        <w:trPr>
          <w:cantSplit/>
          <w:jc w:val="center"/>
        </w:trPr>
        <w:tc>
          <w:tcPr>
            <w:tcW w:w="14060" w:type="dxa"/>
            <w:gridSpan w:val="6"/>
            <w:tcMar>
              <w:top w:w="70" w:type="dxa"/>
              <w:left w:w="90" w:type="dxa"/>
              <w:bottom w:w="70" w:type="dxa"/>
              <w:right w:w="90" w:type="dxa"/>
            </w:tcMar>
            <w:vAlign w:val="center"/>
          </w:tcPr>
          <w:p w14:paraId="0253F96E" w14:textId="77777777" w:rsidR="00080BF0" w:rsidRDefault="00080BF0"/>
          <w:p w14:paraId="6A94AAF4"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36F1CBAC" w14:textId="77777777">
        <w:trPr>
          <w:cantSplit/>
          <w:jc w:val="center"/>
        </w:trPr>
        <w:tc>
          <w:tcPr>
            <w:tcW w:w="14060" w:type="dxa"/>
            <w:gridSpan w:val="6"/>
            <w:tcMar>
              <w:top w:w="70" w:type="dxa"/>
              <w:left w:w="90" w:type="dxa"/>
              <w:bottom w:w="70" w:type="dxa"/>
              <w:right w:w="90" w:type="dxa"/>
            </w:tcMar>
            <w:vAlign w:val="center"/>
          </w:tcPr>
          <w:p w14:paraId="1B6E6C4E" w14:textId="77777777" w:rsidR="00080BF0" w:rsidRDefault="00080BF0"/>
          <w:p w14:paraId="763DABB9" w14:textId="77777777" w:rsidR="00080BF0" w:rsidRDefault="00000000">
            <w:pPr>
              <w:spacing w:line="245" w:lineRule="auto"/>
            </w:pPr>
            <w:r>
              <w:rPr>
                <w:b/>
                <w:color w:val="000000"/>
                <w:sz w:val="15"/>
              </w:rPr>
              <w:t xml:space="preserve">MEDPREDMETNE POVEZAVE: </w:t>
            </w:r>
            <w:r>
              <w:rPr>
                <w:color w:val="000000"/>
                <w:sz w:val="15"/>
              </w:rPr>
              <w:t>SPO – dnevna rutina, skupnost in pot po znanem okolju; SLJ – poslušanje, opis opažanja, poimenovanje postopka in predstavitev; MAT – oblike, razvrščanje, vzorci in prostorski odnosi; ŠPO – gibalna črta, telesna skulptura, smer in ravnotežje; GUM – ritem, ponavljanje.</w:t>
            </w:r>
          </w:p>
        </w:tc>
      </w:tr>
      <w:tr w:rsidR="00080BF0" w14:paraId="621CA512" w14:textId="77777777">
        <w:trPr>
          <w:cantSplit/>
          <w:jc w:val="center"/>
        </w:trPr>
        <w:tc>
          <w:tcPr>
            <w:tcW w:w="14060" w:type="dxa"/>
            <w:gridSpan w:val="6"/>
            <w:tcMar>
              <w:top w:w="70" w:type="dxa"/>
              <w:left w:w="90" w:type="dxa"/>
              <w:bottom w:w="70" w:type="dxa"/>
              <w:right w:w="90" w:type="dxa"/>
            </w:tcMar>
            <w:vAlign w:val="center"/>
          </w:tcPr>
          <w:p w14:paraId="751F5BE0" w14:textId="77777777" w:rsidR="00080BF0" w:rsidRDefault="00080BF0"/>
          <w:p w14:paraId="4F148AC6" w14:textId="77777777" w:rsidR="00080BF0" w:rsidRDefault="00000000">
            <w:pPr>
              <w:spacing w:line="245" w:lineRule="auto"/>
            </w:pPr>
            <w:r>
              <w:rPr>
                <w:b/>
                <w:color w:val="000000"/>
                <w:sz w:val="15"/>
              </w:rPr>
              <w:t xml:space="preserve">UČNA SREDSTVA IN PRIPOMOČKI: </w:t>
            </w:r>
            <w:r>
              <w:rPr>
                <w:color w:val="000000"/>
                <w:sz w:val="15"/>
              </w:rPr>
              <w:t>risalni papir različnih velikosti, mehki grafitni svinčniki, voščenke, barvice, flomastri, ogledalca ali opazovani predmeti; fotografija, reprodukcija ali resnični predmet za opazovanje; kartice namena in meril; talne oznake štirih postaj; mapa dokazov; sredstva za čiščenje in pospravljanje</w:t>
            </w:r>
          </w:p>
        </w:tc>
      </w:tr>
      <w:tr w:rsidR="00080BF0" w14:paraId="30722339" w14:textId="77777777">
        <w:trPr>
          <w:cantSplit/>
          <w:jc w:val="center"/>
        </w:trPr>
        <w:tc>
          <w:tcPr>
            <w:tcW w:w="14060" w:type="dxa"/>
            <w:gridSpan w:val="6"/>
            <w:tcMar>
              <w:top w:w="70" w:type="dxa"/>
              <w:left w:w="90" w:type="dxa"/>
              <w:bottom w:w="70" w:type="dxa"/>
              <w:right w:w="90" w:type="dxa"/>
            </w:tcMar>
            <w:vAlign w:val="center"/>
          </w:tcPr>
          <w:p w14:paraId="7FF586E4" w14:textId="77777777" w:rsidR="00080BF0" w:rsidRDefault="00080BF0"/>
          <w:p w14:paraId="0944D37D"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62A9C520" w14:textId="77777777">
        <w:trPr>
          <w:cantSplit/>
          <w:jc w:val="center"/>
        </w:trPr>
        <w:tc>
          <w:tcPr>
            <w:tcW w:w="14060" w:type="dxa"/>
            <w:gridSpan w:val="6"/>
            <w:tcMar>
              <w:top w:w="70" w:type="dxa"/>
              <w:left w:w="90" w:type="dxa"/>
              <w:bottom w:w="70" w:type="dxa"/>
              <w:right w:w="90" w:type="dxa"/>
            </w:tcMar>
            <w:vAlign w:val="center"/>
          </w:tcPr>
          <w:p w14:paraId="25BE201E" w14:textId="77777777" w:rsidR="00080BF0" w:rsidRDefault="00080BF0"/>
          <w:p w14:paraId="09E2F3A5" w14:textId="77777777" w:rsidR="00080BF0" w:rsidRDefault="00000000">
            <w:pPr>
              <w:spacing w:line="245" w:lineRule="auto"/>
            </w:pPr>
            <w:r>
              <w:rPr>
                <w:b/>
                <w:color w:val="000000"/>
                <w:sz w:val="15"/>
              </w:rPr>
              <w:t xml:space="preserve">OCENJEVANJE / DAN DEJAVNOSTI: </w:t>
            </w:r>
            <w:r>
              <w:rPr>
                <w:color w:val="000000"/>
                <w:sz w:val="15"/>
              </w:rPr>
              <w:t>ŠPORTNI DAN • ŠPORTNI DAN</w:t>
            </w:r>
          </w:p>
        </w:tc>
      </w:tr>
      <w:tr w:rsidR="00080BF0" w14:paraId="701C36E7" w14:textId="77777777">
        <w:trPr>
          <w:cantSplit/>
          <w:jc w:val="center"/>
        </w:trPr>
        <w:tc>
          <w:tcPr>
            <w:tcW w:w="14060" w:type="dxa"/>
            <w:gridSpan w:val="6"/>
            <w:tcMar>
              <w:top w:w="70" w:type="dxa"/>
              <w:left w:w="90" w:type="dxa"/>
              <w:bottom w:w="70" w:type="dxa"/>
              <w:right w:w="90" w:type="dxa"/>
            </w:tcMar>
            <w:vAlign w:val="center"/>
          </w:tcPr>
          <w:p w14:paraId="25FC41B5" w14:textId="77777777" w:rsidR="00080BF0" w:rsidRDefault="00080BF0"/>
          <w:p w14:paraId="59717181"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0573425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683D74D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1C4D85A"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7ACB8E1" w14:textId="77777777" w:rsidR="00080BF0" w:rsidRDefault="00000000">
            <w:pPr>
              <w:jc w:val="center"/>
            </w:pPr>
            <w:r>
              <w:rPr>
                <w:b/>
                <w:color w:val="000000"/>
                <w:sz w:val="20"/>
              </w:rPr>
              <w:t>UČNE DEJAVNOSTI, METODE IN FORMATIVNO SPREMLJANJE</w:t>
            </w:r>
          </w:p>
        </w:tc>
      </w:tr>
      <w:tr w:rsidR="00080BF0" w14:paraId="2EB03DE0" w14:textId="77777777">
        <w:trPr>
          <w:tblHeader/>
          <w:jc w:val="center"/>
        </w:trPr>
        <w:tc>
          <w:tcPr>
            <w:tcW w:w="4422" w:type="dxa"/>
            <w:vMerge/>
            <w:tcMar>
              <w:top w:w="70" w:type="dxa"/>
              <w:left w:w="90" w:type="dxa"/>
              <w:bottom w:w="70" w:type="dxa"/>
              <w:right w:w="90" w:type="dxa"/>
            </w:tcMar>
            <w:vAlign w:val="center"/>
          </w:tcPr>
          <w:p w14:paraId="18B7510B" w14:textId="77777777" w:rsidR="00080BF0" w:rsidRDefault="00080BF0"/>
        </w:tc>
        <w:tc>
          <w:tcPr>
            <w:tcW w:w="7087" w:type="dxa"/>
            <w:shd w:val="clear" w:color="auto" w:fill="FFFFFF"/>
            <w:tcMar>
              <w:top w:w="70" w:type="dxa"/>
              <w:left w:w="90" w:type="dxa"/>
              <w:bottom w:w="70" w:type="dxa"/>
              <w:right w:w="90" w:type="dxa"/>
            </w:tcMar>
            <w:vAlign w:val="center"/>
          </w:tcPr>
          <w:p w14:paraId="4BACC1AD"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D8EE9E8" w14:textId="77777777" w:rsidR="00080BF0" w:rsidRDefault="00000000">
            <w:pPr>
              <w:jc w:val="center"/>
            </w:pPr>
            <w:r>
              <w:rPr>
                <w:b/>
                <w:color w:val="000000"/>
              </w:rPr>
              <w:t>UČENEC</w:t>
            </w:r>
          </w:p>
        </w:tc>
      </w:tr>
      <w:tr w:rsidR="00080BF0" w14:paraId="43A40FC7" w14:textId="77777777">
        <w:trPr>
          <w:jc w:val="center"/>
        </w:trPr>
        <w:tc>
          <w:tcPr>
            <w:tcW w:w="4422" w:type="dxa"/>
            <w:tcMar>
              <w:top w:w="70" w:type="dxa"/>
              <w:left w:w="90" w:type="dxa"/>
              <w:bottom w:w="70" w:type="dxa"/>
              <w:right w:w="90" w:type="dxa"/>
            </w:tcMar>
          </w:tcPr>
          <w:p w14:paraId="3A4296FD" w14:textId="77777777" w:rsidR="00080BF0" w:rsidRDefault="00080BF0"/>
          <w:p w14:paraId="27A72EDE" w14:textId="77777777" w:rsidR="00080BF0" w:rsidRDefault="00000000">
            <w:pPr>
              <w:spacing w:after="60" w:line="245" w:lineRule="auto"/>
            </w:pPr>
            <w:r>
              <w:rPr>
                <w:b/>
                <w:color w:val="000000"/>
              </w:rPr>
              <w:t>UČNI CILJI</w:t>
            </w:r>
          </w:p>
          <w:p w14:paraId="53BDD503" w14:textId="77777777" w:rsidR="00080BF0" w:rsidRDefault="00000000">
            <w:pPr>
              <w:spacing w:after="20" w:line="245" w:lineRule="auto"/>
            </w:pPr>
            <w:r>
              <w:rPr>
                <w:b/>
                <w:color w:val="000000"/>
                <w:sz w:val="17"/>
              </w:rPr>
              <w:t>SPLOŠNI</w:t>
            </w:r>
          </w:p>
          <w:p w14:paraId="34A1B02D"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39F09141"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5D013B76"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1352F756"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70E74D12" w14:textId="77777777" w:rsidR="00080BF0" w:rsidRDefault="00000000">
            <w:pPr>
              <w:spacing w:before="40" w:after="20" w:line="245" w:lineRule="auto"/>
            </w:pPr>
            <w:r>
              <w:rPr>
                <w:b/>
                <w:color w:val="000000"/>
                <w:sz w:val="17"/>
              </w:rPr>
              <w:t>OPERATIVNI</w:t>
            </w:r>
          </w:p>
          <w:p w14:paraId="74849988" w14:textId="77777777" w:rsidR="00080BF0" w:rsidRDefault="00000000">
            <w:pPr>
              <w:pStyle w:val="Oznaenseznam"/>
              <w:spacing w:after="16"/>
            </w:pPr>
            <w:r>
              <w:rPr>
                <w:color w:val="000000"/>
                <w:sz w:val="16"/>
              </w:rPr>
              <w:t>načrtuje preprosto likovno rešitev</w:t>
            </w:r>
          </w:p>
          <w:p w14:paraId="1E02E920" w14:textId="77777777" w:rsidR="00080BF0" w:rsidRDefault="00000000">
            <w:pPr>
              <w:pStyle w:val="Oznaenseznam"/>
              <w:spacing w:after="16"/>
            </w:pPr>
            <w:r>
              <w:rPr>
                <w:color w:val="000000"/>
                <w:sz w:val="16"/>
              </w:rPr>
              <w:t>uporabi kolaž</w:t>
            </w:r>
          </w:p>
          <w:p w14:paraId="70B627B2" w14:textId="77777777" w:rsidR="00080BF0" w:rsidRDefault="00000000">
            <w:pPr>
              <w:pStyle w:val="Oznaenseznam"/>
              <w:spacing w:after="16"/>
            </w:pPr>
            <w:r>
              <w:rPr>
                <w:color w:val="000000"/>
                <w:sz w:val="16"/>
              </w:rPr>
              <w:t>predstavi izdelek</w:t>
            </w:r>
          </w:p>
          <w:p w14:paraId="171DC4EA" w14:textId="77777777" w:rsidR="00080BF0" w:rsidRDefault="00000000">
            <w:pPr>
              <w:spacing w:before="40" w:after="20" w:line="245" w:lineRule="auto"/>
            </w:pPr>
            <w:r>
              <w:rPr>
                <w:b/>
                <w:color w:val="000000"/>
                <w:sz w:val="17"/>
              </w:rPr>
              <w:t>PRIČAKOVANI DOSEŽKI / MINIMALNI POUDARKI</w:t>
            </w:r>
          </w:p>
          <w:p w14:paraId="6C17F230" w14:textId="77777777" w:rsidR="00080BF0" w:rsidRDefault="00000000">
            <w:pPr>
              <w:pStyle w:val="Oznaenseznam"/>
              <w:spacing w:after="16"/>
            </w:pPr>
            <w:r>
              <w:rPr>
                <w:color w:val="000000"/>
                <w:sz w:val="15"/>
              </w:rPr>
              <w:t>samostojno oziroma z dogovorjeno oporo načrtuje preprosto likovno rešitev</w:t>
            </w:r>
          </w:p>
          <w:p w14:paraId="6DB30994" w14:textId="77777777" w:rsidR="00080BF0" w:rsidRDefault="00000000">
            <w:pPr>
              <w:pStyle w:val="Oznaenseznam"/>
              <w:spacing w:after="16"/>
            </w:pPr>
            <w:r>
              <w:rPr>
                <w:color w:val="000000"/>
                <w:sz w:val="15"/>
              </w:rPr>
              <w:t>samostojno oziroma z dogovorjeno oporo uporabi kolaž</w:t>
            </w:r>
          </w:p>
          <w:p w14:paraId="08837392" w14:textId="77777777" w:rsidR="00080BF0" w:rsidRDefault="00000000">
            <w:pPr>
              <w:pStyle w:val="Oznaenseznam"/>
              <w:spacing w:after="16"/>
            </w:pPr>
            <w:r>
              <w:rPr>
                <w:color w:val="000000"/>
                <w:sz w:val="15"/>
              </w:rPr>
              <w:t>samostojno oziroma z dogovorjeno oporo predstavi izdelek</w:t>
            </w:r>
          </w:p>
        </w:tc>
        <w:tc>
          <w:tcPr>
            <w:tcW w:w="7087" w:type="dxa"/>
            <w:tcMar>
              <w:top w:w="70" w:type="dxa"/>
              <w:left w:w="90" w:type="dxa"/>
              <w:bottom w:w="70" w:type="dxa"/>
              <w:right w:w="90" w:type="dxa"/>
            </w:tcMar>
          </w:tcPr>
          <w:p w14:paraId="35F564CF"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DA125F6" w14:textId="77777777">
              <w:trPr>
                <w:jc w:val="center"/>
              </w:trPr>
              <w:tc>
                <w:tcPr>
                  <w:tcW w:w="7087" w:type="dxa"/>
                  <w:shd w:val="clear" w:color="auto" w:fill="C6E7F3"/>
                  <w:tcMar>
                    <w:top w:w="45" w:type="dxa"/>
                    <w:left w:w="70" w:type="dxa"/>
                    <w:bottom w:w="45" w:type="dxa"/>
                    <w:right w:w="70" w:type="dxa"/>
                  </w:tcMar>
                </w:tcPr>
                <w:p w14:paraId="22291897" w14:textId="77777777" w:rsidR="00080BF0" w:rsidRDefault="00000000">
                  <w:pPr>
                    <w:keepNext/>
                  </w:pPr>
                  <w:r>
                    <w:rPr>
                      <w:b/>
                      <w:color w:val="000000"/>
                    </w:rPr>
                    <w:t>UVODNI DEL – likovna uganka, opazovanje, aktivacija predznanja in namen učenja (8–12 min)</w:t>
                  </w:r>
                </w:p>
              </w:tc>
            </w:tr>
          </w:tbl>
          <w:p w14:paraId="4A39FE52" w14:textId="77777777" w:rsidR="00080BF0" w:rsidRDefault="00080BF0">
            <w:pPr>
              <w:spacing w:line="20" w:lineRule="exact"/>
            </w:pPr>
          </w:p>
          <w:p w14:paraId="2DDE7338" w14:textId="77777777" w:rsidR="00080BF0" w:rsidRDefault="00000000">
            <w:pPr>
              <w:spacing w:before="40" w:after="60" w:line="245" w:lineRule="auto"/>
            </w:pPr>
            <w:r>
              <w:rPr>
                <w:color w:val="000000"/>
                <w:sz w:val="16"/>
              </w:rPr>
              <w:t>Ob književnem motivu »Maček Muri« – Kajetan Kovič učenci vstopijo v temo dnevna rutina, skupnost in pot po znanem okolju. Učiteljica pokaže fotografijo, reprodukcijo, predmet ali material in pove kratko likovno zgodbo: likovni detektiv odkrije nepopolno risbo na temo »moja učilnica« in prosi učence, naj z različnimi črtami, pogledi ali podrobnostmi poiščejo več možnih rešitev. Tematska rešitev: izdela kolaž učilnice ali Mačjega mesta.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24C54B4A" w14:textId="77777777">
              <w:trPr>
                <w:jc w:val="center"/>
              </w:trPr>
              <w:tc>
                <w:tcPr>
                  <w:tcW w:w="7087" w:type="dxa"/>
                  <w:shd w:val="clear" w:color="auto" w:fill="EDC9EA"/>
                  <w:tcMar>
                    <w:top w:w="45" w:type="dxa"/>
                    <w:left w:w="70" w:type="dxa"/>
                    <w:bottom w:w="45" w:type="dxa"/>
                    <w:right w:w="70" w:type="dxa"/>
                  </w:tcMar>
                </w:tcPr>
                <w:p w14:paraId="49F7069B" w14:textId="77777777" w:rsidR="00080BF0" w:rsidRDefault="00000000">
                  <w:pPr>
                    <w:keepNext/>
                  </w:pPr>
                  <w:r>
                    <w:rPr>
                      <w:b/>
                      <w:color w:val="000000"/>
                    </w:rPr>
                    <w:t>NAMENI UČENJA</w:t>
                  </w:r>
                </w:p>
              </w:tc>
            </w:tr>
          </w:tbl>
          <w:p w14:paraId="3FE62DB3" w14:textId="77777777" w:rsidR="00080BF0" w:rsidRDefault="00080BF0">
            <w:pPr>
              <w:spacing w:line="20" w:lineRule="exact"/>
            </w:pPr>
          </w:p>
          <w:p w14:paraId="7C74015E"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09656F15" w14:textId="77777777" w:rsidR="00080BF0" w:rsidRDefault="00000000">
            <w:pPr>
              <w:pStyle w:val="Oznaenseznam"/>
              <w:spacing w:after="16"/>
            </w:pPr>
            <w:r>
              <w:rPr>
                <w:color w:val="000000"/>
                <w:sz w:val="16"/>
              </w:rPr>
              <w:t>načrtujem preprosto likovno rešitev</w:t>
            </w:r>
          </w:p>
          <w:p w14:paraId="13633CE4" w14:textId="77777777" w:rsidR="00080BF0" w:rsidRDefault="00000000">
            <w:pPr>
              <w:pStyle w:val="Oznaenseznam"/>
              <w:spacing w:after="16"/>
            </w:pPr>
            <w:r>
              <w:rPr>
                <w:color w:val="000000"/>
                <w:sz w:val="16"/>
              </w:rPr>
              <w:t>uporabim kolaž</w:t>
            </w:r>
          </w:p>
          <w:p w14:paraId="6123BC82" w14:textId="77777777" w:rsidR="00080BF0" w:rsidRDefault="00000000">
            <w:pPr>
              <w:pStyle w:val="Oznaenseznam"/>
              <w:spacing w:after="16"/>
            </w:pPr>
            <w:r>
              <w:rPr>
                <w:color w:val="000000"/>
                <w:sz w:val="16"/>
              </w:rPr>
              <w:t>predstavim izdelek</w:t>
            </w:r>
          </w:p>
          <w:tbl>
            <w:tblPr>
              <w:tblStyle w:val="Tabelamrea"/>
              <w:tblW w:w="0" w:type="auto"/>
              <w:jc w:val="center"/>
              <w:tblLayout w:type="fixed"/>
              <w:tblLook w:val="04A0" w:firstRow="1" w:lastRow="0" w:firstColumn="1" w:lastColumn="0" w:noHBand="0" w:noVBand="1"/>
            </w:tblPr>
            <w:tblGrid>
              <w:gridCol w:w="7087"/>
            </w:tblGrid>
            <w:tr w:rsidR="00080BF0" w14:paraId="32995D8C" w14:textId="77777777">
              <w:trPr>
                <w:jc w:val="center"/>
              </w:trPr>
              <w:tc>
                <w:tcPr>
                  <w:tcW w:w="7087" w:type="dxa"/>
                  <w:shd w:val="clear" w:color="auto" w:fill="EDC9EA"/>
                  <w:tcMar>
                    <w:top w:w="45" w:type="dxa"/>
                    <w:left w:w="70" w:type="dxa"/>
                    <w:bottom w:w="45" w:type="dxa"/>
                    <w:right w:w="70" w:type="dxa"/>
                  </w:tcMar>
                </w:tcPr>
                <w:p w14:paraId="3303C495" w14:textId="77777777" w:rsidR="00080BF0" w:rsidRDefault="00000000">
                  <w:pPr>
                    <w:keepNext/>
                  </w:pPr>
                  <w:r>
                    <w:rPr>
                      <w:b/>
                      <w:color w:val="000000"/>
                    </w:rPr>
                    <w:t>PREVERJANJE PREDZNANJA</w:t>
                  </w:r>
                </w:p>
              </w:tc>
            </w:tr>
          </w:tbl>
          <w:p w14:paraId="40A6A065" w14:textId="77777777" w:rsidR="00080BF0" w:rsidRDefault="00080BF0">
            <w:pPr>
              <w:spacing w:line="20" w:lineRule="exact"/>
            </w:pPr>
          </w:p>
          <w:p w14:paraId="5364290B" w14:textId="77777777" w:rsidR="00080BF0" w:rsidRDefault="00000000">
            <w:pPr>
              <w:pStyle w:val="Oznaenseznam"/>
              <w:spacing w:after="16"/>
            </w:pPr>
            <w:r>
              <w:rPr>
                <w:color w:val="000000"/>
                <w:sz w:val="16"/>
              </w:rPr>
              <w:t>Kaj najprej opazim pri motivu, predmetu ali materialu, povezanem s temo »MOJA UČILNICA«?</w:t>
            </w:r>
          </w:p>
          <w:p w14:paraId="4487697B"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19E66F66"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6476D059" w14:textId="77777777">
              <w:trPr>
                <w:jc w:val="center"/>
              </w:trPr>
              <w:tc>
                <w:tcPr>
                  <w:tcW w:w="7087" w:type="dxa"/>
                  <w:shd w:val="clear" w:color="auto" w:fill="EDC9EA"/>
                  <w:tcMar>
                    <w:top w:w="45" w:type="dxa"/>
                    <w:left w:w="70" w:type="dxa"/>
                    <w:bottom w:w="45" w:type="dxa"/>
                    <w:right w:w="70" w:type="dxa"/>
                  </w:tcMar>
                </w:tcPr>
                <w:p w14:paraId="384C5C1F" w14:textId="77777777" w:rsidR="00080BF0" w:rsidRDefault="00000000">
                  <w:pPr>
                    <w:keepNext/>
                  </w:pPr>
                  <w:r>
                    <w:rPr>
                      <w:b/>
                      <w:color w:val="000000"/>
                    </w:rPr>
                    <w:t>KRITERIJI USPEŠNOSTI</w:t>
                  </w:r>
                </w:p>
              </w:tc>
            </w:tr>
          </w:tbl>
          <w:p w14:paraId="3D23E449" w14:textId="77777777" w:rsidR="00080BF0" w:rsidRDefault="00080BF0"/>
          <w:p w14:paraId="24F9AB53" w14:textId="77777777" w:rsidR="00080BF0" w:rsidRDefault="00000000">
            <w:pPr>
              <w:spacing w:before="20" w:after="20" w:line="245" w:lineRule="auto"/>
            </w:pPr>
            <w:r>
              <w:rPr>
                <w:b/>
                <w:color w:val="000000"/>
                <w:sz w:val="16"/>
              </w:rPr>
              <w:t>Uspešen/-na bom, ko:</w:t>
            </w:r>
          </w:p>
          <w:p w14:paraId="192E4AB9" w14:textId="77777777" w:rsidR="00080BF0" w:rsidRDefault="00000000">
            <w:pPr>
              <w:pStyle w:val="Oznaenseznam"/>
              <w:spacing w:after="16"/>
            </w:pPr>
            <w:r>
              <w:rPr>
                <w:color w:val="000000"/>
                <w:sz w:val="16"/>
              </w:rPr>
              <w:t>načrtujem preprosto likovno rešitev</w:t>
            </w:r>
          </w:p>
          <w:p w14:paraId="1FF55E32" w14:textId="77777777" w:rsidR="00080BF0" w:rsidRDefault="00000000">
            <w:pPr>
              <w:pStyle w:val="Oznaenseznam"/>
              <w:spacing w:after="16"/>
            </w:pPr>
            <w:r>
              <w:rPr>
                <w:color w:val="000000"/>
                <w:sz w:val="16"/>
              </w:rPr>
              <w:t>uporabim kolaž</w:t>
            </w:r>
          </w:p>
          <w:p w14:paraId="232B667A" w14:textId="77777777" w:rsidR="00080BF0" w:rsidRDefault="00000000">
            <w:pPr>
              <w:pStyle w:val="Oznaenseznam"/>
              <w:spacing w:after="16"/>
            </w:pPr>
            <w:r>
              <w:rPr>
                <w:color w:val="000000"/>
                <w:sz w:val="16"/>
              </w:rPr>
              <w:t>predstavim izdelek</w:t>
            </w:r>
          </w:p>
          <w:p w14:paraId="530726A5" w14:textId="77777777" w:rsidR="00080BF0" w:rsidRDefault="00000000">
            <w:pPr>
              <w:pStyle w:val="Oznaenseznam"/>
              <w:spacing w:after="16"/>
            </w:pPr>
            <w:r>
              <w:rPr>
                <w:color w:val="000000"/>
                <w:sz w:val="15"/>
              </w:rPr>
              <w:t>varno in namensko uporabim material, zaščitim prostor ter po delu uredim svojo postajo</w:t>
            </w:r>
          </w:p>
          <w:p w14:paraId="546256FD"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5BB019F3" w14:textId="77777777" w:rsidR="00080BF0" w:rsidRDefault="00080BF0"/>
          <w:p w14:paraId="0DE06AA7"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568474E" w14:textId="77777777" w:rsidR="00080BF0" w:rsidRDefault="00000000">
            <w:pPr>
              <w:spacing w:after="80" w:line="245" w:lineRule="auto"/>
            </w:pPr>
            <w:r>
              <w:rPr>
                <w:color w:val="000000"/>
                <w:sz w:val="16"/>
              </w:rPr>
              <w:t>Pove ali pokaže, kaj že zna opaziti in katero likovno možnost bi najprej preizkusil.</w:t>
            </w:r>
          </w:p>
          <w:p w14:paraId="3C8475D8" w14:textId="77777777" w:rsidR="00080BF0" w:rsidRDefault="00000000">
            <w:pPr>
              <w:spacing w:after="100" w:line="245" w:lineRule="auto"/>
            </w:pPr>
            <w:r>
              <w:rPr>
                <w:color w:val="000000"/>
                <w:sz w:val="16"/>
              </w:rPr>
              <w:t>Sodeluje pri razumevanju namena, meril uspešnosti, varne rabe pripomočkov in načina dokazovanja.</w:t>
            </w:r>
          </w:p>
          <w:p w14:paraId="40A9B8B5" w14:textId="77777777" w:rsidR="00080BF0" w:rsidRDefault="00000000">
            <w:pPr>
              <w:spacing w:after="20" w:line="245" w:lineRule="auto"/>
            </w:pPr>
            <w:r>
              <w:rPr>
                <w:b/>
                <w:color w:val="D95BC6"/>
                <w:sz w:val="17"/>
              </w:rPr>
              <w:t>DOKAZ O UČENJU</w:t>
            </w:r>
          </w:p>
          <w:p w14:paraId="4A1FDE68"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07FE1086"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45B4FB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8CCA63E"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E126FE4" w14:textId="77777777" w:rsidR="00080BF0" w:rsidRDefault="00000000">
            <w:pPr>
              <w:jc w:val="center"/>
            </w:pPr>
            <w:r>
              <w:rPr>
                <w:b/>
                <w:color w:val="000000"/>
                <w:sz w:val="20"/>
              </w:rPr>
              <w:t>UČNE DEJAVNOSTI, METODE IN FORMATIVNO SPREMLJANJE</w:t>
            </w:r>
          </w:p>
        </w:tc>
      </w:tr>
      <w:tr w:rsidR="00080BF0" w14:paraId="43766110" w14:textId="77777777">
        <w:trPr>
          <w:tblHeader/>
          <w:jc w:val="center"/>
        </w:trPr>
        <w:tc>
          <w:tcPr>
            <w:tcW w:w="4422" w:type="dxa"/>
            <w:vMerge/>
            <w:tcMar>
              <w:top w:w="70" w:type="dxa"/>
              <w:left w:w="90" w:type="dxa"/>
              <w:bottom w:w="70" w:type="dxa"/>
              <w:right w:w="90" w:type="dxa"/>
            </w:tcMar>
            <w:vAlign w:val="center"/>
          </w:tcPr>
          <w:p w14:paraId="7E0E5A7F" w14:textId="77777777" w:rsidR="00080BF0" w:rsidRDefault="00080BF0"/>
        </w:tc>
        <w:tc>
          <w:tcPr>
            <w:tcW w:w="7087" w:type="dxa"/>
            <w:shd w:val="clear" w:color="auto" w:fill="FFFFFF"/>
            <w:tcMar>
              <w:top w:w="70" w:type="dxa"/>
              <w:left w:w="90" w:type="dxa"/>
              <w:bottom w:w="70" w:type="dxa"/>
              <w:right w:w="90" w:type="dxa"/>
            </w:tcMar>
            <w:vAlign w:val="center"/>
          </w:tcPr>
          <w:p w14:paraId="07B2C8BB"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0CB5485" w14:textId="77777777" w:rsidR="00080BF0" w:rsidRDefault="00000000">
            <w:pPr>
              <w:jc w:val="center"/>
            </w:pPr>
            <w:r>
              <w:rPr>
                <w:b/>
                <w:color w:val="000000"/>
              </w:rPr>
              <w:t>UČENEC</w:t>
            </w:r>
          </w:p>
        </w:tc>
      </w:tr>
      <w:tr w:rsidR="00080BF0" w14:paraId="6D8D8D3B" w14:textId="77777777">
        <w:trPr>
          <w:jc w:val="center"/>
        </w:trPr>
        <w:tc>
          <w:tcPr>
            <w:tcW w:w="4422" w:type="dxa"/>
            <w:tcMar>
              <w:top w:w="70" w:type="dxa"/>
              <w:left w:w="90" w:type="dxa"/>
              <w:bottom w:w="70" w:type="dxa"/>
              <w:right w:w="90" w:type="dxa"/>
            </w:tcMar>
          </w:tcPr>
          <w:p w14:paraId="2F766846" w14:textId="77777777" w:rsidR="00080BF0" w:rsidRDefault="00080BF0"/>
          <w:p w14:paraId="6C8B0784" w14:textId="77777777" w:rsidR="00080BF0" w:rsidRDefault="00000000">
            <w:pPr>
              <w:spacing w:after="40" w:line="245" w:lineRule="auto"/>
            </w:pPr>
            <w:r>
              <w:rPr>
                <w:b/>
                <w:color w:val="000000"/>
              </w:rPr>
              <w:t>KLJUČNI LIKOVNI POJMI</w:t>
            </w:r>
          </w:p>
          <w:p w14:paraId="2CAC34BC"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pika, ravna in kriva črta, sklenjena oblika, podrobnost, razmerje, simbol</w:t>
            </w:r>
          </w:p>
          <w:p w14:paraId="656FEBC8" w14:textId="77777777" w:rsidR="00080BF0" w:rsidRDefault="00000000">
            <w:pPr>
              <w:spacing w:after="20" w:line="245" w:lineRule="auto"/>
            </w:pPr>
            <w:r>
              <w:rPr>
                <w:b/>
                <w:color w:val="000000"/>
                <w:sz w:val="17"/>
              </w:rPr>
              <w:t>DOKAZI O UČENJU</w:t>
            </w:r>
          </w:p>
          <w:p w14:paraId="11B54F8B" w14:textId="77777777" w:rsidR="00080BF0" w:rsidRDefault="00000000">
            <w:pPr>
              <w:pStyle w:val="Oznaenseznam"/>
              <w:spacing w:after="9"/>
            </w:pPr>
            <w:r>
              <w:rPr>
                <w:color w:val="000000"/>
                <w:sz w:val="15"/>
              </w:rPr>
              <w:t>likovni proces in izdelek, fotografija faze, učenčeva razlaga ter samovrednotenje v mapi.</w:t>
            </w:r>
          </w:p>
          <w:p w14:paraId="73B952F2" w14:textId="77777777" w:rsidR="00080BF0" w:rsidRDefault="00000000">
            <w:pPr>
              <w:spacing w:before="40" w:after="20" w:line="245" w:lineRule="auto"/>
            </w:pPr>
            <w:r>
              <w:rPr>
                <w:b/>
                <w:color w:val="000000"/>
                <w:sz w:val="17"/>
              </w:rPr>
              <w:t>LIKOVNO DOŽIVETJE IN IZKUŠENJSKI POUK</w:t>
            </w:r>
          </w:p>
          <w:p w14:paraId="27B00ABF"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27990C8B" w14:textId="77777777" w:rsidR="00080BF0" w:rsidRDefault="00000000">
            <w:pPr>
              <w:spacing w:after="20" w:line="245" w:lineRule="auto"/>
            </w:pPr>
            <w:r>
              <w:rPr>
                <w:b/>
                <w:color w:val="000000"/>
                <w:sz w:val="17"/>
              </w:rPr>
              <w:t>POUČEVANJE V GIBANJU</w:t>
            </w:r>
          </w:p>
          <w:p w14:paraId="3582EB17"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7A81ACD7" w14:textId="77777777" w:rsidR="00080BF0" w:rsidRDefault="00000000">
            <w:pPr>
              <w:spacing w:after="20" w:line="245" w:lineRule="auto"/>
            </w:pPr>
            <w:r>
              <w:rPr>
                <w:b/>
                <w:color w:val="000000"/>
                <w:sz w:val="17"/>
              </w:rPr>
              <w:t>DELO PO POSTAJAH</w:t>
            </w:r>
          </w:p>
          <w:p w14:paraId="5BD0ABFD"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6F62FAB9" w14:textId="77777777" w:rsidR="00080BF0" w:rsidRDefault="00000000">
            <w:pPr>
              <w:spacing w:after="9" w:line="245" w:lineRule="auto"/>
            </w:pPr>
            <w:r>
              <w:rPr>
                <w:color w:val="000000"/>
                <w:sz w:val="14"/>
              </w:rPr>
              <w:t>1. Opazovalna: predmet, obraz, figuro ali motiv opazujem z okvirjem ter poiščem tri pomembne črte, oblike ali podrobnosti.</w:t>
            </w:r>
          </w:p>
          <w:p w14:paraId="4339880A" w14:textId="77777777" w:rsidR="00080BF0" w:rsidRDefault="00000000">
            <w:pPr>
              <w:spacing w:after="9" w:line="245" w:lineRule="auto"/>
            </w:pPr>
            <w:r>
              <w:rPr>
                <w:color w:val="000000"/>
                <w:sz w:val="14"/>
              </w:rPr>
              <w:t>2. Risarski laboratorij: na poskusnem listu primerjam sledi različnih risal, pritisk, smer in gostoto črt.</w:t>
            </w:r>
          </w:p>
          <w:p w14:paraId="1124B2CA" w14:textId="77777777" w:rsidR="00080BF0" w:rsidRDefault="00000000">
            <w:pPr>
              <w:spacing w:after="9" w:line="245" w:lineRule="auto"/>
            </w:pPr>
            <w:r>
              <w:rPr>
                <w:color w:val="000000"/>
                <w:sz w:val="14"/>
              </w:rPr>
              <w:t>3. Gibalna črta: z vrvjo, korakom, roko ali celim telesom oblikujem ravno, krivo, sklenjeno in nesklenjeno pot.</w:t>
            </w:r>
          </w:p>
          <w:p w14:paraId="47EBA9FA" w14:textId="77777777" w:rsidR="00080BF0" w:rsidRDefault="00000000">
            <w:pPr>
              <w:spacing w:after="9" w:line="245" w:lineRule="auto"/>
            </w:pPr>
            <w:r>
              <w:rPr>
                <w:color w:val="000000"/>
                <w:sz w:val="14"/>
              </w:rPr>
              <w:t>4. Ustvarjalno-refleksivna: izdelam osebno rešitev, izberem dokaz, ga pojasnim in po odzivu izboljšam.</w:t>
            </w:r>
          </w:p>
          <w:p w14:paraId="36E4B74F" w14:textId="77777777" w:rsidR="00080BF0" w:rsidRDefault="00000000">
            <w:pPr>
              <w:spacing w:after="20" w:line="245" w:lineRule="auto"/>
            </w:pPr>
            <w:r>
              <w:rPr>
                <w:b/>
                <w:color w:val="000000"/>
                <w:sz w:val="17"/>
              </w:rPr>
              <w:t>DIFERENCIACIJA IN VKLJUČEVANJE</w:t>
            </w:r>
          </w:p>
          <w:p w14:paraId="7F592338"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19A90D2A" w14:textId="77777777" w:rsidR="00080BF0" w:rsidRDefault="00000000">
            <w:pPr>
              <w:spacing w:after="20" w:line="245" w:lineRule="auto"/>
            </w:pPr>
            <w:r>
              <w:rPr>
                <w:b/>
                <w:color w:val="000000"/>
                <w:sz w:val="17"/>
              </w:rPr>
              <w:t>SPREMLJANJE</w:t>
            </w:r>
          </w:p>
          <w:p w14:paraId="056AB471"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6998FEA8"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FA3E959" w14:textId="77777777">
              <w:trPr>
                <w:jc w:val="center"/>
              </w:trPr>
              <w:tc>
                <w:tcPr>
                  <w:tcW w:w="7087" w:type="dxa"/>
                  <w:shd w:val="clear" w:color="auto" w:fill="C6E7F3"/>
                  <w:tcMar>
                    <w:top w:w="45" w:type="dxa"/>
                    <w:left w:w="70" w:type="dxa"/>
                    <w:bottom w:w="45" w:type="dxa"/>
                    <w:right w:w="70" w:type="dxa"/>
                  </w:tcMar>
                </w:tcPr>
                <w:p w14:paraId="2D6E684C" w14:textId="77777777" w:rsidR="00080BF0" w:rsidRDefault="00000000">
                  <w:pPr>
                    <w:keepNext/>
                  </w:pPr>
                  <w:r>
                    <w:rPr>
                      <w:b/>
                      <w:color w:val="000000"/>
                      <w:sz w:val="17"/>
                    </w:rPr>
                    <w:t>GLAVNI DEL – OPAZOVANJE, MATERIALNI PREIZKUS, USTVARJANJE IN GALERIJA (1 šolska ura)</w:t>
                  </w:r>
                </w:p>
              </w:tc>
            </w:tr>
          </w:tbl>
          <w:p w14:paraId="4E3BEEF2" w14:textId="77777777" w:rsidR="00080BF0" w:rsidRDefault="00080BF0">
            <w:pPr>
              <w:spacing w:line="20" w:lineRule="exact"/>
            </w:pPr>
          </w:p>
          <w:p w14:paraId="6C4A9E3E" w14:textId="77777777" w:rsidR="00080BF0" w:rsidRDefault="00000000">
            <w:pPr>
              <w:keepNext/>
              <w:spacing w:before="22" w:after="8" w:line="245" w:lineRule="auto"/>
            </w:pPr>
            <w:r>
              <w:rPr>
                <w:b/>
                <w:color w:val="000000"/>
                <w:sz w:val="16"/>
              </w:rPr>
              <w:t>1. URA – Moja učilnica – Ustvarjam, predstavim, izboljšam</w:t>
            </w:r>
          </w:p>
          <w:p w14:paraId="05A592AF"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»MOJA UČILNICA«; postavlja vprašanja o nameri, nudi tehnično oporo in omogoči izboljšavo. Zaključek 10': 10' – Izvede tiho galerijo; modelira odziv »Opazim … / Učinkuje … / Lahko poskusiš …« ter vodi pospravljanje.</w:t>
            </w:r>
          </w:p>
          <w:p w14:paraId="3BF8F541"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58E5827F"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6F9BB1FC" w14:textId="77777777">
              <w:trPr>
                <w:jc w:val="center"/>
              </w:trPr>
              <w:tc>
                <w:tcPr>
                  <w:tcW w:w="7087" w:type="dxa"/>
                  <w:shd w:val="clear" w:color="auto" w:fill="EDC9EA"/>
                  <w:tcMar>
                    <w:top w:w="45" w:type="dxa"/>
                    <w:left w:w="70" w:type="dxa"/>
                    <w:bottom w:w="45" w:type="dxa"/>
                    <w:right w:w="70" w:type="dxa"/>
                  </w:tcMar>
                </w:tcPr>
                <w:p w14:paraId="77CC31B4" w14:textId="77777777" w:rsidR="00080BF0" w:rsidRDefault="00000000">
                  <w:pPr>
                    <w:keepNext/>
                  </w:pPr>
                  <w:r>
                    <w:rPr>
                      <w:b/>
                      <w:color w:val="000000"/>
                      <w:sz w:val="17"/>
                    </w:rPr>
                    <w:t>ORGANIZACIJA POSTAJ IN PREHODOV</w:t>
                  </w:r>
                </w:p>
              </w:tc>
            </w:tr>
          </w:tbl>
          <w:p w14:paraId="43080A75" w14:textId="77777777" w:rsidR="00080BF0" w:rsidRDefault="00080BF0"/>
          <w:p w14:paraId="2685F25D" w14:textId="77777777" w:rsidR="00080BF0" w:rsidRDefault="00000000">
            <w:pPr>
              <w:spacing w:before="8" w:after="8" w:line="245" w:lineRule="auto"/>
            </w:pPr>
            <w:r>
              <w:rPr>
                <w:color w:val="000000"/>
                <w:sz w:val="14"/>
              </w:rPr>
              <w:t>Postaja 1: Opazovalna: predmet, obraz, figuro ali motiv opazujem z okvirjem ter poiščem tri pomembne črte, oblike ali podrobnosti.</w:t>
            </w:r>
          </w:p>
          <w:p w14:paraId="7BAF94AD" w14:textId="77777777" w:rsidR="00080BF0" w:rsidRDefault="00000000">
            <w:pPr>
              <w:spacing w:before="8" w:after="8" w:line="245" w:lineRule="auto"/>
            </w:pPr>
            <w:r>
              <w:rPr>
                <w:color w:val="000000"/>
                <w:sz w:val="14"/>
              </w:rPr>
              <w:t>Postaja 2: Risarski laboratorij: na poskusnem listu primerjam sledi različnih risal, pritisk, smer in gostoto črt.</w:t>
            </w:r>
          </w:p>
          <w:p w14:paraId="19E7A836" w14:textId="77777777" w:rsidR="00080BF0" w:rsidRDefault="00000000">
            <w:pPr>
              <w:spacing w:before="8" w:after="8" w:line="245" w:lineRule="auto"/>
            </w:pPr>
            <w:r>
              <w:rPr>
                <w:color w:val="000000"/>
                <w:sz w:val="14"/>
              </w:rPr>
              <w:t>Postaja 3: Gibalna črta: z vrvjo, korakom, roko ali celim telesom oblikujem ravno, krivo, sklenjeno in nesklenjeno pot.</w:t>
            </w:r>
          </w:p>
          <w:p w14:paraId="672CE0BA" w14:textId="77777777" w:rsidR="00080BF0" w:rsidRDefault="00000000">
            <w:pPr>
              <w:spacing w:before="8" w:after="8" w:line="245" w:lineRule="auto"/>
            </w:pPr>
            <w:r>
              <w:rPr>
                <w:color w:val="000000"/>
                <w:sz w:val="14"/>
              </w:rPr>
              <w:t>Postaja 4: Ustvarjalno-refleksivna: izdelam osebno rešitev, izberem dokaz, ga pojasnim in po odzivu izboljšam.</w:t>
            </w:r>
          </w:p>
          <w:p w14:paraId="3FB639DB"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4CD64AD1" w14:textId="77777777" w:rsidR="00080BF0" w:rsidRDefault="00080BF0"/>
          <w:p w14:paraId="54011FF9" w14:textId="77777777" w:rsidR="00080BF0" w:rsidRDefault="00000000">
            <w:pPr>
              <w:spacing w:after="6" w:line="245" w:lineRule="auto"/>
            </w:pPr>
            <w:r>
              <w:rPr>
                <w:b/>
                <w:color w:val="000000"/>
                <w:sz w:val="15"/>
              </w:rPr>
              <w:t>1. URA – Moja učilnica – Ustvarjam, predstavim, izboljšam</w:t>
            </w:r>
          </w:p>
          <w:p w14:paraId="4A346A73"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57E49332" w14:textId="77777777" w:rsidR="00080BF0" w:rsidRDefault="00000000">
            <w:pPr>
              <w:spacing w:after="20" w:line="245" w:lineRule="auto"/>
            </w:pPr>
            <w:r>
              <w:rPr>
                <w:color w:val="D95BC6"/>
                <w:sz w:val="14"/>
              </w:rPr>
              <w:t>Dokaz: likovni proces in izdelek, fotografija faze, učenčeva razlaga ter samovrednotenje v mapi.</w:t>
            </w:r>
          </w:p>
          <w:p w14:paraId="76EFC1B3" w14:textId="77777777" w:rsidR="00080BF0" w:rsidRDefault="00000000">
            <w:pPr>
              <w:spacing w:before="40" w:after="20" w:line="245" w:lineRule="auto"/>
            </w:pPr>
            <w:r>
              <w:rPr>
                <w:b/>
                <w:color w:val="D95BC6"/>
                <w:sz w:val="16"/>
              </w:rPr>
              <w:t>MOJ KROG POSTAJ</w:t>
            </w:r>
          </w:p>
          <w:p w14:paraId="66E6D661" w14:textId="77777777" w:rsidR="00080BF0" w:rsidRDefault="00000000">
            <w:pPr>
              <w:spacing w:after="11" w:line="245" w:lineRule="auto"/>
            </w:pPr>
            <w:r>
              <w:rPr>
                <w:color w:val="000000"/>
                <w:sz w:val="13"/>
              </w:rPr>
              <w:t>1. Opazovalna: predmet, obraz, figuro ali motiv opazujem z okvirjem ter poiščem tri pomembne.</w:t>
            </w:r>
          </w:p>
          <w:p w14:paraId="40BB25DF" w14:textId="77777777" w:rsidR="00080BF0" w:rsidRDefault="00000000">
            <w:pPr>
              <w:spacing w:after="11" w:line="245" w:lineRule="auto"/>
            </w:pPr>
            <w:r>
              <w:rPr>
                <w:color w:val="000000"/>
                <w:sz w:val="13"/>
              </w:rPr>
              <w:t>2. Risarski laboratorij: na poskusnem listu primerjam sledi različnih risal, pritisk.</w:t>
            </w:r>
          </w:p>
          <w:p w14:paraId="66A8C5A9" w14:textId="77777777" w:rsidR="00080BF0" w:rsidRDefault="00000000">
            <w:pPr>
              <w:spacing w:after="11" w:line="245" w:lineRule="auto"/>
            </w:pPr>
            <w:r>
              <w:rPr>
                <w:color w:val="000000"/>
                <w:sz w:val="13"/>
              </w:rPr>
              <w:t>3. Gibalna črta: z vrvjo, korakom, roko ali celim telesom oblikujem ravno, krivo.</w:t>
            </w:r>
          </w:p>
          <w:p w14:paraId="73B3C294" w14:textId="77777777" w:rsidR="00080BF0" w:rsidRDefault="00000000">
            <w:pPr>
              <w:spacing w:after="11" w:line="245" w:lineRule="auto"/>
            </w:pPr>
            <w:r>
              <w:rPr>
                <w:color w:val="000000"/>
                <w:sz w:val="13"/>
              </w:rPr>
              <w:t>4. Ustvarjalno-refleksivna: izdelam osebno rešitev, izberem dokaz.</w:t>
            </w:r>
          </w:p>
          <w:p w14:paraId="523C8DF8"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781F33A3" w14:textId="77777777" w:rsidR="00080BF0" w:rsidRDefault="00000000">
            <w:pPr>
              <w:spacing w:after="20" w:line="245" w:lineRule="auto"/>
            </w:pPr>
            <w:r>
              <w:rPr>
                <w:b/>
                <w:color w:val="D95BC6"/>
                <w:sz w:val="17"/>
              </w:rPr>
              <w:t>DOKAZ O UČENJU</w:t>
            </w:r>
          </w:p>
          <w:p w14:paraId="600CFE88"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6A700AD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04E9AF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75DB8FE"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18EDA05" w14:textId="77777777" w:rsidR="00080BF0" w:rsidRDefault="00000000">
            <w:pPr>
              <w:jc w:val="center"/>
            </w:pPr>
            <w:r>
              <w:rPr>
                <w:b/>
                <w:color w:val="000000"/>
                <w:sz w:val="20"/>
              </w:rPr>
              <w:t>UČNE DEJAVNOSTI, METODE IN FORMATIVNO SPREMLJANJE</w:t>
            </w:r>
          </w:p>
        </w:tc>
      </w:tr>
      <w:tr w:rsidR="00080BF0" w14:paraId="79365501" w14:textId="77777777">
        <w:trPr>
          <w:tblHeader/>
          <w:jc w:val="center"/>
        </w:trPr>
        <w:tc>
          <w:tcPr>
            <w:tcW w:w="4422" w:type="dxa"/>
            <w:vMerge/>
            <w:tcMar>
              <w:top w:w="70" w:type="dxa"/>
              <w:left w:w="90" w:type="dxa"/>
              <w:bottom w:w="70" w:type="dxa"/>
              <w:right w:w="90" w:type="dxa"/>
            </w:tcMar>
            <w:vAlign w:val="center"/>
          </w:tcPr>
          <w:p w14:paraId="529B51C4" w14:textId="77777777" w:rsidR="00080BF0" w:rsidRDefault="00080BF0"/>
        </w:tc>
        <w:tc>
          <w:tcPr>
            <w:tcW w:w="7087" w:type="dxa"/>
            <w:shd w:val="clear" w:color="auto" w:fill="FFFFFF"/>
            <w:tcMar>
              <w:top w:w="70" w:type="dxa"/>
              <w:left w:w="90" w:type="dxa"/>
              <w:bottom w:w="70" w:type="dxa"/>
              <w:right w:w="90" w:type="dxa"/>
            </w:tcMar>
            <w:vAlign w:val="center"/>
          </w:tcPr>
          <w:p w14:paraId="2B9C9ED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286D216" w14:textId="77777777" w:rsidR="00080BF0" w:rsidRDefault="00000000">
            <w:pPr>
              <w:jc w:val="center"/>
            </w:pPr>
            <w:r>
              <w:rPr>
                <w:b/>
                <w:color w:val="000000"/>
              </w:rPr>
              <w:t>UČENEC</w:t>
            </w:r>
          </w:p>
        </w:tc>
      </w:tr>
      <w:tr w:rsidR="00080BF0" w14:paraId="3E002D5A" w14:textId="77777777">
        <w:trPr>
          <w:jc w:val="center"/>
        </w:trPr>
        <w:tc>
          <w:tcPr>
            <w:tcW w:w="4422" w:type="dxa"/>
            <w:tcMar>
              <w:top w:w="70" w:type="dxa"/>
              <w:left w:w="90" w:type="dxa"/>
              <w:bottom w:w="70" w:type="dxa"/>
              <w:right w:w="90" w:type="dxa"/>
            </w:tcMar>
          </w:tcPr>
          <w:p w14:paraId="3467FE5A" w14:textId="77777777" w:rsidR="00080BF0" w:rsidRDefault="00080BF0"/>
          <w:p w14:paraId="14958742" w14:textId="77777777" w:rsidR="00080BF0" w:rsidRDefault="00000000">
            <w:pPr>
              <w:spacing w:after="40" w:line="245" w:lineRule="auto"/>
            </w:pPr>
            <w:r>
              <w:rPr>
                <w:b/>
                <w:color w:val="000000"/>
              </w:rPr>
              <w:t>FORMATIVNO SPREMLJANJE</w:t>
            </w:r>
          </w:p>
          <w:p w14:paraId="4772AA2B" w14:textId="77777777" w:rsidR="00080BF0" w:rsidRDefault="00000000">
            <w:pPr>
              <w:pStyle w:val="Oznaenseznam"/>
              <w:spacing w:after="16"/>
            </w:pPr>
            <w:r>
              <w:rPr>
                <w:color w:val="000000"/>
                <w:sz w:val="15"/>
              </w:rPr>
              <w:t>predznanje: opažanje, gibalna ponazoritev, izbira kartice, razvrstitev materialov, poskusna sled ali skica</w:t>
            </w:r>
          </w:p>
          <w:p w14:paraId="14F7207F"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67A658B0"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73A54CBF" w14:textId="77777777" w:rsidR="00080BF0" w:rsidRDefault="00000000">
            <w:pPr>
              <w:pStyle w:val="Oznaenseznam"/>
              <w:spacing w:after="16"/>
            </w:pPr>
            <w:r>
              <w:rPr>
                <w:color w:val="000000"/>
                <w:sz w:val="15"/>
              </w:rPr>
              <w:t>povratna informacija: opis vidne likovne odločitve, povezava z enim merilom in izvedljiv naslednji korak</w:t>
            </w:r>
          </w:p>
          <w:p w14:paraId="277E4269" w14:textId="77777777" w:rsidR="00080BF0" w:rsidRDefault="00000000">
            <w:pPr>
              <w:pStyle w:val="Oznaenseznam"/>
              <w:spacing w:after="16"/>
            </w:pPr>
            <w:r>
              <w:rPr>
                <w:color w:val="000000"/>
                <w:sz w:val="15"/>
              </w:rPr>
              <w:t>samovrednotenje: likovni semafor, lestvica samostojnosti, izbran dokaz, galerijski odziv in izboljšava</w:t>
            </w:r>
          </w:p>
          <w:p w14:paraId="31C675E9" w14:textId="77777777" w:rsidR="00080BF0" w:rsidRDefault="00000000">
            <w:pPr>
              <w:spacing w:before="40" w:after="20" w:line="245" w:lineRule="auto"/>
            </w:pPr>
            <w:r>
              <w:rPr>
                <w:b/>
                <w:color w:val="000000"/>
                <w:sz w:val="17"/>
              </w:rPr>
              <w:t>VARNOST, HIGIENA IN UREDITEV PROSTORA</w:t>
            </w:r>
          </w:p>
          <w:p w14:paraId="25A6353A"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Pri delu na velikem formatu so razdalje označene, pripomočki pa odloženi v skupno posodico.</w:t>
            </w:r>
          </w:p>
          <w:p w14:paraId="7454B3C8" w14:textId="77777777" w:rsidR="00080BF0" w:rsidRDefault="00000000">
            <w:pPr>
              <w:spacing w:after="20" w:line="245" w:lineRule="auto"/>
            </w:pPr>
            <w:r>
              <w:rPr>
                <w:b/>
                <w:color w:val="000000"/>
                <w:sz w:val="17"/>
              </w:rPr>
              <w:t>EVIDENCA PO IZVEDBI</w:t>
            </w:r>
          </w:p>
          <w:p w14:paraId="7081E4F5"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42397B06" w14:textId="77777777" w:rsidR="00080BF0" w:rsidRDefault="00000000">
            <w:pPr>
              <w:spacing w:before="40" w:after="20" w:line="245" w:lineRule="auto"/>
            </w:pPr>
            <w:r>
              <w:rPr>
                <w:b/>
                <w:color w:val="000000"/>
                <w:sz w:val="17"/>
              </w:rPr>
              <w:t>RAVEN DOSEGANJA</w:t>
            </w:r>
          </w:p>
          <w:p w14:paraId="32315DF0"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2AED81FA"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D07E078" w14:textId="77777777">
              <w:trPr>
                <w:jc w:val="center"/>
              </w:trPr>
              <w:tc>
                <w:tcPr>
                  <w:tcW w:w="7087" w:type="dxa"/>
                  <w:shd w:val="clear" w:color="auto" w:fill="EDC9EA"/>
                  <w:tcMar>
                    <w:top w:w="45" w:type="dxa"/>
                    <w:left w:w="70" w:type="dxa"/>
                    <w:bottom w:w="45" w:type="dxa"/>
                    <w:right w:w="70" w:type="dxa"/>
                  </w:tcMar>
                </w:tcPr>
                <w:p w14:paraId="74A019BA" w14:textId="77777777" w:rsidR="00080BF0" w:rsidRDefault="00000000">
                  <w:pPr>
                    <w:keepNext/>
                  </w:pPr>
                  <w:r>
                    <w:rPr>
                      <w:b/>
                      <w:color w:val="000000"/>
                    </w:rPr>
                    <w:t>VPRAŠANJA V PODPORO LIKOVNEMU UČENJU</w:t>
                  </w:r>
                </w:p>
              </w:tc>
            </w:tr>
          </w:tbl>
          <w:p w14:paraId="723B24A5" w14:textId="77777777" w:rsidR="00080BF0" w:rsidRDefault="00080BF0">
            <w:pPr>
              <w:spacing w:line="20" w:lineRule="exact"/>
            </w:pPr>
          </w:p>
          <w:p w14:paraId="61F9D1F7" w14:textId="77777777" w:rsidR="00080BF0" w:rsidRDefault="00000000">
            <w:pPr>
              <w:pStyle w:val="Oznaenseznam"/>
              <w:spacing w:after="16"/>
            </w:pPr>
            <w:r>
              <w:rPr>
                <w:color w:val="000000"/>
                <w:sz w:val="16"/>
              </w:rPr>
              <w:t>Kaj si najprej opazil/-a in katera likovna prvina je zate najpomembnejša?</w:t>
            </w:r>
          </w:p>
          <w:p w14:paraId="47F8CCAB" w14:textId="77777777" w:rsidR="00080BF0" w:rsidRDefault="00000000">
            <w:pPr>
              <w:pStyle w:val="Oznaenseznam"/>
              <w:spacing w:after="16"/>
            </w:pPr>
            <w:r>
              <w:rPr>
                <w:color w:val="000000"/>
                <w:sz w:val="16"/>
              </w:rPr>
              <w:t>Kako je material ali postopek vplival na črto, barvo, obliko, površino, prostor oziroma delovanje izdelka?</w:t>
            </w:r>
          </w:p>
          <w:p w14:paraId="2ED09117" w14:textId="77777777" w:rsidR="00080BF0" w:rsidRDefault="00000000">
            <w:pPr>
              <w:pStyle w:val="Oznaenseznam"/>
              <w:spacing w:after="16"/>
            </w:pPr>
            <w:r>
              <w:rPr>
                <w:color w:val="000000"/>
                <w:sz w:val="16"/>
              </w:rPr>
              <w:t>Katero možnost si preizkusil/-a, zakaj si jo izbral/-a in kaj si ob poskusu spremenil/-a?</w:t>
            </w:r>
          </w:p>
          <w:p w14:paraId="125AF873" w14:textId="77777777" w:rsidR="00080BF0" w:rsidRDefault="00000000">
            <w:pPr>
              <w:pStyle w:val="Oznaenseznam"/>
              <w:spacing w:after="16"/>
            </w:pPr>
            <w:r>
              <w:rPr>
                <w:color w:val="000000"/>
                <w:sz w:val="16"/>
              </w:rPr>
              <w:t>Kateri del tvojega procesa ali izdelka najjasneje pokaže dogovorjeno merilo?</w:t>
            </w:r>
          </w:p>
          <w:p w14:paraId="46FA0621"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5FDE078C" w14:textId="77777777">
              <w:trPr>
                <w:jc w:val="center"/>
              </w:trPr>
              <w:tc>
                <w:tcPr>
                  <w:tcW w:w="7087" w:type="dxa"/>
                  <w:shd w:val="clear" w:color="auto" w:fill="C6E7F3"/>
                  <w:tcMar>
                    <w:top w:w="45" w:type="dxa"/>
                    <w:left w:w="70" w:type="dxa"/>
                    <w:bottom w:w="45" w:type="dxa"/>
                    <w:right w:w="70" w:type="dxa"/>
                  </w:tcMar>
                </w:tcPr>
                <w:p w14:paraId="00C9FC3B" w14:textId="77777777" w:rsidR="00080BF0" w:rsidRDefault="00000000">
                  <w:pPr>
                    <w:keepNext/>
                  </w:pPr>
                  <w:r>
                    <w:rPr>
                      <w:b/>
                      <w:color w:val="000000"/>
                    </w:rPr>
                    <w:t>ZAKLJUČNI DEL – TIHA GALERIJA, RAZLAGA IN REFLEKSIJA (8–12 min)</w:t>
                  </w:r>
                </w:p>
              </w:tc>
            </w:tr>
          </w:tbl>
          <w:p w14:paraId="63D474D4" w14:textId="77777777" w:rsidR="00080BF0" w:rsidRDefault="00080BF0">
            <w:pPr>
              <w:spacing w:line="20" w:lineRule="exact"/>
            </w:pPr>
          </w:p>
          <w:p w14:paraId="6892CEB1"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02C5948D" w14:textId="77777777">
              <w:trPr>
                <w:jc w:val="center"/>
              </w:trPr>
              <w:tc>
                <w:tcPr>
                  <w:tcW w:w="7087" w:type="dxa"/>
                  <w:shd w:val="clear" w:color="auto" w:fill="EDC9EA"/>
                  <w:tcMar>
                    <w:top w:w="45" w:type="dxa"/>
                    <w:left w:w="70" w:type="dxa"/>
                    <w:bottom w:w="45" w:type="dxa"/>
                    <w:right w:w="70" w:type="dxa"/>
                  </w:tcMar>
                </w:tcPr>
                <w:p w14:paraId="631048CC" w14:textId="77777777" w:rsidR="00080BF0" w:rsidRDefault="00000000">
                  <w:pPr>
                    <w:keepNext/>
                  </w:pPr>
                  <w:r>
                    <w:rPr>
                      <w:b/>
                      <w:color w:val="000000"/>
                    </w:rPr>
                    <w:t>SAMOVREDNOTENJE</w:t>
                  </w:r>
                </w:p>
              </w:tc>
            </w:tr>
          </w:tbl>
          <w:p w14:paraId="70E0A1E9" w14:textId="77777777" w:rsidR="00080BF0" w:rsidRDefault="00080BF0">
            <w:pPr>
              <w:spacing w:line="20" w:lineRule="exact"/>
            </w:pPr>
          </w:p>
          <w:p w14:paraId="74B06CCB"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5A821068" w14:textId="77777777">
              <w:trPr>
                <w:jc w:val="center"/>
              </w:trPr>
              <w:tc>
                <w:tcPr>
                  <w:tcW w:w="7087" w:type="dxa"/>
                  <w:shd w:val="clear" w:color="auto" w:fill="EDC9EA"/>
                  <w:tcMar>
                    <w:top w:w="45" w:type="dxa"/>
                    <w:left w:w="70" w:type="dxa"/>
                    <w:bottom w:w="45" w:type="dxa"/>
                    <w:right w:w="70" w:type="dxa"/>
                  </w:tcMar>
                </w:tcPr>
                <w:p w14:paraId="2F4A8FF9" w14:textId="77777777" w:rsidR="00080BF0" w:rsidRDefault="00000000">
                  <w:pPr>
                    <w:keepNext/>
                  </w:pPr>
                  <w:r>
                    <w:rPr>
                      <w:b/>
                      <w:color w:val="000000"/>
                    </w:rPr>
                    <w:t>VRSTNIŠKO VREDNOTENJE</w:t>
                  </w:r>
                </w:p>
              </w:tc>
            </w:tr>
          </w:tbl>
          <w:p w14:paraId="4ABC5486" w14:textId="77777777" w:rsidR="00080BF0" w:rsidRDefault="00080BF0">
            <w:pPr>
              <w:spacing w:line="20" w:lineRule="exact"/>
            </w:pPr>
          </w:p>
          <w:p w14:paraId="3603845A"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59C71A47" w14:textId="77777777">
              <w:trPr>
                <w:jc w:val="center"/>
              </w:trPr>
              <w:tc>
                <w:tcPr>
                  <w:tcW w:w="7087" w:type="dxa"/>
                  <w:shd w:val="clear" w:color="auto" w:fill="EDC9EA"/>
                  <w:tcMar>
                    <w:top w:w="45" w:type="dxa"/>
                    <w:left w:w="70" w:type="dxa"/>
                    <w:bottom w:w="45" w:type="dxa"/>
                    <w:right w:w="70" w:type="dxa"/>
                  </w:tcMar>
                </w:tcPr>
                <w:p w14:paraId="3FF94B36" w14:textId="77777777" w:rsidR="00080BF0" w:rsidRDefault="00000000">
                  <w:pPr>
                    <w:keepNext/>
                  </w:pPr>
                  <w:r>
                    <w:rPr>
                      <w:b/>
                      <w:color w:val="000000"/>
                    </w:rPr>
                    <w:t>SKUPNI POVZETEK</w:t>
                  </w:r>
                </w:p>
              </w:tc>
            </w:tr>
          </w:tbl>
          <w:p w14:paraId="4647F075" w14:textId="77777777" w:rsidR="00080BF0" w:rsidRDefault="00080BF0"/>
          <w:p w14:paraId="50E08A1A" w14:textId="77777777" w:rsidR="00080BF0" w:rsidRDefault="00000000">
            <w:pPr>
              <w:spacing w:before="20" w:after="40" w:line="245" w:lineRule="auto"/>
            </w:pPr>
            <w:r>
              <w:rPr>
                <w:b/>
                <w:color w:val="000000"/>
                <w:sz w:val="16"/>
              </w:rPr>
              <w:t>načrtujem preprosto likovno rešitev; uporabim kolaž; predstavim izdelek. Izbrani dokaz pojasnim in po povratni informaciji izboljšam.</w:t>
            </w:r>
          </w:p>
        </w:tc>
        <w:tc>
          <w:tcPr>
            <w:tcW w:w="2551" w:type="dxa"/>
            <w:tcMar>
              <w:top w:w="70" w:type="dxa"/>
              <w:left w:w="90" w:type="dxa"/>
              <w:bottom w:w="70" w:type="dxa"/>
              <w:right w:w="90" w:type="dxa"/>
            </w:tcMar>
          </w:tcPr>
          <w:p w14:paraId="511ED9DE" w14:textId="77777777" w:rsidR="00080BF0" w:rsidRDefault="00080BF0"/>
          <w:p w14:paraId="2798EBFF" w14:textId="77777777" w:rsidR="00080BF0" w:rsidRDefault="00000000">
            <w:pPr>
              <w:spacing w:after="80" w:line="245" w:lineRule="auto"/>
            </w:pPr>
            <w:r>
              <w:rPr>
                <w:color w:val="000000"/>
                <w:sz w:val="15"/>
              </w:rPr>
              <w:t>Odgovarja na podporna vprašanja in se sklicuje na opaženo, preizkušeno, ustvarjeno ali razstavljeno.</w:t>
            </w:r>
          </w:p>
          <w:p w14:paraId="30A26104" w14:textId="77777777" w:rsidR="00080BF0" w:rsidRDefault="00000000">
            <w:pPr>
              <w:spacing w:after="80" w:line="245" w:lineRule="auto"/>
            </w:pPr>
            <w:r>
              <w:rPr>
                <w:color w:val="000000"/>
                <w:sz w:val="15"/>
              </w:rPr>
              <w:t>Predstavi izbrani procesni ali izdelkovni dokaz ter pove, katero merilo z njim pokaže.</w:t>
            </w:r>
          </w:p>
          <w:p w14:paraId="6070A5F3" w14:textId="77777777" w:rsidR="00080BF0" w:rsidRDefault="00000000">
            <w:pPr>
              <w:spacing w:after="80" w:line="245" w:lineRule="auto"/>
            </w:pPr>
            <w:r>
              <w:rPr>
                <w:color w:val="000000"/>
                <w:sz w:val="15"/>
              </w:rPr>
              <w:t>Tiho opazuje vrstnikovo delo, opiše eno konkretno likovno rešitev in poda prijazen predlog.</w:t>
            </w:r>
          </w:p>
          <w:p w14:paraId="5C9B50C3" w14:textId="77777777" w:rsidR="00080BF0" w:rsidRDefault="00000000">
            <w:pPr>
              <w:spacing w:after="80" w:line="245" w:lineRule="auto"/>
            </w:pPr>
            <w:r>
              <w:rPr>
                <w:color w:val="000000"/>
                <w:sz w:val="15"/>
              </w:rPr>
              <w:t>Po povratni informaciji po želji ponovi poskus, spremeni podrobnost, izboljša spoj, razporeditev ali razlago.</w:t>
            </w:r>
          </w:p>
          <w:p w14:paraId="4D7641D9" w14:textId="77777777" w:rsidR="00080BF0" w:rsidRDefault="00000000">
            <w:pPr>
              <w:spacing w:after="100" w:line="245" w:lineRule="auto"/>
            </w:pPr>
            <w:r>
              <w:rPr>
                <w:color w:val="000000"/>
                <w:sz w:val="15"/>
              </w:rPr>
              <w:t>Izbere raven samostojnosti ter določi majhen in izvedljiv naslednji ustvarjalni korak.</w:t>
            </w:r>
          </w:p>
          <w:p w14:paraId="4CC90915" w14:textId="77777777" w:rsidR="00080BF0" w:rsidRDefault="00000000">
            <w:pPr>
              <w:spacing w:after="20" w:line="245" w:lineRule="auto"/>
            </w:pPr>
            <w:r>
              <w:rPr>
                <w:b/>
                <w:color w:val="D95BC6"/>
                <w:sz w:val="17"/>
              </w:rPr>
              <w:t>DOKAZ O UČENJU</w:t>
            </w:r>
          </w:p>
          <w:p w14:paraId="576E5001"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27D89A42"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66A80B7D" w14:textId="77777777">
        <w:trPr>
          <w:cantSplit/>
          <w:jc w:val="center"/>
        </w:trPr>
        <w:tc>
          <w:tcPr>
            <w:tcW w:w="14060" w:type="dxa"/>
            <w:gridSpan w:val="6"/>
            <w:tcMar>
              <w:top w:w="70" w:type="dxa"/>
              <w:left w:w="90" w:type="dxa"/>
              <w:bottom w:w="70" w:type="dxa"/>
              <w:right w:w="90" w:type="dxa"/>
            </w:tcMar>
            <w:vAlign w:val="center"/>
          </w:tcPr>
          <w:p w14:paraId="3BA2912C" w14:textId="77777777" w:rsidR="00080BF0" w:rsidRDefault="00000000">
            <w:pPr>
              <w:jc w:val="center"/>
            </w:pPr>
            <w:r>
              <w:rPr>
                <w:b/>
                <w:color w:val="000000"/>
                <w:sz w:val="24"/>
              </w:rPr>
              <w:lastRenderedPageBreak/>
              <w:t>UČNA PRIPRAVA 5/39</w:t>
            </w:r>
          </w:p>
        </w:tc>
      </w:tr>
      <w:tr w:rsidR="00080BF0" w14:paraId="35F18BA1" w14:textId="77777777">
        <w:trPr>
          <w:jc w:val="center"/>
        </w:trPr>
        <w:tc>
          <w:tcPr>
            <w:tcW w:w="2665" w:type="dxa"/>
            <w:tcMar>
              <w:top w:w="70" w:type="dxa"/>
              <w:left w:w="90" w:type="dxa"/>
              <w:bottom w:w="70" w:type="dxa"/>
              <w:right w:w="90" w:type="dxa"/>
            </w:tcMar>
            <w:vAlign w:val="center"/>
          </w:tcPr>
          <w:p w14:paraId="57CDB7B0"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A0CCFC1"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288AD969"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1C350C2" w14:textId="77777777" w:rsidR="00080BF0" w:rsidRDefault="00000000">
            <w:r>
              <w:rPr>
                <w:b/>
                <w:color w:val="000000"/>
                <w:sz w:val="16"/>
              </w:rPr>
              <w:t xml:space="preserve">NAČRTOVANI TERMIN: </w:t>
            </w:r>
            <w:r>
              <w:rPr>
                <w:color w:val="000000"/>
                <w:sz w:val="16"/>
              </w:rPr>
              <w:t>5. teden • 28. 9.–2. 10. 2026</w:t>
            </w:r>
          </w:p>
        </w:tc>
        <w:tc>
          <w:tcPr>
            <w:tcW w:w="2268" w:type="dxa"/>
            <w:tcMar>
              <w:top w:w="70" w:type="dxa"/>
              <w:left w:w="90" w:type="dxa"/>
              <w:bottom w:w="70" w:type="dxa"/>
              <w:right w:w="90" w:type="dxa"/>
            </w:tcMar>
            <w:vAlign w:val="center"/>
          </w:tcPr>
          <w:p w14:paraId="6CFE047B"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7FED300" w14:textId="77777777" w:rsidR="00080BF0" w:rsidRDefault="00000000">
            <w:r>
              <w:rPr>
                <w:b/>
                <w:color w:val="000000"/>
                <w:sz w:val="16"/>
              </w:rPr>
              <w:t xml:space="preserve">ŠTEVILO UR: </w:t>
            </w:r>
            <w:r>
              <w:rPr>
                <w:color w:val="000000"/>
                <w:sz w:val="16"/>
              </w:rPr>
              <w:t>2</w:t>
            </w:r>
          </w:p>
        </w:tc>
      </w:tr>
      <w:tr w:rsidR="00080BF0" w14:paraId="579600F0" w14:textId="77777777">
        <w:trPr>
          <w:jc w:val="center"/>
        </w:trPr>
        <w:tc>
          <w:tcPr>
            <w:tcW w:w="14061" w:type="dxa"/>
            <w:gridSpan w:val="6"/>
            <w:tcMar>
              <w:top w:w="70" w:type="dxa"/>
              <w:left w:w="90" w:type="dxa"/>
              <w:bottom w:w="70" w:type="dxa"/>
              <w:right w:w="90" w:type="dxa"/>
            </w:tcMar>
            <w:vAlign w:val="center"/>
          </w:tcPr>
          <w:p w14:paraId="0E867728"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0B35C294" w14:textId="77777777">
        <w:trPr>
          <w:cantSplit/>
          <w:jc w:val="center"/>
        </w:trPr>
        <w:tc>
          <w:tcPr>
            <w:tcW w:w="14060" w:type="dxa"/>
            <w:gridSpan w:val="6"/>
            <w:tcMar>
              <w:top w:w="70" w:type="dxa"/>
              <w:left w:w="90" w:type="dxa"/>
              <w:bottom w:w="70" w:type="dxa"/>
              <w:right w:w="90" w:type="dxa"/>
            </w:tcMar>
            <w:vAlign w:val="center"/>
          </w:tcPr>
          <w:p w14:paraId="30AED500" w14:textId="77777777" w:rsidR="00080BF0" w:rsidRDefault="00080BF0"/>
          <w:p w14:paraId="3E2E245C" w14:textId="77777777" w:rsidR="00080BF0" w:rsidRDefault="00000000">
            <w:pPr>
              <w:spacing w:line="245" w:lineRule="auto"/>
            </w:pPr>
            <w:r>
              <w:rPr>
                <w:b/>
                <w:color w:val="000000"/>
                <w:sz w:val="15"/>
              </w:rPr>
              <w:t xml:space="preserve">UČNI SKLOP: </w:t>
            </w:r>
            <w:r>
              <w:rPr>
                <w:color w:val="000000"/>
                <w:sz w:val="15"/>
              </w:rPr>
              <w:t>VARNA POT IN MOBILNOST</w:t>
            </w:r>
          </w:p>
        </w:tc>
      </w:tr>
      <w:tr w:rsidR="00080BF0" w14:paraId="27A27687" w14:textId="77777777">
        <w:trPr>
          <w:cantSplit/>
          <w:jc w:val="center"/>
        </w:trPr>
        <w:tc>
          <w:tcPr>
            <w:tcW w:w="14060" w:type="dxa"/>
            <w:gridSpan w:val="6"/>
            <w:tcMar>
              <w:top w:w="70" w:type="dxa"/>
              <w:left w:w="90" w:type="dxa"/>
              <w:bottom w:w="70" w:type="dxa"/>
              <w:right w:w="90" w:type="dxa"/>
            </w:tcMar>
            <w:vAlign w:val="center"/>
          </w:tcPr>
          <w:p w14:paraId="2876637C" w14:textId="77777777" w:rsidR="00080BF0" w:rsidRDefault="00080BF0"/>
          <w:p w14:paraId="60D35CF8" w14:textId="77777777" w:rsidR="00080BF0" w:rsidRDefault="00000000">
            <w:pPr>
              <w:spacing w:line="245" w:lineRule="auto"/>
            </w:pPr>
            <w:r>
              <w:rPr>
                <w:b/>
                <w:color w:val="000000"/>
                <w:sz w:val="15"/>
              </w:rPr>
              <w:t xml:space="preserve">UČNA TEMA: </w:t>
            </w:r>
            <w:r>
              <w:rPr>
                <w:color w:val="000000"/>
                <w:sz w:val="15"/>
              </w:rPr>
              <w:t>VIDEN V PROMETU</w:t>
            </w:r>
          </w:p>
        </w:tc>
      </w:tr>
      <w:tr w:rsidR="00080BF0" w14:paraId="1C04B51D" w14:textId="77777777">
        <w:trPr>
          <w:cantSplit/>
          <w:jc w:val="center"/>
        </w:trPr>
        <w:tc>
          <w:tcPr>
            <w:tcW w:w="14060" w:type="dxa"/>
            <w:gridSpan w:val="6"/>
            <w:tcMar>
              <w:top w:w="70" w:type="dxa"/>
              <w:left w:w="90" w:type="dxa"/>
              <w:bottom w:w="70" w:type="dxa"/>
              <w:right w:w="90" w:type="dxa"/>
            </w:tcMar>
            <w:vAlign w:val="center"/>
          </w:tcPr>
          <w:p w14:paraId="1EA9EA1E" w14:textId="77777777" w:rsidR="00080BF0" w:rsidRDefault="00080BF0"/>
          <w:p w14:paraId="778748E7" w14:textId="77777777" w:rsidR="00080BF0" w:rsidRDefault="00000000">
            <w:pPr>
              <w:spacing w:line="245" w:lineRule="auto"/>
            </w:pPr>
            <w:r>
              <w:rPr>
                <w:b/>
                <w:color w:val="000000"/>
                <w:sz w:val="15"/>
              </w:rPr>
              <w:t xml:space="preserve">KNJIŽEVNO / MOTIVNO IZHODIŠČE: </w:t>
            </w:r>
            <w:r>
              <w:rPr>
                <w:color w:val="000000"/>
                <w:sz w:val="15"/>
              </w:rPr>
              <w:t>»Rdeča kapica« – brata Grimm • varna pot, vidnost in premišljeno ravnanje</w:t>
            </w:r>
          </w:p>
        </w:tc>
      </w:tr>
      <w:tr w:rsidR="00080BF0" w14:paraId="6FEF3453" w14:textId="77777777">
        <w:trPr>
          <w:cantSplit/>
          <w:jc w:val="center"/>
        </w:trPr>
        <w:tc>
          <w:tcPr>
            <w:tcW w:w="14060" w:type="dxa"/>
            <w:gridSpan w:val="6"/>
            <w:tcMar>
              <w:top w:w="70" w:type="dxa"/>
              <w:left w:w="90" w:type="dxa"/>
              <w:bottom w:w="70" w:type="dxa"/>
              <w:right w:w="90" w:type="dxa"/>
            </w:tcMar>
            <w:vAlign w:val="center"/>
          </w:tcPr>
          <w:p w14:paraId="7BA4E24A" w14:textId="77777777" w:rsidR="00080BF0" w:rsidRDefault="00080BF0"/>
          <w:p w14:paraId="7F8A1908" w14:textId="77777777" w:rsidR="00080BF0" w:rsidRDefault="00000000">
            <w:pPr>
              <w:spacing w:line="245" w:lineRule="auto"/>
            </w:pPr>
            <w:r>
              <w:rPr>
                <w:b/>
                <w:color w:val="000000"/>
                <w:sz w:val="15"/>
              </w:rPr>
              <w:t xml:space="preserve">LIKOVNO IZHODIŠČE / MOTIVACIJA: </w:t>
            </w:r>
            <w:r>
              <w:rPr>
                <w:color w:val="000000"/>
                <w:sz w:val="15"/>
              </w:rPr>
              <w:t>iz skrivnostne ovojnice padejo razpršene oblike; učenci jih brez lepljenja premikajo, sestavljajo in iščejo jasno sporočilo za nalogo »viden v prometu«. Tematska rešitev: slika Rdečo kapico ter oblikuje opozorilni znak.</w:t>
            </w:r>
          </w:p>
        </w:tc>
      </w:tr>
      <w:tr w:rsidR="00080BF0" w14:paraId="3CDA1861" w14:textId="77777777">
        <w:trPr>
          <w:cantSplit/>
          <w:jc w:val="center"/>
        </w:trPr>
        <w:tc>
          <w:tcPr>
            <w:tcW w:w="14060" w:type="dxa"/>
            <w:gridSpan w:val="6"/>
            <w:tcMar>
              <w:top w:w="70" w:type="dxa"/>
              <w:left w:w="90" w:type="dxa"/>
              <w:bottom w:w="70" w:type="dxa"/>
              <w:right w:w="90" w:type="dxa"/>
            </w:tcMar>
            <w:vAlign w:val="center"/>
          </w:tcPr>
          <w:p w14:paraId="46B74E10" w14:textId="77777777" w:rsidR="00080BF0" w:rsidRDefault="00080BF0"/>
          <w:p w14:paraId="013A83AC" w14:textId="77777777" w:rsidR="00080BF0" w:rsidRDefault="00000000">
            <w:pPr>
              <w:spacing w:line="245" w:lineRule="auto"/>
            </w:pPr>
            <w:r>
              <w:rPr>
                <w:b/>
                <w:color w:val="000000"/>
                <w:sz w:val="15"/>
              </w:rPr>
              <w:t xml:space="preserve">UČNE ENOTE: </w:t>
            </w:r>
            <w:r>
              <w:rPr>
                <w:color w:val="000000"/>
                <w:sz w:val="15"/>
              </w:rPr>
              <w:t>1. ura – Viden v prometu – Opazujem, preizkušam, načrtujem • 2. ura – Viden v prometu – Ustvarjam, predstavim, izboljšam</w:t>
            </w:r>
          </w:p>
        </w:tc>
      </w:tr>
      <w:tr w:rsidR="00080BF0" w14:paraId="2EAC90B1" w14:textId="77777777">
        <w:trPr>
          <w:cantSplit/>
          <w:jc w:val="center"/>
        </w:trPr>
        <w:tc>
          <w:tcPr>
            <w:tcW w:w="14060" w:type="dxa"/>
            <w:gridSpan w:val="6"/>
            <w:tcMar>
              <w:top w:w="70" w:type="dxa"/>
              <w:left w:w="90" w:type="dxa"/>
              <w:bottom w:w="70" w:type="dxa"/>
              <w:right w:w="90" w:type="dxa"/>
            </w:tcMar>
            <w:vAlign w:val="center"/>
          </w:tcPr>
          <w:p w14:paraId="15E6123D" w14:textId="77777777" w:rsidR="00080BF0" w:rsidRDefault="00080BF0"/>
          <w:p w14:paraId="36567AAA"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31DB9705" w14:textId="77777777">
        <w:trPr>
          <w:cantSplit/>
          <w:jc w:val="center"/>
        </w:trPr>
        <w:tc>
          <w:tcPr>
            <w:tcW w:w="14060" w:type="dxa"/>
            <w:gridSpan w:val="6"/>
            <w:tcMar>
              <w:top w:w="70" w:type="dxa"/>
              <w:left w:w="90" w:type="dxa"/>
              <w:bottom w:w="70" w:type="dxa"/>
              <w:right w:w="90" w:type="dxa"/>
            </w:tcMar>
            <w:vAlign w:val="center"/>
          </w:tcPr>
          <w:p w14:paraId="2D37B456" w14:textId="77777777" w:rsidR="00080BF0" w:rsidRDefault="00080BF0"/>
          <w:p w14:paraId="4D0E1F82"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521B1918" w14:textId="77777777">
        <w:trPr>
          <w:cantSplit/>
          <w:jc w:val="center"/>
        </w:trPr>
        <w:tc>
          <w:tcPr>
            <w:tcW w:w="14060" w:type="dxa"/>
            <w:gridSpan w:val="6"/>
            <w:tcMar>
              <w:top w:w="70" w:type="dxa"/>
              <w:left w:w="90" w:type="dxa"/>
              <w:bottom w:w="70" w:type="dxa"/>
              <w:right w:w="90" w:type="dxa"/>
            </w:tcMar>
            <w:vAlign w:val="center"/>
          </w:tcPr>
          <w:p w14:paraId="503D57A8" w14:textId="77777777" w:rsidR="00080BF0" w:rsidRDefault="00080BF0"/>
          <w:p w14:paraId="5C58B4C0"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47852FBE" w14:textId="77777777">
        <w:trPr>
          <w:cantSplit/>
          <w:jc w:val="center"/>
        </w:trPr>
        <w:tc>
          <w:tcPr>
            <w:tcW w:w="14060" w:type="dxa"/>
            <w:gridSpan w:val="6"/>
            <w:tcMar>
              <w:top w:w="70" w:type="dxa"/>
              <w:left w:w="90" w:type="dxa"/>
              <w:bottom w:w="70" w:type="dxa"/>
              <w:right w:w="90" w:type="dxa"/>
            </w:tcMar>
            <w:vAlign w:val="center"/>
          </w:tcPr>
          <w:p w14:paraId="749E8468" w14:textId="77777777" w:rsidR="00080BF0" w:rsidRDefault="00080BF0"/>
          <w:p w14:paraId="004A900F" w14:textId="77777777" w:rsidR="00080BF0" w:rsidRDefault="00000000">
            <w:pPr>
              <w:spacing w:line="245" w:lineRule="auto"/>
            </w:pPr>
            <w:r>
              <w:rPr>
                <w:b/>
                <w:color w:val="000000"/>
                <w:sz w:val="15"/>
              </w:rPr>
              <w:t xml:space="preserve">MEDPREDMETNE POVEZAVE: </w:t>
            </w:r>
            <w:r>
              <w:rPr>
                <w:color w:val="000000"/>
                <w:sz w:val="15"/>
              </w:rPr>
              <w:t>SPO – varna pot, vidnost in premišljeno ravnanje; SLJ – poslušanje, opis opažanja, poimenovanje postopka in predstavitev; MAT – oblike, razvrščanje, vzorci in prostorski odnosi; ŠPO – gibalna črta, telesna skulptura, smer in ravnotežje; GUM – ritem, ponavljanje.</w:t>
            </w:r>
          </w:p>
        </w:tc>
      </w:tr>
      <w:tr w:rsidR="00080BF0" w14:paraId="533F657D" w14:textId="77777777">
        <w:trPr>
          <w:cantSplit/>
          <w:jc w:val="center"/>
        </w:trPr>
        <w:tc>
          <w:tcPr>
            <w:tcW w:w="14060" w:type="dxa"/>
            <w:gridSpan w:val="6"/>
            <w:tcMar>
              <w:top w:w="70" w:type="dxa"/>
              <w:left w:w="90" w:type="dxa"/>
              <w:bottom w:w="70" w:type="dxa"/>
              <w:right w:w="90" w:type="dxa"/>
            </w:tcMar>
            <w:vAlign w:val="center"/>
          </w:tcPr>
          <w:p w14:paraId="5B8570E1" w14:textId="77777777" w:rsidR="00080BF0" w:rsidRDefault="00080BF0"/>
          <w:p w14:paraId="29483C56" w14:textId="77777777" w:rsidR="00080BF0" w:rsidRDefault="00000000">
            <w:pPr>
              <w:spacing w:line="245" w:lineRule="auto"/>
            </w:pPr>
            <w:r>
              <w:rPr>
                <w:b/>
                <w:color w:val="000000"/>
                <w:sz w:val="15"/>
              </w:rPr>
              <w:t xml:space="preserve">UČNA SREDSTVA IN PRIPOMOČKI: </w:t>
            </w:r>
            <w:r>
              <w:rPr>
                <w:color w:val="000000"/>
                <w:sz w:val="15"/>
              </w:rPr>
              <w:t>barvni in ponovno uporabljeni papirji, karton, revije, varne škarje, lepilo v stiku, tekstilni ostanki, vrvice in podlage; fotografija, reprodukcija ali resnični predmet za opazovanje; kartice namena in meril; talne oznake štirih postaj; mapa dokazov; sredstva za čiščenje in pospravljanje</w:t>
            </w:r>
          </w:p>
        </w:tc>
      </w:tr>
      <w:tr w:rsidR="00080BF0" w14:paraId="733980B2" w14:textId="77777777">
        <w:trPr>
          <w:cantSplit/>
          <w:jc w:val="center"/>
        </w:trPr>
        <w:tc>
          <w:tcPr>
            <w:tcW w:w="14060" w:type="dxa"/>
            <w:gridSpan w:val="6"/>
            <w:tcMar>
              <w:top w:w="70" w:type="dxa"/>
              <w:left w:w="90" w:type="dxa"/>
              <w:bottom w:w="70" w:type="dxa"/>
              <w:right w:w="90" w:type="dxa"/>
            </w:tcMar>
            <w:vAlign w:val="center"/>
          </w:tcPr>
          <w:p w14:paraId="422559BB" w14:textId="77777777" w:rsidR="00080BF0" w:rsidRDefault="00080BF0"/>
          <w:p w14:paraId="2DF0354C"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00D0F1EF" w14:textId="77777777">
        <w:trPr>
          <w:cantSplit/>
          <w:jc w:val="center"/>
        </w:trPr>
        <w:tc>
          <w:tcPr>
            <w:tcW w:w="14060" w:type="dxa"/>
            <w:gridSpan w:val="6"/>
            <w:tcMar>
              <w:top w:w="70" w:type="dxa"/>
              <w:left w:w="90" w:type="dxa"/>
              <w:bottom w:w="70" w:type="dxa"/>
              <w:right w:w="90" w:type="dxa"/>
            </w:tcMar>
            <w:vAlign w:val="center"/>
          </w:tcPr>
          <w:p w14:paraId="000B0F93" w14:textId="77777777" w:rsidR="00080BF0" w:rsidRDefault="00080BF0"/>
          <w:p w14:paraId="436124E3" w14:textId="77777777" w:rsidR="00080BF0" w:rsidRDefault="00000000">
            <w:pPr>
              <w:spacing w:line="245" w:lineRule="auto"/>
            </w:pPr>
            <w:r>
              <w:rPr>
                <w:b/>
                <w:color w:val="000000"/>
                <w:sz w:val="15"/>
              </w:rPr>
              <w:t xml:space="preserve">OCENJEVANJE / DAN DEJAVNOSTI: </w:t>
            </w:r>
            <w:r>
              <w:rPr>
                <w:color w:val="000000"/>
                <w:sz w:val="15"/>
              </w:rPr>
              <w:t>TEHNIŠKI DAN</w:t>
            </w:r>
          </w:p>
        </w:tc>
      </w:tr>
      <w:tr w:rsidR="00080BF0" w14:paraId="4B6AA9C0" w14:textId="77777777">
        <w:trPr>
          <w:cantSplit/>
          <w:jc w:val="center"/>
        </w:trPr>
        <w:tc>
          <w:tcPr>
            <w:tcW w:w="14060" w:type="dxa"/>
            <w:gridSpan w:val="6"/>
            <w:tcMar>
              <w:top w:w="70" w:type="dxa"/>
              <w:left w:w="90" w:type="dxa"/>
              <w:bottom w:w="70" w:type="dxa"/>
              <w:right w:w="90" w:type="dxa"/>
            </w:tcMar>
            <w:vAlign w:val="center"/>
          </w:tcPr>
          <w:p w14:paraId="6ADE1A4A" w14:textId="77777777" w:rsidR="00080BF0" w:rsidRDefault="00080BF0"/>
          <w:p w14:paraId="65A37920"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55FEFE8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110DEA2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2771101"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CD4214B" w14:textId="77777777" w:rsidR="00080BF0" w:rsidRDefault="00000000">
            <w:pPr>
              <w:jc w:val="center"/>
            </w:pPr>
            <w:r>
              <w:rPr>
                <w:b/>
                <w:color w:val="000000"/>
                <w:sz w:val="20"/>
              </w:rPr>
              <w:t>UČNE DEJAVNOSTI, METODE IN FORMATIVNO SPREMLJANJE</w:t>
            </w:r>
          </w:p>
        </w:tc>
      </w:tr>
      <w:tr w:rsidR="00080BF0" w14:paraId="54D07005" w14:textId="77777777">
        <w:trPr>
          <w:tblHeader/>
          <w:jc w:val="center"/>
        </w:trPr>
        <w:tc>
          <w:tcPr>
            <w:tcW w:w="4422" w:type="dxa"/>
            <w:vMerge/>
            <w:tcMar>
              <w:top w:w="70" w:type="dxa"/>
              <w:left w:w="90" w:type="dxa"/>
              <w:bottom w:w="70" w:type="dxa"/>
              <w:right w:w="90" w:type="dxa"/>
            </w:tcMar>
            <w:vAlign w:val="center"/>
          </w:tcPr>
          <w:p w14:paraId="5DDBAA16" w14:textId="77777777" w:rsidR="00080BF0" w:rsidRDefault="00080BF0"/>
        </w:tc>
        <w:tc>
          <w:tcPr>
            <w:tcW w:w="7087" w:type="dxa"/>
            <w:shd w:val="clear" w:color="auto" w:fill="FFFFFF"/>
            <w:tcMar>
              <w:top w:w="70" w:type="dxa"/>
              <w:left w:w="90" w:type="dxa"/>
              <w:bottom w:w="70" w:type="dxa"/>
              <w:right w:w="90" w:type="dxa"/>
            </w:tcMar>
            <w:vAlign w:val="center"/>
          </w:tcPr>
          <w:p w14:paraId="4F18ED6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A575E7C" w14:textId="77777777" w:rsidR="00080BF0" w:rsidRDefault="00000000">
            <w:pPr>
              <w:jc w:val="center"/>
            </w:pPr>
            <w:r>
              <w:rPr>
                <w:b/>
                <w:color w:val="000000"/>
              </w:rPr>
              <w:t>UČENEC</w:t>
            </w:r>
          </w:p>
        </w:tc>
      </w:tr>
      <w:tr w:rsidR="00080BF0" w14:paraId="3F736CB3" w14:textId="77777777">
        <w:trPr>
          <w:jc w:val="center"/>
        </w:trPr>
        <w:tc>
          <w:tcPr>
            <w:tcW w:w="4422" w:type="dxa"/>
            <w:tcMar>
              <w:top w:w="70" w:type="dxa"/>
              <w:left w:w="90" w:type="dxa"/>
              <w:bottom w:w="70" w:type="dxa"/>
              <w:right w:w="90" w:type="dxa"/>
            </w:tcMar>
          </w:tcPr>
          <w:p w14:paraId="5B6659C3" w14:textId="77777777" w:rsidR="00080BF0" w:rsidRDefault="00080BF0"/>
          <w:p w14:paraId="008E87E7" w14:textId="77777777" w:rsidR="00080BF0" w:rsidRDefault="00000000">
            <w:pPr>
              <w:spacing w:after="60" w:line="245" w:lineRule="auto"/>
            </w:pPr>
            <w:r>
              <w:rPr>
                <w:b/>
                <w:color w:val="000000"/>
              </w:rPr>
              <w:t>UČNI CILJI</w:t>
            </w:r>
          </w:p>
          <w:p w14:paraId="77005845" w14:textId="77777777" w:rsidR="00080BF0" w:rsidRDefault="00000000">
            <w:pPr>
              <w:spacing w:after="20" w:line="245" w:lineRule="auto"/>
            </w:pPr>
            <w:r>
              <w:rPr>
                <w:b/>
                <w:color w:val="000000"/>
                <w:sz w:val="17"/>
              </w:rPr>
              <w:t>SPLOŠNI</w:t>
            </w:r>
          </w:p>
          <w:p w14:paraId="6347477A"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408DF4CD"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20F54261"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7C0037E9"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2F6DDA16" w14:textId="77777777" w:rsidR="00080BF0" w:rsidRDefault="00000000">
            <w:pPr>
              <w:spacing w:before="40" w:after="20" w:line="245" w:lineRule="auto"/>
            </w:pPr>
            <w:r>
              <w:rPr>
                <w:b/>
                <w:color w:val="000000"/>
                <w:sz w:val="17"/>
              </w:rPr>
              <w:t>OPERATIVNI</w:t>
            </w:r>
          </w:p>
          <w:p w14:paraId="24543BF6" w14:textId="77777777" w:rsidR="00080BF0" w:rsidRDefault="00000000">
            <w:pPr>
              <w:pStyle w:val="Oznaenseznam"/>
              <w:spacing w:after="16"/>
            </w:pPr>
            <w:r>
              <w:rPr>
                <w:color w:val="000000"/>
                <w:sz w:val="16"/>
              </w:rPr>
              <w:t>opazuje kontrast</w:t>
            </w:r>
          </w:p>
          <w:p w14:paraId="4E8D0829" w14:textId="77777777" w:rsidR="00080BF0" w:rsidRDefault="00000000">
            <w:pPr>
              <w:pStyle w:val="Oznaenseznam"/>
              <w:spacing w:after="16"/>
            </w:pPr>
            <w:r>
              <w:rPr>
                <w:color w:val="000000"/>
                <w:sz w:val="16"/>
              </w:rPr>
              <w:t>oblikuje prometni znak</w:t>
            </w:r>
          </w:p>
          <w:p w14:paraId="137EE4CA" w14:textId="77777777" w:rsidR="00080BF0" w:rsidRDefault="00000000">
            <w:pPr>
              <w:pStyle w:val="Oznaenseznam"/>
              <w:spacing w:after="16"/>
            </w:pPr>
            <w:r>
              <w:rPr>
                <w:color w:val="000000"/>
                <w:sz w:val="16"/>
              </w:rPr>
              <w:t>uporabi izrazito barvno ploskev</w:t>
            </w:r>
          </w:p>
          <w:p w14:paraId="061BCF56" w14:textId="77777777" w:rsidR="00080BF0" w:rsidRDefault="00000000">
            <w:pPr>
              <w:spacing w:before="40" w:after="20" w:line="245" w:lineRule="auto"/>
            </w:pPr>
            <w:r>
              <w:rPr>
                <w:b/>
                <w:color w:val="000000"/>
                <w:sz w:val="17"/>
              </w:rPr>
              <w:t>PRIČAKOVANI DOSEŽKI / MINIMALNI POUDARKI</w:t>
            </w:r>
          </w:p>
          <w:p w14:paraId="73EDC153" w14:textId="77777777" w:rsidR="00080BF0" w:rsidRDefault="00000000">
            <w:pPr>
              <w:pStyle w:val="Oznaenseznam"/>
              <w:spacing w:after="16"/>
            </w:pPr>
            <w:r>
              <w:rPr>
                <w:color w:val="000000"/>
                <w:sz w:val="15"/>
              </w:rPr>
              <w:t>samostojno oziroma z dogovorjeno oporo opazuje kontrast</w:t>
            </w:r>
          </w:p>
          <w:p w14:paraId="031E7801" w14:textId="77777777" w:rsidR="00080BF0" w:rsidRDefault="00000000">
            <w:pPr>
              <w:pStyle w:val="Oznaenseznam"/>
              <w:spacing w:after="16"/>
            </w:pPr>
            <w:r>
              <w:rPr>
                <w:color w:val="000000"/>
                <w:sz w:val="15"/>
              </w:rPr>
              <w:t>samostojno oziroma z dogovorjeno oporo oblikuje prometni znak</w:t>
            </w:r>
          </w:p>
          <w:p w14:paraId="42EE72BD" w14:textId="77777777" w:rsidR="00080BF0" w:rsidRDefault="00000000">
            <w:pPr>
              <w:pStyle w:val="Oznaenseznam"/>
              <w:spacing w:after="16"/>
            </w:pPr>
            <w:r>
              <w:rPr>
                <w:color w:val="000000"/>
                <w:sz w:val="15"/>
              </w:rPr>
              <w:t>samostojno oziroma z dogovorjeno oporo uporabi izrazito barvno ploskev</w:t>
            </w:r>
          </w:p>
        </w:tc>
        <w:tc>
          <w:tcPr>
            <w:tcW w:w="7087" w:type="dxa"/>
            <w:tcMar>
              <w:top w:w="70" w:type="dxa"/>
              <w:left w:w="90" w:type="dxa"/>
              <w:bottom w:w="70" w:type="dxa"/>
              <w:right w:w="90" w:type="dxa"/>
            </w:tcMar>
          </w:tcPr>
          <w:p w14:paraId="50B4953A"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100A789" w14:textId="77777777">
              <w:trPr>
                <w:jc w:val="center"/>
              </w:trPr>
              <w:tc>
                <w:tcPr>
                  <w:tcW w:w="7087" w:type="dxa"/>
                  <w:shd w:val="clear" w:color="auto" w:fill="C6E7F3"/>
                  <w:tcMar>
                    <w:top w:w="45" w:type="dxa"/>
                    <w:left w:w="70" w:type="dxa"/>
                    <w:bottom w:w="45" w:type="dxa"/>
                    <w:right w:w="70" w:type="dxa"/>
                  </w:tcMar>
                </w:tcPr>
                <w:p w14:paraId="3ACDB760" w14:textId="77777777" w:rsidR="00080BF0" w:rsidRDefault="00000000">
                  <w:pPr>
                    <w:keepNext/>
                  </w:pPr>
                  <w:r>
                    <w:rPr>
                      <w:b/>
                      <w:color w:val="000000"/>
                    </w:rPr>
                    <w:t>UVODNI DEL – likovna uganka, opazovanje, aktivacija predznanja in namen učenja (8–12 min)</w:t>
                  </w:r>
                </w:p>
              </w:tc>
            </w:tr>
          </w:tbl>
          <w:p w14:paraId="1127D517" w14:textId="77777777" w:rsidR="00080BF0" w:rsidRDefault="00080BF0">
            <w:pPr>
              <w:spacing w:line="20" w:lineRule="exact"/>
            </w:pPr>
          </w:p>
          <w:p w14:paraId="40268E2D" w14:textId="77777777" w:rsidR="00080BF0" w:rsidRDefault="00000000">
            <w:pPr>
              <w:spacing w:before="40" w:after="60" w:line="245" w:lineRule="auto"/>
            </w:pPr>
            <w:r>
              <w:rPr>
                <w:color w:val="000000"/>
                <w:sz w:val="16"/>
              </w:rPr>
              <w:t>Ob književnem motivu »Rdeča kapica« – brata Grimm učenci vstopijo v temo varna pot, vidnost in premišljeno ravnanje. Učiteljica pokaže fotografijo, reprodukcijo, predmet ali material in pove kratko likovno zgodbo: iz skrivnostne ovojnice padejo razpršene oblike; učenci jih brez lepljenja premikajo, sestavljajo in iščejo jasno sporočilo za nalogo »viden v prometu«. Tematska rešitev: slika Rdečo kapico ter oblikuje opozorilni znak.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20387083" w14:textId="77777777">
              <w:trPr>
                <w:jc w:val="center"/>
              </w:trPr>
              <w:tc>
                <w:tcPr>
                  <w:tcW w:w="7087" w:type="dxa"/>
                  <w:shd w:val="clear" w:color="auto" w:fill="EDC9EA"/>
                  <w:tcMar>
                    <w:top w:w="45" w:type="dxa"/>
                    <w:left w:w="70" w:type="dxa"/>
                    <w:bottom w:w="45" w:type="dxa"/>
                    <w:right w:w="70" w:type="dxa"/>
                  </w:tcMar>
                </w:tcPr>
                <w:p w14:paraId="222929E1" w14:textId="77777777" w:rsidR="00080BF0" w:rsidRDefault="00000000">
                  <w:pPr>
                    <w:keepNext/>
                  </w:pPr>
                  <w:r>
                    <w:rPr>
                      <w:b/>
                      <w:color w:val="000000"/>
                    </w:rPr>
                    <w:t>NAMENI UČENJA</w:t>
                  </w:r>
                </w:p>
              </w:tc>
            </w:tr>
          </w:tbl>
          <w:p w14:paraId="304107EA" w14:textId="77777777" w:rsidR="00080BF0" w:rsidRDefault="00080BF0">
            <w:pPr>
              <w:spacing w:line="20" w:lineRule="exact"/>
            </w:pPr>
          </w:p>
          <w:p w14:paraId="49D969EF"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34C1CC11" w14:textId="77777777" w:rsidR="00080BF0" w:rsidRDefault="00000000">
            <w:pPr>
              <w:pStyle w:val="Oznaenseznam"/>
              <w:spacing w:after="16"/>
            </w:pPr>
            <w:r>
              <w:rPr>
                <w:color w:val="000000"/>
                <w:sz w:val="16"/>
              </w:rPr>
              <w:t>opazujem kontrast</w:t>
            </w:r>
          </w:p>
          <w:p w14:paraId="09BE84A4" w14:textId="77777777" w:rsidR="00080BF0" w:rsidRDefault="00000000">
            <w:pPr>
              <w:pStyle w:val="Oznaenseznam"/>
              <w:spacing w:after="16"/>
            </w:pPr>
            <w:r>
              <w:rPr>
                <w:color w:val="000000"/>
                <w:sz w:val="16"/>
              </w:rPr>
              <w:t>oblikujem prometni znak</w:t>
            </w:r>
          </w:p>
          <w:p w14:paraId="6CF34099" w14:textId="77777777" w:rsidR="00080BF0" w:rsidRDefault="00000000">
            <w:pPr>
              <w:pStyle w:val="Oznaenseznam"/>
              <w:spacing w:after="16"/>
            </w:pPr>
            <w:r>
              <w:rPr>
                <w:color w:val="000000"/>
                <w:sz w:val="16"/>
              </w:rPr>
              <w:t>uporabim izrazito barvno ploskev</w:t>
            </w:r>
          </w:p>
          <w:tbl>
            <w:tblPr>
              <w:tblStyle w:val="Tabelamrea"/>
              <w:tblW w:w="0" w:type="auto"/>
              <w:jc w:val="center"/>
              <w:tblLayout w:type="fixed"/>
              <w:tblLook w:val="04A0" w:firstRow="1" w:lastRow="0" w:firstColumn="1" w:lastColumn="0" w:noHBand="0" w:noVBand="1"/>
            </w:tblPr>
            <w:tblGrid>
              <w:gridCol w:w="7087"/>
            </w:tblGrid>
            <w:tr w:rsidR="00080BF0" w14:paraId="2933DCC7" w14:textId="77777777">
              <w:trPr>
                <w:jc w:val="center"/>
              </w:trPr>
              <w:tc>
                <w:tcPr>
                  <w:tcW w:w="7087" w:type="dxa"/>
                  <w:shd w:val="clear" w:color="auto" w:fill="EDC9EA"/>
                  <w:tcMar>
                    <w:top w:w="45" w:type="dxa"/>
                    <w:left w:w="70" w:type="dxa"/>
                    <w:bottom w:w="45" w:type="dxa"/>
                    <w:right w:w="70" w:type="dxa"/>
                  </w:tcMar>
                </w:tcPr>
                <w:p w14:paraId="4B021030" w14:textId="77777777" w:rsidR="00080BF0" w:rsidRDefault="00000000">
                  <w:pPr>
                    <w:keepNext/>
                  </w:pPr>
                  <w:r>
                    <w:rPr>
                      <w:b/>
                      <w:color w:val="000000"/>
                    </w:rPr>
                    <w:t>PREVERJANJE PREDZNANJA</w:t>
                  </w:r>
                </w:p>
              </w:tc>
            </w:tr>
          </w:tbl>
          <w:p w14:paraId="45A981E1" w14:textId="77777777" w:rsidR="00080BF0" w:rsidRDefault="00080BF0">
            <w:pPr>
              <w:spacing w:line="20" w:lineRule="exact"/>
            </w:pPr>
          </w:p>
          <w:p w14:paraId="12E86870" w14:textId="77777777" w:rsidR="00080BF0" w:rsidRDefault="00000000">
            <w:pPr>
              <w:pStyle w:val="Oznaenseznam"/>
              <w:spacing w:after="16"/>
            </w:pPr>
            <w:r>
              <w:rPr>
                <w:color w:val="000000"/>
                <w:sz w:val="16"/>
              </w:rPr>
              <w:t>Kaj najprej opazim pri motivu, predmetu ali materialu, povezanem s temo »VIDEN V PROMETU«?</w:t>
            </w:r>
          </w:p>
          <w:p w14:paraId="78FB400A"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59D4B80B"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71920523" w14:textId="77777777">
              <w:trPr>
                <w:jc w:val="center"/>
              </w:trPr>
              <w:tc>
                <w:tcPr>
                  <w:tcW w:w="7087" w:type="dxa"/>
                  <w:shd w:val="clear" w:color="auto" w:fill="EDC9EA"/>
                  <w:tcMar>
                    <w:top w:w="45" w:type="dxa"/>
                    <w:left w:w="70" w:type="dxa"/>
                    <w:bottom w:w="45" w:type="dxa"/>
                    <w:right w:w="70" w:type="dxa"/>
                  </w:tcMar>
                </w:tcPr>
                <w:p w14:paraId="50A553F0" w14:textId="77777777" w:rsidR="00080BF0" w:rsidRDefault="00000000">
                  <w:pPr>
                    <w:keepNext/>
                  </w:pPr>
                  <w:r>
                    <w:rPr>
                      <w:b/>
                      <w:color w:val="000000"/>
                    </w:rPr>
                    <w:t>KRITERIJI USPEŠNOSTI</w:t>
                  </w:r>
                </w:p>
              </w:tc>
            </w:tr>
          </w:tbl>
          <w:p w14:paraId="09DBFF96" w14:textId="77777777" w:rsidR="00080BF0" w:rsidRDefault="00080BF0"/>
          <w:p w14:paraId="57E8D84F" w14:textId="77777777" w:rsidR="00080BF0" w:rsidRDefault="00000000">
            <w:pPr>
              <w:spacing w:before="20" w:after="20" w:line="245" w:lineRule="auto"/>
            </w:pPr>
            <w:r>
              <w:rPr>
                <w:b/>
                <w:color w:val="000000"/>
                <w:sz w:val="16"/>
              </w:rPr>
              <w:t>Uspešen/-na bom, ko:</w:t>
            </w:r>
          </w:p>
          <w:p w14:paraId="1ABF3F18" w14:textId="77777777" w:rsidR="00080BF0" w:rsidRDefault="00000000">
            <w:pPr>
              <w:pStyle w:val="Oznaenseznam"/>
              <w:spacing w:after="16"/>
            </w:pPr>
            <w:r>
              <w:rPr>
                <w:color w:val="000000"/>
                <w:sz w:val="16"/>
              </w:rPr>
              <w:t>opazujem kontrast</w:t>
            </w:r>
          </w:p>
          <w:p w14:paraId="35E440E1" w14:textId="77777777" w:rsidR="00080BF0" w:rsidRDefault="00000000">
            <w:pPr>
              <w:pStyle w:val="Oznaenseznam"/>
              <w:spacing w:after="16"/>
            </w:pPr>
            <w:r>
              <w:rPr>
                <w:color w:val="000000"/>
                <w:sz w:val="16"/>
              </w:rPr>
              <w:t>oblikujem prometni znak</w:t>
            </w:r>
          </w:p>
          <w:p w14:paraId="1099C451" w14:textId="77777777" w:rsidR="00080BF0" w:rsidRDefault="00000000">
            <w:pPr>
              <w:pStyle w:val="Oznaenseznam"/>
              <w:spacing w:after="16"/>
            </w:pPr>
            <w:r>
              <w:rPr>
                <w:color w:val="000000"/>
                <w:sz w:val="16"/>
              </w:rPr>
              <w:t>uporabim izrazito barvno ploskev</w:t>
            </w:r>
          </w:p>
          <w:p w14:paraId="760D2353" w14:textId="77777777" w:rsidR="00080BF0" w:rsidRDefault="00000000">
            <w:pPr>
              <w:pStyle w:val="Oznaenseznam"/>
              <w:spacing w:after="16"/>
            </w:pPr>
            <w:r>
              <w:rPr>
                <w:color w:val="000000"/>
                <w:sz w:val="15"/>
              </w:rPr>
              <w:t>varno in namensko uporabim material, zaščitim prostor ter po delu uredim svojo postajo</w:t>
            </w:r>
          </w:p>
          <w:p w14:paraId="7111276D"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3A227F9A" w14:textId="77777777" w:rsidR="00080BF0" w:rsidRDefault="00080BF0"/>
          <w:p w14:paraId="58860C4A"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29924874" w14:textId="77777777" w:rsidR="00080BF0" w:rsidRDefault="00000000">
            <w:pPr>
              <w:spacing w:after="80" w:line="245" w:lineRule="auto"/>
            </w:pPr>
            <w:r>
              <w:rPr>
                <w:color w:val="000000"/>
                <w:sz w:val="16"/>
              </w:rPr>
              <w:t>Pove ali pokaže, kaj že zna opaziti in katero likovno možnost bi najprej preizkusil.</w:t>
            </w:r>
          </w:p>
          <w:p w14:paraId="6BF24E40" w14:textId="77777777" w:rsidR="00080BF0" w:rsidRDefault="00000000">
            <w:pPr>
              <w:spacing w:after="100" w:line="245" w:lineRule="auto"/>
            </w:pPr>
            <w:r>
              <w:rPr>
                <w:color w:val="000000"/>
                <w:sz w:val="16"/>
              </w:rPr>
              <w:t>Sodeluje pri razumevanju namena, meril uspešnosti, varne rabe pripomočkov in načina dokazovanja.</w:t>
            </w:r>
          </w:p>
          <w:p w14:paraId="49B0CB5C" w14:textId="77777777" w:rsidR="00080BF0" w:rsidRDefault="00000000">
            <w:pPr>
              <w:spacing w:after="20" w:line="245" w:lineRule="auto"/>
            </w:pPr>
            <w:r>
              <w:rPr>
                <w:b/>
                <w:color w:val="D95BC6"/>
                <w:sz w:val="17"/>
              </w:rPr>
              <w:t>DOKAZ O UČENJU</w:t>
            </w:r>
          </w:p>
          <w:p w14:paraId="1E7667A8"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4A1DF29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A6AF25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9F10D81"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FA00EF7" w14:textId="77777777" w:rsidR="00080BF0" w:rsidRDefault="00000000">
            <w:pPr>
              <w:jc w:val="center"/>
            </w:pPr>
            <w:r>
              <w:rPr>
                <w:b/>
                <w:color w:val="000000"/>
                <w:sz w:val="20"/>
              </w:rPr>
              <w:t>UČNE DEJAVNOSTI, METODE IN FORMATIVNO SPREMLJANJE</w:t>
            </w:r>
          </w:p>
        </w:tc>
      </w:tr>
      <w:tr w:rsidR="00080BF0" w14:paraId="4AD770FD" w14:textId="77777777">
        <w:trPr>
          <w:tblHeader/>
          <w:jc w:val="center"/>
        </w:trPr>
        <w:tc>
          <w:tcPr>
            <w:tcW w:w="4422" w:type="dxa"/>
            <w:vMerge/>
            <w:tcMar>
              <w:top w:w="70" w:type="dxa"/>
              <w:left w:w="90" w:type="dxa"/>
              <w:bottom w:w="70" w:type="dxa"/>
              <w:right w:w="90" w:type="dxa"/>
            </w:tcMar>
            <w:vAlign w:val="center"/>
          </w:tcPr>
          <w:p w14:paraId="63E0FBC7" w14:textId="77777777" w:rsidR="00080BF0" w:rsidRDefault="00080BF0"/>
        </w:tc>
        <w:tc>
          <w:tcPr>
            <w:tcW w:w="7087" w:type="dxa"/>
            <w:shd w:val="clear" w:color="auto" w:fill="FFFFFF"/>
            <w:tcMar>
              <w:top w:w="70" w:type="dxa"/>
              <w:left w:w="90" w:type="dxa"/>
              <w:bottom w:w="70" w:type="dxa"/>
              <w:right w:w="90" w:type="dxa"/>
            </w:tcMar>
            <w:vAlign w:val="center"/>
          </w:tcPr>
          <w:p w14:paraId="4927F641"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D1F0A36" w14:textId="77777777" w:rsidR="00080BF0" w:rsidRDefault="00000000">
            <w:pPr>
              <w:jc w:val="center"/>
            </w:pPr>
            <w:r>
              <w:rPr>
                <w:b/>
                <w:color w:val="000000"/>
              </w:rPr>
              <w:t>UČENEC</w:t>
            </w:r>
          </w:p>
        </w:tc>
      </w:tr>
      <w:tr w:rsidR="00080BF0" w14:paraId="625EF4F7" w14:textId="77777777">
        <w:trPr>
          <w:jc w:val="center"/>
        </w:trPr>
        <w:tc>
          <w:tcPr>
            <w:tcW w:w="4422" w:type="dxa"/>
            <w:tcMar>
              <w:top w:w="70" w:type="dxa"/>
              <w:left w:w="90" w:type="dxa"/>
              <w:bottom w:w="70" w:type="dxa"/>
              <w:right w:w="90" w:type="dxa"/>
            </w:tcMar>
          </w:tcPr>
          <w:p w14:paraId="46167CAA" w14:textId="77777777" w:rsidR="00080BF0" w:rsidRDefault="00080BF0"/>
          <w:p w14:paraId="67B96F08" w14:textId="77777777" w:rsidR="00080BF0" w:rsidRDefault="00000000">
            <w:pPr>
              <w:spacing w:after="40" w:line="245" w:lineRule="auto"/>
            </w:pPr>
            <w:r>
              <w:rPr>
                <w:b/>
                <w:color w:val="000000"/>
              </w:rPr>
              <w:t>KLJUČNI LIKOVNI POJMI</w:t>
            </w:r>
          </w:p>
          <w:p w14:paraId="4FE5679D"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trganje, rezanje, lepljenje, kontrast, znak, sporočilo, razporeditev</w:t>
            </w:r>
          </w:p>
          <w:p w14:paraId="2EC4C67B" w14:textId="77777777" w:rsidR="00080BF0" w:rsidRDefault="00000000">
            <w:pPr>
              <w:spacing w:after="20" w:line="245" w:lineRule="auto"/>
            </w:pPr>
            <w:r>
              <w:rPr>
                <w:b/>
                <w:color w:val="000000"/>
                <w:sz w:val="17"/>
              </w:rPr>
              <w:t>DOKAZI O UČENJU</w:t>
            </w:r>
          </w:p>
          <w:p w14:paraId="4DFF2B5C" w14:textId="77777777" w:rsidR="00080BF0" w:rsidRDefault="00000000">
            <w:pPr>
              <w:pStyle w:val="Oznaenseznam"/>
              <w:spacing w:after="9"/>
            </w:pPr>
            <w:r>
              <w:rPr>
                <w:color w:val="000000"/>
                <w:sz w:val="15"/>
              </w:rPr>
              <w:t>list materialnih poskusov, skica/načrt, učenčeva razlaga in učiteljev zapis o varni rabi pripomočkov.</w:t>
            </w:r>
          </w:p>
          <w:p w14:paraId="512F379F" w14:textId="77777777" w:rsidR="00080BF0" w:rsidRDefault="00000000">
            <w:pPr>
              <w:pStyle w:val="Oznaenseznam"/>
              <w:spacing w:after="9"/>
            </w:pPr>
            <w:r>
              <w:rPr>
                <w:color w:val="000000"/>
                <w:sz w:val="15"/>
              </w:rPr>
              <w:t>likovni proces in izdelek, fotografija faze, učenčeva razlaga ter samovrednotenje v mapi.</w:t>
            </w:r>
          </w:p>
          <w:p w14:paraId="1B75A861" w14:textId="77777777" w:rsidR="00080BF0" w:rsidRDefault="00000000">
            <w:pPr>
              <w:spacing w:before="40" w:after="20" w:line="245" w:lineRule="auto"/>
            </w:pPr>
            <w:r>
              <w:rPr>
                <w:b/>
                <w:color w:val="000000"/>
                <w:sz w:val="17"/>
              </w:rPr>
              <w:t>LIKOVNO DOŽIVETJE IN IZKUŠENJSKI POUK</w:t>
            </w:r>
          </w:p>
          <w:p w14:paraId="0BC94E02"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44C2621E" w14:textId="77777777" w:rsidR="00080BF0" w:rsidRDefault="00000000">
            <w:pPr>
              <w:spacing w:after="20" w:line="245" w:lineRule="auto"/>
            </w:pPr>
            <w:r>
              <w:rPr>
                <w:b/>
                <w:color w:val="000000"/>
                <w:sz w:val="17"/>
              </w:rPr>
              <w:t>POUČEVANJE V GIBANJU</w:t>
            </w:r>
          </w:p>
          <w:p w14:paraId="703AE5FF"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1E966452" w14:textId="77777777" w:rsidR="00080BF0" w:rsidRDefault="00000000">
            <w:pPr>
              <w:spacing w:after="20" w:line="245" w:lineRule="auto"/>
            </w:pPr>
            <w:r>
              <w:rPr>
                <w:b/>
                <w:color w:val="000000"/>
                <w:sz w:val="17"/>
              </w:rPr>
              <w:t>DELO PO POSTAJAH</w:t>
            </w:r>
          </w:p>
          <w:p w14:paraId="0A935ADC"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52115ED2" w14:textId="77777777" w:rsidR="00080BF0" w:rsidRDefault="00000000">
            <w:pPr>
              <w:spacing w:after="9" w:line="245" w:lineRule="auto"/>
            </w:pPr>
            <w:r>
              <w:rPr>
                <w:color w:val="000000"/>
                <w:sz w:val="14"/>
              </w:rPr>
              <w:t>1. Kompozicijska: brez lepljenja premikam oblike ter primerjam dve razporeditvi glede na sporočilo.</w:t>
            </w:r>
          </w:p>
          <w:p w14:paraId="7F6F8144" w14:textId="77777777" w:rsidR="00080BF0" w:rsidRDefault="00000000">
            <w:pPr>
              <w:spacing w:after="9" w:line="245" w:lineRule="auto"/>
            </w:pPr>
            <w:r>
              <w:rPr>
                <w:color w:val="000000"/>
                <w:sz w:val="14"/>
              </w:rPr>
              <w:t>2. Materialna: preizkusim trganje, pregibanje, rezanje in lepljenje ter izberem varen postopek.</w:t>
            </w:r>
          </w:p>
          <w:p w14:paraId="73BF0BE1" w14:textId="77777777" w:rsidR="00080BF0" w:rsidRDefault="00000000">
            <w:pPr>
              <w:spacing w:after="9" w:line="245" w:lineRule="auto"/>
            </w:pPr>
            <w:r>
              <w:rPr>
                <w:color w:val="000000"/>
                <w:sz w:val="14"/>
              </w:rPr>
              <w:t>3. Gibalno-prostorska: s telesi ali talnimi oblikami sestavimo veliko kompozicijo in preverimo ravnotežje praznega ter polnega prostora.</w:t>
            </w:r>
          </w:p>
          <w:p w14:paraId="0337B273" w14:textId="77777777" w:rsidR="00080BF0" w:rsidRDefault="00000000">
            <w:pPr>
              <w:spacing w:after="9" w:line="245" w:lineRule="auto"/>
            </w:pPr>
            <w:r>
              <w:rPr>
                <w:color w:val="000000"/>
                <w:sz w:val="14"/>
              </w:rPr>
              <w:t>4. Sporočilna: izdelam kolaž, plakat ali znak, gledalcu razložim namen in po povratni informaciji izboljšam jasnost.</w:t>
            </w:r>
          </w:p>
          <w:p w14:paraId="0AC59510" w14:textId="77777777" w:rsidR="00080BF0" w:rsidRDefault="00000000">
            <w:pPr>
              <w:spacing w:after="20" w:line="245" w:lineRule="auto"/>
            </w:pPr>
            <w:r>
              <w:rPr>
                <w:b/>
                <w:color w:val="000000"/>
                <w:sz w:val="17"/>
              </w:rPr>
              <w:t>DIFERENCIACIJA IN VKLJUČEVANJE</w:t>
            </w:r>
          </w:p>
          <w:p w14:paraId="58F42B87"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2A36CB07" w14:textId="77777777" w:rsidR="00080BF0" w:rsidRDefault="00000000">
            <w:pPr>
              <w:spacing w:after="20" w:line="245" w:lineRule="auto"/>
            </w:pPr>
            <w:r>
              <w:rPr>
                <w:b/>
                <w:color w:val="000000"/>
                <w:sz w:val="17"/>
              </w:rPr>
              <w:t>SPREMLJANJE</w:t>
            </w:r>
          </w:p>
          <w:p w14:paraId="131792CE"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0A67925A"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4B0543A" w14:textId="77777777">
              <w:trPr>
                <w:jc w:val="center"/>
              </w:trPr>
              <w:tc>
                <w:tcPr>
                  <w:tcW w:w="7087" w:type="dxa"/>
                  <w:shd w:val="clear" w:color="auto" w:fill="C6E7F3"/>
                  <w:tcMar>
                    <w:top w:w="45" w:type="dxa"/>
                    <w:left w:w="70" w:type="dxa"/>
                    <w:bottom w:w="45" w:type="dxa"/>
                    <w:right w:w="70" w:type="dxa"/>
                  </w:tcMar>
                </w:tcPr>
                <w:p w14:paraId="42662BEF" w14:textId="77777777" w:rsidR="00080BF0" w:rsidRDefault="00000000">
                  <w:pPr>
                    <w:keepNext/>
                  </w:pPr>
                  <w:r>
                    <w:rPr>
                      <w:b/>
                      <w:color w:val="000000"/>
                      <w:sz w:val="17"/>
                    </w:rPr>
                    <w:t>GLAVNI DEL – OPAZOVANJE, MATERIALNI PREIZKUS, USTVARJANJE IN GALERIJA (2 šolski uri)</w:t>
                  </w:r>
                </w:p>
              </w:tc>
            </w:tr>
          </w:tbl>
          <w:p w14:paraId="5B9C1E31" w14:textId="77777777" w:rsidR="00080BF0" w:rsidRDefault="00080BF0">
            <w:pPr>
              <w:spacing w:line="20" w:lineRule="exact"/>
            </w:pPr>
          </w:p>
          <w:p w14:paraId="0F3F37F0" w14:textId="77777777" w:rsidR="00080BF0" w:rsidRDefault="00000000">
            <w:pPr>
              <w:keepNext/>
              <w:spacing w:before="22" w:after="8" w:line="245" w:lineRule="auto"/>
            </w:pPr>
            <w:r>
              <w:rPr>
                <w:b/>
                <w:color w:val="000000"/>
                <w:sz w:val="16"/>
              </w:rPr>
              <w:t>1. URA – Viden v prometu – Opazujem, preizkušam, načrtujem</w:t>
            </w:r>
          </w:p>
          <w:p w14:paraId="0751A884"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»VIDEN V PROMETU«.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62BA7783"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2687D933"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44A42FA0" w14:textId="77777777" w:rsidR="00080BF0" w:rsidRDefault="00000000">
            <w:pPr>
              <w:keepNext/>
              <w:spacing w:before="22" w:after="8" w:line="245" w:lineRule="auto"/>
            </w:pPr>
            <w:r>
              <w:rPr>
                <w:b/>
                <w:color w:val="000000"/>
                <w:sz w:val="16"/>
              </w:rPr>
              <w:t>2. URA – Viden v prometu – Ustvarjam, predstavim, izboljšam</w:t>
            </w:r>
          </w:p>
          <w:p w14:paraId="69C3EC82"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»VIDEN V PROMETU«; postavlja vprašanja o nameri, nudi tehnično oporo in omogoči izboljšavo. Zaključek 10': 10' – Izvede tiho galerijo; modelira odziv »Opazim … / Učinkuje … / Lahko poskusiš …« ter vodi pospravljanje.</w:t>
            </w:r>
          </w:p>
          <w:p w14:paraId="1C5519D6"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07CCDBB8"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380F80A8" w14:textId="77777777">
              <w:trPr>
                <w:jc w:val="center"/>
              </w:trPr>
              <w:tc>
                <w:tcPr>
                  <w:tcW w:w="7087" w:type="dxa"/>
                  <w:shd w:val="clear" w:color="auto" w:fill="EDC9EA"/>
                  <w:tcMar>
                    <w:top w:w="45" w:type="dxa"/>
                    <w:left w:w="70" w:type="dxa"/>
                    <w:bottom w:w="45" w:type="dxa"/>
                    <w:right w:w="70" w:type="dxa"/>
                  </w:tcMar>
                </w:tcPr>
                <w:p w14:paraId="5915E56E" w14:textId="77777777" w:rsidR="00080BF0" w:rsidRDefault="00000000">
                  <w:pPr>
                    <w:keepNext/>
                  </w:pPr>
                  <w:r>
                    <w:rPr>
                      <w:b/>
                      <w:color w:val="000000"/>
                      <w:sz w:val="17"/>
                    </w:rPr>
                    <w:t>ORGANIZACIJA POSTAJ IN PREHODOV</w:t>
                  </w:r>
                </w:p>
              </w:tc>
            </w:tr>
          </w:tbl>
          <w:p w14:paraId="45C782C0" w14:textId="77777777" w:rsidR="00080BF0" w:rsidRDefault="00080BF0"/>
          <w:p w14:paraId="11EFD1CD" w14:textId="77777777" w:rsidR="00080BF0" w:rsidRDefault="00000000">
            <w:pPr>
              <w:spacing w:before="8" w:after="8" w:line="245" w:lineRule="auto"/>
            </w:pPr>
            <w:r>
              <w:rPr>
                <w:color w:val="000000"/>
                <w:sz w:val="14"/>
              </w:rPr>
              <w:t>Postaja 1: Kompozicijska: brez lepljenja premikam oblike ter primerjam dve razporeditvi glede na sporočilo.</w:t>
            </w:r>
          </w:p>
          <w:p w14:paraId="385054FA" w14:textId="77777777" w:rsidR="00080BF0" w:rsidRDefault="00000000">
            <w:pPr>
              <w:spacing w:before="8" w:after="8" w:line="245" w:lineRule="auto"/>
            </w:pPr>
            <w:r>
              <w:rPr>
                <w:color w:val="000000"/>
                <w:sz w:val="14"/>
              </w:rPr>
              <w:t>Postaja 2: Materialna: preizkusim trganje, pregibanje, rezanje in lepljenje ter izberem varen postopek.</w:t>
            </w:r>
          </w:p>
          <w:p w14:paraId="7CD8DACD" w14:textId="77777777" w:rsidR="00080BF0" w:rsidRDefault="00000000">
            <w:pPr>
              <w:spacing w:before="8" w:after="8" w:line="245" w:lineRule="auto"/>
            </w:pPr>
            <w:r>
              <w:rPr>
                <w:color w:val="000000"/>
                <w:sz w:val="14"/>
              </w:rPr>
              <w:t>Postaja 3: Gibalno-prostorska: s telesi ali talnimi oblikami sestavimo veliko kompozicijo in preverimo ravnotežje praznega ter polnega prostora.</w:t>
            </w:r>
          </w:p>
          <w:p w14:paraId="264EDE77" w14:textId="77777777" w:rsidR="00080BF0" w:rsidRDefault="00000000">
            <w:pPr>
              <w:spacing w:before="8" w:after="8" w:line="245" w:lineRule="auto"/>
            </w:pPr>
            <w:r>
              <w:rPr>
                <w:color w:val="000000"/>
                <w:sz w:val="14"/>
              </w:rPr>
              <w:t>Postaja 4: Sporočilna: izdelam kolaž, plakat ali znak, gledalcu razložim namen in po povratni informaciji izboljšam jasnost.</w:t>
            </w:r>
          </w:p>
          <w:p w14:paraId="3AB9359A"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6E4A1B86" w14:textId="77777777" w:rsidR="00080BF0" w:rsidRDefault="00080BF0"/>
          <w:p w14:paraId="2C0EE7EE" w14:textId="77777777" w:rsidR="00080BF0" w:rsidRDefault="00000000">
            <w:pPr>
              <w:spacing w:after="6" w:line="245" w:lineRule="auto"/>
            </w:pPr>
            <w:r>
              <w:rPr>
                <w:b/>
                <w:color w:val="000000"/>
                <w:sz w:val="15"/>
              </w:rPr>
              <w:t>1. URA – Viden v prometu – Opazujem, preizkušam, načrtujem</w:t>
            </w:r>
          </w:p>
          <w:p w14:paraId="52E45FDD"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1E3E894A" w14:textId="77777777" w:rsidR="00080BF0" w:rsidRDefault="00000000">
            <w:pPr>
              <w:spacing w:after="20" w:line="245" w:lineRule="auto"/>
            </w:pPr>
            <w:r>
              <w:rPr>
                <w:color w:val="D95BC6"/>
                <w:sz w:val="14"/>
              </w:rPr>
              <w:t>Dokaz: list materialnih poskusov, skica/načrt, učenčeva razlaga in učiteljev zapis o varni rabi.</w:t>
            </w:r>
          </w:p>
          <w:p w14:paraId="602593DA" w14:textId="77777777" w:rsidR="00080BF0" w:rsidRDefault="00000000">
            <w:pPr>
              <w:spacing w:after="6" w:line="245" w:lineRule="auto"/>
            </w:pPr>
            <w:r>
              <w:rPr>
                <w:b/>
                <w:color w:val="000000"/>
                <w:sz w:val="15"/>
              </w:rPr>
              <w:t>2. URA – Viden v prometu – Ustvarjam, predstavim, izboljšam</w:t>
            </w:r>
          </w:p>
          <w:p w14:paraId="1CA60656"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284DD98D" w14:textId="77777777" w:rsidR="00080BF0" w:rsidRDefault="00000000">
            <w:pPr>
              <w:spacing w:after="20" w:line="245" w:lineRule="auto"/>
            </w:pPr>
            <w:r>
              <w:rPr>
                <w:color w:val="D95BC6"/>
                <w:sz w:val="14"/>
              </w:rPr>
              <w:t>Dokaz: likovni proces in izdelek, fotografija faze, učenčeva razlaga ter samovrednotenje v mapi.</w:t>
            </w:r>
          </w:p>
          <w:p w14:paraId="4D9FB490" w14:textId="77777777" w:rsidR="00080BF0" w:rsidRDefault="00000000">
            <w:pPr>
              <w:spacing w:before="40" w:after="20" w:line="245" w:lineRule="auto"/>
            </w:pPr>
            <w:r>
              <w:rPr>
                <w:b/>
                <w:color w:val="D95BC6"/>
                <w:sz w:val="16"/>
              </w:rPr>
              <w:t>MOJ KROG POSTAJ</w:t>
            </w:r>
          </w:p>
          <w:p w14:paraId="02DED6F3" w14:textId="77777777" w:rsidR="00080BF0" w:rsidRDefault="00000000">
            <w:pPr>
              <w:spacing w:after="11" w:line="245" w:lineRule="auto"/>
            </w:pPr>
            <w:r>
              <w:rPr>
                <w:color w:val="000000"/>
                <w:sz w:val="13"/>
              </w:rPr>
              <w:t>1. Kompozicijska: brez lepljenja premikam oblike ter primerjam dve razporeditvi glede na.</w:t>
            </w:r>
          </w:p>
          <w:p w14:paraId="39E8EB90" w14:textId="77777777" w:rsidR="00080BF0" w:rsidRDefault="00000000">
            <w:pPr>
              <w:spacing w:after="11" w:line="245" w:lineRule="auto"/>
            </w:pPr>
            <w:r>
              <w:rPr>
                <w:color w:val="000000"/>
                <w:sz w:val="13"/>
              </w:rPr>
              <w:t>2. Materialna: preizkusim trganje, pregibanje, rezanje in lepljenje ter izberem varen postopek.</w:t>
            </w:r>
          </w:p>
          <w:p w14:paraId="37A1D180" w14:textId="77777777" w:rsidR="00080BF0" w:rsidRDefault="00000000">
            <w:pPr>
              <w:spacing w:after="11" w:line="245" w:lineRule="auto"/>
            </w:pPr>
            <w:r>
              <w:rPr>
                <w:color w:val="000000"/>
                <w:sz w:val="13"/>
              </w:rPr>
              <w:t>3. Gibalno-prostorska: s telesi ali talnimi oblikami sestavimo veliko kompozicijo in preverimo.</w:t>
            </w:r>
          </w:p>
          <w:p w14:paraId="55EEF257" w14:textId="77777777" w:rsidR="00080BF0" w:rsidRDefault="00000000">
            <w:pPr>
              <w:spacing w:after="11" w:line="245" w:lineRule="auto"/>
            </w:pPr>
            <w:r>
              <w:rPr>
                <w:color w:val="000000"/>
                <w:sz w:val="13"/>
              </w:rPr>
              <w:t>4. Sporočilna: izdelam kolaž, plakat ali znak, gledalcu razložim namen in po povratni.</w:t>
            </w:r>
          </w:p>
          <w:p w14:paraId="4AD3E173"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3D7CDD8E" w14:textId="77777777" w:rsidR="00080BF0" w:rsidRDefault="00000000">
            <w:pPr>
              <w:spacing w:after="20" w:line="245" w:lineRule="auto"/>
            </w:pPr>
            <w:r>
              <w:rPr>
                <w:b/>
                <w:color w:val="D95BC6"/>
                <w:sz w:val="17"/>
              </w:rPr>
              <w:t>DOKAZ O UČENJU</w:t>
            </w:r>
          </w:p>
          <w:p w14:paraId="7A4C762F"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6FE8865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161A02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677876F"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2938BA8" w14:textId="77777777" w:rsidR="00080BF0" w:rsidRDefault="00000000">
            <w:pPr>
              <w:jc w:val="center"/>
            </w:pPr>
            <w:r>
              <w:rPr>
                <w:b/>
                <w:color w:val="000000"/>
                <w:sz w:val="20"/>
              </w:rPr>
              <w:t>UČNE DEJAVNOSTI, METODE IN FORMATIVNO SPREMLJANJE</w:t>
            </w:r>
          </w:p>
        </w:tc>
      </w:tr>
      <w:tr w:rsidR="00080BF0" w14:paraId="4E4F3DC1" w14:textId="77777777">
        <w:trPr>
          <w:tblHeader/>
          <w:jc w:val="center"/>
        </w:trPr>
        <w:tc>
          <w:tcPr>
            <w:tcW w:w="4422" w:type="dxa"/>
            <w:vMerge/>
            <w:tcMar>
              <w:top w:w="70" w:type="dxa"/>
              <w:left w:w="90" w:type="dxa"/>
              <w:bottom w:w="70" w:type="dxa"/>
              <w:right w:w="90" w:type="dxa"/>
            </w:tcMar>
            <w:vAlign w:val="center"/>
          </w:tcPr>
          <w:p w14:paraId="394A8071" w14:textId="77777777" w:rsidR="00080BF0" w:rsidRDefault="00080BF0"/>
        </w:tc>
        <w:tc>
          <w:tcPr>
            <w:tcW w:w="7087" w:type="dxa"/>
            <w:shd w:val="clear" w:color="auto" w:fill="FFFFFF"/>
            <w:tcMar>
              <w:top w:w="70" w:type="dxa"/>
              <w:left w:w="90" w:type="dxa"/>
              <w:bottom w:w="70" w:type="dxa"/>
              <w:right w:w="90" w:type="dxa"/>
            </w:tcMar>
            <w:vAlign w:val="center"/>
          </w:tcPr>
          <w:p w14:paraId="7A2E3B53"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AA6DBE8" w14:textId="77777777" w:rsidR="00080BF0" w:rsidRDefault="00000000">
            <w:pPr>
              <w:jc w:val="center"/>
            </w:pPr>
            <w:r>
              <w:rPr>
                <w:b/>
                <w:color w:val="000000"/>
              </w:rPr>
              <w:t>UČENEC</w:t>
            </w:r>
          </w:p>
        </w:tc>
      </w:tr>
      <w:tr w:rsidR="00080BF0" w14:paraId="3221D640" w14:textId="77777777">
        <w:trPr>
          <w:jc w:val="center"/>
        </w:trPr>
        <w:tc>
          <w:tcPr>
            <w:tcW w:w="4422" w:type="dxa"/>
            <w:tcMar>
              <w:top w:w="70" w:type="dxa"/>
              <w:left w:w="90" w:type="dxa"/>
              <w:bottom w:w="70" w:type="dxa"/>
              <w:right w:w="90" w:type="dxa"/>
            </w:tcMar>
          </w:tcPr>
          <w:p w14:paraId="5100F339" w14:textId="77777777" w:rsidR="00080BF0" w:rsidRDefault="00080BF0"/>
          <w:p w14:paraId="2C7FB0F1" w14:textId="77777777" w:rsidR="00080BF0" w:rsidRDefault="00000000">
            <w:pPr>
              <w:spacing w:after="40" w:line="245" w:lineRule="auto"/>
            </w:pPr>
            <w:r>
              <w:rPr>
                <w:b/>
                <w:color w:val="000000"/>
              </w:rPr>
              <w:t>FORMATIVNO SPREMLJANJE</w:t>
            </w:r>
          </w:p>
          <w:p w14:paraId="39B3E238" w14:textId="77777777" w:rsidR="00080BF0" w:rsidRDefault="00000000">
            <w:pPr>
              <w:pStyle w:val="Oznaenseznam"/>
              <w:spacing w:after="16"/>
            </w:pPr>
            <w:r>
              <w:rPr>
                <w:color w:val="000000"/>
                <w:sz w:val="15"/>
              </w:rPr>
              <w:t>predznanje: opažanje, gibalna ponazoritev, izbira kartice, razvrstitev materialov, poskusna sled ali skica</w:t>
            </w:r>
          </w:p>
          <w:p w14:paraId="44FA61EC"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548B83EF"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07514291" w14:textId="77777777" w:rsidR="00080BF0" w:rsidRDefault="00000000">
            <w:pPr>
              <w:pStyle w:val="Oznaenseznam"/>
              <w:spacing w:after="16"/>
            </w:pPr>
            <w:r>
              <w:rPr>
                <w:color w:val="000000"/>
                <w:sz w:val="15"/>
              </w:rPr>
              <w:t>povratna informacija: opis vidne likovne odločitve, povezava z enim merilom in izvedljiv naslednji korak</w:t>
            </w:r>
          </w:p>
          <w:p w14:paraId="537366E0" w14:textId="77777777" w:rsidR="00080BF0" w:rsidRDefault="00000000">
            <w:pPr>
              <w:pStyle w:val="Oznaenseznam"/>
              <w:spacing w:after="16"/>
            </w:pPr>
            <w:r>
              <w:rPr>
                <w:color w:val="000000"/>
                <w:sz w:val="15"/>
              </w:rPr>
              <w:t>samovrednotenje: likovni semafor, lestvica samostojnosti, izbran dokaz, galerijski odziv in izboljšava</w:t>
            </w:r>
          </w:p>
          <w:p w14:paraId="0D3E940B" w14:textId="77777777" w:rsidR="00080BF0" w:rsidRDefault="00000000">
            <w:pPr>
              <w:spacing w:before="40" w:after="20" w:line="245" w:lineRule="auto"/>
            </w:pPr>
            <w:r>
              <w:rPr>
                <w:b/>
                <w:color w:val="000000"/>
                <w:sz w:val="17"/>
              </w:rPr>
              <w:t>VARNOST, HIGIENA IN UREDITEV PROSTORA</w:t>
            </w:r>
          </w:p>
          <w:p w14:paraId="34C2165B"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Škarje so prilagojene starosti, rezanje poteka sede in vedno stran od telesa.</w:t>
            </w:r>
          </w:p>
          <w:p w14:paraId="14E068EB" w14:textId="77777777" w:rsidR="00080BF0" w:rsidRDefault="00000000">
            <w:pPr>
              <w:spacing w:after="20" w:line="245" w:lineRule="auto"/>
            </w:pPr>
            <w:r>
              <w:rPr>
                <w:b/>
                <w:color w:val="000000"/>
                <w:sz w:val="17"/>
              </w:rPr>
              <w:t>EVIDENCA PO IZVEDBI</w:t>
            </w:r>
          </w:p>
          <w:p w14:paraId="0025BA45"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426793B3" w14:textId="77777777" w:rsidR="00080BF0" w:rsidRDefault="00000000">
            <w:pPr>
              <w:spacing w:before="40" w:after="20" w:line="245" w:lineRule="auto"/>
            </w:pPr>
            <w:r>
              <w:rPr>
                <w:b/>
                <w:color w:val="000000"/>
                <w:sz w:val="17"/>
              </w:rPr>
              <w:t>RAVEN DOSEGANJA</w:t>
            </w:r>
          </w:p>
          <w:p w14:paraId="1A9A216F"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2601544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C732EA6" w14:textId="77777777">
              <w:trPr>
                <w:jc w:val="center"/>
              </w:trPr>
              <w:tc>
                <w:tcPr>
                  <w:tcW w:w="7087" w:type="dxa"/>
                  <w:shd w:val="clear" w:color="auto" w:fill="EDC9EA"/>
                  <w:tcMar>
                    <w:top w:w="45" w:type="dxa"/>
                    <w:left w:w="70" w:type="dxa"/>
                    <w:bottom w:w="45" w:type="dxa"/>
                    <w:right w:w="70" w:type="dxa"/>
                  </w:tcMar>
                </w:tcPr>
                <w:p w14:paraId="1C0BD18F" w14:textId="77777777" w:rsidR="00080BF0" w:rsidRDefault="00000000">
                  <w:pPr>
                    <w:keepNext/>
                  </w:pPr>
                  <w:r>
                    <w:rPr>
                      <w:b/>
                      <w:color w:val="000000"/>
                    </w:rPr>
                    <w:t>VPRAŠANJA V PODPORO LIKOVNEMU UČENJU</w:t>
                  </w:r>
                </w:p>
              </w:tc>
            </w:tr>
          </w:tbl>
          <w:p w14:paraId="39D145A9" w14:textId="77777777" w:rsidR="00080BF0" w:rsidRDefault="00080BF0">
            <w:pPr>
              <w:spacing w:line="20" w:lineRule="exact"/>
            </w:pPr>
          </w:p>
          <w:p w14:paraId="2C6A3671" w14:textId="77777777" w:rsidR="00080BF0" w:rsidRDefault="00000000">
            <w:pPr>
              <w:pStyle w:val="Oznaenseznam"/>
              <w:spacing w:after="16"/>
            </w:pPr>
            <w:r>
              <w:rPr>
                <w:color w:val="000000"/>
                <w:sz w:val="16"/>
              </w:rPr>
              <w:t>Kaj si najprej opazil/-a in katera likovna prvina je zate najpomembnejša?</w:t>
            </w:r>
          </w:p>
          <w:p w14:paraId="01B762EC" w14:textId="77777777" w:rsidR="00080BF0" w:rsidRDefault="00000000">
            <w:pPr>
              <w:pStyle w:val="Oznaenseznam"/>
              <w:spacing w:after="16"/>
            </w:pPr>
            <w:r>
              <w:rPr>
                <w:color w:val="000000"/>
                <w:sz w:val="16"/>
              </w:rPr>
              <w:t>Kako je material ali postopek vplival na črto, barvo, obliko, površino, prostor oziroma delovanje izdelka?</w:t>
            </w:r>
          </w:p>
          <w:p w14:paraId="735AB15A" w14:textId="77777777" w:rsidR="00080BF0" w:rsidRDefault="00000000">
            <w:pPr>
              <w:pStyle w:val="Oznaenseznam"/>
              <w:spacing w:after="16"/>
            </w:pPr>
            <w:r>
              <w:rPr>
                <w:color w:val="000000"/>
                <w:sz w:val="16"/>
              </w:rPr>
              <w:t>Katero možnost si preizkusil/-a, zakaj si jo izbral/-a in kaj si ob poskusu spremenil/-a?</w:t>
            </w:r>
          </w:p>
          <w:p w14:paraId="7952BDAF" w14:textId="77777777" w:rsidR="00080BF0" w:rsidRDefault="00000000">
            <w:pPr>
              <w:pStyle w:val="Oznaenseznam"/>
              <w:spacing w:after="16"/>
            </w:pPr>
            <w:r>
              <w:rPr>
                <w:color w:val="000000"/>
                <w:sz w:val="16"/>
              </w:rPr>
              <w:t>Kateri del tvojega procesa ali izdelka najjasneje pokaže dogovorjeno merilo?</w:t>
            </w:r>
          </w:p>
          <w:p w14:paraId="7643DA62"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263C1250" w14:textId="77777777">
              <w:trPr>
                <w:jc w:val="center"/>
              </w:trPr>
              <w:tc>
                <w:tcPr>
                  <w:tcW w:w="7087" w:type="dxa"/>
                  <w:shd w:val="clear" w:color="auto" w:fill="C6E7F3"/>
                  <w:tcMar>
                    <w:top w:w="45" w:type="dxa"/>
                    <w:left w:w="70" w:type="dxa"/>
                    <w:bottom w:w="45" w:type="dxa"/>
                    <w:right w:w="70" w:type="dxa"/>
                  </w:tcMar>
                </w:tcPr>
                <w:p w14:paraId="241DCC87" w14:textId="77777777" w:rsidR="00080BF0" w:rsidRDefault="00000000">
                  <w:pPr>
                    <w:keepNext/>
                  </w:pPr>
                  <w:r>
                    <w:rPr>
                      <w:b/>
                      <w:color w:val="000000"/>
                    </w:rPr>
                    <w:t>ZAKLJUČNI DEL – TIHA GALERIJA, RAZLAGA IN REFLEKSIJA (8–12 min)</w:t>
                  </w:r>
                </w:p>
              </w:tc>
            </w:tr>
          </w:tbl>
          <w:p w14:paraId="69975489" w14:textId="77777777" w:rsidR="00080BF0" w:rsidRDefault="00080BF0">
            <w:pPr>
              <w:spacing w:line="20" w:lineRule="exact"/>
            </w:pPr>
          </w:p>
          <w:p w14:paraId="6D9304ED"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3C0BE6A8" w14:textId="77777777">
              <w:trPr>
                <w:jc w:val="center"/>
              </w:trPr>
              <w:tc>
                <w:tcPr>
                  <w:tcW w:w="7087" w:type="dxa"/>
                  <w:shd w:val="clear" w:color="auto" w:fill="EDC9EA"/>
                  <w:tcMar>
                    <w:top w:w="45" w:type="dxa"/>
                    <w:left w:w="70" w:type="dxa"/>
                    <w:bottom w:w="45" w:type="dxa"/>
                    <w:right w:w="70" w:type="dxa"/>
                  </w:tcMar>
                </w:tcPr>
                <w:p w14:paraId="3C30ED49" w14:textId="77777777" w:rsidR="00080BF0" w:rsidRDefault="00000000">
                  <w:pPr>
                    <w:keepNext/>
                  </w:pPr>
                  <w:r>
                    <w:rPr>
                      <w:b/>
                      <w:color w:val="000000"/>
                    </w:rPr>
                    <w:t>SAMOVREDNOTENJE</w:t>
                  </w:r>
                </w:p>
              </w:tc>
            </w:tr>
          </w:tbl>
          <w:p w14:paraId="2F9C8C68" w14:textId="77777777" w:rsidR="00080BF0" w:rsidRDefault="00080BF0">
            <w:pPr>
              <w:spacing w:line="20" w:lineRule="exact"/>
            </w:pPr>
          </w:p>
          <w:p w14:paraId="23C32F4D"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4BA7F50B" w14:textId="77777777">
              <w:trPr>
                <w:jc w:val="center"/>
              </w:trPr>
              <w:tc>
                <w:tcPr>
                  <w:tcW w:w="7087" w:type="dxa"/>
                  <w:shd w:val="clear" w:color="auto" w:fill="EDC9EA"/>
                  <w:tcMar>
                    <w:top w:w="45" w:type="dxa"/>
                    <w:left w:w="70" w:type="dxa"/>
                    <w:bottom w:w="45" w:type="dxa"/>
                    <w:right w:w="70" w:type="dxa"/>
                  </w:tcMar>
                </w:tcPr>
                <w:p w14:paraId="11FA5552" w14:textId="77777777" w:rsidR="00080BF0" w:rsidRDefault="00000000">
                  <w:pPr>
                    <w:keepNext/>
                  </w:pPr>
                  <w:r>
                    <w:rPr>
                      <w:b/>
                      <w:color w:val="000000"/>
                    </w:rPr>
                    <w:t>VRSTNIŠKO VREDNOTENJE</w:t>
                  </w:r>
                </w:p>
              </w:tc>
            </w:tr>
          </w:tbl>
          <w:p w14:paraId="05708110" w14:textId="77777777" w:rsidR="00080BF0" w:rsidRDefault="00080BF0">
            <w:pPr>
              <w:spacing w:line="20" w:lineRule="exact"/>
            </w:pPr>
          </w:p>
          <w:p w14:paraId="48140307"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184DE064" w14:textId="77777777">
              <w:trPr>
                <w:jc w:val="center"/>
              </w:trPr>
              <w:tc>
                <w:tcPr>
                  <w:tcW w:w="7087" w:type="dxa"/>
                  <w:shd w:val="clear" w:color="auto" w:fill="EDC9EA"/>
                  <w:tcMar>
                    <w:top w:w="45" w:type="dxa"/>
                    <w:left w:w="70" w:type="dxa"/>
                    <w:bottom w:w="45" w:type="dxa"/>
                    <w:right w:w="70" w:type="dxa"/>
                  </w:tcMar>
                </w:tcPr>
                <w:p w14:paraId="42C4F092" w14:textId="77777777" w:rsidR="00080BF0" w:rsidRDefault="00000000">
                  <w:pPr>
                    <w:keepNext/>
                  </w:pPr>
                  <w:r>
                    <w:rPr>
                      <w:b/>
                      <w:color w:val="000000"/>
                    </w:rPr>
                    <w:t>SKUPNI POVZETEK</w:t>
                  </w:r>
                </w:p>
              </w:tc>
            </w:tr>
          </w:tbl>
          <w:p w14:paraId="7EA61D83" w14:textId="77777777" w:rsidR="00080BF0" w:rsidRDefault="00080BF0"/>
          <w:p w14:paraId="45C72BD7" w14:textId="77777777" w:rsidR="00080BF0" w:rsidRDefault="00000000">
            <w:pPr>
              <w:spacing w:before="20" w:after="40" w:line="245" w:lineRule="auto"/>
            </w:pPr>
            <w:r>
              <w:rPr>
                <w:b/>
                <w:color w:val="000000"/>
                <w:sz w:val="16"/>
              </w:rPr>
              <w:t>opazujem kontrast; oblikujem prometni znak; uporabim izrazito barvno ploskev. Izbrani dokaz pojasnim in po povratni informaciji izboljšam.</w:t>
            </w:r>
          </w:p>
        </w:tc>
        <w:tc>
          <w:tcPr>
            <w:tcW w:w="2551" w:type="dxa"/>
            <w:tcMar>
              <w:top w:w="70" w:type="dxa"/>
              <w:left w:w="90" w:type="dxa"/>
              <w:bottom w:w="70" w:type="dxa"/>
              <w:right w:w="90" w:type="dxa"/>
            </w:tcMar>
          </w:tcPr>
          <w:p w14:paraId="04E9BDB0" w14:textId="77777777" w:rsidR="00080BF0" w:rsidRDefault="00080BF0"/>
          <w:p w14:paraId="161EAF9A" w14:textId="77777777" w:rsidR="00080BF0" w:rsidRDefault="00000000">
            <w:pPr>
              <w:spacing w:after="80" w:line="245" w:lineRule="auto"/>
            </w:pPr>
            <w:r>
              <w:rPr>
                <w:color w:val="000000"/>
                <w:sz w:val="15"/>
              </w:rPr>
              <w:t>Odgovarja na podporna vprašanja in se sklicuje na opaženo, preizkušeno, ustvarjeno ali razstavljeno.</w:t>
            </w:r>
          </w:p>
          <w:p w14:paraId="3243764C" w14:textId="77777777" w:rsidR="00080BF0" w:rsidRDefault="00000000">
            <w:pPr>
              <w:spacing w:after="80" w:line="245" w:lineRule="auto"/>
            </w:pPr>
            <w:r>
              <w:rPr>
                <w:color w:val="000000"/>
                <w:sz w:val="15"/>
              </w:rPr>
              <w:t>Predstavi izbrani procesni ali izdelkovni dokaz ter pove, katero merilo z njim pokaže.</w:t>
            </w:r>
          </w:p>
          <w:p w14:paraId="611E02CC" w14:textId="77777777" w:rsidR="00080BF0" w:rsidRDefault="00000000">
            <w:pPr>
              <w:spacing w:after="80" w:line="245" w:lineRule="auto"/>
            </w:pPr>
            <w:r>
              <w:rPr>
                <w:color w:val="000000"/>
                <w:sz w:val="15"/>
              </w:rPr>
              <w:t>Tiho opazuje vrstnikovo delo, opiše eno konkretno likovno rešitev in poda prijazen predlog.</w:t>
            </w:r>
          </w:p>
          <w:p w14:paraId="575E26FF" w14:textId="77777777" w:rsidR="00080BF0" w:rsidRDefault="00000000">
            <w:pPr>
              <w:spacing w:after="80" w:line="245" w:lineRule="auto"/>
            </w:pPr>
            <w:r>
              <w:rPr>
                <w:color w:val="000000"/>
                <w:sz w:val="15"/>
              </w:rPr>
              <w:t>Po povratni informaciji po želji ponovi poskus, spremeni podrobnost, izboljša spoj, razporeditev ali razlago.</w:t>
            </w:r>
          </w:p>
          <w:p w14:paraId="520AEB23" w14:textId="77777777" w:rsidR="00080BF0" w:rsidRDefault="00000000">
            <w:pPr>
              <w:spacing w:after="100" w:line="245" w:lineRule="auto"/>
            </w:pPr>
            <w:r>
              <w:rPr>
                <w:color w:val="000000"/>
                <w:sz w:val="15"/>
              </w:rPr>
              <w:t>Izbere raven samostojnosti ter določi majhen in izvedljiv naslednji ustvarjalni korak.</w:t>
            </w:r>
          </w:p>
          <w:p w14:paraId="07EB8A24" w14:textId="77777777" w:rsidR="00080BF0" w:rsidRDefault="00000000">
            <w:pPr>
              <w:spacing w:after="20" w:line="245" w:lineRule="auto"/>
            </w:pPr>
            <w:r>
              <w:rPr>
                <w:b/>
                <w:color w:val="D95BC6"/>
                <w:sz w:val="17"/>
              </w:rPr>
              <w:t>DOKAZ O UČENJU</w:t>
            </w:r>
          </w:p>
          <w:p w14:paraId="721F342F"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572533BC"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00012628" w14:textId="77777777">
        <w:trPr>
          <w:cantSplit/>
          <w:jc w:val="center"/>
        </w:trPr>
        <w:tc>
          <w:tcPr>
            <w:tcW w:w="14060" w:type="dxa"/>
            <w:gridSpan w:val="6"/>
            <w:tcMar>
              <w:top w:w="70" w:type="dxa"/>
              <w:left w:w="90" w:type="dxa"/>
              <w:bottom w:w="70" w:type="dxa"/>
              <w:right w:w="90" w:type="dxa"/>
            </w:tcMar>
            <w:vAlign w:val="center"/>
          </w:tcPr>
          <w:p w14:paraId="493E8F02" w14:textId="77777777" w:rsidR="00080BF0" w:rsidRDefault="00000000">
            <w:pPr>
              <w:jc w:val="center"/>
            </w:pPr>
            <w:r>
              <w:rPr>
                <w:b/>
                <w:color w:val="000000"/>
                <w:sz w:val="24"/>
              </w:rPr>
              <w:lastRenderedPageBreak/>
              <w:t>UČNA PRIPRAVA 6/39</w:t>
            </w:r>
          </w:p>
        </w:tc>
      </w:tr>
      <w:tr w:rsidR="00080BF0" w14:paraId="423C7F5A" w14:textId="77777777">
        <w:trPr>
          <w:jc w:val="center"/>
        </w:trPr>
        <w:tc>
          <w:tcPr>
            <w:tcW w:w="2665" w:type="dxa"/>
            <w:tcMar>
              <w:top w:w="70" w:type="dxa"/>
              <w:left w:w="90" w:type="dxa"/>
              <w:bottom w:w="70" w:type="dxa"/>
              <w:right w:w="90" w:type="dxa"/>
            </w:tcMar>
            <w:vAlign w:val="center"/>
          </w:tcPr>
          <w:p w14:paraId="47218B9F"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CF62A5A"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3AC3B35C"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0C4A339" w14:textId="77777777" w:rsidR="00080BF0" w:rsidRDefault="00000000">
            <w:r>
              <w:rPr>
                <w:b/>
                <w:color w:val="000000"/>
                <w:sz w:val="16"/>
              </w:rPr>
              <w:t xml:space="preserve">NAČRTOVANI TERMIN: </w:t>
            </w:r>
            <w:r>
              <w:rPr>
                <w:color w:val="000000"/>
                <w:sz w:val="16"/>
              </w:rPr>
              <w:t>6. teden • 5.–9. 10. 2026</w:t>
            </w:r>
          </w:p>
        </w:tc>
        <w:tc>
          <w:tcPr>
            <w:tcW w:w="2268" w:type="dxa"/>
            <w:tcMar>
              <w:top w:w="70" w:type="dxa"/>
              <w:left w:w="90" w:type="dxa"/>
              <w:bottom w:w="70" w:type="dxa"/>
              <w:right w:w="90" w:type="dxa"/>
            </w:tcMar>
            <w:vAlign w:val="center"/>
          </w:tcPr>
          <w:p w14:paraId="12B66A2C"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B13D0C1" w14:textId="77777777" w:rsidR="00080BF0" w:rsidRDefault="00000000">
            <w:r>
              <w:rPr>
                <w:b/>
                <w:color w:val="000000"/>
                <w:sz w:val="16"/>
              </w:rPr>
              <w:t xml:space="preserve">ŠTEVILO UR: </w:t>
            </w:r>
            <w:r>
              <w:rPr>
                <w:color w:val="000000"/>
                <w:sz w:val="16"/>
              </w:rPr>
              <w:t>2</w:t>
            </w:r>
          </w:p>
        </w:tc>
      </w:tr>
      <w:tr w:rsidR="00080BF0" w14:paraId="46AE25FB" w14:textId="77777777">
        <w:trPr>
          <w:jc w:val="center"/>
        </w:trPr>
        <w:tc>
          <w:tcPr>
            <w:tcW w:w="14061" w:type="dxa"/>
            <w:gridSpan w:val="6"/>
            <w:tcMar>
              <w:top w:w="70" w:type="dxa"/>
              <w:left w:w="90" w:type="dxa"/>
              <w:bottom w:w="70" w:type="dxa"/>
              <w:right w:w="90" w:type="dxa"/>
            </w:tcMar>
            <w:vAlign w:val="center"/>
          </w:tcPr>
          <w:p w14:paraId="25EE6BE6"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22328964" w14:textId="77777777">
        <w:trPr>
          <w:cantSplit/>
          <w:jc w:val="center"/>
        </w:trPr>
        <w:tc>
          <w:tcPr>
            <w:tcW w:w="14060" w:type="dxa"/>
            <w:gridSpan w:val="6"/>
            <w:tcMar>
              <w:top w:w="70" w:type="dxa"/>
              <w:left w:w="90" w:type="dxa"/>
              <w:bottom w:w="70" w:type="dxa"/>
              <w:right w:w="90" w:type="dxa"/>
            </w:tcMar>
            <w:vAlign w:val="center"/>
          </w:tcPr>
          <w:p w14:paraId="21F3D657" w14:textId="77777777" w:rsidR="00080BF0" w:rsidRDefault="00080BF0"/>
          <w:p w14:paraId="22729E60" w14:textId="77777777" w:rsidR="00080BF0" w:rsidRDefault="00000000">
            <w:pPr>
              <w:spacing w:line="245" w:lineRule="auto"/>
            </w:pPr>
            <w:r>
              <w:rPr>
                <w:b/>
                <w:color w:val="000000"/>
                <w:sz w:val="15"/>
              </w:rPr>
              <w:t xml:space="preserve">UČNI SKLOP: </w:t>
            </w:r>
            <w:r>
              <w:rPr>
                <w:color w:val="000000"/>
                <w:sz w:val="15"/>
              </w:rPr>
              <w:t>VARNA POT IN MOBILNOST</w:t>
            </w:r>
          </w:p>
        </w:tc>
      </w:tr>
      <w:tr w:rsidR="00080BF0" w14:paraId="665C7CA3" w14:textId="77777777">
        <w:trPr>
          <w:cantSplit/>
          <w:jc w:val="center"/>
        </w:trPr>
        <w:tc>
          <w:tcPr>
            <w:tcW w:w="14060" w:type="dxa"/>
            <w:gridSpan w:val="6"/>
            <w:tcMar>
              <w:top w:w="70" w:type="dxa"/>
              <w:left w:w="90" w:type="dxa"/>
              <w:bottom w:w="70" w:type="dxa"/>
              <w:right w:w="90" w:type="dxa"/>
            </w:tcMar>
            <w:vAlign w:val="center"/>
          </w:tcPr>
          <w:p w14:paraId="07CD83DE" w14:textId="77777777" w:rsidR="00080BF0" w:rsidRDefault="00080BF0"/>
          <w:p w14:paraId="72489A83" w14:textId="77777777" w:rsidR="00080BF0" w:rsidRDefault="00000000">
            <w:pPr>
              <w:spacing w:line="245" w:lineRule="auto"/>
            </w:pPr>
            <w:r>
              <w:rPr>
                <w:b/>
                <w:color w:val="000000"/>
                <w:sz w:val="15"/>
              </w:rPr>
              <w:t xml:space="preserve">UČNA TEMA: </w:t>
            </w:r>
            <w:r>
              <w:rPr>
                <w:color w:val="000000"/>
                <w:sz w:val="15"/>
              </w:rPr>
              <w:t>ČRTE V PROSTORU</w:t>
            </w:r>
          </w:p>
        </w:tc>
      </w:tr>
      <w:tr w:rsidR="00080BF0" w14:paraId="5F33BBB1" w14:textId="77777777">
        <w:trPr>
          <w:cantSplit/>
          <w:jc w:val="center"/>
        </w:trPr>
        <w:tc>
          <w:tcPr>
            <w:tcW w:w="14060" w:type="dxa"/>
            <w:gridSpan w:val="6"/>
            <w:tcMar>
              <w:top w:w="70" w:type="dxa"/>
              <w:left w:w="90" w:type="dxa"/>
              <w:bottom w:w="70" w:type="dxa"/>
              <w:right w:w="90" w:type="dxa"/>
            </w:tcMar>
            <w:vAlign w:val="center"/>
          </w:tcPr>
          <w:p w14:paraId="05266C89" w14:textId="77777777" w:rsidR="00080BF0" w:rsidRDefault="00080BF0"/>
          <w:p w14:paraId="2E1E65CA" w14:textId="77777777" w:rsidR="00080BF0" w:rsidRDefault="00000000">
            <w:pPr>
              <w:spacing w:line="245" w:lineRule="auto"/>
            </w:pPr>
            <w:r>
              <w:rPr>
                <w:b/>
                <w:color w:val="000000"/>
                <w:sz w:val="15"/>
              </w:rPr>
              <w:t xml:space="preserve">KNJIŽEVNO / MOTIVNO IZHODIŠČE: </w:t>
            </w:r>
            <w:r>
              <w:rPr>
                <w:color w:val="000000"/>
                <w:sz w:val="15"/>
              </w:rPr>
              <w:t>»Volk in sedem kozličkov« – brata Grimm • prepoznavanje znakov, varnost doma in kritično poslušanje</w:t>
            </w:r>
          </w:p>
        </w:tc>
      </w:tr>
      <w:tr w:rsidR="00080BF0" w14:paraId="7029FD27" w14:textId="77777777">
        <w:trPr>
          <w:cantSplit/>
          <w:jc w:val="center"/>
        </w:trPr>
        <w:tc>
          <w:tcPr>
            <w:tcW w:w="14060" w:type="dxa"/>
            <w:gridSpan w:val="6"/>
            <w:tcMar>
              <w:top w:w="70" w:type="dxa"/>
              <w:left w:w="90" w:type="dxa"/>
              <w:bottom w:w="70" w:type="dxa"/>
              <w:right w:w="90" w:type="dxa"/>
            </w:tcMar>
            <w:vAlign w:val="center"/>
          </w:tcPr>
          <w:p w14:paraId="5EB44FD0" w14:textId="77777777" w:rsidR="00080BF0" w:rsidRDefault="00080BF0"/>
          <w:p w14:paraId="4666C896" w14:textId="77777777" w:rsidR="00080BF0" w:rsidRDefault="00000000">
            <w:pPr>
              <w:spacing w:line="245" w:lineRule="auto"/>
            </w:pPr>
            <w:r>
              <w:rPr>
                <w:b/>
                <w:color w:val="000000"/>
                <w:sz w:val="15"/>
              </w:rPr>
              <w:t xml:space="preserve">LIKOVNO IZHODIŠČE / MOTIVACIJA: </w:t>
            </w:r>
            <w:r>
              <w:rPr>
                <w:color w:val="000000"/>
                <w:sz w:val="15"/>
              </w:rPr>
              <w:t>likovni detektiv odkrije nepopolno risbo na temo »črte v prostoru« in prosi učence, naj z različnimi črtami, pogledi ali podrobnostmi poiščejo več možnih rešitev. Tematska rešitev: oblikuje vrata, sledi ali lutko iz pravljice.</w:t>
            </w:r>
          </w:p>
        </w:tc>
      </w:tr>
      <w:tr w:rsidR="00080BF0" w14:paraId="6E7AE35C" w14:textId="77777777">
        <w:trPr>
          <w:cantSplit/>
          <w:jc w:val="center"/>
        </w:trPr>
        <w:tc>
          <w:tcPr>
            <w:tcW w:w="14060" w:type="dxa"/>
            <w:gridSpan w:val="6"/>
            <w:tcMar>
              <w:top w:w="70" w:type="dxa"/>
              <w:left w:w="90" w:type="dxa"/>
              <w:bottom w:w="70" w:type="dxa"/>
              <w:right w:w="90" w:type="dxa"/>
            </w:tcMar>
            <w:vAlign w:val="center"/>
          </w:tcPr>
          <w:p w14:paraId="15E1B922" w14:textId="77777777" w:rsidR="00080BF0" w:rsidRDefault="00080BF0"/>
          <w:p w14:paraId="0F87F97D" w14:textId="77777777" w:rsidR="00080BF0" w:rsidRDefault="00000000">
            <w:pPr>
              <w:spacing w:line="245" w:lineRule="auto"/>
            </w:pPr>
            <w:r>
              <w:rPr>
                <w:b/>
                <w:color w:val="000000"/>
                <w:sz w:val="15"/>
              </w:rPr>
              <w:t xml:space="preserve">UČNE ENOTE: </w:t>
            </w:r>
            <w:r>
              <w:rPr>
                <w:color w:val="000000"/>
                <w:sz w:val="15"/>
              </w:rPr>
              <w:t>1. ura – Črte v prostoru – Opazujem, preizkušam, načrtujem • 2. ura – Črte v prostoru – Ustvarjam, predstavim, izboljšam</w:t>
            </w:r>
          </w:p>
        </w:tc>
      </w:tr>
      <w:tr w:rsidR="00080BF0" w14:paraId="61A2B58F" w14:textId="77777777">
        <w:trPr>
          <w:cantSplit/>
          <w:jc w:val="center"/>
        </w:trPr>
        <w:tc>
          <w:tcPr>
            <w:tcW w:w="14060" w:type="dxa"/>
            <w:gridSpan w:val="6"/>
            <w:tcMar>
              <w:top w:w="70" w:type="dxa"/>
              <w:left w:w="90" w:type="dxa"/>
              <w:bottom w:w="70" w:type="dxa"/>
              <w:right w:w="90" w:type="dxa"/>
            </w:tcMar>
            <w:vAlign w:val="center"/>
          </w:tcPr>
          <w:p w14:paraId="7B712E0A" w14:textId="77777777" w:rsidR="00080BF0" w:rsidRDefault="00080BF0"/>
          <w:p w14:paraId="40002BF2"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44469FE7" w14:textId="77777777">
        <w:trPr>
          <w:cantSplit/>
          <w:jc w:val="center"/>
        </w:trPr>
        <w:tc>
          <w:tcPr>
            <w:tcW w:w="14060" w:type="dxa"/>
            <w:gridSpan w:val="6"/>
            <w:tcMar>
              <w:top w:w="70" w:type="dxa"/>
              <w:left w:w="90" w:type="dxa"/>
              <w:bottom w:w="70" w:type="dxa"/>
              <w:right w:w="90" w:type="dxa"/>
            </w:tcMar>
            <w:vAlign w:val="center"/>
          </w:tcPr>
          <w:p w14:paraId="3A1C1633" w14:textId="77777777" w:rsidR="00080BF0" w:rsidRDefault="00080BF0"/>
          <w:p w14:paraId="628C87E7"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22913844" w14:textId="77777777">
        <w:trPr>
          <w:cantSplit/>
          <w:jc w:val="center"/>
        </w:trPr>
        <w:tc>
          <w:tcPr>
            <w:tcW w:w="14060" w:type="dxa"/>
            <w:gridSpan w:val="6"/>
            <w:tcMar>
              <w:top w:w="70" w:type="dxa"/>
              <w:left w:w="90" w:type="dxa"/>
              <w:bottom w:w="70" w:type="dxa"/>
              <w:right w:w="90" w:type="dxa"/>
            </w:tcMar>
            <w:vAlign w:val="center"/>
          </w:tcPr>
          <w:p w14:paraId="64714BD7" w14:textId="77777777" w:rsidR="00080BF0" w:rsidRDefault="00080BF0"/>
          <w:p w14:paraId="697758A9"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2E456947" w14:textId="77777777">
        <w:trPr>
          <w:cantSplit/>
          <w:jc w:val="center"/>
        </w:trPr>
        <w:tc>
          <w:tcPr>
            <w:tcW w:w="14060" w:type="dxa"/>
            <w:gridSpan w:val="6"/>
            <w:tcMar>
              <w:top w:w="70" w:type="dxa"/>
              <w:left w:w="90" w:type="dxa"/>
              <w:bottom w:w="70" w:type="dxa"/>
              <w:right w:w="90" w:type="dxa"/>
            </w:tcMar>
            <w:vAlign w:val="center"/>
          </w:tcPr>
          <w:p w14:paraId="38285F9F" w14:textId="77777777" w:rsidR="00080BF0" w:rsidRDefault="00080BF0"/>
          <w:p w14:paraId="7FE92535" w14:textId="77777777" w:rsidR="00080BF0" w:rsidRDefault="00000000">
            <w:pPr>
              <w:spacing w:line="245" w:lineRule="auto"/>
            </w:pPr>
            <w:r>
              <w:rPr>
                <w:b/>
                <w:color w:val="000000"/>
                <w:sz w:val="15"/>
              </w:rPr>
              <w:t xml:space="preserve">MEDPREDMETNE POVEZAVE: </w:t>
            </w:r>
            <w:r>
              <w:rPr>
                <w:color w:val="000000"/>
                <w:sz w:val="15"/>
              </w:rPr>
              <w:t>SPO – prepoznavanje znakov, varnost doma in kritično poslušanje; SLJ – poslušanje, opis opažanja, poimenovanje postopka in predstavitev; MAT – oblike, razvrščanje, vzorci in prostorski odnosi; ŠPO – gibalna črta, telesna skulptura, smer in ravnotežje; GUM – ritem, ponavljanje.</w:t>
            </w:r>
          </w:p>
        </w:tc>
      </w:tr>
      <w:tr w:rsidR="00080BF0" w14:paraId="1D8FE61F" w14:textId="77777777">
        <w:trPr>
          <w:cantSplit/>
          <w:jc w:val="center"/>
        </w:trPr>
        <w:tc>
          <w:tcPr>
            <w:tcW w:w="14060" w:type="dxa"/>
            <w:gridSpan w:val="6"/>
            <w:tcMar>
              <w:top w:w="70" w:type="dxa"/>
              <w:left w:w="90" w:type="dxa"/>
              <w:bottom w:w="70" w:type="dxa"/>
              <w:right w:w="90" w:type="dxa"/>
            </w:tcMar>
            <w:vAlign w:val="center"/>
          </w:tcPr>
          <w:p w14:paraId="37E4888F" w14:textId="77777777" w:rsidR="00080BF0" w:rsidRDefault="00080BF0"/>
          <w:p w14:paraId="55579F87" w14:textId="77777777" w:rsidR="00080BF0" w:rsidRDefault="00000000">
            <w:pPr>
              <w:spacing w:line="245" w:lineRule="auto"/>
            </w:pPr>
            <w:r>
              <w:rPr>
                <w:b/>
                <w:color w:val="000000"/>
                <w:sz w:val="15"/>
              </w:rPr>
              <w:t xml:space="preserve">UČNA SREDSTVA IN PRIPOMOČKI: </w:t>
            </w:r>
            <w:r>
              <w:rPr>
                <w:color w:val="000000"/>
                <w:sz w:val="15"/>
              </w:rPr>
              <w:t>risalni papir različnih velikosti, mehki grafitni svinčniki, voščenke, barvice, flomastri, ogledalca ali opazovani predmeti; fotografija, reprodukcija ali resnični predmet za opazovanje; kartice namena in meril; talne oznake štirih postaj; mapa dokazov; sredstva za čiščenje in pospravljanje</w:t>
            </w:r>
          </w:p>
        </w:tc>
      </w:tr>
      <w:tr w:rsidR="00080BF0" w14:paraId="448E898A" w14:textId="77777777">
        <w:trPr>
          <w:cantSplit/>
          <w:jc w:val="center"/>
        </w:trPr>
        <w:tc>
          <w:tcPr>
            <w:tcW w:w="14060" w:type="dxa"/>
            <w:gridSpan w:val="6"/>
            <w:tcMar>
              <w:top w:w="70" w:type="dxa"/>
              <w:left w:w="90" w:type="dxa"/>
              <w:bottom w:w="70" w:type="dxa"/>
              <w:right w:w="90" w:type="dxa"/>
            </w:tcMar>
            <w:vAlign w:val="center"/>
          </w:tcPr>
          <w:p w14:paraId="347BF234" w14:textId="77777777" w:rsidR="00080BF0" w:rsidRDefault="00080BF0"/>
          <w:p w14:paraId="12077E8C"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08175AAB" w14:textId="77777777">
        <w:trPr>
          <w:cantSplit/>
          <w:jc w:val="center"/>
        </w:trPr>
        <w:tc>
          <w:tcPr>
            <w:tcW w:w="14060" w:type="dxa"/>
            <w:gridSpan w:val="6"/>
            <w:tcMar>
              <w:top w:w="70" w:type="dxa"/>
              <w:left w:w="90" w:type="dxa"/>
              <w:bottom w:w="70" w:type="dxa"/>
              <w:right w:w="90" w:type="dxa"/>
            </w:tcMar>
            <w:vAlign w:val="center"/>
          </w:tcPr>
          <w:p w14:paraId="2B3F5451" w14:textId="77777777" w:rsidR="00080BF0" w:rsidRDefault="00080BF0"/>
          <w:p w14:paraId="37927175"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24E0B05C" w14:textId="77777777">
        <w:trPr>
          <w:cantSplit/>
          <w:jc w:val="center"/>
        </w:trPr>
        <w:tc>
          <w:tcPr>
            <w:tcW w:w="14060" w:type="dxa"/>
            <w:gridSpan w:val="6"/>
            <w:tcMar>
              <w:top w:w="70" w:type="dxa"/>
              <w:left w:w="90" w:type="dxa"/>
              <w:bottom w:w="70" w:type="dxa"/>
              <w:right w:w="90" w:type="dxa"/>
            </w:tcMar>
            <w:vAlign w:val="center"/>
          </w:tcPr>
          <w:p w14:paraId="02FDF857" w14:textId="77777777" w:rsidR="00080BF0" w:rsidRDefault="00080BF0"/>
          <w:p w14:paraId="642CC725"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5ADA82B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AD6371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D4FF99"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55E39A6" w14:textId="77777777" w:rsidR="00080BF0" w:rsidRDefault="00000000">
            <w:pPr>
              <w:jc w:val="center"/>
            </w:pPr>
            <w:r>
              <w:rPr>
                <w:b/>
                <w:color w:val="000000"/>
                <w:sz w:val="20"/>
              </w:rPr>
              <w:t>UČNE DEJAVNOSTI, METODE IN FORMATIVNO SPREMLJANJE</w:t>
            </w:r>
          </w:p>
        </w:tc>
      </w:tr>
      <w:tr w:rsidR="00080BF0" w14:paraId="5147A6E5" w14:textId="77777777">
        <w:trPr>
          <w:tblHeader/>
          <w:jc w:val="center"/>
        </w:trPr>
        <w:tc>
          <w:tcPr>
            <w:tcW w:w="4422" w:type="dxa"/>
            <w:vMerge/>
            <w:tcMar>
              <w:top w:w="70" w:type="dxa"/>
              <w:left w:w="90" w:type="dxa"/>
              <w:bottom w:w="70" w:type="dxa"/>
              <w:right w:w="90" w:type="dxa"/>
            </w:tcMar>
            <w:vAlign w:val="center"/>
          </w:tcPr>
          <w:p w14:paraId="570C90D9" w14:textId="77777777" w:rsidR="00080BF0" w:rsidRDefault="00080BF0"/>
        </w:tc>
        <w:tc>
          <w:tcPr>
            <w:tcW w:w="7087" w:type="dxa"/>
            <w:shd w:val="clear" w:color="auto" w:fill="FFFFFF"/>
            <w:tcMar>
              <w:top w:w="70" w:type="dxa"/>
              <w:left w:w="90" w:type="dxa"/>
              <w:bottom w:w="70" w:type="dxa"/>
              <w:right w:w="90" w:type="dxa"/>
            </w:tcMar>
            <w:vAlign w:val="center"/>
          </w:tcPr>
          <w:p w14:paraId="181DBBB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7B6F7A7" w14:textId="77777777" w:rsidR="00080BF0" w:rsidRDefault="00000000">
            <w:pPr>
              <w:jc w:val="center"/>
            </w:pPr>
            <w:r>
              <w:rPr>
                <w:b/>
                <w:color w:val="000000"/>
              </w:rPr>
              <w:t>UČENEC</w:t>
            </w:r>
          </w:p>
        </w:tc>
      </w:tr>
      <w:tr w:rsidR="00080BF0" w14:paraId="4FE3C8E0" w14:textId="77777777">
        <w:trPr>
          <w:jc w:val="center"/>
        </w:trPr>
        <w:tc>
          <w:tcPr>
            <w:tcW w:w="4422" w:type="dxa"/>
            <w:tcMar>
              <w:top w:w="70" w:type="dxa"/>
              <w:left w:w="90" w:type="dxa"/>
              <w:bottom w:w="70" w:type="dxa"/>
              <w:right w:w="90" w:type="dxa"/>
            </w:tcMar>
          </w:tcPr>
          <w:p w14:paraId="44DA883E" w14:textId="77777777" w:rsidR="00080BF0" w:rsidRDefault="00080BF0"/>
          <w:p w14:paraId="0EA97F54" w14:textId="77777777" w:rsidR="00080BF0" w:rsidRDefault="00000000">
            <w:pPr>
              <w:spacing w:after="60" w:line="245" w:lineRule="auto"/>
            </w:pPr>
            <w:r>
              <w:rPr>
                <w:b/>
                <w:color w:val="000000"/>
              </w:rPr>
              <w:t>UČNI CILJI</w:t>
            </w:r>
          </w:p>
          <w:p w14:paraId="178673F6" w14:textId="77777777" w:rsidR="00080BF0" w:rsidRDefault="00000000">
            <w:pPr>
              <w:spacing w:after="20" w:line="245" w:lineRule="auto"/>
            </w:pPr>
            <w:r>
              <w:rPr>
                <w:b/>
                <w:color w:val="000000"/>
                <w:sz w:val="17"/>
              </w:rPr>
              <w:t>SPLOŠNI</w:t>
            </w:r>
          </w:p>
          <w:p w14:paraId="1C1B71EC"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63EE1E22"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4106EF6B"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421BB962"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3CA3B274" w14:textId="77777777" w:rsidR="00080BF0" w:rsidRDefault="00000000">
            <w:pPr>
              <w:spacing w:before="40" w:after="20" w:line="245" w:lineRule="auto"/>
            </w:pPr>
            <w:r>
              <w:rPr>
                <w:b/>
                <w:color w:val="000000"/>
                <w:sz w:val="17"/>
              </w:rPr>
              <w:t>OPERATIVNI</w:t>
            </w:r>
          </w:p>
          <w:p w14:paraId="6F01DB6A" w14:textId="77777777" w:rsidR="00080BF0" w:rsidRDefault="00000000">
            <w:pPr>
              <w:pStyle w:val="Oznaenseznam"/>
              <w:spacing w:after="16"/>
            </w:pPr>
            <w:r>
              <w:rPr>
                <w:color w:val="000000"/>
                <w:sz w:val="16"/>
              </w:rPr>
              <w:t>riše ravne in krive črte</w:t>
            </w:r>
          </w:p>
          <w:p w14:paraId="354B5217" w14:textId="77777777" w:rsidR="00080BF0" w:rsidRDefault="00000000">
            <w:pPr>
              <w:pStyle w:val="Oznaenseznam"/>
              <w:spacing w:after="16"/>
            </w:pPr>
            <w:r>
              <w:rPr>
                <w:color w:val="000000"/>
                <w:sz w:val="16"/>
              </w:rPr>
              <w:t>razlikuje sklenjeno in nesklenjeno črto</w:t>
            </w:r>
          </w:p>
          <w:p w14:paraId="25991B71" w14:textId="77777777" w:rsidR="00080BF0" w:rsidRDefault="00000000">
            <w:pPr>
              <w:pStyle w:val="Oznaenseznam"/>
              <w:spacing w:after="16"/>
            </w:pPr>
            <w:r>
              <w:rPr>
                <w:color w:val="000000"/>
                <w:sz w:val="16"/>
              </w:rPr>
              <w:t>uporabi risarsko tehniko</w:t>
            </w:r>
          </w:p>
          <w:p w14:paraId="7DBE84C8" w14:textId="77777777" w:rsidR="00080BF0" w:rsidRDefault="00000000">
            <w:pPr>
              <w:spacing w:before="40" w:after="20" w:line="245" w:lineRule="auto"/>
            </w:pPr>
            <w:r>
              <w:rPr>
                <w:b/>
                <w:color w:val="000000"/>
                <w:sz w:val="17"/>
              </w:rPr>
              <w:t>PRIČAKOVANI DOSEŽKI / MINIMALNI POUDARKI</w:t>
            </w:r>
          </w:p>
          <w:p w14:paraId="10F8D87B" w14:textId="77777777" w:rsidR="00080BF0" w:rsidRDefault="00000000">
            <w:pPr>
              <w:pStyle w:val="Oznaenseznam"/>
              <w:spacing w:after="16"/>
            </w:pPr>
            <w:r>
              <w:rPr>
                <w:color w:val="000000"/>
                <w:sz w:val="15"/>
              </w:rPr>
              <w:t>samostojno oziroma z dogovorjeno oporo riše ravne in krive črte</w:t>
            </w:r>
          </w:p>
          <w:p w14:paraId="3595A8D9" w14:textId="77777777" w:rsidR="00080BF0" w:rsidRDefault="00000000">
            <w:pPr>
              <w:pStyle w:val="Oznaenseznam"/>
              <w:spacing w:after="16"/>
            </w:pPr>
            <w:r>
              <w:rPr>
                <w:color w:val="000000"/>
                <w:sz w:val="15"/>
              </w:rPr>
              <w:t>samostojno oziroma z dogovorjeno oporo razlikuje sklenjeno in nesklenjeno črto</w:t>
            </w:r>
          </w:p>
          <w:p w14:paraId="497B4F38" w14:textId="77777777" w:rsidR="00080BF0" w:rsidRDefault="00000000">
            <w:pPr>
              <w:pStyle w:val="Oznaenseznam"/>
              <w:spacing w:after="16"/>
            </w:pPr>
            <w:r>
              <w:rPr>
                <w:color w:val="000000"/>
                <w:sz w:val="15"/>
              </w:rPr>
              <w:t>samostojno oziroma z dogovorjeno oporo uporabi risarsko tehniko</w:t>
            </w:r>
          </w:p>
        </w:tc>
        <w:tc>
          <w:tcPr>
            <w:tcW w:w="7087" w:type="dxa"/>
            <w:tcMar>
              <w:top w:w="70" w:type="dxa"/>
              <w:left w:w="90" w:type="dxa"/>
              <w:bottom w:w="70" w:type="dxa"/>
              <w:right w:w="90" w:type="dxa"/>
            </w:tcMar>
          </w:tcPr>
          <w:p w14:paraId="1A9AEEA3"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55428D7E" w14:textId="77777777">
              <w:trPr>
                <w:jc w:val="center"/>
              </w:trPr>
              <w:tc>
                <w:tcPr>
                  <w:tcW w:w="7087" w:type="dxa"/>
                  <w:shd w:val="clear" w:color="auto" w:fill="C6E7F3"/>
                  <w:tcMar>
                    <w:top w:w="45" w:type="dxa"/>
                    <w:left w:w="70" w:type="dxa"/>
                    <w:bottom w:w="45" w:type="dxa"/>
                    <w:right w:w="70" w:type="dxa"/>
                  </w:tcMar>
                </w:tcPr>
                <w:p w14:paraId="44C1AE25" w14:textId="77777777" w:rsidR="00080BF0" w:rsidRDefault="00000000">
                  <w:pPr>
                    <w:keepNext/>
                  </w:pPr>
                  <w:r>
                    <w:rPr>
                      <w:b/>
                      <w:color w:val="000000"/>
                    </w:rPr>
                    <w:t>UVODNI DEL – likovna uganka, opazovanje, aktivacija predznanja in namen učenja (8–12 min)</w:t>
                  </w:r>
                </w:p>
              </w:tc>
            </w:tr>
          </w:tbl>
          <w:p w14:paraId="753B029F" w14:textId="77777777" w:rsidR="00080BF0" w:rsidRDefault="00080BF0">
            <w:pPr>
              <w:spacing w:line="20" w:lineRule="exact"/>
            </w:pPr>
          </w:p>
          <w:p w14:paraId="73E08485" w14:textId="77777777" w:rsidR="00080BF0" w:rsidRDefault="00000000">
            <w:pPr>
              <w:spacing w:before="40" w:after="60" w:line="245" w:lineRule="auto"/>
            </w:pPr>
            <w:r>
              <w:rPr>
                <w:color w:val="000000"/>
                <w:sz w:val="16"/>
              </w:rPr>
              <w:t>Ob književnem motivu »Volk in sedem kozličkov« – brata Grimm učenci vstopijo v temo prepoznavanje znakov, varnost doma in kritično poslušanje. Učiteljica pokaže fotografijo, reprodukcijo, predmet ali material in pove kratko likovno zgodbo: likovni detektiv odkrije nepopolno risbo na temo »črte v prostoru« in prosi učence, naj z različnimi črtami, pogledi ali podrobnostmi poiščejo več možnih rešitev. Tematska rešitev: oblikuje vrata, sledi ali lutko iz pravljice.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11972088" w14:textId="77777777">
              <w:trPr>
                <w:jc w:val="center"/>
              </w:trPr>
              <w:tc>
                <w:tcPr>
                  <w:tcW w:w="7087" w:type="dxa"/>
                  <w:shd w:val="clear" w:color="auto" w:fill="EDC9EA"/>
                  <w:tcMar>
                    <w:top w:w="45" w:type="dxa"/>
                    <w:left w:w="70" w:type="dxa"/>
                    <w:bottom w:w="45" w:type="dxa"/>
                    <w:right w:w="70" w:type="dxa"/>
                  </w:tcMar>
                </w:tcPr>
                <w:p w14:paraId="0748DEC7" w14:textId="77777777" w:rsidR="00080BF0" w:rsidRDefault="00000000">
                  <w:pPr>
                    <w:keepNext/>
                  </w:pPr>
                  <w:r>
                    <w:rPr>
                      <w:b/>
                      <w:color w:val="000000"/>
                    </w:rPr>
                    <w:t>NAMENI UČENJA</w:t>
                  </w:r>
                </w:p>
              </w:tc>
            </w:tr>
          </w:tbl>
          <w:p w14:paraId="6DC7C9A2" w14:textId="77777777" w:rsidR="00080BF0" w:rsidRDefault="00080BF0">
            <w:pPr>
              <w:spacing w:line="20" w:lineRule="exact"/>
            </w:pPr>
          </w:p>
          <w:p w14:paraId="248F4FF4"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28FB001C" w14:textId="77777777" w:rsidR="00080BF0" w:rsidRDefault="00000000">
            <w:pPr>
              <w:pStyle w:val="Oznaenseznam"/>
              <w:spacing w:after="16"/>
            </w:pPr>
            <w:r>
              <w:rPr>
                <w:color w:val="000000"/>
                <w:sz w:val="16"/>
              </w:rPr>
              <w:t>rišem ravne in krive črte</w:t>
            </w:r>
          </w:p>
          <w:p w14:paraId="403FFC0D" w14:textId="77777777" w:rsidR="00080BF0" w:rsidRDefault="00000000">
            <w:pPr>
              <w:pStyle w:val="Oznaenseznam"/>
              <w:spacing w:after="16"/>
            </w:pPr>
            <w:r>
              <w:rPr>
                <w:color w:val="000000"/>
                <w:sz w:val="16"/>
              </w:rPr>
              <w:t>razlikujem sklenjeno in nesklenjeno črto</w:t>
            </w:r>
          </w:p>
          <w:p w14:paraId="71B55C4E" w14:textId="77777777" w:rsidR="00080BF0" w:rsidRDefault="00000000">
            <w:pPr>
              <w:pStyle w:val="Oznaenseznam"/>
              <w:spacing w:after="16"/>
            </w:pPr>
            <w:r>
              <w:rPr>
                <w:color w:val="000000"/>
                <w:sz w:val="16"/>
              </w:rPr>
              <w:t>uporabim risarsko tehniko</w:t>
            </w:r>
          </w:p>
          <w:tbl>
            <w:tblPr>
              <w:tblStyle w:val="Tabelamrea"/>
              <w:tblW w:w="0" w:type="auto"/>
              <w:jc w:val="center"/>
              <w:tblLayout w:type="fixed"/>
              <w:tblLook w:val="04A0" w:firstRow="1" w:lastRow="0" w:firstColumn="1" w:lastColumn="0" w:noHBand="0" w:noVBand="1"/>
            </w:tblPr>
            <w:tblGrid>
              <w:gridCol w:w="7087"/>
            </w:tblGrid>
            <w:tr w:rsidR="00080BF0" w14:paraId="6CCA1478" w14:textId="77777777">
              <w:trPr>
                <w:jc w:val="center"/>
              </w:trPr>
              <w:tc>
                <w:tcPr>
                  <w:tcW w:w="7087" w:type="dxa"/>
                  <w:shd w:val="clear" w:color="auto" w:fill="EDC9EA"/>
                  <w:tcMar>
                    <w:top w:w="45" w:type="dxa"/>
                    <w:left w:w="70" w:type="dxa"/>
                    <w:bottom w:w="45" w:type="dxa"/>
                    <w:right w:w="70" w:type="dxa"/>
                  </w:tcMar>
                </w:tcPr>
                <w:p w14:paraId="55A31784" w14:textId="77777777" w:rsidR="00080BF0" w:rsidRDefault="00000000">
                  <w:pPr>
                    <w:keepNext/>
                  </w:pPr>
                  <w:r>
                    <w:rPr>
                      <w:b/>
                      <w:color w:val="000000"/>
                    </w:rPr>
                    <w:t>PREVERJANJE PREDZNANJA</w:t>
                  </w:r>
                </w:p>
              </w:tc>
            </w:tr>
          </w:tbl>
          <w:p w14:paraId="1F80208E" w14:textId="77777777" w:rsidR="00080BF0" w:rsidRDefault="00080BF0">
            <w:pPr>
              <w:spacing w:line="20" w:lineRule="exact"/>
            </w:pPr>
          </w:p>
          <w:p w14:paraId="116D9CDD" w14:textId="77777777" w:rsidR="00080BF0" w:rsidRDefault="00000000">
            <w:pPr>
              <w:pStyle w:val="Oznaenseznam"/>
              <w:spacing w:after="16"/>
            </w:pPr>
            <w:r>
              <w:rPr>
                <w:color w:val="000000"/>
                <w:sz w:val="16"/>
              </w:rPr>
              <w:t>Kaj najprej opazim pri motivu, predmetu ali materialu, povezanem s temo »ČRTE V PROSTORU«?</w:t>
            </w:r>
          </w:p>
          <w:p w14:paraId="35278362"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47E809D0"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7D47879D" w14:textId="77777777">
              <w:trPr>
                <w:jc w:val="center"/>
              </w:trPr>
              <w:tc>
                <w:tcPr>
                  <w:tcW w:w="7087" w:type="dxa"/>
                  <w:shd w:val="clear" w:color="auto" w:fill="EDC9EA"/>
                  <w:tcMar>
                    <w:top w:w="45" w:type="dxa"/>
                    <w:left w:w="70" w:type="dxa"/>
                    <w:bottom w:w="45" w:type="dxa"/>
                    <w:right w:w="70" w:type="dxa"/>
                  </w:tcMar>
                </w:tcPr>
                <w:p w14:paraId="2BCD47C8" w14:textId="77777777" w:rsidR="00080BF0" w:rsidRDefault="00000000">
                  <w:pPr>
                    <w:keepNext/>
                  </w:pPr>
                  <w:r>
                    <w:rPr>
                      <w:b/>
                      <w:color w:val="000000"/>
                    </w:rPr>
                    <w:t>KRITERIJI USPEŠNOSTI</w:t>
                  </w:r>
                </w:p>
              </w:tc>
            </w:tr>
          </w:tbl>
          <w:p w14:paraId="3C2A8893" w14:textId="77777777" w:rsidR="00080BF0" w:rsidRDefault="00080BF0"/>
          <w:p w14:paraId="46C630AA" w14:textId="77777777" w:rsidR="00080BF0" w:rsidRDefault="00000000">
            <w:pPr>
              <w:spacing w:before="20" w:after="20" w:line="245" w:lineRule="auto"/>
            </w:pPr>
            <w:r>
              <w:rPr>
                <w:b/>
                <w:color w:val="000000"/>
                <w:sz w:val="16"/>
              </w:rPr>
              <w:t>Uspešen/-na bom, ko:</w:t>
            </w:r>
          </w:p>
          <w:p w14:paraId="3C45CB9D" w14:textId="77777777" w:rsidR="00080BF0" w:rsidRDefault="00000000">
            <w:pPr>
              <w:pStyle w:val="Oznaenseznam"/>
              <w:spacing w:after="16"/>
            </w:pPr>
            <w:r>
              <w:rPr>
                <w:color w:val="000000"/>
                <w:sz w:val="16"/>
              </w:rPr>
              <w:t>rišem ravne in krive črte</w:t>
            </w:r>
          </w:p>
          <w:p w14:paraId="5CA1286A" w14:textId="77777777" w:rsidR="00080BF0" w:rsidRDefault="00000000">
            <w:pPr>
              <w:pStyle w:val="Oznaenseznam"/>
              <w:spacing w:after="16"/>
            </w:pPr>
            <w:r>
              <w:rPr>
                <w:color w:val="000000"/>
                <w:sz w:val="16"/>
              </w:rPr>
              <w:t>razlikujem sklenjeno in nesklenjeno črto</w:t>
            </w:r>
          </w:p>
          <w:p w14:paraId="2D98574E" w14:textId="77777777" w:rsidR="00080BF0" w:rsidRDefault="00000000">
            <w:pPr>
              <w:pStyle w:val="Oznaenseznam"/>
              <w:spacing w:after="16"/>
            </w:pPr>
            <w:r>
              <w:rPr>
                <w:color w:val="000000"/>
                <w:sz w:val="16"/>
              </w:rPr>
              <w:t>uporabim risarsko tehniko</w:t>
            </w:r>
          </w:p>
          <w:p w14:paraId="485A1B49" w14:textId="77777777" w:rsidR="00080BF0" w:rsidRDefault="00000000">
            <w:pPr>
              <w:pStyle w:val="Oznaenseznam"/>
              <w:spacing w:after="16"/>
            </w:pPr>
            <w:r>
              <w:rPr>
                <w:color w:val="000000"/>
                <w:sz w:val="15"/>
              </w:rPr>
              <w:t>varno in namensko uporabim material, zaščitim prostor ter po delu uredim svojo postajo</w:t>
            </w:r>
          </w:p>
          <w:p w14:paraId="43D59217"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73525CA3" w14:textId="77777777" w:rsidR="00080BF0" w:rsidRDefault="00080BF0"/>
          <w:p w14:paraId="39B8C2B7"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0012B6BC" w14:textId="77777777" w:rsidR="00080BF0" w:rsidRDefault="00000000">
            <w:pPr>
              <w:spacing w:after="80" w:line="245" w:lineRule="auto"/>
            </w:pPr>
            <w:r>
              <w:rPr>
                <w:color w:val="000000"/>
                <w:sz w:val="16"/>
              </w:rPr>
              <w:t>Pove ali pokaže, kaj že zna opaziti in katero likovno možnost bi najprej preizkusil.</w:t>
            </w:r>
          </w:p>
          <w:p w14:paraId="68F8EC03" w14:textId="77777777" w:rsidR="00080BF0" w:rsidRDefault="00000000">
            <w:pPr>
              <w:spacing w:after="100" w:line="245" w:lineRule="auto"/>
            </w:pPr>
            <w:r>
              <w:rPr>
                <w:color w:val="000000"/>
                <w:sz w:val="16"/>
              </w:rPr>
              <w:t>Sodeluje pri razumevanju namena, meril uspešnosti, varne rabe pripomočkov in načina dokazovanja.</w:t>
            </w:r>
          </w:p>
          <w:p w14:paraId="30832541" w14:textId="77777777" w:rsidR="00080BF0" w:rsidRDefault="00000000">
            <w:pPr>
              <w:spacing w:after="20" w:line="245" w:lineRule="auto"/>
            </w:pPr>
            <w:r>
              <w:rPr>
                <w:b/>
                <w:color w:val="D95BC6"/>
                <w:sz w:val="17"/>
              </w:rPr>
              <w:t>DOKAZ O UČENJU</w:t>
            </w:r>
          </w:p>
          <w:p w14:paraId="323900E3"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709E0CFE"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60E072C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A656162"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E55E936" w14:textId="77777777" w:rsidR="00080BF0" w:rsidRDefault="00000000">
            <w:pPr>
              <w:jc w:val="center"/>
            </w:pPr>
            <w:r>
              <w:rPr>
                <w:b/>
                <w:color w:val="000000"/>
                <w:sz w:val="20"/>
              </w:rPr>
              <w:t>UČNE DEJAVNOSTI, METODE IN FORMATIVNO SPREMLJANJE</w:t>
            </w:r>
          </w:p>
        </w:tc>
      </w:tr>
      <w:tr w:rsidR="00080BF0" w14:paraId="4247C393" w14:textId="77777777">
        <w:trPr>
          <w:tblHeader/>
          <w:jc w:val="center"/>
        </w:trPr>
        <w:tc>
          <w:tcPr>
            <w:tcW w:w="4422" w:type="dxa"/>
            <w:vMerge/>
            <w:tcMar>
              <w:top w:w="70" w:type="dxa"/>
              <w:left w:w="90" w:type="dxa"/>
              <w:bottom w:w="70" w:type="dxa"/>
              <w:right w:w="90" w:type="dxa"/>
            </w:tcMar>
            <w:vAlign w:val="center"/>
          </w:tcPr>
          <w:p w14:paraId="1DA095BD" w14:textId="77777777" w:rsidR="00080BF0" w:rsidRDefault="00080BF0"/>
        </w:tc>
        <w:tc>
          <w:tcPr>
            <w:tcW w:w="7087" w:type="dxa"/>
            <w:shd w:val="clear" w:color="auto" w:fill="FFFFFF"/>
            <w:tcMar>
              <w:top w:w="70" w:type="dxa"/>
              <w:left w:w="90" w:type="dxa"/>
              <w:bottom w:w="70" w:type="dxa"/>
              <w:right w:w="90" w:type="dxa"/>
            </w:tcMar>
            <w:vAlign w:val="center"/>
          </w:tcPr>
          <w:p w14:paraId="349D2BC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CA5735F" w14:textId="77777777" w:rsidR="00080BF0" w:rsidRDefault="00000000">
            <w:pPr>
              <w:jc w:val="center"/>
            </w:pPr>
            <w:r>
              <w:rPr>
                <w:b/>
                <w:color w:val="000000"/>
              </w:rPr>
              <w:t>UČENEC</w:t>
            </w:r>
          </w:p>
        </w:tc>
      </w:tr>
      <w:tr w:rsidR="00080BF0" w14:paraId="7EB2C9DF" w14:textId="77777777">
        <w:trPr>
          <w:jc w:val="center"/>
        </w:trPr>
        <w:tc>
          <w:tcPr>
            <w:tcW w:w="4422" w:type="dxa"/>
            <w:tcMar>
              <w:top w:w="70" w:type="dxa"/>
              <w:left w:w="90" w:type="dxa"/>
              <w:bottom w:w="70" w:type="dxa"/>
              <w:right w:w="90" w:type="dxa"/>
            </w:tcMar>
          </w:tcPr>
          <w:p w14:paraId="5626C3DB" w14:textId="77777777" w:rsidR="00080BF0" w:rsidRDefault="00080BF0"/>
          <w:p w14:paraId="28348027" w14:textId="77777777" w:rsidR="00080BF0" w:rsidRDefault="00000000">
            <w:pPr>
              <w:spacing w:after="40" w:line="245" w:lineRule="auto"/>
            </w:pPr>
            <w:r>
              <w:rPr>
                <w:b/>
                <w:color w:val="000000"/>
              </w:rPr>
              <w:t>KLJUČNI LIKOVNI POJMI</w:t>
            </w:r>
          </w:p>
          <w:p w14:paraId="0125189C"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pika, ravna in kriva črta, sklenjena oblika, podrobnost, razmerje, simbol</w:t>
            </w:r>
          </w:p>
          <w:p w14:paraId="072DD43E" w14:textId="77777777" w:rsidR="00080BF0" w:rsidRDefault="00000000">
            <w:pPr>
              <w:spacing w:after="20" w:line="245" w:lineRule="auto"/>
            </w:pPr>
            <w:r>
              <w:rPr>
                <w:b/>
                <w:color w:val="000000"/>
                <w:sz w:val="17"/>
              </w:rPr>
              <w:t>DOKAZI O UČENJU</w:t>
            </w:r>
          </w:p>
          <w:p w14:paraId="04341184" w14:textId="77777777" w:rsidR="00080BF0" w:rsidRDefault="00000000">
            <w:pPr>
              <w:pStyle w:val="Oznaenseznam"/>
              <w:spacing w:after="9"/>
            </w:pPr>
            <w:r>
              <w:rPr>
                <w:color w:val="000000"/>
                <w:sz w:val="15"/>
              </w:rPr>
              <w:t>list materialnih poskusov, skica/načrt, učenčeva razlaga in učiteljev zapis o varni rabi pripomočkov.</w:t>
            </w:r>
          </w:p>
          <w:p w14:paraId="5C909C67" w14:textId="77777777" w:rsidR="00080BF0" w:rsidRDefault="00000000">
            <w:pPr>
              <w:pStyle w:val="Oznaenseznam"/>
              <w:spacing w:after="9"/>
            </w:pPr>
            <w:r>
              <w:rPr>
                <w:color w:val="000000"/>
                <w:sz w:val="15"/>
              </w:rPr>
              <w:t>likovni proces in izdelek, fotografija faze, učenčeva razlaga ter samovrednotenje v mapi.</w:t>
            </w:r>
          </w:p>
          <w:p w14:paraId="32CCFA64" w14:textId="77777777" w:rsidR="00080BF0" w:rsidRDefault="00000000">
            <w:pPr>
              <w:spacing w:before="40" w:after="20" w:line="245" w:lineRule="auto"/>
            </w:pPr>
            <w:r>
              <w:rPr>
                <w:b/>
                <w:color w:val="000000"/>
                <w:sz w:val="17"/>
              </w:rPr>
              <w:t>LIKOVNO DOŽIVETJE IN IZKUŠENJSKI POUK</w:t>
            </w:r>
          </w:p>
          <w:p w14:paraId="7CAE9DC0"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51E6BD45" w14:textId="77777777" w:rsidR="00080BF0" w:rsidRDefault="00000000">
            <w:pPr>
              <w:spacing w:after="20" w:line="245" w:lineRule="auto"/>
            </w:pPr>
            <w:r>
              <w:rPr>
                <w:b/>
                <w:color w:val="000000"/>
                <w:sz w:val="17"/>
              </w:rPr>
              <w:t>POUČEVANJE V GIBANJU</w:t>
            </w:r>
          </w:p>
          <w:p w14:paraId="1BF7D6E9"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0DFC7021" w14:textId="77777777" w:rsidR="00080BF0" w:rsidRDefault="00000000">
            <w:pPr>
              <w:spacing w:after="20" w:line="245" w:lineRule="auto"/>
            </w:pPr>
            <w:r>
              <w:rPr>
                <w:b/>
                <w:color w:val="000000"/>
                <w:sz w:val="17"/>
              </w:rPr>
              <w:t>DELO PO POSTAJAH</w:t>
            </w:r>
          </w:p>
          <w:p w14:paraId="28666068"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7A8D3504" w14:textId="77777777" w:rsidR="00080BF0" w:rsidRDefault="00000000">
            <w:pPr>
              <w:spacing w:after="9" w:line="245" w:lineRule="auto"/>
            </w:pPr>
            <w:r>
              <w:rPr>
                <w:color w:val="000000"/>
                <w:sz w:val="14"/>
              </w:rPr>
              <w:t>1. Opazovalna: predmet, obraz, figuro ali motiv opazujem z okvirjem ter poiščem tri pomembne črte, oblike ali podrobnosti.</w:t>
            </w:r>
          </w:p>
          <w:p w14:paraId="1637E659" w14:textId="77777777" w:rsidR="00080BF0" w:rsidRDefault="00000000">
            <w:pPr>
              <w:spacing w:after="9" w:line="245" w:lineRule="auto"/>
            </w:pPr>
            <w:r>
              <w:rPr>
                <w:color w:val="000000"/>
                <w:sz w:val="14"/>
              </w:rPr>
              <w:t>2. Risarski laboratorij: na poskusnem listu primerjam sledi različnih risal, pritisk, smer in gostoto črt.</w:t>
            </w:r>
          </w:p>
          <w:p w14:paraId="798C9C9A" w14:textId="77777777" w:rsidR="00080BF0" w:rsidRDefault="00000000">
            <w:pPr>
              <w:spacing w:after="9" w:line="245" w:lineRule="auto"/>
            </w:pPr>
            <w:r>
              <w:rPr>
                <w:color w:val="000000"/>
                <w:sz w:val="14"/>
              </w:rPr>
              <w:t>3. Gibalna črta: z vrvjo, korakom, roko ali celim telesom oblikujem ravno, krivo, sklenjeno in nesklenjeno pot.</w:t>
            </w:r>
          </w:p>
          <w:p w14:paraId="2260A999" w14:textId="77777777" w:rsidR="00080BF0" w:rsidRDefault="00000000">
            <w:pPr>
              <w:spacing w:after="9" w:line="245" w:lineRule="auto"/>
            </w:pPr>
            <w:r>
              <w:rPr>
                <w:color w:val="000000"/>
                <w:sz w:val="14"/>
              </w:rPr>
              <w:t>4. Ustvarjalno-refleksivna: izdelam osebno rešitev, izberem dokaz, ga pojasnim in po odzivu izboljšam.</w:t>
            </w:r>
          </w:p>
          <w:p w14:paraId="71570A8D" w14:textId="77777777" w:rsidR="00080BF0" w:rsidRDefault="00000000">
            <w:pPr>
              <w:spacing w:after="20" w:line="245" w:lineRule="auto"/>
            </w:pPr>
            <w:r>
              <w:rPr>
                <w:b/>
                <w:color w:val="000000"/>
                <w:sz w:val="17"/>
              </w:rPr>
              <w:t>DIFERENCIACIJA IN VKLJUČEVANJE</w:t>
            </w:r>
          </w:p>
          <w:p w14:paraId="333CB75D"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3B53333E" w14:textId="77777777" w:rsidR="00080BF0" w:rsidRDefault="00000000">
            <w:pPr>
              <w:spacing w:after="20" w:line="245" w:lineRule="auto"/>
            </w:pPr>
            <w:r>
              <w:rPr>
                <w:b/>
                <w:color w:val="000000"/>
                <w:sz w:val="17"/>
              </w:rPr>
              <w:t>SPREMLJANJE</w:t>
            </w:r>
          </w:p>
          <w:p w14:paraId="01E19DCE"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476F97D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2289EB7" w14:textId="77777777">
              <w:trPr>
                <w:jc w:val="center"/>
              </w:trPr>
              <w:tc>
                <w:tcPr>
                  <w:tcW w:w="7087" w:type="dxa"/>
                  <w:shd w:val="clear" w:color="auto" w:fill="C6E7F3"/>
                  <w:tcMar>
                    <w:top w:w="45" w:type="dxa"/>
                    <w:left w:w="70" w:type="dxa"/>
                    <w:bottom w:w="45" w:type="dxa"/>
                    <w:right w:w="70" w:type="dxa"/>
                  </w:tcMar>
                </w:tcPr>
                <w:p w14:paraId="1F21E3B0" w14:textId="77777777" w:rsidR="00080BF0" w:rsidRDefault="00000000">
                  <w:pPr>
                    <w:keepNext/>
                  </w:pPr>
                  <w:r>
                    <w:rPr>
                      <w:b/>
                      <w:color w:val="000000"/>
                      <w:sz w:val="17"/>
                    </w:rPr>
                    <w:t>GLAVNI DEL – OPAZOVANJE, MATERIALNI PREIZKUS, USTVARJANJE IN GALERIJA (2 šolski uri)</w:t>
                  </w:r>
                </w:p>
              </w:tc>
            </w:tr>
          </w:tbl>
          <w:p w14:paraId="1B5DD323" w14:textId="77777777" w:rsidR="00080BF0" w:rsidRDefault="00080BF0">
            <w:pPr>
              <w:spacing w:line="20" w:lineRule="exact"/>
            </w:pPr>
          </w:p>
          <w:p w14:paraId="7979948B" w14:textId="77777777" w:rsidR="00080BF0" w:rsidRDefault="00000000">
            <w:pPr>
              <w:keepNext/>
              <w:spacing w:before="22" w:after="8" w:line="245" w:lineRule="auto"/>
            </w:pPr>
            <w:r>
              <w:rPr>
                <w:b/>
                <w:color w:val="000000"/>
                <w:sz w:val="16"/>
              </w:rPr>
              <w:t>1. URA – Črte v prostoru – Opazujem, preizkušam, načrtujem</w:t>
            </w:r>
          </w:p>
          <w:p w14:paraId="4844867E"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»ČRTE V PROSTORU«.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07E85C21"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782314FC"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74E8EDD2" w14:textId="77777777" w:rsidR="00080BF0" w:rsidRDefault="00000000">
            <w:pPr>
              <w:keepNext/>
              <w:spacing w:before="22" w:after="8" w:line="245" w:lineRule="auto"/>
            </w:pPr>
            <w:r>
              <w:rPr>
                <w:b/>
                <w:color w:val="000000"/>
                <w:sz w:val="16"/>
              </w:rPr>
              <w:t>2. URA – Črte v prostoru – Ustvarjam, predstavim, izboljšam</w:t>
            </w:r>
          </w:p>
          <w:p w14:paraId="26F88F3F"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»ČRTE V PROSTORU«; postavlja vprašanja o nameri, nudi tehnično oporo in omogoči izboljšavo. Zaključek 10': 10' – Izvede tiho galerijo; modelira odziv »Opazim … / Učinkuje … / Lahko poskusiš …« ter vodi pospravljanje.</w:t>
            </w:r>
          </w:p>
          <w:p w14:paraId="289C2467"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092D45F5"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6EFFDBB2" w14:textId="77777777">
              <w:trPr>
                <w:jc w:val="center"/>
              </w:trPr>
              <w:tc>
                <w:tcPr>
                  <w:tcW w:w="7087" w:type="dxa"/>
                  <w:shd w:val="clear" w:color="auto" w:fill="EDC9EA"/>
                  <w:tcMar>
                    <w:top w:w="45" w:type="dxa"/>
                    <w:left w:w="70" w:type="dxa"/>
                    <w:bottom w:w="45" w:type="dxa"/>
                    <w:right w:w="70" w:type="dxa"/>
                  </w:tcMar>
                </w:tcPr>
                <w:p w14:paraId="28E186DF" w14:textId="77777777" w:rsidR="00080BF0" w:rsidRDefault="00000000">
                  <w:pPr>
                    <w:keepNext/>
                  </w:pPr>
                  <w:r>
                    <w:rPr>
                      <w:b/>
                      <w:color w:val="000000"/>
                      <w:sz w:val="17"/>
                    </w:rPr>
                    <w:t>ORGANIZACIJA POSTAJ IN PREHODOV</w:t>
                  </w:r>
                </w:p>
              </w:tc>
            </w:tr>
          </w:tbl>
          <w:p w14:paraId="689C2ED4" w14:textId="77777777" w:rsidR="00080BF0" w:rsidRDefault="00080BF0"/>
          <w:p w14:paraId="4ABD5BE6" w14:textId="77777777" w:rsidR="00080BF0" w:rsidRDefault="00000000">
            <w:pPr>
              <w:spacing w:before="8" w:after="8" w:line="245" w:lineRule="auto"/>
            </w:pPr>
            <w:r>
              <w:rPr>
                <w:color w:val="000000"/>
                <w:sz w:val="14"/>
              </w:rPr>
              <w:t>Postaja 1: Opazovalna: predmet, obraz, figuro ali motiv opazujem z okvirjem ter poiščem tri pomembne črte, oblike ali podrobnosti.</w:t>
            </w:r>
          </w:p>
          <w:p w14:paraId="5D7B5B13" w14:textId="77777777" w:rsidR="00080BF0" w:rsidRDefault="00000000">
            <w:pPr>
              <w:spacing w:before="8" w:after="8" w:line="245" w:lineRule="auto"/>
            </w:pPr>
            <w:r>
              <w:rPr>
                <w:color w:val="000000"/>
                <w:sz w:val="14"/>
              </w:rPr>
              <w:t>Postaja 2: Risarski laboratorij: na poskusnem listu primerjam sledi različnih risal, pritisk, smer in gostoto črt.</w:t>
            </w:r>
          </w:p>
          <w:p w14:paraId="6061BD8B" w14:textId="77777777" w:rsidR="00080BF0" w:rsidRDefault="00000000">
            <w:pPr>
              <w:spacing w:before="8" w:after="8" w:line="245" w:lineRule="auto"/>
            </w:pPr>
            <w:r>
              <w:rPr>
                <w:color w:val="000000"/>
                <w:sz w:val="14"/>
              </w:rPr>
              <w:t>Postaja 3: Gibalna črta: z vrvjo, korakom, roko ali celim telesom oblikujem ravno, krivo, sklenjeno in nesklenjeno pot.</w:t>
            </w:r>
          </w:p>
          <w:p w14:paraId="20B16EF1" w14:textId="77777777" w:rsidR="00080BF0" w:rsidRDefault="00000000">
            <w:pPr>
              <w:spacing w:before="8" w:after="8" w:line="245" w:lineRule="auto"/>
            </w:pPr>
            <w:r>
              <w:rPr>
                <w:color w:val="000000"/>
                <w:sz w:val="14"/>
              </w:rPr>
              <w:t>Postaja 4: Ustvarjalno-refleksivna: izdelam osebno rešitev, izberem dokaz, ga pojasnim in po odzivu izboljšam.</w:t>
            </w:r>
          </w:p>
          <w:p w14:paraId="51F9C72D"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765AE8F4" w14:textId="77777777" w:rsidR="00080BF0" w:rsidRDefault="00080BF0"/>
          <w:p w14:paraId="18A7D027" w14:textId="77777777" w:rsidR="00080BF0" w:rsidRDefault="00000000">
            <w:pPr>
              <w:spacing w:after="6" w:line="245" w:lineRule="auto"/>
            </w:pPr>
            <w:r>
              <w:rPr>
                <w:b/>
                <w:color w:val="000000"/>
                <w:sz w:val="15"/>
              </w:rPr>
              <w:t>1. URA – Črte v prostoru – Opazujem, preizkušam, načrtujem</w:t>
            </w:r>
          </w:p>
          <w:p w14:paraId="78E93737"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25F82B06" w14:textId="77777777" w:rsidR="00080BF0" w:rsidRDefault="00000000">
            <w:pPr>
              <w:spacing w:after="20" w:line="245" w:lineRule="auto"/>
            </w:pPr>
            <w:r>
              <w:rPr>
                <w:color w:val="D95BC6"/>
                <w:sz w:val="14"/>
              </w:rPr>
              <w:t>Dokaz: list materialnih poskusov, skica/načrt, učenčeva razlaga in učiteljev zapis o varni rabi.</w:t>
            </w:r>
          </w:p>
          <w:p w14:paraId="3C974A57" w14:textId="77777777" w:rsidR="00080BF0" w:rsidRDefault="00000000">
            <w:pPr>
              <w:spacing w:after="6" w:line="245" w:lineRule="auto"/>
            </w:pPr>
            <w:r>
              <w:rPr>
                <w:b/>
                <w:color w:val="000000"/>
                <w:sz w:val="15"/>
              </w:rPr>
              <w:t>2. URA – Črte v prostoru – Ustvarjam, predstavim, izboljšam</w:t>
            </w:r>
          </w:p>
          <w:p w14:paraId="130BB82F"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43A5AEFA" w14:textId="77777777" w:rsidR="00080BF0" w:rsidRDefault="00000000">
            <w:pPr>
              <w:spacing w:after="20" w:line="245" w:lineRule="auto"/>
            </w:pPr>
            <w:r>
              <w:rPr>
                <w:color w:val="D95BC6"/>
                <w:sz w:val="14"/>
              </w:rPr>
              <w:t>Dokaz: likovni proces in izdelek, fotografija faze, učenčeva razlaga ter samovrednotenje v mapi.</w:t>
            </w:r>
          </w:p>
          <w:p w14:paraId="463686BC" w14:textId="77777777" w:rsidR="00080BF0" w:rsidRDefault="00000000">
            <w:pPr>
              <w:spacing w:before="40" w:after="20" w:line="245" w:lineRule="auto"/>
            </w:pPr>
            <w:r>
              <w:rPr>
                <w:b/>
                <w:color w:val="D95BC6"/>
                <w:sz w:val="16"/>
              </w:rPr>
              <w:t>MOJ KROG POSTAJ</w:t>
            </w:r>
          </w:p>
          <w:p w14:paraId="34DBB2F0" w14:textId="77777777" w:rsidR="00080BF0" w:rsidRDefault="00000000">
            <w:pPr>
              <w:spacing w:after="11" w:line="245" w:lineRule="auto"/>
            </w:pPr>
            <w:r>
              <w:rPr>
                <w:color w:val="000000"/>
                <w:sz w:val="13"/>
              </w:rPr>
              <w:t>1. Opazovalna: predmet, obraz, figuro ali motiv opazujem z okvirjem ter poiščem tri pomembne.</w:t>
            </w:r>
          </w:p>
          <w:p w14:paraId="6B6C7674" w14:textId="77777777" w:rsidR="00080BF0" w:rsidRDefault="00000000">
            <w:pPr>
              <w:spacing w:after="11" w:line="245" w:lineRule="auto"/>
            </w:pPr>
            <w:r>
              <w:rPr>
                <w:color w:val="000000"/>
                <w:sz w:val="13"/>
              </w:rPr>
              <w:t>2. Risarski laboratorij: na poskusnem listu primerjam sledi različnih risal, pritisk.</w:t>
            </w:r>
          </w:p>
          <w:p w14:paraId="3B09351B" w14:textId="77777777" w:rsidR="00080BF0" w:rsidRDefault="00000000">
            <w:pPr>
              <w:spacing w:after="11" w:line="245" w:lineRule="auto"/>
            </w:pPr>
            <w:r>
              <w:rPr>
                <w:color w:val="000000"/>
                <w:sz w:val="13"/>
              </w:rPr>
              <w:t>3. Gibalna črta: z vrvjo, korakom, roko ali celim telesom oblikujem ravno, krivo.</w:t>
            </w:r>
          </w:p>
          <w:p w14:paraId="6B47151D" w14:textId="77777777" w:rsidR="00080BF0" w:rsidRDefault="00000000">
            <w:pPr>
              <w:spacing w:after="11" w:line="245" w:lineRule="auto"/>
            </w:pPr>
            <w:r>
              <w:rPr>
                <w:color w:val="000000"/>
                <w:sz w:val="13"/>
              </w:rPr>
              <w:t>4. Ustvarjalno-refleksivna: izdelam osebno rešitev, izberem dokaz.</w:t>
            </w:r>
          </w:p>
          <w:p w14:paraId="2101DE3E"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5FB7A8CB" w14:textId="77777777" w:rsidR="00080BF0" w:rsidRDefault="00000000">
            <w:pPr>
              <w:spacing w:after="20" w:line="245" w:lineRule="auto"/>
            </w:pPr>
            <w:r>
              <w:rPr>
                <w:b/>
                <w:color w:val="D95BC6"/>
                <w:sz w:val="17"/>
              </w:rPr>
              <w:t>DOKAZ O UČENJU</w:t>
            </w:r>
          </w:p>
          <w:p w14:paraId="23D35D66"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2BF77C9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332162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0730A5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85F8304" w14:textId="77777777" w:rsidR="00080BF0" w:rsidRDefault="00000000">
            <w:pPr>
              <w:jc w:val="center"/>
            </w:pPr>
            <w:r>
              <w:rPr>
                <w:b/>
                <w:color w:val="000000"/>
                <w:sz w:val="20"/>
              </w:rPr>
              <w:t>UČNE DEJAVNOSTI, METODE IN FORMATIVNO SPREMLJANJE</w:t>
            </w:r>
          </w:p>
        </w:tc>
      </w:tr>
      <w:tr w:rsidR="00080BF0" w14:paraId="1C77CF3B" w14:textId="77777777">
        <w:trPr>
          <w:tblHeader/>
          <w:jc w:val="center"/>
        </w:trPr>
        <w:tc>
          <w:tcPr>
            <w:tcW w:w="4422" w:type="dxa"/>
            <w:vMerge/>
            <w:tcMar>
              <w:top w:w="70" w:type="dxa"/>
              <w:left w:w="90" w:type="dxa"/>
              <w:bottom w:w="70" w:type="dxa"/>
              <w:right w:w="90" w:type="dxa"/>
            </w:tcMar>
            <w:vAlign w:val="center"/>
          </w:tcPr>
          <w:p w14:paraId="2387DC7D" w14:textId="77777777" w:rsidR="00080BF0" w:rsidRDefault="00080BF0"/>
        </w:tc>
        <w:tc>
          <w:tcPr>
            <w:tcW w:w="7087" w:type="dxa"/>
            <w:shd w:val="clear" w:color="auto" w:fill="FFFFFF"/>
            <w:tcMar>
              <w:top w:w="70" w:type="dxa"/>
              <w:left w:w="90" w:type="dxa"/>
              <w:bottom w:w="70" w:type="dxa"/>
              <w:right w:w="90" w:type="dxa"/>
            </w:tcMar>
            <w:vAlign w:val="center"/>
          </w:tcPr>
          <w:p w14:paraId="2E225B7D"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71C8719" w14:textId="77777777" w:rsidR="00080BF0" w:rsidRDefault="00000000">
            <w:pPr>
              <w:jc w:val="center"/>
            </w:pPr>
            <w:r>
              <w:rPr>
                <w:b/>
                <w:color w:val="000000"/>
              </w:rPr>
              <w:t>UČENEC</w:t>
            </w:r>
          </w:p>
        </w:tc>
      </w:tr>
      <w:tr w:rsidR="00080BF0" w14:paraId="27C1BCBF" w14:textId="77777777">
        <w:trPr>
          <w:jc w:val="center"/>
        </w:trPr>
        <w:tc>
          <w:tcPr>
            <w:tcW w:w="4422" w:type="dxa"/>
            <w:tcMar>
              <w:top w:w="70" w:type="dxa"/>
              <w:left w:w="90" w:type="dxa"/>
              <w:bottom w:w="70" w:type="dxa"/>
              <w:right w:w="90" w:type="dxa"/>
            </w:tcMar>
          </w:tcPr>
          <w:p w14:paraId="3B55DBBB" w14:textId="77777777" w:rsidR="00080BF0" w:rsidRDefault="00080BF0"/>
          <w:p w14:paraId="67DB71D8" w14:textId="77777777" w:rsidR="00080BF0" w:rsidRDefault="00000000">
            <w:pPr>
              <w:spacing w:after="40" w:line="245" w:lineRule="auto"/>
            </w:pPr>
            <w:r>
              <w:rPr>
                <w:b/>
                <w:color w:val="000000"/>
              </w:rPr>
              <w:t>FORMATIVNO SPREMLJANJE</w:t>
            </w:r>
          </w:p>
          <w:p w14:paraId="68AB4E4C" w14:textId="77777777" w:rsidR="00080BF0" w:rsidRDefault="00000000">
            <w:pPr>
              <w:pStyle w:val="Oznaenseznam"/>
              <w:spacing w:after="16"/>
            </w:pPr>
            <w:r>
              <w:rPr>
                <w:color w:val="000000"/>
                <w:sz w:val="15"/>
              </w:rPr>
              <w:t>predznanje: opažanje, gibalna ponazoritev, izbira kartice, razvrstitev materialov, poskusna sled ali skica</w:t>
            </w:r>
          </w:p>
          <w:p w14:paraId="0EE7A9DB"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686BEDC7"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0F8DE67A" w14:textId="77777777" w:rsidR="00080BF0" w:rsidRDefault="00000000">
            <w:pPr>
              <w:pStyle w:val="Oznaenseznam"/>
              <w:spacing w:after="16"/>
            </w:pPr>
            <w:r>
              <w:rPr>
                <w:color w:val="000000"/>
                <w:sz w:val="15"/>
              </w:rPr>
              <w:t>povratna informacija: opis vidne likovne odločitve, povezava z enim merilom in izvedljiv naslednji korak</w:t>
            </w:r>
          </w:p>
          <w:p w14:paraId="51CFA179" w14:textId="77777777" w:rsidR="00080BF0" w:rsidRDefault="00000000">
            <w:pPr>
              <w:pStyle w:val="Oznaenseznam"/>
              <w:spacing w:after="16"/>
            </w:pPr>
            <w:r>
              <w:rPr>
                <w:color w:val="000000"/>
                <w:sz w:val="15"/>
              </w:rPr>
              <w:t>samovrednotenje: likovni semafor, lestvica samostojnosti, izbran dokaz, galerijski odziv in izboljšava</w:t>
            </w:r>
          </w:p>
          <w:p w14:paraId="25727FEB" w14:textId="77777777" w:rsidR="00080BF0" w:rsidRDefault="00000000">
            <w:pPr>
              <w:spacing w:before="40" w:after="20" w:line="245" w:lineRule="auto"/>
            </w:pPr>
            <w:r>
              <w:rPr>
                <w:b/>
                <w:color w:val="000000"/>
                <w:sz w:val="17"/>
              </w:rPr>
              <w:t>VARNOST, HIGIENA IN UREDITEV PROSTORA</w:t>
            </w:r>
          </w:p>
          <w:p w14:paraId="34A20F7F"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Pri delu na velikem formatu so razdalje označene, pripomočki pa odloženi v skupno posodico.</w:t>
            </w:r>
          </w:p>
          <w:p w14:paraId="48394CA9" w14:textId="77777777" w:rsidR="00080BF0" w:rsidRDefault="00000000">
            <w:pPr>
              <w:spacing w:after="20" w:line="245" w:lineRule="auto"/>
            </w:pPr>
            <w:r>
              <w:rPr>
                <w:b/>
                <w:color w:val="000000"/>
                <w:sz w:val="17"/>
              </w:rPr>
              <w:t>EVIDENCA PO IZVEDBI</w:t>
            </w:r>
          </w:p>
          <w:p w14:paraId="593EBAD9"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5692ED4C" w14:textId="77777777" w:rsidR="00080BF0" w:rsidRDefault="00000000">
            <w:pPr>
              <w:spacing w:before="40" w:after="20" w:line="245" w:lineRule="auto"/>
            </w:pPr>
            <w:r>
              <w:rPr>
                <w:b/>
                <w:color w:val="000000"/>
                <w:sz w:val="17"/>
              </w:rPr>
              <w:t>RAVEN DOSEGANJA</w:t>
            </w:r>
          </w:p>
          <w:p w14:paraId="5DA66DF9"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54D5E2D7"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E5A2384" w14:textId="77777777">
              <w:trPr>
                <w:jc w:val="center"/>
              </w:trPr>
              <w:tc>
                <w:tcPr>
                  <w:tcW w:w="7087" w:type="dxa"/>
                  <w:shd w:val="clear" w:color="auto" w:fill="EDC9EA"/>
                  <w:tcMar>
                    <w:top w:w="45" w:type="dxa"/>
                    <w:left w:w="70" w:type="dxa"/>
                    <w:bottom w:w="45" w:type="dxa"/>
                    <w:right w:w="70" w:type="dxa"/>
                  </w:tcMar>
                </w:tcPr>
                <w:p w14:paraId="2C6C35D6" w14:textId="77777777" w:rsidR="00080BF0" w:rsidRDefault="00000000">
                  <w:pPr>
                    <w:keepNext/>
                  </w:pPr>
                  <w:r>
                    <w:rPr>
                      <w:b/>
                      <w:color w:val="000000"/>
                    </w:rPr>
                    <w:t>VPRAŠANJA V PODPORO LIKOVNEMU UČENJU</w:t>
                  </w:r>
                </w:p>
              </w:tc>
            </w:tr>
          </w:tbl>
          <w:p w14:paraId="73115172" w14:textId="77777777" w:rsidR="00080BF0" w:rsidRDefault="00080BF0">
            <w:pPr>
              <w:spacing w:line="20" w:lineRule="exact"/>
            </w:pPr>
          </w:p>
          <w:p w14:paraId="7A6E8217" w14:textId="77777777" w:rsidR="00080BF0" w:rsidRDefault="00000000">
            <w:pPr>
              <w:pStyle w:val="Oznaenseznam"/>
              <w:spacing w:after="16"/>
            </w:pPr>
            <w:r>
              <w:rPr>
                <w:color w:val="000000"/>
                <w:sz w:val="16"/>
              </w:rPr>
              <w:t>Kaj si najprej opazil/-a in katera likovna prvina je zate najpomembnejša?</w:t>
            </w:r>
          </w:p>
          <w:p w14:paraId="7C8199F9" w14:textId="77777777" w:rsidR="00080BF0" w:rsidRDefault="00000000">
            <w:pPr>
              <w:pStyle w:val="Oznaenseznam"/>
              <w:spacing w:after="16"/>
            </w:pPr>
            <w:r>
              <w:rPr>
                <w:color w:val="000000"/>
                <w:sz w:val="16"/>
              </w:rPr>
              <w:t>Kako je material ali postopek vplival na črto, barvo, obliko, površino, prostor oziroma delovanje izdelka?</w:t>
            </w:r>
          </w:p>
          <w:p w14:paraId="12FCDBC6" w14:textId="77777777" w:rsidR="00080BF0" w:rsidRDefault="00000000">
            <w:pPr>
              <w:pStyle w:val="Oznaenseznam"/>
              <w:spacing w:after="16"/>
            </w:pPr>
            <w:r>
              <w:rPr>
                <w:color w:val="000000"/>
                <w:sz w:val="16"/>
              </w:rPr>
              <w:t>Katero možnost si preizkusil/-a, zakaj si jo izbral/-a in kaj si ob poskusu spremenil/-a?</w:t>
            </w:r>
          </w:p>
          <w:p w14:paraId="0987E737" w14:textId="77777777" w:rsidR="00080BF0" w:rsidRDefault="00000000">
            <w:pPr>
              <w:pStyle w:val="Oznaenseznam"/>
              <w:spacing w:after="16"/>
            </w:pPr>
            <w:r>
              <w:rPr>
                <w:color w:val="000000"/>
                <w:sz w:val="16"/>
              </w:rPr>
              <w:t>Kateri del tvojega procesa ali izdelka najjasneje pokaže dogovorjeno merilo?</w:t>
            </w:r>
          </w:p>
          <w:p w14:paraId="3DBDE9DE"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5B30102A" w14:textId="77777777">
              <w:trPr>
                <w:jc w:val="center"/>
              </w:trPr>
              <w:tc>
                <w:tcPr>
                  <w:tcW w:w="7087" w:type="dxa"/>
                  <w:shd w:val="clear" w:color="auto" w:fill="C6E7F3"/>
                  <w:tcMar>
                    <w:top w:w="45" w:type="dxa"/>
                    <w:left w:w="70" w:type="dxa"/>
                    <w:bottom w:w="45" w:type="dxa"/>
                    <w:right w:w="70" w:type="dxa"/>
                  </w:tcMar>
                </w:tcPr>
                <w:p w14:paraId="39C1CF07" w14:textId="77777777" w:rsidR="00080BF0" w:rsidRDefault="00000000">
                  <w:pPr>
                    <w:keepNext/>
                  </w:pPr>
                  <w:r>
                    <w:rPr>
                      <w:b/>
                      <w:color w:val="000000"/>
                    </w:rPr>
                    <w:t>ZAKLJUČNI DEL – TIHA GALERIJA, RAZLAGA IN REFLEKSIJA (8–12 min)</w:t>
                  </w:r>
                </w:p>
              </w:tc>
            </w:tr>
          </w:tbl>
          <w:p w14:paraId="5DE9062E" w14:textId="77777777" w:rsidR="00080BF0" w:rsidRDefault="00080BF0">
            <w:pPr>
              <w:spacing w:line="20" w:lineRule="exact"/>
            </w:pPr>
          </w:p>
          <w:p w14:paraId="4F9EF444"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4AC7FB52" w14:textId="77777777">
              <w:trPr>
                <w:jc w:val="center"/>
              </w:trPr>
              <w:tc>
                <w:tcPr>
                  <w:tcW w:w="7087" w:type="dxa"/>
                  <w:shd w:val="clear" w:color="auto" w:fill="EDC9EA"/>
                  <w:tcMar>
                    <w:top w:w="45" w:type="dxa"/>
                    <w:left w:w="70" w:type="dxa"/>
                    <w:bottom w:w="45" w:type="dxa"/>
                    <w:right w:w="70" w:type="dxa"/>
                  </w:tcMar>
                </w:tcPr>
                <w:p w14:paraId="200DC194" w14:textId="77777777" w:rsidR="00080BF0" w:rsidRDefault="00000000">
                  <w:pPr>
                    <w:keepNext/>
                  </w:pPr>
                  <w:r>
                    <w:rPr>
                      <w:b/>
                      <w:color w:val="000000"/>
                    </w:rPr>
                    <w:t>SAMOVREDNOTENJE</w:t>
                  </w:r>
                </w:p>
              </w:tc>
            </w:tr>
          </w:tbl>
          <w:p w14:paraId="7501473C" w14:textId="77777777" w:rsidR="00080BF0" w:rsidRDefault="00080BF0">
            <w:pPr>
              <w:spacing w:line="20" w:lineRule="exact"/>
            </w:pPr>
          </w:p>
          <w:p w14:paraId="4D16CFD1"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592AC1AA" w14:textId="77777777">
              <w:trPr>
                <w:jc w:val="center"/>
              </w:trPr>
              <w:tc>
                <w:tcPr>
                  <w:tcW w:w="7087" w:type="dxa"/>
                  <w:shd w:val="clear" w:color="auto" w:fill="EDC9EA"/>
                  <w:tcMar>
                    <w:top w:w="45" w:type="dxa"/>
                    <w:left w:w="70" w:type="dxa"/>
                    <w:bottom w:w="45" w:type="dxa"/>
                    <w:right w:w="70" w:type="dxa"/>
                  </w:tcMar>
                </w:tcPr>
                <w:p w14:paraId="7F2F6B0D" w14:textId="77777777" w:rsidR="00080BF0" w:rsidRDefault="00000000">
                  <w:pPr>
                    <w:keepNext/>
                  </w:pPr>
                  <w:r>
                    <w:rPr>
                      <w:b/>
                      <w:color w:val="000000"/>
                    </w:rPr>
                    <w:t>VRSTNIŠKO VREDNOTENJE</w:t>
                  </w:r>
                </w:p>
              </w:tc>
            </w:tr>
          </w:tbl>
          <w:p w14:paraId="58547EFB" w14:textId="77777777" w:rsidR="00080BF0" w:rsidRDefault="00080BF0">
            <w:pPr>
              <w:spacing w:line="20" w:lineRule="exact"/>
            </w:pPr>
          </w:p>
          <w:p w14:paraId="3C98566D"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7B221D84" w14:textId="77777777">
              <w:trPr>
                <w:jc w:val="center"/>
              </w:trPr>
              <w:tc>
                <w:tcPr>
                  <w:tcW w:w="7087" w:type="dxa"/>
                  <w:shd w:val="clear" w:color="auto" w:fill="EDC9EA"/>
                  <w:tcMar>
                    <w:top w:w="45" w:type="dxa"/>
                    <w:left w:w="70" w:type="dxa"/>
                    <w:bottom w:w="45" w:type="dxa"/>
                    <w:right w:w="70" w:type="dxa"/>
                  </w:tcMar>
                </w:tcPr>
                <w:p w14:paraId="3B385503" w14:textId="77777777" w:rsidR="00080BF0" w:rsidRDefault="00000000">
                  <w:pPr>
                    <w:keepNext/>
                  </w:pPr>
                  <w:r>
                    <w:rPr>
                      <w:b/>
                      <w:color w:val="000000"/>
                    </w:rPr>
                    <w:t>SKUPNI POVZETEK</w:t>
                  </w:r>
                </w:p>
              </w:tc>
            </w:tr>
          </w:tbl>
          <w:p w14:paraId="66D35174" w14:textId="77777777" w:rsidR="00080BF0" w:rsidRDefault="00080BF0"/>
          <w:p w14:paraId="53E8BCC3" w14:textId="77777777" w:rsidR="00080BF0" w:rsidRDefault="00000000">
            <w:pPr>
              <w:spacing w:before="20" w:after="40" w:line="245" w:lineRule="auto"/>
            </w:pPr>
            <w:r>
              <w:rPr>
                <w:b/>
                <w:color w:val="000000"/>
                <w:sz w:val="16"/>
              </w:rPr>
              <w:t>rišem ravne in krive črte; razlikujem sklenjeno in nesklenjeno črto; uporabim risarsko tehniko. Izbrani dokaz pojasnim in po povratni informaciji izboljšam.</w:t>
            </w:r>
          </w:p>
        </w:tc>
        <w:tc>
          <w:tcPr>
            <w:tcW w:w="2551" w:type="dxa"/>
            <w:tcMar>
              <w:top w:w="70" w:type="dxa"/>
              <w:left w:w="90" w:type="dxa"/>
              <w:bottom w:w="70" w:type="dxa"/>
              <w:right w:w="90" w:type="dxa"/>
            </w:tcMar>
          </w:tcPr>
          <w:p w14:paraId="229E54B7" w14:textId="77777777" w:rsidR="00080BF0" w:rsidRDefault="00080BF0"/>
          <w:p w14:paraId="2F24BC16" w14:textId="77777777" w:rsidR="00080BF0" w:rsidRDefault="00000000">
            <w:pPr>
              <w:spacing w:after="80" w:line="245" w:lineRule="auto"/>
            </w:pPr>
            <w:r>
              <w:rPr>
                <w:color w:val="000000"/>
                <w:sz w:val="15"/>
              </w:rPr>
              <w:t>Odgovarja na podporna vprašanja in se sklicuje na opaženo, preizkušeno, ustvarjeno ali razstavljeno.</w:t>
            </w:r>
          </w:p>
          <w:p w14:paraId="2F505609" w14:textId="77777777" w:rsidR="00080BF0" w:rsidRDefault="00000000">
            <w:pPr>
              <w:spacing w:after="80" w:line="245" w:lineRule="auto"/>
            </w:pPr>
            <w:r>
              <w:rPr>
                <w:color w:val="000000"/>
                <w:sz w:val="15"/>
              </w:rPr>
              <w:t>Predstavi izbrani procesni ali izdelkovni dokaz ter pove, katero merilo z njim pokaže.</w:t>
            </w:r>
          </w:p>
          <w:p w14:paraId="38015A08" w14:textId="77777777" w:rsidR="00080BF0" w:rsidRDefault="00000000">
            <w:pPr>
              <w:spacing w:after="80" w:line="245" w:lineRule="auto"/>
            </w:pPr>
            <w:r>
              <w:rPr>
                <w:color w:val="000000"/>
                <w:sz w:val="15"/>
              </w:rPr>
              <w:t>Tiho opazuje vrstnikovo delo, opiše eno konkretno likovno rešitev in poda prijazen predlog.</w:t>
            </w:r>
          </w:p>
          <w:p w14:paraId="26E7B8AE" w14:textId="77777777" w:rsidR="00080BF0" w:rsidRDefault="00000000">
            <w:pPr>
              <w:spacing w:after="80" w:line="245" w:lineRule="auto"/>
            </w:pPr>
            <w:r>
              <w:rPr>
                <w:color w:val="000000"/>
                <w:sz w:val="15"/>
              </w:rPr>
              <w:t>Po povratni informaciji po želji ponovi poskus, spremeni podrobnost, izboljša spoj, razporeditev ali razlago.</w:t>
            </w:r>
          </w:p>
          <w:p w14:paraId="22A4A189" w14:textId="77777777" w:rsidR="00080BF0" w:rsidRDefault="00000000">
            <w:pPr>
              <w:spacing w:after="100" w:line="245" w:lineRule="auto"/>
            </w:pPr>
            <w:r>
              <w:rPr>
                <w:color w:val="000000"/>
                <w:sz w:val="15"/>
              </w:rPr>
              <w:t>Izbere raven samostojnosti ter določi majhen in izvedljiv naslednji ustvarjalni korak.</w:t>
            </w:r>
          </w:p>
          <w:p w14:paraId="20D5D2B2" w14:textId="77777777" w:rsidR="00080BF0" w:rsidRDefault="00000000">
            <w:pPr>
              <w:spacing w:after="20" w:line="245" w:lineRule="auto"/>
            </w:pPr>
            <w:r>
              <w:rPr>
                <w:b/>
                <w:color w:val="D95BC6"/>
                <w:sz w:val="17"/>
              </w:rPr>
              <w:t>DOKAZ O UČENJU</w:t>
            </w:r>
          </w:p>
          <w:p w14:paraId="4600CCE8"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4E72A46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455A0D4D" w14:textId="77777777">
        <w:trPr>
          <w:cantSplit/>
          <w:jc w:val="center"/>
        </w:trPr>
        <w:tc>
          <w:tcPr>
            <w:tcW w:w="14060" w:type="dxa"/>
            <w:gridSpan w:val="6"/>
            <w:tcMar>
              <w:top w:w="70" w:type="dxa"/>
              <w:left w:w="90" w:type="dxa"/>
              <w:bottom w:w="70" w:type="dxa"/>
              <w:right w:w="90" w:type="dxa"/>
            </w:tcMar>
            <w:vAlign w:val="center"/>
          </w:tcPr>
          <w:p w14:paraId="1F1A0C64" w14:textId="77777777" w:rsidR="00080BF0" w:rsidRDefault="00000000">
            <w:pPr>
              <w:jc w:val="center"/>
            </w:pPr>
            <w:r>
              <w:rPr>
                <w:b/>
                <w:color w:val="000000"/>
                <w:sz w:val="24"/>
              </w:rPr>
              <w:lastRenderedPageBreak/>
              <w:t>UČNA PRIPRAVA 7/39</w:t>
            </w:r>
          </w:p>
        </w:tc>
      </w:tr>
      <w:tr w:rsidR="00080BF0" w14:paraId="163139C5" w14:textId="77777777">
        <w:trPr>
          <w:jc w:val="center"/>
        </w:trPr>
        <w:tc>
          <w:tcPr>
            <w:tcW w:w="2665" w:type="dxa"/>
            <w:tcMar>
              <w:top w:w="70" w:type="dxa"/>
              <w:left w:w="90" w:type="dxa"/>
              <w:bottom w:w="70" w:type="dxa"/>
              <w:right w:w="90" w:type="dxa"/>
            </w:tcMar>
            <w:vAlign w:val="center"/>
          </w:tcPr>
          <w:p w14:paraId="2ABD2CEC"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6712D6E"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2EE8AAAE"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EE8A742" w14:textId="77777777" w:rsidR="00080BF0" w:rsidRDefault="00000000">
            <w:r>
              <w:rPr>
                <w:b/>
                <w:color w:val="000000"/>
                <w:sz w:val="16"/>
              </w:rPr>
              <w:t xml:space="preserve">NAČRTOVANI TERMIN: </w:t>
            </w:r>
            <w:r>
              <w:rPr>
                <w:color w:val="000000"/>
                <w:sz w:val="16"/>
              </w:rPr>
              <w:t>7. teden • 12.–16. 10. 2026</w:t>
            </w:r>
          </w:p>
        </w:tc>
        <w:tc>
          <w:tcPr>
            <w:tcW w:w="2268" w:type="dxa"/>
            <w:tcMar>
              <w:top w:w="70" w:type="dxa"/>
              <w:left w:w="90" w:type="dxa"/>
              <w:bottom w:w="70" w:type="dxa"/>
              <w:right w:w="90" w:type="dxa"/>
            </w:tcMar>
            <w:vAlign w:val="center"/>
          </w:tcPr>
          <w:p w14:paraId="2E6564D9"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2DA9275" w14:textId="77777777" w:rsidR="00080BF0" w:rsidRDefault="00000000">
            <w:r>
              <w:rPr>
                <w:b/>
                <w:color w:val="000000"/>
                <w:sz w:val="16"/>
              </w:rPr>
              <w:t xml:space="preserve">ŠTEVILO UR: </w:t>
            </w:r>
            <w:r>
              <w:rPr>
                <w:color w:val="000000"/>
                <w:sz w:val="16"/>
              </w:rPr>
              <w:t>2</w:t>
            </w:r>
          </w:p>
        </w:tc>
      </w:tr>
      <w:tr w:rsidR="00080BF0" w14:paraId="099E78C7" w14:textId="77777777">
        <w:trPr>
          <w:jc w:val="center"/>
        </w:trPr>
        <w:tc>
          <w:tcPr>
            <w:tcW w:w="14061" w:type="dxa"/>
            <w:gridSpan w:val="6"/>
            <w:tcMar>
              <w:top w:w="70" w:type="dxa"/>
              <w:left w:w="90" w:type="dxa"/>
              <w:bottom w:w="70" w:type="dxa"/>
              <w:right w:w="90" w:type="dxa"/>
            </w:tcMar>
            <w:vAlign w:val="center"/>
          </w:tcPr>
          <w:p w14:paraId="7981F4EF"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2DA610C4" w14:textId="77777777">
        <w:trPr>
          <w:cantSplit/>
          <w:jc w:val="center"/>
        </w:trPr>
        <w:tc>
          <w:tcPr>
            <w:tcW w:w="14060" w:type="dxa"/>
            <w:gridSpan w:val="6"/>
            <w:tcMar>
              <w:top w:w="70" w:type="dxa"/>
              <w:left w:w="90" w:type="dxa"/>
              <w:bottom w:w="70" w:type="dxa"/>
              <w:right w:w="90" w:type="dxa"/>
            </w:tcMar>
            <w:vAlign w:val="center"/>
          </w:tcPr>
          <w:p w14:paraId="1F8C18D3" w14:textId="77777777" w:rsidR="00080BF0" w:rsidRDefault="00080BF0"/>
          <w:p w14:paraId="5CA128C6" w14:textId="77777777" w:rsidR="00080BF0" w:rsidRDefault="00000000">
            <w:pPr>
              <w:spacing w:line="245" w:lineRule="auto"/>
            </w:pPr>
            <w:r>
              <w:rPr>
                <w:b/>
                <w:color w:val="000000"/>
                <w:sz w:val="15"/>
              </w:rPr>
              <w:t xml:space="preserve">UČNI SKLOP: </w:t>
            </w:r>
            <w:r>
              <w:rPr>
                <w:color w:val="000000"/>
                <w:sz w:val="15"/>
              </w:rPr>
              <w:t>VARNA POT IN MOBILNOST</w:t>
            </w:r>
          </w:p>
        </w:tc>
      </w:tr>
      <w:tr w:rsidR="00080BF0" w14:paraId="0E78F090" w14:textId="77777777">
        <w:trPr>
          <w:cantSplit/>
          <w:jc w:val="center"/>
        </w:trPr>
        <w:tc>
          <w:tcPr>
            <w:tcW w:w="14060" w:type="dxa"/>
            <w:gridSpan w:val="6"/>
            <w:tcMar>
              <w:top w:w="70" w:type="dxa"/>
              <w:left w:w="90" w:type="dxa"/>
              <w:bottom w:w="70" w:type="dxa"/>
              <w:right w:w="90" w:type="dxa"/>
            </w:tcMar>
            <w:vAlign w:val="center"/>
          </w:tcPr>
          <w:p w14:paraId="56DE0B10" w14:textId="77777777" w:rsidR="00080BF0" w:rsidRDefault="00080BF0"/>
          <w:p w14:paraId="1F5B592E" w14:textId="77777777" w:rsidR="00080BF0" w:rsidRDefault="00000000">
            <w:pPr>
              <w:spacing w:line="245" w:lineRule="auto"/>
            </w:pPr>
            <w:r>
              <w:rPr>
                <w:b/>
                <w:color w:val="000000"/>
                <w:sz w:val="15"/>
              </w:rPr>
              <w:t xml:space="preserve">UČNA TEMA: </w:t>
            </w:r>
            <w:r>
              <w:rPr>
                <w:color w:val="000000"/>
                <w:sz w:val="15"/>
              </w:rPr>
              <w:t>KOLAŽ PREVOZNIH SREDSTEV</w:t>
            </w:r>
          </w:p>
        </w:tc>
      </w:tr>
      <w:tr w:rsidR="00080BF0" w14:paraId="6AD176A9" w14:textId="77777777">
        <w:trPr>
          <w:cantSplit/>
          <w:jc w:val="center"/>
        </w:trPr>
        <w:tc>
          <w:tcPr>
            <w:tcW w:w="14060" w:type="dxa"/>
            <w:gridSpan w:val="6"/>
            <w:tcMar>
              <w:top w:w="70" w:type="dxa"/>
              <w:left w:w="90" w:type="dxa"/>
              <w:bottom w:w="70" w:type="dxa"/>
              <w:right w:w="90" w:type="dxa"/>
            </w:tcMar>
            <w:vAlign w:val="center"/>
          </w:tcPr>
          <w:p w14:paraId="50B1764A" w14:textId="77777777" w:rsidR="00080BF0" w:rsidRDefault="00080BF0"/>
          <w:p w14:paraId="4313D4A4" w14:textId="77777777" w:rsidR="00080BF0" w:rsidRDefault="00000000">
            <w:pPr>
              <w:spacing w:line="245" w:lineRule="auto"/>
            </w:pPr>
            <w:r>
              <w:rPr>
                <w:b/>
                <w:color w:val="000000"/>
                <w:sz w:val="15"/>
              </w:rPr>
              <w:t xml:space="preserve">KNJIŽEVNO / MOTIVNO IZHODIŠČE: </w:t>
            </w:r>
            <w:r>
              <w:rPr>
                <w:color w:val="000000"/>
                <w:sz w:val="15"/>
              </w:rPr>
              <w:t>»Juri Muri v Afriki« – Tone Pavček • potovanje, prevozna sredstva in spoštovanje različnosti</w:t>
            </w:r>
          </w:p>
        </w:tc>
      </w:tr>
      <w:tr w:rsidR="00080BF0" w14:paraId="72EEF8E2" w14:textId="77777777">
        <w:trPr>
          <w:cantSplit/>
          <w:jc w:val="center"/>
        </w:trPr>
        <w:tc>
          <w:tcPr>
            <w:tcW w:w="14060" w:type="dxa"/>
            <w:gridSpan w:val="6"/>
            <w:tcMar>
              <w:top w:w="70" w:type="dxa"/>
              <w:left w:w="90" w:type="dxa"/>
              <w:bottom w:w="70" w:type="dxa"/>
              <w:right w:w="90" w:type="dxa"/>
            </w:tcMar>
            <w:vAlign w:val="center"/>
          </w:tcPr>
          <w:p w14:paraId="00C21E7F" w14:textId="77777777" w:rsidR="00080BF0" w:rsidRDefault="00080BF0"/>
          <w:p w14:paraId="32188D3C" w14:textId="77777777" w:rsidR="00080BF0" w:rsidRDefault="00000000">
            <w:pPr>
              <w:spacing w:line="245" w:lineRule="auto"/>
            </w:pPr>
            <w:r>
              <w:rPr>
                <w:b/>
                <w:color w:val="000000"/>
                <w:sz w:val="15"/>
              </w:rPr>
              <w:t xml:space="preserve">LIKOVNO IZHODIŠČE / MOTIVACIJA: </w:t>
            </w:r>
            <w:r>
              <w:rPr>
                <w:color w:val="000000"/>
                <w:sz w:val="15"/>
              </w:rPr>
              <w:t>iz skrivnostne ovojnice padejo razpršene oblike; učenci jih brez lepljenja premikajo, sestavljajo in iščejo jasno sporočilo za nalogo »kolaž prevoznih sredstev«. Tematska rešitev: izdela kolaž vozila ali domišljijske pokrajine.</w:t>
            </w:r>
          </w:p>
        </w:tc>
      </w:tr>
      <w:tr w:rsidR="00080BF0" w14:paraId="3DEE6488" w14:textId="77777777">
        <w:trPr>
          <w:cantSplit/>
          <w:jc w:val="center"/>
        </w:trPr>
        <w:tc>
          <w:tcPr>
            <w:tcW w:w="14060" w:type="dxa"/>
            <w:gridSpan w:val="6"/>
            <w:tcMar>
              <w:top w:w="70" w:type="dxa"/>
              <w:left w:w="90" w:type="dxa"/>
              <w:bottom w:w="70" w:type="dxa"/>
              <w:right w:w="90" w:type="dxa"/>
            </w:tcMar>
            <w:vAlign w:val="center"/>
          </w:tcPr>
          <w:p w14:paraId="54CEE362" w14:textId="77777777" w:rsidR="00080BF0" w:rsidRDefault="00080BF0"/>
          <w:p w14:paraId="1FF610C7" w14:textId="77777777" w:rsidR="00080BF0" w:rsidRDefault="00000000">
            <w:pPr>
              <w:spacing w:line="245" w:lineRule="auto"/>
            </w:pPr>
            <w:r>
              <w:rPr>
                <w:b/>
                <w:color w:val="000000"/>
                <w:sz w:val="15"/>
              </w:rPr>
              <w:t xml:space="preserve">UČNE ENOTE: </w:t>
            </w:r>
            <w:r>
              <w:rPr>
                <w:color w:val="000000"/>
                <w:sz w:val="15"/>
              </w:rPr>
              <w:t>1. ura – Kolaž prevoznih sredstev – Opazujem, preizkušam, načrtujem • 2. ura – Kolaž prevoznih sredstev – Ustvarjam, predstavim, izboljšam</w:t>
            </w:r>
          </w:p>
        </w:tc>
      </w:tr>
      <w:tr w:rsidR="00080BF0" w14:paraId="35EF888B" w14:textId="77777777">
        <w:trPr>
          <w:cantSplit/>
          <w:jc w:val="center"/>
        </w:trPr>
        <w:tc>
          <w:tcPr>
            <w:tcW w:w="14060" w:type="dxa"/>
            <w:gridSpan w:val="6"/>
            <w:tcMar>
              <w:top w:w="70" w:type="dxa"/>
              <w:left w:w="90" w:type="dxa"/>
              <w:bottom w:w="70" w:type="dxa"/>
              <w:right w:w="90" w:type="dxa"/>
            </w:tcMar>
            <w:vAlign w:val="center"/>
          </w:tcPr>
          <w:p w14:paraId="7D937EC2" w14:textId="77777777" w:rsidR="00080BF0" w:rsidRDefault="00080BF0"/>
          <w:p w14:paraId="1E72D203"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26B2F752" w14:textId="77777777">
        <w:trPr>
          <w:cantSplit/>
          <w:jc w:val="center"/>
        </w:trPr>
        <w:tc>
          <w:tcPr>
            <w:tcW w:w="14060" w:type="dxa"/>
            <w:gridSpan w:val="6"/>
            <w:tcMar>
              <w:top w:w="70" w:type="dxa"/>
              <w:left w:w="90" w:type="dxa"/>
              <w:bottom w:w="70" w:type="dxa"/>
              <w:right w:w="90" w:type="dxa"/>
            </w:tcMar>
            <w:vAlign w:val="center"/>
          </w:tcPr>
          <w:p w14:paraId="415612F7" w14:textId="77777777" w:rsidR="00080BF0" w:rsidRDefault="00080BF0"/>
          <w:p w14:paraId="1E2258BC"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5CF007D5" w14:textId="77777777">
        <w:trPr>
          <w:cantSplit/>
          <w:jc w:val="center"/>
        </w:trPr>
        <w:tc>
          <w:tcPr>
            <w:tcW w:w="14060" w:type="dxa"/>
            <w:gridSpan w:val="6"/>
            <w:tcMar>
              <w:top w:w="70" w:type="dxa"/>
              <w:left w:w="90" w:type="dxa"/>
              <w:bottom w:w="70" w:type="dxa"/>
              <w:right w:w="90" w:type="dxa"/>
            </w:tcMar>
            <w:vAlign w:val="center"/>
          </w:tcPr>
          <w:p w14:paraId="3AC6C228" w14:textId="77777777" w:rsidR="00080BF0" w:rsidRDefault="00080BF0"/>
          <w:p w14:paraId="7613494D"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7BDF657F" w14:textId="77777777">
        <w:trPr>
          <w:cantSplit/>
          <w:jc w:val="center"/>
        </w:trPr>
        <w:tc>
          <w:tcPr>
            <w:tcW w:w="14060" w:type="dxa"/>
            <w:gridSpan w:val="6"/>
            <w:tcMar>
              <w:top w:w="70" w:type="dxa"/>
              <w:left w:w="90" w:type="dxa"/>
              <w:bottom w:w="70" w:type="dxa"/>
              <w:right w:w="90" w:type="dxa"/>
            </w:tcMar>
            <w:vAlign w:val="center"/>
          </w:tcPr>
          <w:p w14:paraId="7F694FC4" w14:textId="77777777" w:rsidR="00080BF0" w:rsidRDefault="00080BF0"/>
          <w:p w14:paraId="062606CC" w14:textId="77777777" w:rsidR="00080BF0" w:rsidRDefault="00000000">
            <w:pPr>
              <w:spacing w:line="245" w:lineRule="auto"/>
            </w:pPr>
            <w:r>
              <w:rPr>
                <w:b/>
                <w:color w:val="000000"/>
                <w:sz w:val="15"/>
              </w:rPr>
              <w:t xml:space="preserve">MEDPREDMETNE POVEZAVE: </w:t>
            </w:r>
            <w:r>
              <w:rPr>
                <w:color w:val="000000"/>
                <w:sz w:val="15"/>
              </w:rPr>
              <w:t>SPO – potovanje, prevozna sredstva in spoštovanje različnosti; SLJ – poslušanje, opis opažanja, poimenovanje postopka in predstavitev; MAT – oblike, razvrščanje, vzorci in prostorski odnosi; ŠPO – gibalna črta, telesna skulptura, smer in ravnotežje; GUM – ritem, ponavljanje.</w:t>
            </w:r>
          </w:p>
        </w:tc>
      </w:tr>
      <w:tr w:rsidR="00080BF0" w14:paraId="34748727" w14:textId="77777777">
        <w:trPr>
          <w:cantSplit/>
          <w:jc w:val="center"/>
        </w:trPr>
        <w:tc>
          <w:tcPr>
            <w:tcW w:w="14060" w:type="dxa"/>
            <w:gridSpan w:val="6"/>
            <w:tcMar>
              <w:top w:w="70" w:type="dxa"/>
              <w:left w:w="90" w:type="dxa"/>
              <w:bottom w:w="70" w:type="dxa"/>
              <w:right w:w="90" w:type="dxa"/>
            </w:tcMar>
            <w:vAlign w:val="center"/>
          </w:tcPr>
          <w:p w14:paraId="4445AB7A" w14:textId="77777777" w:rsidR="00080BF0" w:rsidRDefault="00080BF0"/>
          <w:p w14:paraId="3FD0485A" w14:textId="77777777" w:rsidR="00080BF0" w:rsidRDefault="00000000">
            <w:pPr>
              <w:spacing w:line="245" w:lineRule="auto"/>
            </w:pPr>
            <w:r>
              <w:rPr>
                <w:b/>
                <w:color w:val="000000"/>
                <w:sz w:val="15"/>
              </w:rPr>
              <w:t xml:space="preserve">UČNA SREDSTVA IN PRIPOMOČKI: </w:t>
            </w:r>
            <w:r>
              <w:rPr>
                <w:color w:val="000000"/>
                <w:sz w:val="15"/>
              </w:rPr>
              <w:t>barvni in ponovno uporabljeni papirji, karton, revije, varne škarje, lepilo v stiku, tekstilni ostanki, vrvice in podlage; fotografija, reprodukcija ali resnični predmet za opazovanje; kartice namena in meril; talne oznake štirih postaj; mapa dokazov; sredstva za čiščenje in pospravljanje</w:t>
            </w:r>
          </w:p>
        </w:tc>
      </w:tr>
      <w:tr w:rsidR="00080BF0" w14:paraId="1181C399" w14:textId="77777777">
        <w:trPr>
          <w:cantSplit/>
          <w:jc w:val="center"/>
        </w:trPr>
        <w:tc>
          <w:tcPr>
            <w:tcW w:w="14060" w:type="dxa"/>
            <w:gridSpan w:val="6"/>
            <w:tcMar>
              <w:top w:w="70" w:type="dxa"/>
              <w:left w:w="90" w:type="dxa"/>
              <w:bottom w:w="70" w:type="dxa"/>
              <w:right w:w="90" w:type="dxa"/>
            </w:tcMar>
            <w:vAlign w:val="center"/>
          </w:tcPr>
          <w:p w14:paraId="7571B091" w14:textId="77777777" w:rsidR="00080BF0" w:rsidRDefault="00080BF0"/>
          <w:p w14:paraId="258F9CDE"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25820564" w14:textId="77777777">
        <w:trPr>
          <w:cantSplit/>
          <w:jc w:val="center"/>
        </w:trPr>
        <w:tc>
          <w:tcPr>
            <w:tcW w:w="14060" w:type="dxa"/>
            <w:gridSpan w:val="6"/>
            <w:tcMar>
              <w:top w:w="70" w:type="dxa"/>
              <w:left w:w="90" w:type="dxa"/>
              <w:bottom w:w="70" w:type="dxa"/>
              <w:right w:w="90" w:type="dxa"/>
            </w:tcMar>
            <w:vAlign w:val="center"/>
          </w:tcPr>
          <w:p w14:paraId="3A397AFB" w14:textId="77777777" w:rsidR="00080BF0" w:rsidRDefault="00080BF0"/>
          <w:p w14:paraId="4A2FC414"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6981503E" w14:textId="77777777">
        <w:trPr>
          <w:cantSplit/>
          <w:jc w:val="center"/>
        </w:trPr>
        <w:tc>
          <w:tcPr>
            <w:tcW w:w="14060" w:type="dxa"/>
            <w:gridSpan w:val="6"/>
            <w:tcMar>
              <w:top w:w="70" w:type="dxa"/>
              <w:left w:w="90" w:type="dxa"/>
              <w:bottom w:w="70" w:type="dxa"/>
              <w:right w:w="90" w:type="dxa"/>
            </w:tcMar>
            <w:vAlign w:val="center"/>
          </w:tcPr>
          <w:p w14:paraId="081583CE" w14:textId="77777777" w:rsidR="00080BF0" w:rsidRDefault="00080BF0"/>
          <w:p w14:paraId="3C6E2B56"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20F037B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CD8028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A96FFA3"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DD9EFF9" w14:textId="77777777" w:rsidR="00080BF0" w:rsidRDefault="00000000">
            <w:pPr>
              <w:jc w:val="center"/>
            </w:pPr>
            <w:r>
              <w:rPr>
                <w:b/>
                <w:color w:val="000000"/>
                <w:sz w:val="20"/>
              </w:rPr>
              <w:t>UČNE DEJAVNOSTI, METODE IN FORMATIVNO SPREMLJANJE</w:t>
            </w:r>
          </w:p>
        </w:tc>
      </w:tr>
      <w:tr w:rsidR="00080BF0" w14:paraId="730E9192" w14:textId="77777777">
        <w:trPr>
          <w:tblHeader/>
          <w:jc w:val="center"/>
        </w:trPr>
        <w:tc>
          <w:tcPr>
            <w:tcW w:w="4422" w:type="dxa"/>
            <w:vMerge/>
            <w:tcMar>
              <w:top w:w="70" w:type="dxa"/>
              <w:left w:w="90" w:type="dxa"/>
              <w:bottom w:w="70" w:type="dxa"/>
              <w:right w:w="90" w:type="dxa"/>
            </w:tcMar>
            <w:vAlign w:val="center"/>
          </w:tcPr>
          <w:p w14:paraId="45E6553A" w14:textId="77777777" w:rsidR="00080BF0" w:rsidRDefault="00080BF0"/>
        </w:tc>
        <w:tc>
          <w:tcPr>
            <w:tcW w:w="7087" w:type="dxa"/>
            <w:shd w:val="clear" w:color="auto" w:fill="FFFFFF"/>
            <w:tcMar>
              <w:top w:w="70" w:type="dxa"/>
              <w:left w:w="90" w:type="dxa"/>
              <w:bottom w:w="70" w:type="dxa"/>
              <w:right w:w="90" w:type="dxa"/>
            </w:tcMar>
            <w:vAlign w:val="center"/>
          </w:tcPr>
          <w:p w14:paraId="30607DE5"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0CA7C48" w14:textId="77777777" w:rsidR="00080BF0" w:rsidRDefault="00000000">
            <w:pPr>
              <w:jc w:val="center"/>
            </w:pPr>
            <w:r>
              <w:rPr>
                <w:b/>
                <w:color w:val="000000"/>
              </w:rPr>
              <w:t>UČENEC</w:t>
            </w:r>
          </w:p>
        </w:tc>
      </w:tr>
      <w:tr w:rsidR="00080BF0" w14:paraId="6EAF6B8D" w14:textId="77777777">
        <w:trPr>
          <w:jc w:val="center"/>
        </w:trPr>
        <w:tc>
          <w:tcPr>
            <w:tcW w:w="4422" w:type="dxa"/>
            <w:tcMar>
              <w:top w:w="70" w:type="dxa"/>
              <w:left w:w="90" w:type="dxa"/>
              <w:bottom w:w="70" w:type="dxa"/>
              <w:right w:w="90" w:type="dxa"/>
            </w:tcMar>
          </w:tcPr>
          <w:p w14:paraId="10F38FD2" w14:textId="77777777" w:rsidR="00080BF0" w:rsidRDefault="00080BF0"/>
          <w:p w14:paraId="6AE11B04" w14:textId="77777777" w:rsidR="00080BF0" w:rsidRDefault="00000000">
            <w:pPr>
              <w:spacing w:after="60" w:line="245" w:lineRule="auto"/>
            </w:pPr>
            <w:r>
              <w:rPr>
                <w:b/>
                <w:color w:val="000000"/>
              </w:rPr>
              <w:t>UČNI CILJI</w:t>
            </w:r>
          </w:p>
          <w:p w14:paraId="58D65D57" w14:textId="77777777" w:rsidR="00080BF0" w:rsidRDefault="00000000">
            <w:pPr>
              <w:spacing w:after="20" w:line="245" w:lineRule="auto"/>
            </w:pPr>
            <w:r>
              <w:rPr>
                <w:b/>
                <w:color w:val="000000"/>
                <w:sz w:val="17"/>
              </w:rPr>
              <w:t>SPLOŠNI</w:t>
            </w:r>
          </w:p>
          <w:p w14:paraId="32C7BA3C"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33404B4B"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44953844"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2B9C4F23"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2694C1AA" w14:textId="77777777" w:rsidR="00080BF0" w:rsidRDefault="00000000">
            <w:pPr>
              <w:spacing w:before="40" w:after="20" w:line="245" w:lineRule="auto"/>
            </w:pPr>
            <w:r>
              <w:rPr>
                <w:b/>
                <w:color w:val="000000"/>
                <w:sz w:val="17"/>
              </w:rPr>
              <w:t>OPERATIVNI</w:t>
            </w:r>
          </w:p>
          <w:p w14:paraId="33D66954" w14:textId="77777777" w:rsidR="00080BF0" w:rsidRDefault="00000000">
            <w:pPr>
              <w:pStyle w:val="Oznaenseznam"/>
              <w:spacing w:after="16"/>
            </w:pPr>
            <w:r>
              <w:rPr>
                <w:color w:val="000000"/>
                <w:sz w:val="16"/>
              </w:rPr>
              <w:t>trga, reže in lepi</w:t>
            </w:r>
          </w:p>
          <w:p w14:paraId="43939BCC" w14:textId="77777777" w:rsidR="00080BF0" w:rsidRDefault="00000000">
            <w:pPr>
              <w:pStyle w:val="Oznaenseznam"/>
              <w:spacing w:after="16"/>
            </w:pPr>
            <w:r>
              <w:rPr>
                <w:color w:val="000000"/>
                <w:sz w:val="16"/>
              </w:rPr>
              <w:t>povezuje oblike v celoto</w:t>
            </w:r>
          </w:p>
          <w:p w14:paraId="10CCCA9D" w14:textId="77777777" w:rsidR="00080BF0" w:rsidRDefault="00000000">
            <w:pPr>
              <w:pStyle w:val="Oznaenseznam"/>
              <w:spacing w:after="16"/>
            </w:pPr>
            <w:r>
              <w:rPr>
                <w:color w:val="000000"/>
                <w:sz w:val="16"/>
              </w:rPr>
              <w:t>varno uporablja pripomočke</w:t>
            </w:r>
          </w:p>
          <w:p w14:paraId="1B8592EC" w14:textId="77777777" w:rsidR="00080BF0" w:rsidRDefault="00000000">
            <w:pPr>
              <w:spacing w:before="40" w:after="20" w:line="245" w:lineRule="auto"/>
            </w:pPr>
            <w:r>
              <w:rPr>
                <w:b/>
                <w:color w:val="000000"/>
                <w:sz w:val="17"/>
              </w:rPr>
              <w:t>PRIČAKOVANI DOSEŽKI / MINIMALNI POUDARKI</w:t>
            </w:r>
          </w:p>
          <w:p w14:paraId="6E622FD0" w14:textId="77777777" w:rsidR="00080BF0" w:rsidRDefault="00000000">
            <w:pPr>
              <w:pStyle w:val="Oznaenseznam"/>
              <w:spacing w:after="16"/>
            </w:pPr>
            <w:r>
              <w:rPr>
                <w:color w:val="000000"/>
                <w:sz w:val="15"/>
              </w:rPr>
              <w:t>samostojno oziroma z dogovorjeno oporo trga, reže in lepi</w:t>
            </w:r>
          </w:p>
          <w:p w14:paraId="47D134B9" w14:textId="77777777" w:rsidR="00080BF0" w:rsidRDefault="00000000">
            <w:pPr>
              <w:pStyle w:val="Oznaenseznam"/>
              <w:spacing w:after="16"/>
            </w:pPr>
            <w:r>
              <w:rPr>
                <w:color w:val="000000"/>
                <w:sz w:val="15"/>
              </w:rPr>
              <w:t>samostojno oziroma z dogovorjeno oporo povezuje oblike v celoto</w:t>
            </w:r>
          </w:p>
          <w:p w14:paraId="3FE08848" w14:textId="77777777" w:rsidR="00080BF0" w:rsidRDefault="00000000">
            <w:pPr>
              <w:pStyle w:val="Oznaenseznam"/>
              <w:spacing w:after="16"/>
            </w:pPr>
            <w:r>
              <w:rPr>
                <w:color w:val="000000"/>
                <w:sz w:val="15"/>
              </w:rPr>
              <w:t>samostojno oziroma z dogovorjeno oporo varno uporablja pripomočke</w:t>
            </w:r>
          </w:p>
        </w:tc>
        <w:tc>
          <w:tcPr>
            <w:tcW w:w="7087" w:type="dxa"/>
            <w:tcMar>
              <w:top w:w="70" w:type="dxa"/>
              <w:left w:w="90" w:type="dxa"/>
              <w:bottom w:w="70" w:type="dxa"/>
              <w:right w:w="90" w:type="dxa"/>
            </w:tcMar>
          </w:tcPr>
          <w:p w14:paraId="23D8FB4A"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804FD79" w14:textId="77777777">
              <w:trPr>
                <w:jc w:val="center"/>
              </w:trPr>
              <w:tc>
                <w:tcPr>
                  <w:tcW w:w="7087" w:type="dxa"/>
                  <w:shd w:val="clear" w:color="auto" w:fill="C6E7F3"/>
                  <w:tcMar>
                    <w:top w:w="45" w:type="dxa"/>
                    <w:left w:w="70" w:type="dxa"/>
                    <w:bottom w:w="45" w:type="dxa"/>
                    <w:right w:w="70" w:type="dxa"/>
                  </w:tcMar>
                </w:tcPr>
                <w:p w14:paraId="562D0426" w14:textId="77777777" w:rsidR="00080BF0" w:rsidRDefault="00000000">
                  <w:pPr>
                    <w:keepNext/>
                  </w:pPr>
                  <w:r>
                    <w:rPr>
                      <w:b/>
                      <w:color w:val="000000"/>
                    </w:rPr>
                    <w:t>UVODNI DEL – likovna uganka, opazovanje, aktivacija predznanja in namen učenja (8–12 min)</w:t>
                  </w:r>
                </w:p>
              </w:tc>
            </w:tr>
          </w:tbl>
          <w:p w14:paraId="127CD25E" w14:textId="77777777" w:rsidR="00080BF0" w:rsidRDefault="00080BF0">
            <w:pPr>
              <w:spacing w:line="20" w:lineRule="exact"/>
            </w:pPr>
          </w:p>
          <w:p w14:paraId="599F1798" w14:textId="77777777" w:rsidR="00080BF0" w:rsidRDefault="00000000">
            <w:pPr>
              <w:spacing w:before="40" w:after="60" w:line="245" w:lineRule="auto"/>
            </w:pPr>
            <w:r>
              <w:rPr>
                <w:color w:val="000000"/>
                <w:sz w:val="16"/>
              </w:rPr>
              <w:t>Ob književnem motivu »Juri Muri v Afriki« – Tone Pavček učenci vstopijo v temo potovanje, prevozna sredstva in spoštovanje različnosti. Učiteljica pokaže fotografijo, reprodukcijo, predmet ali material in pove kratko likovno zgodbo: iz skrivnostne ovojnice padejo razpršene oblike; učenci jih brez lepljenja premikajo, sestavljajo in iščejo jasno sporočilo za nalogo »kolaž prevoznih sredstev«. Tematska rešitev: izdela kolaž vozila ali domišljijske pokrajine.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3E2C01B4" w14:textId="77777777">
              <w:trPr>
                <w:jc w:val="center"/>
              </w:trPr>
              <w:tc>
                <w:tcPr>
                  <w:tcW w:w="7087" w:type="dxa"/>
                  <w:shd w:val="clear" w:color="auto" w:fill="EDC9EA"/>
                  <w:tcMar>
                    <w:top w:w="45" w:type="dxa"/>
                    <w:left w:w="70" w:type="dxa"/>
                    <w:bottom w:w="45" w:type="dxa"/>
                    <w:right w:w="70" w:type="dxa"/>
                  </w:tcMar>
                </w:tcPr>
                <w:p w14:paraId="47590BF1" w14:textId="77777777" w:rsidR="00080BF0" w:rsidRDefault="00000000">
                  <w:pPr>
                    <w:keepNext/>
                  </w:pPr>
                  <w:r>
                    <w:rPr>
                      <w:b/>
                      <w:color w:val="000000"/>
                    </w:rPr>
                    <w:t>NAMENI UČENJA</w:t>
                  </w:r>
                </w:p>
              </w:tc>
            </w:tr>
          </w:tbl>
          <w:p w14:paraId="394A3879" w14:textId="77777777" w:rsidR="00080BF0" w:rsidRDefault="00080BF0">
            <w:pPr>
              <w:spacing w:line="20" w:lineRule="exact"/>
            </w:pPr>
          </w:p>
          <w:p w14:paraId="6F654AE1"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1BF67A2C" w14:textId="77777777" w:rsidR="00080BF0" w:rsidRDefault="00000000">
            <w:pPr>
              <w:pStyle w:val="Oznaenseznam"/>
              <w:spacing w:after="16"/>
            </w:pPr>
            <w:r>
              <w:rPr>
                <w:color w:val="000000"/>
                <w:sz w:val="16"/>
              </w:rPr>
              <w:t>trgam, režem in lepim</w:t>
            </w:r>
          </w:p>
          <w:p w14:paraId="59B9BB21" w14:textId="77777777" w:rsidR="00080BF0" w:rsidRDefault="00000000">
            <w:pPr>
              <w:pStyle w:val="Oznaenseznam"/>
              <w:spacing w:after="16"/>
            </w:pPr>
            <w:r>
              <w:rPr>
                <w:color w:val="000000"/>
                <w:sz w:val="16"/>
              </w:rPr>
              <w:t>povezujem oblike v celoto</w:t>
            </w:r>
          </w:p>
          <w:p w14:paraId="454CD653" w14:textId="77777777" w:rsidR="00080BF0" w:rsidRDefault="00000000">
            <w:pPr>
              <w:pStyle w:val="Oznaenseznam"/>
              <w:spacing w:after="16"/>
            </w:pPr>
            <w:r>
              <w:rPr>
                <w:color w:val="000000"/>
                <w:sz w:val="16"/>
              </w:rPr>
              <w:t>varno uporabljam pripomočke</w:t>
            </w:r>
          </w:p>
          <w:tbl>
            <w:tblPr>
              <w:tblStyle w:val="Tabelamrea"/>
              <w:tblW w:w="0" w:type="auto"/>
              <w:jc w:val="center"/>
              <w:tblLayout w:type="fixed"/>
              <w:tblLook w:val="04A0" w:firstRow="1" w:lastRow="0" w:firstColumn="1" w:lastColumn="0" w:noHBand="0" w:noVBand="1"/>
            </w:tblPr>
            <w:tblGrid>
              <w:gridCol w:w="7087"/>
            </w:tblGrid>
            <w:tr w:rsidR="00080BF0" w14:paraId="041F8F34" w14:textId="77777777">
              <w:trPr>
                <w:jc w:val="center"/>
              </w:trPr>
              <w:tc>
                <w:tcPr>
                  <w:tcW w:w="7087" w:type="dxa"/>
                  <w:shd w:val="clear" w:color="auto" w:fill="EDC9EA"/>
                  <w:tcMar>
                    <w:top w:w="45" w:type="dxa"/>
                    <w:left w:w="70" w:type="dxa"/>
                    <w:bottom w:w="45" w:type="dxa"/>
                    <w:right w:w="70" w:type="dxa"/>
                  </w:tcMar>
                </w:tcPr>
                <w:p w14:paraId="2FC7193A" w14:textId="77777777" w:rsidR="00080BF0" w:rsidRDefault="00000000">
                  <w:pPr>
                    <w:keepNext/>
                  </w:pPr>
                  <w:r>
                    <w:rPr>
                      <w:b/>
                      <w:color w:val="000000"/>
                    </w:rPr>
                    <w:t>PREVERJANJE PREDZNANJA</w:t>
                  </w:r>
                </w:p>
              </w:tc>
            </w:tr>
          </w:tbl>
          <w:p w14:paraId="49C57C28" w14:textId="77777777" w:rsidR="00080BF0" w:rsidRDefault="00080BF0">
            <w:pPr>
              <w:spacing w:line="20" w:lineRule="exact"/>
            </w:pPr>
          </w:p>
          <w:p w14:paraId="3838E233" w14:textId="77777777" w:rsidR="00080BF0" w:rsidRDefault="00000000">
            <w:pPr>
              <w:pStyle w:val="Oznaenseznam"/>
              <w:spacing w:after="16"/>
            </w:pPr>
            <w:r>
              <w:rPr>
                <w:color w:val="000000"/>
                <w:sz w:val="16"/>
              </w:rPr>
              <w:t>Kaj najprej opazim pri motivu, predmetu ali materialu, povezanem s temo »KOLAŽ PREVOZNIH SREDSTEV«?</w:t>
            </w:r>
          </w:p>
          <w:p w14:paraId="794A85EE"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3B00FFA3"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4DD0938E" w14:textId="77777777">
              <w:trPr>
                <w:jc w:val="center"/>
              </w:trPr>
              <w:tc>
                <w:tcPr>
                  <w:tcW w:w="7087" w:type="dxa"/>
                  <w:shd w:val="clear" w:color="auto" w:fill="EDC9EA"/>
                  <w:tcMar>
                    <w:top w:w="45" w:type="dxa"/>
                    <w:left w:w="70" w:type="dxa"/>
                    <w:bottom w:w="45" w:type="dxa"/>
                    <w:right w:w="70" w:type="dxa"/>
                  </w:tcMar>
                </w:tcPr>
                <w:p w14:paraId="305BD394" w14:textId="77777777" w:rsidR="00080BF0" w:rsidRDefault="00000000">
                  <w:pPr>
                    <w:keepNext/>
                  </w:pPr>
                  <w:r>
                    <w:rPr>
                      <w:b/>
                      <w:color w:val="000000"/>
                    </w:rPr>
                    <w:t>KRITERIJI USPEŠNOSTI</w:t>
                  </w:r>
                </w:p>
              </w:tc>
            </w:tr>
          </w:tbl>
          <w:p w14:paraId="55B990AB" w14:textId="77777777" w:rsidR="00080BF0" w:rsidRDefault="00080BF0"/>
          <w:p w14:paraId="4AEFC10B" w14:textId="77777777" w:rsidR="00080BF0" w:rsidRDefault="00000000">
            <w:pPr>
              <w:spacing w:before="20" w:after="20" w:line="245" w:lineRule="auto"/>
            </w:pPr>
            <w:r>
              <w:rPr>
                <w:b/>
                <w:color w:val="000000"/>
                <w:sz w:val="16"/>
              </w:rPr>
              <w:t>Uspešen/-na bom, ko:</w:t>
            </w:r>
          </w:p>
          <w:p w14:paraId="6ACDA36D" w14:textId="77777777" w:rsidR="00080BF0" w:rsidRDefault="00000000">
            <w:pPr>
              <w:pStyle w:val="Oznaenseznam"/>
              <w:spacing w:after="16"/>
            </w:pPr>
            <w:r>
              <w:rPr>
                <w:color w:val="000000"/>
                <w:sz w:val="16"/>
              </w:rPr>
              <w:t>trgam, režem in lepim</w:t>
            </w:r>
          </w:p>
          <w:p w14:paraId="6E038408" w14:textId="77777777" w:rsidR="00080BF0" w:rsidRDefault="00000000">
            <w:pPr>
              <w:pStyle w:val="Oznaenseznam"/>
              <w:spacing w:after="16"/>
            </w:pPr>
            <w:r>
              <w:rPr>
                <w:color w:val="000000"/>
                <w:sz w:val="16"/>
              </w:rPr>
              <w:t>povezujem oblike v celoto</w:t>
            </w:r>
          </w:p>
          <w:p w14:paraId="17ED156E" w14:textId="77777777" w:rsidR="00080BF0" w:rsidRDefault="00000000">
            <w:pPr>
              <w:pStyle w:val="Oznaenseznam"/>
              <w:spacing w:after="16"/>
            </w:pPr>
            <w:r>
              <w:rPr>
                <w:color w:val="000000"/>
                <w:sz w:val="16"/>
              </w:rPr>
              <w:t>varno uporabljam pripomočke</w:t>
            </w:r>
          </w:p>
          <w:p w14:paraId="7D5BCD70" w14:textId="77777777" w:rsidR="00080BF0" w:rsidRDefault="00000000">
            <w:pPr>
              <w:pStyle w:val="Oznaenseznam"/>
              <w:spacing w:after="16"/>
            </w:pPr>
            <w:r>
              <w:rPr>
                <w:color w:val="000000"/>
                <w:sz w:val="15"/>
              </w:rPr>
              <w:t>varno in namensko uporabim material, zaščitim prostor ter po delu uredim svojo postajo</w:t>
            </w:r>
          </w:p>
          <w:p w14:paraId="45E52F88"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045D5957" w14:textId="77777777" w:rsidR="00080BF0" w:rsidRDefault="00080BF0"/>
          <w:p w14:paraId="0C39056C"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0291B729" w14:textId="77777777" w:rsidR="00080BF0" w:rsidRDefault="00000000">
            <w:pPr>
              <w:spacing w:after="80" w:line="245" w:lineRule="auto"/>
            </w:pPr>
            <w:r>
              <w:rPr>
                <w:color w:val="000000"/>
                <w:sz w:val="16"/>
              </w:rPr>
              <w:t>Pove ali pokaže, kaj že zna opaziti in katero likovno možnost bi najprej preizkusil.</w:t>
            </w:r>
          </w:p>
          <w:p w14:paraId="2B2C58D7" w14:textId="77777777" w:rsidR="00080BF0" w:rsidRDefault="00000000">
            <w:pPr>
              <w:spacing w:after="100" w:line="245" w:lineRule="auto"/>
            </w:pPr>
            <w:r>
              <w:rPr>
                <w:color w:val="000000"/>
                <w:sz w:val="16"/>
              </w:rPr>
              <w:t>Sodeluje pri razumevanju namena, meril uspešnosti, varne rabe pripomočkov in načina dokazovanja.</w:t>
            </w:r>
          </w:p>
          <w:p w14:paraId="5F590BBE" w14:textId="77777777" w:rsidR="00080BF0" w:rsidRDefault="00000000">
            <w:pPr>
              <w:spacing w:after="20" w:line="245" w:lineRule="auto"/>
            </w:pPr>
            <w:r>
              <w:rPr>
                <w:b/>
                <w:color w:val="D95BC6"/>
                <w:sz w:val="17"/>
              </w:rPr>
              <w:t>DOKAZ O UČENJU</w:t>
            </w:r>
          </w:p>
          <w:p w14:paraId="76246E7B"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5ABDFEA0"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12E4AC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5DE2A73"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70F4DF3" w14:textId="77777777" w:rsidR="00080BF0" w:rsidRDefault="00000000">
            <w:pPr>
              <w:jc w:val="center"/>
            </w:pPr>
            <w:r>
              <w:rPr>
                <w:b/>
                <w:color w:val="000000"/>
                <w:sz w:val="20"/>
              </w:rPr>
              <w:t>UČNE DEJAVNOSTI, METODE IN FORMATIVNO SPREMLJANJE</w:t>
            </w:r>
          </w:p>
        </w:tc>
      </w:tr>
      <w:tr w:rsidR="00080BF0" w14:paraId="0E10B38E" w14:textId="77777777">
        <w:trPr>
          <w:tblHeader/>
          <w:jc w:val="center"/>
        </w:trPr>
        <w:tc>
          <w:tcPr>
            <w:tcW w:w="4422" w:type="dxa"/>
            <w:vMerge/>
            <w:tcMar>
              <w:top w:w="70" w:type="dxa"/>
              <w:left w:w="90" w:type="dxa"/>
              <w:bottom w:w="70" w:type="dxa"/>
              <w:right w:w="90" w:type="dxa"/>
            </w:tcMar>
            <w:vAlign w:val="center"/>
          </w:tcPr>
          <w:p w14:paraId="07F6A21D" w14:textId="77777777" w:rsidR="00080BF0" w:rsidRDefault="00080BF0"/>
        </w:tc>
        <w:tc>
          <w:tcPr>
            <w:tcW w:w="7087" w:type="dxa"/>
            <w:shd w:val="clear" w:color="auto" w:fill="FFFFFF"/>
            <w:tcMar>
              <w:top w:w="70" w:type="dxa"/>
              <w:left w:w="90" w:type="dxa"/>
              <w:bottom w:w="70" w:type="dxa"/>
              <w:right w:w="90" w:type="dxa"/>
            </w:tcMar>
            <w:vAlign w:val="center"/>
          </w:tcPr>
          <w:p w14:paraId="1BB5D767"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A154BFB" w14:textId="77777777" w:rsidR="00080BF0" w:rsidRDefault="00000000">
            <w:pPr>
              <w:jc w:val="center"/>
            </w:pPr>
            <w:r>
              <w:rPr>
                <w:b/>
                <w:color w:val="000000"/>
              </w:rPr>
              <w:t>UČENEC</w:t>
            </w:r>
          </w:p>
        </w:tc>
      </w:tr>
      <w:tr w:rsidR="00080BF0" w14:paraId="51959BBD" w14:textId="77777777">
        <w:trPr>
          <w:jc w:val="center"/>
        </w:trPr>
        <w:tc>
          <w:tcPr>
            <w:tcW w:w="4422" w:type="dxa"/>
            <w:tcMar>
              <w:top w:w="70" w:type="dxa"/>
              <w:left w:w="90" w:type="dxa"/>
              <w:bottom w:w="70" w:type="dxa"/>
              <w:right w:w="90" w:type="dxa"/>
            </w:tcMar>
          </w:tcPr>
          <w:p w14:paraId="31C4FA1F" w14:textId="77777777" w:rsidR="00080BF0" w:rsidRDefault="00080BF0"/>
          <w:p w14:paraId="6CBC3F31" w14:textId="77777777" w:rsidR="00080BF0" w:rsidRDefault="00000000">
            <w:pPr>
              <w:spacing w:after="40" w:line="245" w:lineRule="auto"/>
            </w:pPr>
            <w:r>
              <w:rPr>
                <w:b/>
                <w:color w:val="000000"/>
              </w:rPr>
              <w:t>KLJUČNI LIKOVNI POJMI</w:t>
            </w:r>
          </w:p>
          <w:p w14:paraId="0CD12308"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trganje, rezanje, lepljenje, kontrast, znak, sporočilo, razporeditev</w:t>
            </w:r>
          </w:p>
          <w:p w14:paraId="4E39907E" w14:textId="77777777" w:rsidR="00080BF0" w:rsidRDefault="00000000">
            <w:pPr>
              <w:spacing w:after="20" w:line="245" w:lineRule="auto"/>
            </w:pPr>
            <w:r>
              <w:rPr>
                <w:b/>
                <w:color w:val="000000"/>
                <w:sz w:val="17"/>
              </w:rPr>
              <w:t>DOKAZI O UČENJU</w:t>
            </w:r>
          </w:p>
          <w:p w14:paraId="11692085" w14:textId="77777777" w:rsidR="00080BF0" w:rsidRDefault="00000000">
            <w:pPr>
              <w:pStyle w:val="Oznaenseznam"/>
              <w:spacing w:after="9"/>
            </w:pPr>
            <w:r>
              <w:rPr>
                <w:color w:val="000000"/>
                <w:sz w:val="15"/>
              </w:rPr>
              <w:t>list materialnih poskusov, skica/načrt, učenčeva razlaga in učiteljev zapis o varni rabi pripomočkov.</w:t>
            </w:r>
          </w:p>
          <w:p w14:paraId="091153A1" w14:textId="77777777" w:rsidR="00080BF0" w:rsidRDefault="00000000">
            <w:pPr>
              <w:pStyle w:val="Oznaenseznam"/>
              <w:spacing w:after="9"/>
            </w:pPr>
            <w:r>
              <w:rPr>
                <w:color w:val="000000"/>
                <w:sz w:val="15"/>
              </w:rPr>
              <w:t>likovni proces in izdelek, fotografija faze, učenčeva razlaga ter samovrednotenje v mapi.</w:t>
            </w:r>
          </w:p>
          <w:p w14:paraId="78C1FBA3" w14:textId="77777777" w:rsidR="00080BF0" w:rsidRDefault="00000000">
            <w:pPr>
              <w:spacing w:before="40" w:after="20" w:line="245" w:lineRule="auto"/>
            </w:pPr>
            <w:r>
              <w:rPr>
                <w:b/>
                <w:color w:val="000000"/>
                <w:sz w:val="17"/>
              </w:rPr>
              <w:t>LIKOVNO DOŽIVETJE IN IZKUŠENJSKI POUK</w:t>
            </w:r>
          </w:p>
          <w:p w14:paraId="44DF863D"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4E2DACE6" w14:textId="77777777" w:rsidR="00080BF0" w:rsidRDefault="00000000">
            <w:pPr>
              <w:spacing w:after="20" w:line="245" w:lineRule="auto"/>
            </w:pPr>
            <w:r>
              <w:rPr>
                <w:b/>
                <w:color w:val="000000"/>
                <w:sz w:val="17"/>
              </w:rPr>
              <w:t>POUČEVANJE V GIBANJU</w:t>
            </w:r>
          </w:p>
          <w:p w14:paraId="494ECC1F"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6EF98F8F" w14:textId="77777777" w:rsidR="00080BF0" w:rsidRDefault="00000000">
            <w:pPr>
              <w:spacing w:after="20" w:line="245" w:lineRule="auto"/>
            </w:pPr>
            <w:r>
              <w:rPr>
                <w:b/>
                <w:color w:val="000000"/>
                <w:sz w:val="17"/>
              </w:rPr>
              <w:t>DELO PO POSTAJAH</w:t>
            </w:r>
          </w:p>
          <w:p w14:paraId="77055A08"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235BD321" w14:textId="77777777" w:rsidR="00080BF0" w:rsidRDefault="00000000">
            <w:pPr>
              <w:spacing w:after="9" w:line="245" w:lineRule="auto"/>
            </w:pPr>
            <w:r>
              <w:rPr>
                <w:color w:val="000000"/>
                <w:sz w:val="14"/>
              </w:rPr>
              <w:t>1. Kompozicijska: brez lepljenja premikam oblike ter primerjam dve razporeditvi glede na sporočilo.</w:t>
            </w:r>
          </w:p>
          <w:p w14:paraId="14BF53F6" w14:textId="77777777" w:rsidR="00080BF0" w:rsidRDefault="00000000">
            <w:pPr>
              <w:spacing w:after="9" w:line="245" w:lineRule="auto"/>
            </w:pPr>
            <w:r>
              <w:rPr>
                <w:color w:val="000000"/>
                <w:sz w:val="14"/>
              </w:rPr>
              <w:t>2. Materialna: preizkusim trganje, pregibanje, rezanje in lepljenje ter izberem varen postopek.</w:t>
            </w:r>
          </w:p>
          <w:p w14:paraId="0B04B5F9" w14:textId="77777777" w:rsidR="00080BF0" w:rsidRDefault="00000000">
            <w:pPr>
              <w:spacing w:after="9" w:line="245" w:lineRule="auto"/>
            </w:pPr>
            <w:r>
              <w:rPr>
                <w:color w:val="000000"/>
                <w:sz w:val="14"/>
              </w:rPr>
              <w:t>3. Gibalno-prostorska: s telesi ali talnimi oblikami sestavimo veliko kompozicijo in preverimo ravnotežje praznega ter polnega prostora.</w:t>
            </w:r>
          </w:p>
          <w:p w14:paraId="4EC5CE60" w14:textId="77777777" w:rsidR="00080BF0" w:rsidRDefault="00000000">
            <w:pPr>
              <w:spacing w:after="9" w:line="245" w:lineRule="auto"/>
            </w:pPr>
            <w:r>
              <w:rPr>
                <w:color w:val="000000"/>
                <w:sz w:val="14"/>
              </w:rPr>
              <w:t>4. Sporočilna: izdelam kolaž, plakat ali znak, gledalcu razložim namen in po povratni informaciji izboljšam jasnost.</w:t>
            </w:r>
          </w:p>
          <w:p w14:paraId="158B0634" w14:textId="77777777" w:rsidR="00080BF0" w:rsidRDefault="00000000">
            <w:pPr>
              <w:spacing w:after="20" w:line="245" w:lineRule="auto"/>
            </w:pPr>
            <w:r>
              <w:rPr>
                <w:b/>
                <w:color w:val="000000"/>
                <w:sz w:val="17"/>
              </w:rPr>
              <w:t>DIFERENCIACIJA IN VKLJUČEVANJE</w:t>
            </w:r>
          </w:p>
          <w:p w14:paraId="1179BDC1"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067145D2" w14:textId="77777777" w:rsidR="00080BF0" w:rsidRDefault="00000000">
            <w:pPr>
              <w:spacing w:after="20" w:line="245" w:lineRule="auto"/>
            </w:pPr>
            <w:r>
              <w:rPr>
                <w:b/>
                <w:color w:val="000000"/>
                <w:sz w:val="17"/>
              </w:rPr>
              <w:t>SPREMLJANJE</w:t>
            </w:r>
          </w:p>
          <w:p w14:paraId="42903F50"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32D9B87B"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8263253" w14:textId="77777777">
              <w:trPr>
                <w:jc w:val="center"/>
              </w:trPr>
              <w:tc>
                <w:tcPr>
                  <w:tcW w:w="7087" w:type="dxa"/>
                  <w:shd w:val="clear" w:color="auto" w:fill="C6E7F3"/>
                  <w:tcMar>
                    <w:top w:w="45" w:type="dxa"/>
                    <w:left w:w="70" w:type="dxa"/>
                    <w:bottom w:w="45" w:type="dxa"/>
                    <w:right w:w="70" w:type="dxa"/>
                  </w:tcMar>
                </w:tcPr>
                <w:p w14:paraId="6587070C" w14:textId="77777777" w:rsidR="00080BF0" w:rsidRDefault="00000000">
                  <w:pPr>
                    <w:keepNext/>
                  </w:pPr>
                  <w:r>
                    <w:rPr>
                      <w:b/>
                      <w:color w:val="000000"/>
                      <w:sz w:val="17"/>
                    </w:rPr>
                    <w:t>GLAVNI DEL – OPAZOVANJE, MATERIALNI PREIZKUS, USTVARJANJE IN GALERIJA (2 šolski uri)</w:t>
                  </w:r>
                </w:p>
              </w:tc>
            </w:tr>
          </w:tbl>
          <w:p w14:paraId="3C656143" w14:textId="77777777" w:rsidR="00080BF0" w:rsidRDefault="00080BF0">
            <w:pPr>
              <w:spacing w:line="20" w:lineRule="exact"/>
            </w:pPr>
          </w:p>
          <w:p w14:paraId="18510948" w14:textId="77777777" w:rsidR="00080BF0" w:rsidRDefault="00000000">
            <w:pPr>
              <w:keepNext/>
              <w:spacing w:before="22" w:after="8" w:line="245" w:lineRule="auto"/>
            </w:pPr>
            <w:r>
              <w:rPr>
                <w:b/>
                <w:color w:val="000000"/>
                <w:sz w:val="16"/>
              </w:rPr>
              <w:t>1. URA – Kolaž prevoznih sredstev – Opazujem, preizkušam, načrtujem</w:t>
            </w:r>
          </w:p>
          <w:p w14:paraId="77DDBCA2"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»KOLAŽ PREVOZNIH SREDSTEV«.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109A9CDF"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1680E0F8"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69434848" w14:textId="77777777" w:rsidR="00080BF0" w:rsidRDefault="00000000">
            <w:pPr>
              <w:keepNext/>
              <w:spacing w:before="22" w:after="8" w:line="245" w:lineRule="auto"/>
            </w:pPr>
            <w:r>
              <w:rPr>
                <w:b/>
                <w:color w:val="000000"/>
                <w:sz w:val="16"/>
              </w:rPr>
              <w:t>2. URA – Kolaž prevoznih sredstev – Ustvarjam, predstavim, izboljšam</w:t>
            </w:r>
          </w:p>
          <w:p w14:paraId="5538E937"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»KOLAŽ PREVOZNIH SREDSTEV«; postavlja vprašanja o nameri, nudi tehnično oporo in omogoči izboljšavo. Zaključek 10': 10' – Izvede tiho galerijo; modelira odziv »Opazim … / Učinkuje … / Lahko poskusiš …« ter vodi pospravljanje.</w:t>
            </w:r>
          </w:p>
          <w:p w14:paraId="0357D4E0"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5B8E4C72"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0E2E8CCB" w14:textId="77777777">
              <w:trPr>
                <w:jc w:val="center"/>
              </w:trPr>
              <w:tc>
                <w:tcPr>
                  <w:tcW w:w="7087" w:type="dxa"/>
                  <w:shd w:val="clear" w:color="auto" w:fill="EDC9EA"/>
                  <w:tcMar>
                    <w:top w:w="45" w:type="dxa"/>
                    <w:left w:w="70" w:type="dxa"/>
                    <w:bottom w:w="45" w:type="dxa"/>
                    <w:right w:w="70" w:type="dxa"/>
                  </w:tcMar>
                </w:tcPr>
                <w:p w14:paraId="7D179EA8" w14:textId="77777777" w:rsidR="00080BF0" w:rsidRDefault="00000000">
                  <w:pPr>
                    <w:keepNext/>
                  </w:pPr>
                  <w:r>
                    <w:rPr>
                      <w:b/>
                      <w:color w:val="000000"/>
                      <w:sz w:val="17"/>
                    </w:rPr>
                    <w:t>ORGANIZACIJA POSTAJ IN PREHODOV</w:t>
                  </w:r>
                </w:p>
              </w:tc>
            </w:tr>
          </w:tbl>
          <w:p w14:paraId="2ADC01AB" w14:textId="77777777" w:rsidR="00080BF0" w:rsidRDefault="00080BF0"/>
          <w:p w14:paraId="5538C042" w14:textId="77777777" w:rsidR="00080BF0" w:rsidRDefault="00000000">
            <w:pPr>
              <w:spacing w:before="8" w:after="8" w:line="245" w:lineRule="auto"/>
            </w:pPr>
            <w:r>
              <w:rPr>
                <w:color w:val="000000"/>
                <w:sz w:val="14"/>
              </w:rPr>
              <w:t>Postaja 1: Kompozicijska: brez lepljenja premikam oblike ter primerjam dve razporeditvi glede na sporočilo.</w:t>
            </w:r>
          </w:p>
          <w:p w14:paraId="7D347439" w14:textId="77777777" w:rsidR="00080BF0" w:rsidRDefault="00000000">
            <w:pPr>
              <w:spacing w:before="8" w:after="8" w:line="245" w:lineRule="auto"/>
            </w:pPr>
            <w:r>
              <w:rPr>
                <w:color w:val="000000"/>
                <w:sz w:val="14"/>
              </w:rPr>
              <w:t>Postaja 2: Materialna: preizkusim trganje, pregibanje, rezanje in lepljenje ter izberem varen postopek.</w:t>
            </w:r>
          </w:p>
          <w:p w14:paraId="605B9D26" w14:textId="77777777" w:rsidR="00080BF0" w:rsidRDefault="00000000">
            <w:pPr>
              <w:spacing w:before="8" w:after="8" w:line="245" w:lineRule="auto"/>
            </w:pPr>
            <w:r>
              <w:rPr>
                <w:color w:val="000000"/>
                <w:sz w:val="14"/>
              </w:rPr>
              <w:t>Postaja 3: Gibalno-prostorska: s telesi ali talnimi oblikami sestavimo veliko kompozicijo in preverimo ravnotežje praznega ter polnega prostora.</w:t>
            </w:r>
          </w:p>
          <w:p w14:paraId="35A8B11E" w14:textId="77777777" w:rsidR="00080BF0" w:rsidRDefault="00000000">
            <w:pPr>
              <w:spacing w:before="8" w:after="8" w:line="245" w:lineRule="auto"/>
            </w:pPr>
            <w:r>
              <w:rPr>
                <w:color w:val="000000"/>
                <w:sz w:val="14"/>
              </w:rPr>
              <w:t>Postaja 4: Sporočilna: izdelam kolaž, plakat ali znak, gledalcu razložim namen in po povratni informaciji izboljšam jasnost.</w:t>
            </w:r>
          </w:p>
          <w:p w14:paraId="239F9E79"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3D8F41E1" w14:textId="77777777" w:rsidR="00080BF0" w:rsidRDefault="00080BF0"/>
          <w:p w14:paraId="3BDF17E0" w14:textId="77777777" w:rsidR="00080BF0" w:rsidRDefault="00000000">
            <w:pPr>
              <w:spacing w:after="6" w:line="245" w:lineRule="auto"/>
            </w:pPr>
            <w:r>
              <w:rPr>
                <w:b/>
                <w:color w:val="000000"/>
                <w:sz w:val="15"/>
              </w:rPr>
              <w:t>1. URA – Kolaž prevoznih sredstev – Opazujem, preizkušam, načrtujem</w:t>
            </w:r>
          </w:p>
          <w:p w14:paraId="78A3BC9F"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3C880E35" w14:textId="77777777" w:rsidR="00080BF0" w:rsidRDefault="00000000">
            <w:pPr>
              <w:spacing w:after="20" w:line="245" w:lineRule="auto"/>
            </w:pPr>
            <w:r>
              <w:rPr>
                <w:color w:val="D95BC6"/>
                <w:sz w:val="14"/>
              </w:rPr>
              <w:t>Dokaz: list materialnih poskusov, skica/načrt, učenčeva razlaga in učiteljev zapis o varni rabi.</w:t>
            </w:r>
          </w:p>
          <w:p w14:paraId="4A95D734" w14:textId="77777777" w:rsidR="00080BF0" w:rsidRDefault="00000000">
            <w:pPr>
              <w:spacing w:after="6" w:line="245" w:lineRule="auto"/>
            </w:pPr>
            <w:r>
              <w:rPr>
                <w:b/>
                <w:color w:val="000000"/>
                <w:sz w:val="15"/>
              </w:rPr>
              <w:t>2. URA – Kolaž prevoznih sredstev – Ustvarjam, predstavim.</w:t>
            </w:r>
          </w:p>
          <w:p w14:paraId="716DB875"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194A6727" w14:textId="77777777" w:rsidR="00080BF0" w:rsidRDefault="00000000">
            <w:pPr>
              <w:spacing w:after="20" w:line="245" w:lineRule="auto"/>
            </w:pPr>
            <w:r>
              <w:rPr>
                <w:color w:val="D95BC6"/>
                <w:sz w:val="14"/>
              </w:rPr>
              <w:t>Dokaz: likovni proces in izdelek, fotografija faze, učenčeva razlaga ter samovrednotenje v mapi.</w:t>
            </w:r>
          </w:p>
          <w:p w14:paraId="56640661" w14:textId="77777777" w:rsidR="00080BF0" w:rsidRDefault="00000000">
            <w:pPr>
              <w:spacing w:before="40" w:after="20" w:line="245" w:lineRule="auto"/>
            </w:pPr>
            <w:r>
              <w:rPr>
                <w:b/>
                <w:color w:val="D95BC6"/>
                <w:sz w:val="16"/>
              </w:rPr>
              <w:t>MOJ KROG POSTAJ</w:t>
            </w:r>
          </w:p>
          <w:p w14:paraId="56558E74" w14:textId="77777777" w:rsidR="00080BF0" w:rsidRDefault="00000000">
            <w:pPr>
              <w:spacing w:after="11" w:line="245" w:lineRule="auto"/>
            </w:pPr>
            <w:r>
              <w:rPr>
                <w:color w:val="000000"/>
                <w:sz w:val="13"/>
              </w:rPr>
              <w:t>1. Kompozicijska: brez lepljenja premikam oblike ter primerjam dve razporeditvi glede na.</w:t>
            </w:r>
          </w:p>
          <w:p w14:paraId="2B46E277" w14:textId="77777777" w:rsidR="00080BF0" w:rsidRDefault="00000000">
            <w:pPr>
              <w:spacing w:after="11" w:line="245" w:lineRule="auto"/>
            </w:pPr>
            <w:r>
              <w:rPr>
                <w:color w:val="000000"/>
                <w:sz w:val="13"/>
              </w:rPr>
              <w:t>2. Materialna: preizkusim trganje, pregibanje, rezanje in lepljenje ter izberem varen postopek.</w:t>
            </w:r>
          </w:p>
          <w:p w14:paraId="596ABF67" w14:textId="77777777" w:rsidR="00080BF0" w:rsidRDefault="00000000">
            <w:pPr>
              <w:spacing w:after="11" w:line="245" w:lineRule="auto"/>
            </w:pPr>
            <w:r>
              <w:rPr>
                <w:color w:val="000000"/>
                <w:sz w:val="13"/>
              </w:rPr>
              <w:t>3. Gibalno-prostorska: s telesi ali talnimi oblikami sestavimo veliko kompozicijo in preverimo.</w:t>
            </w:r>
          </w:p>
          <w:p w14:paraId="6F3DB9E4" w14:textId="77777777" w:rsidR="00080BF0" w:rsidRDefault="00000000">
            <w:pPr>
              <w:spacing w:after="11" w:line="245" w:lineRule="auto"/>
            </w:pPr>
            <w:r>
              <w:rPr>
                <w:color w:val="000000"/>
                <w:sz w:val="13"/>
              </w:rPr>
              <w:t>4. Sporočilna: izdelam kolaž, plakat ali znak, gledalcu razložim namen in po povratni.</w:t>
            </w:r>
          </w:p>
          <w:p w14:paraId="2E115A1D"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6ABACECB" w14:textId="77777777" w:rsidR="00080BF0" w:rsidRDefault="00000000">
            <w:pPr>
              <w:spacing w:after="20" w:line="245" w:lineRule="auto"/>
            </w:pPr>
            <w:r>
              <w:rPr>
                <w:b/>
                <w:color w:val="D95BC6"/>
                <w:sz w:val="17"/>
              </w:rPr>
              <w:t>DOKAZ O UČENJU</w:t>
            </w:r>
          </w:p>
          <w:p w14:paraId="1B9C2DCC"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7384771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02C090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BD916CD"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24C9CE7" w14:textId="77777777" w:rsidR="00080BF0" w:rsidRDefault="00000000">
            <w:pPr>
              <w:jc w:val="center"/>
            </w:pPr>
            <w:r>
              <w:rPr>
                <w:b/>
                <w:color w:val="000000"/>
                <w:sz w:val="20"/>
              </w:rPr>
              <w:t>UČNE DEJAVNOSTI, METODE IN FORMATIVNO SPREMLJANJE</w:t>
            </w:r>
          </w:p>
        </w:tc>
      </w:tr>
      <w:tr w:rsidR="00080BF0" w14:paraId="71B43759" w14:textId="77777777">
        <w:trPr>
          <w:tblHeader/>
          <w:jc w:val="center"/>
        </w:trPr>
        <w:tc>
          <w:tcPr>
            <w:tcW w:w="4422" w:type="dxa"/>
            <w:vMerge/>
            <w:tcMar>
              <w:top w:w="70" w:type="dxa"/>
              <w:left w:w="90" w:type="dxa"/>
              <w:bottom w:w="70" w:type="dxa"/>
              <w:right w:w="90" w:type="dxa"/>
            </w:tcMar>
            <w:vAlign w:val="center"/>
          </w:tcPr>
          <w:p w14:paraId="54626951" w14:textId="77777777" w:rsidR="00080BF0" w:rsidRDefault="00080BF0"/>
        </w:tc>
        <w:tc>
          <w:tcPr>
            <w:tcW w:w="7087" w:type="dxa"/>
            <w:shd w:val="clear" w:color="auto" w:fill="FFFFFF"/>
            <w:tcMar>
              <w:top w:w="70" w:type="dxa"/>
              <w:left w:w="90" w:type="dxa"/>
              <w:bottom w:w="70" w:type="dxa"/>
              <w:right w:w="90" w:type="dxa"/>
            </w:tcMar>
            <w:vAlign w:val="center"/>
          </w:tcPr>
          <w:p w14:paraId="5E6F2F3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A73A600" w14:textId="77777777" w:rsidR="00080BF0" w:rsidRDefault="00000000">
            <w:pPr>
              <w:jc w:val="center"/>
            </w:pPr>
            <w:r>
              <w:rPr>
                <w:b/>
                <w:color w:val="000000"/>
              </w:rPr>
              <w:t>UČENEC</w:t>
            </w:r>
          </w:p>
        </w:tc>
      </w:tr>
      <w:tr w:rsidR="00080BF0" w14:paraId="5B21EF99" w14:textId="77777777">
        <w:trPr>
          <w:jc w:val="center"/>
        </w:trPr>
        <w:tc>
          <w:tcPr>
            <w:tcW w:w="4422" w:type="dxa"/>
            <w:tcMar>
              <w:top w:w="70" w:type="dxa"/>
              <w:left w:w="90" w:type="dxa"/>
              <w:bottom w:w="70" w:type="dxa"/>
              <w:right w:w="90" w:type="dxa"/>
            </w:tcMar>
          </w:tcPr>
          <w:p w14:paraId="29BC3A02" w14:textId="77777777" w:rsidR="00080BF0" w:rsidRDefault="00080BF0"/>
          <w:p w14:paraId="350A2F20" w14:textId="77777777" w:rsidR="00080BF0" w:rsidRDefault="00000000">
            <w:pPr>
              <w:spacing w:after="40" w:line="245" w:lineRule="auto"/>
            </w:pPr>
            <w:r>
              <w:rPr>
                <w:b/>
                <w:color w:val="000000"/>
              </w:rPr>
              <w:t>FORMATIVNO SPREMLJANJE</w:t>
            </w:r>
          </w:p>
          <w:p w14:paraId="62BEB4A4" w14:textId="77777777" w:rsidR="00080BF0" w:rsidRDefault="00000000">
            <w:pPr>
              <w:pStyle w:val="Oznaenseznam"/>
              <w:spacing w:after="16"/>
            </w:pPr>
            <w:r>
              <w:rPr>
                <w:color w:val="000000"/>
                <w:sz w:val="15"/>
              </w:rPr>
              <w:t>predznanje: opažanje, gibalna ponazoritev, izbira kartice, razvrstitev materialov, poskusna sled ali skica</w:t>
            </w:r>
          </w:p>
          <w:p w14:paraId="4924E57F"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278524E3"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39E4D395" w14:textId="77777777" w:rsidR="00080BF0" w:rsidRDefault="00000000">
            <w:pPr>
              <w:pStyle w:val="Oznaenseznam"/>
              <w:spacing w:after="16"/>
            </w:pPr>
            <w:r>
              <w:rPr>
                <w:color w:val="000000"/>
                <w:sz w:val="15"/>
              </w:rPr>
              <w:t>povratna informacija: opis vidne likovne odločitve, povezava z enim merilom in izvedljiv naslednji korak</w:t>
            </w:r>
          </w:p>
          <w:p w14:paraId="1A95E109" w14:textId="77777777" w:rsidR="00080BF0" w:rsidRDefault="00000000">
            <w:pPr>
              <w:pStyle w:val="Oznaenseznam"/>
              <w:spacing w:after="16"/>
            </w:pPr>
            <w:r>
              <w:rPr>
                <w:color w:val="000000"/>
                <w:sz w:val="15"/>
              </w:rPr>
              <w:t>samovrednotenje: likovni semafor, lestvica samostojnosti, izbran dokaz, galerijski odziv in izboljšava</w:t>
            </w:r>
          </w:p>
          <w:p w14:paraId="02E6CAF3" w14:textId="77777777" w:rsidR="00080BF0" w:rsidRDefault="00000000">
            <w:pPr>
              <w:spacing w:before="40" w:after="20" w:line="245" w:lineRule="auto"/>
            </w:pPr>
            <w:r>
              <w:rPr>
                <w:b/>
                <w:color w:val="000000"/>
                <w:sz w:val="17"/>
              </w:rPr>
              <w:t>VARNOST, HIGIENA IN UREDITEV PROSTORA</w:t>
            </w:r>
          </w:p>
          <w:p w14:paraId="6B0473FD"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Škarje so prilagojene starosti, rezanje poteka sede in vedno stran od telesa.</w:t>
            </w:r>
          </w:p>
          <w:p w14:paraId="24E29518" w14:textId="77777777" w:rsidR="00080BF0" w:rsidRDefault="00000000">
            <w:pPr>
              <w:spacing w:after="20" w:line="245" w:lineRule="auto"/>
            </w:pPr>
            <w:r>
              <w:rPr>
                <w:b/>
                <w:color w:val="000000"/>
                <w:sz w:val="17"/>
              </w:rPr>
              <w:t>EVIDENCA PO IZVEDBI</w:t>
            </w:r>
          </w:p>
          <w:p w14:paraId="237E7E94"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46CACAD5" w14:textId="77777777" w:rsidR="00080BF0" w:rsidRDefault="00000000">
            <w:pPr>
              <w:spacing w:before="40" w:after="20" w:line="245" w:lineRule="auto"/>
            </w:pPr>
            <w:r>
              <w:rPr>
                <w:b/>
                <w:color w:val="000000"/>
                <w:sz w:val="17"/>
              </w:rPr>
              <w:t>RAVEN DOSEGANJA</w:t>
            </w:r>
          </w:p>
          <w:p w14:paraId="6CD429C3"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22531C9F"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8406697" w14:textId="77777777">
              <w:trPr>
                <w:jc w:val="center"/>
              </w:trPr>
              <w:tc>
                <w:tcPr>
                  <w:tcW w:w="7087" w:type="dxa"/>
                  <w:shd w:val="clear" w:color="auto" w:fill="EDC9EA"/>
                  <w:tcMar>
                    <w:top w:w="45" w:type="dxa"/>
                    <w:left w:w="70" w:type="dxa"/>
                    <w:bottom w:w="45" w:type="dxa"/>
                    <w:right w:w="70" w:type="dxa"/>
                  </w:tcMar>
                </w:tcPr>
                <w:p w14:paraId="697DC01F" w14:textId="77777777" w:rsidR="00080BF0" w:rsidRDefault="00000000">
                  <w:pPr>
                    <w:keepNext/>
                  </w:pPr>
                  <w:r>
                    <w:rPr>
                      <w:b/>
                      <w:color w:val="000000"/>
                    </w:rPr>
                    <w:t>VPRAŠANJA V PODPORO LIKOVNEMU UČENJU</w:t>
                  </w:r>
                </w:p>
              </w:tc>
            </w:tr>
          </w:tbl>
          <w:p w14:paraId="79AC75F6" w14:textId="77777777" w:rsidR="00080BF0" w:rsidRDefault="00080BF0">
            <w:pPr>
              <w:spacing w:line="20" w:lineRule="exact"/>
            </w:pPr>
          </w:p>
          <w:p w14:paraId="683646AA" w14:textId="77777777" w:rsidR="00080BF0" w:rsidRDefault="00000000">
            <w:pPr>
              <w:pStyle w:val="Oznaenseznam"/>
              <w:spacing w:after="16"/>
            </w:pPr>
            <w:r>
              <w:rPr>
                <w:color w:val="000000"/>
                <w:sz w:val="16"/>
              </w:rPr>
              <w:t>Kaj si najprej opazil/-a in katera likovna prvina je zate najpomembnejša?</w:t>
            </w:r>
          </w:p>
          <w:p w14:paraId="0541E1F8" w14:textId="77777777" w:rsidR="00080BF0" w:rsidRDefault="00000000">
            <w:pPr>
              <w:pStyle w:val="Oznaenseznam"/>
              <w:spacing w:after="16"/>
            </w:pPr>
            <w:r>
              <w:rPr>
                <w:color w:val="000000"/>
                <w:sz w:val="16"/>
              </w:rPr>
              <w:t>Kako je material ali postopek vplival na črto, barvo, obliko, površino, prostor oziroma delovanje izdelka?</w:t>
            </w:r>
          </w:p>
          <w:p w14:paraId="4B86A462" w14:textId="77777777" w:rsidR="00080BF0" w:rsidRDefault="00000000">
            <w:pPr>
              <w:pStyle w:val="Oznaenseznam"/>
              <w:spacing w:after="16"/>
            </w:pPr>
            <w:r>
              <w:rPr>
                <w:color w:val="000000"/>
                <w:sz w:val="16"/>
              </w:rPr>
              <w:t>Katero možnost si preizkusil/-a, zakaj si jo izbral/-a in kaj si ob poskusu spremenil/-a?</w:t>
            </w:r>
          </w:p>
          <w:p w14:paraId="075D33C6" w14:textId="77777777" w:rsidR="00080BF0" w:rsidRDefault="00000000">
            <w:pPr>
              <w:pStyle w:val="Oznaenseznam"/>
              <w:spacing w:after="16"/>
            </w:pPr>
            <w:r>
              <w:rPr>
                <w:color w:val="000000"/>
                <w:sz w:val="16"/>
              </w:rPr>
              <w:t>Kateri del tvojega procesa ali izdelka najjasneje pokaže dogovorjeno merilo?</w:t>
            </w:r>
          </w:p>
          <w:p w14:paraId="1D97E330"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20F7733C" w14:textId="77777777">
              <w:trPr>
                <w:jc w:val="center"/>
              </w:trPr>
              <w:tc>
                <w:tcPr>
                  <w:tcW w:w="7087" w:type="dxa"/>
                  <w:shd w:val="clear" w:color="auto" w:fill="C6E7F3"/>
                  <w:tcMar>
                    <w:top w:w="45" w:type="dxa"/>
                    <w:left w:w="70" w:type="dxa"/>
                    <w:bottom w:w="45" w:type="dxa"/>
                    <w:right w:w="70" w:type="dxa"/>
                  </w:tcMar>
                </w:tcPr>
                <w:p w14:paraId="66F35B03" w14:textId="77777777" w:rsidR="00080BF0" w:rsidRDefault="00000000">
                  <w:pPr>
                    <w:keepNext/>
                  </w:pPr>
                  <w:r>
                    <w:rPr>
                      <w:b/>
                      <w:color w:val="000000"/>
                    </w:rPr>
                    <w:t>ZAKLJUČNI DEL – TIHA GALERIJA, RAZLAGA IN REFLEKSIJA (8–12 min)</w:t>
                  </w:r>
                </w:p>
              </w:tc>
            </w:tr>
          </w:tbl>
          <w:p w14:paraId="500C82E9" w14:textId="77777777" w:rsidR="00080BF0" w:rsidRDefault="00080BF0">
            <w:pPr>
              <w:spacing w:line="20" w:lineRule="exact"/>
            </w:pPr>
          </w:p>
          <w:p w14:paraId="0B0714BE"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6268C1C2" w14:textId="77777777">
              <w:trPr>
                <w:jc w:val="center"/>
              </w:trPr>
              <w:tc>
                <w:tcPr>
                  <w:tcW w:w="7087" w:type="dxa"/>
                  <w:shd w:val="clear" w:color="auto" w:fill="EDC9EA"/>
                  <w:tcMar>
                    <w:top w:w="45" w:type="dxa"/>
                    <w:left w:w="70" w:type="dxa"/>
                    <w:bottom w:w="45" w:type="dxa"/>
                    <w:right w:w="70" w:type="dxa"/>
                  </w:tcMar>
                </w:tcPr>
                <w:p w14:paraId="29B36650" w14:textId="77777777" w:rsidR="00080BF0" w:rsidRDefault="00000000">
                  <w:pPr>
                    <w:keepNext/>
                  </w:pPr>
                  <w:r>
                    <w:rPr>
                      <w:b/>
                      <w:color w:val="000000"/>
                    </w:rPr>
                    <w:t>SAMOVREDNOTENJE</w:t>
                  </w:r>
                </w:p>
              </w:tc>
            </w:tr>
          </w:tbl>
          <w:p w14:paraId="67DE203E" w14:textId="77777777" w:rsidR="00080BF0" w:rsidRDefault="00080BF0">
            <w:pPr>
              <w:spacing w:line="20" w:lineRule="exact"/>
            </w:pPr>
          </w:p>
          <w:p w14:paraId="4F87D286"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3FC5903B" w14:textId="77777777">
              <w:trPr>
                <w:jc w:val="center"/>
              </w:trPr>
              <w:tc>
                <w:tcPr>
                  <w:tcW w:w="7087" w:type="dxa"/>
                  <w:shd w:val="clear" w:color="auto" w:fill="EDC9EA"/>
                  <w:tcMar>
                    <w:top w:w="45" w:type="dxa"/>
                    <w:left w:w="70" w:type="dxa"/>
                    <w:bottom w:w="45" w:type="dxa"/>
                    <w:right w:w="70" w:type="dxa"/>
                  </w:tcMar>
                </w:tcPr>
                <w:p w14:paraId="28A43D04" w14:textId="77777777" w:rsidR="00080BF0" w:rsidRDefault="00000000">
                  <w:pPr>
                    <w:keepNext/>
                  </w:pPr>
                  <w:r>
                    <w:rPr>
                      <w:b/>
                      <w:color w:val="000000"/>
                    </w:rPr>
                    <w:t>VRSTNIŠKO VREDNOTENJE</w:t>
                  </w:r>
                </w:p>
              </w:tc>
            </w:tr>
          </w:tbl>
          <w:p w14:paraId="193AEFBE" w14:textId="77777777" w:rsidR="00080BF0" w:rsidRDefault="00080BF0">
            <w:pPr>
              <w:spacing w:line="20" w:lineRule="exact"/>
            </w:pPr>
          </w:p>
          <w:p w14:paraId="050C0A5E"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3E43A285" w14:textId="77777777">
              <w:trPr>
                <w:jc w:val="center"/>
              </w:trPr>
              <w:tc>
                <w:tcPr>
                  <w:tcW w:w="7087" w:type="dxa"/>
                  <w:shd w:val="clear" w:color="auto" w:fill="EDC9EA"/>
                  <w:tcMar>
                    <w:top w:w="45" w:type="dxa"/>
                    <w:left w:w="70" w:type="dxa"/>
                    <w:bottom w:w="45" w:type="dxa"/>
                    <w:right w:w="70" w:type="dxa"/>
                  </w:tcMar>
                </w:tcPr>
                <w:p w14:paraId="39F6706C" w14:textId="77777777" w:rsidR="00080BF0" w:rsidRDefault="00000000">
                  <w:pPr>
                    <w:keepNext/>
                  </w:pPr>
                  <w:r>
                    <w:rPr>
                      <w:b/>
                      <w:color w:val="000000"/>
                    </w:rPr>
                    <w:t>SKUPNI POVZETEK</w:t>
                  </w:r>
                </w:p>
              </w:tc>
            </w:tr>
          </w:tbl>
          <w:p w14:paraId="43BEA680" w14:textId="77777777" w:rsidR="00080BF0" w:rsidRDefault="00080BF0"/>
          <w:p w14:paraId="040662B5" w14:textId="77777777" w:rsidR="00080BF0" w:rsidRDefault="00000000">
            <w:pPr>
              <w:spacing w:before="20" w:after="40" w:line="245" w:lineRule="auto"/>
            </w:pPr>
            <w:r>
              <w:rPr>
                <w:b/>
                <w:color w:val="000000"/>
                <w:sz w:val="16"/>
              </w:rPr>
              <w:t>trgam, režem in lepim; povezujem oblike v celoto; varno uporabljam pripomočke. Izbrani dokaz pojasnim in po povratni informaciji izboljšam.</w:t>
            </w:r>
          </w:p>
        </w:tc>
        <w:tc>
          <w:tcPr>
            <w:tcW w:w="2551" w:type="dxa"/>
            <w:tcMar>
              <w:top w:w="70" w:type="dxa"/>
              <w:left w:w="90" w:type="dxa"/>
              <w:bottom w:w="70" w:type="dxa"/>
              <w:right w:w="90" w:type="dxa"/>
            </w:tcMar>
          </w:tcPr>
          <w:p w14:paraId="040563F1" w14:textId="77777777" w:rsidR="00080BF0" w:rsidRDefault="00080BF0"/>
          <w:p w14:paraId="5DD7D224" w14:textId="77777777" w:rsidR="00080BF0" w:rsidRDefault="00000000">
            <w:pPr>
              <w:spacing w:after="80" w:line="245" w:lineRule="auto"/>
            </w:pPr>
            <w:r>
              <w:rPr>
                <w:color w:val="000000"/>
                <w:sz w:val="15"/>
              </w:rPr>
              <w:t>Odgovarja na podporna vprašanja in se sklicuje na opaženo, preizkušeno, ustvarjeno ali razstavljeno.</w:t>
            </w:r>
          </w:p>
          <w:p w14:paraId="3BA594C2" w14:textId="77777777" w:rsidR="00080BF0" w:rsidRDefault="00000000">
            <w:pPr>
              <w:spacing w:after="80" w:line="245" w:lineRule="auto"/>
            </w:pPr>
            <w:r>
              <w:rPr>
                <w:color w:val="000000"/>
                <w:sz w:val="15"/>
              </w:rPr>
              <w:t>Predstavi izbrani procesni ali izdelkovni dokaz ter pove, katero merilo z njim pokaže.</w:t>
            </w:r>
          </w:p>
          <w:p w14:paraId="5A489C9C" w14:textId="77777777" w:rsidR="00080BF0" w:rsidRDefault="00000000">
            <w:pPr>
              <w:spacing w:after="80" w:line="245" w:lineRule="auto"/>
            </w:pPr>
            <w:r>
              <w:rPr>
                <w:color w:val="000000"/>
                <w:sz w:val="15"/>
              </w:rPr>
              <w:t>Tiho opazuje vrstnikovo delo, opiše eno konkretno likovno rešitev in poda prijazen predlog.</w:t>
            </w:r>
          </w:p>
          <w:p w14:paraId="2EACE71D" w14:textId="77777777" w:rsidR="00080BF0" w:rsidRDefault="00000000">
            <w:pPr>
              <w:spacing w:after="80" w:line="245" w:lineRule="auto"/>
            </w:pPr>
            <w:r>
              <w:rPr>
                <w:color w:val="000000"/>
                <w:sz w:val="15"/>
              </w:rPr>
              <w:t>Po povratni informaciji po želji ponovi poskus, spremeni podrobnost, izboljša spoj, razporeditev ali razlago.</w:t>
            </w:r>
          </w:p>
          <w:p w14:paraId="3A2B003A" w14:textId="77777777" w:rsidR="00080BF0" w:rsidRDefault="00000000">
            <w:pPr>
              <w:spacing w:after="100" w:line="245" w:lineRule="auto"/>
            </w:pPr>
            <w:r>
              <w:rPr>
                <w:color w:val="000000"/>
                <w:sz w:val="15"/>
              </w:rPr>
              <w:t>Izbere raven samostojnosti ter določi majhen in izvedljiv naslednji ustvarjalni korak.</w:t>
            </w:r>
          </w:p>
          <w:p w14:paraId="1EB48FDB" w14:textId="77777777" w:rsidR="00080BF0" w:rsidRDefault="00000000">
            <w:pPr>
              <w:spacing w:after="20" w:line="245" w:lineRule="auto"/>
            </w:pPr>
            <w:r>
              <w:rPr>
                <w:b/>
                <w:color w:val="D95BC6"/>
                <w:sz w:val="17"/>
              </w:rPr>
              <w:t>DOKAZ O UČENJU</w:t>
            </w:r>
          </w:p>
          <w:p w14:paraId="0FFF95C9"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3FF1A789"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1E3EEA8A" w14:textId="77777777">
        <w:trPr>
          <w:cantSplit/>
          <w:jc w:val="center"/>
        </w:trPr>
        <w:tc>
          <w:tcPr>
            <w:tcW w:w="14060" w:type="dxa"/>
            <w:gridSpan w:val="6"/>
            <w:tcMar>
              <w:top w:w="70" w:type="dxa"/>
              <w:left w:w="90" w:type="dxa"/>
              <w:bottom w:w="70" w:type="dxa"/>
              <w:right w:w="90" w:type="dxa"/>
            </w:tcMar>
            <w:vAlign w:val="center"/>
          </w:tcPr>
          <w:p w14:paraId="34B4FC46" w14:textId="77777777" w:rsidR="00080BF0" w:rsidRDefault="00000000">
            <w:pPr>
              <w:jc w:val="center"/>
            </w:pPr>
            <w:r>
              <w:rPr>
                <w:b/>
                <w:color w:val="000000"/>
                <w:sz w:val="24"/>
              </w:rPr>
              <w:lastRenderedPageBreak/>
              <w:t>UČNA PRIPRAVA 8/39</w:t>
            </w:r>
          </w:p>
        </w:tc>
      </w:tr>
      <w:tr w:rsidR="00080BF0" w14:paraId="6AED5158" w14:textId="77777777">
        <w:trPr>
          <w:jc w:val="center"/>
        </w:trPr>
        <w:tc>
          <w:tcPr>
            <w:tcW w:w="2665" w:type="dxa"/>
            <w:tcMar>
              <w:top w:w="70" w:type="dxa"/>
              <w:left w:w="90" w:type="dxa"/>
              <w:bottom w:w="70" w:type="dxa"/>
              <w:right w:w="90" w:type="dxa"/>
            </w:tcMar>
            <w:vAlign w:val="center"/>
          </w:tcPr>
          <w:p w14:paraId="6EB87331"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5280E72"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5CBEF7C4"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533F791" w14:textId="77777777" w:rsidR="00080BF0" w:rsidRDefault="00000000">
            <w:r>
              <w:rPr>
                <w:b/>
                <w:color w:val="000000"/>
                <w:sz w:val="16"/>
              </w:rPr>
              <w:t xml:space="preserve">NAČRTOVANI TERMIN: </w:t>
            </w:r>
            <w:r>
              <w:rPr>
                <w:color w:val="000000"/>
                <w:sz w:val="16"/>
              </w:rPr>
              <w:t>8. teden • 19.–23. 10. 2026</w:t>
            </w:r>
          </w:p>
        </w:tc>
        <w:tc>
          <w:tcPr>
            <w:tcW w:w="2268" w:type="dxa"/>
            <w:tcMar>
              <w:top w:w="70" w:type="dxa"/>
              <w:left w:w="90" w:type="dxa"/>
              <w:bottom w:w="70" w:type="dxa"/>
              <w:right w:w="90" w:type="dxa"/>
            </w:tcMar>
            <w:vAlign w:val="center"/>
          </w:tcPr>
          <w:p w14:paraId="55AD3597"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0EDB95E" w14:textId="77777777" w:rsidR="00080BF0" w:rsidRDefault="00000000">
            <w:r>
              <w:rPr>
                <w:b/>
                <w:color w:val="000000"/>
                <w:sz w:val="16"/>
              </w:rPr>
              <w:t xml:space="preserve">ŠTEVILO UR: </w:t>
            </w:r>
            <w:r>
              <w:rPr>
                <w:color w:val="000000"/>
                <w:sz w:val="16"/>
              </w:rPr>
              <w:t>2</w:t>
            </w:r>
          </w:p>
        </w:tc>
      </w:tr>
      <w:tr w:rsidR="00080BF0" w14:paraId="6AF01FBC" w14:textId="77777777">
        <w:trPr>
          <w:jc w:val="center"/>
        </w:trPr>
        <w:tc>
          <w:tcPr>
            <w:tcW w:w="14061" w:type="dxa"/>
            <w:gridSpan w:val="6"/>
            <w:tcMar>
              <w:top w:w="70" w:type="dxa"/>
              <w:left w:w="90" w:type="dxa"/>
              <w:bottom w:w="70" w:type="dxa"/>
              <w:right w:w="90" w:type="dxa"/>
            </w:tcMar>
            <w:vAlign w:val="center"/>
          </w:tcPr>
          <w:p w14:paraId="2D568319"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59749F27" w14:textId="77777777">
        <w:trPr>
          <w:cantSplit/>
          <w:jc w:val="center"/>
        </w:trPr>
        <w:tc>
          <w:tcPr>
            <w:tcW w:w="14060" w:type="dxa"/>
            <w:gridSpan w:val="6"/>
            <w:tcMar>
              <w:top w:w="70" w:type="dxa"/>
              <w:left w:w="90" w:type="dxa"/>
              <w:bottom w:w="70" w:type="dxa"/>
              <w:right w:w="90" w:type="dxa"/>
            </w:tcMar>
            <w:vAlign w:val="center"/>
          </w:tcPr>
          <w:p w14:paraId="18FE5E58" w14:textId="77777777" w:rsidR="00080BF0" w:rsidRDefault="00080BF0"/>
          <w:p w14:paraId="717610EF" w14:textId="77777777" w:rsidR="00080BF0" w:rsidRDefault="00000000">
            <w:pPr>
              <w:spacing w:line="245" w:lineRule="auto"/>
            </w:pPr>
            <w:r>
              <w:rPr>
                <w:b/>
                <w:color w:val="000000"/>
                <w:sz w:val="15"/>
              </w:rPr>
              <w:t xml:space="preserve">UČNI SKLOP: </w:t>
            </w:r>
            <w:r>
              <w:rPr>
                <w:color w:val="000000"/>
                <w:sz w:val="15"/>
              </w:rPr>
              <w:t>VARNA POT IN MOBILNOST</w:t>
            </w:r>
          </w:p>
        </w:tc>
      </w:tr>
      <w:tr w:rsidR="00080BF0" w14:paraId="4A1FD773" w14:textId="77777777">
        <w:trPr>
          <w:cantSplit/>
          <w:jc w:val="center"/>
        </w:trPr>
        <w:tc>
          <w:tcPr>
            <w:tcW w:w="14060" w:type="dxa"/>
            <w:gridSpan w:val="6"/>
            <w:tcMar>
              <w:top w:w="70" w:type="dxa"/>
              <w:left w:w="90" w:type="dxa"/>
              <w:bottom w:w="70" w:type="dxa"/>
              <w:right w:w="90" w:type="dxa"/>
            </w:tcMar>
            <w:vAlign w:val="center"/>
          </w:tcPr>
          <w:p w14:paraId="6A0A7E98" w14:textId="77777777" w:rsidR="00080BF0" w:rsidRDefault="00080BF0"/>
          <w:p w14:paraId="2FA78ED9" w14:textId="77777777" w:rsidR="00080BF0" w:rsidRDefault="00000000">
            <w:pPr>
              <w:spacing w:line="245" w:lineRule="auto"/>
            </w:pPr>
            <w:r>
              <w:rPr>
                <w:b/>
                <w:color w:val="000000"/>
                <w:sz w:val="15"/>
              </w:rPr>
              <w:t xml:space="preserve">UČNA TEMA: </w:t>
            </w:r>
            <w:r>
              <w:rPr>
                <w:color w:val="000000"/>
                <w:sz w:val="15"/>
              </w:rPr>
              <w:t>PROMETNI PLAKAT</w:t>
            </w:r>
          </w:p>
        </w:tc>
      </w:tr>
      <w:tr w:rsidR="00080BF0" w14:paraId="737533E1" w14:textId="77777777">
        <w:trPr>
          <w:cantSplit/>
          <w:jc w:val="center"/>
        </w:trPr>
        <w:tc>
          <w:tcPr>
            <w:tcW w:w="14060" w:type="dxa"/>
            <w:gridSpan w:val="6"/>
            <w:tcMar>
              <w:top w:w="70" w:type="dxa"/>
              <w:left w:w="90" w:type="dxa"/>
              <w:bottom w:w="70" w:type="dxa"/>
              <w:right w:w="90" w:type="dxa"/>
            </w:tcMar>
            <w:vAlign w:val="center"/>
          </w:tcPr>
          <w:p w14:paraId="42992E98" w14:textId="77777777" w:rsidR="00080BF0" w:rsidRDefault="00080BF0"/>
          <w:p w14:paraId="099D5291" w14:textId="77777777" w:rsidR="00080BF0" w:rsidRDefault="00000000">
            <w:pPr>
              <w:spacing w:line="245" w:lineRule="auto"/>
            </w:pPr>
            <w:r>
              <w:rPr>
                <w:b/>
                <w:color w:val="000000"/>
                <w:sz w:val="15"/>
              </w:rPr>
              <w:t xml:space="preserve">KNJIŽEVNO / MOTIVNO IZHODIŠČE: </w:t>
            </w:r>
            <w:r>
              <w:rPr>
                <w:color w:val="000000"/>
                <w:sz w:val="15"/>
              </w:rPr>
              <w:t>»Bremenski mestni godci« – brata Grimm • pot, pogum, sodelovanje in glasba</w:t>
            </w:r>
          </w:p>
        </w:tc>
      </w:tr>
      <w:tr w:rsidR="00080BF0" w14:paraId="0B7FD0C1" w14:textId="77777777">
        <w:trPr>
          <w:cantSplit/>
          <w:jc w:val="center"/>
        </w:trPr>
        <w:tc>
          <w:tcPr>
            <w:tcW w:w="14060" w:type="dxa"/>
            <w:gridSpan w:val="6"/>
            <w:tcMar>
              <w:top w:w="70" w:type="dxa"/>
              <w:left w:w="90" w:type="dxa"/>
              <w:bottom w:w="70" w:type="dxa"/>
              <w:right w:w="90" w:type="dxa"/>
            </w:tcMar>
            <w:vAlign w:val="center"/>
          </w:tcPr>
          <w:p w14:paraId="72542935" w14:textId="77777777" w:rsidR="00080BF0" w:rsidRDefault="00080BF0"/>
          <w:p w14:paraId="21BDDACE" w14:textId="77777777" w:rsidR="00080BF0" w:rsidRDefault="00000000">
            <w:pPr>
              <w:spacing w:line="245" w:lineRule="auto"/>
            </w:pPr>
            <w:r>
              <w:rPr>
                <w:b/>
                <w:color w:val="000000"/>
                <w:sz w:val="15"/>
              </w:rPr>
              <w:t xml:space="preserve">LIKOVNO IZHODIŠČE / MOTIVACIJA: </w:t>
            </w:r>
            <w:r>
              <w:rPr>
                <w:color w:val="000000"/>
                <w:sz w:val="15"/>
              </w:rPr>
              <w:t>iz skrivnostne ovojnice padejo razpršene oblike; učenci jih brez lepljenja premikajo, sestavljajo in iščejo jasno sporočilo za nalogo »prometni plakat«. Tematska rešitev: oblikuje skupinski plakat pravljičnih godcev.</w:t>
            </w:r>
          </w:p>
        </w:tc>
      </w:tr>
      <w:tr w:rsidR="00080BF0" w14:paraId="127692D3" w14:textId="77777777">
        <w:trPr>
          <w:cantSplit/>
          <w:jc w:val="center"/>
        </w:trPr>
        <w:tc>
          <w:tcPr>
            <w:tcW w:w="14060" w:type="dxa"/>
            <w:gridSpan w:val="6"/>
            <w:tcMar>
              <w:top w:w="70" w:type="dxa"/>
              <w:left w:w="90" w:type="dxa"/>
              <w:bottom w:w="70" w:type="dxa"/>
              <w:right w:w="90" w:type="dxa"/>
            </w:tcMar>
            <w:vAlign w:val="center"/>
          </w:tcPr>
          <w:p w14:paraId="41782D44" w14:textId="77777777" w:rsidR="00080BF0" w:rsidRDefault="00080BF0"/>
          <w:p w14:paraId="3A6D6989" w14:textId="77777777" w:rsidR="00080BF0" w:rsidRDefault="00000000">
            <w:pPr>
              <w:spacing w:line="245" w:lineRule="auto"/>
            </w:pPr>
            <w:r>
              <w:rPr>
                <w:b/>
                <w:color w:val="000000"/>
                <w:sz w:val="15"/>
              </w:rPr>
              <w:t xml:space="preserve">UČNE ENOTE: </w:t>
            </w:r>
            <w:r>
              <w:rPr>
                <w:color w:val="000000"/>
                <w:sz w:val="15"/>
              </w:rPr>
              <w:t>1. ura – Prometni plakat – Opazujem, preizkušam, načrtujem • 2. ura – Prometni plakat – Ustvarjam, predstavim, izboljšam</w:t>
            </w:r>
          </w:p>
        </w:tc>
      </w:tr>
      <w:tr w:rsidR="00080BF0" w14:paraId="27D2CDB3" w14:textId="77777777">
        <w:trPr>
          <w:cantSplit/>
          <w:jc w:val="center"/>
        </w:trPr>
        <w:tc>
          <w:tcPr>
            <w:tcW w:w="14060" w:type="dxa"/>
            <w:gridSpan w:val="6"/>
            <w:tcMar>
              <w:top w:w="70" w:type="dxa"/>
              <w:left w:w="90" w:type="dxa"/>
              <w:bottom w:w="70" w:type="dxa"/>
              <w:right w:w="90" w:type="dxa"/>
            </w:tcMar>
            <w:vAlign w:val="center"/>
          </w:tcPr>
          <w:p w14:paraId="69EB6B43" w14:textId="77777777" w:rsidR="00080BF0" w:rsidRDefault="00080BF0"/>
          <w:p w14:paraId="077ED58A"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640746A8" w14:textId="77777777">
        <w:trPr>
          <w:cantSplit/>
          <w:jc w:val="center"/>
        </w:trPr>
        <w:tc>
          <w:tcPr>
            <w:tcW w:w="14060" w:type="dxa"/>
            <w:gridSpan w:val="6"/>
            <w:tcMar>
              <w:top w:w="70" w:type="dxa"/>
              <w:left w:w="90" w:type="dxa"/>
              <w:bottom w:w="70" w:type="dxa"/>
              <w:right w:w="90" w:type="dxa"/>
            </w:tcMar>
            <w:vAlign w:val="center"/>
          </w:tcPr>
          <w:p w14:paraId="5D2A1934" w14:textId="77777777" w:rsidR="00080BF0" w:rsidRDefault="00080BF0"/>
          <w:p w14:paraId="3315BD2D"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6091E057" w14:textId="77777777">
        <w:trPr>
          <w:cantSplit/>
          <w:jc w:val="center"/>
        </w:trPr>
        <w:tc>
          <w:tcPr>
            <w:tcW w:w="14060" w:type="dxa"/>
            <w:gridSpan w:val="6"/>
            <w:tcMar>
              <w:top w:w="70" w:type="dxa"/>
              <w:left w:w="90" w:type="dxa"/>
              <w:bottom w:w="70" w:type="dxa"/>
              <w:right w:w="90" w:type="dxa"/>
            </w:tcMar>
            <w:vAlign w:val="center"/>
          </w:tcPr>
          <w:p w14:paraId="062E76AC" w14:textId="77777777" w:rsidR="00080BF0" w:rsidRDefault="00080BF0"/>
          <w:p w14:paraId="3F8B5D95"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0C5A3136" w14:textId="77777777">
        <w:trPr>
          <w:cantSplit/>
          <w:jc w:val="center"/>
        </w:trPr>
        <w:tc>
          <w:tcPr>
            <w:tcW w:w="14060" w:type="dxa"/>
            <w:gridSpan w:val="6"/>
            <w:tcMar>
              <w:top w:w="70" w:type="dxa"/>
              <w:left w:w="90" w:type="dxa"/>
              <w:bottom w:w="70" w:type="dxa"/>
              <w:right w:w="90" w:type="dxa"/>
            </w:tcMar>
            <w:vAlign w:val="center"/>
          </w:tcPr>
          <w:p w14:paraId="575840D2" w14:textId="77777777" w:rsidR="00080BF0" w:rsidRDefault="00080BF0"/>
          <w:p w14:paraId="6FBBA29C" w14:textId="77777777" w:rsidR="00080BF0" w:rsidRDefault="00000000">
            <w:pPr>
              <w:spacing w:line="245" w:lineRule="auto"/>
            </w:pPr>
            <w:r>
              <w:rPr>
                <w:b/>
                <w:color w:val="000000"/>
                <w:sz w:val="15"/>
              </w:rPr>
              <w:t xml:space="preserve">MEDPREDMETNE POVEZAVE: </w:t>
            </w:r>
            <w:r>
              <w:rPr>
                <w:color w:val="000000"/>
                <w:sz w:val="15"/>
              </w:rPr>
              <w:t>SPO – pot, pogum, sodelovanje in glasba; SLJ – poslušanje, opis opažanja, poimenovanje postopka in predstavitev; MAT – oblike, razvrščanje, vzorci in prostorski odnosi; ŠPO – gibalna črta, telesna skulptura, smer in ravnotežje; GUM – ritem, ponavljanje, kontrast in razpoloženje</w:t>
            </w:r>
          </w:p>
        </w:tc>
      </w:tr>
      <w:tr w:rsidR="00080BF0" w14:paraId="4BA7CBC0" w14:textId="77777777">
        <w:trPr>
          <w:cantSplit/>
          <w:jc w:val="center"/>
        </w:trPr>
        <w:tc>
          <w:tcPr>
            <w:tcW w:w="14060" w:type="dxa"/>
            <w:gridSpan w:val="6"/>
            <w:tcMar>
              <w:top w:w="70" w:type="dxa"/>
              <w:left w:w="90" w:type="dxa"/>
              <w:bottom w:w="70" w:type="dxa"/>
              <w:right w:w="90" w:type="dxa"/>
            </w:tcMar>
            <w:vAlign w:val="center"/>
          </w:tcPr>
          <w:p w14:paraId="7B1EA5E0" w14:textId="77777777" w:rsidR="00080BF0" w:rsidRDefault="00080BF0"/>
          <w:p w14:paraId="61CE8A98" w14:textId="77777777" w:rsidR="00080BF0" w:rsidRDefault="00000000">
            <w:pPr>
              <w:spacing w:line="245" w:lineRule="auto"/>
            </w:pPr>
            <w:r>
              <w:rPr>
                <w:b/>
                <w:color w:val="000000"/>
                <w:sz w:val="15"/>
              </w:rPr>
              <w:t xml:space="preserve">UČNA SREDSTVA IN PRIPOMOČKI: </w:t>
            </w:r>
            <w:r>
              <w:rPr>
                <w:color w:val="000000"/>
                <w:sz w:val="15"/>
              </w:rPr>
              <w:t>barvni in ponovno uporabljeni papirji, karton, revije, varne škarje, lepilo v stiku, tekstilni ostanki, vrvice in podlage; fotografija, reprodukcija ali resnični predmet za opazovanje; kartice namena in meril; talne oznake štirih postaj; mapa dokazov; sredstva za čiščenje in pospravljanje</w:t>
            </w:r>
          </w:p>
        </w:tc>
      </w:tr>
      <w:tr w:rsidR="00080BF0" w14:paraId="58C91A7D" w14:textId="77777777">
        <w:trPr>
          <w:cantSplit/>
          <w:jc w:val="center"/>
        </w:trPr>
        <w:tc>
          <w:tcPr>
            <w:tcW w:w="14060" w:type="dxa"/>
            <w:gridSpan w:val="6"/>
            <w:tcMar>
              <w:top w:w="70" w:type="dxa"/>
              <w:left w:w="90" w:type="dxa"/>
              <w:bottom w:w="70" w:type="dxa"/>
              <w:right w:w="90" w:type="dxa"/>
            </w:tcMar>
            <w:vAlign w:val="center"/>
          </w:tcPr>
          <w:p w14:paraId="7F40591E" w14:textId="77777777" w:rsidR="00080BF0" w:rsidRDefault="00080BF0"/>
          <w:p w14:paraId="62A7C1F7"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712FA6D4" w14:textId="77777777">
        <w:trPr>
          <w:cantSplit/>
          <w:jc w:val="center"/>
        </w:trPr>
        <w:tc>
          <w:tcPr>
            <w:tcW w:w="14060" w:type="dxa"/>
            <w:gridSpan w:val="6"/>
            <w:tcMar>
              <w:top w:w="70" w:type="dxa"/>
              <w:left w:w="90" w:type="dxa"/>
              <w:bottom w:w="70" w:type="dxa"/>
              <w:right w:w="90" w:type="dxa"/>
            </w:tcMar>
            <w:vAlign w:val="center"/>
          </w:tcPr>
          <w:p w14:paraId="360A0D9E" w14:textId="77777777" w:rsidR="00080BF0" w:rsidRDefault="00080BF0"/>
          <w:p w14:paraId="3AB948EE" w14:textId="77777777" w:rsidR="00080BF0" w:rsidRDefault="00000000">
            <w:pPr>
              <w:spacing w:line="245" w:lineRule="auto"/>
            </w:pPr>
            <w:r>
              <w:rPr>
                <w:b/>
                <w:color w:val="000000"/>
                <w:sz w:val="15"/>
              </w:rPr>
              <w:t xml:space="preserve">OCENJEVANJE / DAN DEJAVNOSTI: </w:t>
            </w:r>
            <w:r>
              <w:rPr>
                <w:color w:val="000000"/>
                <w:sz w:val="15"/>
              </w:rPr>
              <w:t>ŠPORTNI DAN</w:t>
            </w:r>
          </w:p>
        </w:tc>
      </w:tr>
      <w:tr w:rsidR="00080BF0" w14:paraId="796EC22B" w14:textId="77777777">
        <w:trPr>
          <w:cantSplit/>
          <w:jc w:val="center"/>
        </w:trPr>
        <w:tc>
          <w:tcPr>
            <w:tcW w:w="14060" w:type="dxa"/>
            <w:gridSpan w:val="6"/>
            <w:tcMar>
              <w:top w:w="70" w:type="dxa"/>
              <w:left w:w="90" w:type="dxa"/>
              <w:bottom w:w="70" w:type="dxa"/>
              <w:right w:w="90" w:type="dxa"/>
            </w:tcMar>
            <w:vAlign w:val="center"/>
          </w:tcPr>
          <w:p w14:paraId="4C200116" w14:textId="77777777" w:rsidR="00080BF0" w:rsidRDefault="00080BF0"/>
          <w:p w14:paraId="02D67C64"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291BF48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3E402A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0805754"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6A2F028" w14:textId="77777777" w:rsidR="00080BF0" w:rsidRDefault="00000000">
            <w:pPr>
              <w:jc w:val="center"/>
            </w:pPr>
            <w:r>
              <w:rPr>
                <w:b/>
                <w:color w:val="000000"/>
                <w:sz w:val="20"/>
              </w:rPr>
              <w:t>UČNE DEJAVNOSTI, METODE IN FORMATIVNO SPREMLJANJE</w:t>
            </w:r>
          </w:p>
        </w:tc>
      </w:tr>
      <w:tr w:rsidR="00080BF0" w14:paraId="050A40FF" w14:textId="77777777">
        <w:trPr>
          <w:tblHeader/>
          <w:jc w:val="center"/>
        </w:trPr>
        <w:tc>
          <w:tcPr>
            <w:tcW w:w="4422" w:type="dxa"/>
            <w:vMerge/>
            <w:tcMar>
              <w:top w:w="70" w:type="dxa"/>
              <w:left w:w="90" w:type="dxa"/>
              <w:bottom w:w="70" w:type="dxa"/>
              <w:right w:w="90" w:type="dxa"/>
            </w:tcMar>
            <w:vAlign w:val="center"/>
          </w:tcPr>
          <w:p w14:paraId="0D478004" w14:textId="77777777" w:rsidR="00080BF0" w:rsidRDefault="00080BF0"/>
        </w:tc>
        <w:tc>
          <w:tcPr>
            <w:tcW w:w="7087" w:type="dxa"/>
            <w:shd w:val="clear" w:color="auto" w:fill="FFFFFF"/>
            <w:tcMar>
              <w:top w:w="70" w:type="dxa"/>
              <w:left w:w="90" w:type="dxa"/>
              <w:bottom w:w="70" w:type="dxa"/>
              <w:right w:w="90" w:type="dxa"/>
            </w:tcMar>
            <w:vAlign w:val="center"/>
          </w:tcPr>
          <w:p w14:paraId="0B06D2ED"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FD68DCA" w14:textId="77777777" w:rsidR="00080BF0" w:rsidRDefault="00000000">
            <w:pPr>
              <w:jc w:val="center"/>
            </w:pPr>
            <w:r>
              <w:rPr>
                <w:b/>
                <w:color w:val="000000"/>
              </w:rPr>
              <w:t>UČENEC</w:t>
            </w:r>
          </w:p>
        </w:tc>
      </w:tr>
      <w:tr w:rsidR="00080BF0" w14:paraId="0AE68ABB" w14:textId="77777777">
        <w:trPr>
          <w:jc w:val="center"/>
        </w:trPr>
        <w:tc>
          <w:tcPr>
            <w:tcW w:w="4422" w:type="dxa"/>
            <w:tcMar>
              <w:top w:w="70" w:type="dxa"/>
              <w:left w:w="90" w:type="dxa"/>
              <w:bottom w:w="70" w:type="dxa"/>
              <w:right w:w="90" w:type="dxa"/>
            </w:tcMar>
          </w:tcPr>
          <w:p w14:paraId="756C3C78" w14:textId="77777777" w:rsidR="00080BF0" w:rsidRDefault="00080BF0"/>
          <w:p w14:paraId="5458AC85" w14:textId="77777777" w:rsidR="00080BF0" w:rsidRDefault="00000000">
            <w:pPr>
              <w:spacing w:after="60" w:line="245" w:lineRule="auto"/>
            </w:pPr>
            <w:r>
              <w:rPr>
                <w:b/>
                <w:color w:val="000000"/>
              </w:rPr>
              <w:t>UČNI CILJI</w:t>
            </w:r>
          </w:p>
          <w:p w14:paraId="68DF5DEE" w14:textId="77777777" w:rsidR="00080BF0" w:rsidRDefault="00000000">
            <w:pPr>
              <w:spacing w:after="20" w:line="245" w:lineRule="auto"/>
            </w:pPr>
            <w:r>
              <w:rPr>
                <w:b/>
                <w:color w:val="000000"/>
                <w:sz w:val="17"/>
              </w:rPr>
              <w:t>SPLOŠNI</w:t>
            </w:r>
          </w:p>
          <w:p w14:paraId="5C2357B7"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52E8E2AB"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4B4C9622"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5428724A"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2EB555DA" w14:textId="77777777" w:rsidR="00080BF0" w:rsidRDefault="00000000">
            <w:pPr>
              <w:spacing w:before="40" w:after="20" w:line="245" w:lineRule="auto"/>
            </w:pPr>
            <w:r>
              <w:rPr>
                <w:b/>
                <w:color w:val="000000"/>
                <w:sz w:val="17"/>
              </w:rPr>
              <w:t>OPERATIVNI</w:t>
            </w:r>
          </w:p>
          <w:p w14:paraId="7DAB6548" w14:textId="77777777" w:rsidR="00080BF0" w:rsidRDefault="00000000">
            <w:pPr>
              <w:pStyle w:val="Oznaenseznam"/>
              <w:spacing w:after="16"/>
            </w:pPr>
            <w:r>
              <w:rPr>
                <w:color w:val="000000"/>
                <w:sz w:val="16"/>
              </w:rPr>
              <w:t>izbere likovna sredstva</w:t>
            </w:r>
          </w:p>
          <w:p w14:paraId="33597A3C" w14:textId="77777777" w:rsidR="00080BF0" w:rsidRDefault="00000000">
            <w:pPr>
              <w:pStyle w:val="Oznaenseznam"/>
              <w:spacing w:after="16"/>
            </w:pPr>
            <w:r>
              <w:rPr>
                <w:color w:val="000000"/>
                <w:sz w:val="16"/>
              </w:rPr>
              <w:t>jasno razporedi znake</w:t>
            </w:r>
          </w:p>
          <w:p w14:paraId="0AB32C0A" w14:textId="77777777" w:rsidR="00080BF0" w:rsidRDefault="00000000">
            <w:pPr>
              <w:pStyle w:val="Oznaenseznam"/>
              <w:spacing w:after="16"/>
            </w:pPr>
            <w:r>
              <w:rPr>
                <w:color w:val="000000"/>
                <w:sz w:val="16"/>
              </w:rPr>
              <w:t>pojasni sporočilo</w:t>
            </w:r>
          </w:p>
          <w:p w14:paraId="16AD1FC0" w14:textId="77777777" w:rsidR="00080BF0" w:rsidRDefault="00000000">
            <w:pPr>
              <w:spacing w:before="40" w:after="20" w:line="245" w:lineRule="auto"/>
            </w:pPr>
            <w:r>
              <w:rPr>
                <w:b/>
                <w:color w:val="000000"/>
                <w:sz w:val="17"/>
              </w:rPr>
              <w:t>PRIČAKOVANI DOSEŽKI / MINIMALNI POUDARKI</w:t>
            </w:r>
          </w:p>
          <w:p w14:paraId="0AA7D15C" w14:textId="77777777" w:rsidR="00080BF0" w:rsidRDefault="00000000">
            <w:pPr>
              <w:pStyle w:val="Oznaenseznam"/>
              <w:spacing w:after="16"/>
            </w:pPr>
            <w:r>
              <w:rPr>
                <w:color w:val="000000"/>
                <w:sz w:val="15"/>
              </w:rPr>
              <w:t>samostojno oziroma z dogovorjeno oporo izbere likovna sredstva</w:t>
            </w:r>
          </w:p>
          <w:p w14:paraId="63176A45" w14:textId="77777777" w:rsidR="00080BF0" w:rsidRDefault="00000000">
            <w:pPr>
              <w:pStyle w:val="Oznaenseznam"/>
              <w:spacing w:after="16"/>
            </w:pPr>
            <w:r>
              <w:rPr>
                <w:color w:val="000000"/>
                <w:sz w:val="15"/>
              </w:rPr>
              <w:t>samostojno oziroma z dogovorjeno oporo jasno razporedi znake</w:t>
            </w:r>
          </w:p>
          <w:p w14:paraId="1454CD95" w14:textId="77777777" w:rsidR="00080BF0" w:rsidRDefault="00000000">
            <w:pPr>
              <w:pStyle w:val="Oznaenseznam"/>
              <w:spacing w:after="16"/>
            </w:pPr>
            <w:r>
              <w:rPr>
                <w:color w:val="000000"/>
                <w:sz w:val="15"/>
              </w:rPr>
              <w:t>samostojno oziroma z dogovorjeno oporo pojasni sporočilo</w:t>
            </w:r>
          </w:p>
        </w:tc>
        <w:tc>
          <w:tcPr>
            <w:tcW w:w="7087" w:type="dxa"/>
            <w:tcMar>
              <w:top w:w="70" w:type="dxa"/>
              <w:left w:w="90" w:type="dxa"/>
              <w:bottom w:w="70" w:type="dxa"/>
              <w:right w:w="90" w:type="dxa"/>
            </w:tcMar>
          </w:tcPr>
          <w:p w14:paraId="145F91EB"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52F18251" w14:textId="77777777">
              <w:trPr>
                <w:jc w:val="center"/>
              </w:trPr>
              <w:tc>
                <w:tcPr>
                  <w:tcW w:w="7087" w:type="dxa"/>
                  <w:shd w:val="clear" w:color="auto" w:fill="C6E7F3"/>
                  <w:tcMar>
                    <w:top w:w="45" w:type="dxa"/>
                    <w:left w:w="70" w:type="dxa"/>
                    <w:bottom w:w="45" w:type="dxa"/>
                    <w:right w:w="70" w:type="dxa"/>
                  </w:tcMar>
                </w:tcPr>
                <w:p w14:paraId="316D8E1B" w14:textId="77777777" w:rsidR="00080BF0" w:rsidRDefault="00000000">
                  <w:pPr>
                    <w:keepNext/>
                  </w:pPr>
                  <w:r>
                    <w:rPr>
                      <w:b/>
                      <w:color w:val="000000"/>
                    </w:rPr>
                    <w:t>UVODNI DEL – likovna uganka, opazovanje, aktivacija predznanja in namen učenja (8–12 min)</w:t>
                  </w:r>
                </w:p>
              </w:tc>
            </w:tr>
          </w:tbl>
          <w:p w14:paraId="16213578" w14:textId="77777777" w:rsidR="00080BF0" w:rsidRDefault="00080BF0">
            <w:pPr>
              <w:spacing w:line="20" w:lineRule="exact"/>
            </w:pPr>
          </w:p>
          <w:p w14:paraId="130D007B" w14:textId="77777777" w:rsidR="00080BF0" w:rsidRDefault="00000000">
            <w:pPr>
              <w:spacing w:before="40" w:after="60" w:line="245" w:lineRule="auto"/>
            </w:pPr>
            <w:r>
              <w:rPr>
                <w:color w:val="000000"/>
                <w:sz w:val="16"/>
              </w:rPr>
              <w:t>Ob književnem motivu »Bremenski mestni godci« – brata Grimm učenci vstopijo v temo pot, pogum, sodelovanje in glasba. Učiteljica pokaže fotografijo, reprodukcijo, predmet ali material in pove kratko likovno zgodbo: iz skrivnostne ovojnice padejo razpršene oblike; učenci jih brez lepljenja premikajo, sestavljajo in iščejo jasno sporočilo za nalogo »prometni plakat«. Tematska rešitev: oblikuje skupinski plakat pravljičnih godcev.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25E4EB10" w14:textId="77777777">
              <w:trPr>
                <w:jc w:val="center"/>
              </w:trPr>
              <w:tc>
                <w:tcPr>
                  <w:tcW w:w="7087" w:type="dxa"/>
                  <w:shd w:val="clear" w:color="auto" w:fill="EDC9EA"/>
                  <w:tcMar>
                    <w:top w:w="45" w:type="dxa"/>
                    <w:left w:w="70" w:type="dxa"/>
                    <w:bottom w:w="45" w:type="dxa"/>
                    <w:right w:w="70" w:type="dxa"/>
                  </w:tcMar>
                </w:tcPr>
                <w:p w14:paraId="74D837E3" w14:textId="77777777" w:rsidR="00080BF0" w:rsidRDefault="00000000">
                  <w:pPr>
                    <w:keepNext/>
                  </w:pPr>
                  <w:r>
                    <w:rPr>
                      <w:b/>
                      <w:color w:val="000000"/>
                    </w:rPr>
                    <w:t>NAMENI UČENJA</w:t>
                  </w:r>
                </w:p>
              </w:tc>
            </w:tr>
          </w:tbl>
          <w:p w14:paraId="5A1A985B" w14:textId="77777777" w:rsidR="00080BF0" w:rsidRDefault="00080BF0">
            <w:pPr>
              <w:spacing w:line="20" w:lineRule="exact"/>
            </w:pPr>
          </w:p>
          <w:p w14:paraId="4953C934"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2E5AAA2E" w14:textId="77777777" w:rsidR="00080BF0" w:rsidRDefault="00000000">
            <w:pPr>
              <w:pStyle w:val="Oznaenseznam"/>
              <w:spacing w:after="16"/>
            </w:pPr>
            <w:r>
              <w:rPr>
                <w:color w:val="000000"/>
                <w:sz w:val="16"/>
              </w:rPr>
              <w:t>izberem likovna sredstva</w:t>
            </w:r>
          </w:p>
          <w:p w14:paraId="673F7BD4" w14:textId="77777777" w:rsidR="00080BF0" w:rsidRDefault="00000000">
            <w:pPr>
              <w:pStyle w:val="Oznaenseznam"/>
              <w:spacing w:after="16"/>
            </w:pPr>
            <w:r>
              <w:rPr>
                <w:color w:val="000000"/>
                <w:sz w:val="16"/>
              </w:rPr>
              <w:t>jasno razporedim znake</w:t>
            </w:r>
          </w:p>
          <w:p w14:paraId="097E5B0C" w14:textId="77777777" w:rsidR="00080BF0" w:rsidRDefault="00000000">
            <w:pPr>
              <w:pStyle w:val="Oznaenseznam"/>
              <w:spacing w:after="16"/>
            </w:pPr>
            <w:r>
              <w:rPr>
                <w:color w:val="000000"/>
                <w:sz w:val="16"/>
              </w:rPr>
              <w:t>pojasnim sporočilo</w:t>
            </w:r>
          </w:p>
          <w:tbl>
            <w:tblPr>
              <w:tblStyle w:val="Tabelamrea"/>
              <w:tblW w:w="0" w:type="auto"/>
              <w:jc w:val="center"/>
              <w:tblLayout w:type="fixed"/>
              <w:tblLook w:val="04A0" w:firstRow="1" w:lastRow="0" w:firstColumn="1" w:lastColumn="0" w:noHBand="0" w:noVBand="1"/>
            </w:tblPr>
            <w:tblGrid>
              <w:gridCol w:w="7087"/>
            </w:tblGrid>
            <w:tr w:rsidR="00080BF0" w14:paraId="37482995" w14:textId="77777777">
              <w:trPr>
                <w:jc w:val="center"/>
              </w:trPr>
              <w:tc>
                <w:tcPr>
                  <w:tcW w:w="7087" w:type="dxa"/>
                  <w:shd w:val="clear" w:color="auto" w:fill="EDC9EA"/>
                  <w:tcMar>
                    <w:top w:w="45" w:type="dxa"/>
                    <w:left w:w="70" w:type="dxa"/>
                    <w:bottom w:w="45" w:type="dxa"/>
                    <w:right w:w="70" w:type="dxa"/>
                  </w:tcMar>
                </w:tcPr>
                <w:p w14:paraId="4F778578" w14:textId="77777777" w:rsidR="00080BF0" w:rsidRDefault="00000000">
                  <w:pPr>
                    <w:keepNext/>
                  </w:pPr>
                  <w:r>
                    <w:rPr>
                      <w:b/>
                      <w:color w:val="000000"/>
                    </w:rPr>
                    <w:t>PREVERJANJE PREDZNANJA</w:t>
                  </w:r>
                </w:p>
              </w:tc>
            </w:tr>
          </w:tbl>
          <w:p w14:paraId="666FFC90" w14:textId="77777777" w:rsidR="00080BF0" w:rsidRDefault="00080BF0">
            <w:pPr>
              <w:spacing w:line="20" w:lineRule="exact"/>
            </w:pPr>
          </w:p>
          <w:p w14:paraId="71390C6E" w14:textId="77777777" w:rsidR="00080BF0" w:rsidRDefault="00000000">
            <w:pPr>
              <w:pStyle w:val="Oznaenseznam"/>
              <w:spacing w:after="16"/>
            </w:pPr>
            <w:r>
              <w:rPr>
                <w:color w:val="000000"/>
                <w:sz w:val="16"/>
              </w:rPr>
              <w:t>Kaj najprej opazim pri motivu, predmetu ali materialu, povezanem s temo »PROMETNI PLAKAT«?</w:t>
            </w:r>
          </w:p>
          <w:p w14:paraId="349EDC49"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4D75ADF7"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2AB8535B" w14:textId="77777777">
              <w:trPr>
                <w:jc w:val="center"/>
              </w:trPr>
              <w:tc>
                <w:tcPr>
                  <w:tcW w:w="7087" w:type="dxa"/>
                  <w:shd w:val="clear" w:color="auto" w:fill="EDC9EA"/>
                  <w:tcMar>
                    <w:top w:w="45" w:type="dxa"/>
                    <w:left w:w="70" w:type="dxa"/>
                    <w:bottom w:w="45" w:type="dxa"/>
                    <w:right w:w="70" w:type="dxa"/>
                  </w:tcMar>
                </w:tcPr>
                <w:p w14:paraId="369FC794" w14:textId="77777777" w:rsidR="00080BF0" w:rsidRDefault="00000000">
                  <w:pPr>
                    <w:keepNext/>
                  </w:pPr>
                  <w:r>
                    <w:rPr>
                      <w:b/>
                      <w:color w:val="000000"/>
                    </w:rPr>
                    <w:t>KRITERIJI USPEŠNOSTI</w:t>
                  </w:r>
                </w:p>
              </w:tc>
            </w:tr>
          </w:tbl>
          <w:p w14:paraId="7C6294AF" w14:textId="77777777" w:rsidR="00080BF0" w:rsidRDefault="00080BF0"/>
          <w:p w14:paraId="6CEEFA7A" w14:textId="77777777" w:rsidR="00080BF0" w:rsidRDefault="00000000">
            <w:pPr>
              <w:spacing w:before="20" w:after="20" w:line="245" w:lineRule="auto"/>
            </w:pPr>
            <w:r>
              <w:rPr>
                <w:b/>
                <w:color w:val="000000"/>
                <w:sz w:val="16"/>
              </w:rPr>
              <w:t>Uspešen/-na bom, ko:</w:t>
            </w:r>
          </w:p>
          <w:p w14:paraId="270C12BB" w14:textId="77777777" w:rsidR="00080BF0" w:rsidRDefault="00000000">
            <w:pPr>
              <w:pStyle w:val="Oznaenseznam"/>
              <w:spacing w:after="16"/>
            </w:pPr>
            <w:r>
              <w:rPr>
                <w:color w:val="000000"/>
                <w:sz w:val="16"/>
              </w:rPr>
              <w:t>izberem likovna sredstva</w:t>
            </w:r>
          </w:p>
          <w:p w14:paraId="153765E1" w14:textId="77777777" w:rsidR="00080BF0" w:rsidRDefault="00000000">
            <w:pPr>
              <w:pStyle w:val="Oznaenseznam"/>
              <w:spacing w:after="16"/>
            </w:pPr>
            <w:r>
              <w:rPr>
                <w:color w:val="000000"/>
                <w:sz w:val="16"/>
              </w:rPr>
              <w:t>jasno razporedim znake</w:t>
            </w:r>
          </w:p>
          <w:p w14:paraId="094C2955" w14:textId="77777777" w:rsidR="00080BF0" w:rsidRDefault="00000000">
            <w:pPr>
              <w:pStyle w:val="Oznaenseznam"/>
              <w:spacing w:after="16"/>
            </w:pPr>
            <w:r>
              <w:rPr>
                <w:color w:val="000000"/>
                <w:sz w:val="16"/>
              </w:rPr>
              <w:t>pojasnim sporočilo</w:t>
            </w:r>
          </w:p>
          <w:p w14:paraId="49DA4505" w14:textId="77777777" w:rsidR="00080BF0" w:rsidRDefault="00000000">
            <w:pPr>
              <w:pStyle w:val="Oznaenseznam"/>
              <w:spacing w:after="16"/>
            </w:pPr>
            <w:r>
              <w:rPr>
                <w:color w:val="000000"/>
                <w:sz w:val="15"/>
              </w:rPr>
              <w:t>varno in namensko uporabim material, zaščitim prostor ter po delu uredim svojo postajo</w:t>
            </w:r>
          </w:p>
          <w:p w14:paraId="5596B1EC"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11349429" w14:textId="77777777" w:rsidR="00080BF0" w:rsidRDefault="00080BF0"/>
          <w:p w14:paraId="2924B22D"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FD4348C" w14:textId="77777777" w:rsidR="00080BF0" w:rsidRDefault="00000000">
            <w:pPr>
              <w:spacing w:after="80" w:line="245" w:lineRule="auto"/>
            </w:pPr>
            <w:r>
              <w:rPr>
                <w:color w:val="000000"/>
                <w:sz w:val="16"/>
              </w:rPr>
              <w:t>Pove ali pokaže, kaj že zna opaziti in katero likovno možnost bi najprej preizkusil.</w:t>
            </w:r>
          </w:p>
          <w:p w14:paraId="0AF0D4A6" w14:textId="77777777" w:rsidR="00080BF0" w:rsidRDefault="00000000">
            <w:pPr>
              <w:spacing w:after="100" w:line="245" w:lineRule="auto"/>
            </w:pPr>
            <w:r>
              <w:rPr>
                <w:color w:val="000000"/>
                <w:sz w:val="16"/>
              </w:rPr>
              <w:t>Sodeluje pri razumevanju namena, meril uspešnosti, varne rabe pripomočkov in načina dokazovanja.</w:t>
            </w:r>
          </w:p>
          <w:p w14:paraId="541AAC76" w14:textId="77777777" w:rsidR="00080BF0" w:rsidRDefault="00000000">
            <w:pPr>
              <w:spacing w:after="20" w:line="245" w:lineRule="auto"/>
            </w:pPr>
            <w:r>
              <w:rPr>
                <w:b/>
                <w:color w:val="D95BC6"/>
                <w:sz w:val="17"/>
              </w:rPr>
              <w:t>DOKAZ O UČENJU</w:t>
            </w:r>
          </w:p>
          <w:p w14:paraId="1E5701A3"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4964EA7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6B05856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F83E2D2"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1A17B57" w14:textId="77777777" w:rsidR="00080BF0" w:rsidRDefault="00000000">
            <w:pPr>
              <w:jc w:val="center"/>
            </w:pPr>
            <w:r>
              <w:rPr>
                <w:b/>
                <w:color w:val="000000"/>
                <w:sz w:val="20"/>
              </w:rPr>
              <w:t>UČNE DEJAVNOSTI, METODE IN FORMATIVNO SPREMLJANJE</w:t>
            </w:r>
          </w:p>
        </w:tc>
      </w:tr>
      <w:tr w:rsidR="00080BF0" w14:paraId="73BA598F" w14:textId="77777777">
        <w:trPr>
          <w:tblHeader/>
          <w:jc w:val="center"/>
        </w:trPr>
        <w:tc>
          <w:tcPr>
            <w:tcW w:w="4422" w:type="dxa"/>
            <w:vMerge/>
            <w:tcMar>
              <w:top w:w="70" w:type="dxa"/>
              <w:left w:w="90" w:type="dxa"/>
              <w:bottom w:w="70" w:type="dxa"/>
              <w:right w:w="90" w:type="dxa"/>
            </w:tcMar>
            <w:vAlign w:val="center"/>
          </w:tcPr>
          <w:p w14:paraId="4DDBC797" w14:textId="77777777" w:rsidR="00080BF0" w:rsidRDefault="00080BF0"/>
        </w:tc>
        <w:tc>
          <w:tcPr>
            <w:tcW w:w="7087" w:type="dxa"/>
            <w:shd w:val="clear" w:color="auto" w:fill="FFFFFF"/>
            <w:tcMar>
              <w:top w:w="70" w:type="dxa"/>
              <w:left w:w="90" w:type="dxa"/>
              <w:bottom w:w="70" w:type="dxa"/>
              <w:right w:w="90" w:type="dxa"/>
            </w:tcMar>
            <w:vAlign w:val="center"/>
          </w:tcPr>
          <w:p w14:paraId="0384B969"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5C9A48C" w14:textId="77777777" w:rsidR="00080BF0" w:rsidRDefault="00000000">
            <w:pPr>
              <w:jc w:val="center"/>
            </w:pPr>
            <w:r>
              <w:rPr>
                <w:b/>
                <w:color w:val="000000"/>
              </w:rPr>
              <w:t>UČENEC</w:t>
            </w:r>
          </w:p>
        </w:tc>
      </w:tr>
      <w:tr w:rsidR="00080BF0" w14:paraId="620D4464" w14:textId="77777777">
        <w:trPr>
          <w:jc w:val="center"/>
        </w:trPr>
        <w:tc>
          <w:tcPr>
            <w:tcW w:w="4422" w:type="dxa"/>
            <w:tcMar>
              <w:top w:w="70" w:type="dxa"/>
              <w:left w:w="90" w:type="dxa"/>
              <w:bottom w:w="70" w:type="dxa"/>
              <w:right w:w="90" w:type="dxa"/>
            </w:tcMar>
          </w:tcPr>
          <w:p w14:paraId="4F0AC6D3" w14:textId="77777777" w:rsidR="00080BF0" w:rsidRDefault="00080BF0"/>
          <w:p w14:paraId="6B7A5A80" w14:textId="77777777" w:rsidR="00080BF0" w:rsidRDefault="00000000">
            <w:pPr>
              <w:spacing w:after="40" w:line="245" w:lineRule="auto"/>
            </w:pPr>
            <w:r>
              <w:rPr>
                <w:b/>
                <w:color w:val="000000"/>
              </w:rPr>
              <w:t>KLJUČNI LIKOVNI POJMI</w:t>
            </w:r>
          </w:p>
          <w:p w14:paraId="4FEED623"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trganje, rezanje, lepljenje, kontrast, znak, sporočilo, razporeditev</w:t>
            </w:r>
          </w:p>
          <w:p w14:paraId="1899DD73" w14:textId="77777777" w:rsidR="00080BF0" w:rsidRDefault="00000000">
            <w:pPr>
              <w:spacing w:after="20" w:line="245" w:lineRule="auto"/>
            </w:pPr>
            <w:r>
              <w:rPr>
                <w:b/>
                <w:color w:val="000000"/>
                <w:sz w:val="17"/>
              </w:rPr>
              <w:t>DOKAZI O UČENJU</w:t>
            </w:r>
          </w:p>
          <w:p w14:paraId="61D14B5C" w14:textId="77777777" w:rsidR="00080BF0" w:rsidRDefault="00000000">
            <w:pPr>
              <w:pStyle w:val="Oznaenseznam"/>
              <w:spacing w:after="9"/>
            </w:pPr>
            <w:r>
              <w:rPr>
                <w:color w:val="000000"/>
                <w:sz w:val="15"/>
              </w:rPr>
              <w:t>list materialnih poskusov, skica/načrt, učenčeva razlaga in učiteljev zapis o varni rabi pripomočkov.</w:t>
            </w:r>
          </w:p>
          <w:p w14:paraId="3544E64F" w14:textId="77777777" w:rsidR="00080BF0" w:rsidRDefault="00000000">
            <w:pPr>
              <w:pStyle w:val="Oznaenseznam"/>
              <w:spacing w:after="9"/>
            </w:pPr>
            <w:r>
              <w:rPr>
                <w:color w:val="000000"/>
                <w:sz w:val="15"/>
              </w:rPr>
              <w:t>likovni proces in izdelek, fotografija faze, učenčeva razlaga ter samovrednotenje v mapi.</w:t>
            </w:r>
          </w:p>
          <w:p w14:paraId="2F442F08" w14:textId="77777777" w:rsidR="00080BF0" w:rsidRDefault="00000000">
            <w:pPr>
              <w:spacing w:before="40" w:after="20" w:line="245" w:lineRule="auto"/>
            </w:pPr>
            <w:r>
              <w:rPr>
                <w:b/>
                <w:color w:val="000000"/>
                <w:sz w:val="17"/>
              </w:rPr>
              <w:t>LIKOVNO DOŽIVETJE IN IZKUŠENJSKI POUK</w:t>
            </w:r>
          </w:p>
          <w:p w14:paraId="65CD0093"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049BE9DD" w14:textId="77777777" w:rsidR="00080BF0" w:rsidRDefault="00000000">
            <w:pPr>
              <w:spacing w:after="20" w:line="245" w:lineRule="auto"/>
            </w:pPr>
            <w:r>
              <w:rPr>
                <w:b/>
                <w:color w:val="000000"/>
                <w:sz w:val="17"/>
              </w:rPr>
              <w:t>POUČEVANJE V GIBANJU</w:t>
            </w:r>
          </w:p>
          <w:p w14:paraId="6C676A52"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5666BDFB" w14:textId="77777777" w:rsidR="00080BF0" w:rsidRDefault="00000000">
            <w:pPr>
              <w:spacing w:after="20" w:line="245" w:lineRule="auto"/>
            </w:pPr>
            <w:r>
              <w:rPr>
                <w:b/>
                <w:color w:val="000000"/>
                <w:sz w:val="17"/>
              </w:rPr>
              <w:t>DELO PO POSTAJAH</w:t>
            </w:r>
          </w:p>
          <w:p w14:paraId="3E931921"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2C37E3C0" w14:textId="77777777" w:rsidR="00080BF0" w:rsidRDefault="00000000">
            <w:pPr>
              <w:spacing w:after="9" w:line="245" w:lineRule="auto"/>
            </w:pPr>
            <w:r>
              <w:rPr>
                <w:color w:val="000000"/>
                <w:sz w:val="14"/>
              </w:rPr>
              <w:t>1. Kompozicijska: brez lepljenja premikam oblike ter primerjam dve razporeditvi glede na sporočilo.</w:t>
            </w:r>
          </w:p>
          <w:p w14:paraId="772911A4" w14:textId="77777777" w:rsidR="00080BF0" w:rsidRDefault="00000000">
            <w:pPr>
              <w:spacing w:after="9" w:line="245" w:lineRule="auto"/>
            </w:pPr>
            <w:r>
              <w:rPr>
                <w:color w:val="000000"/>
                <w:sz w:val="14"/>
              </w:rPr>
              <w:t>2. Materialna: preizkusim trganje, pregibanje, rezanje in lepljenje ter izberem varen postopek.</w:t>
            </w:r>
          </w:p>
          <w:p w14:paraId="7D96B90F" w14:textId="77777777" w:rsidR="00080BF0" w:rsidRDefault="00000000">
            <w:pPr>
              <w:spacing w:after="9" w:line="245" w:lineRule="auto"/>
            </w:pPr>
            <w:r>
              <w:rPr>
                <w:color w:val="000000"/>
                <w:sz w:val="14"/>
              </w:rPr>
              <w:t>3. Gibalno-prostorska: s telesi ali talnimi oblikami sestavimo veliko kompozicijo in preverimo ravnotežje praznega ter polnega prostora.</w:t>
            </w:r>
          </w:p>
          <w:p w14:paraId="1A4677A7" w14:textId="77777777" w:rsidR="00080BF0" w:rsidRDefault="00000000">
            <w:pPr>
              <w:spacing w:after="9" w:line="245" w:lineRule="auto"/>
            </w:pPr>
            <w:r>
              <w:rPr>
                <w:color w:val="000000"/>
                <w:sz w:val="14"/>
              </w:rPr>
              <w:t>4. Sporočilna: izdelam kolaž, plakat ali znak, gledalcu razložim namen in po povratni informaciji izboljšam jasnost.</w:t>
            </w:r>
          </w:p>
          <w:p w14:paraId="1C68F73F" w14:textId="77777777" w:rsidR="00080BF0" w:rsidRDefault="00000000">
            <w:pPr>
              <w:spacing w:after="20" w:line="245" w:lineRule="auto"/>
            </w:pPr>
            <w:r>
              <w:rPr>
                <w:b/>
                <w:color w:val="000000"/>
                <w:sz w:val="17"/>
              </w:rPr>
              <w:t>DIFERENCIACIJA IN VKLJUČEVANJE</w:t>
            </w:r>
          </w:p>
          <w:p w14:paraId="01E1DA7F"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5087ECDD" w14:textId="77777777" w:rsidR="00080BF0" w:rsidRDefault="00000000">
            <w:pPr>
              <w:spacing w:after="20" w:line="245" w:lineRule="auto"/>
            </w:pPr>
            <w:r>
              <w:rPr>
                <w:b/>
                <w:color w:val="000000"/>
                <w:sz w:val="17"/>
              </w:rPr>
              <w:t>SPREMLJANJE</w:t>
            </w:r>
          </w:p>
          <w:p w14:paraId="0996B302"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755DFA3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63009B1" w14:textId="77777777">
              <w:trPr>
                <w:jc w:val="center"/>
              </w:trPr>
              <w:tc>
                <w:tcPr>
                  <w:tcW w:w="7087" w:type="dxa"/>
                  <w:shd w:val="clear" w:color="auto" w:fill="C6E7F3"/>
                  <w:tcMar>
                    <w:top w:w="45" w:type="dxa"/>
                    <w:left w:w="70" w:type="dxa"/>
                    <w:bottom w:w="45" w:type="dxa"/>
                    <w:right w:w="70" w:type="dxa"/>
                  </w:tcMar>
                </w:tcPr>
                <w:p w14:paraId="3155DDF0" w14:textId="77777777" w:rsidR="00080BF0" w:rsidRDefault="00000000">
                  <w:pPr>
                    <w:keepNext/>
                  </w:pPr>
                  <w:r>
                    <w:rPr>
                      <w:b/>
                      <w:color w:val="000000"/>
                      <w:sz w:val="17"/>
                    </w:rPr>
                    <w:t>GLAVNI DEL – OPAZOVANJE, MATERIALNI PREIZKUS, USTVARJANJE IN GALERIJA (2 šolski uri)</w:t>
                  </w:r>
                </w:p>
              </w:tc>
            </w:tr>
          </w:tbl>
          <w:p w14:paraId="3BF0AC69" w14:textId="77777777" w:rsidR="00080BF0" w:rsidRDefault="00080BF0">
            <w:pPr>
              <w:spacing w:line="20" w:lineRule="exact"/>
            </w:pPr>
          </w:p>
          <w:p w14:paraId="1B12FB35" w14:textId="77777777" w:rsidR="00080BF0" w:rsidRDefault="00000000">
            <w:pPr>
              <w:keepNext/>
              <w:spacing w:before="22" w:after="8" w:line="245" w:lineRule="auto"/>
            </w:pPr>
            <w:r>
              <w:rPr>
                <w:b/>
                <w:color w:val="000000"/>
                <w:sz w:val="16"/>
              </w:rPr>
              <w:t>1. URA – Prometni plakat – Opazujem, preizkušam, načrtujem</w:t>
            </w:r>
          </w:p>
          <w:p w14:paraId="423BE989"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»PROMETNI PLAKAT«.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0F7AF8FA"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7BAE37E1"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65A2A141" w14:textId="77777777" w:rsidR="00080BF0" w:rsidRDefault="00000000">
            <w:pPr>
              <w:keepNext/>
              <w:spacing w:before="22" w:after="8" w:line="245" w:lineRule="auto"/>
            </w:pPr>
            <w:r>
              <w:rPr>
                <w:b/>
                <w:color w:val="000000"/>
                <w:sz w:val="16"/>
              </w:rPr>
              <w:t>2. URA – Prometni plakat – Ustvarjam, predstavim, izboljšam</w:t>
            </w:r>
          </w:p>
          <w:p w14:paraId="2B1137D2"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»PROMETNI PLAKAT«; postavlja vprašanja o nameri, nudi tehnično oporo in omogoči izboljšavo. Zaključek 10': 10' – Izvede tiho galerijo; modelira odziv »Opazim … / Učinkuje … / Lahko poskusiš …« ter vodi pospravljanje.</w:t>
            </w:r>
          </w:p>
          <w:p w14:paraId="4E973AC5"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1AB67C59"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098DC392" w14:textId="77777777">
              <w:trPr>
                <w:jc w:val="center"/>
              </w:trPr>
              <w:tc>
                <w:tcPr>
                  <w:tcW w:w="7087" w:type="dxa"/>
                  <w:shd w:val="clear" w:color="auto" w:fill="EDC9EA"/>
                  <w:tcMar>
                    <w:top w:w="45" w:type="dxa"/>
                    <w:left w:w="70" w:type="dxa"/>
                    <w:bottom w:w="45" w:type="dxa"/>
                    <w:right w:w="70" w:type="dxa"/>
                  </w:tcMar>
                </w:tcPr>
                <w:p w14:paraId="65CD2192" w14:textId="77777777" w:rsidR="00080BF0" w:rsidRDefault="00000000">
                  <w:pPr>
                    <w:keepNext/>
                  </w:pPr>
                  <w:r>
                    <w:rPr>
                      <w:b/>
                      <w:color w:val="000000"/>
                      <w:sz w:val="17"/>
                    </w:rPr>
                    <w:t>ORGANIZACIJA POSTAJ IN PREHODOV</w:t>
                  </w:r>
                </w:p>
              </w:tc>
            </w:tr>
          </w:tbl>
          <w:p w14:paraId="1E94703D" w14:textId="77777777" w:rsidR="00080BF0" w:rsidRDefault="00080BF0"/>
          <w:p w14:paraId="3FA2907A" w14:textId="77777777" w:rsidR="00080BF0" w:rsidRDefault="00000000">
            <w:pPr>
              <w:spacing w:before="8" w:after="8" w:line="245" w:lineRule="auto"/>
            </w:pPr>
            <w:r>
              <w:rPr>
                <w:color w:val="000000"/>
                <w:sz w:val="14"/>
              </w:rPr>
              <w:t>Postaja 1: Kompozicijska: brez lepljenja premikam oblike ter primerjam dve razporeditvi glede na sporočilo.</w:t>
            </w:r>
          </w:p>
          <w:p w14:paraId="5A8D7AA0" w14:textId="77777777" w:rsidR="00080BF0" w:rsidRDefault="00000000">
            <w:pPr>
              <w:spacing w:before="8" w:after="8" w:line="245" w:lineRule="auto"/>
            </w:pPr>
            <w:r>
              <w:rPr>
                <w:color w:val="000000"/>
                <w:sz w:val="14"/>
              </w:rPr>
              <w:t>Postaja 2: Materialna: preizkusim trganje, pregibanje, rezanje in lepljenje ter izberem varen postopek.</w:t>
            </w:r>
          </w:p>
          <w:p w14:paraId="00A631F5" w14:textId="77777777" w:rsidR="00080BF0" w:rsidRDefault="00000000">
            <w:pPr>
              <w:spacing w:before="8" w:after="8" w:line="245" w:lineRule="auto"/>
            </w:pPr>
            <w:r>
              <w:rPr>
                <w:color w:val="000000"/>
                <w:sz w:val="14"/>
              </w:rPr>
              <w:t>Postaja 3: Gibalno-prostorska: s telesi ali talnimi oblikami sestavimo veliko kompozicijo in preverimo ravnotežje praznega ter polnega prostora.</w:t>
            </w:r>
          </w:p>
          <w:p w14:paraId="02D731B7" w14:textId="77777777" w:rsidR="00080BF0" w:rsidRDefault="00000000">
            <w:pPr>
              <w:spacing w:before="8" w:after="8" w:line="245" w:lineRule="auto"/>
            </w:pPr>
            <w:r>
              <w:rPr>
                <w:color w:val="000000"/>
                <w:sz w:val="14"/>
              </w:rPr>
              <w:t>Postaja 4: Sporočilna: izdelam kolaž, plakat ali znak, gledalcu razložim namen in po povratni informaciji izboljšam jasnost.</w:t>
            </w:r>
          </w:p>
          <w:p w14:paraId="149AE551"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55C1D5E" w14:textId="77777777" w:rsidR="00080BF0" w:rsidRDefault="00080BF0"/>
          <w:p w14:paraId="09DF6E8A" w14:textId="77777777" w:rsidR="00080BF0" w:rsidRDefault="00000000">
            <w:pPr>
              <w:spacing w:after="6" w:line="245" w:lineRule="auto"/>
            </w:pPr>
            <w:r>
              <w:rPr>
                <w:b/>
                <w:color w:val="000000"/>
                <w:sz w:val="15"/>
              </w:rPr>
              <w:t>1. URA – Prometni plakat – Opazujem, preizkušam, načrtujem</w:t>
            </w:r>
          </w:p>
          <w:p w14:paraId="5BA0559F"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3101A0C6" w14:textId="77777777" w:rsidR="00080BF0" w:rsidRDefault="00000000">
            <w:pPr>
              <w:spacing w:after="20" w:line="245" w:lineRule="auto"/>
            </w:pPr>
            <w:r>
              <w:rPr>
                <w:color w:val="D95BC6"/>
                <w:sz w:val="14"/>
              </w:rPr>
              <w:t>Dokaz: list materialnih poskusov, skica/načrt, učenčeva razlaga in učiteljev zapis o varni rabi.</w:t>
            </w:r>
          </w:p>
          <w:p w14:paraId="26818C38" w14:textId="77777777" w:rsidR="00080BF0" w:rsidRDefault="00000000">
            <w:pPr>
              <w:spacing w:after="6" w:line="245" w:lineRule="auto"/>
            </w:pPr>
            <w:r>
              <w:rPr>
                <w:b/>
                <w:color w:val="000000"/>
                <w:sz w:val="15"/>
              </w:rPr>
              <w:t>2. URA – Prometni plakat – Ustvarjam, predstavim, izboljšam</w:t>
            </w:r>
          </w:p>
          <w:p w14:paraId="52ED1456"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6C3218D5" w14:textId="77777777" w:rsidR="00080BF0" w:rsidRDefault="00000000">
            <w:pPr>
              <w:spacing w:after="20" w:line="245" w:lineRule="auto"/>
            </w:pPr>
            <w:r>
              <w:rPr>
                <w:color w:val="D95BC6"/>
                <w:sz w:val="14"/>
              </w:rPr>
              <w:t>Dokaz: likovni proces in izdelek, fotografija faze, učenčeva razlaga ter samovrednotenje v mapi.</w:t>
            </w:r>
          </w:p>
          <w:p w14:paraId="58EF8B4E" w14:textId="77777777" w:rsidR="00080BF0" w:rsidRDefault="00000000">
            <w:pPr>
              <w:spacing w:before="40" w:after="20" w:line="245" w:lineRule="auto"/>
            </w:pPr>
            <w:r>
              <w:rPr>
                <w:b/>
                <w:color w:val="D95BC6"/>
                <w:sz w:val="16"/>
              </w:rPr>
              <w:t>MOJ KROG POSTAJ</w:t>
            </w:r>
          </w:p>
          <w:p w14:paraId="78C006C6" w14:textId="77777777" w:rsidR="00080BF0" w:rsidRDefault="00000000">
            <w:pPr>
              <w:spacing w:after="11" w:line="245" w:lineRule="auto"/>
            </w:pPr>
            <w:r>
              <w:rPr>
                <w:color w:val="000000"/>
                <w:sz w:val="13"/>
              </w:rPr>
              <w:t>1. Kompozicijska: brez lepljenja premikam oblike ter primerjam dve razporeditvi glede na.</w:t>
            </w:r>
          </w:p>
          <w:p w14:paraId="79D0D928" w14:textId="77777777" w:rsidR="00080BF0" w:rsidRDefault="00000000">
            <w:pPr>
              <w:spacing w:after="11" w:line="245" w:lineRule="auto"/>
            </w:pPr>
            <w:r>
              <w:rPr>
                <w:color w:val="000000"/>
                <w:sz w:val="13"/>
              </w:rPr>
              <w:t>2. Materialna: preizkusim trganje, pregibanje, rezanje in lepljenje ter izberem varen postopek.</w:t>
            </w:r>
          </w:p>
          <w:p w14:paraId="5C27BDDA" w14:textId="77777777" w:rsidR="00080BF0" w:rsidRDefault="00000000">
            <w:pPr>
              <w:spacing w:after="11" w:line="245" w:lineRule="auto"/>
            </w:pPr>
            <w:r>
              <w:rPr>
                <w:color w:val="000000"/>
                <w:sz w:val="13"/>
              </w:rPr>
              <w:t>3. Gibalno-prostorska: s telesi ali talnimi oblikami sestavimo veliko kompozicijo in preverimo.</w:t>
            </w:r>
          </w:p>
          <w:p w14:paraId="7BAB4ACE" w14:textId="77777777" w:rsidR="00080BF0" w:rsidRDefault="00000000">
            <w:pPr>
              <w:spacing w:after="11" w:line="245" w:lineRule="auto"/>
            </w:pPr>
            <w:r>
              <w:rPr>
                <w:color w:val="000000"/>
                <w:sz w:val="13"/>
              </w:rPr>
              <w:t>4. Sporočilna: izdelam kolaž, plakat ali znak, gledalcu razložim namen in po povratni.</w:t>
            </w:r>
          </w:p>
          <w:p w14:paraId="7561AF47"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3F8E2D1B" w14:textId="77777777" w:rsidR="00080BF0" w:rsidRDefault="00000000">
            <w:pPr>
              <w:spacing w:after="20" w:line="245" w:lineRule="auto"/>
            </w:pPr>
            <w:r>
              <w:rPr>
                <w:b/>
                <w:color w:val="D95BC6"/>
                <w:sz w:val="17"/>
              </w:rPr>
              <w:t>DOKAZ O UČENJU</w:t>
            </w:r>
          </w:p>
          <w:p w14:paraId="4C653774"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320595B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593C5A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B4D1161"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6A07ACB" w14:textId="77777777" w:rsidR="00080BF0" w:rsidRDefault="00000000">
            <w:pPr>
              <w:jc w:val="center"/>
            </w:pPr>
            <w:r>
              <w:rPr>
                <w:b/>
                <w:color w:val="000000"/>
                <w:sz w:val="20"/>
              </w:rPr>
              <w:t>UČNE DEJAVNOSTI, METODE IN FORMATIVNO SPREMLJANJE</w:t>
            </w:r>
          </w:p>
        </w:tc>
      </w:tr>
      <w:tr w:rsidR="00080BF0" w14:paraId="508E6E7F" w14:textId="77777777">
        <w:trPr>
          <w:tblHeader/>
          <w:jc w:val="center"/>
        </w:trPr>
        <w:tc>
          <w:tcPr>
            <w:tcW w:w="4422" w:type="dxa"/>
            <w:vMerge/>
            <w:tcMar>
              <w:top w:w="70" w:type="dxa"/>
              <w:left w:w="90" w:type="dxa"/>
              <w:bottom w:w="70" w:type="dxa"/>
              <w:right w:w="90" w:type="dxa"/>
            </w:tcMar>
            <w:vAlign w:val="center"/>
          </w:tcPr>
          <w:p w14:paraId="1112F7C8" w14:textId="77777777" w:rsidR="00080BF0" w:rsidRDefault="00080BF0"/>
        </w:tc>
        <w:tc>
          <w:tcPr>
            <w:tcW w:w="7087" w:type="dxa"/>
            <w:shd w:val="clear" w:color="auto" w:fill="FFFFFF"/>
            <w:tcMar>
              <w:top w:w="70" w:type="dxa"/>
              <w:left w:w="90" w:type="dxa"/>
              <w:bottom w:w="70" w:type="dxa"/>
              <w:right w:w="90" w:type="dxa"/>
            </w:tcMar>
            <w:vAlign w:val="center"/>
          </w:tcPr>
          <w:p w14:paraId="1FB8722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1FFE204" w14:textId="77777777" w:rsidR="00080BF0" w:rsidRDefault="00000000">
            <w:pPr>
              <w:jc w:val="center"/>
            </w:pPr>
            <w:r>
              <w:rPr>
                <w:b/>
                <w:color w:val="000000"/>
              </w:rPr>
              <w:t>UČENEC</w:t>
            </w:r>
          </w:p>
        </w:tc>
      </w:tr>
      <w:tr w:rsidR="00080BF0" w14:paraId="5112137F" w14:textId="77777777">
        <w:trPr>
          <w:jc w:val="center"/>
        </w:trPr>
        <w:tc>
          <w:tcPr>
            <w:tcW w:w="4422" w:type="dxa"/>
            <w:tcMar>
              <w:top w:w="70" w:type="dxa"/>
              <w:left w:w="90" w:type="dxa"/>
              <w:bottom w:w="70" w:type="dxa"/>
              <w:right w:w="90" w:type="dxa"/>
            </w:tcMar>
          </w:tcPr>
          <w:p w14:paraId="0331DD14" w14:textId="77777777" w:rsidR="00080BF0" w:rsidRDefault="00080BF0"/>
          <w:p w14:paraId="2AFAF1B4" w14:textId="77777777" w:rsidR="00080BF0" w:rsidRDefault="00000000">
            <w:pPr>
              <w:spacing w:after="40" w:line="245" w:lineRule="auto"/>
            </w:pPr>
            <w:r>
              <w:rPr>
                <w:b/>
                <w:color w:val="000000"/>
              </w:rPr>
              <w:t>FORMATIVNO SPREMLJANJE</w:t>
            </w:r>
          </w:p>
          <w:p w14:paraId="78174B06" w14:textId="77777777" w:rsidR="00080BF0" w:rsidRDefault="00000000">
            <w:pPr>
              <w:pStyle w:val="Oznaenseznam"/>
              <w:spacing w:after="16"/>
            </w:pPr>
            <w:r>
              <w:rPr>
                <w:color w:val="000000"/>
                <w:sz w:val="15"/>
              </w:rPr>
              <w:t>predznanje: opažanje, gibalna ponazoritev, izbira kartice, razvrstitev materialov, poskusna sled ali skica</w:t>
            </w:r>
          </w:p>
          <w:p w14:paraId="30A624B5"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70DB1396"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1F8B478C" w14:textId="77777777" w:rsidR="00080BF0" w:rsidRDefault="00000000">
            <w:pPr>
              <w:pStyle w:val="Oznaenseznam"/>
              <w:spacing w:after="16"/>
            </w:pPr>
            <w:r>
              <w:rPr>
                <w:color w:val="000000"/>
                <w:sz w:val="15"/>
              </w:rPr>
              <w:t>povratna informacija: opis vidne likovne odločitve, povezava z enim merilom in izvedljiv naslednji korak</w:t>
            </w:r>
          </w:p>
          <w:p w14:paraId="3D44889F" w14:textId="77777777" w:rsidR="00080BF0" w:rsidRDefault="00000000">
            <w:pPr>
              <w:pStyle w:val="Oznaenseznam"/>
              <w:spacing w:after="16"/>
            </w:pPr>
            <w:r>
              <w:rPr>
                <w:color w:val="000000"/>
                <w:sz w:val="15"/>
              </w:rPr>
              <w:t>samovrednotenje: likovni semafor, lestvica samostojnosti, izbran dokaz, galerijski odziv in izboljšava</w:t>
            </w:r>
          </w:p>
          <w:p w14:paraId="093A0F89" w14:textId="77777777" w:rsidR="00080BF0" w:rsidRDefault="00000000">
            <w:pPr>
              <w:spacing w:before="40" w:after="20" w:line="245" w:lineRule="auto"/>
            </w:pPr>
            <w:r>
              <w:rPr>
                <w:b/>
                <w:color w:val="000000"/>
                <w:sz w:val="17"/>
              </w:rPr>
              <w:t>VARNOST, HIGIENA IN UREDITEV PROSTORA</w:t>
            </w:r>
          </w:p>
          <w:p w14:paraId="1372B118"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Škarje so prilagojene starosti, rezanje poteka sede in vedno stran od telesa.</w:t>
            </w:r>
          </w:p>
          <w:p w14:paraId="3200B3A5" w14:textId="77777777" w:rsidR="00080BF0" w:rsidRDefault="00000000">
            <w:pPr>
              <w:spacing w:after="20" w:line="245" w:lineRule="auto"/>
            </w:pPr>
            <w:r>
              <w:rPr>
                <w:b/>
                <w:color w:val="000000"/>
                <w:sz w:val="17"/>
              </w:rPr>
              <w:t>EVIDENCA PO IZVEDBI</w:t>
            </w:r>
          </w:p>
          <w:p w14:paraId="5FF8972F"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5ECCC289" w14:textId="77777777" w:rsidR="00080BF0" w:rsidRDefault="00000000">
            <w:pPr>
              <w:spacing w:before="40" w:after="20" w:line="245" w:lineRule="auto"/>
            </w:pPr>
            <w:r>
              <w:rPr>
                <w:b/>
                <w:color w:val="000000"/>
                <w:sz w:val="17"/>
              </w:rPr>
              <w:t>RAVEN DOSEGANJA</w:t>
            </w:r>
          </w:p>
          <w:p w14:paraId="704FE127"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437D77C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0F194A7" w14:textId="77777777">
              <w:trPr>
                <w:jc w:val="center"/>
              </w:trPr>
              <w:tc>
                <w:tcPr>
                  <w:tcW w:w="7087" w:type="dxa"/>
                  <w:shd w:val="clear" w:color="auto" w:fill="EDC9EA"/>
                  <w:tcMar>
                    <w:top w:w="45" w:type="dxa"/>
                    <w:left w:w="70" w:type="dxa"/>
                    <w:bottom w:w="45" w:type="dxa"/>
                    <w:right w:w="70" w:type="dxa"/>
                  </w:tcMar>
                </w:tcPr>
                <w:p w14:paraId="3F68C245" w14:textId="77777777" w:rsidR="00080BF0" w:rsidRDefault="00000000">
                  <w:pPr>
                    <w:keepNext/>
                  </w:pPr>
                  <w:r>
                    <w:rPr>
                      <w:b/>
                      <w:color w:val="000000"/>
                    </w:rPr>
                    <w:t>VPRAŠANJA V PODPORO LIKOVNEMU UČENJU</w:t>
                  </w:r>
                </w:p>
              </w:tc>
            </w:tr>
          </w:tbl>
          <w:p w14:paraId="3EE09E5D" w14:textId="77777777" w:rsidR="00080BF0" w:rsidRDefault="00080BF0">
            <w:pPr>
              <w:spacing w:line="20" w:lineRule="exact"/>
            </w:pPr>
          </w:p>
          <w:p w14:paraId="4A282B81" w14:textId="77777777" w:rsidR="00080BF0" w:rsidRDefault="00000000">
            <w:pPr>
              <w:pStyle w:val="Oznaenseznam"/>
              <w:spacing w:after="16"/>
            </w:pPr>
            <w:r>
              <w:rPr>
                <w:color w:val="000000"/>
                <w:sz w:val="16"/>
              </w:rPr>
              <w:t>Kaj si najprej opazil/-a in katera likovna prvina je zate najpomembnejša?</w:t>
            </w:r>
          </w:p>
          <w:p w14:paraId="0219C5EA" w14:textId="77777777" w:rsidR="00080BF0" w:rsidRDefault="00000000">
            <w:pPr>
              <w:pStyle w:val="Oznaenseznam"/>
              <w:spacing w:after="16"/>
            </w:pPr>
            <w:r>
              <w:rPr>
                <w:color w:val="000000"/>
                <w:sz w:val="16"/>
              </w:rPr>
              <w:t>Kako je material ali postopek vplival na črto, barvo, obliko, površino, prostor oziroma delovanje izdelka?</w:t>
            </w:r>
          </w:p>
          <w:p w14:paraId="31CA5183" w14:textId="77777777" w:rsidR="00080BF0" w:rsidRDefault="00000000">
            <w:pPr>
              <w:pStyle w:val="Oznaenseznam"/>
              <w:spacing w:after="16"/>
            </w:pPr>
            <w:r>
              <w:rPr>
                <w:color w:val="000000"/>
                <w:sz w:val="16"/>
              </w:rPr>
              <w:t>Katero možnost si preizkusil/-a, zakaj si jo izbral/-a in kaj si ob poskusu spremenil/-a?</w:t>
            </w:r>
          </w:p>
          <w:p w14:paraId="39A5EE93" w14:textId="77777777" w:rsidR="00080BF0" w:rsidRDefault="00000000">
            <w:pPr>
              <w:pStyle w:val="Oznaenseznam"/>
              <w:spacing w:after="16"/>
            </w:pPr>
            <w:r>
              <w:rPr>
                <w:color w:val="000000"/>
                <w:sz w:val="16"/>
              </w:rPr>
              <w:t>Kateri del tvojega procesa ali izdelka najjasneje pokaže dogovorjeno merilo?</w:t>
            </w:r>
          </w:p>
          <w:p w14:paraId="2DBE6208"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1B8D62D0" w14:textId="77777777">
              <w:trPr>
                <w:jc w:val="center"/>
              </w:trPr>
              <w:tc>
                <w:tcPr>
                  <w:tcW w:w="7087" w:type="dxa"/>
                  <w:shd w:val="clear" w:color="auto" w:fill="C6E7F3"/>
                  <w:tcMar>
                    <w:top w:w="45" w:type="dxa"/>
                    <w:left w:w="70" w:type="dxa"/>
                    <w:bottom w:w="45" w:type="dxa"/>
                    <w:right w:w="70" w:type="dxa"/>
                  </w:tcMar>
                </w:tcPr>
                <w:p w14:paraId="7BC3A492" w14:textId="77777777" w:rsidR="00080BF0" w:rsidRDefault="00000000">
                  <w:pPr>
                    <w:keepNext/>
                  </w:pPr>
                  <w:r>
                    <w:rPr>
                      <w:b/>
                      <w:color w:val="000000"/>
                    </w:rPr>
                    <w:t>ZAKLJUČNI DEL – TIHA GALERIJA, RAZLAGA IN REFLEKSIJA (8–12 min)</w:t>
                  </w:r>
                </w:p>
              </w:tc>
            </w:tr>
          </w:tbl>
          <w:p w14:paraId="1A147D16" w14:textId="77777777" w:rsidR="00080BF0" w:rsidRDefault="00080BF0">
            <w:pPr>
              <w:spacing w:line="20" w:lineRule="exact"/>
            </w:pPr>
          </w:p>
          <w:p w14:paraId="1F0F7F53"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447A53BF" w14:textId="77777777">
              <w:trPr>
                <w:jc w:val="center"/>
              </w:trPr>
              <w:tc>
                <w:tcPr>
                  <w:tcW w:w="7087" w:type="dxa"/>
                  <w:shd w:val="clear" w:color="auto" w:fill="EDC9EA"/>
                  <w:tcMar>
                    <w:top w:w="45" w:type="dxa"/>
                    <w:left w:w="70" w:type="dxa"/>
                    <w:bottom w:w="45" w:type="dxa"/>
                    <w:right w:w="70" w:type="dxa"/>
                  </w:tcMar>
                </w:tcPr>
                <w:p w14:paraId="30944DD3" w14:textId="77777777" w:rsidR="00080BF0" w:rsidRDefault="00000000">
                  <w:pPr>
                    <w:keepNext/>
                  </w:pPr>
                  <w:r>
                    <w:rPr>
                      <w:b/>
                      <w:color w:val="000000"/>
                    </w:rPr>
                    <w:t>SAMOVREDNOTENJE</w:t>
                  </w:r>
                </w:p>
              </w:tc>
            </w:tr>
          </w:tbl>
          <w:p w14:paraId="23EB93CA" w14:textId="77777777" w:rsidR="00080BF0" w:rsidRDefault="00080BF0">
            <w:pPr>
              <w:spacing w:line="20" w:lineRule="exact"/>
            </w:pPr>
          </w:p>
          <w:p w14:paraId="1F917836"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4346AB13" w14:textId="77777777">
              <w:trPr>
                <w:jc w:val="center"/>
              </w:trPr>
              <w:tc>
                <w:tcPr>
                  <w:tcW w:w="7087" w:type="dxa"/>
                  <w:shd w:val="clear" w:color="auto" w:fill="EDC9EA"/>
                  <w:tcMar>
                    <w:top w:w="45" w:type="dxa"/>
                    <w:left w:w="70" w:type="dxa"/>
                    <w:bottom w:w="45" w:type="dxa"/>
                    <w:right w:w="70" w:type="dxa"/>
                  </w:tcMar>
                </w:tcPr>
                <w:p w14:paraId="2ABD8290" w14:textId="77777777" w:rsidR="00080BF0" w:rsidRDefault="00000000">
                  <w:pPr>
                    <w:keepNext/>
                  </w:pPr>
                  <w:r>
                    <w:rPr>
                      <w:b/>
                      <w:color w:val="000000"/>
                    </w:rPr>
                    <w:t>VRSTNIŠKO VREDNOTENJE</w:t>
                  </w:r>
                </w:p>
              </w:tc>
            </w:tr>
          </w:tbl>
          <w:p w14:paraId="091DCCCD" w14:textId="77777777" w:rsidR="00080BF0" w:rsidRDefault="00080BF0">
            <w:pPr>
              <w:spacing w:line="20" w:lineRule="exact"/>
            </w:pPr>
          </w:p>
          <w:p w14:paraId="5746803B"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3D8C16EE" w14:textId="77777777">
              <w:trPr>
                <w:jc w:val="center"/>
              </w:trPr>
              <w:tc>
                <w:tcPr>
                  <w:tcW w:w="7087" w:type="dxa"/>
                  <w:shd w:val="clear" w:color="auto" w:fill="EDC9EA"/>
                  <w:tcMar>
                    <w:top w:w="45" w:type="dxa"/>
                    <w:left w:w="70" w:type="dxa"/>
                    <w:bottom w:w="45" w:type="dxa"/>
                    <w:right w:w="70" w:type="dxa"/>
                  </w:tcMar>
                </w:tcPr>
                <w:p w14:paraId="46B23445" w14:textId="77777777" w:rsidR="00080BF0" w:rsidRDefault="00000000">
                  <w:pPr>
                    <w:keepNext/>
                  </w:pPr>
                  <w:r>
                    <w:rPr>
                      <w:b/>
                      <w:color w:val="000000"/>
                    </w:rPr>
                    <w:t>SKUPNI POVZETEK</w:t>
                  </w:r>
                </w:p>
              </w:tc>
            </w:tr>
          </w:tbl>
          <w:p w14:paraId="42587676" w14:textId="77777777" w:rsidR="00080BF0" w:rsidRDefault="00080BF0"/>
          <w:p w14:paraId="56C56A14" w14:textId="77777777" w:rsidR="00080BF0" w:rsidRDefault="00000000">
            <w:pPr>
              <w:spacing w:before="20" w:after="40" w:line="245" w:lineRule="auto"/>
            </w:pPr>
            <w:r>
              <w:rPr>
                <w:b/>
                <w:color w:val="000000"/>
                <w:sz w:val="16"/>
              </w:rPr>
              <w:t>izberem likovna sredstva; jasno razporedim znake; pojasnim sporočilo. Izbrani dokaz pojasnim in po povratni informaciji izboljšam.</w:t>
            </w:r>
          </w:p>
        </w:tc>
        <w:tc>
          <w:tcPr>
            <w:tcW w:w="2551" w:type="dxa"/>
            <w:tcMar>
              <w:top w:w="70" w:type="dxa"/>
              <w:left w:w="90" w:type="dxa"/>
              <w:bottom w:w="70" w:type="dxa"/>
              <w:right w:w="90" w:type="dxa"/>
            </w:tcMar>
          </w:tcPr>
          <w:p w14:paraId="6E83599B" w14:textId="77777777" w:rsidR="00080BF0" w:rsidRDefault="00080BF0"/>
          <w:p w14:paraId="40116F11" w14:textId="77777777" w:rsidR="00080BF0" w:rsidRDefault="00000000">
            <w:pPr>
              <w:spacing w:after="80" w:line="245" w:lineRule="auto"/>
            </w:pPr>
            <w:r>
              <w:rPr>
                <w:color w:val="000000"/>
                <w:sz w:val="15"/>
              </w:rPr>
              <w:t>Odgovarja na podporna vprašanja in se sklicuje na opaženo, preizkušeno, ustvarjeno ali razstavljeno.</w:t>
            </w:r>
          </w:p>
          <w:p w14:paraId="77DEBE68" w14:textId="77777777" w:rsidR="00080BF0" w:rsidRDefault="00000000">
            <w:pPr>
              <w:spacing w:after="80" w:line="245" w:lineRule="auto"/>
            </w:pPr>
            <w:r>
              <w:rPr>
                <w:color w:val="000000"/>
                <w:sz w:val="15"/>
              </w:rPr>
              <w:t>Predstavi izbrani procesni ali izdelkovni dokaz ter pove, katero merilo z njim pokaže.</w:t>
            </w:r>
          </w:p>
          <w:p w14:paraId="373B96D0" w14:textId="77777777" w:rsidR="00080BF0" w:rsidRDefault="00000000">
            <w:pPr>
              <w:spacing w:after="80" w:line="245" w:lineRule="auto"/>
            </w:pPr>
            <w:r>
              <w:rPr>
                <w:color w:val="000000"/>
                <w:sz w:val="15"/>
              </w:rPr>
              <w:t>Tiho opazuje vrstnikovo delo, opiše eno konkretno likovno rešitev in poda prijazen predlog.</w:t>
            </w:r>
          </w:p>
          <w:p w14:paraId="04158D4C" w14:textId="77777777" w:rsidR="00080BF0" w:rsidRDefault="00000000">
            <w:pPr>
              <w:spacing w:after="80" w:line="245" w:lineRule="auto"/>
            </w:pPr>
            <w:r>
              <w:rPr>
                <w:color w:val="000000"/>
                <w:sz w:val="15"/>
              </w:rPr>
              <w:t>Po povratni informaciji po želji ponovi poskus, spremeni podrobnost, izboljša spoj, razporeditev ali razlago.</w:t>
            </w:r>
          </w:p>
          <w:p w14:paraId="49DA4705" w14:textId="77777777" w:rsidR="00080BF0" w:rsidRDefault="00000000">
            <w:pPr>
              <w:spacing w:after="100" w:line="245" w:lineRule="auto"/>
            </w:pPr>
            <w:r>
              <w:rPr>
                <w:color w:val="000000"/>
                <w:sz w:val="15"/>
              </w:rPr>
              <w:t>Izbere raven samostojnosti ter določi majhen in izvedljiv naslednji ustvarjalni korak.</w:t>
            </w:r>
          </w:p>
          <w:p w14:paraId="55E35D50" w14:textId="77777777" w:rsidR="00080BF0" w:rsidRDefault="00000000">
            <w:pPr>
              <w:spacing w:after="20" w:line="245" w:lineRule="auto"/>
            </w:pPr>
            <w:r>
              <w:rPr>
                <w:b/>
                <w:color w:val="D95BC6"/>
                <w:sz w:val="17"/>
              </w:rPr>
              <w:t>DOKAZ O UČENJU</w:t>
            </w:r>
          </w:p>
          <w:p w14:paraId="0E7F9F61"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3D82BF0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39D5E7B5" w14:textId="77777777">
        <w:trPr>
          <w:cantSplit/>
          <w:jc w:val="center"/>
        </w:trPr>
        <w:tc>
          <w:tcPr>
            <w:tcW w:w="14060" w:type="dxa"/>
            <w:gridSpan w:val="6"/>
            <w:tcMar>
              <w:top w:w="70" w:type="dxa"/>
              <w:left w:w="90" w:type="dxa"/>
              <w:bottom w:w="70" w:type="dxa"/>
              <w:right w:w="90" w:type="dxa"/>
            </w:tcMar>
            <w:vAlign w:val="center"/>
          </w:tcPr>
          <w:p w14:paraId="5BE6A1B1" w14:textId="77777777" w:rsidR="00080BF0" w:rsidRDefault="00000000">
            <w:pPr>
              <w:jc w:val="center"/>
            </w:pPr>
            <w:r>
              <w:rPr>
                <w:b/>
                <w:color w:val="000000"/>
                <w:sz w:val="24"/>
              </w:rPr>
              <w:lastRenderedPageBreak/>
              <w:t>UČNA PRIPRAVA 9/39</w:t>
            </w:r>
          </w:p>
        </w:tc>
      </w:tr>
      <w:tr w:rsidR="00080BF0" w14:paraId="455BAB84" w14:textId="77777777">
        <w:trPr>
          <w:jc w:val="center"/>
        </w:trPr>
        <w:tc>
          <w:tcPr>
            <w:tcW w:w="2665" w:type="dxa"/>
            <w:tcMar>
              <w:top w:w="70" w:type="dxa"/>
              <w:left w:w="90" w:type="dxa"/>
              <w:bottom w:w="70" w:type="dxa"/>
              <w:right w:w="90" w:type="dxa"/>
            </w:tcMar>
            <w:vAlign w:val="center"/>
          </w:tcPr>
          <w:p w14:paraId="5E26CD83"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1A714BA"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51D2D9E4"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0FDF41E" w14:textId="77777777" w:rsidR="00080BF0" w:rsidRDefault="00000000">
            <w:r>
              <w:rPr>
                <w:b/>
                <w:color w:val="000000"/>
                <w:sz w:val="16"/>
              </w:rPr>
              <w:t xml:space="preserve">NAČRTOVANI TERMIN: </w:t>
            </w:r>
            <w:r>
              <w:rPr>
                <w:color w:val="000000"/>
                <w:sz w:val="16"/>
              </w:rPr>
              <w:t>9. teden • 2.–6. 11. 2026</w:t>
            </w:r>
          </w:p>
        </w:tc>
        <w:tc>
          <w:tcPr>
            <w:tcW w:w="2268" w:type="dxa"/>
            <w:tcMar>
              <w:top w:w="70" w:type="dxa"/>
              <w:left w:w="90" w:type="dxa"/>
              <w:bottom w:w="70" w:type="dxa"/>
              <w:right w:w="90" w:type="dxa"/>
            </w:tcMar>
            <w:vAlign w:val="center"/>
          </w:tcPr>
          <w:p w14:paraId="498AF924"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384B689" w14:textId="77777777" w:rsidR="00080BF0" w:rsidRDefault="00000000">
            <w:r>
              <w:rPr>
                <w:b/>
                <w:color w:val="000000"/>
                <w:sz w:val="16"/>
              </w:rPr>
              <w:t xml:space="preserve">ŠTEVILO UR: </w:t>
            </w:r>
            <w:r>
              <w:rPr>
                <w:color w:val="000000"/>
                <w:sz w:val="16"/>
              </w:rPr>
              <w:t>2</w:t>
            </w:r>
          </w:p>
        </w:tc>
      </w:tr>
      <w:tr w:rsidR="00080BF0" w14:paraId="06772E29" w14:textId="77777777">
        <w:trPr>
          <w:jc w:val="center"/>
        </w:trPr>
        <w:tc>
          <w:tcPr>
            <w:tcW w:w="14061" w:type="dxa"/>
            <w:gridSpan w:val="6"/>
            <w:tcMar>
              <w:top w:w="70" w:type="dxa"/>
              <w:left w:w="90" w:type="dxa"/>
              <w:bottom w:w="70" w:type="dxa"/>
              <w:right w:w="90" w:type="dxa"/>
            </w:tcMar>
            <w:vAlign w:val="center"/>
          </w:tcPr>
          <w:p w14:paraId="68CFC9A2"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5D85A6F8" w14:textId="77777777">
        <w:trPr>
          <w:cantSplit/>
          <w:jc w:val="center"/>
        </w:trPr>
        <w:tc>
          <w:tcPr>
            <w:tcW w:w="14060" w:type="dxa"/>
            <w:gridSpan w:val="6"/>
            <w:tcMar>
              <w:top w:w="70" w:type="dxa"/>
              <w:left w:w="90" w:type="dxa"/>
              <w:bottom w:w="70" w:type="dxa"/>
              <w:right w:w="90" w:type="dxa"/>
            </w:tcMar>
            <w:vAlign w:val="center"/>
          </w:tcPr>
          <w:p w14:paraId="25329A5C" w14:textId="77777777" w:rsidR="00080BF0" w:rsidRDefault="00080BF0"/>
          <w:p w14:paraId="21588F7E" w14:textId="77777777" w:rsidR="00080BF0" w:rsidRDefault="00000000">
            <w:pPr>
              <w:spacing w:line="245" w:lineRule="auto"/>
            </w:pPr>
            <w:r>
              <w:rPr>
                <w:b/>
                <w:color w:val="000000"/>
                <w:sz w:val="15"/>
              </w:rPr>
              <w:t xml:space="preserve">UČNI SKLOP: </w:t>
            </w:r>
            <w:r>
              <w:rPr>
                <w:color w:val="000000"/>
                <w:sz w:val="15"/>
              </w:rPr>
              <w:t>JESEN, SNOVI IN ŽIVA BITJA</w:t>
            </w:r>
          </w:p>
        </w:tc>
      </w:tr>
      <w:tr w:rsidR="00080BF0" w14:paraId="11335810" w14:textId="77777777">
        <w:trPr>
          <w:cantSplit/>
          <w:jc w:val="center"/>
        </w:trPr>
        <w:tc>
          <w:tcPr>
            <w:tcW w:w="14060" w:type="dxa"/>
            <w:gridSpan w:val="6"/>
            <w:tcMar>
              <w:top w:w="70" w:type="dxa"/>
              <w:left w:w="90" w:type="dxa"/>
              <w:bottom w:w="70" w:type="dxa"/>
              <w:right w:w="90" w:type="dxa"/>
            </w:tcMar>
            <w:vAlign w:val="center"/>
          </w:tcPr>
          <w:p w14:paraId="6B635BE5" w14:textId="77777777" w:rsidR="00080BF0" w:rsidRDefault="00080BF0"/>
          <w:p w14:paraId="5DC95E4B" w14:textId="77777777" w:rsidR="00080BF0" w:rsidRDefault="00000000">
            <w:pPr>
              <w:spacing w:line="245" w:lineRule="auto"/>
            </w:pPr>
            <w:r>
              <w:rPr>
                <w:b/>
                <w:color w:val="000000"/>
                <w:sz w:val="15"/>
              </w:rPr>
              <w:t xml:space="preserve">UČNA TEMA: </w:t>
            </w:r>
            <w:r>
              <w:rPr>
                <w:color w:val="000000"/>
                <w:sz w:val="15"/>
              </w:rPr>
              <w:t>JESENSKE BARVE</w:t>
            </w:r>
          </w:p>
        </w:tc>
      </w:tr>
      <w:tr w:rsidR="00080BF0" w14:paraId="3859661A" w14:textId="77777777">
        <w:trPr>
          <w:cantSplit/>
          <w:jc w:val="center"/>
        </w:trPr>
        <w:tc>
          <w:tcPr>
            <w:tcW w:w="14060" w:type="dxa"/>
            <w:gridSpan w:val="6"/>
            <w:tcMar>
              <w:top w:w="70" w:type="dxa"/>
              <w:left w:w="90" w:type="dxa"/>
              <w:bottom w:w="70" w:type="dxa"/>
              <w:right w:w="90" w:type="dxa"/>
            </w:tcMar>
            <w:vAlign w:val="center"/>
          </w:tcPr>
          <w:p w14:paraId="79C6181A" w14:textId="77777777" w:rsidR="00080BF0" w:rsidRDefault="00080BF0"/>
          <w:p w14:paraId="3F97A9C9" w14:textId="77777777" w:rsidR="00080BF0" w:rsidRDefault="00000000">
            <w:pPr>
              <w:spacing w:line="245" w:lineRule="auto"/>
            </w:pPr>
            <w:r>
              <w:rPr>
                <w:b/>
                <w:color w:val="000000"/>
                <w:sz w:val="15"/>
              </w:rPr>
              <w:t xml:space="preserve">KNJIŽEVNO / MOTIVNO IZHODIŠČE: </w:t>
            </w:r>
            <w:r>
              <w:rPr>
                <w:color w:val="000000"/>
                <w:sz w:val="15"/>
              </w:rPr>
              <w:t>»Sonček boža tačice« – Srečko Kosovel • sonce, jesensko vreme in čutno doživljanje narave</w:t>
            </w:r>
          </w:p>
        </w:tc>
      </w:tr>
      <w:tr w:rsidR="00080BF0" w14:paraId="585E6733" w14:textId="77777777">
        <w:trPr>
          <w:cantSplit/>
          <w:jc w:val="center"/>
        </w:trPr>
        <w:tc>
          <w:tcPr>
            <w:tcW w:w="14060" w:type="dxa"/>
            <w:gridSpan w:val="6"/>
            <w:tcMar>
              <w:top w:w="70" w:type="dxa"/>
              <w:left w:w="90" w:type="dxa"/>
              <w:bottom w:w="70" w:type="dxa"/>
              <w:right w:w="90" w:type="dxa"/>
            </w:tcMar>
            <w:vAlign w:val="center"/>
          </w:tcPr>
          <w:p w14:paraId="58AEC45E" w14:textId="77777777" w:rsidR="00080BF0" w:rsidRDefault="00080BF0"/>
          <w:p w14:paraId="43B02A95" w14:textId="77777777" w:rsidR="00080BF0" w:rsidRDefault="00000000">
            <w:pPr>
              <w:spacing w:line="245" w:lineRule="auto"/>
            </w:pPr>
            <w:r>
              <w:rPr>
                <w:b/>
                <w:color w:val="000000"/>
                <w:sz w:val="15"/>
              </w:rPr>
              <w:t xml:space="preserve">LIKOVNO IZHODIŠČE / MOTIVACIJA: </w:t>
            </w:r>
            <w:r>
              <w:rPr>
                <w:color w:val="000000"/>
                <w:sz w:val="15"/>
              </w:rPr>
              <w:t>barva iz zgodbe izgubi svoje razpoloženje; učenci z opazovanjem, mešanjem in gibalnim odzivom ugotavljajo, kako bi jo ponovno izrazili v motivu »jesenske barve«. Tematska rešitev: slika tople jesenske barve in živalske sledi.</w:t>
            </w:r>
          </w:p>
        </w:tc>
      </w:tr>
      <w:tr w:rsidR="00080BF0" w14:paraId="3F0683B8" w14:textId="77777777">
        <w:trPr>
          <w:cantSplit/>
          <w:jc w:val="center"/>
        </w:trPr>
        <w:tc>
          <w:tcPr>
            <w:tcW w:w="14060" w:type="dxa"/>
            <w:gridSpan w:val="6"/>
            <w:tcMar>
              <w:top w:w="70" w:type="dxa"/>
              <w:left w:w="90" w:type="dxa"/>
              <w:bottom w:w="70" w:type="dxa"/>
              <w:right w:w="90" w:type="dxa"/>
            </w:tcMar>
            <w:vAlign w:val="center"/>
          </w:tcPr>
          <w:p w14:paraId="38A9FDE6" w14:textId="77777777" w:rsidR="00080BF0" w:rsidRDefault="00080BF0"/>
          <w:p w14:paraId="6C7E2962" w14:textId="77777777" w:rsidR="00080BF0" w:rsidRDefault="00000000">
            <w:pPr>
              <w:spacing w:line="245" w:lineRule="auto"/>
            </w:pPr>
            <w:r>
              <w:rPr>
                <w:b/>
                <w:color w:val="000000"/>
                <w:sz w:val="15"/>
              </w:rPr>
              <w:t xml:space="preserve">UČNE ENOTE: </w:t>
            </w:r>
            <w:r>
              <w:rPr>
                <w:color w:val="000000"/>
                <w:sz w:val="15"/>
              </w:rPr>
              <w:t>1. ura – Jesenske barve – Opazujem, preizkušam, načrtujem • 2. ura – Jesenske barve – Ustvarjam, predstavim, izboljšam</w:t>
            </w:r>
          </w:p>
        </w:tc>
      </w:tr>
      <w:tr w:rsidR="00080BF0" w14:paraId="01A80F70" w14:textId="77777777">
        <w:trPr>
          <w:cantSplit/>
          <w:jc w:val="center"/>
        </w:trPr>
        <w:tc>
          <w:tcPr>
            <w:tcW w:w="14060" w:type="dxa"/>
            <w:gridSpan w:val="6"/>
            <w:tcMar>
              <w:top w:w="70" w:type="dxa"/>
              <w:left w:w="90" w:type="dxa"/>
              <w:bottom w:w="70" w:type="dxa"/>
              <w:right w:w="90" w:type="dxa"/>
            </w:tcMar>
            <w:vAlign w:val="center"/>
          </w:tcPr>
          <w:p w14:paraId="77F81211" w14:textId="77777777" w:rsidR="00080BF0" w:rsidRDefault="00080BF0"/>
          <w:p w14:paraId="02DA096B"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575AEF3F" w14:textId="77777777">
        <w:trPr>
          <w:cantSplit/>
          <w:jc w:val="center"/>
        </w:trPr>
        <w:tc>
          <w:tcPr>
            <w:tcW w:w="14060" w:type="dxa"/>
            <w:gridSpan w:val="6"/>
            <w:tcMar>
              <w:top w:w="70" w:type="dxa"/>
              <w:left w:w="90" w:type="dxa"/>
              <w:bottom w:w="70" w:type="dxa"/>
              <w:right w:w="90" w:type="dxa"/>
            </w:tcMar>
            <w:vAlign w:val="center"/>
          </w:tcPr>
          <w:p w14:paraId="2764ECB2" w14:textId="77777777" w:rsidR="00080BF0" w:rsidRDefault="00080BF0"/>
          <w:p w14:paraId="65D92B31"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714234AF" w14:textId="77777777">
        <w:trPr>
          <w:cantSplit/>
          <w:jc w:val="center"/>
        </w:trPr>
        <w:tc>
          <w:tcPr>
            <w:tcW w:w="14060" w:type="dxa"/>
            <w:gridSpan w:val="6"/>
            <w:tcMar>
              <w:top w:w="70" w:type="dxa"/>
              <w:left w:w="90" w:type="dxa"/>
              <w:bottom w:w="70" w:type="dxa"/>
              <w:right w:w="90" w:type="dxa"/>
            </w:tcMar>
            <w:vAlign w:val="center"/>
          </w:tcPr>
          <w:p w14:paraId="56993062" w14:textId="77777777" w:rsidR="00080BF0" w:rsidRDefault="00080BF0"/>
          <w:p w14:paraId="4DE1FA0A"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54D705C6" w14:textId="77777777">
        <w:trPr>
          <w:cantSplit/>
          <w:jc w:val="center"/>
        </w:trPr>
        <w:tc>
          <w:tcPr>
            <w:tcW w:w="14060" w:type="dxa"/>
            <w:gridSpan w:val="6"/>
            <w:tcMar>
              <w:top w:w="70" w:type="dxa"/>
              <w:left w:w="90" w:type="dxa"/>
              <w:bottom w:w="70" w:type="dxa"/>
              <w:right w:w="90" w:type="dxa"/>
            </w:tcMar>
            <w:vAlign w:val="center"/>
          </w:tcPr>
          <w:p w14:paraId="13EC22BA" w14:textId="77777777" w:rsidR="00080BF0" w:rsidRDefault="00080BF0"/>
          <w:p w14:paraId="64FCE481" w14:textId="77777777" w:rsidR="00080BF0" w:rsidRDefault="00000000">
            <w:pPr>
              <w:spacing w:line="245" w:lineRule="auto"/>
            </w:pPr>
            <w:r>
              <w:rPr>
                <w:b/>
                <w:color w:val="000000"/>
                <w:sz w:val="15"/>
              </w:rPr>
              <w:t xml:space="preserve">MEDPREDMETNE POVEZAVE: </w:t>
            </w:r>
            <w:r>
              <w:rPr>
                <w:color w:val="000000"/>
                <w:sz w:val="15"/>
              </w:rPr>
              <w:t>SPO – sonce, jesensko vreme in čutno doživljanje narave; SLJ – poslušanje, opis opažanja, poimenovanje postopka in predstavitev; MAT – oblike, razvrščanje, vzorci in prostorski odnosi; ŠPO – gibalna črta, telesna skulptura, smer in ravnotežje; GUM – ritem, ponavljanje.</w:t>
            </w:r>
          </w:p>
        </w:tc>
      </w:tr>
      <w:tr w:rsidR="00080BF0" w14:paraId="2A11C16E" w14:textId="77777777">
        <w:trPr>
          <w:cantSplit/>
          <w:jc w:val="center"/>
        </w:trPr>
        <w:tc>
          <w:tcPr>
            <w:tcW w:w="14060" w:type="dxa"/>
            <w:gridSpan w:val="6"/>
            <w:tcMar>
              <w:top w:w="70" w:type="dxa"/>
              <w:left w:w="90" w:type="dxa"/>
              <w:bottom w:w="70" w:type="dxa"/>
              <w:right w:w="90" w:type="dxa"/>
            </w:tcMar>
            <w:vAlign w:val="center"/>
          </w:tcPr>
          <w:p w14:paraId="58055FC2" w14:textId="77777777" w:rsidR="00080BF0" w:rsidRDefault="00080BF0"/>
          <w:p w14:paraId="613785B8" w14:textId="77777777" w:rsidR="00080BF0" w:rsidRDefault="00000000">
            <w:pPr>
              <w:spacing w:line="245" w:lineRule="auto"/>
            </w:pPr>
            <w:r>
              <w:rPr>
                <w:b/>
                <w:color w:val="000000"/>
                <w:sz w:val="15"/>
              </w:rPr>
              <w:t xml:space="preserve">UČNA SREDSTVA IN PRIPOMOČKI: </w:t>
            </w:r>
            <w:r>
              <w:rPr>
                <w:color w:val="000000"/>
                <w:sz w:val="15"/>
              </w:rPr>
              <w:t>debelejši papir, tempera ali vodene barve, čopiči različnih širin, palete, lončki za vodo, gobice, krpe in zaščita miz; fotografija, reprodukcija ali resnični predmet za opazovanje; kartice namena in meril; talne oznake štirih postaj; mapa dokazov; sredstva za čiščenje in pospravljanje</w:t>
            </w:r>
          </w:p>
        </w:tc>
      </w:tr>
      <w:tr w:rsidR="00080BF0" w14:paraId="34DB5228" w14:textId="77777777">
        <w:trPr>
          <w:cantSplit/>
          <w:jc w:val="center"/>
        </w:trPr>
        <w:tc>
          <w:tcPr>
            <w:tcW w:w="14060" w:type="dxa"/>
            <w:gridSpan w:val="6"/>
            <w:tcMar>
              <w:top w:w="70" w:type="dxa"/>
              <w:left w:w="90" w:type="dxa"/>
              <w:bottom w:w="70" w:type="dxa"/>
              <w:right w:w="90" w:type="dxa"/>
            </w:tcMar>
            <w:vAlign w:val="center"/>
          </w:tcPr>
          <w:p w14:paraId="06366DC9" w14:textId="77777777" w:rsidR="00080BF0" w:rsidRDefault="00080BF0"/>
          <w:p w14:paraId="711E5CCF"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183219D8" w14:textId="77777777">
        <w:trPr>
          <w:cantSplit/>
          <w:jc w:val="center"/>
        </w:trPr>
        <w:tc>
          <w:tcPr>
            <w:tcW w:w="14060" w:type="dxa"/>
            <w:gridSpan w:val="6"/>
            <w:tcMar>
              <w:top w:w="70" w:type="dxa"/>
              <w:left w:w="90" w:type="dxa"/>
              <w:bottom w:w="70" w:type="dxa"/>
              <w:right w:w="90" w:type="dxa"/>
            </w:tcMar>
            <w:vAlign w:val="center"/>
          </w:tcPr>
          <w:p w14:paraId="5CEBA42B" w14:textId="77777777" w:rsidR="00080BF0" w:rsidRDefault="00080BF0"/>
          <w:p w14:paraId="5705E514"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33E750B6" w14:textId="77777777">
        <w:trPr>
          <w:cantSplit/>
          <w:jc w:val="center"/>
        </w:trPr>
        <w:tc>
          <w:tcPr>
            <w:tcW w:w="14060" w:type="dxa"/>
            <w:gridSpan w:val="6"/>
            <w:tcMar>
              <w:top w:w="70" w:type="dxa"/>
              <w:left w:w="90" w:type="dxa"/>
              <w:bottom w:w="70" w:type="dxa"/>
              <w:right w:w="90" w:type="dxa"/>
            </w:tcMar>
            <w:vAlign w:val="center"/>
          </w:tcPr>
          <w:p w14:paraId="55162452" w14:textId="77777777" w:rsidR="00080BF0" w:rsidRDefault="00080BF0"/>
          <w:p w14:paraId="4D7C481D"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4C10173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A85307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058065B"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BF89551" w14:textId="77777777" w:rsidR="00080BF0" w:rsidRDefault="00000000">
            <w:pPr>
              <w:jc w:val="center"/>
            </w:pPr>
            <w:r>
              <w:rPr>
                <w:b/>
                <w:color w:val="000000"/>
                <w:sz w:val="20"/>
              </w:rPr>
              <w:t>UČNE DEJAVNOSTI, METODE IN FORMATIVNO SPREMLJANJE</w:t>
            </w:r>
          </w:p>
        </w:tc>
      </w:tr>
      <w:tr w:rsidR="00080BF0" w14:paraId="11F46F4A" w14:textId="77777777">
        <w:trPr>
          <w:tblHeader/>
          <w:jc w:val="center"/>
        </w:trPr>
        <w:tc>
          <w:tcPr>
            <w:tcW w:w="4422" w:type="dxa"/>
            <w:vMerge/>
            <w:tcMar>
              <w:top w:w="70" w:type="dxa"/>
              <w:left w:w="90" w:type="dxa"/>
              <w:bottom w:w="70" w:type="dxa"/>
              <w:right w:w="90" w:type="dxa"/>
            </w:tcMar>
            <w:vAlign w:val="center"/>
          </w:tcPr>
          <w:p w14:paraId="22A1691A" w14:textId="77777777" w:rsidR="00080BF0" w:rsidRDefault="00080BF0"/>
        </w:tc>
        <w:tc>
          <w:tcPr>
            <w:tcW w:w="7087" w:type="dxa"/>
            <w:shd w:val="clear" w:color="auto" w:fill="FFFFFF"/>
            <w:tcMar>
              <w:top w:w="70" w:type="dxa"/>
              <w:left w:w="90" w:type="dxa"/>
              <w:bottom w:w="70" w:type="dxa"/>
              <w:right w:w="90" w:type="dxa"/>
            </w:tcMar>
            <w:vAlign w:val="center"/>
          </w:tcPr>
          <w:p w14:paraId="2549C77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A74E7FC" w14:textId="77777777" w:rsidR="00080BF0" w:rsidRDefault="00000000">
            <w:pPr>
              <w:jc w:val="center"/>
            </w:pPr>
            <w:r>
              <w:rPr>
                <w:b/>
                <w:color w:val="000000"/>
              </w:rPr>
              <w:t>UČENEC</w:t>
            </w:r>
          </w:p>
        </w:tc>
      </w:tr>
      <w:tr w:rsidR="00080BF0" w14:paraId="7C362A6A" w14:textId="77777777">
        <w:trPr>
          <w:jc w:val="center"/>
        </w:trPr>
        <w:tc>
          <w:tcPr>
            <w:tcW w:w="4422" w:type="dxa"/>
            <w:tcMar>
              <w:top w:w="70" w:type="dxa"/>
              <w:left w:w="90" w:type="dxa"/>
              <w:bottom w:w="70" w:type="dxa"/>
              <w:right w:w="90" w:type="dxa"/>
            </w:tcMar>
          </w:tcPr>
          <w:p w14:paraId="695E1AF5" w14:textId="77777777" w:rsidR="00080BF0" w:rsidRDefault="00080BF0"/>
          <w:p w14:paraId="5A3D283B" w14:textId="77777777" w:rsidR="00080BF0" w:rsidRDefault="00000000">
            <w:pPr>
              <w:spacing w:after="60" w:line="245" w:lineRule="auto"/>
            </w:pPr>
            <w:r>
              <w:rPr>
                <w:b/>
                <w:color w:val="000000"/>
              </w:rPr>
              <w:t>UČNI CILJI</w:t>
            </w:r>
          </w:p>
          <w:p w14:paraId="773D499B" w14:textId="77777777" w:rsidR="00080BF0" w:rsidRDefault="00000000">
            <w:pPr>
              <w:spacing w:after="20" w:line="245" w:lineRule="auto"/>
            </w:pPr>
            <w:r>
              <w:rPr>
                <w:b/>
                <w:color w:val="000000"/>
                <w:sz w:val="17"/>
              </w:rPr>
              <w:t>SPLOŠNI</w:t>
            </w:r>
          </w:p>
          <w:p w14:paraId="053DA7EA"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295F5F00"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4ACC562C"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1C12A14A"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11C25C6B" w14:textId="77777777" w:rsidR="00080BF0" w:rsidRDefault="00000000">
            <w:pPr>
              <w:spacing w:before="40" w:after="20" w:line="245" w:lineRule="auto"/>
            </w:pPr>
            <w:r>
              <w:rPr>
                <w:b/>
                <w:color w:val="000000"/>
                <w:sz w:val="17"/>
              </w:rPr>
              <w:t>OPERATIVNI</w:t>
            </w:r>
          </w:p>
          <w:p w14:paraId="686021C0" w14:textId="77777777" w:rsidR="00080BF0" w:rsidRDefault="00000000">
            <w:pPr>
              <w:pStyle w:val="Oznaenseznam"/>
              <w:spacing w:after="16"/>
            </w:pPr>
            <w:r>
              <w:rPr>
                <w:color w:val="000000"/>
                <w:sz w:val="16"/>
              </w:rPr>
              <w:t>meša barve</w:t>
            </w:r>
          </w:p>
          <w:p w14:paraId="4AFBBB62" w14:textId="77777777" w:rsidR="00080BF0" w:rsidRDefault="00000000">
            <w:pPr>
              <w:pStyle w:val="Oznaenseznam"/>
              <w:spacing w:after="16"/>
            </w:pPr>
            <w:r>
              <w:rPr>
                <w:color w:val="000000"/>
                <w:sz w:val="16"/>
              </w:rPr>
              <w:t>slika po opazovanju</w:t>
            </w:r>
          </w:p>
          <w:p w14:paraId="36508960" w14:textId="77777777" w:rsidR="00080BF0" w:rsidRDefault="00000000">
            <w:pPr>
              <w:pStyle w:val="Oznaenseznam"/>
              <w:spacing w:after="16"/>
            </w:pPr>
            <w:r>
              <w:rPr>
                <w:color w:val="000000"/>
                <w:sz w:val="16"/>
              </w:rPr>
              <w:t>izrazi razpoloženje</w:t>
            </w:r>
          </w:p>
          <w:p w14:paraId="4AB2FB7F" w14:textId="77777777" w:rsidR="00080BF0" w:rsidRDefault="00000000">
            <w:pPr>
              <w:spacing w:before="40" w:after="20" w:line="245" w:lineRule="auto"/>
            </w:pPr>
            <w:r>
              <w:rPr>
                <w:b/>
                <w:color w:val="000000"/>
                <w:sz w:val="17"/>
              </w:rPr>
              <w:t>PRIČAKOVANI DOSEŽKI / MINIMALNI POUDARKI</w:t>
            </w:r>
          </w:p>
          <w:p w14:paraId="4F6705E3" w14:textId="77777777" w:rsidR="00080BF0" w:rsidRDefault="00000000">
            <w:pPr>
              <w:pStyle w:val="Oznaenseznam"/>
              <w:spacing w:after="16"/>
            </w:pPr>
            <w:r>
              <w:rPr>
                <w:color w:val="000000"/>
                <w:sz w:val="15"/>
              </w:rPr>
              <w:t>samostojno oziroma z dogovorjeno oporo meša barve</w:t>
            </w:r>
          </w:p>
          <w:p w14:paraId="3E59ABA2" w14:textId="77777777" w:rsidR="00080BF0" w:rsidRDefault="00000000">
            <w:pPr>
              <w:pStyle w:val="Oznaenseznam"/>
              <w:spacing w:after="16"/>
            </w:pPr>
            <w:r>
              <w:rPr>
                <w:color w:val="000000"/>
                <w:sz w:val="15"/>
              </w:rPr>
              <w:t>samostojno oziroma z dogovorjeno oporo slika po opazovanju</w:t>
            </w:r>
          </w:p>
          <w:p w14:paraId="111A3B59" w14:textId="77777777" w:rsidR="00080BF0" w:rsidRDefault="00000000">
            <w:pPr>
              <w:pStyle w:val="Oznaenseznam"/>
              <w:spacing w:after="16"/>
            </w:pPr>
            <w:r>
              <w:rPr>
                <w:color w:val="000000"/>
                <w:sz w:val="15"/>
              </w:rPr>
              <w:t>samostojno oziroma z dogovorjeno oporo izrazi razpoloženje</w:t>
            </w:r>
          </w:p>
        </w:tc>
        <w:tc>
          <w:tcPr>
            <w:tcW w:w="7087" w:type="dxa"/>
            <w:tcMar>
              <w:top w:w="70" w:type="dxa"/>
              <w:left w:w="90" w:type="dxa"/>
              <w:bottom w:w="70" w:type="dxa"/>
              <w:right w:w="90" w:type="dxa"/>
            </w:tcMar>
          </w:tcPr>
          <w:p w14:paraId="36638279"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90B964C" w14:textId="77777777">
              <w:trPr>
                <w:jc w:val="center"/>
              </w:trPr>
              <w:tc>
                <w:tcPr>
                  <w:tcW w:w="7087" w:type="dxa"/>
                  <w:shd w:val="clear" w:color="auto" w:fill="C6E7F3"/>
                  <w:tcMar>
                    <w:top w:w="45" w:type="dxa"/>
                    <w:left w:w="70" w:type="dxa"/>
                    <w:bottom w:w="45" w:type="dxa"/>
                    <w:right w:w="70" w:type="dxa"/>
                  </w:tcMar>
                </w:tcPr>
                <w:p w14:paraId="22913E31" w14:textId="77777777" w:rsidR="00080BF0" w:rsidRDefault="00000000">
                  <w:pPr>
                    <w:keepNext/>
                  </w:pPr>
                  <w:r>
                    <w:rPr>
                      <w:b/>
                      <w:color w:val="000000"/>
                    </w:rPr>
                    <w:t>UVODNI DEL – likovna uganka, opazovanje, aktivacija predznanja in namen učenja (8–12 min)</w:t>
                  </w:r>
                </w:p>
              </w:tc>
            </w:tr>
          </w:tbl>
          <w:p w14:paraId="0C91B9CE" w14:textId="77777777" w:rsidR="00080BF0" w:rsidRDefault="00080BF0">
            <w:pPr>
              <w:spacing w:line="20" w:lineRule="exact"/>
            </w:pPr>
          </w:p>
          <w:p w14:paraId="4D91BF4B" w14:textId="77777777" w:rsidR="00080BF0" w:rsidRDefault="00000000">
            <w:pPr>
              <w:spacing w:before="40" w:after="60" w:line="245" w:lineRule="auto"/>
            </w:pPr>
            <w:r>
              <w:rPr>
                <w:color w:val="000000"/>
                <w:sz w:val="16"/>
              </w:rPr>
              <w:t>Ob književnem motivu »Sonček boža tačice« – Srečko Kosovel učenci vstopijo v temo sonce, jesensko vreme in čutno doživljanje narave. Učiteljica pokaže fotografijo, reprodukcijo, predmet ali material in pove kratko likovno zgodbo: barva iz zgodbe izgubi svoje razpoloženje; učenci z opazovanjem, mešanjem in gibalnim odzivom ugotavljajo, kako bi jo ponovno izrazili v motivu »jesenske barve«. Tematska rešitev: slika tople jesenske barve in živalske sledi.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0AB1D864" w14:textId="77777777">
              <w:trPr>
                <w:jc w:val="center"/>
              </w:trPr>
              <w:tc>
                <w:tcPr>
                  <w:tcW w:w="7087" w:type="dxa"/>
                  <w:shd w:val="clear" w:color="auto" w:fill="EDC9EA"/>
                  <w:tcMar>
                    <w:top w:w="45" w:type="dxa"/>
                    <w:left w:w="70" w:type="dxa"/>
                    <w:bottom w:w="45" w:type="dxa"/>
                    <w:right w:w="70" w:type="dxa"/>
                  </w:tcMar>
                </w:tcPr>
                <w:p w14:paraId="6B648792" w14:textId="77777777" w:rsidR="00080BF0" w:rsidRDefault="00000000">
                  <w:pPr>
                    <w:keepNext/>
                  </w:pPr>
                  <w:r>
                    <w:rPr>
                      <w:b/>
                      <w:color w:val="000000"/>
                    </w:rPr>
                    <w:t>NAMENI UČENJA</w:t>
                  </w:r>
                </w:p>
              </w:tc>
            </w:tr>
          </w:tbl>
          <w:p w14:paraId="63C71A9D" w14:textId="77777777" w:rsidR="00080BF0" w:rsidRDefault="00080BF0">
            <w:pPr>
              <w:spacing w:line="20" w:lineRule="exact"/>
            </w:pPr>
          </w:p>
          <w:p w14:paraId="6854F244"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1DDF16DD" w14:textId="77777777" w:rsidR="00080BF0" w:rsidRDefault="00000000">
            <w:pPr>
              <w:pStyle w:val="Oznaenseznam"/>
              <w:spacing w:after="16"/>
            </w:pPr>
            <w:r>
              <w:rPr>
                <w:color w:val="000000"/>
                <w:sz w:val="16"/>
              </w:rPr>
              <w:t>mešam barve</w:t>
            </w:r>
          </w:p>
          <w:p w14:paraId="127CCEF1" w14:textId="77777777" w:rsidR="00080BF0" w:rsidRDefault="00000000">
            <w:pPr>
              <w:pStyle w:val="Oznaenseznam"/>
              <w:spacing w:after="16"/>
            </w:pPr>
            <w:r>
              <w:rPr>
                <w:color w:val="000000"/>
                <w:sz w:val="16"/>
              </w:rPr>
              <w:t>slikam po opazovanju</w:t>
            </w:r>
          </w:p>
          <w:p w14:paraId="591B9EEF" w14:textId="77777777" w:rsidR="00080BF0" w:rsidRDefault="00000000">
            <w:pPr>
              <w:pStyle w:val="Oznaenseznam"/>
              <w:spacing w:after="16"/>
            </w:pPr>
            <w:r>
              <w:rPr>
                <w:color w:val="000000"/>
                <w:sz w:val="16"/>
              </w:rPr>
              <w:t>izrazim razpoloženje</w:t>
            </w:r>
          </w:p>
          <w:tbl>
            <w:tblPr>
              <w:tblStyle w:val="Tabelamrea"/>
              <w:tblW w:w="0" w:type="auto"/>
              <w:jc w:val="center"/>
              <w:tblLayout w:type="fixed"/>
              <w:tblLook w:val="04A0" w:firstRow="1" w:lastRow="0" w:firstColumn="1" w:lastColumn="0" w:noHBand="0" w:noVBand="1"/>
            </w:tblPr>
            <w:tblGrid>
              <w:gridCol w:w="7087"/>
            </w:tblGrid>
            <w:tr w:rsidR="00080BF0" w14:paraId="725F302D" w14:textId="77777777">
              <w:trPr>
                <w:jc w:val="center"/>
              </w:trPr>
              <w:tc>
                <w:tcPr>
                  <w:tcW w:w="7087" w:type="dxa"/>
                  <w:shd w:val="clear" w:color="auto" w:fill="EDC9EA"/>
                  <w:tcMar>
                    <w:top w:w="45" w:type="dxa"/>
                    <w:left w:w="70" w:type="dxa"/>
                    <w:bottom w:w="45" w:type="dxa"/>
                    <w:right w:w="70" w:type="dxa"/>
                  </w:tcMar>
                </w:tcPr>
                <w:p w14:paraId="13AD172F" w14:textId="77777777" w:rsidR="00080BF0" w:rsidRDefault="00000000">
                  <w:pPr>
                    <w:keepNext/>
                  </w:pPr>
                  <w:r>
                    <w:rPr>
                      <w:b/>
                      <w:color w:val="000000"/>
                    </w:rPr>
                    <w:t>PREVERJANJE PREDZNANJA</w:t>
                  </w:r>
                </w:p>
              </w:tc>
            </w:tr>
          </w:tbl>
          <w:p w14:paraId="48C820D6" w14:textId="77777777" w:rsidR="00080BF0" w:rsidRDefault="00080BF0">
            <w:pPr>
              <w:spacing w:line="20" w:lineRule="exact"/>
            </w:pPr>
          </w:p>
          <w:p w14:paraId="40A0A090" w14:textId="77777777" w:rsidR="00080BF0" w:rsidRDefault="00000000">
            <w:pPr>
              <w:pStyle w:val="Oznaenseznam"/>
              <w:spacing w:after="16"/>
            </w:pPr>
            <w:r>
              <w:rPr>
                <w:color w:val="000000"/>
                <w:sz w:val="16"/>
              </w:rPr>
              <w:t>Kaj najprej opazim pri motivu, predmetu ali materialu, povezanem s temo »JESENSKE BARVE«?</w:t>
            </w:r>
          </w:p>
          <w:p w14:paraId="6D3C8096"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451DF73F"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709DA587" w14:textId="77777777">
              <w:trPr>
                <w:jc w:val="center"/>
              </w:trPr>
              <w:tc>
                <w:tcPr>
                  <w:tcW w:w="7087" w:type="dxa"/>
                  <w:shd w:val="clear" w:color="auto" w:fill="EDC9EA"/>
                  <w:tcMar>
                    <w:top w:w="45" w:type="dxa"/>
                    <w:left w:w="70" w:type="dxa"/>
                    <w:bottom w:w="45" w:type="dxa"/>
                    <w:right w:w="70" w:type="dxa"/>
                  </w:tcMar>
                </w:tcPr>
                <w:p w14:paraId="29A3165D" w14:textId="77777777" w:rsidR="00080BF0" w:rsidRDefault="00000000">
                  <w:pPr>
                    <w:keepNext/>
                  </w:pPr>
                  <w:r>
                    <w:rPr>
                      <w:b/>
                      <w:color w:val="000000"/>
                    </w:rPr>
                    <w:t>KRITERIJI USPEŠNOSTI</w:t>
                  </w:r>
                </w:p>
              </w:tc>
            </w:tr>
          </w:tbl>
          <w:p w14:paraId="6AE431A3" w14:textId="77777777" w:rsidR="00080BF0" w:rsidRDefault="00080BF0"/>
          <w:p w14:paraId="4F513552" w14:textId="77777777" w:rsidR="00080BF0" w:rsidRDefault="00000000">
            <w:pPr>
              <w:spacing w:before="20" w:after="20" w:line="245" w:lineRule="auto"/>
            </w:pPr>
            <w:r>
              <w:rPr>
                <w:b/>
                <w:color w:val="000000"/>
                <w:sz w:val="16"/>
              </w:rPr>
              <w:t>Uspešen/-na bom, ko:</w:t>
            </w:r>
          </w:p>
          <w:p w14:paraId="79777569" w14:textId="77777777" w:rsidR="00080BF0" w:rsidRDefault="00000000">
            <w:pPr>
              <w:pStyle w:val="Oznaenseznam"/>
              <w:spacing w:after="16"/>
            </w:pPr>
            <w:r>
              <w:rPr>
                <w:color w:val="000000"/>
                <w:sz w:val="16"/>
              </w:rPr>
              <w:t>mešam barve</w:t>
            </w:r>
          </w:p>
          <w:p w14:paraId="76E02930" w14:textId="77777777" w:rsidR="00080BF0" w:rsidRDefault="00000000">
            <w:pPr>
              <w:pStyle w:val="Oznaenseznam"/>
              <w:spacing w:after="16"/>
            </w:pPr>
            <w:r>
              <w:rPr>
                <w:color w:val="000000"/>
                <w:sz w:val="16"/>
              </w:rPr>
              <w:t>slikam po opazovanju</w:t>
            </w:r>
          </w:p>
          <w:p w14:paraId="109913F2" w14:textId="77777777" w:rsidR="00080BF0" w:rsidRDefault="00000000">
            <w:pPr>
              <w:pStyle w:val="Oznaenseznam"/>
              <w:spacing w:after="16"/>
            </w:pPr>
            <w:r>
              <w:rPr>
                <w:color w:val="000000"/>
                <w:sz w:val="16"/>
              </w:rPr>
              <w:t>izrazim razpoloženje</w:t>
            </w:r>
          </w:p>
          <w:p w14:paraId="5B9EE7FB" w14:textId="77777777" w:rsidR="00080BF0" w:rsidRDefault="00000000">
            <w:pPr>
              <w:pStyle w:val="Oznaenseznam"/>
              <w:spacing w:after="16"/>
            </w:pPr>
            <w:r>
              <w:rPr>
                <w:color w:val="000000"/>
                <w:sz w:val="15"/>
              </w:rPr>
              <w:t>varno in namensko uporabim material, zaščitim prostor ter po delu uredim svojo postajo</w:t>
            </w:r>
          </w:p>
          <w:p w14:paraId="7A366371"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1391EF66" w14:textId="77777777" w:rsidR="00080BF0" w:rsidRDefault="00080BF0"/>
          <w:p w14:paraId="6099CD95"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0770A972" w14:textId="77777777" w:rsidR="00080BF0" w:rsidRDefault="00000000">
            <w:pPr>
              <w:spacing w:after="80" w:line="245" w:lineRule="auto"/>
            </w:pPr>
            <w:r>
              <w:rPr>
                <w:color w:val="000000"/>
                <w:sz w:val="16"/>
              </w:rPr>
              <w:t>Pove ali pokaže, kaj že zna opaziti in katero likovno možnost bi najprej preizkusil.</w:t>
            </w:r>
          </w:p>
          <w:p w14:paraId="08212580" w14:textId="77777777" w:rsidR="00080BF0" w:rsidRDefault="00000000">
            <w:pPr>
              <w:spacing w:after="100" w:line="245" w:lineRule="auto"/>
            </w:pPr>
            <w:r>
              <w:rPr>
                <w:color w:val="000000"/>
                <w:sz w:val="16"/>
              </w:rPr>
              <w:t>Sodeluje pri razumevanju namena, meril uspešnosti, varne rabe pripomočkov in načina dokazovanja.</w:t>
            </w:r>
          </w:p>
          <w:p w14:paraId="7AA863FB" w14:textId="77777777" w:rsidR="00080BF0" w:rsidRDefault="00000000">
            <w:pPr>
              <w:spacing w:after="20" w:line="245" w:lineRule="auto"/>
            </w:pPr>
            <w:r>
              <w:rPr>
                <w:b/>
                <w:color w:val="D95BC6"/>
                <w:sz w:val="17"/>
              </w:rPr>
              <w:t>DOKAZ O UČENJU</w:t>
            </w:r>
          </w:p>
          <w:p w14:paraId="29109523"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45062862"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67977D1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8480574"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E06026B" w14:textId="77777777" w:rsidR="00080BF0" w:rsidRDefault="00000000">
            <w:pPr>
              <w:jc w:val="center"/>
            </w:pPr>
            <w:r>
              <w:rPr>
                <w:b/>
                <w:color w:val="000000"/>
                <w:sz w:val="20"/>
              </w:rPr>
              <w:t>UČNE DEJAVNOSTI, METODE IN FORMATIVNO SPREMLJANJE</w:t>
            </w:r>
          </w:p>
        </w:tc>
      </w:tr>
      <w:tr w:rsidR="00080BF0" w14:paraId="47C57391" w14:textId="77777777">
        <w:trPr>
          <w:tblHeader/>
          <w:jc w:val="center"/>
        </w:trPr>
        <w:tc>
          <w:tcPr>
            <w:tcW w:w="4422" w:type="dxa"/>
            <w:vMerge/>
            <w:tcMar>
              <w:top w:w="70" w:type="dxa"/>
              <w:left w:w="90" w:type="dxa"/>
              <w:bottom w:w="70" w:type="dxa"/>
              <w:right w:w="90" w:type="dxa"/>
            </w:tcMar>
            <w:vAlign w:val="center"/>
          </w:tcPr>
          <w:p w14:paraId="39A6BA5E" w14:textId="77777777" w:rsidR="00080BF0" w:rsidRDefault="00080BF0"/>
        </w:tc>
        <w:tc>
          <w:tcPr>
            <w:tcW w:w="7087" w:type="dxa"/>
            <w:shd w:val="clear" w:color="auto" w:fill="FFFFFF"/>
            <w:tcMar>
              <w:top w:w="70" w:type="dxa"/>
              <w:left w:w="90" w:type="dxa"/>
              <w:bottom w:w="70" w:type="dxa"/>
              <w:right w:w="90" w:type="dxa"/>
            </w:tcMar>
            <w:vAlign w:val="center"/>
          </w:tcPr>
          <w:p w14:paraId="4C4867E9"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0C74597" w14:textId="77777777" w:rsidR="00080BF0" w:rsidRDefault="00000000">
            <w:pPr>
              <w:jc w:val="center"/>
            </w:pPr>
            <w:r>
              <w:rPr>
                <w:b/>
                <w:color w:val="000000"/>
              </w:rPr>
              <w:t>UČENEC</w:t>
            </w:r>
          </w:p>
        </w:tc>
      </w:tr>
      <w:tr w:rsidR="00080BF0" w14:paraId="4AE8A73B" w14:textId="77777777">
        <w:trPr>
          <w:jc w:val="center"/>
        </w:trPr>
        <w:tc>
          <w:tcPr>
            <w:tcW w:w="4422" w:type="dxa"/>
            <w:tcMar>
              <w:top w:w="70" w:type="dxa"/>
              <w:left w:w="90" w:type="dxa"/>
              <w:bottom w:w="70" w:type="dxa"/>
              <w:right w:w="90" w:type="dxa"/>
            </w:tcMar>
          </w:tcPr>
          <w:p w14:paraId="7CEF66FA" w14:textId="77777777" w:rsidR="00080BF0" w:rsidRDefault="00080BF0"/>
          <w:p w14:paraId="074E74D8" w14:textId="77777777" w:rsidR="00080BF0" w:rsidRDefault="00000000">
            <w:pPr>
              <w:spacing w:after="40" w:line="245" w:lineRule="auto"/>
            </w:pPr>
            <w:r>
              <w:rPr>
                <w:b/>
                <w:color w:val="000000"/>
              </w:rPr>
              <w:t>KLJUČNI LIKOVNI POJMI</w:t>
            </w:r>
          </w:p>
          <w:p w14:paraId="67E524DC"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osnovna barva, mešanje, topla in hladna barva, barvna ploskev, ospredje, ozadje</w:t>
            </w:r>
          </w:p>
          <w:p w14:paraId="5CC3F412" w14:textId="77777777" w:rsidR="00080BF0" w:rsidRDefault="00000000">
            <w:pPr>
              <w:spacing w:after="20" w:line="245" w:lineRule="auto"/>
            </w:pPr>
            <w:r>
              <w:rPr>
                <w:b/>
                <w:color w:val="000000"/>
                <w:sz w:val="17"/>
              </w:rPr>
              <w:t>DOKAZI O UČENJU</w:t>
            </w:r>
          </w:p>
          <w:p w14:paraId="647742CF" w14:textId="77777777" w:rsidR="00080BF0" w:rsidRDefault="00000000">
            <w:pPr>
              <w:pStyle w:val="Oznaenseznam"/>
              <w:spacing w:after="9"/>
            </w:pPr>
            <w:r>
              <w:rPr>
                <w:color w:val="000000"/>
                <w:sz w:val="15"/>
              </w:rPr>
              <w:t>list materialnih poskusov, skica/načrt, učenčeva razlaga in učiteljev zapis o varni rabi pripomočkov.</w:t>
            </w:r>
          </w:p>
          <w:p w14:paraId="4E4AEB18" w14:textId="77777777" w:rsidR="00080BF0" w:rsidRDefault="00000000">
            <w:pPr>
              <w:pStyle w:val="Oznaenseznam"/>
              <w:spacing w:after="9"/>
            </w:pPr>
            <w:r>
              <w:rPr>
                <w:color w:val="000000"/>
                <w:sz w:val="15"/>
              </w:rPr>
              <w:t>likovni proces in izdelek, fotografija faze, učenčeva razlaga ter samovrednotenje v mapi.</w:t>
            </w:r>
          </w:p>
          <w:p w14:paraId="2B29E724" w14:textId="77777777" w:rsidR="00080BF0" w:rsidRDefault="00000000">
            <w:pPr>
              <w:spacing w:before="40" w:after="20" w:line="245" w:lineRule="auto"/>
            </w:pPr>
            <w:r>
              <w:rPr>
                <w:b/>
                <w:color w:val="000000"/>
                <w:sz w:val="17"/>
              </w:rPr>
              <w:t>LIKOVNO DOŽIVETJE IN IZKUŠENJSKI POUK</w:t>
            </w:r>
          </w:p>
          <w:p w14:paraId="01950761"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4D48C9A9" w14:textId="77777777" w:rsidR="00080BF0" w:rsidRDefault="00000000">
            <w:pPr>
              <w:spacing w:after="20" w:line="245" w:lineRule="auto"/>
            </w:pPr>
            <w:r>
              <w:rPr>
                <w:b/>
                <w:color w:val="000000"/>
                <w:sz w:val="17"/>
              </w:rPr>
              <w:t>POUČEVANJE V GIBANJU</w:t>
            </w:r>
          </w:p>
          <w:p w14:paraId="7C6D45CA"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071B432F" w14:textId="77777777" w:rsidR="00080BF0" w:rsidRDefault="00000000">
            <w:pPr>
              <w:spacing w:after="20" w:line="245" w:lineRule="auto"/>
            </w:pPr>
            <w:r>
              <w:rPr>
                <w:b/>
                <w:color w:val="000000"/>
                <w:sz w:val="17"/>
              </w:rPr>
              <w:t>DELO PO POSTAJAH</w:t>
            </w:r>
          </w:p>
          <w:p w14:paraId="3BED0BA9"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0FE524F8" w14:textId="77777777" w:rsidR="00080BF0" w:rsidRDefault="00000000">
            <w:pPr>
              <w:spacing w:after="9" w:line="245" w:lineRule="auto"/>
            </w:pPr>
            <w:r>
              <w:rPr>
                <w:color w:val="000000"/>
                <w:sz w:val="14"/>
              </w:rPr>
              <w:t>1. Barvno-opazovalna: v motivu poiščem barvne ploskve, kontraste, tople ali hladne odnose in razpoloženje.</w:t>
            </w:r>
          </w:p>
          <w:p w14:paraId="64C7F803" w14:textId="77777777" w:rsidR="00080BF0" w:rsidRDefault="00000000">
            <w:pPr>
              <w:spacing w:after="9" w:line="245" w:lineRule="auto"/>
            </w:pPr>
            <w:r>
              <w:rPr>
                <w:color w:val="000000"/>
                <w:sz w:val="14"/>
              </w:rPr>
              <w:t>2. Mešalna: na paleti varno preizkusim najmanj dve mešanici, ju označim in izberem za svoj namen.</w:t>
            </w:r>
          </w:p>
          <w:p w14:paraId="66827496" w14:textId="77777777" w:rsidR="00080BF0" w:rsidRDefault="00000000">
            <w:pPr>
              <w:spacing w:after="9" w:line="245" w:lineRule="auto"/>
            </w:pPr>
            <w:r>
              <w:rPr>
                <w:color w:val="000000"/>
                <w:sz w:val="14"/>
              </w:rPr>
              <w:t>3. Gibalna barva: z ruto, hojo, nivojem in hitrostjo telesa pokažem značaj izbrane barve ali poteze.</w:t>
            </w:r>
          </w:p>
          <w:p w14:paraId="35BF951B" w14:textId="77777777" w:rsidR="00080BF0" w:rsidRDefault="00000000">
            <w:pPr>
              <w:spacing w:after="9" w:line="245" w:lineRule="auto"/>
            </w:pPr>
            <w:r>
              <w:rPr>
                <w:color w:val="000000"/>
                <w:sz w:val="14"/>
              </w:rPr>
              <w:t>4. Slikarsko-galerijska: slikam osebno rešitev, jo pogledam od daleč, prejmem opisni odziv in izboljšam.</w:t>
            </w:r>
          </w:p>
          <w:p w14:paraId="11C7F4E5" w14:textId="77777777" w:rsidR="00080BF0" w:rsidRDefault="00000000">
            <w:pPr>
              <w:spacing w:after="20" w:line="245" w:lineRule="auto"/>
            </w:pPr>
            <w:r>
              <w:rPr>
                <w:b/>
                <w:color w:val="000000"/>
                <w:sz w:val="17"/>
              </w:rPr>
              <w:t>DIFERENCIACIJA IN VKLJUČEVANJE</w:t>
            </w:r>
          </w:p>
          <w:p w14:paraId="3F0A9EA1"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15744B20" w14:textId="77777777" w:rsidR="00080BF0" w:rsidRDefault="00000000">
            <w:pPr>
              <w:spacing w:after="20" w:line="245" w:lineRule="auto"/>
            </w:pPr>
            <w:r>
              <w:rPr>
                <w:b/>
                <w:color w:val="000000"/>
                <w:sz w:val="17"/>
              </w:rPr>
              <w:t>SPREMLJANJE</w:t>
            </w:r>
          </w:p>
          <w:p w14:paraId="2972CCCA"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342723C5"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7CAA9DA" w14:textId="77777777">
              <w:trPr>
                <w:jc w:val="center"/>
              </w:trPr>
              <w:tc>
                <w:tcPr>
                  <w:tcW w:w="7087" w:type="dxa"/>
                  <w:shd w:val="clear" w:color="auto" w:fill="C6E7F3"/>
                  <w:tcMar>
                    <w:top w:w="45" w:type="dxa"/>
                    <w:left w:w="70" w:type="dxa"/>
                    <w:bottom w:w="45" w:type="dxa"/>
                    <w:right w:w="70" w:type="dxa"/>
                  </w:tcMar>
                </w:tcPr>
                <w:p w14:paraId="5C9413DB" w14:textId="77777777" w:rsidR="00080BF0" w:rsidRDefault="00000000">
                  <w:pPr>
                    <w:keepNext/>
                  </w:pPr>
                  <w:r>
                    <w:rPr>
                      <w:b/>
                      <w:color w:val="000000"/>
                      <w:sz w:val="17"/>
                    </w:rPr>
                    <w:t>GLAVNI DEL – OPAZOVANJE, MATERIALNI PREIZKUS, USTVARJANJE IN GALERIJA (2 šolski uri)</w:t>
                  </w:r>
                </w:p>
              </w:tc>
            </w:tr>
          </w:tbl>
          <w:p w14:paraId="74E2DC3F" w14:textId="77777777" w:rsidR="00080BF0" w:rsidRDefault="00080BF0">
            <w:pPr>
              <w:spacing w:line="20" w:lineRule="exact"/>
            </w:pPr>
          </w:p>
          <w:p w14:paraId="3E2844BD" w14:textId="77777777" w:rsidR="00080BF0" w:rsidRDefault="00000000">
            <w:pPr>
              <w:keepNext/>
              <w:spacing w:before="22" w:after="8" w:line="245" w:lineRule="auto"/>
            </w:pPr>
            <w:r>
              <w:rPr>
                <w:b/>
                <w:color w:val="000000"/>
                <w:sz w:val="16"/>
              </w:rPr>
              <w:t>1. URA – Jesenske barve – Opazujem, preizkušam, načrtujem</w:t>
            </w:r>
          </w:p>
          <w:p w14:paraId="29E1D736"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»JESENSKE BARVE«.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5809F035"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105106EF"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0F83C4F6" w14:textId="77777777" w:rsidR="00080BF0" w:rsidRDefault="00000000">
            <w:pPr>
              <w:keepNext/>
              <w:spacing w:before="22" w:after="8" w:line="245" w:lineRule="auto"/>
            </w:pPr>
            <w:r>
              <w:rPr>
                <w:b/>
                <w:color w:val="000000"/>
                <w:sz w:val="16"/>
              </w:rPr>
              <w:t>2. URA – Jesenske barve – Ustvarjam, predstavim, izboljšam</w:t>
            </w:r>
          </w:p>
          <w:p w14:paraId="4D27C571"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»JESENSKE BARVE«; postavlja vprašanja o nameri, nudi tehnično oporo in omogoči izboljšavo. Zaključek 10': 10' – Izvede tiho galerijo; modelira odziv »Opazim … / Učinkuje … / Lahko poskusiš …« ter vodi pospravljanje.</w:t>
            </w:r>
          </w:p>
          <w:p w14:paraId="09CE631C"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4DBCE198"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1A05A5FF" w14:textId="77777777">
              <w:trPr>
                <w:jc w:val="center"/>
              </w:trPr>
              <w:tc>
                <w:tcPr>
                  <w:tcW w:w="7087" w:type="dxa"/>
                  <w:shd w:val="clear" w:color="auto" w:fill="EDC9EA"/>
                  <w:tcMar>
                    <w:top w:w="45" w:type="dxa"/>
                    <w:left w:w="70" w:type="dxa"/>
                    <w:bottom w:w="45" w:type="dxa"/>
                    <w:right w:w="70" w:type="dxa"/>
                  </w:tcMar>
                </w:tcPr>
                <w:p w14:paraId="62275570" w14:textId="77777777" w:rsidR="00080BF0" w:rsidRDefault="00000000">
                  <w:pPr>
                    <w:keepNext/>
                  </w:pPr>
                  <w:r>
                    <w:rPr>
                      <w:b/>
                      <w:color w:val="000000"/>
                      <w:sz w:val="17"/>
                    </w:rPr>
                    <w:t>ORGANIZACIJA POSTAJ IN PREHODOV</w:t>
                  </w:r>
                </w:p>
              </w:tc>
            </w:tr>
          </w:tbl>
          <w:p w14:paraId="65BDE839" w14:textId="77777777" w:rsidR="00080BF0" w:rsidRDefault="00080BF0"/>
          <w:p w14:paraId="4182C293" w14:textId="77777777" w:rsidR="00080BF0" w:rsidRDefault="00000000">
            <w:pPr>
              <w:spacing w:before="8" w:after="8" w:line="245" w:lineRule="auto"/>
            </w:pPr>
            <w:r>
              <w:rPr>
                <w:color w:val="000000"/>
                <w:sz w:val="14"/>
              </w:rPr>
              <w:t>Postaja 1: Barvno-opazovalna: v motivu poiščem barvne ploskve, kontraste, tople ali hladne odnose in razpoloženje.</w:t>
            </w:r>
          </w:p>
          <w:p w14:paraId="506F6282" w14:textId="77777777" w:rsidR="00080BF0" w:rsidRDefault="00000000">
            <w:pPr>
              <w:spacing w:before="8" w:after="8" w:line="245" w:lineRule="auto"/>
            </w:pPr>
            <w:r>
              <w:rPr>
                <w:color w:val="000000"/>
                <w:sz w:val="14"/>
              </w:rPr>
              <w:t>Postaja 2: Mešalna: na paleti varno preizkusim najmanj dve mešanici, ju označim in izberem za svoj namen.</w:t>
            </w:r>
          </w:p>
          <w:p w14:paraId="5C22FEA6" w14:textId="77777777" w:rsidR="00080BF0" w:rsidRDefault="00000000">
            <w:pPr>
              <w:spacing w:before="8" w:after="8" w:line="245" w:lineRule="auto"/>
            </w:pPr>
            <w:r>
              <w:rPr>
                <w:color w:val="000000"/>
                <w:sz w:val="14"/>
              </w:rPr>
              <w:t>Postaja 3: Gibalna barva: z ruto, hojo, nivojem in hitrostjo telesa pokažem značaj izbrane barve ali poteze.</w:t>
            </w:r>
          </w:p>
          <w:p w14:paraId="459015F3" w14:textId="77777777" w:rsidR="00080BF0" w:rsidRDefault="00000000">
            <w:pPr>
              <w:spacing w:before="8" w:after="8" w:line="245" w:lineRule="auto"/>
            </w:pPr>
            <w:r>
              <w:rPr>
                <w:color w:val="000000"/>
                <w:sz w:val="14"/>
              </w:rPr>
              <w:t>Postaja 4: Slikarsko-galerijska: slikam osebno rešitev, jo pogledam od daleč, prejmem opisni odziv in izboljšam.</w:t>
            </w:r>
          </w:p>
          <w:p w14:paraId="43A6D77B"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72A5591B" w14:textId="77777777" w:rsidR="00080BF0" w:rsidRDefault="00080BF0"/>
          <w:p w14:paraId="4C584F54" w14:textId="77777777" w:rsidR="00080BF0" w:rsidRDefault="00000000">
            <w:pPr>
              <w:spacing w:after="6" w:line="245" w:lineRule="auto"/>
            </w:pPr>
            <w:r>
              <w:rPr>
                <w:b/>
                <w:color w:val="000000"/>
                <w:sz w:val="15"/>
              </w:rPr>
              <w:t>1. URA – Jesenske barve – Opazujem, preizkušam, načrtujem</w:t>
            </w:r>
          </w:p>
          <w:p w14:paraId="72E8205B"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4E2E30E7" w14:textId="77777777" w:rsidR="00080BF0" w:rsidRDefault="00000000">
            <w:pPr>
              <w:spacing w:after="20" w:line="245" w:lineRule="auto"/>
            </w:pPr>
            <w:r>
              <w:rPr>
                <w:color w:val="D95BC6"/>
                <w:sz w:val="14"/>
              </w:rPr>
              <w:t>Dokaz: list materialnih poskusov, skica/načrt, učenčeva razlaga in učiteljev zapis o varni rabi.</w:t>
            </w:r>
          </w:p>
          <w:p w14:paraId="5D16F2D8" w14:textId="77777777" w:rsidR="00080BF0" w:rsidRDefault="00000000">
            <w:pPr>
              <w:spacing w:after="6" w:line="245" w:lineRule="auto"/>
            </w:pPr>
            <w:r>
              <w:rPr>
                <w:b/>
                <w:color w:val="000000"/>
                <w:sz w:val="15"/>
              </w:rPr>
              <w:t>2. URA – Jesenske barve – Ustvarjam, predstavim, izboljšam</w:t>
            </w:r>
          </w:p>
          <w:p w14:paraId="546F3C02"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4A5DF603" w14:textId="77777777" w:rsidR="00080BF0" w:rsidRDefault="00000000">
            <w:pPr>
              <w:spacing w:after="20" w:line="245" w:lineRule="auto"/>
            </w:pPr>
            <w:r>
              <w:rPr>
                <w:color w:val="D95BC6"/>
                <w:sz w:val="14"/>
              </w:rPr>
              <w:t>Dokaz: likovni proces in izdelek, fotografija faze, učenčeva razlaga ter samovrednotenje v mapi.</w:t>
            </w:r>
          </w:p>
          <w:p w14:paraId="11B3B067" w14:textId="77777777" w:rsidR="00080BF0" w:rsidRDefault="00000000">
            <w:pPr>
              <w:spacing w:before="40" w:after="20" w:line="245" w:lineRule="auto"/>
            </w:pPr>
            <w:r>
              <w:rPr>
                <w:b/>
                <w:color w:val="D95BC6"/>
                <w:sz w:val="16"/>
              </w:rPr>
              <w:t>MOJ KROG POSTAJ</w:t>
            </w:r>
          </w:p>
          <w:p w14:paraId="358314B1" w14:textId="77777777" w:rsidR="00080BF0" w:rsidRDefault="00000000">
            <w:pPr>
              <w:spacing w:after="11" w:line="245" w:lineRule="auto"/>
            </w:pPr>
            <w:r>
              <w:rPr>
                <w:color w:val="000000"/>
                <w:sz w:val="13"/>
              </w:rPr>
              <w:t>1. Barvno-opazovalna: v motivu poiščem barvne ploskve, kontraste.</w:t>
            </w:r>
          </w:p>
          <w:p w14:paraId="00BDA9C3" w14:textId="77777777" w:rsidR="00080BF0" w:rsidRDefault="00000000">
            <w:pPr>
              <w:spacing w:after="11" w:line="245" w:lineRule="auto"/>
            </w:pPr>
            <w:r>
              <w:rPr>
                <w:color w:val="000000"/>
                <w:sz w:val="13"/>
              </w:rPr>
              <w:t>2. Mešalna: na paleti varno preizkusim najmanj dve mešanici.</w:t>
            </w:r>
          </w:p>
          <w:p w14:paraId="0726610E" w14:textId="77777777" w:rsidR="00080BF0" w:rsidRDefault="00000000">
            <w:pPr>
              <w:spacing w:after="11" w:line="245" w:lineRule="auto"/>
            </w:pPr>
            <w:r>
              <w:rPr>
                <w:color w:val="000000"/>
                <w:sz w:val="13"/>
              </w:rPr>
              <w:t>3. Gibalna barva: z ruto, hojo, nivojem in hitrostjo telesa pokažem značaj izbrane barve ali.</w:t>
            </w:r>
          </w:p>
          <w:p w14:paraId="666606F0" w14:textId="77777777" w:rsidR="00080BF0" w:rsidRDefault="00000000">
            <w:pPr>
              <w:spacing w:after="11" w:line="245" w:lineRule="auto"/>
            </w:pPr>
            <w:r>
              <w:rPr>
                <w:color w:val="000000"/>
                <w:sz w:val="13"/>
              </w:rPr>
              <w:t>4. Slikarsko-galerijska: slikam osebno rešitev, jo pogledam od daleč.</w:t>
            </w:r>
          </w:p>
          <w:p w14:paraId="73251B02"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718A20F2" w14:textId="77777777" w:rsidR="00080BF0" w:rsidRDefault="00000000">
            <w:pPr>
              <w:spacing w:after="20" w:line="245" w:lineRule="auto"/>
            </w:pPr>
            <w:r>
              <w:rPr>
                <w:b/>
                <w:color w:val="D95BC6"/>
                <w:sz w:val="17"/>
              </w:rPr>
              <w:t>DOKAZ O UČENJU</w:t>
            </w:r>
          </w:p>
          <w:p w14:paraId="5B1EE29E"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5A64687C"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182CA0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9094605"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3D01A03" w14:textId="77777777" w:rsidR="00080BF0" w:rsidRDefault="00000000">
            <w:pPr>
              <w:jc w:val="center"/>
            </w:pPr>
            <w:r>
              <w:rPr>
                <w:b/>
                <w:color w:val="000000"/>
                <w:sz w:val="20"/>
              </w:rPr>
              <w:t>UČNE DEJAVNOSTI, METODE IN FORMATIVNO SPREMLJANJE</w:t>
            </w:r>
          </w:p>
        </w:tc>
      </w:tr>
      <w:tr w:rsidR="00080BF0" w14:paraId="3D2D4765" w14:textId="77777777">
        <w:trPr>
          <w:tblHeader/>
          <w:jc w:val="center"/>
        </w:trPr>
        <w:tc>
          <w:tcPr>
            <w:tcW w:w="4422" w:type="dxa"/>
            <w:vMerge/>
            <w:tcMar>
              <w:top w:w="70" w:type="dxa"/>
              <w:left w:w="90" w:type="dxa"/>
              <w:bottom w:w="70" w:type="dxa"/>
              <w:right w:w="90" w:type="dxa"/>
            </w:tcMar>
            <w:vAlign w:val="center"/>
          </w:tcPr>
          <w:p w14:paraId="418CEEFE" w14:textId="77777777" w:rsidR="00080BF0" w:rsidRDefault="00080BF0"/>
        </w:tc>
        <w:tc>
          <w:tcPr>
            <w:tcW w:w="7087" w:type="dxa"/>
            <w:shd w:val="clear" w:color="auto" w:fill="FFFFFF"/>
            <w:tcMar>
              <w:top w:w="70" w:type="dxa"/>
              <w:left w:w="90" w:type="dxa"/>
              <w:bottom w:w="70" w:type="dxa"/>
              <w:right w:w="90" w:type="dxa"/>
            </w:tcMar>
            <w:vAlign w:val="center"/>
          </w:tcPr>
          <w:p w14:paraId="56B963B5"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1330400" w14:textId="77777777" w:rsidR="00080BF0" w:rsidRDefault="00000000">
            <w:pPr>
              <w:jc w:val="center"/>
            </w:pPr>
            <w:r>
              <w:rPr>
                <w:b/>
                <w:color w:val="000000"/>
              </w:rPr>
              <w:t>UČENEC</w:t>
            </w:r>
          </w:p>
        </w:tc>
      </w:tr>
      <w:tr w:rsidR="00080BF0" w14:paraId="7357C017" w14:textId="77777777">
        <w:trPr>
          <w:jc w:val="center"/>
        </w:trPr>
        <w:tc>
          <w:tcPr>
            <w:tcW w:w="4422" w:type="dxa"/>
            <w:tcMar>
              <w:top w:w="70" w:type="dxa"/>
              <w:left w:w="90" w:type="dxa"/>
              <w:bottom w:w="70" w:type="dxa"/>
              <w:right w:w="90" w:type="dxa"/>
            </w:tcMar>
          </w:tcPr>
          <w:p w14:paraId="0D18CDE7" w14:textId="77777777" w:rsidR="00080BF0" w:rsidRDefault="00080BF0"/>
          <w:p w14:paraId="0B9FD317" w14:textId="77777777" w:rsidR="00080BF0" w:rsidRDefault="00000000">
            <w:pPr>
              <w:spacing w:after="40" w:line="245" w:lineRule="auto"/>
            </w:pPr>
            <w:r>
              <w:rPr>
                <w:b/>
                <w:color w:val="000000"/>
              </w:rPr>
              <w:t>FORMATIVNO SPREMLJANJE</w:t>
            </w:r>
          </w:p>
          <w:p w14:paraId="0D71C75D" w14:textId="77777777" w:rsidR="00080BF0" w:rsidRDefault="00000000">
            <w:pPr>
              <w:pStyle w:val="Oznaenseznam"/>
              <w:spacing w:after="16"/>
            </w:pPr>
            <w:r>
              <w:rPr>
                <w:color w:val="000000"/>
                <w:sz w:val="15"/>
              </w:rPr>
              <w:t>predznanje: opažanje, gibalna ponazoritev, izbira kartice, razvrstitev materialov, poskusna sled ali skica</w:t>
            </w:r>
          </w:p>
          <w:p w14:paraId="60FA027D"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723E6F17"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6038C4F5" w14:textId="77777777" w:rsidR="00080BF0" w:rsidRDefault="00000000">
            <w:pPr>
              <w:pStyle w:val="Oznaenseznam"/>
              <w:spacing w:after="16"/>
            </w:pPr>
            <w:r>
              <w:rPr>
                <w:color w:val="000000"/>
                <w:sz w:val="15"/>
              </w:rPr>
              <w:t>povratna informacija: opis vidne likovne odločitve, povezava z enim merilom in izvedljiv naslednji korak</w:t>
            </w:r>
          </w:p>
          <w:p w14:paraId="7CE8D1BA" w14:textId="77777777" w:rsidR="00080BF0" w:rsidRDefault="00000000">
            <w:pPr>
              <w:pStyle w:val="Oznaenseznam"/>
              <w:spacing w:after="16"/>
            </w:pPr>
            <w:r>
              <w:rPr>
                <w:color w:val="000000"/>
                <w:sz w:val="15"/>
              </w:rPr>
              <w:t>samovrednotenje: likovni semafor, lestvica samostojnosti, izbran dokaz, galerijski odziv in izboljšava</w:t>
            </w:r>
          </w:p>
          <w:p w14:paraId="0AC2CDE6" w14:textId="77777777" w:rsidR="00080BF0" w:rsidRDefault="00000000">
            <w:pPr>
              <w:spacing w:before="40" w:after="20" w:line="245" w:lineRule="auto"/>
            </w:pPr>
            <w:r>
              <w:rPr>
                <w:b/>
                <w:color w:val="000000"/>
                <w:sz w:val="17"/>
              </w:rPr>
              <w:t>VARNOST, HIGIENA IN UREDITEV PROSTORA</w:t>
            </w:r>
          </w:p>
          <w:p w14:paraId="6E61B7CF"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Lončki so napolnjeni le do polovice in postavljeni stran od roba; mokra tla se takoj obrišejo.</w:t>
            </w:r>
          </w:p>
          <w:p w14:paraId="35D57670" w14:textId="77777777" w:rsidR="00080BF0" w:rsidRDefault="00000000">
            <w:pPr>
              <w:spacing w:after="20" w:line="245" w:lineRule="auto"/>
            </w:pPr>
            <w:r>
              <w:rPr>
                <w:b/>
                <w:color w:val="000000"/>
                <w:sz w:val="17"/>
              </w:rPr>
              <w:t>EVIDENCA PO IZVEDBI</w:t>
            </w:r>
          </w:p>
          <w:p w14:paraId="592D7270"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3F8C2507" w14:textId="77777777" w:rsidR="00080BF0" w:rsidRDefault="00000000">
            <w:pPr>
              <w:spacing w:before="40" w:after="20" w:line="245" w:lineRule="auto"/>
            </w:pPr>
            <w:r>
              <w:rPr>
                <w:b/>
                <w:color w:val="000000"/>
                <w:sz w:val="17"/>
              </w:rPr>
              <w:t>RAVEN DOSEGANJA</w:t>
            </w:r>
          </w:p>
          <w:p w14:paraId="7E755E6C"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77B4501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E87F3A6" w14:textId="77777777">
              <w:trPr>
                <w:jc w:val="center"/>
              </w:trPr>
              <w:tc>
                <w:tcPr>
                  <w:tcW w:w="7087" w:type="dxa"/>
                  <w:shd w:val="clear" w:color="auto" w:fill="EDC9EA"/>
                  <w:tcMar>
                    <w:top w:w="45" w:type="dxa"/>
                    <w:left w:w="70" w:type="dxa"/>
                    <w:bottom w:w="45" w:type="dxa"/>
                    <w:right w:w="70" w:type="dxa"/>
                  </w:tcMar>
                </w:tcPr>
                <w:p w14:paraId="5B72648A" w14:textId="77777777" w:rsidR="00080BF0" w:rsidRDefault="00000000">
                  <w:pPr>
                    <w:keepNext/>
                  </w:pPr>
                  <w:r>
                    <w:rPr>
                      <w:b/>
                      <w:color w:val="000000"/>
                    </w:rPr>
                    <w:t>VPRAŠANJA V PODPORO LIKOVNEMU UČENJU</w:t>
                  </w:r>
                </w:p>
              </w:tc>
            </w:tr>
          </w:tbl>
          <w:p w14:paraId="509B0843" w14:textId="77777777" w:rsidR="00080BF0" w:rsidRDefault="00080BF0">
            <w:pPr>
              <w:spacing w:line="20" w:lineRule="exact"/>
            </w:pPr>
          </w:p>
          <w:p w14:paraId="6698CDD3" w14:textId="77777777" w:rsidR="00080BF0" w:rsidRDefault="00000000">
            <w:pPr>
              <w:pStyle w:val="Oznaenseznam"/>
              <w:spacing w:after="16"/>
            </w:pPr>
            <w:r>
              <w:rPr>
                <w:color w:val="000000"/>
                <w:sz w:val="16"/>
              </w:rPr>
              <w:t>Kaj si najprej opazil/-a in katera likovna prvina je zate najpomembnejša?</w:t>
            </w:r>
          </w:p>
          <w:p w14:paraId="0F1D0F8A" w14:textId="77777777" w:rsidR="00080BF0" w:rsidRDefault="00000000">
            <w:pPr>
              <w:pStyle w:val="Oznaenseznam"/>
              <w:spacing w:after="16"/>
            </w:pPr>
            <w:r>
              <w:rPr>
                <w:color w:val="000000"/>
                <w:sz w:val="16"/>
              </w:rPr>
              <w:t>Kako je material ali postopek vplival na črto, barvo, obliko, površino, prostor oziroma delovanje izdelka?</w:t>
            </w:r>
          </w:p>
          <w:p w14:paraId="68E9EC95" w14:textId="77777777" w:rsidR="00080BF0" w:rsidRDefault="00000000">
            <w:pPr>
              <w:pStyle w:val="Oznaenseznam"/>
              <w:spacing w:after="16"/>
            </w:pPr>
            <w:r>
              <w:rPr>
                <w:color w:val="000000"/>
                <w:sz w:val="16"/>
              </w:rPr>
              <w:t>Katero možnost si preizkusil/-a, zakaj si jo izbral/-a in kaj si ob poskusu spremenil/-a?</w:t>
            </w:r>
          </w:p>
          <w:p w14:paraId="71260CF5" w14:textId="77777777" w:rsidR="00080BF0" w:rsidRDefault="00000000">
            <w:pPr>
              <w:pStyle w:val="Oznaenseznam"/>
              <w:spacing w:after="16"/>
            </w:pPr>
            <w:r>
              <w:rPr>
                <w:color w:val="000000"/>
                <w:sz w:val="16"/>
              </w:rPr>
              <w:t>Kateri del tvojega procesa ali izdelka najjasneje pokaže dogovorjeno merilo?</w:t>
            </w:r>
          </w:p>
          <w:p w14:paraId="5BCC045E"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2655BC02" w14:textId="77777777">
              <w:trPr>
                <w:jc w:val="center"/>
              </w:trPr>
              <w:tc>
                <w:tcPr>
                  <w:tcW w:w="7087" w:type="dxa"/>
                  <w:shd w:val="clear" w:color="auto" w:fill="C6E7F3"/>
                  <w:tcMar>
                    <w:top w:w="45" w:type="dxa"/>
                    <w:left w:w="70" w:type="dxa"/>
                    <w:bottom w:w="45" w:type="dxa"/>
                    <w:right w:w="70" w:type="dxa"/>
                  </w:tcMar>
                </w:tcPr>
                <w:p w14:paraId="3CD0839C" w14:textId="77777777" w:rsidR="00080BF0" w:rsidRDefault="00000000">
                  <w:pPr>
                    <w:keepNext/>
                  </w:pPr>
                  <w:r>
                    <w:rPr>
                      <w:b/>
                      <w:color w:val="000000"/>
                    </w:rPr>
                    <w:t>ZAKLJUČNI DEL – TIHA GALERIJA, RAZLAGA IN REFLEKSIJA (8–12 min)</w:t>
                  </w:r>
                </w:p>
              </w:tc>
            </w:tr>
          </w:tbl>
          <w:p w14:paraId="421A6561" w14:textId="77777777" w:rsidR="00080BF0" w:rsidRDefault="00080BF0">
            <w:pPr>
              <w:spacing w:line="20" w:lineRule="exact"/>
            </w:pPr>
          </w:p>
          <w:p w14:paraId="09B00D1D"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3F3E9CBF" w14:textId="77777777">
              <w:trPr>
                <w:jc w:val="center"/>
              </w:trPr>
              <w:tc>
                <w:tcPr>
                  <w:tcW w:w="7087" w:type="dxa"/>
                  <w:shd w:val="clear" w:color="auto" w:fill="EDC9EA"/>
                  <w:tcMar>
                    <w:top w:w="45" w:type="dxa"/>
                    <w:left w:w="70" w:type="dxa"/>
                    <w:bottom w:w="45" w:type="dxa"/>
                    <w:right w:w="70" w:type="dxa"/>
                  </w:tcMar>
                </w:tcPr>
                <w:p w14:paraId="41F3C0F7" w14:textId="77777777" w:rsidR="00080BF0" w:rsidRDefault="00000000">
                  <w:pPr>
                    <w:keepNext/>
                  </w:pPr>
                  <w:r>
                    <w:rPr>
                      <w:b/>
                      <w:color w:val="000000"/>
                    </w:rPr>
                    <w:t>SAMOVREDNOTENJE</w:t>
                  </w:r>
                </w:p>
              </w:tc>
            </w:tr>
          </w:tbl>
          <w:p w14:paraId="60101D22" w14:textId="77777777" w:rsidR="00080BF0" w:rsidRDefault="00080BF0">
            <w:pPr>
              <w:spacing w:line="20" w:lineRule="exact"/>
            </w:pPr>
          </w:p>
          <w:p w14:paraId="653A81B5"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562F6FD5" w14:textId="77777777">
              <w:trPr>
                <w:jc w:val="center"/>
              </w:trPr>
              <w:tc>
                <w:tcPr>
                  <w:tcW w:w="7087" w:type="dxa"/>
                  <w:shd w:val="clear" w:color="auto" w:fill="EDC9EA"/>
                  <w:tcMar>
                    <w:top w:w="45" w:type="dxa"/>
                    <w:left w:w="70" w:type="dxa"/>
                    <w:bottom w:w="45" w:type="dxa"/>
                    <w:right w:w="70" w:type="dxa"/>
                  </w:tcMar>
                </w:tcPr>
                <w:p w14:paraId="108EED39" w14:textId="77777777" w:rsidR="00080BF0" w:rsidRDefault="00000000">
                  <w:pPr>
                    <w:keepNext/>
                  </w:pPr>
                  <w:r>
                    <w:rPr>
                      <w:b/>
                      <w:color w:val="000000"/>
                    </w:rPr>
                    <w:t>VRSTNIŠKO VREDNOTENJE</w:t>
                  </w:r>
                </w:p>
              </w:tc>
            </w:tr>
          </w:tbl>
          <w:p w14:paraId="74E22D32" w14:textId="77777777" w:rsidR="00080BF0" w:rsidRDefault="00080BF0">
            <w:pPr>
              <w:spacing w:line="20" w:lineRule="exact"/>
            </w:pPr>
          </w:p>
          <w:p w14:paraId="23ECC9CE"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7328ED35" w14:textId="77777777">
              <w:trPr>
                <w:jc w:val="center"/>
              </w:trPr>
              <w:tc>
                <w:tcPr>
                  <w:tcW w:w="7087" w:type="dxa"/>
                  <w:shd w:val="clear" w:color="auto" w:fill="EDC9EA"/>
                  <w:tcMar>
                    <w:top w:w="45" w:type="dxa"/>
                    <w:left w:w="70" w:type="dxa"/>
                    <w:bottom w:w="45" w:type="dxa"/>
                    <w:right w:w="70" w:type="dxa"/>
                  </w:tcMar>
                </w:tcPr>
                <w:p w14:paraId="4E06BA61" w14:textId="77777777" w:rsidR="00080BF0" w:rsidRDefault="00000000">
                  <w:pPr>
                    <w:keepNext/>
                  </w:pPr>
                  <w:r>
                    <w:rPr>
                      <w:b/>
                      <w:color w:val="000000"/>
                    </w:rPr>
                    <w:t>SKUPNI POVZETEK</w:t>
                  </w:r>
                </w:p>
              </w:tc>
            </w:tr>
          </w:tbl>
          <w:p w14:paraId="0420FF85" w14:textId="77777777" w:rsidR="00080BF0" w:rsidRDefault="00080BF0"/>
          <w:p w14:paraId="00F74F23" w14:textId="77777777" w:rsidR="00080BF0" w:rsidRDefault="00000000">
            <w:pPr>
              <w:spacing w:before="20" w:after="40" w:line="245" w:lineRule="auto"/>
            </w:pPr>
            <w:r>
              <w:rPr>
                <w:b/>
                <w:color w:val="000000"/>
                <w:sz w:val="16"/>
              </w:rPr>
              <w:t>mešam barve; slikam po opazovanju; izrazim razpoloženje. Izbrani dokaz pojasnim in po povratni informaciji izboljšam.</w:t>
            </w:r>
          </w:p>
        </w:tc>
        <w:tc>
          <w:tcPr>
            <w:tcW w:w="2551" w:type="dxa"/>
            <w:tcMar>
              <w:top w:w="70" w:type="dxa"/>
              <w:left w:w="90" w:type="dxa"/>
              <w:bottom w:w="70" w:type="dxa"/>
              <w:right w:w="90" w:type="dxa"/>
            </w:tcMar>
          </w:tcPr>
          <w:p w14:paraId="2AA39F93" w14:textId="77777777" w:rsidR="00080BF0" w:rsidRDefault="00080BF0"/>
          <w:p w14:paraId="622D842C" w14:textId="77777777" w:rsidR="00080BF0" w:rsidRDefault="00000000">
            <w:pPr>
              <w:spacing w:after="80" w:line="245" w:lineRule="auto"/>
            </w:pPr>
            <w:r>
              <w:rPr>
                <w:color w:val="000000"/>
                <w:sz w:val="15"/>
              </w:rPr>
              <w:t>Odgovarja na podporna vprašanja in se sklicuje na opaženo, preizkušeno, ustvarjeno ali razstavljeno.</w:t>
            </w:r>
          </w:p>
          <w:p w14:paraId="0734730D" w14:textId="77777777" w:rsidR="00080BF0" w:rsidRDefault="00000000">
            <w:pPr>
              <w:spacing w:after="80" w:line="245" w:lineRule="auto"/>
            </w:pPr>
            <w:r>
              <w:rPr>
                <w:color w:val="000000"/>
                <w:sz w:val="15"/>
              </w:rPr>
              <w:t>Predstavi izbrani procesni ali izdelkovni dokaz ter pove, katero merilo z njim pokaže.</w:t>
            </w:r>
          </w:p>
          <w:p w14:paraId="022E7A77" w14:textId="77777777" w:rsidR="00080BF0" w:rsidRDefault="00000000">
            <w:pPr>
              <w:spacing w:after="80" w:line="245" w:lineRule="auto"/>
            </w:pPr>
            <w:r>
              <w:rPr>
                <w:color w:val="000000"/>
                <w:sz w:val="15"/>
              </w:rPr>
              <w:t>Tiho opazuje vrstnikovo delo, opiše eno konkretno likovno rešitev in poda prijazen predlog.</w:t>
            </w:r>
          </w:p>
          <w:p w14:paraId="4C1CD84F" w14:textId="77777777" w:rsidR="00080BF0" w:rsidRDefault="00000000">
            <w:pPr>
              <w:spacing w:after="80" w:line="245" w:lineRule="auto"/>
            </w:pPr>
            <w:r>
              <w:rPr>
                <w:color w:val="000000"/>
                <w:sz w:val="15"/>
              </w:rPr>
              <w:t>Po povratni informaciji po želji ponovi poskus, spremeni podrobnost, izboljša spoj, razporeditev ali razlago.</w:t>
            </w:r>
          </w:p>
          <w:p w14:paraId="09A32792" w14:textId="77777777" w:rsidR="00080BF0" w:rsidRDefault="00000000">
            <w:pPr>
              <w:spacing w:after="100" w:line="245" w:lineRule="auto"/>
            </w:pPr>
            <w:r>
              <w:rPr>
                <w:color w:val="000000"/>
                <w:sz w:val="15"/>
              </w:rPr>
              <w:t>Izbere raven samostojnosti ter določi majhen in izvedljiv naslednji ustvarjalni korak.</w:t>
            </w:r>
          </w:p>
          <w:p w14:paraId="5331C07D" w14:textId="77777777" w:rsidR="00080BF0" w:rsidRDefault="00000000">
            <w:pPr>
              <w:spacing w:after="20" w:line="245" w:lineRule="auto"/>
            </w:pPr>
            <w:r>
              <w:rPr>
                <w:b/>
                <w:color w:val="D95BC6"/>
                <w:sz w:val="17"/>
              </w:rPr>
              <w:t>DOKAZ O UČENJU</w:t>
            </w:r>
          </w:p>
          <w:p w14:paraId="36B25AF2"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08712BD1"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47FB77DD" w14:textId="77777777">
        <w:trPr>
          <w:cantSplit/>
          <w:jc w:val="center"/>
        </w:trPr>
        <w:tc>
          <w:tcPr>
            <w:tcW w:w="14060" w:type="dxa"/>
            <w:gridSpan w:val="6"/>
            <w:tcMar>
              <w:top w:w="70" w:type="dxa"/>
              <w:left w:w="90" w:type="dxa"/>
              <w:bottom w:w="70" w:type="dxa"/>
              <w:right w:w="90" w:type="dxa"/>
            </w:tcMar>
            <w:vAlign w:val="center"/>
          </w:tcPr>
          <w:p w14:paraId="78AAB555" w14:textId="77777777" w:rsidR="00080BF0" w:rsidRDefault="00000000">
            <w:pPr>
              <w:jc w:val="center"/>
            </w:pPr>
            <w:r>
              <w:rPr>
                <w:b/>
                <w:color w:val="000000"/>
                <w:sz w:val="24"/>
              </w:rPr>
              <w:lastRenderedPageBreak/>
              <w:t>UČNA PRIPRAVA 10/39</w:t>
            </w:r>
          </w:p>
        </w:tc>
      </w:tr>
      <w:tr w:rsidR="00080BF0" w14:paraId="6EE4EF82" w14:textId="77777777">
        <w:trPr>
          <w:jc w:val="center"/>
        </w:trPr>
        <w:tc>
          <w:tcPr>
            <w:tcW w:w="2665" w:type="dxa"/>
            <w:tcMar>
              <w:top w:w="70" w:type="dxa"/>
              <w:left w:w="90" w:type="dxa"/>
              <w:bottom w:w="70" w:type="dxa"/>
              <w:right w:w="90" w:type="dxa"/>
            </w:tcMar>
            <w:vAlign w:val="center"/>
          </w:tcPr>
          <w:p w14:paraId="1532280A"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036B770"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0E28192F"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35ADD38" w14:textId="77777777" w:rsidR="00080BF0" w:rsidRDefault="00000000">
            <w:r>
              <w:rPr>
                <w:b/>
                <w:color w:val="000000"/>
                <w:sz w:val="16"/>
              </w:rPr>
              <w:t xml:space="preserve">NAČRTOVANI TERMIN: </w:t>
            </w:r>
            <w:r>
              <w:rPr>
                <w:color w:val="000000"/>
                <w:sz w:val="16"/>
              </w:rPr>
              <w:t>10. teden • 9.–13. 11. 2026</w:t>
            </w:r>
          </w:p>
        </w:tc>
        <w:tc>
          <w:tcPr>
            <w:tcW w:w="2268" w:type="dxa"/>
            <w:tcMar>
              <w:top w:w="70" w:type="dxa"/>
              <w:left w:w="90" w:type="dxa"/>
              <w:bottom w:w="70" w:type="dxa"/>
              <w:right w:w="90" w:type="dxa"/>
            </w:tcMar>
            <w:vAlign w:val="center"/>
          </w:tcPr>
          <w:p w14:paraId="3FE56936"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F021B7A" w14:textId="77777777" w:rsidR="00080BF0" w:rsidRDefault="00000000">
            <w:r>
              <w:rPr>
                <w:b/>
                <w:color w:val="000000"/>
                <w:sz w:val="16"/>
              </w:rPr>
              <w:t xml:space="preserve">ŠTEVILO UR: </w:t>
            </w:r>
            <w:r>
              <w:rPr>
                <w:color w:val="000000"/>
                <w:sz w:val="16"/>
              </w:rPr>
              <w:t>2</w:t>
            </w:r>
          </w:p>
        </w:tc>
      </w:tr>
      <w:tr w:rsidR="00080BF0" w14:paraId="2E2B1179" w14:textId="77777777">
        <w:trPr>
          <w:jc w:val="center"/>
        </w:trPr>
        <w:tc>
          <w:tcPr>
            <w:tcW w:w="14061" w:type="dxa"/>
            <w:gridSpan w:val="6"/>
            <w:tcMar>
              <w:top w:w="70" w:type="dxa"/>
              <w:left w:w="90" w:type="dxa"/>
              <w:bottom w:w="70" w:type="dxa"/>
              <w:right w:w="90" w:type="dxa"/>
            </w:tcMar>
            <w:vAlign w:val="center"/>
          </w:tcPr>
          <w:p w14:paraId="5FC54669"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427D9405" w14:textId="77777777">
        <w:trPr>
          <w:cantSplit/>
          <w:jc w:val="center"/>
        </w:trPr>
        <w:tc>
          <w:tcPr>
            <w:tcW w:w="14060" w:type="dxa"/>
            <w:gridSpan w:val="6"/>
            <w:tcMar>
              <w:top w:w="70" w:type="dxa"/>
              <w:left w:w="90" w:type="dxa"/>
              <w:bottom w:w="70" w:type="dxa"/>
              <w:right w:w="90" w:type="dxa"/>
            </w:tcMar>
            <w:vAlign w:val="center"/>
          </w:tcPr>
          <w:p w14:paraId="454A14F1" w14:textId="77777777" w:rsidR="00080BF0" w:rsidRDefault="00080BF0"/>
          <w:p w14:paraId="46122E0D" w14:textId="77777777" w:rsidR="00080BF0" w:rsidRDefault="00000000">
            <w:pPr>
              <w:spacing w:line="245" w:lineRule="auto"/>
            </w:pPr>
            <w:r>
              <w:rPr>
                <w:b/>
                <w:color w:val="000000"/>
                <w:sz w:val="15"/>
              </w:rPr>
              <w:t xml:space="preserve">UČNI SKLOP: </w:t>
            </w:r>
            <w:r>
              <w:rPr>
                <w:color w:val="000000"/>
                <w:sz w:val="15"/>
              </w:rPr>
              <w:t>JESEN, SNOVI IN ŽIVA BITJA</w:t>
            </w:r>
          </w:p>
        </w:tc>
      </w:tr>
      <w:tr w:rsidR="00080BF0" w14:paraId="0DC647A9" w14:textId="77777777">
        <w:trPr>
          <w:cantSplit/>
          <w:jc w:val="center"/>
        </w:trPr>
        <w:tc>
          <w:tcPr>
            <w:tcW w:w="14060" w:type="dxa"/>
            <w:gridSpan w:val="6"/>
            <w:tcMar>
              <w:top w:w="70" w:type="dxa"/>
              <w:left w:w="90" w:type="dxa"/>
              <w:bottom w:w="70" w:type="dxa"/>
              <w:right w:w="90" w:type="dxa"/>
            </w:tcMar>
            <w:vAlign w:val="center"/>
          </w:tcPr>
          <w:p w14:paraId="66A461D9" w14:textId="77777777" w:rsidR="00080BF0" w:rsidRDefault="00080BF0"/>
          <w:p w14:paraId="4B4AC076" w14:textId="77777777" w:rsidR="00080BF0" w:rsidRDefault="00000000">
            <w:pPr>
              <w:spacing w:line="245" w:lineRule="auto"/>
            </w:pPr>
            <w:r>
              <w:rPr>
                <w:b/>
                <w:color w:val="000000"/>
                <w:sz w:val="15"/>
              </w:rPr>
              <w:t xml:space="preserve">UČNA TEMA: </w:t>
            </w:r>
            <w:r>
              <w:rPr>
                <w:color w:val="000000"/>
                <w:sz w:val="15"/>
              </w:rPr>
              <w:t>MODEL ŽIVEGA BITJA</w:t>
            </w:r>
          </w:p>
        </w:tc>
      </w:tr>
      <w:tr w:rsidR="00080BF0" w14:paraId="3EDCAC4C" w14:textId="77777777">
        <w:trPr>
          <w:cantSplit/>
          <w:jc w:val="center"/>
        </w:trPr>
        <w:tc>
          <w:tcPr>
            <w:tcW w:w="14060" w:type="dxa"/>
            <w:gridSpan w:val="6"/>
            <w:tcMar>
              <w:top w:w="70" w:type="dxa"/>
              <w:left w:w="90" w:type="dxa"/>
              <w:bottom w:w="70" w:type="dxa"/>
              <w:right w:w="90" w:type="dxa"/>
            </w:tcMar>
            <w:vAlign w:val="center"/>
          </w:tcPr>
          <w:p w14:paraId="0AB7DB3D" w14:textId="77777777" w:rsidR="00080BF0" w:rsidRDefault="00080BF0"/>
          <w:p w14:paraId="4A627984" w14:textId="77777777" w:rsidR="00080BF0" w:rsidRDefault="00000000">
            <w:pPr>
              <w:spacing w:line="245" w:lineRule="auto"/>
            </w:pPr>
            <w:r>
              <w:rPr>
                <w:b/>
                <w:color w:val="000000"/>
                <w:sz w:val="15"/>
              </w:rPr>
              <w:t xml:space="preserve">KNJIŽEVNO / MOTIVNO IZHODIŠČE: </w:t>
            </w:r>
            <w:r>
              <w:rPr>
                <w:color w:val="000000"/>
                <w:sz w:val="15"/>
              </w:rPr>
              <w:t>»Zakaj?« – Lila Prap • radovednost, vprašanja ter raziskovanje živali in rastlin</w:t>
            </w:r>
          </w:p>
        </w:tc>
      </w:tr>
      <w:tr w:rsidR="00080BF0" w14:paraId="6629AFC2" w14:textId="77777777">
        <w:trPr>
          <w:cantSplit/>
          <w:jc w:val="center"/>
        </w:trPr>
        <w:tc>
          <w:tcPr>
            <w:tcW w:w="14060" w:type="dxa"/>
            <w:gridSpan w:val="6"/>
            <w:tcMar>
              <w:top w:w="70" w:type="dxa"/>
              <w:left w:w="90" w:type="dxa"/>
              <w:bottom w:w="70" w:type="dxa"/>
              <w:right w:w="90" w:type="dxa"/>
            </w:tcMar>
            <w:vAlign w:val="center"/>
          </w:tcPr>
          <w:p w14:paraId="32CAB64D" w14:textId="77777777" w:rsidR="00080BF0" w:rsidRDefault="00080BF0"/>
          <w:p w14:paraId="25C087E2" w14:textId="77777777" w:rsidR="00080BF0" w:rsidRDefault="00000000">
            <w:pPr>
              <w:spacing w:line="245" w:lineRule="auto"/>
            </w:pPr>
            <w:r>
              <w:rPr>
                <w:b/>
                <w:color w:val="000000"/>
                <w:sz w:val="15"/>
              </w:rPr>
              <w:t xml:space="preserve">LIKOVNO IZHODIŠČE / MOTIVACIJA: </w:t>
            </w:r>
            <w:r>
              <w:rPr>
                <w:color w:val="000000"/>
                <w:sz w:val="15"/>
              </w:rPr>
              <w:t>mali oblikovalec prinese izdelek, ki še ne stoji ali ne deluje; učenci z dotikom, gibanjem in preizkusom iščejo način, kako bi ga izboljšali pri temi »model živega bitja«.</w:t>
            </w:r>
          </w:p>
        </w:tc>
      </w:tr>
      <w:tr w:rsidR="00080BF0" w14:paraId="219D1E67" w14:textId="77777777">
        <w:trPr>
          <w:cantSplit/>
          <w:jc w:val="center"/>
        </w:trPr>
        <w:tc>
          <w:tcPr>
            <w:tcW w:w="14060" w:type="dxa"/>
            <w:gridSpan w:val="6"/>
            <w:tcMar>
              <w:top w:w="70" w:type="dxa"/>
              <w:left w:w="90" w:type="dxa"/>
              <w:bottom w:w="70" w:type="dxa"/>
              <w:right w:w="90" w:type="dxa"/>
            </w:tcMar>
            <w:vAlign w:val="center"/>
          </w:tcPr>
          <w:p w14:paraId="68488A54" w14:textId="77777777" w:rsidR="00080BF0" w:rsidRDefault="00080BF0"/>
          <w:p w14:paraId="41EFA516" w14:textId="77777777" w:rsidR="00080BF0" w:rsidRDefault="00000000">
            <w:pPr>
              <w:spacing w:line="245" w:lineRule="auto"/>
            </w:pPr>
            <w:r>
              <w:rPr>
                <w:b/>
                <w:color w:val="000000"/>
                <w:sz w:val="15"/>
              </w:rPr>
              <w:t xml:space="preserve">UČNE ENOTE: </w:t>
            </w:r>
            <w:r>
              <w:rPr>
                <w:color w:val="000000"/>
                <w:sz w:val="15"/>
              </w:rPr>
              <w:t>1. ura – Model živega bitja – Opazujem, preizkušam, načrtujem • 2. ura – Model živega bitja – Ustvarjam, predstavim, izboljšam</w:t>
            </w:r>
          </w:p>
        </w:tc>
      </w:tr>
      <w:tr w:rsidR="00080BF0" w14:paraId="52BFBA3D" w14:textId="77777777">
        <w:trPr>
          <w:cantSplit/>
          <w:jc w:val="center"/>
        </w:trPr>
        <w:tc>
          <w:tcPr>
            <w:tcW w:w="14060" w:type="dxa"/>
            <w:gridSpan w:val="6"/>
            <w:tcMar>
              <w:top w:w="70" w:type="dxa"/>
              <w:left w:w="90" w:type="dxa"/>
              <w:bottom w:w="70" w:type="dxa"/>
              <w:right w:w="90" w:type="dxa"/>
            </w:tcMar>
            <w:vAlign w:val="center"/>
          </w:tcPr>
          <w:p w14:paraId="23A40DFE" w14:textId="77777777" w:rsidR="00080BF0" w:rsidRDefault="00080BF0"/>
          <w:p w14:paraId="67B98211"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3E9022A6" w14:textId="77777777">
        <w:trPr>
          <w:cantSplit/>
          <w:jc w:val="center"/>
        </w:trPr>
        <w:tc>
          <w:tcPr>
            <w:tcW w:w="14060" w:type="dxa"/>
            <w:gridSpan w:val="6"/>
            <w:tcMar>
              <w:top w:w="70" w:type="dxa"/>
              <w:left w:w="90" w:type="dxa"/>
              <w:bottom w:w="70" w:type="dxa"/>
              <w:right w:w="90" w:type="dxa"/>
            </w:tcMar>
            <w:vAlign w:val="center"/>
          </w:tcPr>
          <w:p w14:paraId="20589DDD" w14:textId="77777777" w:rsidR="00080BF0" w:rsidRDefault="00080BF0"/>
          <w:p w14:paraId="02ACE9C0"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0E7216FF" w14:textId="77777777">
        <w:trPr>
          <w:cantSplit/>
          <w:jc w:val="center"/>
        </w:trPr>
        <w:tc>
          <w:tcPr>
            <w:tcW w:w="14060" w:type="dxa"/>
            <w:gridSpan w:val="6"/>
            <w:tcMar>
              <w:top w:w="70" w:type="dxa"/>
              <w:left w:w="90" w:type="dxa"/>
              <w:bottom w:w="70" w:type="dxa"/>
              <w:right w:w="90" w:type="dxa"/>
            </w:tcMar>
            <w:vAlign w:val="center"/>
          </w:tcPr>
          <w:p w14:paraId="3A8E011D" w14:textId="77777777" w:rsidR="00080BF0" w:rsidRDefault="00080BF0"/>
          <w:p w14:paraId="74CD98F6"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79CE7F15" w14:textId="77777777">
        <w:trPr>
          <w:cantSplit/>
          <w:jc w:val="center"/>
        </w:trPr>
        <w:tc>
          <w:tcPr>
            <w:tcW w:w="14060" w:type="dxa"/>
            <w:gridSpan w:val="6"/>
            <w:tcMar>
              <w:top w:w="70" w:type="dxa"/>
              <w:left w:w="90" w:type="dxa"/>
              <w:bottom w:w="70" w:type="dxa"/>
              <w:right w:w="90" w:type="dxa"/>
            </w:tcMar>
            <w:vAlign w:val="center"/>
          </w:tcPr>
          <w:p w14:paraId="49E8F167" w14:textId="77777777" w:rsidR="00080BF0" w:rsidRDefault="00080BF0"/>
          <w:p w14:paraId="0881E22D" w14:textId="77777777" w:rsidR="00080BF0" w:rsidRDefault="00000000">
            <w:pPr>
              <w:spacing w:line="245" w:lineRule="auto"/>
            </w:pPr>
            <w:r>
              <w:rPr>
                <w:b/>
                <w:color w:val="000000"/>
                <w:sz w:val="15"/>
              </w:rPr>
              <w:t xml:space="preserve">MEDPREDMETNE POVEZAVE: </w:t>
            </w:r>
            <w:r>
              <w:rPr>
                <w:color w:val="000000"/>
                <w:sz w:val="15"/>
              </w:rPr>
              <w:t>SPO – radovednost, vprašanja ter raziskovanje živali in rastlin; SLJ – poslušanje, opis opažanja, poimenovanje postopka in predstavitev; MAT – oblike, razvrščanje, vzorci in prostorski odnosi; ŠPO – gibalna črta, telesna skulptura, smer in ravnotežje; GUM – ritem, ponavljanje.</w:t>
            </w:r>
          </w:p>
        </w:tc>
      </w:tr>
      <w:tr w:rsidR="00080BF0" w14:paraId="06AE8C42" w14:textId="77777777">
        <w:trPr>
          <w:cantSplit/>
          <w:jc w:val="center"/>
        </w:trPr>
        <w:tc>
          <w:tcPr>
            <w:tcW w:w="14060" w:type="dxa"/>
            <w:gridSpan w:val="6"/>
            <w:tcMar>
              <w:top w:w="70" w:type="dxa"/>
              <w:left w:w="90" w:type="dxa"/>
              <w:bottom w:w="70" w:type="dxa"/>
              <w:right w:w="90" w:type="dxa"/>
            </w:tcMar>
            <w:vAlign w:val="center"/>
          </w:tcPr>
          <w:p w14:paraId="01EE4550" w14:textId="77777777" w:rsidR="00080BF0" w:rsidRDefault="00080BF0"/>
          <w:p w14:paraId="2CE5CB21" w14:textId="77777777" w:rsidR="00080BF0" w:rsidRDefault="00000000">
            <w:pPr>
              <w:spacing w:line="245" w:lineRule="auto"/>
            </w:pPr>
            <w:r>
              <w:rPr>
                <w:b/>
                <w:color w:val="000000"/>
                <w:sz w:val="15"/>
              </w:rPr>
              <w:t xml:space="preserve">UČNA SREDSTVA IN PRIPOMOČKI: </w:t>
            </w:r>
            <w:r>
              <w:rPr>
                <w:color w:val="000000"/>
                <w:sz w:val="15"/>
              </w:rPr>
              <w:t>glina ali mehka modelirna masa, karton, čista embalaža, lesene paličice, papirnate sponke, vrvica, lepilni trak in varne škarje; fotografija, reprodukcija ali resnični predmet za opazovanje; kartice namena in meril; talne oznake štirih postaj; mapa dokazov; sredstva za čiščenje in pospravljanje</w:t>
            </w:r>
          </w:p>
        </w:tc>
      </w:tr>
      <w:tr w:rsidR="00080BF0" w14:paraId="2DE2821A" w14:textId="77777777">
        <w:trPr>
          <w:cantSplit/>
          <w:jc w:val="center"/>
        </w:trPr>
        <w:tc>
          <w:tcPr>
            <w:tcW w:w="14060" w:type="dxa"/>
            <w:gridSpan w:val="6"/>
            <w:tcMar>
              <w:top w:w="70" w:type="dxa"/>
              <w:left w:w="90" w:type="dxa"/>
              <w:bottom w:w="70" w:type="dxa"/>
              <w:right w:w="90" w:type="dxa"/>
            </w:tcMar>
            <w:vAlign w:val="center"/>
          </w:tcPr>
          <w:p w14:paraId="71476D3B" w14:textId="77777777" w:rsidR="00080BF0" w:rsidRDefault="00080BF0"/>
          <w:p w14:paraId="5C36658C"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2C47A65D" w14:textId="77777777">
        <w:trPr>
          <w:cantSplit/>
          <w:jc w:val="center"/>
        </w:trPr>
        <w:tc>
          <w:tcPr>
            <w:tcW w:w="14060" w:type="dxa"/>
            <w:gridSpan w:val="6"/>
            <w:tcMar>
              <w:top w:w="70" w:type="dxa"/>
              <w:left w:w="90" w:type="dxa"/>
              <w:bottom w:w="70" w:type="dxa"/>
              <w:right w:w="90" w:type="dxa"/>
            </w:tcMar>
            <w:vAlign w:val="center"/>
          </w:tcPr>
          <w:p w14:paraId="65A5FBE8" w14:textId="77777777" w:rsidR="00080BF0" w:rsidRDefault="00080BF0"/>
          <w:p w14:paraId="2BBDD2AB"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39AE7F50" w14:textId="77777777">
        <w:trPr>
          <w:cantSplit/>
          <w:jc w:val="center"/>
        </w:trPr>
        <w:tc>
          <w:tcPr>
            <w:tcW w:w="14060" w:type="dxa"/>
            <w:gridSpan w:val="6"/>
            <w:tcMar>
              <w:top w:w="70" w:type="dxa"/>
              <w:left w:w="90" w:type="dxa"/>
              <w:bottom w:w="70" w:type="dxa"/>
              <w:right w:w="90" w:type="dxa"/>
            </w:tcMar>
            <w:vAlign w:val="center"/>
          </w:tcPr>
          <w:p w14:paraId="53C6191F" w14:textId="77777777" w:rsidR="00080BF0" w:rsidRDefault="00080BF0"/>
          <w:p w14:paraId="71BEA435"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7656F5DA"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468AA2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122AB94"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1CF827" w14:textId="77777777" w:rsidR="00080BF0" w:rsidRDefault="00000000">
            <w:pPr>
              <w:jc w:val="center"/>
            </w:pPr>
            <w:r>
              <w:rPr>
                <w:b/>
                <w:color w:val="000000"/>
                <w:sz w:val="20"/>
              </w:rPr>
              <w:t>UČNE DEJAVNOSTI, METODE IN FORMATIVNO SPREMLJANJE</w:t>
            </w:r>
          </w:p>
        </w:tc>
      </w:tr>
      <w:tr w:rsidR="00080BF0" w14:paraId="3DA493A2" w14:textId="77777777">
        <w:trPr>
          <w:tblHeader/>
          <w:jc w:val="center"/>
        </w:trPr>
        <w:tc>
          <w:tcPr>
            <w:tcW w:w="4422" w:type="dxa"/>
            <w:vMerge/>
            <w:tcMar>
              <w:top w:w="70" w:type="dxa"/>
              <w:left w:w="90" w:type="dxa"/>
              <w:bottom w:w="70" w:type="dxa"/>
              <w:right w:w="90" w:type="dxa"/>
            </w:tcMar>
            <w:vAlign w:val="center"/>
          </w:tcPr>
          <w:p w14:paraId="2E54E2DD" w14:textId="77777777" w:rsidR="00080BF0" w:rsidRDefault="00080BF0"/>
        </w:tc>
        <w:tc>
          <w:tcPr>
            <w:tcW w:w="7087" w:type="dxa"/>
            <w:shd w:val="clear" w:color="auto" w:fill="FFFFFF"/>
            <w:tcMar>
              <w:top w:w="70" w:type="dxa"/>
              <w:left w:w="90" w:type="dxa"/>
              <w:bottom w:w="70" w:type="dxa"/>
              <w:right w:w="90" w:type="dxa"/>
            </w:tcMar>
            <w:vAlign w:val="center"/>
          </w:tcPr>
          <w:p w14:paraId="0990131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73815AD" w14:textId="77777777" w:rsidR="00080BF0" w:rsidRDefault="00000000">
            <w:pPr>
              <w:jc w:val="center"/>
            </w:pPr>
            <w:r>
              <w:rPr>
                <w:b/>
                <w:color w:val="000000"/>
              </w:rPr>
              <w:t>UČENEC</w:t>
            </w:r>
          </w:p>
        </w:tc>
      </w:tr>
      <w:tr w:rsidR="00080BF0" w14:paraId="760F2CB9" w14:textId="77777777">
        <w:trPr>
          <w:jc w:val="center"/>
        </w:trPr>
        <w:tc>
          <w:tcPr>
            <w:tcW w:w="4422" w:type="dxa"/>
            <w:tcMar>
              <w:top w:w="70" w:type="dxa"/>
              <w:left w:w="90" w:type="dxa"/>
              <w:bottom w:w="70" w:type="dxa"/>
              <w:right w:w="90" w:type="dxa"/>
            </w:tcMar>
          </w:tcPr>
          <w:p w14:paraId="6DC080CB" w14:textId="77777777" w:rsidR="00080BF0" w:rsidRDefault="00080BF0"/>
          <w:p w14:paraId="0D19EEE0" w14:textId="77777777" w:rsidR="00080BF0" w:rsidRDefault="00000000">
            <w:pPr>
              <w:spacing w:after="60" w:line="245" w:lineRule="auto"/>
            </w:pPr>
            <w:r>
              <w:rPr>
                <w:b/>
                <w:color w:val="000000"/>
              </w:rPr>
              <w:t>UČNI CILJI</w:t>
            </w:r>
          </w:p>
          <w:p w14:paraId="36EDB60E" w14:textId="77777777" w:rsidR="00080BF0" w:rsidRDefault="00000000">
            <w:pPr>
              <w:spacing w:after="20" w:line="245" w:lineRule="auto"/>
            </w:pPr>
            <w:r>
              <w:rPr>
                <w:b/>
                <w:color w:val="000000"/>
                <w:sz w:val="17"/>
              </w:rPr>
              <w:t>SPLOŠNI</w:t>
            </w:r>
          </w:p>
          <w:p w14:paraId="586E1725"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127ABB0A"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096624E2"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2EA1B90F"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0D454ED1" w14:textId="77777777" w:rsidR="00080BF0" w:rsidRDefault="00000000">
            <w:pPr>
              <w:spacing w:before="40" w:after="20" w:line="245" w:lineRule="auto"/>
            </w:pPr>
            <w:r>
              <w:rPr>
                <w:b/>
                <w:color w:val="000000"/>
                <w:sz w:val="17"/>
              </w:rPr>
              <w:t>OPERATIVNI</w:t>
            </w:r>
          </w:p>
          <w:p w14:paraId="36ED5DA6" w14:textId="77777777" w:rsidR="00080BF0" w:rsidRDefault="00000000">
            <w:pPr>
              <w:pStyle w:val="Oznaenseznam"/>
              <w:spacing w:after="16"/>
            </w:pPr>
            <w:r>
              <w:rPr>
                <w:color w:val="000000"/>
                <w:sz w:val="16"/>
              </w:rPr>
              <w:t>oblikuje iz gline ali mase</w:t>
            </w:r>
          </w:p>
          <w:p w14:paraId="4B2E8C36" w14:textId="77777777" w:rsidR="00080BF0" w:rsidRDefault="00000000">
            <w:pPr>
              <w:pStyle w:val="Oznaenseznam"/>
              <w:spacing w:after="16"/>
            </w:pPr>
            <w:r>
              <w:rPr>
                <w:color w:val="000000"/>
                <w:sz w:val="16"/>
              </w:rPr>
              <w:t>opazuje značilne dele</w:t>
            </w:r>
          </w:p>
          <w:p w14:paraId="53C5C477" w14:textId="77777777" w:rsidR="00080BF0" w:rsidRDefault="00000000">
            <w:pPr>
              <w:pStyle w:val="Oznaenseznam"/>
              <w:spacing w:after="16"/>
            </w:pPr>
            <w:r>
              <w:rPr>
                <w:color w:val="000000"/>
                <w:sz w:val="16"/>
              </w:rPr>
              <w:t>varno ravna z materialom</w:t>
            </w:r>
          </w:p>
          <w:p w14:paraId="650EE2B1" w14:textId="77777777" w:rsidR="00080BF0" w:rsidRDefault="00000000">
            <w:pPr>
              <w:spacing w:before="40" w:after="20" w:line="245" w:lineRule="auto"/>
            </w:pPr>
            <w:r>
              <w:rPr>
                <w:b/>
                <w:color w:val="000000"/>
                <w:sz w:val="17"/>
              </w:rPr>
              <w:t>PRIČAKOVANI DOSEŽKI / MINIMALNI POUDARKI</w:t>
            </w:r>
          </w:p>
          <w:p w14:paraId="071B9BDD" w14:textId="77777777" w:rsidR="00080BF0" w:rsidRDefault="00000000">
            <w:pPr>
              <w:pStyle w:val="Oznaenseznam"/>
              <w:spacing w:after="16"/>
            </w:pPr>
            <w:r>
              <w:rPr>
                <w:color w:val="000000"/>
                <w:sz w:val="15"/>
              </w:rPr>
              <w:t>samostojno oziroma z dogovorjeno oporo oblikuje iz gline ali mase</w:t>
            </w:r>
          </w:p>
          <w:p w14:paraId="49370E8E" w14:textId="77777777" w:rsidR="00080BF0" w:rsidRDefault="00000000">
            <w:pPr>
              <w:pStyle w:val="Oznaenseznam"/>
              <w:spacing w:after="16"/>
            </w:pPr>
            <w:r>
              <w:rPr>
                <w:color w:val="000000"/>
                <w:sz w:val="15"/>
              </w:rPr>
              <w:t>samostojno oziroma z dogovorjeno oporo opazuje značilne dele</w:t>
            </w:r>
          </w:p>
          <w:p w14:paraId="603629F0" w14:textId="77777777" w:rsidR="00080BF0" w:rsidRDefault="00000000">
            <w:pPr>
              <w:pStyle w:val="Oznaenseznam"/>
              <w:spacing w:after="16"/>
            </w:pPr>
            <w:r>
              <w:rPr>
                <w:color w:val="000000"/>
                <w:sz w:val="15"/>
              </w:rPr>
              <w:t>samostojno oziroma z dogovorjeno oporo varno ravna z materialom</w:t>
            </w:r>
          </w:p>
        </w:tc>
        <w:tc>
          <w:tcPr>
            <w:tcW w:w="7087" w:type="dxa"/>
            <w:tcMar>
              <w:top w:w="70" w:type="dxa"/>
              <w:left w:w="90" w:type="dxa"/>
              <w:bottom w:w="70" w:type="dxa"/>
              <w:right w:w="90" w:type="dxa"/>
            </w:tcMar>
          </w:tcPr>
          <w:p w14:paraId="18F3B98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BB8143C" w14:textId="77777777">
              <w:trPr>
                <w:jc w:val="center"/>
              </w:trPr>
              <w:tc>
                <w:tcPr>
                  <w:tcW w:w="7087" w:type="dxa"/>
                  <w:shd w:val="clear" w:color="auto" w:fill="C6E7F3"/>
                  <w:tcMar>
                    <w:top w:w="45" w:type="dxa"/>
                    <w:left w:w="70" w:type="dxa"/>
                    <w:bottom w:w="45" w:type="dxa"/>
                    <w:right w:w="70" w:type="dxa"/>
                  </w:tcMar>
                </w:tcPr>
                <w:p w14:paraId="59221623" w14:textId="77777777" w:rsidR="00080BF0" w:rsidRDefault="00000000">
                  <w:pPr>
                    <w:keepNext/>
                  </w:pPr>
                  <w:r>
                    <w:rPr>
                      <w:b/>
                      <w:color w:val="000000"/>
                    </w:rPr>
                    <w:t>UVODNI DEL – likovna uganka, opazovanje, aktivacija predznanja in namen učenja (8–12 min)</w:t>
                  </w:r>
                </w:p>
              </w:tc>
            </w:tr>
          </w:tbl>
          <w:p w14:paraId="2FECFB45" w14:textId="77777777" w:rsidR="00080BF0" w:rsidRDefault="00080BF0">
            <w:pPr>
              <w:spacing w:line="20" w:lineRule="exact"/>
            </w:pPr>
          </w:p>
          <w:p w14:paraId="317045C2" w14:textId="77777777" w:rsidR="00080BF0" w:rsidRDefault="00000000">
            <w:pPr>
              <w:spacing w:before="40" w:after="60" w:line="245" w:lineRule="auto"/>
            </w:pPr>
            <w:r>
              <w:rPr>
                <w:color w:val="000000"/>
                <w:sz w:val="16"/>
              </w:rPr>
              <w:t>Ob književnem motivu »Zakaj?« – Lila Prap učenci vstopijo v temo radovednost, vprašanja ter raziskovanje živali in rastlin. Učiteljica pokaže fotografijo, reprodukcijo, predmet ali material in pove kratko likovno zgodbo: mali oblikovalec prinese izdelek, ki še ne stoji ali ne deluje; učenci z dotikom, gibanjem in preizkusom iščejo način, kako bi ga izboljšali pri temi »model živega bitja«. Tematska rešitev: oblikuje svojo stran slikanice z vprašanjem in odgovorom.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5DF7C630" w14:textId="77777777">
              <w:trPr>
                <w:jc w:val="center"/>
              </w:trPr>
              <w:tc>
                <w:tcPr>
                  <w:tcW w:w="7087" w:type="dxa"/>
                  <w:shd w:val="clear" w:color="auto" w:fill="EDC9EA"/>
                  <w:tcMar>
                    <w:top w:w="45" w:type="dxa"/>
                    <w:left w:w="70" w:type="dxa"/>
                    <w:bottom w:w="45" w:type="dxa"/>
                    <w:right w:w="70" w:type="dxa"/>
                  </w:tcMar>
                </w:tcPr>
                <w:p w14:paraId="3B30E617" w14:textId="77777777" w:rsidR="00080BF0" w:rsidRDefault="00000000">
                  <w:pPr>
                    <w:keepNext/>
                  </w:pPr>
                  <w:r>
                    <w:rPr>
                      <w:b/>
                      <w:color w:val="000000"/>
                    </w:rPr>
                    <w:t>NAMENI UČENJA</w:t>
                  </w:r>
                </w:p>
              </w:tc>
            </w:tr>
          </w:tbl>
          <w:p w14:paraId="057B045F" w14:textId="77777777" w:rsidR="00080BF0" w:rsidRDefault="00080BF0">
            <w:pPr>
              <w:spacing w:line="20" w:lineRule="exact"/>
            </w:pPr>
          </w:p>
          <w:p w14:paraId="5B635753"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0D19E871" w14:textId="77777777" w:rsidR="00080BF0" w:rsidRDefault="00000000">
            <w:pPr>
              <w:pStyle w:val="Oznaenseznam"/>
              <w:spacing w:after="16"/>
            </w:pPr>
            <w:r>
              <w:rPr>
                <w:color w:val="000000"/>
                <w:sz w:val="16"/>
              </w:rPr>
              <w:t>oblikujem iz gline ali mase</w:t>
            </w:r>
          </w:p>
          <w:p w14:paraId="35F6EFFF" w14:textId="77777777" w:rsidR="00080BF0" w:rsidRDefault="00000000">
            <w:pPr>
              <w:pStyle w:val="Oznaenseznam"/>
              <w:spacing w:after="16"/>
            </w:pPr>
            <w:r>
              <w:rPr>
                <w:color w:val="000000"/>
                <w:sz w:val="16"/>
              </w:rPr>
              <w:t>opazujem značilne dele</w:t>
            </w:r>
          </w:p>
          <w:p w14:paraId="5D61E546" w14:textId="77777777" w:rsidR="00080BF0" w:rsidRDefault="00000000">
            <w:pPr>
              <w:pStyle w:val="Oznaenseznam"/>
              <w:spacing w:after="16"/>
            </w:pPr>
            <w:r>
              <w:rPr>
                <w:color w:val="000000"/>
                <w:sz w:val="16"/>
              </w:rPr>
              <w:t>varno ravnam z materialom</w:t>
            </w:r>
          </w:p>
          <w:tbl>
            <w:tblPr>
              <w:tblStyle w:val="Tabelamrea"/>
              <w:tblW w:w="0" w:type="auto"/>
              <w:jc w:val="center"/>
              <w:tblLayout w:type="fixed"/>
              <w:tblLook w:val="04A0" w:firstRow="1" w:lastRow="0" w:firstColumn="1" w:lastColumn="0" w:noHBand="0" w:noVBand="1"/>
            </w:tblPr>
            <w:tblGrid>
              <w:gridCol w:w="7087"/>
            </w:tblGrid>
            <w:tr w:rsidR="00080BF0" w14:paraId="5D41270A" w14:textId="77777777">
              <w:trPr>
                <w:jc w:val="center"/>
              </w:trPr>
              <w:tc>
                <w:tcPr>
                  <w:tcW w:w="7087" w:type="dxa"/>
                  <w:shd w:val="clear" w:color="auto" w:fill="EDC9EA"/>
                  <w:tcMar>
                    <w:top w:w="45" w:type="dxa"/>
                    <w:left w:w="70" w:type="dxa"/>
                    <w:bottom w:w="45" w:type="dxa"/>
                    <w:right w:w="70" w:type="dxa"/>
                  </w:tcMar>
                </w:tcPr>
                <w:p w14:paraId="0FA58DE4" w14:textId="77777777" w:rsidR="00080BF0" w:rsidRDefault="00000000">
                  <w:pPr>
                    <w:keepNext/>
                  </w:pPr>
                  <w:r>
                    <w:rPr>
                      <w:b/>
                      <w:color w:val="000000"/>
                    </w:rPr>
                    <w:t>PREVERJANJE PREDZNANJA</w:t>
                  </w:r>
                </w:p>
              </w:tc>
            </w:tr>
          </w:tbl>
          <w:p w14:paraId="278381DA" w14:textId="77777777" w:rsidR="00080BF0" w:rsidRDefault="00080BF0">
            <w:pPr>
              <w:spacing w:line="20" w:lineRule="exact"/>
            </w:pPr>
          </w:p>
          <w:p w14:paraId="7B194C27" w14:textId="77777777" w:rsidR="00080BF0" w:rsidRDefault="00000000">
            <w:pPr>
              <w:pStyle w:val="Oznaenseznam"/>
              <w:spacing w:after="16"/>
            </w:pPr>
            <w:r>
              <w:rPr>
                <w:color w:val="000000"/>
                <w:sz w:val="16"/>
              </w:rPr>
              <w:t>Kaj najprej opazim pri motivu, predmetu ali materialu, povezanem s temo »MODEL ŽIVEGA BITJA«?</w:t>
            </w:r>
          </w:p>
          <w:p w14:paraId="148B6AB5"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43896304"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41362315" w14:textId="77777777">
              <w:trPr>
                <w:jc w:val="center"/>
              </w:trPr>
              <w:tc>
                <w:tcPr>
                  <w:tcW w:w="7087" w:type="dxa"/>
                  <w:shd w:val="clear" w:color="auto" w:fill="EDC9EA"/>
                  <w:tcMar>
                    <w:top w:w="45" w:type="dxa"/>
                    <w:left w:w="70" w:type="dxa"/>
                    <w:bottom w:w="45" w:type="dxa"/>
                    <w:right w:w="70" w:type="dxa"/>
                  </w:tcMar>
                </w:tcPr>
                <w:p w14:paraId="08A87250" w14:textId="77777777" w:rsidR="00080BF0" w:rsidRDefault="00000000">
                  <w:pPr>
                    <w:keepNext/>
                  </w:pPr>
                  <w:r>
                    <w:rPr>
                      <w:b/>
                      <w:color w:val="000000"/>
                    </w:rPr>
                    <w:t>KRITERIJI USPEŠNOSTI</w:t>
                  </w:r>
                </w:p>
              </w:tc>
            </w:tr>
          </w:tbl>
          <w:p w14:paraId="54ECA310" w14:textId="77777777" w:rsidR="00080BF0" w:rsidRDefault="00080BF0"/>
          <w:p w14:paraId="15386CC4" w14:textId="77777777" w:rsidR="00080BF0" w:rsidRDefault="00000000">
            <w:pPr>
              <w:spacing w:before="20" w:after="20" w:line="245" w:lineRule="auto"/>
            </w:pPr>
            <w:r>
              <w:rPr>
                <w:b/>
                <w:color w:val="000000"/>
                <w:sz w:val="16"/>
              </w:rPr>
              <w:t>Uspešen/-na bom, ko:</w:t>
            </w:r>
          </w:p>
          <w:p w14:paraId="30B14769" w14:textId="77777777" w:rsidR="00080BF0" w:rsidRDefault="00000000">
            <w:pPr>
              <w:pStyle w:val="Oznaenseznam"/>
              <w:spacing w:after="16"/>
            </w:pPr>
            <w:r>
              <w:rPr>
                <w:color w:val="000000"/>
                <w:sz w:val="16"/>
              </w:rPr>
              <w:t>oblikujem iz gline ali mase</w:t>
            </w:r>
          </w:p>
          <w:p w14:paraId="1C0D676E" w14:textId="77777777" w:rsidR="00080BF0" w:rsidRDefault="00000000">
            <w:pPr>
              <w:pStyle w:val="Oznaenseznam"/>
              <w:spacing w:after="16"/>
            </w:pPr>
            <w:r>
              <w:rPr>
                <w:color w:val="000000"/>
                <w:sz w:val="16"/>
              </w:rPr>
              <w:t>opazujem značilne dele</w:t>
            </w:r>
          </w:p>
          <w:p w14:paraId="4945AA19" w14:textId="77777777" w:rsidR="00080BF0" w:rsidRDefault="00000000">
            <w:pPr>
              <w:pStyle w:val="Oznaenseznam"/>
              <w:spacing w:after="16"/>
            </w:pPr>
            <w:r>
              <w:rPr>
                <w:color w:val="000000"/>
                <w:sz w:val="16"/>
              </w:rPr>
              <w:t>varno ravnam z materialom</w:t>
            </w:r>
          </w:p>
          <w:p w14:paraId="109B5155" w14:textId="77777777" w:rsidR="00080BF0" w:rsidRDefault="00000000">
            <w:pPr>
              <w:pStyle w:val="Oznaenseznam"/>
              <w:spacing w:after="16"/>
            </w:pPr>
            <w:r>
              <w:rPr>
                <w:color w:val="000000"/>
                <w:sz w:val="15"/>
              </w:rPr>
              <w:t>varno in namensko uporabim material, zaščitim prostor ter po delu uredim svojo postajo</w:t>
            </w:r>
          </w:p>
          <w:p w14:paraId="318BF1F6"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60CE3A2A" w14:textId="77777777" w:rsidR="00080BF0" w:rsidRDefault="00080BF0"/>
          <w:p w14:paraId="629A4841"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53D2CE23" w14:textId="77777777" w:rsidR="00080BF0" w:rsidRDefault="00000000">
            <w:pPr>
              <w:spacing w:after="80" w:line="245" w:lineRule="auto"/>
            </w:pPr>
            <w:r>
              <w:rPr>
                <w:color w:val="000000"/>
                <w:sz w:val="16"/>
              </w:rPr>
              <w:t>Pove ali pokaže, kaj že zna opaziti in katero likovno možnost bi najprej preizkusil.</w:t>
            </w:r>
          </w:p>
          <w:p w14:paraId="593AFD77" w14:textId="77777777" w:rsidR="00080BF0" w:rsidRDefault="00000000">
            <w:pPr>
              <w:spacing w:after="100" w:line="245" w:lineRule="auto"/>
            </w:pPr>
            <w:r>
              <w:rPr>
                <w:color w:val="000000"/>
                <w:sz w:val="16"/>
              </w:rPr>
              <w:t>Sodeluje pri razumevanju namena, meril uspešnosti, varne rabe pripomočkov in načina dokazovanja.</w:t>
            </w:r>
          </w:p>
          <w:p w14:paraId="471A9586" w14:textId="77777777" w:rsidR="00080BF0" w:rsidRDefault="00000000">
            <w:pPr>
              <w:spacing w:after="20" w:line="245" w:lineRule="auto"/>
            </w:pPr>
            <w:r>
              <w:rPr>
                <w:b/>
                <w:color w:val="D95BC6"/>
                <w:sz w:val="17"/>
              </w:rPr>
              <w:t>DOKAZ O UČENJU</w:t>
            </w:r>
          </w:p>
          <w:p w14:paraId="61E7009B"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3F339D0F"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161FD08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A1D18FF"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954D298" w14:textId="77777777" w:rsidR="00080BF0" w:rsidRDefault="00000000">
            <w:pPr>
              <w:jc w:val="center"/>
            </w:pPr>
            <w:r>
              <w:rPr>
                <w:b/>
                <w:color w:val="000000"/>
                <w:sz w:val="20"/>
              </w:rPr>
              <w:t>UČNE DEJAVNOSTI, METODE IN FORMATIVNO SPREMLJANJE</w:t>
            </w:r>
          </w:p>
        </w:tc>
      </w:tr>
      <w:tr w:rsidR="00080BF0" w14:paraId="2EEC6E78" w14:textId="77777777">
        <w:trPr>
          <w:tblHeader/>
          <w:jc w:val="center"/>
        </w:trPr>
        <w:tc>
          <w:tcPr>
            <w:tcW w:w="4422" w:type="dxa"/>
            <w:vMerge/>
            <w:tcMar>
              <w:top w:w="70" w:type="dxa"/>
              <w:left w:w="90" w:type="dxa"/>
              <w:bottom w:w="70" w:type="dxa"/>
              <w:right w:w="90" w:type="dxa"/>
            </w:tcMar>
            <w:vAlign w:val="center"/>
          </w:tcPr>
          <w:p w14:paraId="5D8FDDE7" w14:textId="77777777" w:rsidR="00080BF0" w:rsidRDefault="00080BF0"/>
        </w:tc>
        <w:tc>
          <w:tcPr>
            <w:tcW w:w="7087" w:type="dxa"/>
            <w:shd w:val="clear" w:color="auto" w:fill="FFFFFF"/>
            <w:tcMar>
              <w:top w:w="70" w:type="dxa"/>
              <w:left w:w="90" w:type="dxa"/>
              <w:bottom w:w="70" w:type="dxa"/>
              <w:right w:w="90" w:type="dxa"/>
            </w:tcMar>
            <w:vAlign w:val="center"/>
          </w:tcPr>
          <w:p w14:paraId="7340C15B"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646A31E" w14:textId="77777777" w:rsidR="00080BF0" w:rsidRDefault="00000000">
            <w:pPr>
              <w:jc w:val="center"/>
            </w:pPr>
            <w:r>
              <w:rPr>
                <w:b/>
                <w:color w:val="000000"/>
              </w:rPr>
              <w:t>UČENEC</w:t>
            </w:r>
          </w:p>
        </w:tc>
      </w:tr>
      <w:tr w:rsidR="00080BF0" w14:paraId="606DEC46" w14:textId="77777777">
        <w:trPr>
          <w:jc w:val="center"/>
        </w:trPr>
        <w:tc>
          <w:tcPr>
            <w:tcW w:w="4422" w:type="dxa"/>
            <w:tcMar>
              <w:top w:w="70" w:type="dxa"/>
              <w:left w:w="90" w:type="dxa"/>
              <w:bottom w:w="70" w:type="dxa"/>
              <w:right w:w="90" w:type="dxa"/>
            </w:tcMar>
          </w:tcPr>
          <w:p w14:paraId="3F56D0C1" w14:textId="77777777" w:rsidR="00080BF0" w:rsidRDefault="00080BF0"/>
          <w:p w14:paraId="009349D1" w14:textId="77777777" w:rsidR="00080BF0" w:rsidRDefault="00000000">
            <w:pPr>
              <w:spacing w:after="40" w:line="245" w:lineRule="auto"/>
            </w:pPr>
            <w:r>
              <w:rPr>
                <w:b/>
                <w:color w:val="000000"/>
              </w:rPr>
              <w:t>KLJUČNI LIKOVNI POJMI</w:t>
            </w:r>
          </w:p>
          <w:p w14:paraId="2D839844"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telo, prostornina, masa, spoj, stabilnost, gibanje, funkcija, preizkus</w:t>
            </w:r>
          </w:p>
          <w:p w14:paraId="2C752B2B" w14:textId="77777777" w:rsidR="00080BF0" w:rsidRDefault="00000000">
            <w:pPr>
              <w:spacing w:after="20" w:line="245" w:lineRule="auto"/>
            </w:pPr>
            <w:r>
              <w:rPr>
                <w:b/>
                <w:color w:val="000000"/>
                <w:sz w:val="17"/>
              </w:rPr>
              <w:t>DOKAZI O UČENJU</w:t>
            </w:r>
          </w:p>
          <w:p w14:paraId="2605D405" w14:textId="77777777" w:rsidR="00080BF0" w:rsidRDefault="00000000">
            <w:pPr>
              <w:pStyle w:val="Oznaenseznam"/>
              <w:spacing w:after="9"/>
            </w:pPr>
            <w:r>
              <w:rPr>
                <w:color w:val="000000"/>
                <w:sz w:val="15"/>
              </w:rPr>
              <w:t>list materialnih poskusov, skica/načrt, učenčeva razlaga in učiteljev zapis o varni rabi pripomočkov.</w:t>
            </w:r>
          </w:p>
          <w:p w14:paraId="48A39946" w14:textId="77777777" w:rsidR="00080BF0" w:rsidRDefault="00000000">
            <w:pPr>
              <w:pStyle w:val="Oznaenseznam"/>
              <w:spacing w:after="9"/>
            </w:pPr>
            <w:r>
              <w:rPr>
                <w:color w:val="000000"/>
                <w:sz w:val="15"/>
              </w:rPr>
              <w:t>likovni proces in izdelek, fotografija faze, učenčeva razlaga ter samovrednotenje v mapi.</w:t>
            </w:r>
          </w:p>
          <w:p w14:paraId="473BDF45" w14:textId="77777777" w:rsidR="00080BF0" w:rsidRDefault="00000000">
            <w:pPr>
              <w:spacing w:before="40" w:after="20" w:line="245" w:lineRule="auto"/>
            </w:pPr>
            <w:r>
              <w:rPr>
                <w:b/>
                <w:color w:val="000000"/>
                <w:sz w:val="17"/>
              </w:rPr>
              <w:t>LIKOVNO DOŽIVETJE IN IZKUŠENJSKI POUK</w:t>
            </w:r>
          </w:p>
          <w:p w14:paraId="5EF12B23"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6510CC15" w14:textId="77777777" w:rsidR="00080BF0" w:rsidRDefault="00000000">
            <w:pPr>
              <w:spacing w:after="20" w:line="245" w:lineRule="auto"/>
            </w:pPr>
            <w:r>
              <w:rPr>
                <w:b/>
                <w:color w:val="000000"/>
                <w:sz w:val="17"/>
              </w:rPr>
              <w:t>POUČEVANJE V GIBANJU</w:t>
            </w:r>
          </w:p>
          <w:p w14:paraId="507230D2"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47C7D768" w14:textId="77777777" w:rsidR="00080BF0" w:rsidRDefault="00000000">
            <w:pPr>
              <w:spacing w:after="20" w:line="245" w:lineRule="auto"/>
            </w:pPr>
            <w:r>
              <w:rPr>
                <w:b/>
                <w:color w:val="000000"/>
                <w:sz w:val="17"/>
              </w:rPr>
              <w:t>DELO PO POSTAJAH</w:t>
            </w:r>
          </w:p>
          <w:p w14:paraId="589F98EE"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7DBACEBB" w14:textId="77777777" w:rsidR="00080BF0" w:rsidRDefault="00000000">
            <w:pPr>
              <w:spacing w:after="9" w:line="245" w:lineRule="auto"/>
            </w:pPr>
            <w:r>
              <w:rPr>
                <w:color w:val="000000"/>
                <w:sz w:val="14"/>
              </w:rPr>
              <w:t>1. Tipno-opazovalna: material primerjam po trdoti, prožnosti, površini in možnosti preoblikovanja.</w:t>
            </w:r>
          </w:p>
          <w:p w14:paraId="0299C7D6" w14:textId="77777777" w:rsidR="00080BF0" w:rsidRDefault="00000000">
            <w:pPr>
              <w:spacing w:after="9" w:line="245" w:lineRule="auto"/>
            </w:pPr>
            <w:r>
              <w:rPr>
                <w:color w:val="000000"/>
                <w:sz w:val="14"/>
              </w:rPr>
              <w:t>2. Konstrukcijska: preizkusim varne spoje ter preverim, kateri nosi, se premika ali ohranja stabilnost.</w:t>
            </w:r>
          </w:p>
          <w:p w14:paraId="6093FF6F" w14:textId="77777777" w:rsidR="00080BF0" w:rsidRDefault="00000000">
            <w:pPr>
              <w:spacing w:after="9" w:line="245" w:lineRule="auto"/>
            </w:pPr>
            <w:r>
              <w:rPr>
                <w:color w:val="000000"/>
                <w:sz w:val="14"/>
              </w:rPr>
              <w:t>3. Gibalno-kiparska: s telesom ustvarim kip, ravnotežje, volumen ali gib izdelka in ga opazujem iz več smeri.</w:t>
            </w:r>
          </w:p>
          <w:p w14:paraId="28BB22FD" w14:textId="77777777" w:rsidR="00080BF0" w:rsidRDefault="00000000">
            <w:pPr>
              <w:spacing w:after="9" w:line="245" w:lineRule="auto"/>
            </w:pPr>
            <w:r>
              <w:rPr>
                <w:color w:val="000000"/>
                <w:sz w:val="14"/>
              </w:rPr>
              <w:t>4. Izdelovalno-preizkusna: po skici sestavim model, ga preizkusim, označim težavo in izvedem eno izboljšavo.</w:t>
            </w:r>
          </w:p>
          <w:p w14:paraId="2E3A1057" w14:textId="77777777" w:rsidR="00080BF0" w:rsidRDefault="00000000">
            <w:pPr>
              <w:spacing w:after="20" w:line="245" w:lineRule="auto"/>
            </w:pPr>
            <w:r>
              <w:rPr>
                <w:b/>
                <w:color w:val="000000"/>
                <w:sz w:val="17"/>
              </w:rPr>
              <w:t>DIFERENCIACIJA IN VKLJUČEVANJE</w:t>
            </w:r>
          </w:p>
          <w:p w14:paraId="04919793"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60709E32" w14:textId="77777777" w:rsidR="00080BF0" w:rsidRDefault="00000000">
            <w:pPr>
              <w:spacing w:after="20" w:line="245" w:lineRule="auto"/>
            </w:pPr>
            <w:r>
              <w:rPr>
                <w:b/>
                <w:color w:val="000000"/>
                <w:sz w:val="17"/>
              </w:rPr>
              <w:t>SPREMLJANJE</w:t>
            </w:r>
          </w:p>
          <w:p w14:paraId="5B71BC0E"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3548416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CE99459" w14:textId="77777777">
              <w:trPr>
                <w:jc w:val="center"/>
              </w:trPr>
              <w:tc>
                <w:tcPr>
                  <w:tcW w:w="7087" w:type="dxa"/>
                  <w:shd w:val="clear" w:color="auto" w:fill="C6E7F3"/>
                  <w:tcMar>
                    <w:top w:w="45" w:type="dxa"/>
                    <w:left w:w="70" w:type="dxa"/>
                    <w:bottom w:w="45" w:type="dxa"/>
                    <w:right w:w="70" w:type="dxa"/>
                  </w:tcMar>
                </w:tcPr>
                <w:p w14:paraId="3001B781" w14:textId="77777777" w:rsidR="00080BF0" w:rsidRDefault="00000000">
                  <w:pPr>
                    <w:keepNext/>
                  </w:pPr>
                  <w:r>
                    <w:rPr>
                      <w:b/>
                      <w:color w:val="000000"/>
                      <w:sz w:val="17"/>
                    </w:rPr>
                    <w:t>GLAVNI DEL – OPAZOVANJE, MATERIALNI PREIZKUS, USTVARJANJE IN GALERIJA (2 šolski uri)</w:t>
                  </w:r>
                </w:p>
              </w:tc>
            </w:tr>
          </w:tbl>
          <w:p w14:paraId="37ECF4EC" w14:textId="77777777" w:rsidR="00080BF0" w:rsidRDefault="00080BF0">
            <w:pPr>
              <w:spacing w:line="20" w:lineRule="exact"/>
            </w:pPr>
          </w:p>
          <w:p w14:paraId="187CCC5E" w14:textId="77777777" w:rsidR="00080BF0" w:rsidRDefault="00000000">
            <w:pPr>
              <w:keepNext/>
              <w:spacing w:before="22" w:after="8" w:line="245" w:lineRule="auto"/>
            </w:pPr>
            <w:r>
              <w:rPr>
                <w:b/>
                <w:color w:val="000000"/>
                <w:sz w:val="16"/>
              </w:rPr>
              <w:t>1. URA – Model živega bitja – Opazujem, preizkušam, načrtujem</w:t>
            </w:r>
          </w:p>
          <w:p w14:paraId="06B8E255"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»MODEL ŽIVEGA BITJA«.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7DCF827C"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1CCDC450"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1CF0EEE1" w14:textId="77777777" w:rsidR="00080BF0" w:rsidRDefault="00000000">
            <w:pPr>
              <w:keepNext/>
              <w:spacing w:before="22" w:after="8" w:line="245" w:lineRule="auto"/>
            </w:pPr>
            <w:r>
              <w:rPr>
                <w:b/>
                <w:color w:val="000000"/>
                <w:sz w:val="16"/>
              </w:rPr>
              <w:t>2. URA – Model živega bitja – Ustvarjam, predstavim, izboljšam</w:t>
            </w:r>
          </w:p>
          <w:p w14:paraId="620901F5"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»MODEL ŽIVEGA BITJA«; postavlja vprašanja o nameri, nudi tehnično oporo in omogoči izboljšavo. Zaključek 10': 10' – Izvede tiho galerijo; modelira odziv »Opazim … / Učinkuje … / Lahko poskusiš …« ter vodi pospravljanje.</w:t>
            </w:r>
          </w:p>
          <w:p w14:paraId="0E9CF424"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364EBE47"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7720F1D9" w14:textId="77777777">
              <w:trPr>
                <w:jc w:val="center"/>
              </w:trPr>
              <w:tc>
                <w:tcPr>
                  <w:tcW w:w="7087" w:type="dxa"/>
                  <w:shd w:val="clear" w:color="auto" w:fill="EDC9EA"/>
                  <w:tcMar>
                    <w:top w:w="45" w:type="dxa"/>
                    <w:left w:w="70" w:type="dxa"/>
                    <w:bottom w:w="45" w:type="dxa"/>
                    <w:right w:w="70" w:type="dxa"/>
                  </w:tcMar>
                </w:tcPr>
                <w:p w14:paraId="05E6824A" w14:textId="77777777" w:rsidR="00080BF0" w:rsidRDefault="00000000">
                  <w:pPr>
                    <w:keepNext/>
                  </w:pPr>
                  <w:r>
                    <w:rPr>
                      <w:b/>
                      <w:color w:val="000000"/>
                      <w:sz w:val="17"/>
                    </w:rPr>
                    <w:t>ORGANIZACIJA POSTAJ IN PREHODOV</w:t>
                  </w:r>
                </w:p>
              </w:tc>
            </w:tr>
          </w:tbl>
          <w:p w14:paraId="45EB0F0A" w14:textId="77777777" w:rsidR="00080BF0" w:rsidRDefault="00080BF0"/>
          <w:p w14:paraId="65ACBA30" w14:textId="77777777" w:rsidR="00080BF0" w:rsidRDefault="00000000">
            <w:pPr>
              <w:spacing w:before="8" w:after="8" w:line="245" w:lineRule="auto"/>
            </w:pPr>
            <w:r>
              <w:rPr>
                <w:color w:val="000000"/>
                <w:sz w:val="14"/>
              </w:rPr>
              <w:t>Postaja 1: Tipno-opazovalna: material primerjam po trdoti, prožnosti, površini in možnosti preoblikovanja.</w:t>
            </w:r>
          </w:p>
          <w:p w14:paraId="2E6FAF30" w14:textId="77777777" w:rsidR="00080BF0" w:rsidRDefault="00000000">
            <w:pPr>
              <w:spacing w:before="8" w:after="8" w:line="245" w:lineRule="auto"/>
            </w:pPr>
            <w:r>
              <w:rPr>
                <w:color w:val="000000"/>
                <w:sz w:val="14"/>
              </w:rPr>
              <w:t>Postaja 2: Konstrukcijska: preizkusim varne spoje ter preverim, kateri nosi, se premika ali ohranja stabilnost.</w:t>
            </w:r>
          </w:p>
          <w:p w14:paraId="0DA07F8F" w14:textId="77777777" w:rsidR="00080BF0" w:rsidRDefault="00000000">
            <w:pPr>
              <w:spacing w:before="8" w:after="8" w:line="245" w:lineRule="auto"/>
            </w:pPr>
            <w:r>
              <w:rPr>
                <w:color w:val="000000"/>
                <w:sz w:val="14"/>
              </w:rPr>
              <w:t>Postaja 3: Gibalno-kiparska: s telesom ustvarim kip, ravnotežje, volumen ali gib izdelka in ga opazujem iz več smeri.</w:t>
            </w:r>
          </w:p>
          <w:p w14:paraId="614A507D" w14:textId="77777777" w:rsidR="00080BF0" w:rsidRDefault="00000000">
            <w:pPr>
              <w:spacing w:before="8" w:after="8" w:line="245" w:lineRule="auto"/>
            </w:pPr>
            <w:r>
              <w:rPr>
                <w:color w:val="000000"/>
                <w:sz w:val="14"/>
              </w:rPr>
              <w:t>Postaja 4: Izdelovalno-preizkusna: po skici sestavim model, ga preizkusim, označim težavo in izvedem eno izboljšavo.</w:t>
            </w:r>
          </w:p>
          <w:p w14:paraId="7AFEA672"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64457DB" w14:textId="77777777" w:rsidR="00080BF0" w:rsidRDefault="00080BF0"/>
          <w:p w14:paraId="56EB2A86" w14:textId="77777777" w:rsidR="00080BF0" w:rsidRDefault="00000000">
            <w:pPr>
              <w:spacing w:after="6" w:line="245" w:lineRule="auto"/>
            </w:pPr>
            <w:r>
              <w:rPr>
                <w:b/>
                <w:color w:val="000000"/>
                <w:sz w:val="15"/>
              </w:rPr>
              <w:t>1. URA – Model živega bitja – Opazujem, preizkušam, načrtujem</w:t>
            </w:r>
          </w:p>
          <w:p w14:paraId="16CB38D7"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0D5041A3" w14:textId="77777777" w:rsidR="00080BF0" w:rsidRDefault="00000000">
            <w:pPr>
              <w:spacing w:after="20" w:line="245" w:lineRule="auto"/>
            </w:pPr>
            <w:r>
              <w:rPr>
                <w:color w:val="D95BC6"/>
                <w:sz w:val="14"/>
              </w:rPr>
              <w:t>Dokaz: list materialnih poskusov, skica/načrt, učenčeva razlaga in učiteljev zapis o varni rabi.</w:t>
            </w:r>
          </w:p>
          <w:p w14:paraId="5AF2C029" w14:textId="77777777" w:rsidR="00080BF0" w:rsidRDefault="00000000">
            <w:pPr>
              <w:spacing w:after="6" w:line="245" w:lineRule="auto"/>
            </w:pPr>
            <w:r>
              <w:rPr>
                <w:b/>
                <w:color w:val="000000"/>
                <w:sz w:val="15"/>
              </w:rPr>
              <w:t>2. URA – Model živega bitja – Ustvarjam, predstavim, izboljšam</w:t>
            </w:r>
          </w:p>
          <w:p w14:paraId="2DC2DCB5"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2799D03D" w14:textId="77777777" w:rsidR="00080BF0" w:rsidRDefault="00000000">
            <w:pPr>
              <w:spacing w:after="20" w:line="245" w:lineRule="auto"/>
            </w:pPr>
            <w:r>
              <w:rPr>
                <w:color w:val="D95BC6"/>
                <w:sz w:val="14"/>
              </w:rPr>
              <w:t>Dokaz: likovni proces in izdelek, fotografija faze, učenčeva razlaga ter samovrednotenje v mapi.</w:t>
            </w:r>
          </w:p>
          <w:p w14:paraId="52D68EBF" w14:textId="77777777" w:rsidR="00080BF0" w:rsidRDefault="00000000">
            <w:pPr>
              <w:spacing w:before="40" w:after="20" w:line="245" w:lineRule="auto"/>
            </w:pPr>
            <w:r>
              <w:rPr>
                <w:b/>
                <w:color w:val="D95BC6"/>
                <w:sz w:val="16"/>
              </w:rPr>
              <w:t>MOJ KROG POSTAJ</w:t>
            </w:r>
          </w:p>
          <w:p w14:paraId="0C2F2662" w14:textId="77777777" w:rsidR="00080BF0" w:rsidRDefault="00000000">
            <w:pPr>
              <w:spacing w:after="11" w:line="245" w:lineRule="auto"/>
            </w:pPr>
            <w:r>
              <w:rPr>
                <w:color w:val="000000"/>
                <w:sz w:val="13"/>
              </w:rPr>
              <w:t>1. Tipno-opazovalna: material primerjam po trdoti, prožnosti.</w:t>
            </w:r>
          </w:p>
          <w:p w14:paraId="07E02DC9" w14:textId="77777777" w:rsidR="00080BF0" w:rsidRDefault="00000000">
            <w:pPr>
              <w:spacing w:after="11" w:line="245" w:lineRule="auto"/>
            </w:pPr>
            <w:r>
              <w:rPr>
                <w:color w:val="000000"/>
                <w:sz w:val="13"/>
              </w:rPr>
              <w:t>2. Konstrukcijska: preizkusim varne spoje ter preverim, kateri nosi.</w:t>
            </w:r>
          </w:p>
          <w:p w14:paraId="3E4923A1" w14:textId="77777777" w:rsidR="00080BF0" w:rsidRDefault="00000000">
            <w:pPr>
              <w:spacing w:after="11" w:line="245" w:lineRule="auto"/>
            </w:pPr>
            <w:r>
              <w:rPr>
                <w:color w:val="000000"/>
                <w:sz w:val="13"/>
              </w:rPr>
              <w:t>3. Gibalno-kiparska: s telesom ustvarim kip, ravnotežje, volumen ali gib izdelka in ga opazujem.</w:t>
            </w:r>
          </w:p>
          <w:p w14:paraId="16E8A664" w14:textId="77777777" w:rsidR="00080BF0" w:rsidRDefault="00000000">
            <w:pPr>
              <w:spacing w:after="11" w:line="245" w:lineRule="auto"/>
            </w:pPr>
            <w:r>
              <w:rPr>
                <w:color w:val="000000"/>
                <w:sz w:val="13"/>
              </w:rPr>
              <w:t>4. Izdelovalno-preizkusna: po skici sestavim model, ga preizkusim.</w:t>
            </w:r>
          </w:p>
          <w:p w14:paraId="76440811"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2AF667CB" w14:textId="77777777" w:rsidR="00080BF0" w:rsidRDefault="00000000">
            <w:pPr>
              <w:spacing w:after="20" w:line="245" w:lineRule="auto"/>
            </w:pPr>
            <w:r>
              <w:rPr>
                <w:b/>
                <w:color w:val="D95BC6"/>
                <w:sz w:val="17"/>
              </w:rPr>
              <w:t>DOKAZ O UČENJU</w:t>
            </w:r>
          </w:p>
          <w:p w14:paraId="49F894B6"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740E1151"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61A05EA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ABB5319"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F6FDDE4" w14:textId="77777777" w:rsidR="00080BF0" w:rsidRDefault="00000000">
            <w:pPr>
              <w:jc w:val="center"/>
            </w:pPr>
            <w:r>
              <w:rPr>
                <w:b/>
                <w:color w:val="000000"/>
                <w:sz w:val="20"/>
              </w:rPr>
              <w:t>UČNE DEJAVNOSTI, METODE IN FORMATIVNO SPREMLJANJE</w:t>
            </w:r>
          </w:p>
        </w:tc>
      </w:tr>
      <w:tr w:rsidR="00080BF0" w14:paraId="46F27D11" w14:textId="77777777">
        <w:trPr>
          <w:tblHeader/>
          <w:jc w:val="center"/>
        </w:trPr>
        <w:tc>
          <w:tcPr>
            <w:tcW w:w="4422" w:type="dxa"/>
            <w:vMerge/>
            <w:tcMar>
              <w:top w:w="70" w:type="dxa"/>
              <w:left w:w="90" w:type="dxa"/>
              <w:bottom w:w="70" w:type="dxa"/>
              <w:right w:w="90" w:type="dxa"/>
            </w:tcMar>
            <w:vAlign w:val="center"/>
          </w:tcPr>
          <w:p w14:paraId="605CED6F" w14:textId="77777777" w:rsidR="00080BF0" w:rsidRDefault="00080BF0"/>
        </w:tc>
        <w:tc>
          <w:tcPr>
            <w:tcW w:w="7087" w:type="dxa"/>
            <w:shd w:val="clear" w:color="auto" w:fill="FFFFFF"/>
            <w:tcMar>
              <w:top w:w="70" w:type="dxa"/>
              <w:left w:w="90" w:type="dxa"/>
              <w:bottom w:w="70" w:type="dxa"/>
              <w:right w:w="90" w:type="dxa"/>
            </w:tcMar>
            <w:vAlign w:val="center"/>
          </w:tcPr>
          <w:p w14:paraId="680DAC5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F9875F7" w14:textId="77777777" w:rsidR="00080BF0" w:rsidRDefault="00000000">
            <w:pPr>
              <w:jc w:val="center"/>
            </w:pPr>
            <w:r>
              <w:rPr>
                <w:b/>
                <w:color w:val="000000"/>
              </w:rPr>
              <w:t>UČENEC</w:t>
            </w:r>
          </w:p>
        </w:tc>
      </w:tr>
      <w:tr w:rsidR="00080BF0" w14:paraId="3101BD96" w14:textId="77777777">
        <w:trPr>
          <w:jc w:val="center"/>
        </w:trPr>
        <w:tc>
          <w:tcPr>
            <w:tcW w:w="4422" w:type="dxa"/>
            <w:tcMar>
              <w:top w:w="70" w:type="dxa"/>
              <w:left w:w="90" w:type="dxa"/>
              <w:bottom w:w="70" w:type="dxa"/>
              <w:right w:w="90" w:type="dxa"/>
            </w:tcMar>
          </w:tcPr>
          <w:p w14:paraId="5FB4C439" w14:textId="77777777" w:rsidR="00080BF0" w:rsidRDefault="00080BF0"/>
          <w:p w14:paraId="34D8B0C0" w14:textId="77777777" w:rsidR="00080BF0" w:rsidRDefault="00000000">
            <w:pPr>
              <w:spacing w:after="40" w:line="245" w:lineRule="auto"/>
            </w:pPr>
            <w:r>
              <w:rPr>
                <w:b/>
                <w:color w:val="000000"/>
              </w:rPr>
              <w:t>FORMATIVNO SPREMLJANJE</w:t>
            </w:r>
          </w:p>
          <w:p w14:paraId="78017AC2" w14:textId="77777777" w:rsidR="00080BF0" w:rsidRDefault="00000000">
            <w:pPr>
              <w:pStyle w:val="Oznaenseznam"/>
              <w:spacing w:after="16"/>
            </w:pPr>
            <w:r>
              <w:rPr>
                <w:color w:val="000000"/>
                <w:sz w:val="15"/>
              </w:rPr>
              <w:t>predznanje: opažanje, gibalna ponazoritev, izbira kartice, razvrstitev materialov, poskusna sled ali skica</w:t>
            </w:r>
          </w:p>
          <w:p w14:paraId="6BCF497A"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0A42C7D5"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3EF8E941" w14:textId="77777777" w:rsidR="00080BF0" w:rsidRDefault="00000000">
            <w:pPr>
              <w:pStyle w:val="Oznaenseznam"/>
              <w:spacing w:after="16"/>
            </w:pPr>
            <w:r>
              <w:rPr>
                <w:color w:val="000000"/>
                <w:sz w:val="15"/>
              </w:rPr>
              <w:t>povratna informacija: opis vidne likovne odločitve, povezava z enim merilom in izvedljiv naslednji korak</w:t>
            </w:r>
          </w:p>
          <w:p w14:paraId="6E194943" w14:textId="77777777" w:rsidR="00080BF0" w:rsidRDefault="00000000">
            <w:pPr>
              <w:pStyle w:val="Oznaenseznam"/>
              <w:spacing w:after="16"/>
            </w:pPr>
            <w:r>
              <w:rPr>
                <w:color w:val="000000"/>
                <w:sz w:val="15"/>
              </w:rPr>
              <w:t>samovrednotenje: likovni semafor, lestvica samostojnosti, izbran dokaz, galerijski odziv in izboljšava</w:t>
            </w:r>
          </w:p>
          <w:p w14:paraId="5B1C89B2" w14:textId="77777777" w:rsidR="00080BF0" w:rsidRDefault="00000000">
            <w:pPr>
              <w:spacing w:before="40" w:after="20" w:line="245" w:lineRule="auto"/>
            </w:pPr>
            <w:r>
              <w:rPr>
                <w:b/>
                <w:color w:val="000000"/>
                <w:sz w:val="17"/>
              </w:rPr>
              <w:t>VARNOST, HIGIENA IN UREDITEV PROSTORA</w:t>
            </w:r>
          </w:p>
          <w:p w14:paraId="70DB6354"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Spoje in stabilnost učenci preverjajo na mizi; ostrih žic, vročega lepila in rezil ne uporabljajo.</w:t>
            </w:r>
          </w:p>
          <w:p w14:paraId="2B7E7C69" w14:textId="77777777" w:rsidR="00080BF0" w:rsidRDefault="00000000">
            <w:pPr>
              <w:spacing w:after="20" w:line="245" w:lineRule="auto"/>
            </w:pPr>
            <w:r>
              <w:rPr>
                <w:b/>
                <w:color w:val="000000"/>
                <w:sz w:val="17"/>
              </w:rPr>
              <w:t>EVIDENCA PO IZVEDBI</w:t>
            </w:r>
          </w:p>
          <w:p w14:paraId="2E779B64"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3D911D9A" w14:textId="77777777" w:rsidR="00080BF0" w:rsidRDefault="00000000">
            <w:pPr>
              <w:spacing w:before="40" w:after="20" w:line="245" w:lineRule="auto"/>
            </w:pPr>
            <w:r>
              <w:rPr>
                <w:b/>
                <w:color w:val="000000"/>
                <w:sz w:val="17"/>
              </w:rPr>
              <w:t>RAVEN DOSEGANJA</w:t>
            </w:r>
          </w:p>
          <w:p w14:paraId="0329615C"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6588B3A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F331289" w14:textId="77777777">
              <w:trPr>
                <w:jc w:val="center"/>
              </w:trPr>
              <w:tc>
                <w:tcPr>
                  <w:tcW w:w="7087" w:type="dxa"/>
                  <w:shd w:val="clear" w:color="auto" w:fill="EDC9EA"/>
                  <w:tcMar>
                    <w:top w:w="45" w:type="dxa"/>
                    <w:left w:w="70" w:type="dxa"/>
                    <w:bottom w:w="45" w:type="dxa"/>
                    <w:right w:w="70" w:type="dxa"/>
                  </w:tcMar>
                </w:tcPr>
                <w:p w14:paraId="4861E8F6" w14:textId="77777777" w:rsidR="00080BF0" w:rsidRDefault="00000000">
                  <w:pPr>
                    <w:keepNext/>
                  </w:pPr>
                  <w:r>
                    <w:rPr>
                      <w:b/>
                      <w:color w:val="000000"/>
                    </w:rPr>
                    <w:t>VPRAŠANJA V PODPORO LIKOVNEMU UČENJU</w:t>
                  </w:r>
                </w:p>
              </w:tc>
            </w:tr>
          </w:tbl>
          <w:p w14:paraId="155B0490" w14:textId="77777777" w:rsidR="00080BF0" w:rsidRDefault="00080BF0">
            <w:pPr>
              <w:spacing w:line="20" w:lineRule="exact"/>
            </w:pPr>
          </w:p>
          <w:p w14:paraId="5FCAC647" w14:textId="77777777" w:rsidR="00080BF0" w:rsidRDefault="00000000">
            <w:pPr>
              <w:pStyle w:val="Oznaenseznam"/>
              <w:spacing w:after="16"/>
            </w:pPr>
            <w:r>
              <w:rPr>
                <w:color w:val="000000"/>
                <w:sz w:val="16"/>
              </w:rPr>
              <w:t>Kaj si najprej opazil/-a in katera likovna prvina je zate najpomembnejša?</w:t>
            </w:r>
          </w:p>
          <w:p w14:paraId="012573F4" w14:textId="77777777" w:rsidR="00080BF0" w:rsidRDefault="00000000">
            <w:pPr>
              <w:pStyle w:val="Oznaenseznam"/>
              <w:spacing w:after="16"/>
            </w:pPr>
            <w:r>
              <w:rPr>
                <w:color w:val="000000"/>
                <w:sz w:val="16"/>
              </w:rPr>
              <w:t>Kako je material ali postopek vplival na črto, barvo, obliko, površino, prostor oziroma delovanje izdelka?</w:t>
            </w:r>
          </w:p>
          <w:p w14:paraId="14DE092C" w14:textId="77777777" w:rsidR="00080BF0" w:rsidRDefault="00000000">
            <w:pPr>
              <w:pStyle w:val="Oznaenseznam"/>
              <w:spacing w:after="16"/>
            </w:pPr>
            <w:r>
              <w:rPr>
                <w:color w:val="000000"/>
                <w:sz w:val="16"/>
              </w:rPr>
              <w:t>Katero možnost si preizkusil/-a, zakaj si jo izbral/-a in kaj si ob poskusu spremenil/-a?</w:t>
            </w:r>
          </w:p>
          <w:p w14:paraId="251292F0" w14:textId="77777777" w:rsidR="00080BF0" w:rsidRDefault="00000000">
            <w:pPr>
              <w:pStyle w:val="Oznaenseznam"/>
              <w:spacing w:after="16"/>
            </w:pPr>
            <w:r>
              <w:rPr>
                <w:color w:val="000000"/>
                <w:sz w:val="16"/>
              </w:rPr>
              <w:t>Kateri del tvojega procesa ali izdelka najjasneje pokaže dogovorjeno merilo?</w:t>
            </w:r>
          </w:p>
          <w:p w14:paraId="549BB7C6"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35B712C7" w14:textId="77777777">
              <w:trPr>
                <w:jc w:val="center"/>
              </w:trPr>
              <w:tc>
                <w:tcPr>
                  <w:tcW w:w="7087" w:type="dxa"/>
                  <w:shd w:val="clear" w:color="auto" w:fill="C6E7F3"/>
                  <w:tcMar>
                    <w:top w:w="45" w:type="dxa"/>
                    <w:left w:w="70" w:type="dxa"/>
                    <w:bottom w:w="45" w:type="dxa"/>
                    <w:right w:w="70" w:type="dxa"/>
                  </w:tcMar>
                </w:tcPr>
                <w:p w14:paraId="74E5FA0F" w14:textId="77777777" w:rsidR="00080BF0" w:rsidRDefault="00000000">
                  <w:pPr>
                    <w:keepNext/>
                  </w:pPr>
                  <w:r>
                    <w:rPr>
                      <w:b/>
                      <w:color w:val="000000"/>
                    </w:rPr>
                    <w:t>ZAKLJUČNI DEL – TIHA GALERIJA, RAZLAGA IN REFLEKSIJA (8–12 min)</w:t>
                  </w:r>
                </w:p>
              </w:tc>
            </w:tr>
          </w:tbl>
          <w:p w14:paraId="4B58238D" w14:textId="77777777" w:rsidR="00080BF0" w:rsidRDefault="00080BF0">
            <w:pPr>
              <w:spacing w:line="20" w:lineRule="exact"/>
            </w:pPr>
          </w:p>
          <w:p w14:paraId="0F58A819"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3D4927FB" w14:textId="77777777">
              <w:trPr>
                <w:jc w:val="center"/>
              </w:trPr>
              <w:tc>
                <w:tcPr>
                  <w:tcW w:w="7087" w:type="dxa"/>
                  <w:shd w:val="clear" w:color="auto" w:fill="EDC9EA"/>
                  <w:tcMar>
                    <w:top w:w="45" w:type="dxa"/>
                    <w:left w:w="70" w:type="dxa"/>
                    <w:bottom w:w="45" w:type="dxa"/>
                    <w:right w:w="70" w:type="dxa"/>
                  </w:tcMar>
                </w:tcPr>
                <w:p w14:paraId="573592AF" w14:textId="77777777" w:rsidR="00080BF0" w:rsidRDefault="00000000">
                  <w:pPr>
                    <w:keepNext/>
                  </w:pPr>
                  <w:r>
                    <w:rPr>
                      <w:b/>
                      <w:color w:val="000000"/>
                    </w:rPr>
                    <w:t>SAMOVREDNOTENJE</w:t>
                  </w:r>
                </w:p>
              </w:tc>
            </w:tr>
          </w:tbl>
          <w:p w14:paraId="3A8F8AF2" w14:textId="77777777" w:rsidR="00080BF0" w:rsidRDefault="00080BF0">
            <w:pPr>
              <w:spacing w:line="20" w:lineRule="exact"/>
            </w:pPr>
          </w:p>
          <w:p w14:paraId="2FD239AF"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0CB19745" w14:textId="77777777">
              <w:trPr>
                <w:jc w:val="center"/>
              </w:trPr>
              <w:tc>
                <w:tcPr>
                  <w:tcW w:w="7087" w:type="dxa"/>
                  <w:shd w:val="clear" w:color="auto" w:fill="EDC9EA"/>
                  <w:tcMar>
                    <w:top w:w="45" w:type="dxa"/>
                    <w:left w:w="70" w:type="dxa"/>
                    <w:bottom w:w="45" w:type="dxa"/>
                    <w:right w:w="70" w:type="dxa"/>
                  </w:tcMar>
                </w:tcPr>
                <w:p w14:paraId="2EFBCB43" w14:textId="77777777" w:rsidR="00080BF0" w:rsidRDefault="00000000">
                  <w:pPr>
                    <w:keepNext/>
                  </w:pPr>
                  <w:r>
                    <w:rPr>
                      <w:b/>
                      <w:color w:val="000000"/>
                    </w:rPr>
                    <w:t>VRSTNIŠKO VREDNOTENJE</w:t>
                  </w:r>
                </w:p>
              </w:tc>
            </w:tr>
          </w:tbl>
          <w:p w14:paraId="1404E1F3" w14:textId="77777777" w:rsidR="00080BF0" w:rsidRDefault="00080BF0">
            <w:pPr>
              <w:spacing w:line="20" w:lineRule="exact"/>
            </w:pPr>
          </w:p>
          <w:p w14:paraId="1A5CDD61"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24DC4596" w14:textId="77777777">
              <w:trPr>
                <w:jc w:val="center"/>
              </w:trPr>
              <w:tc>
                <w:tcPr>
                  <w:tcW w:w="7087" w:type="dxa"/>
                  <w:shd w:val="clear" w:color="auto" w:fill="EDC9EA"/>
                  <w:tcMar>
                    <w:top w:w="45" w:type="dxa"/>
                    <w:left w:w="70" w:type="dxa"/>
                    <w:bottom w:w="45" w:type="dxa"/>
                    <w:right w:w="70" w:type="dxa"/>
                  </w:tcMar>
                </w:tcPr>
                <w:p w14:paraId="77A58B41" w14:textId="77777777" w:rsidR="00080BF0" w:rsidRDefault="00000000">
                  <w:pPr>
                    <w:keepNext/>
                  </w:pPr>
                  <w:r>
                    <w:rPr>
                      <w:b/>
                      <w:color w:val="000000"/>
                    </w:rPr>
                    <w:t>SKUPNI POVZETEK</w:t>
                  </w:r>
                </w:p>
              </w:tc>
            </w:tr>
          </w:tbl>
          <w:p w14:paraId="31664078" w14:textId="77777777" w:rsidR="00080BF0" w:rsidRDefault="00080BF0"/>
          <w:p w14:paraId="3AC3FF2E" w14:textId="77777777" w:rsidR="00080BF0" w:rsidRDefault="00000000">
            <w:pPr>
              <w:spacing w:before="20" w:after="40" w:line="245" w:lineRule="auto"/>
            </w:pPr>
            <w:r>
              <w:rPr>
                <w:b/>
                <w:color w:val="000000"/>
                <w:sz w:val="16"/>
              </w:rPr>
              <w:t>oblikujem iz gline ali mase; opazujem značilne dele; varno ravnam z materialom. Izbrani dokaz pojasnim in po povratni informaciji izboljšam.</w:t>
            </w:r>
          </w:p>
        </w:tc>
        <w:tc>
          <w:tcPr>
            <w:tcW w:w="2551" w:type="dxa"/>
            <w:tcMar>
              <w:top w:w="70" w:type="dxa"/>
              <w:left w:w="90" w:type="dxa"/>
              <w:bottom w:w="70" w:type="dxa"/>
              <w:right w:w="90" w:type="dxa"/>
            </w:tcMar>
          </w:tcPr>
          <w:p w14:paraId="0C215B69" w14:textId="77777777" w:rsidR="00080BF0" w:rsidRDefault="00080BF0"/>
          <w:p w14:paraId="76BC7A7F" w14:textId="77777777" w:rsidR="00080BF0" w:rsidRDefault="00000000">
            <w:pPr>
              <w:spacing w:after="80" w:line="245" w:lineRule="auto"/>
            </w:pPr>
            <w:r>
              <w:rPr>
                <w:color w:val="000000"/>
                <w:sz w:val="15"/>
              </w:rPr>
              <w:t>Odgovarja na podporna vprašanja in se sklicuje na opaženo, preizkušeno, ustvarjeno ali razstavljeno.</w:t>
            </w:r>
          </w:p>
          <w:p w14:paraId="37B4528C" w14:textId="77777777" w:rsidR="00080BF0" w:rsidRDefault="00000000">
            <w:pPr>
              <w:spacing w:after="80" w:line="245" w:lineRule="auto"/>
            </w:pPr>
            <w:r>
              <w:rPr>
                <w:color w:val="000000"/>
                <w:sz w:val="15"/>
              </w:rPr>
              <w:t>Predstavi izbrani procesni ali izdelkovni dokaz ter pove, katero merilo z njim pokaže.</w:t>
            </w:r>
          </w:p>
          <w:p w14:paraId="1BCF9ACE" w14:textId="77777777" w:rsidR="00080BF0" w:rsidRDefault="00000000">
            <w:pPr>
              <w:spacing w:after="80" w:line="245" w:lineRule="auto"/>
            </w:pPr>
            <w:r>
              <w:rPr>
                <w:color w:val="000000"/>
                <w:sz w:val="15"/>
              </w:rPr>
              <w:t>Tiho opazuje vrstnikovo delo, opiše eno konkretno likovno rešitev in poda prijazen predlog.</w:t>
            </w:r>
          </w:p>
          <w:p w14:paraId="0672916E" w14:textId="77777777" w:rsidR="00080BF0" w:rsidRDefault="00000000">
            <w:pPr>
              <w:spacing w:after="80" w:line="245" w:lineRule="auto"/>
            </w:pPr>
            <w:r>
              <w:rPr>
                <w:color w:val="000000"/>
                <w:sz w:val="15"/>
              </w:rPr>
              <w:t>Po povratni informaciji po želji ponovi poskus, spremeni podrobnost, izboljša spoj, razporeditev ali razlago.</w:t>
            </w:r>
          </w:p>
          <w:p w14:paraId="7441CC19" w14:textId="77777777" w:rsidR="00080BF0" w:rsidRDefault="00000000">
            <w:pPr>
              <w:spacing w:after="100" w:line="245" w:lineRule="auto"/>
            </w:pPr>
            <w:r>
              <w:rPr>
                <w:color w:val="000000"/>
                <w:sz w:val="15"/>
              </w:rPr>
              <w:t>Izbere raven samostojnosti ter določi majhen in izvedljiv naslednji ustvarjalni korak.</w:t>
            </w:r>
          </w:p>
          <w:p w14:paraId="1B3FE28E" w14:textId="77777777" w:rsidR="00080BF0" w:rsidRDefault="00000000">
            <w:pPr>
              <w:spacing w:after="20" w:line="245" w:lineRule="auto"/>
            </w:pPr>
            <w:r>
              <w:rPr>
                <w:b/>
                <w:color w:val="D95BC6"/>
                <w:sz w:val="17"/>
              </w:rPr>
              <w:t>DOKAZ O UČENJU</w:t>
            </w:r>
          </w:p>
          <w:p w14:paraId="7CE324A5"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2AD2EFD9"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5C6DC14B" w14:textId="77777777">
        <w:trPr>
          <w:cantSplit/>
          <w:jc w:val="center"/>
        </w:trPr>
        <w:tc>
          <w:tcPr>
            <w:tcW w:w="14060" w:type="dxa"/>
            <w:gridSpan w:val="6"/>
            <w:tcMar>
              <w:top w:w="70" w:type="dxa"/>
              <w:left w:w="90" w:type="dxa"/>
              <w:bottom w:w="70" w:type="dxa"/>
              <w:right w:w="90" w:type="dxa"/>
            </w:tcMar>
            <w:vAlign w:val="center"/>
          </w:tcPr>
          <w:p w14:paraId="79480ED4" w14:textId="77777777" w:rsidR="00080BF0" w:rsidRDefault="00000000">
            <w:pPr>
              <w:jc w:val="center"/>
            </w:pPr>
            <w:r>
              <w:rPr>
                <w:b/>
                <w:color w:val="000000"/>
                <w:sz w:val="24"/>
              </w:rPr>
              <w:lastRenderedPageBreak/>
              <w:t>UČNA PRIPRAVA 11/39</w:t>
            </w:r>
          </w:p>
        </w:tc>
      </w:tr>
      <w:tr w:rsidR="00080BF0" w14:paraId="717E79C2" w14:textId="77777777">
        <w:trPr>
          <w:jc w:val="center"/>
        </w:trPr>
        <w:tc>
          <w:tcPr>
            <w:tcW w:w="2665" w:type="dxa"/>
            <w:tcMar>
              <w:top w:w="70" w:type="dxa"/>
              <w:left w:w="90" w:type="dxa"/>
              <w:bottom w:w="70" w:type="dxa"/>
              <w:right w:w="90" w:type="dxa"/>
            </w:tcMar>
            <w:vAlign w:val="center"/>
          </w:tcPr>
          <w:p w14:paraId="799D31D6"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E8DC58C"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3FE0476D"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A2109F3" w14:textId="77777777" w:rsidR="00080BF0" w:rsidRDefault="00000000">
            <w:r>
              <w:rPr>
                <w:b/>
                <w:color w:val="000000"/>
                <w:sz w:val="16"/>
              </w:rPr>
              <w:t xml:space="preserve">NAČRTOVANI TERMIN: </w:t>
            </w:r>
            <w:r>
              <w:rPr>
                <w:color w:val="000000"/>
                <w:sz w:val="16"/>
              </w:rPr>
              <w:t>11. teden • 16.–20. 11. 2026</w:t>
            </w:r>
          </w:p>
        </w:tc>
        <w:tc>
          <w:tcPr>
            <w:tcW w:w="2268" w:type="dxa"/>
            <w:tcMar>
              <w:top w:w="70" w:type="dxa"/>
              <w:left w:w="90" w:type="dxa"/>
              <w:bottom w:w="70" w:type="dxa"/>
              <w:right w:w="90" w:type="dxa"/>
            </w:tcMar>
            <w:vAlign w:val="center"/>
          </w:tcPr>
          <w:p w14:paraId="00877198"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71D7E2D" w14:textId="77777777" w:rsidR="00080BF0" w:rsidRDefault="00000000">
            <w:r>
              <w:rPr>
                <w:b/>
                <w:color w:val="000000"/>
                <w:sz w:val="16"/>
              </w:rPr>
              <w:t xml:space="preserve">ŠTEVILO UR: </w:t>
            </w:r>
            <w:r>
              <w:rPr>
                <w:color w:val="000000"/>
                <w:sz w:val="16"/>
              </w:rPr>
              <w:t>2</w:t>
            </w:r>
          </w:p>
        </w:tc>
      </w:tr>
      <w:tr w:rsidR="00080BF0" w14:paraId="7A55F49C" w14:textId="77777777">
        <w:trPr>
          <w:jc w:val="center"/>
        </w:trPr>
        <w:tc>
          <w:tcPr>
            <w:tcW w:w="14061" w:type="dxa"/>
            <w:gridSpan w:val="6"/>
            <w:tcMar>
              <w:top w:w="70" w:type="dxa"/>
              <w:left w:w="90" w:type="dxa"/>
              <w:bottom w:w="70" w:type="dxa"/>
              <w:right w:w="90" w:type="dxa"/>
            </w:tcMar>
            <w:vAlign w:val="center"/>
          </w:tcPr>
          <w:p w14:paraId="1C1204FC"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7D975C69" w14:textId="77777777">
        <w:trPr>
          <w:cantSplit/>
          <w:jc w:val="center"/>
        </w:trPr>
        <w:tc>
          <w:tcPr>
            <w:tcW w:w="14060" w:type="dxa"/>
            <w:gridSpan w:val="6"/>
            <w:tcMar>
              <w:top w:w="70" w:type="dxa"/>
              <w:left w:w="90" w:type="dxa"/>
              <w:bottom w:w="70" w:type="dxa"/>
              <w:right w:w="90" w:type="dxa"/>
            </w:tcMar>
            <w:vAlign w:val="center"/>
          </w:tcPr>
          <w:p w14:paraId="4E96064C" w14:textId="77777777" w:rsidR="00080BF0" w:rsidRDefault="00080BF0"/>
          <w:p w14:paraId="6C7C74BD" w14:textId="77777777" w:rsidR="00080BF0" w:rsidRDefault="00000000">
            <w:pPr>
              <w:spacing w:line="245" w:lineRule="auto"/>
            </w:pPr>
            <w:r>
              <w:rPr>
                <w:b/>
                <w:color w:val="000000"/>
                <w:sz w:val="15"/>
              </w:rPr>
              <w:t xml:space="preserve">UČNI SKLOP: </w:t>
            </w:r>
            <w:r>
              <w:rPr>
                <w:color w:val="000000"/>
                <w:sz w:val="15"/>
              </w:rPr>
              <w:t>JESEN, SNOVI IN ŽIVA BITJA</w:t>
            </w:r>
          </w:p>
        </w:tc>
      </w:tr>
      <w:tr w:rsidR="00080BF0" w14:paraId="437B51FE" w14:textId="77777777">
        <w:trPr>
          <w:cantSplit/>
          <w:jc w:val="center"/>
        </w:trPr>
        <w:tc>
          <w:tcPr>
            <w:tcW w:w="14060" w:type="dxa"/>
            <w:gridSpan w:val="6"/>
            <w:tcMar>
              <w:top w:w="70" w:type="dxa"/>
              <w:left w:w="90" w:type="dxa"/>
              <w:bottom w:w="70" w:type="dxa"/>
              <w:right w:w="90" w:type="dxa"/>
            </w:tcMar>
            <w:vAlign w:val="center"/>
          </w:tcPr>
          <w:p w14:paraId="32C11BC3" w14:textId="77777777" w:rsidR="00080BF0" w:rsidRDefault="00080BF0"/>
          <w:p w14:paraId="3552C5CE" w14:textId="77777777" w:rsidR="00080BF0" w:rsidRDefault="00000000">
            <w:pPr>
              <w:spacing w:line="245" w:lineRule="auto"/>
            </w:pPr>
            <w:r>
              <w:rPr>
                <w:b/>
                <w:color w:val="000000"/>
                <w:sz w:val="15"/>
              </w:rPr>
              <w:t xml:space="preserve">UČNA TEMA: </w:t>
            </w:r>
            <w:r>
              <w:rPr>
                <w:color w:val="000000"/>
                <w:sz w:val="15"/>
              </w:rPr>
              <w:t>NARAVNI MATERIALI</w:t>
            </w:r>
          </w:p>
        </w:tc>
      </w:tr>
      <w:tr w:rsidR="00080BF0" w14:paraId="3CD29A7D" w14:textId="77777777">
        <w:trPr>
          <w:cantSplit/>
          <w:jc w:val="center"/>
        </w:trPr>
        <w:tc>
          <w:tcPr>
            <w:tcW w:w="14060" w:type="dxa"/>
            <w:gridSpan w:val="6"/>
            <w:tcMar>
              <w:top w:w="70" w:type="dxa"/>
              <w:left w:w="90" w:type="dxa"/>
              <w:bottom w:w="70" w:type="dxa"/>
              <w:right w:w="90" w:type="dxa"/>
            </w:tcMar>
            <w:vAlign w:val="center"/>
          </w:tcPr>
          <w:p w14:paraId="6D055529" w14:textId="77777777" w:rsidR="00080BF0" w:rsidRDefault="00080BF0"/>
          <w:p w14:paraId="00A10893" w14:textId="77777777" w:rsidR="00080BF0" w:rsidRDefault="00000000">
            <w:pPr>
              <w:spacing w:line="245" w:lineRule="auto"/>
            </w:pPr>
            <w:r>
              <w:rPr>
                <w:b/>
                <w:color w:val="000000"/>
                <w:sz w:val="15"/>
              </w:rPr>
              <w:t xml:space="preserve">KNJIŽEVNO / MOTIVNO IZHODIŠČE: </w:t>
            </w:r>
            <w:r>
              <w:rPr>
                <w:color w:val="000000"/>
                <w:sz w:val="15"/>
              </w:rPr>
              <w:t>»Hvaležni medved« – slovenska ljudska pravljica • gozd, življenjski prostor, pomoč in hvaležnost</w:t>
            </w:r>
          </w:p>
        </w:tc>
      </w:tr>
      <w:tr w:rsidR="00080BF0" w14:paraId="7151E7A5" w14:textId="77777777">
        <w:trPr>
          <w:cantSplit/>
          <w:jc w:val="center"/>
        </w:trPr>
        <w:tc>
          <w:tcPr>
            <w:tcW w:w="14060" w:type="dxa"/>
            <w:gridSpan w:val="6"/>
            <w:tcMar>
              <w:top w:w="70" w:type="dxa"/>
              <w:left w:w="90" w:type="dxa"/>
              <w:bottom w:w="70" w:type="dxa"/>
              <w:right w:w="90" w:type="dxa"/>
            </w:tcMar>
            <w:vAlign w:val="center"/>
          </w:tcPr>
          <w:p w14:paraId="767D71E5" w14:textId="77777777" w:rsidR="00080BF0" w:rsidRDefault="00080BF0"/>
          <w:p w14:paraId="4587443E" w14:textId="77777777" w:rsidR="00080BF0" w:rsidRDefault="00000000">
            <w:pPr>
              <w:spacing w:line="245" w:lineRule="auto"/>
            </w:pPr>
            <w:r>
              <w:rPr>
                <w:b/>
                <w:color w:val="000000"/>
                <w:sz w:val="15"/>
              </w:rPr>
              <w:t xml:space="preserve">LIKOVNO IZHODIŠČE / MOTIVACIJA: </w:t>
            </w:r>
            <w:r>
              <w:rPr>
                <w:color w:val="000000"/>
                <w:sz w:val="15"/>
              </w:rPr>
              <w:t>likovni detektiv odkrije nepopolno risbo na temo »naravni materiali« in prosi učence, naj z različnimi črtami, pogledi ali podrobnostmi poiščejo več možnih rešitev. Tematska rešitev: oblikuje medveda iz naravnih materialov.</w:t>
            </w:r>
          </w:p>
        </w:tc>
      </w:tr>
      <w:tr w:rsidR="00080BF0" w14:paraId="4F4BC699" w14:textId="77777777">
        <w:trPr>
          <w:cantSplit/>
          <w:jc w:val="center"/>
        </w:trPr>
        <w:tc>
          <w:tcPr>
            <w:tcW w:w="14060" w:type="dxa"/>
            <w:gridSpan w:val="6"/>
            <w:tcMar>
              <w:top w:w="70" w:type="dxa"/>
              <w:left w:w="90" w:type="dxa"/>
              <w:bottom w:w="70" w:type="dxa"/>
              <w:right w:w="90" w:type="dxa"/>
            </w:tcMar>
            <w:vAlign w:val="center"/>
          </w:tcPr>
          <w:p w14:paraId="6E309F12" w14:textId="77777777" w:rsidR="00080BF0" w:rsidRDefault="00080BF0"/>
          <w:p w14:paraId="5A5378BD" w14:textId="77777777" w:rsidR="00080BF0" w:rsidRDefault="00000000">
            <w:pPr>
              <w:spacing w:line="245" w:lineRule="auto"/>
            </w:pPr>
            <w:r>
              <w:rPr>
                <w:b/>
                <w:color w:val="000000"/>
                <w:sz w:val="15"/>
              </w:rPr>
              <w:t xml:space="preserve">UČNE ENOTE: </w:t>
            </w:r>
            <w:r>
              <w:rPr>
                <w:color w:val="000000"/>
                <w:sz w:val="15"/>
              </w:rPr>
              <w:t>1. ura – Naravni materiali – Opazujem, preizkušam, načrtujem • 2. ura – Naravni materiali – Ustvarjam, predstavim, izboljšam</w:t>
            </w:r>
          </w:p>
        </w:tc>
      </w:tr>
      <w:tr w:rsidR="00080BF0" w14:paraId="6604D7C7" w14:textId="77777777">
        <w:trPr>
          <w:cantSplit/>
          <w:jc w:val="center"/>
        </w:trPr>
        <w:tc>
          <w:tcPr>
            <w:tcW w:w="14060" w:type="dxa"/>
            <w:gridSpan w:val="6"/>
            <w:tcMar>
              <w:top w:w="70" w:type="dxa"/>
              <w:left w:w="90" w:type="dxa"/>
              <w:bottom w:w="70" w:type="dxa"/>
              <w:right w:w="90" w:type="dxa"/>
            </w:tcMar>
            <w:vAlign w:val="center"/>
          </w:tcPr>
          <w:p w14:paraId="290EB08D" w14:textId="77777777" w:rsidR="00080BF0" w:rsidRDefault="00080BF0"/>
          <w:p w14:paraId="3397EA50"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06A63D13" w14:textId="77777777">
        <w:trPr>
          <w:cantSplit/>
          <w:jc w:val="center"/>
        </w:trPr>
        <w:tc>
          <w:tcPr>
            <w:tcW w:w="14060" w:type="dxa"/>
            <w:gridSpan w:val="6"/>
            <w:tcMar>
              <w:top w:w="70" w:type="dxa"/>
              <w:left w:w="90" w:type="dxa"/>
              <w:bottom w:w="70" w:type="dxa"/>
              <w:right w:w="90" w:type="dxa"/>
            </w:tcMar>
            <w:vAlign w:val="center"/>
          </w:tcPr>
          <w:p w14:paraId="62D6C987" w14:textId="77777777" w:rsidR="00080BF0" w:rsidRDefault="00080BF0"/>
          <w:p w14:paraId="64FE30E2"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2053A47D" w14:textId="77777777">
        <w:trPr>
          <w:cantSplit/>
          <w:jc w:val="center"/>
        </w:trPr>
        <w:tc>
          <w:tcPr>
            <w:tcW w:w="14060" w:type="dxa"/>
            <w:gridSpan w:val="6"/>
            <w:tcMar>
              <w:top w:w="70" w:type="dxa"/>
              <w:left w:w="90" w:type="dxa"/>
              <w:bottom w:w="70" w:type="dxa"/>
              <w:right w:w="90" w:type="dxa"/>
            </w:tcMar>
            <w:vAlign w:val="center"/>
          </w:tcPr>
          <w:p w14:paraId="3281B5C1" w14:textId="77777777" w:rsidR="00080BF0" w:rsidRDefault="00080BF0"/>
          <w:p w14:paraId="35267B44"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33916A57" w14:textId="77777777">
        <w:trPr>
          <w:cantSplit/>
          <w:jc w:val="center"/>
        </w:trPr>
        <w:tc>
          <w:tcPr>
            <w:tcW w:w="14060" w:type="dxa"/>
            <w:gridSpan w:val="6"/>
            <w:tcMar>
              <w:top w:w="70" w:type="dxa"/>
              <w:left w:w="90" w:type="dxa"/>
              <w:bottom w:w="70" w:type="dxa"/>
              <w:right w:w="90" w:type="dxa"/>
            </w:tcMar>
            <w:vAlign w:val="center"/>
          </w:tcPr>
          <w:p w14:paraId="43DA1F82" w14:textId="77777777" w:rsidR="00080BF0" w:rsidRDefault="00080BF0"/>
          <w:p w14:paraId="21F79EBD" w14:textId="77777777" w:rsidR="00080BF0" w:rsidRDefault="00000000">
            <w:pPr>
              <w:spacing w:line="245" w:lineRule="auto"/>
            </w:pPr>
            <w:r>
              <w:rPr>
                <w:b/>
                <w:color w:val="000000"/>
                <w:sz w:val="15"/>
              </w:rPr>
              <w:t xml:space="preserve">MEDPREDMETNE POVEZAVE: </w:t>
            </w:r>
            <w:r>
              <w:rPr>
                <w:color w:val="000000"/>
                <w:sz w:val="15"/>
              </w:rPr>
              <w:t>SPO – gozd, življenjski prostor, pomoč in hvaležnost; SLJ – poslušanje, opis opažanja, poimenovanje postopka in predstavitev; MAT – oblike, razvrščanje, vzorci in prostorski odnosi; ŠPO – gibalna črta, telesna skulptura, smer in ravnotežje; GUM – ritem, ponavljanje.</w:t>
            </w:r>
          </w:p>
        </w:tc>
      </w:tr>
      <w:tr w:rsidR="00080BF0" w14:paraId="6A312B7D" w14:textId="77777777">
        <w:trPr>
          <w:cantSplit/>
          <w:jc w:val="center"/>
        </w:trPr>
        <w:tc>
          <w:tcPr>
            <w:tcW w:w="14060" w:type="dxa"/>
            <w:gridSpan w:val="6"/>
            <w:tcMar>
              <w:top w:w="70" w:type="dxa"/>
              <w:left w:w="90" w:type="dxa"/>
              <w:bottom w:w="70" w:type="dxa"/>
              <w:right w:w="90" w:type="dxa"/>
            </w:tcMar>
            <w:vAlign w:val="center"/>
          </w:tcPr>
          <w:p w14:paraId="6CA94F7D" w14:textId="77777777" w:rsidR="00080BF0" w:rsidRDefault="00080BF0"/>
          <w:p w14:paraId="365B5DFB" w14:textId="77777777" w:rsidR="00080BF0" w:rsidRDefault="00000000">
            <w:pPr>
              <w:spacing w:line="245" w:lineRule="auto"/>
            </w:pPr>
            <w:r>
              <w:rPr>
                <w:b/>
                <w:color w:val="000000"/>
                <w:sz w:val="15"/>
              </w:rPr>
              <w:t xml:space="preserve">UČNA SREDSTVA IN PRIPOMOČKI: </w:t>
            </w:r>
            <w:r>
              <w:rPr>
                <w:color w:val="000000"/>
                <w:sz w:val="15"/>
              </w:rPr>
              <w:t>risalni papir različnih velikosti, mehki grafitni svinčniki, voščenke, barvice, flomastri, ogledalca ali opazovani predmeti; fotografija, reprodukcija ali resnični predmet za opazovanje; kartice namena in meril; talne oznake štirih postaj; mapa dokazov; sredstva za čiščenje in pospravljanje</w:t>
            </w:r>
          </w:p>
        </w:tc>
      </w:tr>
      <w:tr w:rsidR="00080BF0" w14:paraId="686C543B" w14:textId="77777777">
        <w:trPr>
          <w:cantSplit/>
          <w:jc w:val="center"/>
        </w:trPr>
        <w:tc>
          <w:tcPr>
            <w:tcW w:w="14060" w:type="dxa"/>
            <w:gridSpan w:val="6"/>
            <w:tcMar>
              <w:top w:w="70" w:type="dxa"/>
              <w:left w:w="90" w:type="dxa"/>
              <w:bottom w:w="70" w:type="dxa"/>
              <w:right w:w="90" w:type="dxa"/>
            </w:tcMar>
            <w:vAlign w:val="center"/>
          </w:tcPr>
          <w:p w14:paraId="7B5E5B49" w14:textId="77777777" w:rsidR="00080BF0" w:rsidRDefault="00080BF0"/>
          <w:p w14:paraId="6DE0E98A"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4F22389A" w14:textId="77777777">
        <w:trPr>
          <w:cantSplit/>
          <w:jc w:val="center"/>
        </w:trPr>
        <w:tc>
          <w:tcPr>
            <w:tcW w:w="14060" w:type="dxa"/>
            <w:gridSpan w:val="6"/>
            <w:tcMar>
              <w:top w:w="70" w:type="dxa"/>
              <w:left w:w="90" w:type="dxa"/>
              <w:bottom w:w="70" w:type="dxa"/>
              <w:right w:w="90" w:type="dxa"/>
            </w:tcMar>
            <w:vAlign w:val="center"/>
          </w:tcPr>
          <w:p w14:paraId="1EE85A70" w14:textId="77777777" w:rsidR="00080BF0" w:rsidRDefault="00080BF0"/>
          <w:p w14:paraId="52E24FF4"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432A507B" w14:textId="77777777">
        <w:trPr>
          <w:cantSplit/>
          <w:jc w:val="center"/>
        </w:trPr>
        <w:tc>
          <w:tcPr>
            <w:tcW w:w="14060" w:type="dxa"/>
            <w:gridSpan w:val="6"/>
            <w:tcMar>
              <w:top w:w="70" w:type="dxa"/>
              <w:left w:w="90" w:type="dxa"/>
              <w:bottom w:w="70" w:type="dxa"/>
              <w:right w:w="90" w:type="dxa"/>
            </w:tcMar>
            <w:vAlign w:val="center"/>
          </w:tcPr>
          <w:p w14:paraId="6EE25A89" w14:textId="77777777" w:rsidR="00080BF0" w:rsidRDefault="00080BF0"/>
          <w:p w14:paraId="7CB83DDD"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495E48A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D6D3B3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11579C5"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FED4B43" w14:textId="77777777" w:rsidR="00080BF0" w:rsidRDefault="00000000">
            <w:pPr>
              <w:jc w:val="center"/>
            </w:pPr>
            <w:r>
              <w:rPr>
                <w:b/>
                <w:color w:val="000000"/>
                <w:sz w:val="20"/>
              </w:rPr>
              <w:t>UČNE DEJAVNOSTI, METODE IN FORMATIVNO SPREMLJANJE</w:t>
            </w:r>
          </w:p>
        </w:tc>
      </w:tr>
      <w:tr w:rsidR="00080BF0" w14:paraId="7A4A0096" w14:textId="77777777">
        <w:trPr>
          <w:tblHeader/>
          <w:jc w:val="center"/>
        </w:trPr>
        <w:tc>
          <w:tcPr>
            <w:tcW w:w="4422" w:type="dxa"/>
            <w:vMerge/>
            <w:tcMar>
              <w:top w:w="70" w:type="dxa"/>
              <w:left w:w="90" w:type="dxa"/>
              <w:bottom w:w="70" w:type="dxa"/>
              <w:right w:w="90" w:type="dxa"/>
            </w:tcMar>
            <w:vAlign w:val="center"/>
          </w:tcPr>
          <w:p w14:paraId="628623DE" w14:textId="77777777" w:rsidR="00080BF0" w:rsidRDefault="00080BF0"/>
        </w:tc>
        <w:tc>
          <w:tcPr>
            <w:tcW w:w="7087" w:type="dxa"/>
            <w:shd w:val="clear" w:color="auto" w:fill="FFFFFF"/>
            <w:tcMar>
              <w:top w:w="70" w:type="dxa"/>
              <w:left w:w="90" w:type="dxa"/>
              <w:bottom w:w="70" w:type="dxa"/>
              <w:right w:w="90" w:type="dxa"/>
            </w:tcMar>
            <w:vAlign w:val="center"/>
          </w:tcPr>
          <w:p w14:paraId="4F1AE8F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6684C75" w14:textId="77777777" w:rsidR="00080BF0" w:rsidRDefault="00000000">
            <w:pPr>
              <w:jc w:val="center"/>
            </w:pPr>
            <w:r>
              <w:rPr>
                <w:b/>
                <w:color w:val="000000"/>
              </w:rPr>
              <w:t>UČENEC</w:t>
            </w:r>
          </w:p>
        </w:tc>
      </w:tr>
      <w:tr w:rsidR="00080BF0" w14:paraId="4AEF40F0" w14:textId="77777777">
        <w:trPr>
          <w:jc w:val="center"/>
        </w:trPr>
        <w:tc>
          <w:tcPr>
            <w:tcW w:w="4422" w:type="dxa"/>
            <w:tcMar>
              <w:top w:w="70" w:type="dxa"/>
              <w:left w:w="90" w:type="dxa"/>
              <w:bottom w:w="70" w:type="dxa"/>
              <w:right w:w="90" w:type="dxa"/>
            </w:tcMar>
          </w:tcPr>
          <w:p w14:paraId="040583C4" w14:textId="77777777" w:rsidR="00080BF0" w:rsidRDefault="00080BF0"/>
          <w:p w14:paraId="629CA0B0" w14:textId="77777777" w:rsidR="00080BF0" w:rsidRDefault="00000000">
            <w:pPr>
              <w:spacing w:after="60" w:line="245" w:lineRule="auto"/>
            </w:pPr>
            <w:r>
              <w:rPr>
                <w:b/>
                <w:color w:val="000000"/>
              </w:rPr>
              <w:t>UČNI CILJI</w:t>
            </w:r>
          </w:p>
          <w:p w14:paraId="2DCD5967" w14:textId="77777777" w:rsidR="00080BF0" w:rsidRDefault="00000000">
            <w:pPr>
              <w:spacing w:after="20" w:line="245" w:lineRule="auto"/>
            </w:pPr>
            <w:r>
              <w:rPr>
                <w:b/>
                <w:color w:val="000000"/>
                <w:sz w:val="17"/>
              </w:rPr>
              <w:t>SPLOŠNI</w:t>
            </w:r>
          </w:p>
          <w:p w14:paraId="39EB999D"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1E70E3AB"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6BDAE378"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47557651"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34A8E7DB" w14:textId="77777777" w:rsidR="00080BF0" w:rsidRDefault="00000000">
            <w:pPr>
              <w:spacing w:before="40" w:after="20" w:line="245" w:lineRule="auto"/>
            </w:pPr>
            <w:r>
              <w:rPr>
                <w:b/>
                <w:color w:val="000000"/>
                <w:sz w:val="17"/>
              </w:rPr>
              <w:t>OPERATIVNI</w:t>
            </w:r>
          </w:p>
          <w:p w14:paraId="4ED37BA6" w14:textId="77777777" w:rsidR="00080BF0" w:rsidRDefault="00000000">
            <w:pPr>
              <w:pStyle w:val="Oznaenseznam"/>
              <w:spacing w:after="16"/>
            </w:pPr>
            <w:r>
              <w:rPr>
                <w:color w:val="000000"/>
                <w:sz w:val="16"/>
              </w:rPr>
              <w:t>raziskuje teksture</w:t>
            </w:r>
          </w:p>
          <w:p w14:paraId="223B66E6" w14:textId="77777777" w:rsidR="00080BF0" w:rsidRDefault="00000000">
            <w:pPr>
              <w:pStyle w:val="Oznaenseznam"/>
              <w:spacing w:after="16"/>
            </w:pPr>
            <w:r>
              <w:rPr>
                <w:color w:val="000000"/>
                <w:sz w:val="16"/>
              </w:rPr>
              <w:t>sestavi prostorsko tvorbo</w:t>
            </w:r>
          </w:p>
          <w:p w14:paraId="5BE745FE" w14:textId="77777777" w:rsidR="00080BF0" w:rsidRDefault="00000000">
            <w:pPr>
              <w:pStyle w:val="Oznaenseznam"/>
              <w:spacing w:after="16"/>
            </w:pPr>
            <w:r>
              <w:rPr>
                <w:color w:val="000000"/>
                <w:sz w:val="16"/>
              </w:rPr>
              <w:t>pove, od kod material izvira</w:t>
            </w:r>
          </w:p>
          <w:p w14:paraId="52750334" w14:textId="77777777" w:rsidR="00080BF0" w:rsidRDefault="00000000">
            <w:pPr>
              <w:spacing w:before="40" w:after="20" w:line="245" w:lineRule="auto"/>
            </w:pPr>
            <w:r>
              <w:rPr>
                <w:b/>
                <w:color w:val="000000"/>
                <w:sz w:val="17"/>
              </w:rPr>
              <w:t>PRIČAKOVANI DOSEŽKI / MINIMALNI POUDARKI</w:t>
            </w:r>
          </w:p>
          <w:p w14:paraId="6E08CB3D" w14:textId="77777777" w:rsidR="00080BF0" w:rsidRDefault="00000000">
            <w:pPr>
              <w:pStyle w:val="Oznaenseznam"/>
              <w:spacing w:after="16"/>
            </w:pPr>
            <w:r>
              <w:rPr>
                <w:color w:val="000000"/>
                <w:sz w:val="15"/>
              </w:rPr>
              <w:t>samostojno oziroma z dogovorjeno oporo raziskuje teksture</w:t>
            </w:r>
          </w:p>
          <w:p w14:paraId="6269CBD5" w14:textId="77777777" w:rsidR="00080BF0" w:rsidRDefault="00000000">
            <w:pPr>
              <w:pStyle w:val="Oznaenseznam"/>
              <w:spacing w:after="16"/>
            </w:pPr>
            <w:r>
              <w:rPr>
                <w:color w:val="000000"/>
                <w:sz w:val="15"/>
              </w:rPr>
              <w:t>samostojno oziroma z dogovorjeno oporo sestavi prostorsko tvorbo</w:t>
            </w:r>
          </w:p>
          <w:p w14:paraId="0FBDA125" w14:textId="77777777" w:rsidR="00080BF0" w:rsidRDefault="00000000">
            <w:pPr>
              <w:pStyle w:val="Oznaenseznam"/>
              <w:spacing w:after="16"/>
            </w:pPr>
            <w:r>
              <w:rPr>
                <w:color w:val="000000"/>
                <w:sz w:val="15"/>
              </w:rPr>
              <w:t>samostojno oziroma z dogovorjeno oporo pove, od kod material izvira</w:t>
            </w:r>
          </w:p>
        </w:tc>
        <w:tc>
          <w:tcPr>
            <w:tcW w:w="7087" w:type="dxa"/>
            <w:tcMar>
              <w:top w:w="70" w:type="dxa"/>
              <w:left w:w="90" w:type="dxa"/>
              <w:bottom w:w="70" w:type="dxa"/>
              <w:right w:w="90" w:type="dxa"/>
            </w:tcMar>
          </w:tcPr>
          <w:p w14:paraId="78DBB818"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7657F09" w14:textId="77777777">
              <w:trPr>
                <w:jc w:val="center"/>
              </w:trPr>
              <w:tc>
                <w:tcPr>
                  <w:tcW w:w="7087" w:type="dxa"/>
                  <w:shd w:val="clear" w:color="auto" w:fill="C6E7F3"/>
                  <w:tcMar>
                    <w:top w:w="45" w:type="dxa"/>
                    <w:left w:w="70" w:type="dxa"/>
                    <w:bottom w:w="45" w:type="dxa"/>
                    <w:right w:w="70" w:type="dxa"/>
                  </w:tcMar>
                </w:tcPr>
                <w:p w14:paraId="20325EA4" w14:textId="77777777" w:rsidR="00080BF0" w:rsidRDefault="00000000">
                  <w:pPr>
                    <w:keepNext/>
                  </w:pPr>
                  <w:r>
                    <w:rPr>
                      <w:b/>
                      <w:color w:val="000000"/>
                    </w:rPr>
                    <w:t>UVODNI DEL – likovna uganka, opazovanje, aktivacija predznanja in namen učenja (8–12 min)</w:t>
                  </w:r>
                </w:p>
              </w:tc>
            </w:tr>
          </w:tbl>
          <w:p w14:paraId="1BC764B9" w14:textId="77777777" w:rsidR="00080BF0" w:rsidRDefault="00080BF0">
            <w:pPr>
              <w:spacing w:line="20" w:lineRule="exact"/>
            </w:pPr>
          </w:p>
          <w:p w14:paraId="4B6FC8A0" w14:textId="77777777" w:rsidR="00080BF0" w:rsidRDefault="00000000">
            <w:pPr>
              <w:spacing w:before="40" w:after="60" w:line="245" w:lineRule="auto"/>
            </w:pPr>
            <w:r>
              <w:rPr>
                <w:color w:val="000000"/>
                <w:sz w:val="16"/>
              </w:rPr>
              <w:t>Ob književnem motivu »Hvaležni medved« – slovenska ljudska pravljica učenci vstopijo v temo gozd, življenjski prostor, pomoč in hvaležnost. Učiteljica pokaže fotografijo, reprodukcijo, predmet ali material in pove kratko likovno zgodbo: likovni detektiv odkrije nepopolno risbo na temo »naravni materiali« in prosi učence, naj z različnimi črtami, pogledi ali podrobnostmi poiščejo več možnih rešitev. Tematska rešitev: oblikuje medveda iz naravnih materialov.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688CE1AF" w14:textId="77777777">
              <w:trPr>
                <w:jc w:val="center"/>
              </w:trPr>
              <w:tc>
                <w:tcPr>
                  <w:tcW w:w="7087" w:type="dxa"/>
                  <w:shd w:val="clear" w:color="auto" w:fill="EDC9EA"/>
                  <w:tcMar>
                    <w:top w:w="45" w:type="dxa"/>
                    <w:left w:w="70" w:type="dxa"/>
                    <w:bottom w:w="45" w:type="dxa"/>
                    <w:right w:w="70" w:type="dxa"/>
                  </w:tcMar>
                </w:tcPr>
                <w:p w14:paraId="1A707D8A" w14:textId="77777777" w:rsidR="00080BF0" w:rsidRDefault="00000000">
                  <w:pPr>
                    <w:keepNext/>
                  </w:pPr>
                  <w:r>
                    <w:rPr>
                      <w:b/>
                      <w:color w:val="000000"/>
                    </w:rPr>
                    <w:t>NAMENI UČENJA</w:t>
                  </w:r>
                </w:p>
              </w:tc>
            </w:tr>
          </w:tbl>
          <w:p w14:paraId="7FBAEC82" w14:textId="77777777" w:rsidR="00080BF0" w:rsidRDefault="00080BF0">
            <w:pPr>
              <w:spacing w:line="20" w:lineRule="exact"/>
            </w:pPr>
          </w:p>
          <w:p w14:paraId="411033AF"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259B8F2D" w14:textId="77777777" w:rsidR="00080BF0" w:rsidRDefault="00000000">
            <w:pPr>
              <w:pStyle w:val="Oznaenseznam"/>
              <w:spacing w:after="16"/>
            </w:pPr>
            <w:r>
              <w:rPr>
                <w:color w:val="000000"/>
                <w:sz w:val="16"/>
              </w:rPr>
              <w:t>raziskujem teksture</w:t>
            </w:r>
          </w:p>
          <w:p w14:paraId="5BD07994" w14:textId="77777777" w:rsidR="00080BF0" w:rsidRDefault="00000000">
            <w:pPr>
              <w:pStyle w:val="Oznaenseznam"/>
              <w:spacing w:after="16"/>
            </w:pPr>
            <w:r>
              <w:rPr>
                <w:color w:val="000000"/>
                <w:sz w:val="16"/>
              </w:rPr>
              <w:t>sestavim prostorsko tvorbo</w:t>
            </w:r>
          </w:p>
          <w:p w14:paraId="67D50080" w14:textId="77777777" w:rsidR="00080BF0" w:rsidRDefault="00000000">
            <w:pPr>
              <w:pStyle w:val="Oznaenseznam"/>
              <w:spacing w:after="16"/>
            </w:pPr>
            <w:r>
              <w:rPr>
                <w:color w:val="000000"/>
                <w:sz w:val="16"/>
              </w:rPr>
              <w:t>povem, od kod material izvira</w:t>
            </w:r>
          </w:p>
          <w:tbl>
            <w:tblPr>
              <w:tblStyle w:val="Tabelamrea"/>
              <w:tblW w:w="0" w:type="auto"/>
              <w:jc w:val="center"/>
              <w:tblLayout w:type="fixed"/>
              <w:tblLook w:val="04A0" w:firstRow="1" w:lastRow="0" w:firstColumn="1" w:lastColumn="0" w:noHBand="0" w:noVBand="1"/>
            </w:tblPr>
            <w:tblGrid>
              <w:gridCol w:w="7087"/>
            </w:tblGrid>
            <w:tr w:rsidR="00080BF0" w14:paraId="7F7FD3E2" w14:textId="77777777">
              <w:trPr>
                <w:jc w:val="center"/>
              </w:trPr>
              <w:tc>
                <w:tcPr>
                  <w:tcW w:w="7087" w:type="dxa"/>
                  <w:shd w:val="clear" w:color="auto" w:fill="EDC9EA"/>
                  <w:tcMar>
                    <w:top w:w="45" w:type="dxa"/>
                    <w:left w:w="70" w:type="dxa"/>
                    <w:bottom w:w="45" w:type="dxa"/>
                    <w:right w:w="70" w:type="dxa"/>
                  </w:tcMar>
                </w:tcPr>
                <w:p w14:paraId="71811141" w14:textId="77777777" w:rsidR="00080BF0" w:rsidRDefault="00000000">
                  <w:pPr>
                    <w:keepNext/>
                  </w:pPr>
                  <w:r>
                    <w:rPr>
                      <w:b/>
                      <w:color w:val="000000"/>
                    </w:rPr>
                    <w:t>PREVERJANJE PREDZNANJA</w:t>
                  </w:r>
                </w:p>
              </w:tc>
            </w:tr>
          </w:tbl>
          <w:p w14:paraId="65F08D3F" w14:textId="77777777" w:rsidR="00080BF0" w:rsidRDefault="00080BF0">
            <w:pPr>
              <w:spacing w:line="20" w:lineRule="exact"/>
            </w:pPr>
          </w:p>
          <w:p w14:paraId="5867855F" w14:textId="77777777" w:rsidR="00080BF0" w:rsidRDefault="00000000">
            <w:pPr>
              <w:pStyle w:val="Oznaenseznam"/>
              <w:spacing w:after="16"/>
            </w:pPr>
            <w:r>
              <w:rPr>
                <w:color w:val="000000"/>
                <w:sz w:val="16"/>
              </w:rPr>
              <w:t>Kaj najprej opazim pri motivu, predmetu ali materialu, povezanem s temo »NARAVNI MATERIALI«?</w:t>
            </w:r>
          </w:p>
          <w:p w14:paraId="16748566"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0F2E6583"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48E931AB" w14:textId="77777777">
              <w:trPr>
                <w:jc w:val="center"/>
              </w:trPr>
              <w:tc>
                <w:tcPr>
                  <w:tcW w:w="7087" w:type="dxa"/>
                  <w:shd w:val="clear" w:color="auto" w:fill="EDC9EA"/>
                  <w:tcMar>
                    <w:top w:w="45" w:type="dxa"/>
                    <w:left w:w="70" w:type="dxa"/>
                    <w:bottom w:w="45" w:type="dxa"/>
                    <w:right w:w="70" w:type="dxa"/>
                  </w:tcMar>
                </w:tcPr>
                <w:p w14:paraId="01F902B3" w14:textId="77777777" w:rsidR="00080BF0" w:rsidRDefault="00000000">
                  <w:pPr>
                    <w:keepNext/>
                  </w:pPr>
                  <w:r>
                    <w:rPr>
                      <w:b/>
                      <w:color w:val="000000"/>
                    </w:rPr>
                    <w:t>KRITERIJI USPEŠNOSTI</w:t>
                  </w:r>
                </w:p>
              </w:tc>
            </w:tr>
          </w:tbl>
          <w:p w14:paraId="35234025" w14:textId="77777777" w:rsidR="00080BF0" w:rsidRDefault="00080BF0"/>
          <w:p w14:paraId="24609FD0" w14:textId="77777777" w:rsidR="00080BF0" w:rsidRDefault="00000000">
            <w:pPr>
              <w:spacing w:before="20" w:after="20" w:line="245" w:lineRule="auto"/>
            </w:pPr>
            <w:r>
              <w:rPr>
                <w:b/>
                <w:color w:val="000000"/>
                <w:sz w:val="16"/>
              </w:rPr>
              <w:t>Uspešen/-na bom, ko:</w:t>
            </w:r>
          </w:p>
          <w:p w14:paraId="29DFB645" w14:textId="77777777" w:rsidR="00080BF0" w:rsidRDefault="00000000">
            <w:pPr>
              <w:pStyle w:val="Oznaenseznam"/>
              <w:spacing w:after="16"/>
            </w:pPr>
            <w:r>
              <w:rPr>
                <w:color w:val="000000"/>
                <w:sz w:val="16"/>
              </w:rPr>
              <w:t>raziskujem teksture</w:t>
            </w:r>
          </w:p>
          <w:p w14:paraId="06604864" w14:textId="77777777" w:rsidR="00080BF0" w:rsidRDefault="00000000">
            <w:pPr>
              <w:pStyle w:val="Oznaenseznam"/>
              <w:spacing w:after="16"/>
            </w:pPr>
            <w:r>
              <w:rPr>
                <w:color w:val="000000"/>
                <w:sz w:val="16"/>
              </w:rPr>
              <w:t>sestavim prostorsko tvorbo</w:t>
            </w:r>
          </w:p>
          <w:p w14:paraId="36C5D735" w14:textId="77777777" w:rsidR="00080BF0" w:rsidRDefault="00000000">
            <w:pPr>
              <w:pStyle w:val="Oznaenseznam"/>
              <w:spacing w:after="16"/>
            </w:pPr>
            <w:r>
              <w:rPr>
                <w:color w:val="000000"/>
                <w:sz w:val="16"/>
              </w:rPr>
              <w:t>povem, od kod material izvira</w:t>
            </w:r>
          </w:p>
          <w:p w14:paraId="5EDDCC8A" w14:textId="77777777" w:rsidR="00080BF0" w:rsidRDefault="00000000">
            <w:pPr>
              <w:pStyle w:val="Oznaenseznam"/>
              <w:spacing w:after="16"/>
            </w:pPr>
            <w:r>
              <w:rPr>
                <w:color w:val="000000"/>
                <w:sz w:val="15"/>
              </w:rPr>
              <w:t>varno in namensko uporabim material, zaščitim prostor ter po delu uredim svojo postajo</w:t>
            </w:r>
          </w:p>
          <w:p w14:paraId="7DFCC47D"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650AE100" w14:textId="77777777" w:rsidR="00080BF0" w:rsidRDefault="00080BF0"/>
          <w:p w14:paraId="6D66A4EC"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15D1EF78" w14:textId="77777777" w:rsidR="00080BF0" w:rsidRDefault="00000000">
            <w:pPr>
              <w:spacing w:after="80" w:line="245" w:lineRule="auto"/>
            </w:pPr>
            <w:r>
              <w:rPr>
                <w:color w:val="000000"/>
                <w:sz w:val="16"/>
              </w:rPr>
              <w:t>Pove ali pokaže, kaj že zna opaziti in katero likovno možnost bi najprej preizkusil.</w:t>
            </w:r>
          </w:p>
          <w:p w14:paraId="31DC7A47" w14:textId="77777777" w:rsidR="00080BF0" w:rsidRDefault="00000000">
            <w:pPr>
              <w:spacing w:after="100" w:line="245" w:lineRule="auto"/>
            </w:pPr>
            <w:r>
              <w:rPr>
                <w:color w:val="000000"/>
                <w:sz w:val="16"/>
              </w:rPr>
              <w:t>Sodeluje pri razumevanju namena, meril uspešnosti, varne rabe pripomočkov in načina dokazovanja.</w:t>
            </w:r>
          </w:p>
          <w:p w14:paraId="724BCBA8" w14:textId="77777777" w:rsidR="00080BF0" w:rsidRDefault="00000000">
            <w:pPr>
              <w:spacing w:after="20" w:line="245" w:lineRule="auto"/>
            </w:pPr>
            <w:r>
              <w:rPr>
                <w:b/>
                <w:color w:val="D95BC6"/>
                <w:sz w:val="17"/>
              </w:rPr>
              <w:t>DOKAZ O UČENJU</w:t>
            </w:r>
          </w:p>
          <w:p w14:paraId="60D0F260"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579B1EE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06CFE6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4FCD349"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2429C25" w14:textId="77777777" w:rsidR="00080BF0" w:rsidRDefault="00000000">
            <w:pPr>
              <w:jc w:val="center"/>
            </w:pPr>
            <w:r>
              <w:rPr>
                <w:b/>
                <w:color w:val="000000"/>
                <w:sz w:val="20"/>
              </w:rPr>
              <w:t>UČNE DEJAVNOSTI, METODE IN FORMATIVNO SPREMLJANJE</w:t>
            </w:r>
          </w:p>
        </w:tc>
      </w:tr>
      <w:tr w:rsidR="00080BF0" w14:paraId="2E8C3546" w14:textId="77777777">
        <w:trPr>
          <w:tblHeader/>
          <w:jc w:val="center"/>
        </w:trPr>
        <w:tc>
          <w:tcPr>
            <w:tcW w:w="4422" w:type="dxa"/>
            <w:vMerge/>
            <w:tcMar>
              <w:top w:w="70" w:type="dxa"/>
              <w:left w:w="90" w:type="dxa"/>
              <w:bottom w:w="70" w:type="dxa"/>
              <w:right w:w="90" w:type="dxa"/>
            </w:tcMar>
            <w:vAlign w:val="center"/>
          </w:tcPr>
          <w:p w14:paraId="2068696C" w14:textId="77777777" w:rsidR="00080BF0" w:rsidRDefault="00080BF0"/>
        </w:tc>
        <w:tc>
          <w:tcPr>
            <w:tcW w:w="7087" w:type="dxa"/>
            <w:shd w:val="clear" w:color="auto" w:fill="FFFFFF"/>
            <w:tcMar>
              <w:top w:w="70" w:type="dxa"/>
              <w:left w:w="90" w:type="dxa"/>
              <w:bottom w:w="70" w:type="dxa"/>
              <w:right w:w="90" w:type="dxa"/>
            </w:tcMar>
            <w:vAlign w:val="center"/>
          </w:tcPr>
          <w:p w14:paraId="60A10A1B"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D0D9EA7" w14:textId="77777777" w:rsidR="00080BF0" w:rsidRDefault="00000000">
            <w:pPr>
              <w:jc w:val="center"/>
            </w:pPr>
            <w:r>
              <w:rPr>
                <w:b/>
                <w:color w:val="000000"/>
              </w:rPr>
              <w:t>UČENEC</w:t>
            </w:r>
          </w:p>
        </w:tc>
      </w:tr>
      <w:tr w:rsidR="00080BF0" w14:paraId="432EF1B4" w14:textId="77777777">
        <w:trPr>
          <w:jc w:val="center"/>
        </w:trPr>
        <w:tc>
          <w:tcPr>
            <w:tcW w:w="4422" w:type="dxa"/>
            <w:tcMar>
              <w:top w:w="70" w:type="dxa"/>
              <w:left w:w="90" w:type="dxa"/>
              <w:bottom w:w="70" w:type="dxa"/>
              <w:right w:w="90" w:type="dxa"/>
            </w:tcMar>
          </w:tcPr>
          <w:p w14:paraId="53E498A4" w14:textId="77777777" w:rsidR="00080BF0" w:rsidRDefault="00080BF0"/>
          <w:p w14:paraId="03C0C018" w14:textId="77777777" w:rsidR="00080BF0" w:rsidRDefault="00000000">
            <w:pPr>
              <w:spacing w:after="40" w:line="245" w:lineRule="auto"/>
            </w:pPr>
            <w:r>
              <w:rPr>
                <w:b/>
                <w:color w:val="000000"/>
              </w:rPr>
              <w:t>KLJUČNI LIKOVNI POJMI</w:t>
            </w:r>
          </w:p>
          <w:p w14:paraId="14961D82"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pika, ravna in kriva črta, sklenjena oblika, podrobnost, razmerje, simbol</w:t>
            </w:r>
          </w:p>
          <w:p w14:paraId="5DF6ADF6" w14:textId="77777777" w:rsidR="00080BF0" w:rsidRDefault="00000000">
            <w:pPr>
              <w:spacing w:after="20" w:line="245" w:lineRule="auto"/>
            </w:pPr>
            <w:r>
              <w:rPr>
                <w:b/>
                <w:color w:val="000000"/>
                <w:sz w:val="17"/>
              </w:rPr>
              <w:t>DOKAZI O UČENJU</w:t>
            </w:r>
          </w:p>
          <w:p w14:paraId="5B7C96E0" w14:textId="77777777" w:rsidR="00080BF0" w:rsidRDefault="00000000">
            <w:pPr>
              <w:pStyle w:val="Oznaenseznam"/>
              <w:spacing w:after="9"/>
            </w:pPr>
            <w:r>
              <w:rPr>
                <w:color w:val="000000"/>
                <w:sz w:val="15"/>
              </w:rPr>
              <w:t>list materialnih poskusov, skica/načrt, učenčeva razlaga in učiteljev zapis o varni rabi pripomočkov.</w:t>
            </w:r>
          </w:p>
          <w:p w14:paraId="55B4E76A" w14:textId="77777777" w:rsidR="00080BF0" w:rsidRDefault="00000000">
            <w:pPr>
              <w:pStyle w:val="Oznaenseznam"/>
              <w:spacing w:after="9"/>
            </w:pPr>
            <w:r>
              <w:rPr>
                <w:color w:val="000000"/>
                <w:sz w:val="15"/>
              </w:rPr>
              <w:t>likovni proces in izdelek, fotografija faze, učenčeva razlaga ter samovrednotenje v mapi.</w:t>
            </w:r>
          </w:p>
          <w:p w14:paraId="181EB7C2" w14:textId="77777777" w:rsidR="00080BF0" w:rsidRDefault="00000000">
            <w:pPr>
              <w:spacing w:before="40" w:after="20" w:line="245" w:lineRule="auto"/>
            </w:pPr>
            <w:r>
              <w:rPr>
                <w:b/>
                <w:color w:val="000000"/>
                <w:sz w:val="17"/>
              </w:rPr>
              <w:t>LIKOVNO DOŽIVETJE IN IZKUŠENJSKI POUK</w:t>
            </w:r>
          </w:p>
          <w:p w14:paraId="6D7C56AE"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56163CCF" w14:textId="77777777" w:rsidR="00080BF0" w:rsidRDefault="00000000">
            <w:pPr>
              <w:spacing w:after="20" w:line="245" w:lineRule="auto"/>
            </w:pPr>
            <w:r>
              <w:rPr>
                <w:b/>
                <w:color w:val="000000"/>
                <w:sz w:val="17"/>
              </w:rPr>
              <w:t>POUČEVANJE V GIBANJU</w:t>
            </w:r>
          </w:p>
          <w:p w14:paraId="2E27A4BF"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41E7FB2B" w14:textId="77777777" w:rsidR="00080BF0" w:rsidRDefault="00000000">
            <w:pPr>
              <w:spacing w:after="20" w:line="245" w:lineRule="auto"/>
            </w:pPr>
            <w:r>
              <w:rPr>
                <w:b/>
                <w:color w:val="000000"/>
                <w:sz w:val="17"/>
              </w:rPr>
              <w:t>DELO PO POSTAJAH</w:t>
            </w:r>
          </w:p>
          <w:p w14:paraId="7B9B7AE8"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16C711C4" w14:textId="77777777" w:rsidR="00080BF0" w:rsidRDefault="00000000">
            <w:pPr>
              <w:spacing w:after="9" w:line="245" w:lineRule="auto"/>
            </w:pPr>
            <w:r>
              <w:rPr>
                <w:color w:val="000000"/>
                <w:sz w:val="14"/>
              </w:rPr>
              <w:t>1. Opazovalna: predmet, obraz, figuro ali motiv opazujem z okvirjem ter poiščem tri pomembne črte, oblike ali podrobnosti.</w:t>
            </w:r>
          </w:p>
          <w:p w14:paraId="6E014CDD" w14:textId="77777777" w:rsidR="00080BF0" w:rsidRDefault="00000000">
            <w:pPr>
              <w:spacing w:after="9" w:line="245" w:lineRule="auto"/>
            </w:pPr>
            <w:r>
              <w:rPr>
                <w:color w:val="000000"/>
                <w:sz w:val="14"/>
              </w:rPr>
              <w:t>2. Risarski laboratorij: na poskusnem listu primerjam sledi različnih risal, pritisk, smer in gostoto črt.</w:t>
            </w:r>
          </w:p>
          <w:p w14:paraId="42EEB11F" w14:textId="77777777" w:rsidR="00080BF0" w:rsidRDefault="00000000">
            <w:pPr>
              <w:spacing w:after="9" w:line="245" w:lineRule="auto"/>
            </w:pPr>
            <w:r>
              <w:rPr>
                <w:color w:val="000000"/>
                <w:sz w:val="14"/>
              </w:rPr>
              <w:t>3. Gibalna črta: z vrvjo, korakom, roko ali celim telesom oblikujem ravno, krivo, sklenjeno in nesklenjeno pot.</w:t>
            </w:r>
          </w:p>
          <w:p w14:paraId="5A0DCF65" w14:textId="77777777" w:rsidR="00080BF0" w:rsidRDefault="00000000">
            <w:pPr>
              <w:spacing w:after="9" w:line="245" w:lineRule="auto"/>
            </w:pPr>
            <w:r>
              <w:rPr>
                <w:color w:val="000000"/>
                <w:sz w:val="14"/>
              </w:rPr>
              <w:t>4. Ustvarjalno-refleksivna: izdelam osebno rešitev, izberem dokaz, ga pojasnim in po odzivu izboljšam.</w:t>
            </w:r>
          </w:p>
          <w:p w14:paraId="5EDA4D6D" w14:textId="77777777" w:rsidR="00080BF0" w:rsidRDefault="00000000">
            <w:pPr>
              <w:spacing w:after="20" w:line="245" w:lineRule="auto"/>
            </w:pPr>
            <w:r>
              <w:rPr>
                <w:b/>
                <w:color w:val="000000"/>
                <w:sz w:val="17"/>
              </w:rPr>
              <w:t>DIFERENCIACIJA IN VKLJUČEVANJE</w:t>
            </w:r>
          </w:p>
          <w:p w14:paraId="77D93279"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62725107" w14:textId="77777777" w:rsidR="00080BF0" w:rsidRDefault="00000000">
            <w:pPr>
              <w:spacing w:after="20" w:line="245" w:lineRule="auto"/>
            </w:pPr>
            <w:r>
              <w:rPr>
                <w:b/>
                <w:color w:val="000000"/>
                <w:sz w:val="17"/>
              </w:rPr>
              <w:t>SPREMLJANJE</w:t>
            </w:r>
          </w:p>
          <w:p w14:paraId="569B6A29"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234480F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CBFAA28" w14:textId="77777777">
              <w:trPr>
                <w:jc w:val="center"/>
              </w:trPr>
              <w:tc>
                <w:tcPr>
                  <w:tcW w:w="7087" w:type="dxa"/>
                  <w:shd w:val="clear" w:color="auto" w:fill="C6E7F3"/>
                  <w:tcMar>
                    <w:top w:w="45" w:type="dxa"/>
                    <w:left w:w="70" w:type="dxa"/>
                    <w:bottom w:w="45" w:type="dxa"/>
                    <w:right w:w="70" w:type="dxa"/>
                  </w:tcMar>
                </w:tcPr>
                <w:p w14:paraId="16141D95" w14:textId="77777777" w:rsidR="00080BF0" w:rsidRDefault="00000000">
                  <w:pPr>
                    <w:keepNext/>
                  </w:pPr>
                  <w:r>
                    <w:rPr>
                      <w:b/>
                      <w:color w:val="000000"/>
                      <w:sz w:val="17"/>
                    </w:rPr>
                    <w:t>GLAVNI DEL – OPAZOVANJE, MATERIALNI PREIZKUS, USTVARJANJE IN GALERIJA (2 šolski uri)</w:t>
                  </w:r>
                </w:p>
              </w:tc>
            </w:tr>
          </w:tbl>
          <w:p w14:paraId="7FEF8FE0" w14:textId="77777777" w:rsidR="00080BF0" w:rsidRDefault="00080BF0">
            <w:pPr>
              <w:spacing w:line="20" w:lineRule="exact"/>
            </w:pPr>
          </w:p>
          <w:p w14:paraId="246F924B" w14:textId="77777777" w:rsidR="00080BF0" w:rsidRDefault="00000000">
            <w:pPr>
              <w:keepNext/>
              <w:spacing w:before="22" w:after="8" w:line="245" w:lineRule="auto"/>
            </w:pPr>
            <w:r>
              <w:rPr>
                <w:b/>
                <w:color w:val="000000"/>
                <w:sz w:val="16"/>
              </w:rPr>
              <w:t>1. URA – Naravni materiali – Opazujem, preizkušam, načrtujem</w:t>
            </w:r>
          </w:p>
          <w:p w14:paraId="674BFBEB"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»NARAVNI MATERIALI«.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690C5ACF"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1A049B62"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3DC9AC75" w14:textId="77777777" w:rsidR="00080BF0" w:rsidRDefault="00000000">
            <w:pPr>
              <w:keepNext/>
              <w:spacing w:before="22" w:after="8" w:line="245" w:lineRule="auto"/>
            </w:pPr>
            <w:r>
              <w:rPr>
                <w:b/>
                <w:color w:val="000000"/>
                <w:sz w:val="16"/>
              </w:rPr>
              <w:t>2. URA – Naravni materiali – Ustvarjam, predstavim, izboljšam</w:t>
            </w:r>
          </w:p>
          <w:p w14:paraId="7CE9E4A2"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»NARAVNI MATERIALI«; postavlja vprašanja o nameri, nudi tehnično oporo in omogoči izboljšavo. Zaključek 10': 10' – Izvede tiho galerijo; modelira odziv »Opazim … / Učinkuje … / Lahko poskusiš …« ter vodi pospravljanje.</w:t>
            </w:r>
          </w:p>
          <w:p w14:paraId="33F51CC7"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5D5DD6EF"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740BBB51" w14:textId="77777777">
              <w:trPr>
                <w:jc w:val="center"/>
              </w:trPr>
              <w:tc>
                <w:tcPr>
                  <w:tcW w:w="7087" w:type="dxa"/>
                  <w:shd w:val="clear" w:color="auto" w:fill="EDC9EA"/>
                  <w:tcMar>
                    <w:top w:w="45" w:type="dxa"/>
                    <w:left w:w="70" w:type="dxa"/>
                    <w:bottom w:w="45" w:type="dxa"/>
                    <w:right w:w="70" w:type="dxa"/>
                  </w:tcMar>
                </w:tcPr>
                <w:p w14:paraId="740B6417" w14:textId="77777777" w:rsidR="00080BF0" w:rsidRDefault="00000000">
                  <w:pPr>
                    <w:keepNext/>
                  </w:pPr>
                  <w:r>
                    <w:rPr>
                      <w:b/>
                      <w:color w:val="000000"/>
                      <w:sz w:val="17"/>
                    </w:rPr>
                    <w:t>ORGANIZACIJA POSTAJ IN PREHODOV</w:t>
                  </w:r>
                </w:p>
              </w:tc>
            </w:tr>
          </w:tbl>
          <w:p w14:paraId="011E0119" w14:textId="77777777" w:rsidR="00080BF0" w:rsidRDefault="00080BF0"/>
          <w:p w14:paraId="771CDA7F" w14:textId="77777777" w:rsidR="00080BF0" w:rsidRDefault="00000000">
            <w:pPr>
              <w:spacing w:before="8" w:after="8" w:line="245" w:lineRule="auto"/>
            </w:pPr>
            <w:r>
              <w:rPr>
                <w:color w:val="000000"/>
                <w:sz w:val="14"/>
              </w:rPr>
              <w:t>Postaja 1: Opazovalna: predmet, obraz, figuro ali motiv opazujem z okvirjem ter poiščem tri pomembne črte, oblike ali podrobnosti.</w:t>
            </w:r>
          </w:p>
          <w:p w14:paraId="28F71FBE" w14:textId="77777777" w:rsidR="00080BF0" w:rsidRDefault="00000000">
            <w:pPr>
              <w:spacing w:before="8" w:after="8" w:line="245" w:lineRule="auto"/>
            </w:pPr>
            <w:r>
              <w:rPr>
                <w:color w:val="000000"/>
                <w:sz w:val="14"/>
              </w:rPr>
              <w:t>Postaja 2: Risarski laboratorij: na poskusnem listu primerjam sledi različnih risal, pritisk, smer in gostoto črt.</w:t>
            </w:r>
          </w:p>
          <w:p w14:paraId="2B8986BB" w14:textId="77777777" w:rsidR="00080BF0" w:rsidRDefault="00000000">
            <w:pPr>
              <w:spacing w:before="8" w:after="8" w:line="245" w:lineRule="auto"/>
            </w:pPr>
            <w:r>
              <w:rPr>
                <w:color w:val="000000"/>
                <w:sz w:val="14"/>
              </w:rPr>
              <w:t>Postaja 3: Gibalna črta: z vrvjo, korakom, roko ali celim telesom oblikujem ravno, krivo, sklenjeno in nesklenjeno pot.</w:t>
            </w:r>
          </w:p>
          <w:p w14:paraId="56026B14" w14:textId="77777777" w:rsidR="00080BF0" w:rsidRDefault="00000000">
            <w:pPr>
              <w:spacing w:before="8" w:after="8" w:line="245" w:lineRule="auto"/>
            </w:pPr>
            <w:r>
              <w:rPr>
                <w:color w:val="000000"/>
                <w:sz w:val="14"/>
              </w:rPr>
              <w:t>Postaja 4: Ustvarjalno-refleksivna: izdelam osebno rešitev, izberem dokaz, ga pojasnim in po odzivu izboljšam.</w:t>
            </w:r>
          </w:p>
          <w:p w14:paraId="35D2D27B"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73E187F4" w14:textId="77777777" w:rsidR="00080BF0" w:rsidRDefault="00080BF0"/>
          <w:p w14:paraId="2E29A297" w14:textId="77777777" w:rsidR="00080BF0" w:rsidRDefault="00000000">
            <w:pPr>
              <w:spacing w:after="6" w:line="245" w:lineRule="auto"/>
            </w:pPr>
            <w:r>
              <w:rPr>
                <w:b/>
                <w:color w:val="000000"/>
                <w:sz w:val="15"/>
              </w:rPr>
              <w:t>1. URA – Naravni materiali – Opazujem, preizkušam, načrtujem</w:t>
            </w:r>
          </w:p>
          <w:p w14:paraId="0E4F3394"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0F7A7B80" w14:textId="77777777" w:rsidR="00080BF0" w:rsidRDefault="00000000">
            <w:pPr>
              <w:spacing w:after="20" w:line="245" w:lineRule="auto"/>
            </w:pPr>
            <w:r>
              <w:rPr>
                <w:color w:val="D95BC6"/>
                <w:sz w:val="14"/>
              </w:rPr>
              <w:t>Dokaz: list materialnih poskusov, skica/načrt, učenčeva razlaga in učiteljev zapis o varni rabi.</w:t>
            </w:r>
          </w:p>
          <w:p w14:paraId="68E0A2F5" w14:textId="77777777" w:rsidR="00080BF0" w:rsidRDefault="00000000">
            <w:pPr>
              <w:spacing w:after="6" w:line="245" w:lineRule="auto"/>
            </w:pPr>
            <w:r>
              <w:rPr>
                <w:b/>
                <w:color w:val="000000"/>
                <w:sz w:val="15"/>
              </w:rPr>
              <w:t>2. URA – Naravni materiali – Ustvarjam, predstavim, izboljšam</w:t>
            </w:r>
          </w:p>
          <w:p w14:paraId="0CD87975"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67B838EC" w14:textId="77777777" w:rsidR="00080BF0" w:rsidRDefault="00000000">
            <w:pPr>
              <w:spacing w:after="20" w:line="245" w:lineRule="auto"/>
            </w:pPr>
            <w:r>
              <w:rPr>
                <w:color w:val="D95BC6"/>
                <w:sz w:val="14"/>
              </w:rPr>
              <w:t>Dokaz: likovni proces in izdelek, fotografija faze, učenčeva razlaga ter samovrednotenje v mapi.</w:t>
            </w:r>
          </w:p>
          <w:p w14:paraId="216C9126" w14:textId="77777777" w:rsidR="00080BF0" w:rsidRDefault="00000000">
            <w:pPr>
              <w:spacing w:before="40" w:after="20" w:line="245" w:lineRule="auto"/>
            </w:pPr>
            <w:r>
              <w:rPr>
                <w:b/>
                <w:color w:val="D95BC6"/>
                <w:sz w:val="16"/>
              </w:rPr>
              <w:t>MOJ KROG POSTAJ</w:t>
            </w:r>
          </w:p>
          <w:p w14:paraId="5D09295B" w14:textId="77777777" w:rsidR="00080BF0" w:rsidRDefault="00000000">
            <w:pPr>
              <w:spacing w:after="11" w:line="245" w:lineRule="auto"/>
            </w:pPr>
            <w:r>
              <w:rPr>
                <w:color w:val="000000"/>
                <w:sz w:val="13"/>
              </w:rPr>
              <w:t>1. Opazovalna: predmet, obraz, figuro ali motiv opazujem z okvirjem ter poiščem tri pomembne.</w:t>
            </w:r>
          </w:p>
          <w:p w14:paraId="43847DFF" w14:textId="77777777" w:rsidR="00080BF0" w:rsidRDefault="00000000">
            <w:pPr>
              <w:spacing w:after="11" w:line="245" w:lineRule="auto"/>
            </w:pPr>
            <w:r>
              <w:rPr>
                <w:color w:val="000000"/>
                <w:sz w:val="13"/>
              </w:rPr>
              <w:t>2. Risarski laboratorij: na poskusnem listu primerjam sledi različnih risal, pritisk.</w:t>
            </w:r>
          </w:p>
          <w:p w14:paraId="4CE275BB" w14:textId="77777777" w:rsidR="00080BF0" w:rsidRDefault="00000000">
            <w:pPr>
              <w:spacing w:after="11" w:line="245" w:lineRule="auto"/>
            </w:pPr>
            <w:r>
              <w:rPr>
                <w:color w:val="000000"/>
                <w:sz w:val="13"/>
              </w:rPr>
              <w:t>3. Gibalna črta: z vrvjo, korakom, roko ali celim telesom oblikujem ravno, krivo.</w:t>
            </w:r>
          </w:p>
          <w:p w14:paraId="26CB5576" w14:textId="77777777" w:rsidR="00080BF0" w:rsidRDefault="00000000">
            <w:pPr>
              <w:spacing w:after="11" w:line="245" w:lineRule="auto"/>
            </w:pPr>
            <w:r>
              <w:rPr>
                <w:color w:val="000000"/>
                <w:sz w:val="13"/>
              </w:rPr>
              <w:t>4. Ustvarjalno-refleksivna: izdelam osebno rešitev, izberem dokaz.</w:t>
            </w:r>
          </w:p>
          <w:p w14:paraId="619A5121"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782740D7" w14:textId="77777777" w:rsidR="00080BF0" w:rsidRDefault="00000000">
            <w:pPr>
              <w:spacing w:after="20" w:line="245" w:lineRule="auto"/>
            </w:pPr>
            <w:r>
              <w:rPr>
                <w:b/>
                <w:color w:val="D95BC6"/>
                <w:sz w:val="17"/>
              </w:rPr>
              <w:t>DOKAZ O UČENJU</w:t>
            </w:r>
          </w:p>
          <w:p w14:paraId="14EF80DA"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7AFB5D4E"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447DCB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8376E27"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189888A" w14:textId="77777777" w:rsidR="00080BF0" w:rsidRDefault="00000000">
            <w:pPr>
              <w:jc w:val="center"/>
            </w:pPr>
            <w:r>
              <w:rPr>
                <w:b/>
                <w:color w:val="000000"/>
                <w:sz w:val="20"/>
              </w:rPr>
              <w:t>UČNE DEJAVNOSTI, METODE IN FORMATIVNO SPREMLJANJE</w:t>
            </w:r>
          </w:p>
        </w:tc>
      </w:tr>
      <w:tr w:rsidR="00080BF0" w14:paraId="6CC43226" w14:textId="77777777">
        <w:trPr>
          <w:tblHeader/>
          <w:jc w:val="center"/>
        </w:trPr>
        <w:tc>
          <w:tcPr>
            <w:tcW w:w="4422" w:type="dxa"/>
            <w:vMerge/>
            <w:tcMar>
              <w:top w:w="70" w:type="dxa"/>
              <w:left w:w="90" w:type="dxa"/>
              <w:bottom w:w="70" w:type="dxa"/>
              <w:right w:w="90" w:type="dxa"/>
            </w:tcMar>
            <w:vAlign w:val="center"/>
          </w:tcPr>
          <w:p w14:paraId="43EB365E" w14:textId="77777777" w:rsidR="00080BF0" w:rsidRDefault="00080BF0"/>
        </w:tc>
        <w:tc>
          <w:tcPr>
            <w:tcW w:w="7087" w:type="dxa"/>
            <w:shd w:val="clear" w:color="auto" w:fill="FFFFFF"/>
            <w:tcMar>
              <w:top w:w="70" w:type="dxa"/>
              <w:left w:w="90" w:type="dxa"/>
              <w:bottom w:w="70" w:type="dxa"/>
              <w:right w:w="90" w:type="dxa"/>
            </w:tcMar>
            <w:vAlign w:val="center"/>
          </w:tcPr>
          <w:p w14:paraId="31917E7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5ADEF5A" w14:textId="77777777" w:rsidR="00080BF0" w:rsidRDefault="00000000">
            <w:pPr>
              <w:jc w:val="center"/>
            </w:pPr>
            <w:r>
              <w:rPr>
                <w:b/>
                <w:color w:val="000000"/>
              </w:rPr>
              <w:t>UČENEC</w:t>
            </w:r>
          </w:p>
        </w:tc>
      </w:tr>
      <w:tr w:rsidR="00080BF0" w14:paraId="2E492600" w14:textId="77777777">
        <w:trPr>
          <w:jc w:val="center"/>
        </w:trPr>
        <w:tc>
          <w:tcPr>
            <w:tcW w:w="4422" w:type="dxa"/>
            <w:tcMar>
              <w:top w:w="70" w:type="dxa"/>
              <w:left w:w="90" w:type="dxa"/>
              <w:bottom w:w="70" w:type="dxa"/>
              <w:right w:w="90" w:type="dxa"/>
            </w:tcMar>
          </w:tcPr>
          <w:p w14:paraId="3DC4CF92" w14:textId="77777777" w:rsidR="00080BF0" w:rsidRDefault="00080BF0"/>
          <w:p w14:paraId="425BDFF1" w14:textId="77777777" w:rsidR="00080BF0" w:rsidRDefault="00000000">
            <w:pPr>
              <w:spacing w:after="40" w:line="245" w:lineRule="auto"/>
            </w:pPr>
            <w:r>
              <w:rPr>
                <w:b/>
                <w:color w:val="000000"/>
              </w:rPr>
              <w:t>FORMATIVNO SPREMLJANJE</w:t>
            </w:r>
          </w:p>
          <w:p w14:paraId="59AAFA77" w14:textId="77777777" w:rsidR="00080BF0" w:rsidRDefault="00000000">
            <w:pPr>
              <w:pStyle w:val="Oznaenseznam"/>
              <w:spacing w:after="16"/>
            </w:pPr>
            <w:r>
              <w:rPr>
                <w:color w:val="000000"/>
                <w:sz w:val="15"/>
              </w:rPr>
              <w:t>predznanje: opažanje, gibalna ponazoritev, izbira kartice, razvrstitev materialov, poskusna sled ali skica</w:t>
            </w:r>
          </w:p>
          <w:p w14:paraId="0F577FE0"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2AD16348"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3DDA8FC2" w14:textId="77777777" w:rsidR="00080BF0" w:rsidRDefault="00000000">
            <w:pPr>
              <w:pStyle w:val="Oznaenseznam"/>
              <w:spacing w:after="16"/>
            </w:pPr>
            <w:r>
              <w:rPr>
                <w:color w:val="000000"/>
                <w:sz w:val="15"/>
              </w:rPr>
              <w:t>povratna informacija: opis vidne likovne odločitve, povezava z enim merilom in izvedljiv naslednji korak</w:t>
            </w:r>
          </w:p>
          <w:p w14:paraId="04C9CDB6" w14:textId="77777777" w:rsidR="00080BF0" w:rsidRDefault="00000000">
            <w:pPr>
              <w:pStyle w:val="Oznaenseznam"/>
              <w:spacing w:after="16"/>
            </w:pPr>
            <w:r>
              <w:rPr>
                <w:color w:val="000000"/>
                <w:sz w:val="15"/>
              </w:rPr>
              <w:t>samovrednotenje: likovni semafor, lestvica samostojnosti, izbran dokaz, galerijski odziv in izboljšava</w:t>
            </w:r>
          </w:p>
          <w:p w14:paraId="4CE5767D" w14:textId="77777777" w:rsidR="00080BF0" w:rsidRDefault="00000000">
            <w:pPr>
              <w:spacing w:before="40" w:after="20" w:line="245" w:lineRule="auto"/>
            </w:pPr>
            <w:r>
              <w:rPr>
                <w:b/>
                <w:color w:val="000000"/>
                <w:sz w:val="17"/>
              </w:rPr>
              <w:t>VARNOST, HIGIENA IN UREDITEV PROSTORA</w:t>
            </w:r>
          </w:p>
          <w:p w14:paraId="19FF7C2B"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Pri delu na velikem formatu so razdalje označene, pripomočki pa odloženi v skupno posodico.</w:t>
            </w:r>
          </w:p>
          <w:p w14:paraId="794B4087" w14:textId="77777777" w:rsidR="00080BF0" w:rsidRDefault="00000000">
            <w:pPr>
              <w:spacing w:after="20" w:line="245" w:lineRule="auto"/>
            </w:pPr>
            <w:r>
              <w:rPr>
                <w:b/>
                <w:color w:val="000000"/>
                <w:sz w:val="17"/>
              </w:rPr>
              <w:t>EVIDENCA PO IZVEDBI</w:t>
            </w:r>
          </w:p>
          <w:p w14:paraId="56F7831D"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706DC3FA" w14:textId="77777777" w:rsidR="00080BF0" w:rsidRDefault="00000000">
            <w:pPr>
              <w:spacing w:before="40" w:after="20" w:line="245" w:lineRule="auto"/>
            </w:pPr>
            <w:r>
              <w:rPr>
                <w:b/>
                <w:color w:val="000000"/>
                <w:sz w:val="17"/>
              </w:rPr>
              <w:t>RAVEN DOSEGANJA</w:t>
            </w:r>
          </w:p>
          <w:p w14:paraId="3E0442DC"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4485C145"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14B9749" w14:textId="77777777">
              <w:trPr>
                <w:jc w:val="center"/>
              </w:trPr>
              <w:tc>
                <w:tcPr>
                  <w:tcW w:w="7087" w:type="dxa"/>
                  <w:shd w:val="clear" w:color="auto" w:fill="EDC9EA"/>
                  <w:tcMar>
                    <w:top w:w="45" w:type="dxa"/>
                    <w:left w:w="70" w:type="dxa"/>
                    <w:bottom w:w="45" w:type="dxa"/>
                    <w:right w:w="70" w:type="dxa"/>
                  </w:tcMar>
                </w:tcPr>
                <w:p w14:paraId="5A545B9E" w14:textId="77777777" w:rsidR="00080BF0" w:rsidRDefault="00000000">
                  <w:pPr>
                    <w:keepNext/>
                  </w:pPr>
                  <w:r>
                    <w:rPr>
                      <w:b/>
                      <w:color w:val="000000"/>
                    </w:rPr>
                    <w:t>VPRAŠANJA V PODPORO LIKOVNEMU UČENJU</w:t>
                  </w:r>
                </w:p>
              </w:tc>
            </w:tr>
          </w:tbl>
          <w:p w14:paraId="7BF7B205" w14:textId="77777777" w:rsidR="00080BF0" w:rsidRDefault="00080BF0">
            <w:pPr>
              <w:spacing w:line="20" w:lineRule="exact"/>
            </w:pPr>
          </w:p>
          <w:p w14:paraId="6875563C" w14:textId="77777777" w:rsidR="00080BF0" w:rsidRDefault="00000000">
            <w:pPr>
              <w:pStyle w:val="Oznaenseznam"/>
              <w:spacing w:after="16"/>
            </w:pPr>
            <w:r>
              <w:rPr>
                <w:color w:val="000000"/>
                <w:sz w:val="16"/>
              </w:rPr>
              <w:t>Kaj si najprej opazil/-a in katera likovna prvina je zate najpomembnejša?</w:t>
            </w:r>
          </w:p>
          <w:p w14:paraId="787A35B4" w14:textId="77777777" w:rsidR="00080BF0" w:rsidRDefault="00000000">
            <w:pPr>
              <w:pStyle w:val="Oznaenseznam"/>
              <w:spacing w:after="16"/>
            </w:pPr>
            <w:r>
              <w:rPr>
                <w:color w:val="000000"/>
                <w:sz w:val="16"/>
              </w:rPr>
              <w:t>Kako je material ali postopek vplival na črto, barvo, obliko, površino, prostor oziroma delovanje izdelka?</w:t>
            </w:r>
          </w:p>
          <w:p w14:paraId="036B288A" w14:textId="77777777" w:rsidR="00080BF0" w:rsidRDefault="00000000">
            <w:pPr>
              <w:pStyle w:val="Oznaenseznam"/>
              <w:spacing w:after="16"/>
            </w:pPr>
            <w:r>
              <w:rPr>
                <w:color w:val="000000"/>
                <w:sz w:val="16"/>
              </w:rPr>
              <w:t>Katero možnost si preizkusil/-a, zakaj si jo izbral/-a in kaj si ob poskusu spremenil/-a?</w:t>
            </w:r>
          </w:p>
          <w:p w14:paraId="40FEEA35" w14:textId="77777777" w:rsidR="00080BF0" w:rsidRDefault="00000000">
            <w:pPr>
              <w:pStyle w:val="Oznaenseznam"/>
              <w:spacing w:after="16"/>
            </w:pPr>
            <w:r>
              <w:rPr>
                <w:color w:val="000000"/>
                <w:sz w:val="16"/>
              </w:rPr>
              <w:t>Kateri del tvojega procesa ali izdelka najjasneje pokaže dogovorjeno merilo?</w:t>
            </w:r>
          </w:p>
          <w:p w14:paraId="0E6BD650"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37A02D45" w14:textId="77777777">
              <w:trPr>
                <w:jc w:val="center"/>
              </w:trPr>
              <w:tc>
                <w:tcPr>
                  <w:tcW w:w="7087" w:type="dxa"/>
                  <w:shd w:val="clear" w:color="auto" w:fill="C6E7F3"/>
                  <w:tcMar>
                    <w:top w:w="45" w:type="dxa"/>
                    <w:left w:w="70" w:type="dxa"/>
                    <w:bottom w:w="45" w:type="dxa"/>
                    <w:right w:w="70" w:type="dxa"/>
                  </w:tcMar>
                </w:tcPr>
                <w:p w14:paraId="5A09737B" w14:textId="77777777" w:rsidR="00080BF0" w:rsidRDefault="00000000">
                  <w:pPr>
                    <w:keepNext/>
                  </w:pPr>
                  <w:r>
                    <w:rPr>
                      <w:b/>
                      <w:color w:val="000000"/>
                    </w:rPr>
                    <w:t>ZAKLJUČNI DEL – TIHA GALERIJA, RAZLAGA IN REFLEKSIJA (8–12 min)</w:t>
                  </w:r>
                </w:p>
              </w:tc>
            </w:tr>
          </w:tbl>
          <w:p w14:paraId="16F58603" w14:textId="77777777" w:rsidR="00080BF0" w:rsidRDefault="00080BF0">
            <w:pPr>
              <w:spacing w:line="20" w:lineRule="exact"/>
            </w:pPr>
          </w:p>
          <w:p w14:paraId="6422E1AD"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7B6DE296" w14:textId="77777777">
              <w:trPr>
                <w:jc w:val="center"/>
              </w:trPr>
              <w:tc>
                <w:tcPr>
                  <w:tcW w:w="7087" w:type="dxa"/>
                  <w:shd w:val="clear" w:color="auto" w:fill="EDC9EA"/>
                  <w:tcMar>
                    <w:top w:w="45" w:type="dxa"/>
                    <w:left w:w="70" w:type="dxa"/>
                    <w:bottom w:w="45" w:type="dxa"/>
                    <w:right w:w="70" w:type="dxa"/>
                  </w:tcMar>
                </w:tcPr>
                <w:p w14:paraId="293899B8" w14:textId="77777777" w:rsidR="00080BF0" w:rsidRDefault="00000000">
                  <w:pPr>
                    <w:keepNext/>
                  </w:pPr>
                  <w:r>
                    <w:rPr>
                      <w:b/>
                      <w:color w:val="000000"/>
                    </w:rPr>
                    <w:t>SAMOVREDNOTENJE</w:t>
                  </w:r>
                </w:p>
              </w:tc>
            </w:tr>
          </w:tbl>
          <w:p w14:paraId="419A7DEB" w14:textId="77777777" w:rsidR="00080BF0" w:rsidRDefault="00080BF0">
            <w:pPr>
              <w:spacing w:line="20" w:lineRule="exact"/>
            </w:pPr>
          </w:p>
          <w:p w14:paraId="5EDD69B9"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4CBA5F53" w14:textId="77777777">
              <w:trPr>
                <w:jc w:val="center"/>
              </w:trPr>
              <w:tc>
                <w:tcPr>
                  <w:tcW w:w="7087" w:type="dxa"/>
                  <w:shd w:val="clear" w:color="auto" w:fill="EDC9EA"/>
                  <w:tcMar>
                    <w:top w:w="45" w:type="dxa"/>
                    <w:left w:w="70" w:type="dxa"/>
                    <w:bottom w:w="45" w:type="dxa"/>
                    <w:right w:w="70" w:type="dxa"/>
                  </w:tcMar>
                </w:tcPr>
                <w:p w14:paraId="6F2DD7BD" w14:textId="77777777" w:rsidR="00080BF0" w:rsidRDefault="00000000">
                  <w:pPr>
                    <w:keepNext/>
                  </w:pPr>
                  <w:r>
                    <w:rPr>
                      <w:b/>
                      <w:color w:val="000000"/>
                    </w:rPr>
                    <w:t>VRSTNIŠKO VREDNOTENJE</w:t>
                  </w:r>
                </w:p>
              </w:tc>
            </w:tr>
          </w:tbl>
          <w:p w14:paraId="24E7E220" w14:textId="77777777" w:rsidR="00080BF0" w:rsidRDefault="00080BF0">
            <w:pPr>
              <w:spacing w:line="20" w:lineRule="exact"/>
            </w:pPr>
          </w:p>
          <w:p w14:paraId="6EDA9979"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264505D1" w14:textId="77777777">
              <w:trPr>
                <w:jc w:val="center"/>
              </w:trPr>
              <w:tc>
                <w:tcPr>
                  <w:tcW w:w="7087" w:type="dxa"/>
                  <w:shd w:val="clear" w:color="auto" w:fill="EDC9EA"/>
                  <w:tcMar>
                    <w:top w:w="45" w:type="dxa"/>
                    <w:left w:w="70" w:type="dxa"/>
                    <w:bottom w:w="45" w:type="dxa"/>
                    <w:right w:w="70" w:type="dxa"/>
                  </w:tcMar>
                </w:tcPr>
                <w:p w14:paraId="533EAB78" w14:textId="77777777" w:rsidR="00080BF0" w:rsidRDefault="00000000">
                  <w:pPr>
                    <w:keepNext/>
                  </w:pPr>
                  <w:r>
                    <w:rPr>
                      <w:b/>
                      <w:color w:val="000000"/>
                    </w:rPr>
                    <w:t>SKUPNI POVZETEK</w:t>
                  </w:r>
                </w:p>
              </w:tc>
            </w:tr>
          </w:tbl>
          <w:p w14:paraId="40FCF9FE" w14:textId="77777777" w:rsidR="00080BF0" w:rsidRDefault="00080BF0"/>
          <w:p w14:paraId="440F61A9" w14:textId="77777777" w:rsidR="00080BF0" w:rsidRDefault="00000000">
            <w:pPr>
              <w:spacing w:before="20" w:after="40" w:line="245" w:lineRule="auto"/>
            </w:pPr>
            <w:r>
              <w:rPr>
                <w:b/>
                <w:color w:val="000000"/>
                <w:sz w:val="16"/>
              </w:rPr>
              <w:t>raziskujem teksture; sestavim prostorsko tvorbo; povem, od kod material izvira. Izbrani dokaz pojasnim in po povratni informaciji izboljšam.</w:t>
            </w:r>
          </w:p>
        </w:tc>
        <w:tc>
          <w:tcPr>
            <w:tcW w:w="2551" w:type="dxa"/>
            <w:tcMar>
              <w:top w:w="70" w:type="dxa"/>
              <w:left w:w="90" w:type="dxa"/>
              <w:bottom w:w="70" w:type="dxa"/>
              <w:right w:w="90" w:type="dxa"/>
            </w:tcMar>
          </w:tcPr>
          <w:p w14:paraId="1D2268D0" w14:textId="77777777" w:rsidR="00080BF0" w:rsidRDefault="00080BF0"/>
          <w:p w14:paraId="4C1BB3ED" w14:textId="77777777" w:rsidR="00080BF0" w:rsidRDefault="00000000">
            <w:pPr>
              <w:spacing w:after="80" w:line="245" w:lineRule="auto"/>
            </w:pPr>
            <w:r>
              <w:rPr>
                <w:color w:val="000000"/>
                <w:sz w:val="15"/>
              </w:rPr>
              <w:t>Odgovarja na podporna vprašanja in se sklicuje na opaženo, preizkušeno, ustvarjeno ali razstavljeno.</w:t>
            </w:r>
          </w:p>
          <w:p w14:paraId="5DD2660F" w14:textId="77777777" w:rsidR="00080BF0" w:rsidRDefault="00000000">
            <w:pPr>
              <w:spacing w:after="80" w:line="245" w:lineRule="auto"/>
            </w:pPr>
            <w:r>
              <w:rPr>
                <w:color w:val="000000"/>
                <w:sz w:val="15"/>
              </w:rPr>
              <w:t>Predstavi izbrani procesni ali izdelkovni dokaz ter pove, katero merilo z njim pokaže.</w:t>
            </w:r>
          </w:p>
          <w:p w14:paraId="6BA23AEB" w14:textId="77777777" w:rsidR="00080BF0" w:rsidRDefault="00000000">
            <w:pPr>
              <w:spacing w:after="80" w:line="245" w:lineRule="auto"/>
            </w:pPr>
            <w:r>
              <w:rPr>
                <w:color w:val="000000"/>
                <w:sz w:val="15"/>
              </w:rPr>
              <w:t>Tiho opazuje vrstnikovo delo, opiše eno konkretno likovno rešitev in poda prijazen predlog.</w:t>
            </w:r>
          </w:p>
          <w:p w14:paraId="49BB31AC" w14:textId="77777777" w:rsidR="00080BF0" w:rsidRDefault="00000000">
            <w:pPr>
              <w:spacing w:after="80" w:line="245" w:lineRule="auto"/>
            </w:pPr>
            <w:r>
              <w:rPr>
                <w:color w:val="000000"/>
                <w:sz w:val="15"/>
              </w:rPr>
              <w:t>Po povratni informaciji po želji ponovi poskus, spremeni podrobnost, izboljša spoj, razporeditev ali razlago.</w:t>
            </w:r>
          </w:p>
          <w:p w14:paraId="2D6D6755" w14:textId="77777777" w:rsidR="00080BF0" w:rsidRDefault="00000000">
            <w:pPr>
              <w:spacing w:after="100" w:line="245" w:lineRule="auto"/>
            </w:pPr>
            <w:r>
              <w:rPr>
                <w:color w:val="000000"/>
                <w:sz w:val="15"/>
              </w:rPr>
              <w:t>Izbere raven samostojnosti ter določi majhen in izvedljiv naslednji ustvarjalni korak.</w:t>
            </w:r>
          </w:p>
          <w:p w14:paraId="5921E52B" w14:textId="77777777" w:rsidR="00080BF0" w:rsidRDefault="00000000">
            <w:pPr>
              <w:spacing w:after="20" w:line="245" w:lineRule="auto"/>
            </w:pPr>
            <w:r>
              <w:rPr>
                <w:b/>
                <w:color w:val="D95BC6"/>
                <w:sz w:val="17"/>
              </w:rPr>
              <w:t>DOKAZ O UČENJU</w:t>
            </w:r>
          </w:p>
          <w:p w14:paraId="046192CB"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4743A6F1"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7DF918FE" w14:textId="77777777">
        <w:trPr>
          <w:cantSplit/>
          <w:jc w:val="center"/>
        </w:trPr>
        <w:tc>
          <w:tcPr>
            <w:tcW w:w="14060" w:type="dxa"/>
            <w:gridSpan w:val="6"/>
            <w:tcMar>
              <w:top w:w="70" w:type="dxa"/>
              <w:left w:w="90" w:type="dxa"/>
              <w:bottom w:w="70" w:type="dxa"/>
              <w:right w:w="90" w:type="dxa"/>
            </w:tcMar>
            <w:vAlign w:val="center"/>
          </w:tcPr>
          <w:p w14:paraId="09683655" w14:textId="77777777" w:rsidR="00080BF0" w:rsidRDefault="00000000">
            <w:pPr>
              <w:jc w:val="center"/>
            </w:pPr>
            <w:r>
              <w:rPr>
                <w:b/>
                <w:color w:val="000000"/>
                <w:sz w:val="24"/>
              </w:rPr>
              <w:lastRenderedPageBreak/>
              <w:t>UČNA PRIPRAVA 12/39</w:t>
            </w:r>
          </w:p>
        </w:tc>
      </w:tr>
      <w:tr w:rsidR="00080BF0" w14:paraId="6DFE5AF3" w14:textId="77777777">
        <w:trPr>
          <w:jc w:val="center"/>
        </w:trPr>
        <w:tc>
          <w:tcPr>
            <w:tcW w:w="2665" w:type="dxa"/>
            <w:tcMar>
              <w:top w:w="70" w:type="dxa"/>
              <w:left w:w="90" w:type="dxa"/>
              <w:bottom w:w="70" w:type="dxa"/>
              <w:right w:w="90" w:type="dxa"/>
            </w:tcMar>
            <w:vAlign w:val="center"/>
          </w:tcPr>
          <w:p w14:paraId="5840B85D"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5EDBDCC"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4C97182B"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B871A63" w14:textId="77777777" w:rsidR="00080BF0" w:rsidRDefault="00000000">
            <w:r>
              <w:rPr>
                <w:b/>
                <w:color w:val="000000"/>
                <w:sz w:val="16"/>
              </w:rPr>
              <w:t xml:space="preserve">NAČRTOVANI TERMIN: </w:t>
            </w:r>
            <w:r>
              <w:rPr>
                <w:color w:val="000000"/>
                <w:sz w:val="16"/>
              </w:rPr>
              <w:t>12. teden • 23.–27. 11. 2026</w:t>
            </w:r>
          </w:p>
        </w:tc>
        <w:tc>
          <w:tcPr>
            <w:tcW w:w="2268" w:type="dxa"/>
            <w:tcMar>
              <w:top w:w="70" w:type="dxa"/>
              <w:left w:w="90" w:type="dxa"/>
              <w:bottom w:w="70" w:type="dxa"/>
              <w:right w:w="90" w:type="dxa"/>
            </w:tcMar>
            <w:vAlign w:val="center"/>
          </w:tcPr>
          <w:p w14:paraId="690C2FF7"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398F511" w14:textId="77777777" w:rsidR="00080BF0" w:rsidRDefault="00000000">
            <w:r>
              <w:rPr>
                <w:b/>
                <w:color w:val="000000"/>
                <w:sz w:val="16"/>
              </w:rPr>
              <w:t xml:space="preserve">ŠTEVILO UR: </w:t>
            </w:r>
            <w:r>
              <w:rPr>
                <w:color w:val="000000"/>
                <w:sz w:val="16"/>
              </w:rPr>
              <w:t>2</w:t>
            </w:r>
          </w:p>
        </w:tc>
      </w:tr>
      <w:tr w:rsidR="00080BF0" w14:paraId="1A54CAB2" w14:textId="77777777">
        <w:trPr>
          <w:jc w:val="center"/>
        </w:trPr>
        <w:tc>
          <w:tcPr>
            <w:tcW w:w="14061" w:type="dxa"/>
            <w:gridSpan w:val="6"/>
            <w:tcMar>
              <w:top w:w="70" w:type="dxa"/>
              <w:left w:w="90" w:type="dxa"/>
              <w:bottom w:w="70" w:type="dxa"/>
              <w:right w:w="90" w:type="dxa"/>
            </w:tcMar>
            <w:vAlign w:val="center"/>
          </w:tcPr>
          <w:p w14:paraId="51F40AF2"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093C7FFA" w14:textId="77777777">
        <w:trPr>
          <w:cantSplit/>
          <w:jc w:val="center"/>
        </w:trPr>
        <w:tc>
          <w:tcPr>
            <w:tcW w:w="14060" w:type="dxa"/>
            <w:gridSpan w:val="6"/>
            <w:tcMar>
              <w:top w:w="70" w:type="dxa"/>
              <w:left w:w="90" w:type="dxa"/>
              <w:bottom w:w="70" w:type="dxa"/>
              <w:right w:w="90" w:type="dxa"/>
            </w:tcMar>
            <w:vAlign w:val="center"/>
          </w:tcPr>
          <w:p w14:paraId="41F0CDE7" w14:textId="77777777" w:rsidR="00080BF0" w:rsidRDefault="00080BF0"/>
          <w:p w14:paraId="4E17FC72" w14:textId="77777777" w:rsidR="00080BF0" w:rsidRDefault="00000000">
            <w:pPr>
              <w:spacing w:line="245" w:lineRule="auto"/>
            </w:pPr>
            <w:r>
              <w:rPr>
                <w:b/>
                <w:color w:val="000000"/>
                <w:sz w:val="15"/>
              </w:rPr>
              <w:t xml:space="preserve">UČNI SKLOP: </w:t>
            </w:r>
            <w:r>
              <w:rPr>
                <w:color w:val="000000"/>
                <w:sz w:val="15"/>
              </w:rPr>
              <w:t>JESEN, SNOVI IN ŽIVA BITJA</w:t>
            </w:r>
          </w:p>
        </w:tc>
      </w:tr>
      <w:tr w:rsidR="00080BF0" w14:paraId="370128A5" w14:textId="77777777">
        <w:trPr>
          <w:cantSplit/>
          <w:jc w:val="center"/>
        </w:trPr>
        <w:tc>
          <w:tcPr>
            <w:tcW w:w="14060" w:type="dxa"/>
            <w:gridSpan w:val="6"/>
            <w:tcMar>
              <w:top w:w="70" w:type="dxa"/>
              <w:left w:w="90" w:type="dxa"/>
              <w:bottom w:w="70" w:type="dxa"/>
              <w:right w:w="90" w:type="dxa"/>
            </w:tcMar>
            <w:vAlign w:val="center"/>
          </w:tcPr>
          <w:p w14:paraId="71065623" w14:textId="77777777" w:rsidR="00080BF0" w:rsidRDefault="00080BF0"/>
          <w:p w14:paraId="1B235F06" w14:textId="77777777" w:rsidR="00080BF0" w:rsidRDefault="00000000">
            <w:pPr>
              <w:spacing w:line="245" w:lineRule="auto"/>
            </w:pPr>
            <w:r>
              <w:rPr>
                <w:b/>
                <w:color w:val="000000"/>
                <w:sz w:val="15"/>
              </w:rPr>
              <w:t xml:space="preserve">UČNA TEMA: </w:t>
            </w:r>
            <w:r>
              <w:rPr>
                <w:color w:val="000000"/>
                <w:sz w:val="15"/>
              </w:rPr>
              <w:t>ROČNA DELA</w:t>
            </w:r>
          </w:p>
        </w:tc>
      </w:tr>
      <w:tr w:rsidR="00080BF0" w14:paraId="55C02B53" w14:textId="77777777">
        <w:trPr>
          <w:cantSplit/>
          <w:jc w:val="center"/>
        </w:trPr>
        <w:tc>
          <w:tcPr>
            <w:tcW w:w="14060" w:type="dxa"/>
            <w:gridSpan w:val="6"/>
            <w:tcMar>
              <w:top w:w="70" w:type="dxa"/>
              <w:left w:w="90" w:type="dxa"/>
              <w:bottom w:w="70" w:type="dxa"/>
              <w:right w:w="90" w:type="dxa"/>
            </w:tcMar>
            <w:vAlign w:val="center"/>
          </w:tcPr>
          <w:p w14:paraId="42811603" w14:textId="77777777" w:rsidR="00080BF0" w:rsidRDefault="00080BF0"/>
          <w:p w14:paraId="6D364349" w14:textId="77777777" w:rsidR="00080BF0" w:rsidRDefault="00000000">
            <w:pPr>
              <w:spacing w:line="245" w:lineRule="auto"/>
            </w:pPr>
            <w:r>
              <w:rPr>
                <w:b/>
                <w:color w:val="000000"/>
                <w:sz w:val="15"/>
              </w:rPr>
              <w:t xml:space="preserve">KNJIŽEVNO / MOTIVNO IZHODIŠČE: </w:t>
            </w:r>
            <w:r>
              <w:rPr>
                <w:color w:val="000000"/>
                <w:sz w:val="15"/>
              </w:rPr>
              <w:t>»Tri botre lisičice« – slovenska ljudska pravljica • gozd, iznajdljivost, snovi in odgovorna raba materialov</w:t>
            </w:r>
          </w:p>
        </w:tc>
      </w:tr>
      <w:tr w:rsidR="00080BF0" w14:paraId="22776D5E" w14:textId="77777777">
        <w:trPr>
          <w:cantSplit/>
          <w:jc w:val="center"/>
        </w:trPr>
        <w:tc>
          <w:tcPr>
            <w:tcW w:w="14060" w:type="dxa"/>
            <w:gridSpan w:val="6"/>
            <w:tcMar>
              <w:top w:w="70" w:type="dxa"/>
              <w:left w:w="90" w:type="dxa"/>
              <w:bottom w:w="70" w:type="dxa"/>
              <w:right w:w="90" w:type="dxa"/>
            </w:tcMar>
            <w:vAlign w:val="center"/>
          </w:tcPr>
          <w:p w14:paraId="484AE6E5" w14:textId="77777777" w:rsidR="00080BF0" w:rsidRDefault="00080BF0"/>
          <w:p w14:paraId="7C88AD90" w14:textId="77777777" w:rsidR="00080BF0" w:rsidRDefault="00000000">
            <w:pPr>
              <w:spacing w:line="245" w:lineRule="auto"/>
            </w:pPr>
            <w:r>
              <w:rPr>
                <w:b/>
                <w:color w:val="000000"/>
                <w:sz w:val="15"/>
              </w:rPr>
              <w:t xml:space="preserve">LIKOVNO IZHODIŠČE / MOTIVACIJA: </w:t>
            </w:r>
            <w:r>
              <w:rPr>
                <w:color w:val="000000"/>
                <w:sz w:val="15"/>
              </w:rPr>
              <w:t>iz skrivnostne ovojnice padejo razpršene oblike; učenci jih brez lepljenja premikajo, sestavljajo in iščejo jasno sporočilo za nalogo »ročna dela«. Tematska rešitev: ustvari lisičjo masko iz ponovno uporabljenih materialov.</w:t>
            </w:r>
          </w:p>
        </w:tc>
      </w:tr>
      <w:tr w:rsidR="00080BF0" w14:paraId="2B8B48AA" w14:textId="77777777">
        <w:trPr>
          <w:cantSplit/>
          <w:jc w:val="center"/>
        </w:trPr>
        <w:tc>
          <w:tcPr>
            <w:tcW w:w="14060" w:type="dxa"/>
            <w:gridSpan w:val="6"/>
            <w:tcMar>
              <w:top w:w="70" w:type="dxa"/>
              <w:left w:w="90" w:type="dxa"/>
              <w:bottom w:w="70" w:type="dxa"/>
              <w:right w:w="90" w:type="dxa"/>
            </w:tcMar>
            <w:vAlign w:val="center"/>
          </w:tcPr>
          <w:p w14:paraId="5AAB72F5" w14:textId="77777777" w:rsidR="00080BF0" w:rsidRDefault="00080BF0"/>
          <w:p w14:paraId="7E66099A" w14:textId="77777777" w:rsidR="00080BF0" w:rsidRDefault="00000000">
            <w:pPr>
              <w:spacing w:line="245" w:lineRule="auto"/>
            </w:pPr>
            <w:r>
              <w:rPr>
                <w:b/>
                <w:color w:val="000000"/>
                <w:sz w:val="15"/>
              </w:rPr>
              <w:t xml:space="preserve">UČNE ENOTE: </w:t>
            </w:r>
            <w:r>
              <w:rPr>
                <w:color w:val="000000"/>
                <w:sz w:val="15"/>
              </w:rPr>
              <w:t>1. ura – Ročna dela – Opazujem, preizkušam, načrtujem • 2. ura – Ročna dela – Ustvarjam, predstavim, izboljšam</w:t>
            </w:r>
          </w:p>
        </w:tc>
      </w:tr>
      <w:tr w:rsidR="00080BF0" w14:paraId="688F269F" w14:textId="77777777">
        <w:trPr>
          <w:cantSplit/>
          <w:jc w:val="center"/>
        </w:trPr>
        <w:tc>
          <w:tcPr>
            <w:tcW w:w="14060" w:type="dxa"/>
            <w:gridSpan w:val="6"/>
            <w:tcMar>
              <w:top w:w="70" w:type="dxa"/>
              <w:left w:w="90" w:type="dxa"/>
              <w:bottom w:w="70" w:type="dxa"/>
              <w:right w:w="90" w:type="dxa"/>
            </w:tcMar>
            <w:vAlign w:val="center"/>
          </w:tcPr>
          <w:p w14:paraId="196F7501" w14:textId="77777777" w:rsidR="00080BF0" w:rsidRDefault="00080BF0"/>
          <w:p w14:paraId="63E879A2"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402CBDE2" w14:textId="77777777">
        <w:trPr>
          <w:cantSplit/>
          <w:jc w:val="center"/>
        </w:trPr>
        <w:tc>
          <w:tcPr>
            <w:tcW w:w="14060" w:type="dxa"/>
            <w:gridSpan w:val="6"/>
            <w:tcMar>
              <w:top w:w="70" w:type="dxa"/>
              <w:left w:w="90" w:type="dxa"/>
              <w:bottom w:w="70" w:type="dxa"/>
              <w:right w:w="90" w:type="dxa"/>
            </w:tcMar>
            <w:vAlign w:val="center"/>
          </w:tcPr>
          <w:p w14:paraId="56C99BBE" w14:textId="77777777" w:rsidR="00080BF0" w:rsidRDefault="00080BF0"/>
          <w:p w14:paraId="0F68BD24"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1CB29971" w14:textId="77777777">
        <w:trPr>
          <w:cantSplit/>
          <w:jc w:val="center"/>
        </w:trPr>
        <w:tc>
          <w:tcPr>
            <w:tcW w:w="14060" w:type="dxa"/>
            <w:gridSpan w:val="6"/>
            <w:tcMar>
              <w:top w:w="70" w:type="dxa"/>
              <w:left w:w="90" w:type="dxa"/>
              <w:bottom w:w="70" w:type="dxa"/>
              <w:right w:w="90" w:type="dxa"/>
            </w:tcMar>
            <w:vAlign w:val="center"/>
          </w:tcPr>
          <w:p w14:paraId="0F7D5C99" w14:textId="77777777" w:rsidR="00080BF0" w:rsidRDefault="00080BF0"/>
          <w:p w14:paraId="575616B9"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7542878B" w14:textId="77777777">
        <w:trPr>
          <w:cantSplit/>
          <w:jc w:val="center"/>
        </w:trPr>
        <w:tc>
          <w:tcPr>
            <w:tcW w:w="14060" w:type="dxa"/>
            <w:gridSpan w:val="6"/>
            <w:tcMar>
              <w:top w:w="70" w:type="dxa"/>
              <w:left w:w="90" w:type="dxa"/>
              <w:bottom w:w="70" w:type="dxa"/>
              <w:right w:w="90" w:type="dxa"/>
            </w:tcMar>
            <w:vAlign w:val="center"/>
          </w:tcPr>
          <w:p w14:paraId="0AB53C8D" w14:textId="77777777" w:rsidR="00080BF0" w:rsidRDefault="00080BF0"/>
          <w:p w14:paraId="65E09F0C" w14:textId="77777777" w:rsidR="00080BF0" w:rsidRDefault="00000000">
            <w:pPr>
              <w:spacing w:line="245" w:lineRule="auto"/>
            </w:pPr>
            <w:r>
              <w:rPr>
                <w:b/>
                <w:color w:val="000000"/>
                <w:sz w:val="15"/>
              </w:rPr>
              <w:t xml:space="preserve">MEDPREDMETNE POVEZAVE: </w:t>
            </w:r>
            <w:r>
              <w:rPr>
                <w:color w:val="000000"/>
                <w:sz w:val="15"/>
              </w:rPr>
              <w:t>SPO – gozd, iznajdljivost, snovi in odgovorna raba materialov; SLJ – poslušanje, opis opažanja, poimenovanje postopka in predstavitev; MAT – oblike, razvrščanje, vzorci in prostorski odnosi; ŠPO – gibalna črta, telesna skulptura, smer in ravnotežje; GUM – ritem, ponavljanje.</w:t>
            </w:r>
          </w:p>
        </w:tc>
      </w:tr>
      <w:tr w:rsidR="00080BF0" w14:paraId="536FE396" w14:textId="77777777">
        <w:trPr>
          <w:cantSplit/>
          <w:jc w:val="center"/>
        </w:trPr>
        <w:tc>
          <w:tcPr>
            <w:tcW w:w="14060" w:type="dxa"/>
            <w:gridSpan w:val="6"/>
            <w:tcMar>
              <w:top w:w="70" w:type="dxa"/>
              <w:left w:w="90" w:type="dxa"/>
              <w:bottom w:w="70" w:type="dxa"/>
              <w:right w:w="90" w:type="dxa"/>
            </w:tcMar>
            <w:vAlign w:val="center"/>
          </w:tcPr>
          <w:p w14:paraId="1456C6D3" w14:textId="77777777" w:rsidR="00080BF0" w:rsidRDefault="00080BF0"/>
          <w:p w14:paraId="601652B5" w14:textId="77777777" w:rsidR="00080BF0" w:rsidRDefault="00000000">
            <w:pPr>
              <w:spacing w:line="245" w:lineRule="auto"/>
            </w:pPr>
            <w:r>
              <w:rPr>
                <w:b/>
                <w:color w:val="000000"/>
                <w:sz w:val="15"/>
              </w:rPr>
              <w:t xml:space="preserve">UČNA SREDSTVA IN PRIPOMOČKI: </w:t>
            </w:r>
            <w:r>
              <w:rPr>
                <w:color w:val="000000"/>
                <w:sz w:val="15"/>
              </w:rPr>
              <w:t>barvni in ponovno uporabljeni papirji, karton, revije, varne škarje, lepilo v stiku, tekstilni ostanki, vrvice in podlage; fotografija, reprodukcija ali resnični predmet za opazovanje; kartice namena in meril; talne oznake štirih postaj; mapa dokazov; sredstva za čiščenje in pospravljanje</w:t>
            </w:r>
          </w:p>
        </w:tc>
      </w:tr>
      <w:tr w:rsidR="00080BF0" w14:paraId="1EBC9427" w14:textId="77777777">
        <w:trPr>
          <w:cantSplit/>
          <w:jc w:val="center"/>
        </w:trPr>
        <w:tc>
          <w:tcPr>
            <w:tcW w:w="14060" w:type="dxa"/>
            <w:gridSpan w:val="6"/>
            <w:tcMar>
              <w:top w:w="70" w:type="dxa"/>
              <w:left w:w="90" w:type="dxa"/>
              <w:bottom w:w="70" w:type="dxa"/>
              <w:right w:w="90" w:type="dxa"/>
            </w:tcMar>
            <w:vAlign w:val="center"/>
          </w:tcPr>
          <w:p w14:paraId="067AD8AC" w14:textId="77777777" w:rsidR="00080BF0" w:rsidRDefault="00080BF0"/>
          <w:p w14:paraId="31D6F688"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2A3D240B" w14:textId="77777777">
        <w:trPr>
          <w:cantSplit/>
          <w:jc w:val="center"/>
        </w:trPr>
        <w:tc>
          <w:tcPr>
            <w:tcW w:w="14060" w:type="dxa"/>
            <w:gridSpan w:val="6"/>
            <w:tcMar>
              <w:top w:w="70" w:type="dxa"/>
              <w:left w:w="90" w:type="dxa"/>
              <w:bottom w:w="70" w:type="dxa"/>
              <w:right w:w="90" w:type="dxa"/>
            </w:tcMar>
            <w:vAlign w:val="center"/>
          </w:tcPr>
          <w:p w14:paraId="438C605A" w14:textId="77777777" w:rsidR="00080BF0" w:rsidRDefault="00080BF0"/>
          <w:p w14:paraId="7B5941C5" w14:textId="77777777" w:rsidR="00080BF0" w:rsidRDefault="00000000">
            <w:pPr>
              <w:spacing w:line="245" w:lineRule="auto"/>
            </w:pPr>
            <w:r>
              <w:rPr>
                <w:b/>
                <w:color w:val="000000"/>
                <w:sz w:val="15"/>
              </w:rPr>
              <w:t xml:space="preserve">OCENJEVANJE / DAN DEJAVNOSTI: </w:t>
            </w:r>
            <w:r>
              <w:rPr>
                <w:color w:val="000000"/>
                <w:sz w:val="15"/>
              </w:rPr>
              <w:t>KULTURNI DAN</w:t>
            </w:r>
          </w:p>
        </w:tc>
      </w:tr>
      <w:tr w:rsidR="00080BF0" w14:paraId="08F924E6" w14:textId="77777777">
        <w:trPr>
          <w:cantSplit/>
          <w:jc w:val="center"/>
        </w:trPr>
        <w:tc>
          <w:tcPr>
            <w:tcW w:w="14060" w:type="dxa"/>
            <w:gridSpan w:val="6"/>
            <w:tcMar>
              <w:top w:w="70" w:type="dxa"/>
              <w:left w:w="90" w:type="dxa"/>
              <w:bottom w:w="70" w:type="dxa"/>
              <w:right w:w="90" w:type="dxa"/>
            </w:tcMar>
            <w:vAlign w:val="center"/>
          </w:tcPr>
          <w:p w14:paraId="069C8F0B" w14:textId="77777777" w:rsidR="00080BF0" w:rsidRDefault="00080BF0"/>
          <w:p w14:paraId="3F2852B1"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590941C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1A394E4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32E42CB"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0C5401C" w14:textId="77777777" w:rsidR="00080BF0" w:rsidRDefault="00000000">
            <w:pPr>
              <w:jc w:val="center"/>
            </w:pPr>
            <w:r>
              <w:rPr>
                <w:b/>
                <w:color w:val="000000"/>
                <w:sz w:val="20"/>
              </w:rPr>
              <w:t>UČNE DEJAVNOSTI, METODE IN FORMATIVNO SPREMLJANJE</w:t>
            </w:r>
          </w:p>
        </w:tc>
      </w:tr>
      <w:tr w:rsidR="00080BF0" w14:paraId="2769CF5E" w14:textId="77777777">
        <w:trPr>
          <w:tblHeader/>
          <w:jc w:val="center"/>
        </w:trPr>
        <w:tc>
          <w:tcPr>
            <w:tcW w:w="4422" w:type="dxa"/>
            <w:vMerge/>
            <w:tcMar>
              <w:top w:w="70" w:type="dxa"/>
              <w:left w:w="90" w:type="dxa"/>
              <w:bottom w:w="70" w:type="dxa"/>
              <w:right w:w="90" w:type="dxa"/>
            </w:tcMar>
            <w:vAlign w:val="center"/>
          </w:tcPr>
          <w:p w14:paraId="237C1CE2" w14:textId="77777777" w:rsidR="00080BF0" w:rsidRDefault="00080BF0"/>
        </w:tc>
        <w:tc>
          <w:tcPr>
            <w:tcW w:w="7087" w:type="dxa"/>
            <w:shd w:val="clear" w:color="auto" w:fill="FFFFFF"/>
            <w:tcMar>
              <w:top w:w="70" w:type="dxa"/>
              <w:left w:w="90" w:type="dxa"/>
              <w:bottom w:w="70" w:type="dxa"/>
              <w:right w:w="90" w:type="dxa"/>
            </w:tcMar>
            <w:vAlign w:val="center"/>
          </w:tcPr>
          <w:p w14:paraId="6B6CDAF2"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A1875BE" w14:textId="77777777" w:rsidR="00080BF0" w:rsidRDefault="00000000">
            <w:pPr>
              <w:jc w:val="center"/>
            </w:pPr>
            <w:r>
              <w:rPr>
                <w:b/>
                <w:color w:val="000000"/>
              </w:rPr>
              <w:t>UČENEC</w:t>
            </w:r>
          </w:p>
        </w:tc>
      </w:tr>
      <w:tr w:rsidR="00080BF0" w14:paraId="30813DEF" w14:textId="77777777">
        <w:trPr>
          <w:jc w:val="center"/>
        </w:trPr>
        <w:tc>
          <w:tcPr>
            <w:tcW w:w="4422" w:type="dxa"/>
            <w:tcMar>
              <w:top w:w="70" w:type="dxa"/>
              <w:left w:w="90" w:type="dxa"/>
              <w:bottom w:w="70" w:type="dxa"/>
              <w:right w:w="90" w:type="dxa"/>
            </w:tcMar>
          </w:tcPr>
          <w:p w14:paraId="21451EB8" w14:textId="77777777" w:rsidR="00080BF0" w:rsidRDefault="00080BF0"/>
          <w:p w14:paraId="73B83CF3" w14:textId="77777777" w:rsidR="00080BF0" w:rsidRDefault="00000000">
            <w:pPr>
              <w:spacing w:after="60" w:line="245" w:lineRule="auto"/>
            </w:pPr>
            <w:r>
              <w:rPr>
                <w:b/>
                <w:color w:val="000000"/>
              </w:rPr>
              <w:t>UČNI CILJI</w:t>
            </w:r>
          </w:p>
          <w:p w14:paraId="7E073ABF" w14:textId="77777777" w:rsidR="00080BF0" w:rsidRDefault="00000000">
            <w:pPr>
              <w:spacing w:after="20" w:line="245" w:lineRule="auto"/>
            </w:pPr>
            <w:r>
              <w:rPr>
                <w:b/>
                <w:color w:val="000000"/>
                <w:sz w:val="17"/>
              </w:rPr>
              <w:t>SPLOŠNI</w:t>
            </w:r>
          </w:p>
          <w:p w14:paraId="7665B6FB"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3729B64B"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56431F81"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681C83E8"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28FD58A3" w14:textId="77777777" w:rsidR="00080BF0" w:rsidRDefault="00000000">
            <w:pPr>
              <w:spacing w:before="40" w:after="20" w:line="245" w:lineRule="auto"/>
            </w:pPr>
            <w:r>
              <w:rPr>
                <w:b/>
                <w:color w:val="000000"/>
                <w:sz w:val="17"/>
              </w:rPr>
              <w:t>OPERATIVNI</w:t>
            </w:r>
          </w:p>
          <w:p w14:paraId="1A3E3AA3" w14:textId="77777777" w:rsidR="00080BF0" w:rsidRDefault="00000000">
            <w:pPr>
              <w:pStyle w:val="Oznaenseznam"/>
              <w:spacing w:after="16"/>
            </w:pPr>
            <w:r>
              <w:rPr>
                <w:color w:val="000000"/>
                <w:sz w:val="16"/>
              </w:rPr>
              <w:t>načrtuje preprost izdelek</w:t>
            </w:r>
          </w:p>
          <w:p w14:paraId="605C3563" w14:textId="77777777" w:rsidR="00080BF0" w:rsidRDefault="00000000">
            <w:pPr>
              <w:pStyle w:val="Oznaenseznam"/>
              <w:spacing w:after="16"/>
            </w:pPr>
            <w:r>
              <w:rPr>
                <w:color w:val="000000"/>
                <w:sz w:val="16"/>
              </w:rPr>
              <w:t>spaja in preoblikuje papir ali tekstil</w:t>
            </w:r>
          </w:p>
          <w:p w14:paraId="4C78FD51" w14:textId="77777777" w:rsidR="00080BF0" w:rsidRDefault="00000000">
            <w:pPr>
              <w:pStyle w:val="Oznaenseznam"/>
              <w:spacing w:after="16"/>
            </w:pPr>
            <w:r>
              <w:rPr>
                <w:color w:val="000000"/>
                <w:sz w:val="16"/>
              </w:rPr>
              <w:t>uredi delovno mesto</w:t>
            </w:r>
          </w:p>
          <w:p w14:paraId="589AEAE9" w14:textId="77777777" w:rsidR="00080BF0" w:rsidRDefault="00000000">
            <w:pPr>
              <w:spacing w:before="40" w:after="20" w:line="245" w:lineRule="auto"/>
            </w:pPr>
            <w:r>
              <w:rPr>
                <w:b/>
                <w:color w:val="000000"/>
                <w:sz w:val="17"/>
              </w:rPr>
              <w:t>PRIČAKOVANI DOSEŽKI / MINIMALNI POUDARKI</w:t>
            </w:r>
          </w:p>
          <w:p w14:paraId="4A32C85B" w14:textId="77777777" w:rsidR="00080BF0" w:rsidRDefault="00000000">
            <w:pPr>
              <w:pStyle w:val="Oznaenseznam"/>
              <w:spacing w:after="16"/>
            </w:pPr>
            <w:r>
              <w:rPr>
                <w:color w:val="000000"/>
                <w:sz w:val="15"/>
              </w:rPr>
              <w:t>samostojno oziroma z dogovorjeno oporo načrtuje preprost izdelek</w:t>
            </w:r>
          </w:p>
          <w:p w14:paraId="193D317D" w14:textId="77777777" w:rsidR="00080BF0" w:rsidRDefault="00000000">
            <w:pPr>
              <w:pStyle w:val="Oznaenseznam"/>
              <w:spacing w:after="16"/>
            </w:pPr>
            <w:r>
              <w:rPr>
                <w:color w:val="000000"/>
                <w:sz w:val="15"/>
              </w:rPr>
              <w:t>samostojno oziroma z dogovorjeno oporo spaja in preoblikuje papir ali tekstil</w:t>
            </w:r>
          </w:p>
          <w:p w14:paraId="5BA04780" w14:textId="77777777" w:rsidR="00080BF0" w:rsidRDefault="00000000">
            <w:pPr>
              <w:pStyle w:val="Oznaenseznam"/>
              <w:spacing w:after="16"/>
            </w:pPr>
            <w:r>
              <w:rPr>
                <w:color w:val="000000"/>
                <w:sz w:val="15"/>
              </w:rPr>
              <w:t>samostojno oziroma z dogovorjeno oporo uredi delovno mesto</w:t>
            </w:r>
          </w:p>
        </w:tc>
        <w:tc>
          <w:tcPr>
            <w:tcW w:w="7087" w:type="dxa"/>
            <w:tcMar>
              <w:top w:w="70" w:type="dxa"/>
              <w:left w:w="90" w:type="dxa"/>
              <w:bottom w:w="70" w:type="dxa"/>
              <w:right w:w="90" w:type="dxa"/>
            </w:tcMar>
          </w:tcPr>
          <w:p w14:paraId="2EE3D118"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E654E76" w14:textId="77777777">
              <w:trPr>
                <w:jc w:val="center"/>
              </w:trPr>
              <w:tc>
                <w:tcPr>
                  <w:tcW w:w="7087" w:type="dxa"/>
                  <w:shd w:val="clear" w:color="auto" w:fill="C6E7F3"/>
                  <w:tcMar>
                    <w:top w:w="45" w:type="dxa"/>
                    <w:left w:w="70" w:type="dxa"/>
                    <w:bottom w:w="45" w:type="dxa"/>
                    <w:right w:w="70" w:type="dxa"/>
                  </w:tcMar>
                </w:tcPr>
                <w:p w14:paraId="74D94627" w14:textId="77777777" w:rsidR="00080BF0" w:rsidRDefault="00000000">
                  <w:pPr>
                    <w:keepNext/>
                  </w:pPr>
                  <w:r>
                    <w:rPr>
                      <w:b/>
                      <w:color w:val="000000"/>
                    </w:rPr>
                    <w:t>UVODNI DEL – likovna uganka, opazovanje, aktivacija predznanja in namen učenja (8–12 min)</w:t>
                  </w:r>
                </w:p>
              </w:tc>
            </w:tr>
          </w:tbl>
          <w:p w14:paraId="1F7FEE4B" w14:textId="77777777" w:rsidR="00080BF0" w:rsidRDefault="00080BF0">
            <w:pPr>
              <w:spacing w:line="20" w:lineRule="exact"/>
            </w:pPr>
          </w:p>
          <w:p w14:paraId="09E57C88" w14:textId="77777777" w:rsidR="00080BF0" w:rsidRDefault="00000000">
            <w:pPr>
              <w:spacing w:before="40" w:after="60" w:line="245" w:lineRule="auto"/>
            </w:pPr>
            <w:r>
              <w:rPr>
                <w:color w:val="000000"/>
                <w:sz w:val="16"/>
              </w:rPr>
              <w:t>Ob književnem motivu »Tri botre lisičice« – slovenska ljudska pravljica učenci vstopijo v temo gozd, iznajdljivost, snovi in odgovorna raba materialov. Učiteljica pokaže fotografijo, reprodukcijo, predmet ali material in pove kratko likovno zgodbo: iz skrivnostne ovojnice padejo razpršene oblike; učenci jih brez lepljenja premikajo, sestavljajo in iščejo jasno sporočilo za nalogo »ročna dela«. Tematska rešitev: ustvari lisičjo masko iz ponovno uporabljenih materialov.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12DA2750" w14:textId="77777777">
              <w:trPr>
                <w:jc w:val="center"/>
              </w:trPr>
              <w:tc>
                <w:tcPr>
                  <w:tcW w:w="7087" w:type="dxa"/>
                  <w:shd w:val="clear" w:color="auto" w:fill="EDC9EA"/>
                  <w:tcMar>
                    <w:top w:w="45" w:type="dxa"/>
                    <w:left w:w="70" w:type="dxa"/>
                    <w:bottom w:w="45" w:type="dxa"/>
                    <w:right w:w="70" w:type="dxa"/>
                  </w:tcMar>
                </w:tcPr>
                <w:p w14:paraId="43E7133F" w14:textId="77777777" w:rsidR="00080BF0" w:rsidRDefault="00000000">
                  <w:pPr>
                    <w:keepNext/>
                  </w:pPr>
                  <w:r>
                    <w:rPr>
                      <w:b/>
                      <w:color w:val="000000"/>
                    </w:rPr>
                    <w:t>NAMENI UČENJA</w:t>
                  </w:r>
                </w:p>
              </w:tc>
            </w:tr>
          </w:tbl>
          <w:p w14:paraId="5622F038" w14:textId="77777777" w:rsidR="00080BF0" w:rsidRDefault="00080BF0">
            <w:pPr>
              <w:spacing w:line="20" w:lineRule="exact"/>
            </w:pPr>
          </w:p>
          <w:p w14:paraId="15666B1D"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1527F80D" w14:textId="77777777" w:rsidR="00080BF0" w:rsidRDefault="00000000">
            <w:pPr>
              <w:pStyle w:val="Oznaenseznam"/>
              <w:spacing w:after="16"/>
            </w:pPr>
            <w:r>
              <w:rPr>
                <w:color w:val="000000"/>
                <w:sz w:val="16"/>
              </w:rPr>
              <w:t>načrtujem preprost izdelek</w:t>
            </w:r>
          </w:p>
          <w:p w14:paraId="3963CD42" w14:textId="77777777" w:rsidR="00080BF0" w:rsidRDefault="00000000">
            <w:pPr>
              <w:pStyle w:val="Oznaenseznam"/>
              <w:spacing w:after="16"/>
            </w:pPr>
            <w:r>
              <w:rPr>
                <w:color w:val="000000"/>
                <w:sz w:val="16"/>
              </w:rPr>
              <w:t>spajam in preoblikuje papir ali tekstil</w:t>
            </w:r>
          </w:p>
          <w:p w14:paraId="44C64234" w14:textId="77777777" w:rsidR="00080BF0" w:rsidRDefault="00000000">
            <w:pPr>
              <w:pStyle w:val="Oznaenseznam"/>
              <w:spacing w:after="16"/>
            </w:pPr>
            <w:r>
              <w:rPr>
                <w:color w:val="000000"/>
                <w:sz w:val="16"/>
              </w:rPr>
              <w:t>uredim delovno mesto</w:t>
            </w:r>
          </w:p>
          <w:tbl>
            <w:tblPr>
              <w:tblStyle w:val="Tabelamrea"/>
              <w:tblW w:w="0" w:type="auto"/>
              <w:jc w:val="center"/>
              <w:tblLayout w:type="fixed"/>
              <w:tblLook w:val="04A0" w:firstRow="1" w:lastRow="0" w:firstColumn="1" w:lastColumn="0" w:noHBand="0" w:noVBand="1"/>
            </w:tblPr>
            <w:tblGrid>
              <w:gridCol w:w="7087"/>
            </w:tblGrid>
            <w:tr w:rsidR="00080BF0" w14:paraId="20ABC35B" w14:textId="77777777">
              <w:trPr>
                <w:jc w:val="center"/>
              </w:trPr>
              <w:tc>
                <w:tcPr>
                  <w:tcW w:w="7087" w:type="dxa"/>
                  <w:shd w:val="clear" w:color="auto" w:fill="EDC9EA"/>
                  <w:tcMar>
                    <w:top w:w="45" w:type="dxa"/>
                    <w:left w:w="70" w:type="dxa"/>
                    <w:bottom w:w="45" w:type="dxa"/>
                    <w:right w:w="70" w:type="dxa"/>
                  </w:tcMar>
                </w:tcPr>
                <w:p w14:paraId="04E6ADF2" w14:textId="77777777" w:rsidR="00080BF0" w:rsidRDefault="00000000">
                  <w:pPr>
                    <w:keepNext/>
                  </w:pPr>
                  <w:r>
                    <w:rPr>
                      <w:b/>
                      <w:color w:val="000000"/>
                    </w:rPr>
                    <w:t>PREVERJANJE PREDZNANJA</w:t>
                  </w:r>
                </w:p>
              </w:tc>
            </w:tr>
          </w:tbl>
          <w:p w14:paraId="78723480" w14:textId="77777777" w:rsidR="00080BF0" w:rsidRDefault="00080BF0">
            <w:pPr>
              <w:spacing w:line="20" w:lineRule="exact"/>
            </w:pPr>
          </w:p>
          <w:p w14:paraId="5055066A" w14:textId="77777777" w:rsidR="00080BF0" w:rsidRDefault="00000000">
            <w:pPr>
              <w:pStyle w:val="Oznaenseznam"/>
              <w:spacing w:after="16"/>
            </w:pPr>
            <w:r>
              <w:rPr>
                <w:color w:val="000000"/>
                <w:sz w:val="16"/>
              </w:rPr>
              <w:t>Kaj najprej opazim pri motivu, predmetu ali materialu, povezanem s temo »ROČNA DELA«?</w:t>
            </w:r>
          </w:p>
          <w:p w14:paraId="68E3EA58"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0AA22A02"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45115757" w14:textId="77777777">
              <w:trPr>
                <w:jc w:val="center"/>
              </w:trPr>
              <w:tc>
                <w:tcPr>
                  <w:tcW w:w="7087" w:type="dxa"/>
                  <w:shd w:val="clear" w:color="auto" w:fill="EDC9EA"/>
                  <w:tcMar>
                    <w:top w:w="45" w:type="dxa"/>
                    <w:left w:w="70" w:type="dxa"/>
                    <w:bottom w:w="45" w:type="dxa"/>
                    <w:right w:w="70" w:type="dxa"/>
                  </w:tcMar>
                </w:tcPr>
                <w:p w14:paraId="0A3241C2" w14:textId="77777777" w:rsidR="00080BF0" w:rsidRDefault="00000000">
                  <w:pPr>
                    <w:keepNext/>
                  </w:pPr>
                  <w:r>
                    <w:rPr>
                      <w:b/>
                      <w:color w:val="000000"/>
                    </w:rPr>
                    <w:t>KRITERIJI USPEŠNOSTI</w:t>
                  </w:r>
                </w:p>
              </w:tc>
            </w:tr>
          </w:tbl>
          <w:p w14:paraId="4550705C" w14:textId="77777777" w:rsidR="00080BF0" w:rsidRDefault="00080BF0"/>
          <w:p w14:paraId="39F34566" w14:textId="77777777" w:rsidR="00080BF0" w:rsidRDefault="00000000">
            <w:pPr>
              <w:spacing w:before="20" w:after="20" w:line="245" w:lineRule="auto"/>
            </w:pPr>
            <w:r>
              <w:rPr>
                <w:b/>
                <w:color w:val="000000"/>
                <w:sz w:val="16"/>
              </w:rPr>
              <w:t>Uspešen/-na bom, ko:</w:t>
            </w:r>
          </w:p>
          <w:p w14:paraId="44BA3AF0" w14:textId="77777777" w:rsidR="00080BF0" w:rsidRDefault="00000000">
            <w:pPr>
              <w:pStyle w:val="Oznaenseznam"/>
              <w:spacing w:after="16"/>
            </w:pPr>
            <w:r>
              <w:rPr>
                <w:color w:val="000000"/>
                <w:sz w:val="16"/>
              </w:rPr>
              <w:t>načrtujem preprost izdelek</w:t>
            </w:r>
          </w:p>
          <w:p w14:paraId="3773DDB5" w14:textId="77777777" w:rsidR="00080BF0" w:rsidRDefault="00000000">
            <w:pPr>
              <w:pStyle w:val="Oznaenseznam"/>
              <w:spacing w:after="16"/>
            </w:pPr>
            <w:r>
              <w:rPr>
                <w:color w:val="000000"/>
                <w:sz w:val="16"/>
              </w:rPr>
              <w:t>spajam in preoblikuje papir ali tekstil</w:t>
            </w:r>
          </w:p>
          <w:p w14:paraId="730D3E65" w14:textId="77777777" w:rsidR="00080BF0" w:rsidRDefault="00000000">
            <w:pPr>
              <w:pStyle w:val="Oznaenseznam"/>
              <w:spacing w:after="16"/>
            </w:pPr>
            <w:r>
              <w:rPr>
                <w:color w:val="000000"/>
                <w:sz w:val="16"/>
              </w:rPr>
              <w:t>uredim delovno mesto</w:t>
            </w:r>
          </w:p>
          <w:p w14:paraId="5E1F9A22" w14:textId="77777777" w:rsidR="00080BF0" w:rsidRDefault="00000000">
            <w:pPr>
              <w:pStyle w:val="Oznaenseznam"/>
              <w:spacing w:after="16"/>
            </w:pPr>
            <w:r>
              <w:rPr>
                <w:color w:val="000000"/>
                <w:sz w:val="15"/>
              </w:rPr>
              <w:t>varno in namensko uporabim material, zaščitim prostor ter po delu uredim svojo postajo</w:t>
            </w:r>
          </w:p>
          <w:p w14:paraId="7D68E47D"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3C127CF5" w14:textId="77777777" w:rsidR="00080BF0" w:rsidRDefault="00080BF0"/>
          <w:p w14:paraId="2C508C0F"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2919F91C" w14:textId="77777777" w:rsidR="00080BF0" w:rsidRDefault="00000000">
            <w:pPr>
              <w:spacing w:after="80" w:line="245" w:lineRule="auto"/>
            </w:pPr>
            <w:r>
              <w:rPr>
                <w:color w:val="000000"/>
                <w:sz w:val="16"/>
              </w:rPr>
              <w:t>Pove ali pokaže, kaj že zna opaziti in katero likovno možnost bi najprej preizkusil.</w:t>
            </w:r>
          </w:p>
          <w:p w14:paraId="647682F5" w14:textId="77777777" w:rsidR="00080BF0" w:rsidRDefault="00000000">
            <w:pPr>
              <w:spacing w:after="100" w:line="245" w:lineRule="auto"/>
            </w:pPr>
            <w:r>
              <w:rPr>
                <w:color w:val="000000"/>
                <w:sz w:val="16"/>
              </w:rPr>
              <w:t>Sodeluje pri razumevanju namena, meril uspešnosti, varne rabe pripomočkov in načina dokazovanja.</w:t>
            </w:r>
          </w:p>
          <w:p w14:paraId="318ADE67" w14:textId="77777777" w:rsidR="00080BF0" w:rsidRDefault="00000000">
            <w:pPr>
              <w:spacing w:after="20" w:line="245" w:lineRule="auto"/>
            </w:pPr>
            <w:r>
              <w:rPr>
                <w:b/>
                <w:color w:val="D95BC6"/>
                <w:sz w:val="17"/>
              </w:rPr>
              <w:t>DOKAZ O UČENJU</w:t>
            </w:r>
          </w:p>
          <w:p w14:paraId="3782D063"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6931B6B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5903FA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33C645A"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EE2958E" w14:textId="77777777" w:rsidR="00080BF0" w:rsidRDefault="00000000">
            <w:pPr>
              <w:jc w:val="center"/>
            </w:pPr>
            <w:r>
              <w:rPr>
                <w:b/>
                <w:color w:val="000000"/>
                <w:sz w:val="20"/>
              </w:rPr>
              <w:t>UČNE DEJAVNOSTI, METODE IN FORMATIVNO SPREMLJANJE</w:t>
            </w:r>
          </w:p>
        </w:tc>
      </w:tr>
      <w:tr w:rsidR="00080BF0" w14:paraId="3CB54409" w14:textId="77777777">
        <w:trPr>
          <w:tblHeader/>
          <w:jc w:val="center"/>
        </w:trPr>
        <w:tc>
          <w:tcPr>
            <w:tcW w:w="4422" w:type="dxa"/>
            <w:vMerge/>
            <w:tcMar>
              <w:top w:w="70" w:type="dxa"/>
              <w:left w:w="90" w:type="dxa"/>
              <w:bottom w:w="70" w:type="dxa"/>
              <w:right w:w="90" w:type="dxa"/>
            </w:tcMar>
            <w:vAlign w:val="center"/>
          </w:tcPr>
          <w:p w14:paraId="49E6C60E" w14:textId="77777777" w:rsidR="00080BF0" w:rsidRDefault="00080BF0"/>
        </w:tc>
        <w:tc>
          <w:tcPr>
            <w:tcW w:w="7087" w:type="dxa"/>
            <w:shd w:val="clear" w:color="auto" w:fill="FFFFFF"/>
            <w:tcMar>
              <w:top w:w="70" w:type="dxa"/>
              <w:left w:w="90" w:type="dxa"/>
              <w:bottom w:w="70" w:type="dxa"/>
              <w:right w:w="90" w:type="dxa"/>
            </w:tcMar>
            <w:vAlign w:val="center"/>
          </w:tcPr>
          <w:p w14:paraId="3548DF81"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7B3183A" w14:textId="77777777" w:rsidR="00080BF0" w:rsidRDefault="00000000">
            <w:pPr>
              <w:jc w:val="center"/>
            </w:pPr>
            <w:r>
              <w:rPr>
                <w:b/>
                <w:color w:val="000000"/>
              </w:rPr>
              <w:t>UČENEC</w:t>
            </w:r>
          </w:p>
        </w:tc>
      </w:tr>
      <w:tr w:rsidR="00080BF0" w14:paraId="4C5E3C10" w14:textId="77777777">
        <w:trPr>
          <w:jc w:val="center"/>
        </w:trPr>
        <w:tc>
          <w:tcPr>
            <w:tcW w:w="4422" w:type="dxa"/>
            <w:tcMar>
              <w:top w:w="70" w:type="dxa"/>
              <w:left w:w="90" w:type="dxa"/>
              <w:bottom w:w="70" w:type="dxa"/>
              <w:right w:w="90" w:type="dxa"/>
            </w:tcMar>
          </w:tcPr>
          <w:p w14:paraId="10FFD461" w14:textId="77777777" w:rsidR="00080BF0" w:rsidRDefault="00080BF0"/>
          <w:p w14:paraId="41834F2D" w14:textId="77777777" w:rsidR="00080BF0" w:rsidRDefault="00000000">
            <w:pPr>
              <w:spacing w:after="40" w:line="245" w:lineRule="auto"/>
            </w:pPr>
            <w:r>
              <w:rPr>
                <w:b/>
                <w:color w:val="000000"/>
              </w:rPr>
              <w:t>KLJUČNI LIKOVNI POJMI</w:t>
            </w:r>
          </w:p>
          <w:p w14:paraId="65814531"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trganje, rezanje, lepljenje, kontrast, znak, sporočilo, razporeditev</w:t>
            </w:r>
          </w:p>
          <w:p w14:paraId="2B484C75" w14:textId="77777777" w:rsidR="00080BF0" w:rsidRDefault="00000000">
            <w:pPr>
              <w:spacing w:after="20" w:line="245" w:lineRule="auto"/>
            </w:pPr>
            <w:r>
              <w:rPr>
                <w:b/>
                <w:color w:val="000000"/>
                <w:sz w:val="17"/>
              </w:rPr>
              <w:t>DOKAZI O UČENJU</w:t>
            </w:r>
          </w:p>
          <w:p w14:paraId="0FA9EE50" w14:textId="77777777" w:rsidR="00080BF0" w:rsidRDefault="00000000">
            <w:pPr>
              <w:pStyle w:val="Oznaenseznam"/>
              <w:spacing w:after="9"/>
            </w:pPr>
            <w:r>
              <w:rPr>
                <w:color w:val="000000"/>
                <w:sz w:val="15"/>
              </w:rPr>
              <w:t>list materialnih poskusov, skica/načrt, učenčeva razlaga in učiteljev zapis o varni rabi pripomočkov.</w:t>
            </w:r>
          </w:p>
          <w:p w14:paraId="05282352" w14:textId="77777777" w:rsidR="00080BF0" w:rsidRDefault="00000000">
            <w:pPr>
              <w:pStyle w:val="Oznaenseznam"/>
              <w:spacing w:after="9"/>
            </w:pPr>
            <w:r>
              <w:rPr>
                <w:color w:val="000000"/>
                <w:sz w:val="15"/>
              </w:rPr>
              <w:t>likovni proces in izdelek, fotografija faze, učenčeva razlaga ter samovrednotenje v mapi.</w:t>
            </w:r>
          </w:p>
          <w:p w14:paraId="6FDFB35D" w14:textId="77777777" w:rsidR="00080BF0" w:rsidRDefault="00000000">
            <w:pPr>
              <w:spacing w:before="40" w:after="20" w:line="245" w:lineRule="auto"/>
            </w:pPr>
            <w:r>
              <w:rPr>
                <w:b/>
                <w:color w:val="000000"/>
                <w:sz w:val="17"/>
              </w:rPr>
              <w:t>LIKOVNO DOŽIVETJE IN IZKUŠENJSKI POUK</w:t>
            </w:r>
          </w:p>
          <w:p w14:paraId="73F0E7ED"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7BFE53B9" w14:textId="77777777" w:rsidR="00080BF0" w:rsidRDefault="00000000">
            <w:pPr>
              <w:spacing w:after="20" w:line="245" w:lineRule="auto"/>
            </w:pPr>
            <w:r>
              <w:rPr>
                <w:b/>
                <w:color w:val="000000"/>
                <w:sz w:val="17"/>
              </w:rPr>
              <w:t>POUČEVANJE V GIBANJU</w:t>
            </w:r>
          </w:p>
          <w:p w14:paraId="66DEDE4F"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0F037184" w14:textId="77777777" w:rsidR="00080BF0" w:rsidRDefault="00000000">
            <w:pPr>
              <w:spacing w:after="20" w:line="245" w:lineRule="auto"/>
            </w:pPr>
            <w:r>
              <w:rPr>
                <w:b/>
                <w:color w:val="000000"/>
                <w:sz w:val="17"/>
              </w:rPr>
              <w:t>DELO PO POSTAJAH</w:t>
            </w:r>
          </w:p>
          <w:p w14:paraId="12268F40"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6C5249DD" w14:textId="77777777" w:rsidR="00080BF0" w:rsidRDefault="00000000">
            <w:pPr>
              <w:spacing w:after="9" w:line="245" w:lineRule="auto"/>
            </w:pPr>
            <w:r>
              <w:rPr>
                <w:color w:val="000000"/>
                <w:sz w:val="14"/>
              </w:rPr>
              <w:t>1. Kompozicijska: brez lepljenja premikam oblike ter primerjam dve razporeditvi glede na sporočilo.</w:t>
            </w:r>
          </w:p>
          <w:p w14:paraId="2BE8854B" w14:textId="77777777" w:rsidR="00080BF0" w:rsidRDefault="00000000">
            <w:pPr>
              <w:spacing w:after="9" w:line="245" w:lineRule="auto"/>
            </w:pPr>
            <w:r>
              <w:rPr>
                <w:color w:val="000000"/>
                <w:sz w:val="14"/>
              </w:rPr>
              <w:t>2. Materialna: preizkusim trganje, pregibanje, rezanje in lepljenje ter izberem varen postopek.</w:t>
            </w:r>
          </w:p>
          <w:p w14:paraId="124E5834" w14:textId="77777777" w:rsidR="00080BF0" w:rsidRDefault="00000000">
            <w:pPr>
              <w:spacing w:after="9" w:line="245" w:lineRule="auto"/>
            </w:pPr>
            <w:r>
              <w:rPr>
                <w:color w:val="000000"/>
                <w:sz w:val="14"/>
              </w:rPr>
              <w:t>3. Gibalno-prostorska: s telesi ali talnimi oblikami sestavimo veliko kompozicijo in preverimo ravnotežje praznega ter polnega prostora.</w:t>
            </w:r>
          </w:p>
          <w:p w14:paraId="629A8114" w14:textId="77777777" w:rsidR="00080BF0" w:rsidRDefault="00000000">
            <w:pPr>
              <w:spacing w:after="9" w:line="245" w:lineRule="auto"/>
            </w:pPr>
            <w:r>
              <w:rPr>
                <w:color w:val="000000"/>
                <w:sz w:val="14"/>
              </w:rPr>
              <w:t>4. Sporočilna: izdelam kolaž, plakat ali znak, gledalcu razložim namen in po povratni informaciji izboljšam jasnost.</w:t>
            </w:r>
          </w:p>
          <w:p w14:paraId="5C56D353" w14:textId="77777777" w:rsidR="00080BF0" w:rsidRDefault="00000000">
            <w:pPr>
              <w:spacing w:after="20" w:line="245" w:lineRule="auto"/>
            </w:pPr>
            <w:r>
              <w:rPr>
                <w:b/>
                <w:color w:val="000000"/>
                <w:sz w:val="17"/>
              </w:rPr>
              <w:t>DIFERENCIACIJA IN VKLJUČEVANJE</w:t>
            </w:r>
          </w:p>
          <w:p w14:paraId="09F6090C"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3EC5C86F" w14:textId="77777777" w:rsidR="00080BF0" w:rsidRDefault="00000000">
            <w:pPr>
              <w:spacing w:after="20" w:line="245" w:lineRule="auto"/>
            </w:pPr>
            <w:r>
              <w:rPr>
                <w:b/>
                <w:color w:val="000000"/>
                <w:sz w:val="17"/>
              </w:rPr>
              <w:t>SPREMLJANJE</w:t>
            </w:r>
          </w:p>
          <w:p w14:paraId="44A71135"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584BF1A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5E47D1F" w14:textId="77777777">
              <w:trPr>
                <w:jc w:val="center"/>
              </w:trPr>
              <w:tc>
                <w:tcPr>
                  <w:tcW w:w="7087" w:type="dxa"/>
                  <w:shd w:val="clear" w:color="auto" w:fill="C6E7F3"/>
                  <w:tcMar>
                    <w:top w:w="45" w:type="dxa"/>
                    <w:left w:w="70" w:type="dxa"/>
                    <w:bottom w:w="45" w:type="dxa"/>
                    <w:right w:w="70" w:type="dxa"/>
                  </w:tcMar>
                </w:tcPr>
                <w:p w14:paraId="74824D82" w14:textId="77777777" w:rsidR="00080BF0" w:rsidRDefault="00000000">
                  <w:pPr>
                    <w:keepNext/>
                  </w:pPr>
                  <w:r>
                    <w:rPr>
                      <w:b/>
                      <w:color w:val="000000"/>
                      <w:sz w:val="17"/>
                    </w:rPr>
                    <w:t>GLAVNI DEL – OPAZOVANJE, MATERIALNI PREIZKUS, USTVARJANJE IN GALERIJA (2 šolski uri)</w:t>
                  </w:r>
                </w:p>
              </w:tc>
            </w:tr>
          </w:tbl>
          <w:p w14:paraId="69A0E2B4" w14:textId="77777777" w:rsidR="00080BF0" w:rsidRDefault="00080BF0">
            <w:pPr>
              <w:spacing w:line="20" w:lineRule="exact"/>
            </w:pPr>
          </w:p>
          <w:p w14:paraId="5C26086D" w14:textId="77777777" w:rsidR="00080BF0" w:rsidRDefault="00000000">
            <w:pPr>
              <w:keepNext/>
              <w:spacing w:before="22" w:after="8" w:line="245" w:lineRule="auto"/>
            </w:pPr>
            <w:r>
              <w:rPr>
                <w:b/>
                <w:color w:val="000000"/>
                <w:sz w:val="16"/>
              </w:rPr>
              <w:t>1. URA – Ročna dela – Opazujem, preizkušam, načrtujem</w:t>
            </w:r>
          </w:p>
          <w:p w14:paraId="3A1E3329"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»ROČNA DELA«.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339D8583"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3D17AF5B"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50AF1BCF" w14:textId="77777777" w:rsidR="00080BF0" w:rsidRDefault="00000000">
            <w:pPr>
              <w:keepNext/>
              <w:spacing w:before="22" w:after="8" w:line="245" w:lineRule="auto"/>
            </w:pPr>
            <w:r>
              <w:rPr>
                <w:b/>
                <w:color w:val="000000"/>
                <w:sz w:val="16"/>
              </w:rPr>
              <w:t>2. URA – Ročna dela – Ustvarjam, predstavim, izboljšam</w:t>
            </w:r>
          </w:p>
          <w:p w14:paraId="68CAC7A9"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»ROČNA DELA«; postavlja vprašanja o nameri, nudi tehnično oporo in omogoči izboljšavo. Zaključek 10': 10' – Izvede tiho galerijo; modelira odziv »Opazim … / Učinkuje … / Lahko poskusiš …« ter vodi pospravljanje.</w:t>
            </w:r>
          </w:p>
          <w:p w14:paraId="465A9B13"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1CFC0B56"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4AF2230F" w14:textId="77777777">
              <w:trPr>
                <w:jc w:val="center"/>
              </w:trPr>
              <w:tc>
                <w:tcPr>
                  <w:tcW w:w="7087" w:type="dxa"/>
                  <w:shd w:val="clear" w:color="auto" w:fill="EDC9EA"/>
                  <w:tcMar>
                    <w:top w:w="45" w:type="dxa"/>
                    <w:left w:w="70" w:type="dxa"/>
                    <w:bottom w:w="45" w:type="dxa"/>
                    <w:right w:w="70" w:type="dxa"/>
                  </w:tcMar>
                </w:tcPr>
                <w:p w14:paraId="0C4B9725" w14:textId="77777777" w:rsidR="00080BF0" w:rsidRDefault="00000000">
                  <w:pPr>
                    <w:keepNext/>
                  </w:pPr>
                  <w:r>
                    <w:rPr>
                      <w:b/>
                      <w:color w:val="000000"/>
                      <w:sz w:val="17"/>
                    </w:rPr>
                    <w:t>ORGANIZACIJA POSTAJ IN PREHODOV</w:t>
                  </w:r>
                </w:p>
              </w:tc>
            </w:tr>
          </w:tbl>
          <w:p w14:paraId="4637CE44" w14:textId="77777777" w:rsidR="00080BF0" w:rsidRDefault="00080BF0"/>
          <w:p w14:paraId="65F0DC0B" w14:textId="77777777" w:rsidR="00080BF0" w:rsidRDefault="00000000">
            <w:pPr>
              <w:spacing w:before="8" w:after="8" w:line="245" w:lineRule="auto"/>
            </w:pPr>
            <w:r>
              <w:rPr>
                <w:color w:val="000000"/>
                <w:sz w:val="14"/>
              </w:rPr>
              <w:t>Postaja 1: Kompozicijska: brez lepljenja premikam oblike ter primerjam dve razporeditvi glede na sporočilo.</w:t>
            </w:r>
          </w:p>
          <w:p w14:paraId="64368DED" w14:textId="77777777" w:rsidR="00080BF0" w:rsidRDefault="00000000">
            <w:pPr>
              <w:spacing w:before="8" w:after="8" w:line="245" w:lineRule="auto"/>
            </w:pPr>
            <w:r>
              <w:rPr>
                <w:color w:val="000000"/>
                <w:sz w:val="14"/>
              </w:rPr>
              <w:t>Postaja 2: Materialna: preizkusim trganje, pregibanje, rezanje in lepljenje ter izberem varen postopek.</w:t>
            </w:r>
          </w:p>
          <w:p w14:paraId="1BEFA793" w14:textId="77777777" w:rsidR="00080BF0" w:rsidRDefault="00000000">
            <w:pPr>
              <w:spacing w:before="8" w:after="8" w:line="245" w:lineRule="auto"/>
            </w:pPr>
            <w:r>
              <w:rPr>
                <w:color w:val="000000"/>
                <w:sz w:val="14"/>
              </w:rPr>
              <w:t>Postaja 3: Gibalno-prostorska: s telesi ali talnimi oblikami sestavimo veliko kompozicijo in preverimo ravnotežje praznega ter polnega prostora.</w:t>
            </w:r>
          </w:p>
          <w:p w14:paraId="53FC6A26" w14:textId="77777777" w:rsidR="00080BF0" w:rsidRDefault="00000000">
            <w:pPr>
              <w:spacing w:before="8" w:after="8" w:line="245" w:lineRule="auto"/>
            </w:pPr>
            <w:r>
              <w:rPr>
                <w:color w:val="000000"/>
                <w:sz w:val="14"/>
              </w:rPr>
              <w:t>Postaja 4: Sporočilna: izdelam kolaž, plakat ali znak, gledalcu razložim namen in po povratni informaciji izboljšam jasnost.</w:t>
            </w:r>
          </w:p>
          <w:p w14:paraId="1581130B"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3C43B4E" w14:textId="77777777" w:rsidR="00080BF0" w:rsidRDefault="00080BF0"/>
          <w:p w14:paraId="6A23DC8D" w14:textId="77777777" w:rsidR="00080BF0" w:rsidRDefault="00000000">
            <w:pPr>
              <w:spacing w:after="6" w:line="245" w:lineRule="auto"/>
            </w:pPr>
            <w:r>
              <w:rPr>
                <w:b/>
                <w:color w:val="000000"/>
                <w:sz w:val="15"/>
              </w:rPr>
              <w:t>1. URA – Ročna dela – Opazujem, preizkušam, načrtujem</w:t>
            </w:r>
          </w:p>
          <w:p w14:paraId="7CD0F66B"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778A67F8" w14:textId="77777777" w:rsidR="00080BF0" w:rsidRDefault="00000000">
            <w:pPr>
              <w:spacing w:after="20" w:line="245" w:lineRule="auto"/>
            </w:pPr>
            <w:r>
              <w:rPr>
                <w:color w:val="D95BC6"/>
                <w:sz w:val="14"/>
              </w:rPr>
              <w:t>Dokaz: list materialnih poskusov, skica/načrt, učenčeva razlaga in učiteljev zapis o varni rabi.</w:t>
            </w:r>
          </w:p>
          <w:p w14:paraId="13C3941A" w14:textId="77777777" w:rsidR="00080BF0" w:rsidRDefault="00000000">
            <w:pPr>
              <w:spacing w:after="6" w:line="245" w:lineRule="auto"/>
            </w:pPr>
            <w:r>
              <w:rPr>
                <w:b/>
                <w:color w:val="000000"/>
                <w:sz w:val="15"/>
              </w:rPr>
              <w:t>2. URA – Ročna dela – Ustvarjam, predstavim, izboljšam</w:t>
            </w:r>
          </w:p>
          <w:p w14:paraId="5115586D"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3AEE232B" w14:textId="77777777" w:rsidR="00080BF0" w:rsidRDefault="00000000">
            <w:pPr>
              <w:spacing w:after="20" w:line="245" w:lineRule="auto"/>
            </w:pPr>
            <w:r>
              <w:rPr>
                <w:color w:val="D95BC6"/>
                <w:sz w:val="14"/>
              </w:rPr>
              <w:t>Dokaz: likovni proces in izdelek, fotografija faze, učenčeva razlaga ter samovrednotenje v mapi.</w:t>
            </w:r>
          </w:p>
          <w:p w14:paraId="5CC7ECBB" w14:textId="77777777" w:rsidR="00080BF0" w:rsidRDefault="00000000">
            <w:pPr>
              <w:spacing w:before="40" w:after="20" w:line="245" w:lineRule="auto"/>
            </w:pPr>
            <w:r>
              <w:rPr>
                <w:b/>
                <w:color w:val="D95BC6"/>
                <w:sz w:val="16"/>
              </w:rPr>
              <w:t>MOJ KROG POSTAJ</w:t>
            </w:r>
          </w:p>
          <w:p w14:paraId="7CD1A00A" w14:textId="77777777" w:rsidR="00080BF0" w:rsidRDefault="00000000">
            <w:pPr>
              <w:spacing w:after="11" w:line="245" w:lineRule="auto"/>
            </w:pPr>
            <w:r>
              <w:rPr>
                <w:color w:val="000000"/>
                <w:sz w:val="13"/>
              </w:rPr>
              <w:t>1. Kompozicijska: brez lepljenja premikam oblike ter primerjam dve razporeditvi glede na.</w:t>
            </w:r>
          </w:p>
          <w:p w14:paraId="10F5A53C" w14:textId="77777777" w:rsidR="00080BF0" w:rsidRDefault="00000000">
            <w:pPr>
              <w:spacing w:after="11" w:line="245" w:lineRule="auto"/>
            </w:pPr>
            <w:r>
              <w:rPr>
                <w:color w:val="000000"/>
                <w:sz w:val="13"/>
              </w:rPr>
              <w:t>2. Materialna: preizkusim trganje, pregibanje, rezanje in lepljenje ter izberem varen postopek.</w:t>
            </w:r>
          </w:p>
          <w:p w14:paraId="3AD09D2E" w14:textId="77777777" w:rsidR="00080BF0" w:rsidRDefault="00000000">
            <w:pPr>
              <w:spacing w:after="11" w:line="245" w:lineRule="auto"/>
            </w:pPr>
            <w:r>
              <w:rPr>
                <w:color w:val="000000"/>
                <w:sz w:val="13"/>
              </w:rPr>
              <w:t>3. Gibalno-prostorska: s telesi ali talnimi oblikami sestavimo veliko kompozicijo in preverimo.</w:t>
            </w:r>
          </w:p>
          <w:p w14:paraId="702AB1E5" w14:textId="77777777" w:rsidR="00080BF0" w:rsidRDefault="00000000">
            <w:pPr>
              <w:spacing w:after="11" w:line="245" w:lineRule="auto"/>
            </w:pPr>
            <w:r>
              <w:rPr>
                <w:color w:val="000000"/>
                <w:sz w:val="13"/>
              </w:rPr>
              <w:t>4. Sporočilna: izdelam kolaž, plakat ali znak, gledalcu razložim namen in po povratni.</w:t>
            </w:r>
          </w:p>
          <w:p w14:paraId="30F78345"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2273C942" w14:textId="77777777" w:rsidR="00080BF0" w:rsidRDefault="00000000">
            <w:pPr>
              <w:spacing w:after="20" w:line="245" w:lineRule="auto"/>
            </w:pPr>
            <w:r>
              <w:rPr>
                <w:b/>
                <w:color w:val="D95BC6"/>
                <w:sz w:val="17"/>
              </w:rPr>
              <w:t>DOKAZ O UČENJU</w:t>
            </w:r>
          </w:p>
          <w:p w14:paraId="4EFC9EA0"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563306C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E8B90A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E97FFBE"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83B1B1B" w14:textId="77777777" w:rsidR="00080BF0" w:rsidRDefault="00000000">
            <w:pPr>
              <w:jc w:val="center"/>
            </w:pPr>
            <w:r>
              <w:rPr>
                <w:b/>
                <w:color w:val="000000"/>
                <w:sz w:val="20"/>
              </w:rPr>
              <w:t>UČNE DEJAVNOSTI, METODE IN FORMATIVNO SPREMLJANJE</w:t>
            </w:r>
          </w:p>
        </w:tc>
      </w:tr>
      <w:tr w:rsidR="00080BF0" w14:paraId="0CCA96E3" w14:textId="77777777">
        <w:trPr>
          <w:tblHeader/>
          <w:jc w:val="center"/>
        </w:trPr>
        <w:tc>
          <w:tcPr>
            <w:tcW w:w="4422" w:type="dxa"/>
            <w:vMerge/>
            <w:tcMar>
              <w:top w:w="70" w:type="dxa"/>
              <w:left w:w="90" w:type="dxa"/>
              <w:bottom w:w="70" w:type="dxa"/>
              <w:right w:w="90" w:type="dxa"/>
            </w:tcMar>
            <w:vAlign w:val="center"/>
          </w:tcPr>
          <w:p w14:paraId="4B3A540D" w14:textId="77777777" w:rsidR="00080BF0" w:rsidRDefault="00080BF0"/>
        </w:tc>
        <w:tc>
          <w:tcPr>
            <w:tcW w:w="7087" w:type="dxa"/>
            <w:shd w:val="clear" w:color="auto" w:fill="FFFFFF"/>
            <w:tcMar>
              <w:top w:w="70" w:type="dxa"/>
              <w:left w:w="90" w:type="dxa"/>
              <w:bottom w:w="70" w:type="dxa"/>
              <w:right w:w="90" w:type="dxa"/>
            </w:tcMar>
            <w:vAlign w:val="center"/>
          </w:tcPr>
          <w:p w14:paraId="17B765D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1CAD141" w14:textId="77777777" w:rsidR="00080BF0" w:rsidRDefault="00000000">
            <w:pPr>
              <w:jc w:val="center"/>
            </w:pPr>
            <w:r>
              <w:rPr>
                <w:b/>
                <w:color w:val="000000"/>
              </w:rPr>
              <w:t>UČENEC</w:t>
            </w:r>
          </w:p>
        </w:tc>
      </w:tr>
      <w:tr w:rsidR="00080BF0" w14:paraId="2A658F67" w14:textId="77777777">
        <w:trPr>
          <w:jc w:val="center"/>
        </w:trPr>
        <w:tc>
          <w:tcPr>
            <w:tcW w:w="4422" w:type="dxa"/>
            <w:tcMar>
              <w:top w:w="70" w:type="dxa"/>
              <w:left w:w="90" w:type="dxa"/>
              <w:bottom w:w="70" w:type="dxa"/>
              <w:right w:w="90" w:type="dxa"/>
            </w:tcMar>
          </w:tcPr>
          <w:p w14:paraId="530B4813" w14:textId="77777777" w:rsidR="00080BF0" w:rsidRDefault="00080BF0"/>
          <w:p w14:paraId="72D8D0EC" w14:textId="77777777" w:rsidR="00080BF0" w:rsidRDefault="00000000">
            <w:pPr>
              <w:spacing w:after="40" w:line="245" w:lineRule="auto"/>
            </w:pPr>
            <w:r>
              <w:rPr>
                <w:b/>
                <w:color w:val="000000"/>
              </w:rPr>
              <w:t>FORMATIVNO SPREMLJANJE</w:t>
            </w:r>
          </w:p>
          <w:p w14:paraId="02D3EDA4" w14:textId="77777777" w:rsidR="00080BF0" w:rsidRDefault="00000000">
            <w:pPr>
              <w:pStyle w:val="Oznaenseznam"/>
              <w:spacing w:after="16"/>
            </w:pPr>
            <w:r>
              <w:rPr>
                <w:color w:val="000000"/>
                <w:sz w:val="15"/>
              </w:rPr>
              <w:t>predznanje: opažanje, gibalna ponazoritev, izbira kartice, razvrstitev materialov, poskusna sled ali skica</w:t>
            </w:r>
          </w:p>
          <w:p w14:paraId="17506274"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01DDC6A0"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3419A15F" w14:textId="77777777" w:rsidR="00080BF0" w:rsidRDefault="00000000">
            <w:pPr>
              <w:pStyle w:val="Oznaenseznam"/>
              <w:spacing w:after="16"/>
            </w:pPr>
            <w:r>
              <w:rPr>
                <w:color w:val="000000"/>
                <w:sz w:val="15"/>
              </w:rPr>
              <w:t>povratna informacija: opis vidne likovne odločitve, povezava z enim merilom in izvedljiv naslednji korak</w:t>
            </w:r>
          </w:p>
          <w:p w14:paraId="56508AA9" w14:textId="77777777" w:rsidR="00080BF0" w:rsidRDefault="00000000">
            <w:pPr>
              <w:pStyle w:val="Oznaenseznam"/>
              <w:spacing w:after="16"/>
            </w:pPr>
            <w:r>
              <w:rPr>
                <w:color w:val="000000"/>
                <w:sz w:val="15"/>
              </w:rPr>
              <w:t>samovrednotenje: likovni semafor, lestvica samostojnosti, izbran dokaz, galerijski odziv in izboljšava</w:t>
            </w:r>
          </w:p>
          <w:p w14:paraId="6AE45B5F" w14:textId="77777777" w:rsidR="00080BF0" w:rsidRDefault="00000000">
            <w:pPr>
              <w:spacing w:before="40" w:after="20" w:line="245" w:lineRule="auto"/>
            </w:pPr>
            <w:r>
              <w:rPr>
                <w:b/>
                <w:color w:val="000000"/>
                <w:sz w:val="17"/>
              </w:rPr>
              <w:t>VARNOST, HIGIENA IN UREDITEV PROSTORA</w:t>
            </w:r>
          </w:p>
          <w:p w14:paraId="55922D84"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Škarje so prilagojene starosti, rezanje poteka sede in vedno stran od telesa.</w:t>
            </w:r>
          </w:p>
          <w:p w14:paraId="63E91145" w14:textId="77777777" w:rsidR="00080BF0" w:rsidRDefault="00000000">
            <w:pPr>
              <w:spacing w:after="20" w:line="245" w:lineRule="auto"/>
            </w:pPr>
            <w:r>
              <w:rPr>
                <w:b/>
                <w:color w:val="000000"/>
                <w:sz w:val="17"/>
              </w:rPr>
              <w:t>EVIDENCA PO IZVEDBI</w:t>
            </w:r>
          </w:p>
          <w:p w14:paraId="7F48689E"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17E26C76" w14:textId="77777777" w:rsidR="00080BF0" w:rsidRDefault="00000000">
            <w:pPr>
              <w:spacing w:before="40" w:after="20" w:line="245" w:lineRule="auto"/>
            </w:pPr>
            <w:r>
              <w:rPr>
                <w:b/>
                <w:color w:val="000000"/>
                <w:sz w:val="17"/>
              </w:rPr>
              <w:t>RAVEN DOSEGANJA</w:t>
            </w:r>
          </w:p>
          <w:p w14:paraId="6467B678"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79CFFDFF"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86CF4B0" w14:textId="77777777">
              <w:trPr>
                <w:jc w:val="center"/>
              </w:trPr>
              <w:tc>
                <w:tcPr>
                  <w:tcW w:w="7087" w:type="dxa"/>
                  <w:shd w:val="clear" w:color="auto" w:fill="EDC9EA"/>
                  <w:tcMar>
                    <w:top w:w="45" w:type="dxa"/>
                    <w:left w:w="70" w:type="dxa"/>
                    <w:bottom w:w="45" w:type="dxa"/>
                    <w:right w:w="70" w:type="dxa"/>
                  </w:tcMar>
                </w:tcPr>
                <w:p w14:paraId="3B5008C3" w14:textId="77777777" w:rsidR="00080BF0" w:rsidRDefault="00000000">
                  <w:pPr>
                    <w:keepNext/>
                  </w:pPr>
                  <w:r>
                    <w:rPr>
                      <w:b/>
                      <w:color w:val="000000"/>
                    </w:rPr>
                    <w:t>VPRAŠANJA V PODPORO LIKOVNEMU UČENJU</w:t>
                  </w:r>
                </w:p>
              </w:tc>
            </w:tr>
          </w:tbl>
          <w:p w14:paraId="56F3C13A" w14:textId="77777777" w:rsidR="00080BF0" w:rsidRDefault="00080BF0">
            <w:pPr>
              <w:spacing w:line="20" w:lineRule="exact"/>
            </w:pPr>
          </w:p>
          <w:p w14:paraId="6048BE3C" w14:textId="77777777" w:rsidR="00080BF0" w:rsidRDefault="00000000">
            <w:pPr>
              <w:pStyle w:val="Oznaenseznam"/>
              <w:spacing w:after="16"/>
            </w:pPr>
            <w:r>
              <w:rPr>
                <w:color w:val="000000"/>
                <w:sz w:val="16"/>
              </w:rPr>
              <w:t>Kaj si najprej opazil/-a in katera likovna prvina je zate najpomembnejša?</w:t>
            </w:r>
          </w:p>
          <w:p w14:paraId="61B700C7" w14:textId="77777777" w:rsidR="00080BF0" w:rsidRDefault="00000000">
            <w:pPr>
              <w:pStyle w:val="Oznaenseznam"/>
              <w:spacing w:after="16"/>
            </w:pPr>
            <w:r>
              <w:rPr>
                <w:color w:val="000000"/>
                <w:sz w:val="16"/>
              </w:rPr>
              <w:t>Kako je material ali postopek vplival na črto, barvo, obliko, površino, prostor oziroma delovanje izdelka?</w:t>
            </w:r>
          </w:p>
          <w:p w14:paraId="44A5AB3C" w14:textId="77777777" w:rsidR="00080BF0" w:rsidRDefault="00000000">
            <w:pPr>
              <w:pStyle w:val="Oznaenseznam"/>
              <w:spacing w:after="16"/>
            </w:pPr>
            <w:r>
              <w:rPr>
                <w:color w:val="000000"/>
                <w:sz w:val="16"/>
              </w:rPr>
              <w:t>Katero možnost si preizkusil/-a, zakaj si jo izbral/-a in kaj si ob poskusu spremenil/-a?</w:t>
            </w:r>
          </w:p>
          <w:p w14:paraId="22A6E794" w14:textId="77777777" w:rsidR="00080BF0" w:rsidRDefault="00000000">
            <w:pPr>
              <w:pStyle w:val="Oznaenseznam"/>
              <w:spacing w:after="16"/>
            </w:pPr>
            <w:r>
              <w:rPr>
                <w:color w:val="000000"/>
                <w:sz w:val="16"/>
              </w:rPr>
              <w:t>Kateri del tvojega procesa ali izdelka najjasneje pokaže dogovorjeno merilo?</w:t>
            </w:r>
          </w:p>
          <w:p w14:paraId="780ED6E1"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498D6C07" w14:textId="77777777">
              <w:trPr>
                <w:jc w:val="center"/>
              </w:trPr>
              <w:tc>
                <w:tcPr>
                  <w:tcW w:w="7087" w:type="dxa"/>
                  <w:shd w:val="clear" w:color="auto" w:fill="C6E7F3"/>
                  <w:tcMar>
                    <w:top w:w="45" w:type="dxa"/>
                    <w:left w:w="70" w:type="dxa"/>
                    <w:bottom w:w="45" w:type="dxa"/>
                    <w:right w:w="70" w:type="dxa"/>
                  </w:tcMar>
                </w:tcPr>
                <w:p w14:paraId="6C5665D4" w14:textId="77777777" w:rsidR="00080BF0" w:rsidRDefault="00000000">
                  <w:pPr>
                    <w:keepNext/>
                  </w:pPr>
                  <w:r>
                    <w:rPr>
                      <w:b/>
                      <w:color w:val="000000"/>
                    </w:rPr>
                    <w:t>ZAKLJUČNI DEL – TIHA GALERIJA, RAZLAGA IN REFLEKSIJA (8–12 min)</w:t>
                  </w:r>
                </w:p>
              </w:tc>
            </w:tr>
          </w:tbl>
          <w:p w14:paraId="517625AE" w14:textId="77777777" w:rsidR="00080BF0" w:rsidRDefault="00080BF0">
            <w:pPr>
              <w:spacing w:line="20" w:lineRule="exact"/>
            </w:pPr>
          </w:p>
          <w:p w14:paraId="3C905595"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383C4070" w14:textId="77777777">
              <w:trPr>
                <w:jc w:val="center"/>
              </w:trPr>
              <w:tc>
                <w:tcPr>
                  <w:tcW w:w="7087" w:type="dxa"/>
                  <w:shd w:val="clear" w:color="auto" w:fill="EDC9EA"/>
                  <w:tcMar>
                    <w:top w:w="45" w:type="dxa"/>
                    <w:left w:w="70" w:type="dxa"/>
                    <w:bottom w:w="45" w:type="dxa"/>
                    <w:right w:w="70" w:type="dxa"/>
                  </w:tcMar>
                </w:tcPr>
                <w:p w14:paraId="08301903" w14:textId="77777777" w:rsidR="00080BF0" w:rsidRDefault="00000000">
                  <w:pPr>
                    <w:keepNext/>
                  </w:pPr>
                  <w:r>
                    <w:rPr>
                      <w:b/>
                      <w:color w:val="000000"/>
                    </w:rPr>
                    <w:t>SAMOVREDNOTENJE</w:t>
                  </w:r>
                </w:p>
              </w:tc>
            </w:tr>
          </w:tbl>
          <w:p w14:paraId="7A80D2F0" w14:textId="77777777" w:rsidR="00080BF0" w:rsidRDefault="00080BF0">
            <w:pPr>
              <w:spacing w:line="20" w:lineRule="exact"/>
            </w:pPr>
          </w:p>
          <w:p w14:paraId="3B29419D"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46F4B5CD" w14:textId="77777777">
              <w:trPr>
                <w:jc w:val="center"/>
              </w:trPr>
              <w:tc>
                <w:tcPr>
                  <w:tcW w:w="7087" w:type="dxa"/>
                  <w:shd w:val="clear" w:color="auto" w:fill="EDC9EA"/>
                  <w:tcMar>
                    <w:top w:w="45" w:type="dxa"/>
                    <w:left w:w="70" w:type="dxa"/>
                    <w:bottom w:w="45" w:type="dxa"/>
                    <w:right w:w="70" w:type="dxa"/>
                  </w:tcMar>
                </w:tcPr>
                <w:p w14:paraId="38C70AC3" w14:textId="77777777" w:rsidR="00080BF0" w:rsidRDefault="00000000">
                  <w:pPr>
                    <w:keepNext/>
                  </w:pPr>
                  <w:r>
                    <w:rPr>
                      <w:b/>
                      <w:color w:val="000000"/>
                    </w:rPr>
                    <w:t>VRSTNIŠKO VREDNOTENJE</w:t>
                  </w:r>
                </w:p>
              </w:tc>
            </w:tr>
          </w:tbl>
          <w:p w14:paraId="34EF66F2" w14:textId="77777777" w:rsidR="00080BF0" w:rsidRDefault="00080BF0">
            <w:pPr>
              <w:spacing w:line="20" w:lineRule="exact"/>
            </w:pPr>
          </w:p>
          <w:p w14:paraId="5F4D13D9"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22FA714A" w14:textId="77777777">
              <w:trPr>
                <w:jc w:val="center"/>
              </w:trPr>
              <w:tc>
                <w:tcPr>
                  <w:tcW w:w="7087" w:type="dxa"/>
                  <w:shd w:val="clear" w:color="auto" w:fill="EDC9EA"/>
                  <w:tcMar>
                    <w:top w:w="45" w:type="dxa"/>
                    <w:left w:w="70" w:type="dxa"/>
                    <w:bottom w:w="45" w:type="dxa"/>
                    <w:right w:w="70" w:type="dxa"/>
                  </w:tcMar>
                </w:tcPr>
                <w:p w14:paraId="2AFF660B" w14:textId="77777777" w:rsidR="00080BF0" w:rsidRDefault="00000000">
                  <w:pPr>
                    <w:keepNext/>
                  </w:pPr>
                  <w:r>
                    <w:rPr>
                      <w:b/>
                      <w:color w:val="000000"/>
                    </w:rPr>
                    <w:t>SKUPNI POVZETEK</w:t>
                  </w:r>
                </w:p>
              </w:tc>
            </w:tr>
          </w:tbl>
          <w:p w14:paraId="7CD8EDAF" w14:textId="77777777" w:rsidR="00080BF0" w:rsidRDefault="00080BF0"/>
          <w:p w14:paraId="29234F8E" w14:textId="77777777" w:rsidR="00080BF0" w:rsidRDefault="00000000">
            <w:pPr>
              <w:spacing w:before="20" w:after="40" w:line="245" w:lineRule="auto"/>
            </w:pPr>
            <w:r>
              <w:rPr>
                <w:b/>
                <w:color w:val="000000"/>
                <w:sz w:val="16"/>
              </w:rPr>
              <w:t>načrtujem preprost izdelek; spajam in preoblikuje papir ali tekstil; uredim delovno mesto. Izbrani dokaz pojasnim in po povratni informaciji izboljšam.</w:t>
            </w:r>
          </w:p>
        </w:tc>
        <w:tc>
          <w:tcPr>
            <w:tcW w:w="2551" w:type="dxa"/>
            <w:tcMar>
              <w:top w:w="70" w:type="dxa"/>
              <w:left w:w="90" w:type="dxa"/>
              <w:bottom w:w="70" w:type="dxa"/>
              <w:right w:w="90" w:type="dxa"/>
            </w:tcMar>
          </w:tcPr>
          <w:p w14:paraId="4AAFD387" w14:textId="77777777" w:rsidR="00080BF0" w:rsidRDefault="00080BF0"/>
          <w:p w14:paraId="5652ACD2" w14:textId="77777777" w:rsidR="00080BF0" w:rsidRDefault="00000000">
            <w:pPr>
              <w:spacing w:after="80" w:line="245" w:lineRule="auto"/>
            </w:pPr>
            <w:r>
              <w:rPr>
                <w:color w:val="000000"/>
                <w:sz w:val="15"/>
              </w:rPr>
              <w:t>Odgovarja na podporna vprašanja in se sklicuje na opaženo, preizkušeno, ustvarjeno ali razstavljeno.</w:t>
            </w:r>
          </w:p>
          <w:p w14:paraId="3CBCD8C5" w14:textId="77777777" w:rsidR="00080BF0" w:rsidRDefault="00000000">
            <w:pPr>
              <w:spacing w:after="80" w:line="245" w:lineRule="auto"/>
            </w:pPr>
            <w:r>
              <w:rPr>
                <w:color w:val="000000"/>
                <w:sz w:val="15"/>
              </w:rPr>
              <w:t>Predstavi izbrani procesni ali izdelkovni dokaz ter pove, katero merilo z njim pokaže.</w:t>
            </w:r>
          </w:p>
          <w:p w14:paraId="33D4C74C" w14:textId="77777777" w:rsidR="00080BF0" w:rsidRDefault="00000000">
            <w:pPr>
              <w:spacing w:after="80" w:line="245" w:lineRule="auto"/>
            </w:pPr>
            <w:r>
              <w:rPr>
                <w:color w:val="000000"/>
                <w:sz w:val="15"/>
              </w:rPr>
              <w:t>Tiho opazuje vrstnikovo delo, opiše eno konkretno likovno rešitev in poda prijazen predlog.</w:t>
            </w:r>
          </w:p>
          <w:p w14:paraId="04EE7E43" w14:textId="77777777" w:rsidR="00080BF0" w:rsidRDefault="00000000">
            <w:pPr>
              <w:spacing w:after="80" w:line="245" w:lineRule="auto"/>
            </w:pPr>
            <w:r>
              <w:rPr>
                <w:color w:val="000000"/>
                <w:sz w:val="15"/>
              </w:rPr>
              <w:t>Po povratni informaciji po želji ponovi poskus, spremeni podrobnost, izboljša spoj, razporeditev ali razlago.</w:t>
            </w:r>
          </w:p>
          <w:p w14:paraId="4C6E8709" w14:textId="77777777" w:rsidR="00080BF0" w:rsidRDefault="00000000">
            <w:pPr>
              <w:spacing w:after="100" w:line="245" w:lineRule="auto"/>
            </w:pPr>
            <w:r>
              <w:rPr>
                <w:color w:val="000000"/>
                <w:sz w:val="15"/>
              </w:rPr>
              <w:t>Izbere raven samostojnosti ter določi majhen in izvedljiv naslednji ustvarjalni korak.</w:t>
            </w:r>
          </w:p>
          <w:p w14:paraId="473F5509" w14:textId="77777777" w:rsidR="00080BF0" w:rsidRDefault="00000000">
            <w:pPr>
              <w:spacing w:after="20" w:line="245" w:lineRule="auto"/>
            </w:pPr>
            <w:r>
              <w:rPr>
                <w:b/>
                <w:color w:val="D95BC6"/>
                <w:sz w:val="17"/>
              </w:rPr>
              <w:t>DOKAZ O UČENJU</w:t>
            </w:r>
          </w:p>
          <w:p w14:paraId="63AE2245"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153B3032"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21C8FE4D" w14:textId="77777777">
        <w:trPr>
          <w:cantSplit/>
          <w:jc w:val="center"/>
        </w:trPr>
        <w:tc>
          <w:tcPr>
            <w:tcW w:w="14060" w:type="dxa"/>
            <w:gridSpan w:val="6"/>
            <w:tcMar>
              <w:top w:w="70" w:type="dxa"/>
              <w:left w:w="90" w:type="dxa"/>
              <w:bottom w:w="70" w:type="dxa"/>
              <w:right w:w="90" w:type="dxa"/>
            </w:tcMar>
            <w:vAlign w:val="center"/>
          </w:tcPr>
          <w:p w14:paraId="1AB4B679" w14:textId="77777777" w:rsidR="00080BF0" w:rsidRDefault="00000000">
            <w:pPr>
              <w:jc w:val="center"/>
            </w:pPr>
            <w:r>
              <w:rPr>
                <w:b/>
                <w:color w:val="000000"/>
                <w:sz w:val="24"/>
              </w:rPr>
              <w:lastRenderedPageBreak/>
              <w:t>UČNA PRIPRAVA 13/39</w:t>
            </w:r>
          </w:p>
        </w:tc>
      </w:tr>
      <w:tr w:rsidR="00080BF0" w14:paraId="2838A891" w14:textId="77777777">
        <w:trPr>
          <w:jc w:val="center"/>
        </w:trPr>
        <w:tc>
          <w:tcPr>
            <w:tcW w:w="2665" w:type="dxa"/>
            <w:tcMar>
              <w:top w:w="70" w:type="dxa"/>
              <w:left w:w="90" w:type="dxa"/>
              <w:bottom w:w="70" w:type="dxa"/>
              <w:right w:w="90" w:type="dxa"/>
            </w:tcMar>
            <w:vAlign w:val="center"/>
          </w:tcPr>
          <w:p w14:paraId="36D0883F"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9079C2B"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33FF222C"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DCEB1E6" w14:textId="77777777" w:rsidR="00080BF0" w:rsidRDefault="00000000">
            <w:r>
              <w:rPr>
                <w:b/>
                <w:color w:val="000000"/>
                <w:sz w:val="16"/>
              </w:rPr>
              <w:t xml:space="preserve">NAČRTOVANI TERMIN: </w:t>
            </w:r>
            <w:r>
              <w:rPr>
                <w:color w:val="000000"/>
                <w:sz w:val="16"/>
              </w:rPr>
              <w:t>13. teden • 30. 11.–4. 12. 2026</w:t>
            </w:r>
          </w:p>
        </w:tc>
        <w:tc>
          <w:tcPr>
            <w:tcW w:w="2268" w:type="dxa"/>
            <w:tcMar>
              <w:top w:w="70" w:type="dxa"/>
              <w:left w:w="90" w:type="dxa"/>
              <w:bottom w:w="70" w:type="dxa"/>
              <w:right w:w="90" w:type="dxa"/>
            </w:tcMar>
            <w:vAlign w:val="center"/>
          </w:tcPr>
          <w:p w14:paraId="5D8B9C12"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FEF3E5F" w14:textId="77777777" w:rsidR="00080BF0" w:rsidRDefault="00000000">
            <w:r>
              <w:rPr>
                <w:b/>
                <w:color w:val="000000"/>
                <w:sz w:val="16"/>
              </w:rPr>
              <w:t xml:space="preserve">ŠTEVILO UR: </w:t>
            </w:r>
            <w:r>
              <w:rPr>
                <w:color w:val="000000"/>
                <w:sz w:val="16"/>
              </w:rPr>
              <w:t>2</w:t>
            </w:r>
          </w:p>
        </w:tc>
      </w:tr>
      <w:tr w:rsidR="00080BF0" w14:paraId="55B12DB7" w14:textId="77777777">
        <w:trPr>
          <w:jc w:val="center"/>
        </w:trPr>
        <w:tc>
          <w:tcPr>
            <w:tcW w:w="14061" w:type="dxa"/>
            <w:gridSpan w:val="6"/>
            <w:tcMar>
              <w:top w:w="70" w:type="dxa"/>
              <w:left w:w="90" w:type="dxa"/>
              <w:bottom w:w="70" w:type="dxa"/>
              <w:right w:w="90" w:type="dxa"/>
            </w:tcMar>
            <w:vAlign w:val="center"/>
          </w:tcPr>
          <w:p w14:paraId="20A7854A"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64DF6613" w14:textId="77777777">
        <w:trPr>
          <w:cantSplit/>
          <w:jc w:val="center"/>
        </w:trPr>
        <w:tc>
          <w:tcPr>
            <w:tcW w:w="14060" w:type="dxa"/>
            <w:gridSpan w:val="6"/>
            <w:tcMar>
              <w:top w:w="70" w:type="dxa"/>
              <w:left w:w="90" w:type="dxa"/>
              <w:bottom w:w="70" w:type="dxa"/>
              <w:right w:w="90" w:type="dxa"/>
            </w:tcMar>
            <w:vAlign w:val="center"/>
          </w:tcPr>
          <w:p w14:paraId="0933AA6A" w14:textId="77777777" w:rsidR="00080BF0" w:rsidRDefault="00080BF0"/>
          <w:p w14:paraId="1E1D4B53" w14:textId="77777777" w:rsidR="00080BF0" w:rsidRDefault="00000000">
            <w:pPr>
              <w:spacing w:line="245" w:lineRule="auto"/>
            </w:pPr>
            <w:r>
              <w:rPr>
                <w:b/>
                <w:color w:val="000000"/>
                <w:sz w:val="15"/>
              </w:rPr>
              <w:t xml:space="preserve">UČNI SKLOP: </w:t>
            </w:r>
            <w:r>
              <w:rPr>
                <w:color w:val="000000"/>
                <w:sz w:val="15"/>
              </w:rPr>
              <w:t>MOJA DRUŽINA, SKUPNOST IN PRAZNOVANJA</w:t>
            </w:r>
          </w:p>
        </w:tc>
      </w:tr>
      <w:tr w:rsidR="00080BF0" w14:paraId="42015A12" w14:textId="77777777">
        <w:trPr>
          <w:cantSplit/>
          <w:jc w:val="center"/>
        </w:trPr>
        <w:tc>
          <w:tcPr>
            <w:tcW w:w="14060" w:type="dxa"/>
            <w:gridSpan w:val="6"/>
            <w:tcMar>
              <w:top w:w="70" w:type="dxa"/>
              <w:left w:w="90" w:type="dxa"/>
              <w:bottom w:w="70" w:type="dxa"/>
              <w:right w:w="90" w:type="dxa"/>
            </w:tcMar>
            <w:vAlign w:val="center"/>
          </w:tcPr>
          <w:p w14:paraId="695BC635" w14:textId="77777777" w:rsidR="00080BF0" w:rsidRDefault="00080BF0"/>
          <w:p w14:paraId="00CFE142" w14:textId="77777777" w:rsidR="00080BF0" w:rsidRDefault="00000000">
            <w:pPr>
              <w:spacing w:line="245" w:lineRule="auto"/>
            </w:pPr>
            <w:r>
              <w:rPr>
                <w:b/>
                <w:color w:val="000000"/>
                <w:sz w:val="15"/>
              </w:rPr>
              <w:t xml:space="preserve">UČNA TEMA: </w:t>
            </w:r>
            <w:r>
              <w:rPr>
                <w:color w:val="000000"/>
                <w:sz w:val="15"/>
              </w:rPr>
              <w:t>DRUŽINSKI PORTRET</w:t>
            </w:r>
          </w:p>
        </w:tc>
      </w:tr>
      <w:tr w:rsidR="00080BF0" w14:paraId="2EDDCD4A" w14:textId="77777777">
        <w:trPr>
          <w:cantSplit/>
          <w:jc w:val="center"/>
        </w:trPr>
        <w:tc>
          <w:tcPr>
            <w:tcW w:w="14060" w:type="dxa"/>
            <w:gridSpan w:val="6"/>
            <w:tcMar>
              <w:top w:w="70" w:type="dxa"/>
              <w:left w:w="90" w:type="dxa"/>
              <w:bottom w:w="70" w:type="dxa"/>
              <w:right w:w="90" w:type="dxa"/>
            </w:tcMar>
            <w:vAlign w:val="center"/>
          </w:tcPr>
          <w:p w14:paraId="48E94E1D" w14:textId="77777777" w:rsidR="00080BF0" w:rsidRDefault="00080BF0"/>
          <w:p w14:paraId="39669137" w14:textId="77777777" w:rsidR="00080BF0" w:rsidRDefault="00000000">
            <w:pPr>
              <w:spacing w:line="245" w:lineRule="auto"/>
            </w:pPr>
            <w:r>
              <w:rPr>
                <w:b/>
                <w:color w:val="000000"/>
                <w:sz w:val="15"/>
              </w:rPr>
              <w:t xml:space="preserve">KNJIŽEVNO / MOTIVNO IZHODIŠČE: </w:t>
            </w:r>
            <w:r>
              <w:rPr>
                <w:color w:val="000000"/>
                <w:sz w:val="15"/>
              </w:rPr>
              <w:t>»Moj dežnik je lahko balon« – Ela Peroci • družina, domišljija in pot v drugačen svet</w:t>
            </w:r>
          </w:p>
        </w:tc>
      </w:tr>
      <w:tr w:rsidR="00080BF0" w14:paraId="080B8A9E" w14:textId="77777777">
        <w:trPr>
          <w:cantSplit/>
          <w:jc w:val="center"/>
        </w:trPr>
        <w:tc>
          <w:tcPr>
            <w:tcW w:w="14060" w:type="dxa"/>
            <w:gridSpan w:val="6"/>
            <w:tcMar>
              <w:top w:w="70" w:type="dxa"/>
              <w:left w:w="90" w:type="dxa"/>
              <w:bottom w:w="70" w:type="dxa"/>
              <w:right w:w="90" w:type="dxa"/>
            </w:tcMar>
            <w:vAlign w:val="center"/>
          </w:tcPr>
          <w:p w14:paraId="0E194F5A" w14:textId="77777777" w:rsidR="00080BF0" w:rsidRDefault="00080BF0"/>
          <w:p w14:paraId="7C05DD66" w14:textId="77777777" w:rsidR="00080BF0" w:rsidRDefault="00000000">
            <w:pPr>
              <w:spacing w:line="245" w:lineRule="auto"/>
            </w:pPr>
            <w:r>
              <w:rPr>
                <w:b/>
                <w:color w:val="000000"/>
                <w:sz w:val="15"/>
              </w:rPr>
              <w:t xml:space="preserve">LIKOVNO IZHODIŠČE / MOTIVACIJA: </w:t>
            </w:r>
            <w:r>
              <w:rPr>
                <w:color w:val="000000"/>
                <w:sz w:val="15"/>
              </w:rPr>
              <w:t>barva iz zgodbe izgubi svoje razpoloženje; učenci z opazovanjem, mešanjem in gibalnim odzivom ugotavljajo, kako bi jo ponovno izrazili v motivu »družinski portret«. Tematska rešitev: slika domišljijski balon ali družinski prizor.</w:t>
            </w:r>
          </w:p>
        </w:tc>
      </w:tr>
      <w:tr w:rsidR="00080BF0" w14:paraId="4AEF1C19" w14:textId="77777777">
        <w:trPr>
          <w:cantSplit/>
          <w:jc w:val="center"/>
        </w:trPr>
        <w:tc>
          <w:tcPr>
            <w:tcW w:w="14060" w:type="dxa"/>
            <w:gridSpan w:val="6"/>
            <w:tcMar>
              <w:top w:w="70" w:type="dxa"/>
              <w:left w:w="90" w:type="dxa"/>
              <w:bottom w:w="70" w:type="dxa"/>
              <w:right w:w="90" w:type="dxa"/>
            </w:tcMar>
            <w:vAlign w:val="center"/>
          </w:tcPr>
          <w:p w14:paraId="3DD18CEA" w14:textId="77777777" w:rsidR="00080BF0" w:rsidRDefault="00080BF0"/>
          <w:p w14:paraId="2B17CBB8" w14:textId="77777777" w:rsidR="00080BF0" w:rsidRDefault="00000000">
            <w:pPr>
              <w:spacing w:line="245" w:lineRule="auto"/>
            </w:pPr>
            <w:r>
              <w:rPr>
                <w:b/>
                <w:color w:val="000000"/>
                <w:sz w:val="15"/>
              </w:rPr>
              <w:t xml:space="preserve">UČNE ENOTE: </w:t>
            </w:r>
            <w:r>
              <w:rPr>
                <w:color w:val="000000"/>
                <w:sz w:val="15"/>
              </w:rPr>
              <w:t>1. ura – Družinski portret – Opazujem, preizkušam, načrtujem • 2. ura – Družinski portret – Ustvarjam, predstavim, izboljšam</w:t>
            </w:r>
          </w:p>
        </w:tc>
      </w:tr>
      <w:tr w:rsidR="00080BF0" w14:paraId="2E35A3D8" w14:textId="77777777">
        <w:trPr>
          <w:cantSplit/>
          <w:jc w:val="center"/>
        </w:trPr>
        <w:tc>
          <w:tcPr>
            <w:tcW w:w="14060" w:type="dxa"/>
            <w:gridSpan w:val="6"/>
            <w:tcMar>
              <w:top w:w="70" w:type="dxa"/>
              <w:left w:w="90" w:type="dxa"/>
              <w:bottom w:w="70" w:type="dxa"/>
              <w:right w:w="90" w:type="dxa"/>
            </w:tcMar>
            <w:vAlign w:val="center"/>
          </w:tcPr>
          <w:p w14:paraId="5215C525" w14:textId="77777777" w:rsidR="00080BF0" w:rsidRDefault="00080BF0"/>
          <w:p w14:paraId="28390305"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75BB5C35" w14:textId="77777777">
        <w:trPr>
          <w:cantSplit/>
          <w:jc w:val="center"/>
        </w:trPr>
        <w:tc>
          <w:tcPr>
            <w:tcW w:w="14060" w:type="dxa"/>
            <w:gridSpan w:val="6"/>
            <w:tcMar>
              <w:top w:w="70" w:type="dxa"/>
              <w:left w:w="90" w:type="dxa"/>
              <w:bottom w:w="70" w:type="dxa"/>
              <w:right w:w="90" w:type="dxa"/>
            </w:tcMar>
            <w:vAlign w:val="center"/>
          </w:tcPr>
          <w:p w14:paraId="5ADB64D1" w14:textId="77777777" w:rsidR="00080BF0" w:rsidRDefault="00080BF0"/>
          <w:p w14:paraId="2DB78D7A"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3F056E3D" w14:textId="77777777">
        <w:trPr>
          <w:cantSplit/>
          <w:jc w:val="center"/>
        </w:trPr>
        <w:tc>
          <w:tcPr>
            <w:tcW w:w="14060" w:type="dxa"/>
            <w:gridSpan w:val="6"/>
            <w:tcMar>
              <w:top w:w="70" w:type="dxa"/>
              <w:left w:w="90" w:type="dxa"/>
              <w:bottom w:w="70" w:type="dxa"/>
              <w:right w:w="90" w:type="dxa"/>
            </w:tcMar>
            <w:vAlign w:val="center"/>
          </w:tcPr>
          <w:p w14:paraId="2FCD43C2" w14:textId="77777777" w:rsidR="00080BF0" w:rsidRDefault="00080BF0"/>
          <w:p w14:paraId="70AD2F88"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052C9532" w14:textId="77777777">
        <w:trPr>
          <w:cantSplit/>
          <w:jc w:val="center"/>
        </w:trPr>
        <w:tc>
          <w:tcPr>
            <w:tcW w:w="14060" w:type="dxa"/>
            <w:gridSpan w:val="6"/>
            <w:tcMar>
              <w:top w:w="70" w:type="dxa"/>
              <w:left w:w="90" w:type="dxa"/>
              <w:bottom w:w="70" w:type="dxa"/>
              <w:right w:w="90" w:type="dxa"/>
            </w:tcMar>
            <w:vAlign w:val="center"/>
          </w:tcPr>
          <w:p w14:paraId="4E63017C" w14:textId="77777777" w:rsidR="00080BF0" w:rsidRDefault="00080BF0"/>
          <w:p w14:paraId="473CDE65" w14:textId="77777777" w:rsidR="00080BF0" w:rsidRDefault="00000000">
            <w:pPr>
              <w:spacing w:line="245" w:lineRule="auto"/>
            </w:pPr>
            <w:r>
              <w:rPr>
                <w:b/>
                <w:color w:val="000000"/>
                <w:sz w:val="15"/>
              </w:rPr>
              <w:t xml:space="preserve">MEDPREDMETNE POVEZAVE: </w:t>
            </w:r>
            <w:r>
              <w:rPr>
                <w:color w:val="000000"/>
                <w:sz w:val="15"/>
              </w:rPr>
              <w:t>SPO – družina, domišljija in pot v drugačen svet; SLJ – poslušanje, opis opažanja, poimenovanje postopka in predstavitev; MAT – oblike, razvrščanje, vzorci in prostorski odnosi; ŠPO – gibalna črta, telesna skulptura, smer in ravnotežje; GUM – ritem, ponavljanje.</w:t>
            </w:r>
          </w:p>
        </w:tc>
      </w:tr>
      <w:tr w:rsidR="00080BF0" w14:paraId="5A0EE42A" w14:textId="77777777">
        <w:trPr>
          <w:cantSplit/>
          <w:jc w:val="center"/>
        </w:trPr>
        <w:tc>
          <w:tcPr>
            <w:tcW w:w="14060" w:type="dxa"/>
            <w:gridSpan w:val="6"/>
            <w:tcMar>
              <w:top w:w="70" w:type="dxa"/>
              <w:left w:w="90" w:type="dxa"/>
              <w:bottom w:w="70" w:type="dxa"/>
              <w:right w:w="90" w:type="dxa"/>
            </w:tcMar>
            <w:vAlign w:val="center"/>
          </w:tcPr>
          <w:p w14:paraId="1A64641A" w14:textId="77777777" w:rsidR="00080BF0" w:rsidRDefault="00080BF0"/>
          <w:p w14:paraId="1860F11F" w14:textId="77777777" w:rsidR="00080BF0" w:rsidRDefault="00000000">
            <w:pPr>
              <w:spacing w:line="245" w:lineRule="auto"/>
            </w:pPr>
            <w:r>
              <w:rPr>
                <w:b/>
                <w:color w:val="000000"/>
                <w:sz w:val="15"/>
              </w:rPr>
              <w:t xml:space="preserve">UČNA SREDSTVA IN PRIPOMOČKI: </w:t>
            </w:r>
            <w:r>
              <w:rPr>
                <w:color w:val="000000"/>
                <w:sz w:val="15"/>
              </w:rPr>
              <w:t>debelejši papir, tempera ali vodene barve, čopiči različnih širin, palete, lončki za vodo, gobice, krpe in zaščita miz; fotografija, reprodukcija ali resnični predmet za opazovanje; kartice namena in meril; talne oznake štirih postaj; mapa dokazov; sredstva za čiščenje in pospravljanje</w:t>
            </w:r>
          </w:p>
        </w:tc>
      </w:tr>
      <w:tr w:rsidR="00080BF0" w14:paraId="2D77CC09" w14:textId="77777777">
        <w:trPr>
          <w:cantSplit/>
          <w:jc w:val="center"/>
        </w:trPr>
        <w:tc>
          <w:tcPr>
            <w:tcW w:w="14060" w:type="dxa"/>
            <w:gridSpan w:val="6"/>
            <w:tcMar>
              <w:top w:w="70" w:type="dxa"/>
              <w:left w:w="90" w:type="dxa"/>
              <w:bottom w:w="70" w:type="dxa"/>
              <w:right w:w="90" w:type="dxa"/>
            </w:tcMar>
            <w:vAlign w:val="center"/>
          </w:tcPr>
          <w:p w14:paraId="0853F80D" w14:textId="77777777" w:rsidR="00080BF0" w:rsidRDefault="00080BF0"/>
          <w:p w14:paraId="185FC791"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706E4475" w14:textId="77777777">
        <w:trPr>
          <w:cantSplit/>
          <w:jc w:val="center"/>
        </w:trPr>
        <w:tc>
          <w:tcPr>
            <w:tcW w:w="14060" w:type="dxa"/>
            <w:gridSpan w:val="6"/>
            <w:tcMar>
              <w:top w:w="70" w:type="dxa"/>
              <w:left w:w="90" w:type="dxa"/>
              <w:bottom w:w="70" w:type="dxa"/>
              <w:right w:w="90" w:type="dxa"/>
            </w:tcMar>
            <w:vAlign w:val="center"/>
          </w:tcPr>
          <w:p w14:paraId="67DB3E3F" w14:textId="77777777" w:rsidR="00080BF0" w:rsidRDefault="00080BF0"/>
          <w:p w14:paraId="60EFF3F1"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50A6D3D9" w14:textId="77777777">
        <w:trPr>
          <w:cantSplit/>
          <w:jc w:val="center"/>
        </w:trPr>
        <w:tc>
          <w:tcPr>
            <w:tcW w:w="14060" w:type="dxa"/>
            <w:gridSpan w:val="6"/>
            <w:tcMar>
              <w:top w:w="70" w:type="dxa"/>
              <w:left w:w="90" w:type="dxa"/>
              <w:bottom w:w="70" w:type="dxa"/>
              <w:right w:w="90" w:type="dxa"/>
            </w:tcMar>
            <w:vAlign w:val="center"/>
          </w:tcPr>
          <w:p w14:paraId="51452986" w14:textId="77777777" w:rsidR="00080BF0" w:rsidRDefault="00080BF0"/>
          <w:p w14:paraId="6556DE9B"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2B1A091F"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698214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0DCA336"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B6E03E4" w14:textId="77777777" w:rsidR="00080BF0" w:rsidRDefault="00000000">
            <w:pPr>
              <w:jc w:val="center"/>
            </w:pPr>
            <w:r>
              <w:rPr>
                <w:b/>
                <w:color w:val="000000"/>
                <w:sz w:val="20"/>
              </w:rPr>
              <w:t>UČNE DEJAVNOSTI, METODE IN FORMATIVNO SPREMLJANJE</w:t>
            </w:r>
          </w:p>
        </w:tc>
      </w:tr>
      <w:tr w:rsidR="00080BF0" w14:paraId="49A3CAFA" w14:textId="77777777">
        <w:trPr>
          <w:tblHeader/>
          <w:jc w:val="center"/>
        </w:trPr>
        <w:tc>
          <w:tcPr>
            <w:tcW w:w="4422" w:type="dxa"/>
            <w:vMerge/>
            <w:tcMar>
              <w:top w:w="70" w:type="dxa"/>
              <w:left w:w="90" w:type="dxa"/>
              <w:bottom w:w="70" w:type="dxa"/>
              <w:right w:w="90" w:type="dxa"/>
            </w:tcMar>
            <w:vAlign w:val="center"/>
          </w:tcPr>
          <w:p w14:paraId="2541D718" w14:textId="77777777" w:rsidR="00080BF0" w:rsidRDefault="00080BF0"/>
        </w:tc>
        <w:tc>
          <w:tcPr>
            <w:tcW w:w="7087" w:type="dxa"/>
            <w:shd w:val="clear" w:color="auto" w:fill="FFFFFF"/>
            <w:tcMar>
              <w:top w:w="70" w:type="dxa"/>
              <w:left w:w="90" w:type="dxa"/>
              <w:bottom w:w="70" w:type="dxa"/>
              <w:right w:w="90" w:type="dxa"/>
            </w:tcMar>
            <w:vAlign w:val="center"/>
          </w:tcPr>
          <w:p w14:paraId="69E58AEF"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60FDD26" w14:textId="77777777" w:rsidR="00080BF0" w:rsidRDefault="00000000">
            <w:pPr>
              <w:jc w:val="center"/>
            </w:pPr>
            <w:r>
              <w:rPr>
                <w:b/>
                <w:color w:val="000000"/>
              </w:rPr>
              <w:t>UČENEC</w:t>
            </w:r>
          </w:p>
        </w:tc>
      </w:tr>
      <w:tr w:rsidR="00080BF0" w14:paraId="55B6CC94" w14:textId="77777777">
        <w:trPr>
          <w:jc w:val="center"/>
        </w:trPr>
        <w:tc>
          <w:tcPr>
            <w:tcW w:w="4422" w:type="dxa"/>
            <w:tcMar>
              <w:top w:w="70" w:type="dxa"/>
              <w:left w:w="90" w:type="dxa"/>
              <w:bottom w:w="70" w:type="dxa"/>
              <w:right w:w="90" w:type="dxa"/>
            </w:tcMar>
          </w:tcPr>
          <w:p w14:paraId="2BAEC04C" w14:textId="77777777" w:rsidR="00080BF0" w:rsidRDefault="00080BF0"/>
          <w:p w14:paraId="6A13F787" w14:textId="77777777" w:rsidR="00080BF0" w:rsidRDefault="00000000">
            <w:pPr>
              <w:spacing w:after="60" w:line="245" w:lineRule="auto"/>
            </w:pPr>
            <w:r>
              <w:rPr>
                <w:b/>
                <w:color w:val="000000"/>
              </w:rPr>
              <w:t>UČNI CILJI</w:t>
            </w:r>
          </w:p>
          <w:p w14:paraId="1B0BE0AB" w14:textId="77777777" w:rsidR="00080BF0" w:rsidRDefault="00000000">
            <w:pPr>
              <w:spacing w:after="20" w:line="245" w:lineRule="auto"/>
            </w:pPr>
            <w:r>
              <w:rPr>
                <w:b/>
                <w:color w:val="000000"/>
                <w:sz w:val="17"/>
              </w:rPr>
              <w:t>SPLOŠNI</w:t>
            </w:r>
          </w:p>
          <w:p w14:paraId="31B6C5CE"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4BCF46D4"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69DD086F"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5F9966DC"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1B0BEC47" w14:textId="77777777" w:rsidR="00080BF0" w:rsidRDefault="00000000">
            <w:pPr>
              <w:spacing w:before="40" w:after="20" w:line="245" w:lineRule="auto"/>
            </w:pPr>
            <w:r>
              <w:rPr>
                <w:b/>
                <w:color w:val="000000"/>
                <w:sz w:val="17"/>
              </w:rPr>
              <w:t>OPERATIVNI</w:t>
            </w:r>
          </w:p>
          <w:p w14:paraId="337417EA" w14:textId="77777777" w:rsidR="00080BF0" w:rsidRDefault="00000000">
            <w:pPr>
              <w:pStyle w:val="Oznaenseznam"/>
              <w:spacing w:after="16"/>
            </w:pPr>
            <w:r>
              <w:rPr>
                <w:color w:val="000000"/>
                <w:sz w:val="16"/>
              </w:rPr>
              <w:t>opazuje razmerja med figurami</w:t>
            </w:r>
          </w:p>
          <w:p w14:paraId="07C647B9" w14:textId="77777777" w:rsidR="00080BF0" w:rsidRDefault="00000000">
            <w:pPr>
              <w:pStyle w:val="Oznaenseznam"/>
              <w:spacing w:after="16"/>
            </w:pPr>
            <w:r>
              <w:rPr>
                <w:color w:val="000000"/>
                <w:sz w:val="16"/>
              </w:rPr>
              <w:t>ustvari risbo ali sliko</w:t>
            </w:r>
          </w:p>
          <w:p w14:paraId="5CBA4445" w14:textId="77777777" w:rsidR="00080BF0" w:rsidRDefault="00000000">
            <w:pPr>
              <w:pStyle w:val="Oznaenseznam"/>
              <w:spacing w:after="16"/>
            </w:pPr>
            <w:r>
              <w:rPr>
                <w:color w:val="000000"/>
                <w:sz w:val="16"/>
              </w:rPr>
              <w:t>pove zgodbo izdelka</w:t>
            </w:r>
          </w:p>
          <w:p w14:paraId="70D9F084" w14:textId="77777777" w:rsidR="00080BF0" w:rsidRDefault="00000000">
            <w:pPr>
              <w:spacing w:before="40" w:after="20" w:line="245" w:lineRule="auto"/>
            </w:pPr>
            <w:r>
              <w:rPr>
                <w:b/>
                <w:color w:val="000000"/>
                <w:sz w:val="17"/>
              </w:rPr>
              <w:t>PRIČAKOVANI DOSEŽKI / MINIMALNI POUDARKI</w:t>
            </w:r>
          </w:p>
          <w:p w14:paraId="73ECF5E8" w14:textId="77777777" w:rsidR="00080BF0" w:rsidRDefault="00000000">
            <w:pPr>
              <w:pStyle w:val="Oznaenseznam"/>
              <w:spacing w:after="16"/>
            </w:pPr>
            <w:r>
              <w:rPr>
                <w:color w:val="000000"/>
                <w:sz w:val="15"/>
              </w:rPr>
              <w:t>samostojno oziroma z dogovorjeno oporo opazuje razmerja med figurami</w:t>
            </w:r>
          </w:p>
          <w:p w14:paraId="64A2AC28" w14:textId="77777777" w:rsidR="00080BF0" w:rsidRDefault="00000000">
            <w:pPr>
              <w:pStyle w:val="Oznaenseznam"/>
              <w:spacing w:after="16"/>
            </w:pPr>
            <w:r>
              <w:rPr>
                <w:color w:val="000000"/>
                <w:sz w:val="15"/>
              </w:rPr>
              <w:t>samostojno oziroma z dogovorjeno oporo ustvari risbo ali sliko</w:t>
            </w:r>
          </w:p>
          <w:p w14:paraId="4FB36381" w14:textId="77777777" w:rsidR="00080BF0" w:rsidRDefault="00000000">
            <w:pPr>
              <w:pStyle w:val="Oznaenseznam"/>
              <w:spacing w:after="16"/>
            </w:pPr>
            <w:r>
              <w:rPr>
                <w:color w:val="000000"/>
                <w:sz w:val="15"/>
              </w:rPr>
              <w:t>samostojno oziroma z dogovorjeno oporo pove zgodbo izdelka</w:t>
            </w:r>
          </w:p>
        </w:tc>
        <w:tc>
          <w:tcPr>
            <w:tcW w:w="7087" w:type="dxa"/>
            <w:tcMar>
              <w:top w:w="70" w:type="dxa"/>
              <w:left w:w="90" w:type="dxa"/>
              <w:bottom w:w="70" w:type="dxa"/>
              <w:right w:w="90" w:type="dxa"/>
            </w:tcMar>
          </w:tcPr>
          <w:p w14:paraId="2FFD3810"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71C626B" w14:textId="77777777">
              <w:trPr>
                <w:jc w:val="center"/>
              </w:trPr>
              <w:tc>
                <w:tcPr>
                  <w:tcW w:w="7087" w:type="dxa"/>
                  <w:shd w:val="clear" w:color="auto" w:fill="C6E7F3"/>
                  <w:tcMar>
                    <w:top w:w="45" w:type="dxa"/>
                    <w:left w:w="70" w:type="dxa"/>
                    <w:bottom w:w="45" w:type="dxa"/>
                    <w:right w:w="70" w:type="dxa"/>
                  </w:tcMar>
                </w:tcPr>
                <w:p w14:paraId="205C7C61" w14:textId="77777777" w:rsidR="00080BF0" w:rsidRDefault="00000000">
                  <w:pPr>
                    <w:keepNext/>
                  </w:pPr>
                  <w:r>
                    <w:rPr>
                      <w:b/>
                      <w:color w:val="000000"/>
                    </w:rPr>
                    <w:t>UVODNI DEL – likovna uganka, opazovanje, aktivacija predznanja in namen učenja (8–12 min)</w:t>
                  </w:r>
                </w:p>
              </w:tc>
            </w:tr>
          </w:tbl>
          <w:p w14:paraId="36F859CB" w14:textId="77777777" w:rsidR="00080BF0" w:rsidRDefault="00080BF0">
            <w:pPr>
              <w:spacing w:line="20" w:lineRule="exact"/>
            </w:pPr>
          </w:p>
          <w:p w14:paraId="7099A00D" w14:textId="77777777" w:rsidR="00080BF0" w:rsidRDefault="00000000">
            <w:pPr>
              <w:spacing w:before="40" w:after="60" w:line="245" w:lineRule="auto"/>
            </w:pPr>
            <w:r>
              <w:rPr>
                <w:color w:val="000000"/>
                <w:sz w:val="16"/>
              </w:rPr>
              <w:t>Ob književnem motivu »Moj dežnik je lahko balon« – Ela Peroci učenci vstopijo v temo družina, domišljija in pot v drugačen svet. Učiteljica pokaže fotografijo, reprodukcijo, predmet ali material in pove kratko likovno zgodbo: barva iz zgodbe izgubi svoje razpoloženje; učenci z opazovanjem, mešanjem in gibalnim odzivom ugotavljajo, kako bi jo ponovno izrazili v motivu »družinski portret«. Tematska rešitev: slika domišljijski balon ali družinski prizor.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5B8DDCBD" w14:textId="77777777">
              <w:trPr>
                <w:jc w:val="center"/>
              </w:trPr>
              <w:tc>
                <w:tcPr>
                  <w:tcW w:w="7087" w:type="dxa"/>
                  <w:shd w:val="clear" w:color="auto" w:fill="EDC9EA"/>
                  <w:tcMar>
                    <w:top w:w="45" w:type="dxa"/>
                    <w:left w:w="70" w:type="dxa"/>
                    <w:bottom w:w="45" w:type="dxa"/>
                    <w:right w:w="70" w:type="dxa"/>
                  </w:tcMar>
                </w:tcPr>
                <w:p w14:paraId="509E14B9" w14:textId="77777777" w:rsidR="00080BF0" w:rsidRDefault="00000000">
                  <w:pPr>
                    <w:keepNext/>
                  </w:pPr>
                  <w:r>
                    <w:rPr>
                      <w:b/>
                      <w:color w:val="000000"/>
                    </w:rPr>
                    <w:t>NAMENI UČENJA</w:t>
                  </w:r>
                </w:p>
              </w:tc>
            </w:tr>
          </w:tbl>
          <w:p w14:paraId="6C5A2F33" w14:textId="77777777" w:rsidR="00080BF0" w:rsidRDefault="00080BF0">
            <w:pPr>
              <w:spacing w:line="20" w:lineRule="exact"/>
            </w:pPr>
          </w:p>
          <w:p w14:paraId="5AD1B0FC"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397F9E52" w14:textId="77777777" w:rsidR="00080BF0" w:rsidRDefault="00000000">
            <w:pPr>
              <w:pStyle w:val="Oznaenseznam"/>
              <w:spacing w:after="16"/>
            </w:pPr>
            <w:r>
              <w:rPr>
                <w:color w:val="000000"/>
                <w:sz w:val="16"/>
              </w:rPr>
              <w:t>opazujem razmerja med figurami</w:t>
            </w:r>
          </w:p>
          <w:p w14:paraId="6FE98368" w14:textId="77777777" w:rsidR="00080BF0" w:rsidRDefault="00000000">
            <w:pPr>
              <w:pStyle w:val="Oznaenseznam"/>
              <w:spacing w:after="16"/>
            </w:pPr>
            <w:r>
              <w:rPr>
                <w:color w:val="000000"/>
                <w:sz w:val="16"/>
              </w:rPr>
              <w:t>ustvarim risbo ali sliko</w:t>
            </w:r>
          </w:p>
          <w:p w14:paraId="6C6321E4" w14:textId="77777777" w:rsidR="00080BF0" w:rsidRDefault="00000000">
            <w:pPr>
              <w:pStyle w:val="Oznaenseznam"/>
              <w:spacing w:after="16"/>
            </w:pPr>
            <w:r>
              <w:rPr>
                <w:color w:val="000000"/>
                <w:sz w:val="16"/>
              </w:rPr>
              <w:t>povem zgodbo izdelka</w:t>
            </w:r>
          </w:p>
          <w:tbl>
            <w:tblPr>
              <w:tblStyle w:val="Tabelamrea"/>
              <w:tblW w:w="0" w:type="auto"/>
              <w:jc w:val="center"/>
              <w:tblLayout w:type="fixed"/>
              <w:tblLook w:val="04A0" w:firstRow="1" w:lastRow="0" w:firstColumn="1" w:lastColumn="0" w:noHBand="0" w:noVBand="1"/>
            </w:tblPr>
            <w:tblGrid>
              <w:gridCol w:w="7087"/>
            </w:tblGrid>
            <w:tr w:rsidR="00080BF0" w14:paraId="633A92DC" w14:textId="77777777">
              <w:trPr>
                <w:jc w:val="center"/>
              </w:trPr>
              <w:tc>
                <w:tcPr>
                  <w:tcW w:w="7087" w:type="dxa"/>
                  <w:shd w:val="clear" w:color="auto" w:fill="EDC9EA"/>
                  <w:tcMar>
                    <w:top w:w="45" w:type="dxa"/>
                    <w:left w:w="70" w:type="dxa"/>
                    <w:bottom w:w="45" w:type="dxa"/>
                    <w:right w:w="70" w:type="dxa"/>
                  </w:tcMar>
                </w:tcPr>
                <w:p w14:paraId="3218246F" w14:textId="77777777" w:rsidR="00080BF0" w:rsidRDefault="00000000">
                  <w:pPr>
                    <w:keepNext/>
                  </w:pPr>
                  <w:r>
                    <w:rPr>
                      <w:b/>
                      <w:color w:val="000000"/>
                    </w:rPr>
                    <w:t>PREVERJANJE PREDZNANJA</w:t>
                  </w:r>
                </w:p>
              </w:tc>
            </w:tr>
          </w:tbl>
          <w:p w14:paraId="5920E846" w14:textId="77777777" w:rsidR="00080BF0" w:rsidRDefault="00080BF0">
            <w:pPr>
              <w:spacing w:line="20" w:lineRule="exact"/>
            </w:pPr>
          </w:p>
          <w:p w14:paraId="5E7BA3EA" w14:textId="77777777" w:rsidR="00080BF0" w:rsidRDefault="00000000">
            <w:pPr>
              <w:pStyle w:val="Oznaenseznam"/>
              <w:spacing w:after="16"/>
            </w:pPr>
            <w:r>
              <w:rPr>
                <w:color w:val="000000"/>
                <w:sz w:val="16"/>
              </w:rPr>
              <w:t>Kaj najprej opazim pri motivu, predmetu ali materialu, povezanem s temo »DRUŽINSKI PORTRET«?</w:t>
            </w:r>
          </w:p>
          <w:p w14:paraId="484C23B8"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2C033046"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1E6A41E9" w14:textId="77777777">
              <w:trPr>
                <w:jc w:val="center"/>
              </w:trPr>
              <w:tc>
                <w:tcPr>
                  <w:tcW w:w="7087" w:type="dxa"/>
                  <w:shd w:val="clear" w:color="auto" w:fill="EDC9EA"/>
                  <w:tcMar>
                    <w:top w:w="45" w:type="dxa"/>
                    <w:left w:w="70" w:type="dxa"/>
                    <w:bottom w:w="45" w:type="dxa"/>
                    <w:right w:w="70" w:type="dxa"/>
                  </w:tcMar>
                </w:tcPr>
                <w:p w14:paraId="115FAC86" w14:textId="77777777" w:rsidR="00080BF0" w:rsidRDefault="00000000">
                  <w:pPr>
                    <w:keepNext/>
                  </w:pPr>
                  <w:r>
                    <w:rPr>
                      <w:b/>
                      <w:color w:val="000000"/>
                    </w:rPr>
                    <w:t>KRITERIJI USPEŠNOSTI</w:t>
                  </w:r>
                </w:p>
              </w:tc>
            </w:tr>
          </w:tbl>
          <w:p w14:paraId="6D6F4815" w14:textId="77777777" w:rsidR="00080BF0" w:rsidRDefault="00080BF0"/>
          <w:p w14:paraId="612D2F8F" w14:textId="77777777" w:rsidR="00080BF0" w:rsidRDefault="00000000">
            <w:pPr>
              <w:spacing w:before="20" w:after="20" w:line="245" w:lineRule="auto"/>
            </w:pPr>
            <w:r>
              <w:rPr>
                <w:b/>
                <w:color w:val="000000"/>
                <w:sz w:val="16"/>
              </w:rPr>
              <w:t>Uspešen/-na bom, ko:</w:t>
            </w:r>
          </w:p>
          <w:p w14:paraId="1D866A60" w14:textId="77777777" w:rsidR="00080BF0" w:rsidRDefault="00000000">
            <w:pPr>
              <w:pStyle w:val="Oznaenseznam"/>
              <w:spacing w:after="16"/>
            </w:pPr>
            <w:r>
              <w:rPr>
                <w:color w:val="000000"/>
                <w:sz w:val="16"/>
              </w:rPr>
              <w:t>opazujem razmerja med figurami</w:t>
            </w:r>
          </w:p>
          <w:p w14:paraId="48ABAE28" w14:textId="77777777" w:rsidR="00080BF0" w:rsidRDefault="00000000">
            <w:pPr>
              <w:pStyle w:val="Oznaenseznam"/>
              <w:spacing w:after="16"/>
            </w:pPr>
            <w:r>
              <w:rPr>
                <w:color w:val="000000"/>
                <w:sz w:val="16"/>
              </w:rPr>
              <w:t>ustvarim risbo ali sliko</w:t>
            </w:r>
          </w:p>
          <w:p w14:paraId="7D4500BB" w14:textId="77777777" w:rsidR="00080BF0" w:rsidRDefault="00000000">
            <w:pPr>
              <w:pStyle w:val="Oznaenseznam"/>
              <w:spacing w:after="16"/>
            </w:pPr>
            <w:r>
              <w:rPr>
                <w:color w:val="000000"/>
                <w:sz w:val="16"/>
              </w:rPr>
              <w:t>povem zgodbo izdelka</w:t>
            </w:r>
          </w:p>
          <w:p w14:paraId="5B39FBB8" w14:textId="77777777" w:rsidR="00080BF0" w:rsidRDefault="00000000">
            <w:pPr>
              <w:pStyle w:val="Oznaenseznam"/>
              <w:spacing w:after="16"/>
            </w:pPr>
            <w:r>
              <w:rPr>
                <w:color w:val="000000"/>
                <w:sz w:val="15"/>
              </w:rPr>
              <w:t>varno in namensko uporabim material, zaščitim prostor ter po delu uredim svojo postajo</w:t>
            </w:r>
          </w:p>
          <w:p w14:paraId="5A7AB05D"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2FCCB68E" w14:textId="77777777" w:rsidR="00080BF0" w:rsidRDefault="00080BF0"/>
          <w:p w14:paraId="5B842619"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7B675FB" w14:textId="77777777" w:rsidR="00080BF0" w:rsidRDefault="00000000">
            <w:pPr>
              <w:spacing w:after="80" w:line="245" w:lineRule="auto"/>
            </w:pPr>
            <w:r>
              <w:rPr>
                <w:color w:val="000000"/>
                <w:sz w:val="16"/>
              </w:rPr>
              <w:t>Pove ali pokaže, kaj že zna opaziti in katero likovno možnost bi najprej preizkusil.</w:t>
            </w:r>
          </w:p>
          <w:p w14:paraId="2DD9036A" w14:textId="77777777" w:rsidR="00080BF0" w:rsidRDefault="00000000">
            <w:pPr>
              <w:spacing w:after="100" w:line="245" w:lineRule="auto"/>
            </w:pPr>
            <w:r>
              <w:rPr>
                <w:color w:val="000000"/>
                <w:sz w:val="16"/>
              </w:rPr>
              <w:t>Sodeluje pri razumevanju namena, meril uspešnosti, varne rabe pripomočkov in načina dokazovanja.</w:t>
            </w:r>
          </w:p>
          <w:p w14:paraId="7964BC44" w14:textId="77777777" w:rsidR="00080BF0" w:rsidRDefault="00000000">
            <w:pPr>
              <w:spacing w:after="20" w:line="245" w:lineRule="auto"/>
            </w:pPr>
            <w:r>
              <w:rPr>
                <w:b/>
                <w:color w:val="D95BC6"/>
                <w:sz w:val="17"/>
              </w:rPr>
              <w:t>DOKAZ O UČENJU</w:t>
            </w:r>
          </w:p>
          <w:p w14:paraId="289776D7"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60D325A0"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3EB7B1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F575F7E"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5F71B9E" w14:textId="77777777" w:rsidR="00080BF0" w:rsidRDefault="00000000">
            <w:pPr>
              <w:jc w:val="center"/>
            </w:pPr>
            <w:r>
              <w:rPr>
                <w:b/>
                <w:color w:val="000000"/>
                <w:sz w:val="20"/>
              </w:rPr>
              <w:t>UČNE DEJAVNOSTI, METODE IN FORMATIVNO SPREMLJANJE</w:t>
            </w:r>
          </w:p>
        </w:tc>
      </w:tr>
      <w:tr w:rsidR="00080BF0" w14:paraId="01B27B40" w14:textId="77777777">
        <w:trPr>
          <w:tblHeader/>
          <w:jc w:val="center"/>
        </w:trPr>
        <w:tc>
          <w:tcPr>
            <w:tcW w:w="4422" w:type="dxa"/>
            <w:vMerge/>
            <w:tcMar>
              <w:top w:w="70" w:type="dxa"/>
              <w:left w:w="90" w:type="dxa"/>
              <w:bottom w:w="70" w:type="dxa"/>
              <w:right w:w="90" w:type="dxa"/>
            </w:tcMar>
            <w:vAlign w:val="center"/>
          </w:tcPr>
          <w:p w14:paraId="1BDE7448" w14:textId="77777777" w:rsidR="00080BF0" w:rsidRDefault="00080BF0"/>
        </w:tc>
        <w:tc>
          <w:tcPr>
            <w:tcW w:w="7087" w:type="dxa"/>
            <w:shd w:val="clear" w:color="auto" w:fill="FFFFFF"/>
            <w:tcMar>
              <w:top w:w="70" w:type="dxa"/>
              <w:left w:w="90" w:type="dxa"/>
              <w:bottom w:w="70" w:type="dxa"/>
              <w:right w:w="90" w:type="dxa"/>
            </w:tcMar>
            <w:vAlign w:val="center"/>
          </w:tcPr>
          <w:p w14:paraId="401FADD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A5D2072" w14:textId="77777777" w:rsidR="00080BF0" w:rsidRDefault="00000000">
            <w:pPr>
              <w:jc w:val="center"/>
            </w:pPr>
            <w:r>
              <w:rPr>
                <w:b/>
                <w:color w:val="000000"/>
              </w:rPr>
              <w:t>UČENEC</w:t>
            </w:r>
          </w:p>
        </w:tc>
      </w:tr>
      <w:tr w:rsidR="00080BF0" w14:paraId="58B15186" w14:textId="77777777">
        <w:trPr>
          <w:jc w:val="center"/>
        </w:trPr>
        <w:tc>
          <w:tcPr>
            <w:tcW w:w="4422" w:type="dxa"/>
            <w:tcMar>
              <w:top w:w="70" w:type="dxa"/>
              <w:left w:w="90" w:type="dxa"/>
              <w:bottom w:w="70" w:type="dxa"/>
              <w:right w:w="90" w:type="dxa"/>
            </w:tcMar>
          </w:tcPr>
          <w:p w14:paraId="372F04D1" w14:textId="77777777" w:rsidR="00080BF0" w:rsidRDefault="00080BF0"/>
          <w:p w14:paraId="21D8931B" w14:textId="77777777" w:rsidR="00080BF0" w:rsidRDefault="00000000">
            <w:pPr>
              <w:spacing w:after="40" w:line="245" w:lineRule="auto"/>
            </w:pPr>
            <w:r>
              <w:rPr>
                <w:b/>
                <w:color w:val="000000"/>
              </w:rPr>
              <w:t>KLJUČNI LIKOVNI POJMI</w:t>
            </w:r>
          </w:p>
          <w:p w14:paraId="0C9040BD"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osnovna barva, mešanje, topla in hladna barva, barvna ploskev, ospredje, ozadje</w:t>
            </w:r>
          </w:p>
          <w:p w14:paraId="1510428B" w14:textId="77777777" w:rsidR="00080BF0" w:rsidRDefault="00000000">
            <w:pPr>
              <w:spacing w:after="20" w:line="245" w:lineRule="auto"/>
            </w:pPr>
            <w:r>
              <w:rPr>
                <w:b/>
                <w:color w:val="000000"/>
                <w:sz w:val="17"/>
              </w:rPr>
              <w:t>DOKAZI O UČENJU</w:t>
            </w:r>
          </w:p>
          <w:p w14:paraId="2BD58499" w14:textId="77777777" w:rsidR="00080BF0" w:rsidRDefault="00000000">
            <w:pPr>
              <w:pStyle w:val="Oznaenseznam"/>
              <w:spacing w:after="9"/>
            </w:pPr>
            <w:r>
              <w:rPr>
                <w:color w:val="000000"/>
                <w:sz w:val="15"/>
              </w:rPr>
              <w:t>list materialnih poskusov, skica/načrt, učenčeva razlaga in učiteljev zapis o varni rabi pripomočkov.</w:t>
            </w:r>
          </w:p>
          <w:p w14:paraId="394C9A9A" w14:textId="77777777" w:rsidR="00080BF0" w:rsidRDefault="00000000">
            <w:pPr>
              <w:pStyle w:val="Oznaenseznam"/>
              <w:spacing w:after="9"/>
            </w:pPr>
            <w:r>
              <w:rPr>
                <w:color w:val="000000"/>
                <w:sz w:val="15"/>
              </w:rPr>
              <w:t>likovni proces in izdelek, fotografija faze, učenčeva razlaga ter samovrednotenje v mapi.</w:t>
            </w:r>
          </w:p>
          <w:p w14:paraId="4AD3E88D" w14:textId="77777777" w:rsidR="00080BF0" w:rsidRDefault="00000000">
            <w:pPr>
              <w:spacing w:before="40" w:after="20" w:line="245" w:lineRule="auto"/>
            </w:pPr>
            <w:r>
              <w:rPr>
                <w:b/>
                <w:color w:val="000000"/>
                <w:sz w:val="17"/>
              </w:rPr>
              <w:t>LIKOVNO DOŽIVETJE IN IZKUŠENJSKI POUK</w:t>
            </w:r>
          </w:p>
          <w:p w14:paraId="3E8D4490"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4C8C0BE6" w14:textId="77777777" w:rsidR="00080BF0" w:rsidRDefault="00000000">
            <w:pPr>
              <w:spacing w:after="20" w:line="245" w:lineRule="auto"/>
            </w:pPr>
            <w:r>
              <w:rPr>
                <w:b/>
                <w:color w:val="000000"/>
                <w:sz w:val="17"/>
              </w:rPr>
              <w:t>POUČEVANJE V GIBANJU</w:t>
            </w:r>
          </w:p>
          <w:p w14:paraId="33B14A40"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337A4EF8" w14:textId="77777777" w:rsidR="00080BF0" w:rsidRDefault="00000000">
            <w:pPr>
              <w:spacing w:after="20" w:line="245" w:lineRule="auto"/>
            </w:pPr>
            <w:r>
              <w:rPr>
                <w:b/>
                <w:color w:val="000000"/>
                <w:sz w:val="17"/>
              </w:rPr>
              <w:t>DELO PO POSTAJAH</w:t>
            </w:r>
          </w:p>
          <w:p w14:paraId="76345223"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504004F2" w14:textId="77777777" w:rsidR="00080BF0" w:rsidRDefault="00000000">
            <w:pPr>
              <w:spacing w:after="9" w:line="245" w:lineRule="auto"/>
            </w:pPr>
            <w:r>
              <w:rPr>
                <w:color w:val="000000"/>
                <w:sz w:val="14"/>
              </w:rPr>
              <w:t>1. Barvno-opazovalna: v motivu poiščem barvne ploskve, kontraste, tople ali hladne odnose in razpoloženje.</w:t>
            </w:r>
          </w:p>
          <w:p w14:paraId="430A980C" w14:textId="77777777" w:rsidR="00080BF0" w:rsidRDefault="00000000">
            <w:pPr>
              <w:spacing w:after="9" w:line="245" w:lineRule="auto"/>
            </w:pPr>
            <w:r>
              <w:rPr>
                <w:color w:val="000000"/>
                <w:sz w:val="14"/>
              </w:rPr>
              <w:t>2. Mešalna: na paleti varno preizkusim najmanj dve mešanici, ju označim in izberem za svoj namen.</w:t>
            </w:r>
          </w:p>
          <w:p w14:paraId="0877DFED" w14:textId="77777777" w:rsidR="00080BF0" w:rsidRDefault="00000000">
            <w:pPr>
              <w:spacing w:after="9" w:line="245" w:lineRule="auto"/>
            </w:pPr>
            <w:r>
              <w:rPr>
                <w:color w:val="000000"/>
                <w:sz w:val="14"/>
              </w:rPr>
              <w:t>3. Gibalna barva: z ruto, hojo, nivojem in hitrostjo telesa pokažem značaj izbrane barve ali poteze.</w:t>
            </w:r>
          </w:p>
          <w:p w14:paraId="79D63939" w14:textId="77777777" w:rsidR="00080BF0" w:rsidRDefault="00000000">
            <w:pPr>
              <w:spacing w:after="9" w:line="245" w:lineRule="auto"/>
            </w:pPr>
            <w:r>
              <w:rPr>
                <w:color w:val="000000"/>
                <w:sz w:val="14"/>
              </w:rPr>
              <w:t>4. Slikarsko-galerijska: slikam osebno rešitev, jo pogledam od daleč, prejmem opisni odziv in izboljšam.</w:t>
            </w:r>
          </w:p>
          <w:p w14:paraId="2A5E2D67" w14:textId="77777777" w:rsidR="00080BF0" w:rsidRDefault="00000000">
            <w:pPr>
              <w:spacing w:after="20" w:line="245" w:lineRule="auto"/>
            </w:pPr>
            <w:r>
              <w:rPr>
                <w:b/>
                <w:color w:val="000000"/>
                <w:sz w:val="17"/>
              </w:rPr>
              <w:t>DIFERENCIACIJA IN VKLJUČEVANJE</w:t>
            </w:r>
          </w:p>
          <w:p w14:paraId="7A009F42"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04EA94D3" w14:textId="77777777" w:rsidR="00080BF0" w:rsidRDefault="00000000">
            <w:pPr>
              <w:spacing w:after="20" w:line="245" w:lineRule="auto"/>
            </w:pPr>
            <w:r>
              <w:rPr>
                <w:b/>
                <w:color w:val="000000"/>
                <w:sz w:val="17"/>
              </w:rPr>
              <w:t>SPREMLJANJE</w:t>
            </w:r>
          </w:p>
          <w:p w14:paraId="365C2138"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07732E8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894D042" w14:textId="77777777">
              <w:trPr>
                <w:jc w:val="center"/>
              </w:trPr>
              <w:tc>
                <w:tcPr>
                  <w:tcW w:w="7087" w:type="dxa"/>
                  <w:shd w:val="clear" w:color="auto" w:fill="C6E7F3"/>
                  <w:tcMar>
                    <w:top w:w="45" w:type="dxa"/>
                    <w:left w:w="70" w:type="dxa"/>
                    <w:bottom w:w="45" w:type="dxa"/>
                    <w:right w:w="70" w:type="dxa"/>
                  </w:tcMar>
                </w:tcPr>
                <w:p w14:paraId="68CC819A" w14:textId="77777777" w:rsidR="00080BF0" w:rsidRDefault="00000000">
                  <w:pPr>
                    <w:keepNext/>
                  </w:pPr>
                  <w:r>
                    <w:rPr>
                      <w:b/>
                      <w:color w:val="000000"/>
                      <w:sz w:val="17"/>
                    </w:rPr>
                    <w:t>GLAVNI DEL – OPAZOVANJE, MATERIALNI PREIZKUS, USTVARJANJE IN GALERIJA (2 šolski uri)</w:t>
                  </w:r>
                </w:p>
              </w:tc>
            </w:tr>
          </w:tbl>
          <w:p w14:paraId="50062940" w14:textId="77777777" w:rsidR="00080BF0" w:rsidRDefault="00080BF0">
            <w:pPr>
              <w:spacing w:line="20" w:lineRule="exact"/>
            </w:pPr>
          </w:p>
          <w:p w14:paraId="17695BB6" w14:textId="77777777" w:rsidR="00080BF0" w:rsidRDefault="00000000">
            <w:pPr>
              <w:keepNext/>
              <w:spacing w:before="22" w:after="8" w:line="245" w:lineRule="auto"/>
            </w:pPr>
            <w:r>
              <w:rPr>
                <w:b/>
                <w:color w:val="000000"/>
                <w:sz w:val="16"/>
              </w:rPr>
              <w:t>1. URA – Družinski portret – Opazujem, preizkušam, načrtujem</w:t>
            </w:r>
          </w:p>
          <w:p w14:paraId="3FF01854"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»DRUŽINSKI PORTRET«.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78E225BB"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16CE6142"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0675F13B" w14:textId="77777777" w:rsidR="00080BF0" w:rsidRDefault="00000000">
            <w:pPr>
              <w:keepNext/>
              <w:spacing w:before="22" w:after="8" w:line="245" w:lineRule="auto"/>
            </w:pPr>
            <w:r>
              <w:rPr>
                <w:b/>
                <w:color w:val="000000"/>
                <w:sz w:val="16"/>
              </w:rPr>
              <w:t>2. URA – Družinski portret – Ustvarjam, predstavim, izboljšam</w:t>
            </w:r>
          </w:p>
          <w:p w14:paraId="75B40626"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»DRUŽINSKI PORTRET«; postavlja vprašanja o nameri, nudi tehnično oporo in omogoči izboljšavo. Zaključek 10': 10' – Izvede tiho galerijo; modelira odziv »Opazim … / Učinkuje … / Lahko poskusiš …« ter vodi pospravljanje.</w:t>
            </w:r>
          </w:p>
          <w:p w14:paraId="165CD5F8"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02894FCF"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42F99A5D" w14:textId="77777777">
              <w:trPr>
                <w:jc w:val="center"/>
              </w:trPr>
              <w:tc>
                <w:tcPr>
                  <w:tcW w:w="7087" w:type="dxa"/>
                  <w:shd w:val="clear" w:color="auto" w:fill="EDC9EA"/>
                  <w:tcMar>
                    <w:top w:w="45" w:type="dxa"/>
                    <w:left w:w="70" w:type="dxa"/>
                    <w:bottom w:w="45" w:type="dxa"/>
                    <w:right w:w="70" w:type="dxa"/>
                  </w:tcMar>
                </w:tcPr>
                <w:p w14:paraId="68C75AF7" w14:textId="77777777" w:rsidR="00080BF0" w:rsidRDefault="00000000">
                  <w:pPr>
                    <w:keepNext/>
                  </w:pPr>
                  <w:r>
                    <w:rPr>
                      <w:b/>
                      <w:color w:val="000000"/>
                      <w:sz w:val="17"/>
                    </w:rPr>
                    <w:t>ORGANIZACIJA POSTAJ IN PREHODOV</w:t>
                  </w:r>
                </w:p>
              </w:tc>
            </w:tr>
          </w:tbl>
          <w:p w14:paraId="7CA3AA16" w14:textId="77777777" w:rsidR="00080BF0" w:rsidRDefault="00080BF0"/>
          <w:p w14:paraId="2DC1190F" w14:textId="77777777" w:rsidR="00080BF0" w:rsidRDefault="00000000">
            <w:pPr>
              <w:spacing w:before="8" w:after="8" w:line="245" w:lineRule="auto"/>
            </w:pPr>
            <w:r>
              <w:rPr>
                <w:color w:val="000000"/>
                <w:sz w:val="14"/>
              </w:rPr>
              <w:t>Postaja 1: Barvno-opazovalna: v motivu poiščem barvne ploskve, kontraste, tople ali hladne odnose in razpoloženje.</w:t>
            </w:r>
          </w:p>
          <w:p w14:paraId="63EB3315" w14:textId="77777777" w:rsidR="00080BF0" w:rsidRDefault="00000000">
            <w:pPr>
              <w:spacing w:before="8" w:after="8" w:line="245" w:lineRule="auto"/>
            </w:pPr>
            <w:r>
              <w:rPr>
                <w:color w:val="000000"/>
                <w:sz w:val="14"/>
              </w:rPr>
              <w:t>Postaja 2: Mešalna: na paleti varno preizkusim najmanj dve mešanici, ju označim in izberem za svoj namen.</w:t>
            </w:r>
          </w:p>
          <w:p w14:paraId="51139647" w14:textId="77777777" w:rsidR="00080BF0" w:rsidRDefault="00000000">
            <w:pPr>
              <w:spacing w:before="8" w:after="8" w:line="245" w:lineRule="auto"/>
            </w:pPr>
            <w:r>
              <w:rPr>
                <w:color w:val="000000"/>
                <w:sz w:val="14"/>
              </w:rPr>
              <w:t>Postaja 3: Gibalna barva: z ruto, hojo, nivojem in hitrostjo telesa pokažem značaj izbrane barve ali poteze.</w:t>
            </w:r>
          </w:p>
          <w:p w14:paraId="7778FFFA" w14:textId="77777777" w:rsidR="00080BF0" w:rsidRDefault="00000000">
            <w:pPr>
              <w:spacing w:before="8" w:after="8" w:line="245" w:lineRule="auto"/>
            </w:pPr>
            <w:r>
              <w:rPr>
                <w:color w:val="000000"/>
                <w:sz w:val="14"/>
              </w:rPr>
              <w:t>Postaja 4: Slikarsko-galerijska: slikam osebno rešitev, jo pogledam od daleč, prejmem opisni odziv in izboljšam.</w:t>
            </w:r>
          </w:p>
          <w:p w14:paraId="78010005"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596AB6BA" w14:textId="77777777" w:rsidR="00080BF0" w:rsidRDefault="00080BF0"/>
          <w:p w14:paraId="6DF0E199" w14:textId="77777777" w:rsidR="00080BF0" w:rsidRDefault="00000000">
            <w:pPr>
              <w:spacing w:after="6" w:line="245" w:lineRule="auto"/>
            </w:pPr>
            <w:r>
              <w:rPr>
                <w:b/>
                <w:color w:val="000000"/>
                <w:sz w:val="15"/>
              </w:rPr>
              <w:t>1. URA – Družinski portret – Opazujem, preizkušam, načrtujem</w:t>
            </w:r>
          </w:p>
          <w:p w14:paraId="4D0B973A"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50B57498" w14:textId="77777777" w:rsidR="00080BF0" w:rsidRDefault="00000000">
            <w:pPr>
              <w:spacing w:after="20" w:line="245" w:lineRule="auto"/>
            </w:pPr>
            <w:r>
              <w:rPr>
                <w:color w:val="D95BC6"/>
                <w:sz w:val="14"/>
              </w:rPr>
              <w:t>Dokaz: list materialnih poskusov, skica/načrt, učenčeva razlaga in učiteljev zapis o varni rabi.</w:t>
            </w:r>
          </w:p>
          <w:p w14:paraId="5C46D3F8" w14:textId="77777777" w:rsidR="00080BF0" w:rsidRDefault="00000000">
            <w:pPr>
              <w:spacing w:after="6" w:line="245" w:lineRule="auto"/>
            </w:pPr>
            <w:r>
              <w:rPr>
                <w:b/>
                <w:color w:val="000000"/>
                <w:sz w:val="15"/>
              </w:rPr>
              <w:t>2. URA – Družinski portret – Ustvarjam, predstavim, izboljšam</w:t>
            </w:r>
          </w:p>
          <w:p w14:paraId="243EA863"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12CEA8E5" w14:textId="77777777" w:rsidR="00080BF0" w:rsidRDefault="00000000">
            <w:pPr>
              <w:spacing w:after="20" w:line="245" w:lineRule="auto"/>
            </w:pPr>
            <w:r>
              <w:rPr>
                <w:color w:val="D95BC6"/>
                <w:sz w:val="14"/>
              </w:rPr>
              <w:t>Dokaz: likovni proces in izdelek, fotografija faze, učenčeva razlaga ter samovrednotenje v mapi.</w:t>
            </w:r>
          </w:p>
          <w:p w14:paraId="1D32253F" w14:textId="77777777" w:rsidR="00080BF0" w:rsidRDefault="00000000">
            <w:pPr>
              <w:spacing w:before="40" w:after="20" w:line="245" w:lineRule="auto"/>
            </w:pPr>
            <w:r>
              <w:rPr>
                <w:b/>
                <w:color w:val="D95BC6"/>
                <w:sz w:val="16"/>
              </w:rPr>
              <w:t>MOJ KROG POSTAJ</w:t>
            </w:r>
          </w:p>
          <w:p w14:paraId="27CBA360" w14:textId="77777777" w:rsidR="00080BF0" w:rsidRDefault="00000000">
            <w:pPr>
              <w:spacing w:after="11" w:line="245" w:lineRule="auto"/>
            </w:pPr>
            <w:r>
              <w:rPr>
                <w:color w:val="000000"/>
                <w:sz w:val="13"/>
              </w:rPr>
              <w:t>1. Barvno-opazovalna: v motivu poiščem barvne ploskve, kontraste.</w:t>
            </w:r>
          </w:p>
          <w:p w14:paraId="4A476A46" w14:textId="77777777" w:rsidR="00080BF0" w:rsidRDefault="00000000">
            <w:pPr>
              <w:spacing w:after="11" w:line="245" w:lineRule="auto"/>
            </w:pPr>
            <w:r>
              <w:rPr>
                <w:color w:val="000000"/>
                <w:sz w:val="13"/>
              </w:rPr>
              <w:t>2. Mešalna: na paleti varno preizkusim najmanj dve mešanici.</w:t>
            </w:r>
          </w:p>
          <w:p w14:paraId="30C4D573" w14:textId="77777777" w:rsidR="00080BF0" w:rsidRDefault="00000000">
            <w:pPr>
              <w:spacing w:after="11" w:line="245" w:lineRule="auto"/>
            </w:pPr>
            <w:r>
              <w:rPr>
                <w:color w:val="000000"/>
                <w:sz w:val="13"/>
              </w:rPr>
              <w:t>3. Gibalna barva: z ruto, hojo, nivojem in hitrostjo telesa pokažem značaj izbrane barve ali.</w:t>
            </w:r>
          </w:p>
          <w:p w14:paraId="0A3D6456" w14:textId="77777777" w:rsidR="00080BF0" w:rsidRDefault="00000000">
            <w:pPr>
              <w:spacing w:after="11" w:line="245" w:lineRule="auto"/>
            </w:pPr>
            <w:r>
              <w:rPr>
                <w:color w:val="000000"/>
                <w:sz w:val="13"/>
              </w:rPr>
              <w:t>4. Slikarsko-galerijska: slikam osebno rešitev, jo pogledam od daleč.</w:t>
            </w:r>
          </w:p>
          <w:p w14:paraId="703EFCA0"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3B6E679B" w14:textId="77777777" w:rsidR="00080BF0" w:rsidRDefault="00000000">
            <w:pPr>
              <w:spacing w:after="20" w:line="245" w:lineRule="auto"/>
            </w:pPr>
            <w:r>
              <w:rPr>
                <w:b/>
                <w:color w:val="D95BC6"/>
                <w:sz w:val="17"/>
              </w:rPr>
              <w:t>DOKAZ O UČENJU</w:t>
            </w:r>
          </w:p>
          <w:p w14:paraId="15898B4A"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25917200"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990EA0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7CF283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145B080" w14:textId="77777777" w:rsidR="00080BF0" w:rsidRDefault="00000000">
            <w:pPr>
              <w:jc w:val="center"/>
            </w:pPr>
            <w:r>
              <w:rPr>
                <w:b/>
                <w:color w:val="000000"/>
                <w:sz w:val="20"/>
              </w:rPr>
              <w:t>UČNE DEJAVNOSTI, METODE IN FORMATIVNO SPREMLJANJE</w:t>
            </w:r>
          </w:p>
        </w:tc>
      </w:tr>
      <w:tr w:rsidR="00080BF0" w14:paraId="4FF95F3F" w14:textId="77777777">
        <w:trPr>
          <w:tblHeader/>
          <w:jc w:val="center"/>
        </w:trPr>
        <w:tc>
          <w:tcPr>
            <w:tcW w:w="4422" w:type="dxa"/>
            <w:vMerge/>
            <w:tcMar>
              <w:top w:w="70" w:type="dxa"/>
              <w:left w:w="90" w:type="dxa"/>
              <w:bottom w:w="70" w:type="dxa"/>
              <w:right w:w="90" w:type="dxa"/>
            </w:tcMar>
            <w:vAlign w:val="center"/>
          </w:tcPr>
          <w:p w14:paraId="376EEBFB" w14:textId="77777777" w:rsidR="00080BF0" w:rsidRDefault="00080BF0"/>
        </w:tc>
        <w:tc>
          <w:tcPr>
            <w:tcW w:w="7087" w:type="dxa"/>
            <w:shd w:val="clear" w:color="auto" w:fill="FFFFFF"/>
            <w:tcMar>
              <w:top w:w="70" w:type="dxa"/>
              <w:left w:w="90" w:type="dxa"/>
              <w:bottom w:w="70" w:type="dxa"/>
              <w:right w:w="90" w:type="dxa"/>
            </w:tcMar>
            <w:vAlign w:val="center"/>
          </w:tcPr>
          <w:p w14:paraId="355FC311"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5CB3692" w14:textId="77777777" w:rsidR="00080BF0" w:rsidRDefault="00000000">
            <w:pPr>
              <w:jc w:val="center"/>
            </w:pPr>
            <w:r>
              <w:rPr>
                <w:b/>
                <w:color w:val="000000"/>
              </w:rPr>
              <w:t>UČENEC</w:t>
            </w:r>
          </w:p>
        </w:tc>
      </w:tr>
      <w:tr w:rsidR="00080BF0" w14:paraId="53B072CE" w14:textId="77777777">
        <w:trPr>
          <w:jc w:val="center"/>
        </w:trPr>
        <w:tc>
          <w:tcPr>
            <w:tcW w:w="4422" w:type="dxa"/>
            <w:tcMar>
              <w:top w:w="70" w:type="dxa"/>
              <w:left w:w="90" w:type="dxa"/>
              <w:bottom w:w="70" w:type="dxa"/>
              <w:right w:w="90" w:type="dxa"/>
            </w:tcMar>
          </w:tcPr>
          <w:p w14:paraId="2CC7D66B" w14:textId="77777777" w:rsidR="00080BF0" w:rsidRDefault="00080BF0"/>
          <w:p w14:paraId="09799B3E" w14:textId="77777777" w:rsidR="00080BF0" w:rsidRDefault="00000000">
            <w:pPr>
              <w:spacing w:after="40" w:line="245" w:lineRule="auto"/>
            </w:pPr>
            <w:r>
              <w:rPr>
                <w:b/>
                <w:color w:val="000000"/>
              </w:rPr>
              <w:t>FORMATIVNO SPREMLJANJE</w:t>
            </w:r>
          </w:p>
          <w:p w14:paraId="1945613C" w14:textId="77777777" w:rsidR="00080BF0" w:rsidRDefault="00000000">
            <w:pPr>
              <w:pStyle w:val="Oznaenseznam"/>
              <w:spacing w:after="16"/>
            </w:pPr>
            <w:r>
              <w:rPr>
                <w:color w:val="000000"/>
                <w:sz w:val="15"/>
              </w:rPr>
              <w:t>predznanje: opažanje, gibalna ponazoritev, izbira kartice, razvrstitev materialov, poskusna sled ali skica</w:t>
            </w:r>
          </w:p>
          <w:p w14:paraId="15AFE7C2"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185AB05B"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6A2C5358" w14:textId="77777777" w:rsidR="00080BF0" w:rsidRDefault="00000000">
            <w:pPr>
              <w:pStyle w:val="Oznaenseznam"/>
              <w:spacing w:after="16"/>
            </w:pPr>
            <w:r>
              <w:rPr>
                <w:color w:val="000000"/>
                <w:sz w:val="15"/>
              </w:rPr>
              <w:t>povratna informacija: opis vidne likovne odločitve, povezava z enim merilom in izvedljiv naslednji korak</w:t>
            </w:r>
          </w:p>
          <w:p w14:paraId="41865154" w14:textId="77777777" w:rsidR="00080BF0" w:rsidRDefault="00000000">
            <w:pPr>
              <w:pStyle w:val="Oznaenseznam"/>
              <w:spacing w:after="16"/>
            </w:pPr>
            <w:r>
              <w:rPr>
                <w:color w:val="000000"/>
                <w:sz w:val="15"/>
              </w:rPr>
              <w:t>samovrednotenje: likovni semafor, lestvica samostojnosti, izbran dokaz, galerijski odziv in izboljšava</w:t>
            </w:r>
          </w:p>
          <w:p w14:paraId="58EACEBE" w14:textId="77777777" w:rsidR="00080BF0" w:rsidRDefault="00000000">
            <w:pPr>
              <w:spacing w:before="40" w:after="20" w:line="245" w:lineRule="auto"/>
            </w:pPr>
            <w:r>
              <w:rPr>
                <w:b/>
                <w:color w:val="000000"/>
                <w:sz w:val="17"/>
              </w:rPr>
              <w:t>VARNOST, HIGIENA IN UREDITEV PROSTORA</w:t>
            </w:r>
          </w:p>
          <w:p w14:paraId="430A36F3"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Lončki so napolnjeni le do polovice in postavljeni stran od roba; mokra tla se takoj obrišejo.</w:t>
            </w:r>
          </w:p>
          <w:p w14:paraId="79EADFA4" w14:textId="77777777" w:rsidR="00080BF0" w:rsidRDefault="00000000">
            <w:pPr>
              <w:spacing w:after="20" w:line="245" w:lineRule="auto"/>
            </w:pPr>
            <w:r>
              <w:rPr>
                <w:b/>
                <w:color w:val="000000"/>
                <w:sz w:val="17"/>
              </w:rPr>
              <w:t>EVIDENCA PO IZVEDBI</w:t>
            </w:r>
          </w:p>
          <w:p w14:paraId="42928ED7"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0B7E961D" w14:textId="77777777" w:rsidR="00080BF0" w:rsidRDefault="00000000">
            <w:pPr>
              <w:spacing w:before="40" w:after="20" w:line="245" w:lineRule="auto"/>
            </w:pPr>
            <w:r>
              <w:rPr>
                <w:b/>
                <w:color w:val="000000"/>
                <w:sz w:val="17"/>
              </w:rPr>
              <w:t>RAVEN DOSEGANJA</w:t>
            </w:r>
          </w:p>
          <w:p w14:paraId="12519F5E"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605BA1E7"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6058F72" w14:textId="77777777">
              <w:trPr>
                <w:jc w:val="center"/>
              </w:trPr>
              <w:tc>
                <w:tcPr>
                  <w:tcW w:w="7087" w:type="dxa"/>
                  <w:shd w:val="clear" w:color="auto" w:fill="EDC9EA"/>
                  <w:tcMar>
                    <w:top w:w="45" w:type="dxa"/>
                    <w:left w:w="70" w:type="dxa"/>
                    <w:bottom w:w="45" w:type="dxa"/>
                    <w:right w:w="70" w:type="dxa"/>
                  </w:tcMar>
                </w:tcPr>
                <w:p w14:paraId="365F0312" w14:textId="77777777" w:rsidR="00080BF0" w:rsidRDefault="00000000">
                  <w:pPr>
                    <w:keepNext/>
                  </w:pPr>
                  <w:r>
                    <w:rPr>
                      <w:b/>
                      <w:color w:val="000000"/>
                    </w:rPr>
                    <w:t>VPRAŠANJA V PODPORO LIKOVNEMU UČENJU</w:t>
                  </w:r>
                </w:p>
              </w:tc>
            </w:tr>
          </w:tbl>
          <w:p w14:paraId="4E5CF44F" w14:textId="77777777" w:rsidR="00080BF0" w:rsidRDefault="00080BF0">
            <w:pPr>
              <w:spacing w:line="20" w:lineRule="exact"/>
            </w:pPr>
          </w:p>
          <w:p w14:paraId="5F156A1E" w14:textId="77777777" w:rsidR="00080BF0" w:rsidRDefault="00000000">
            <w:pPr>
              <w:pStyle w:val="Oznaenseznam"/>
              <w:spacing w:after="16"/>
            </w:pPr>
            <w:r>
              <w:rPr>
                <w:color w:val="000000"/>
                <w:sz w:val="16"/>
              </w:rPr>
              <w:t>Kaj si najprej opazil/-a in katera likovna prvina je zate najpomembnejša?</w:t>
            </w:r>
          </w:p>
          <w:p w14:paraId="5394DE8F" w14:textId="77777777" w:rsidR="00080BF0" w:rsidRDefault="00000000">
            <w:pPr>
              <w:pStyle w:val="Oznaenseznam"/>
              <w:spacing w:after="16"/>
            </w:pPr>
            <w:r>
              <w:rPr>
                <w:color w:val="000000"/>
                <w:sz w:val="16"/>
              </w:rPr>
              <w:t>Kako je material ali postopek vplival na črto, barvo, obliko, površino, prostor oziroma delovanje izdelka?</w:t>
            </w:r>
          </w:p>
          <w:p w14:paraId="112AEFBD" w14:textId="77777777" w:rsidR="00080BF0" w:rsidRDefault="00000000">
            <w:pPr>
              <w:pStyle w:val="Oznaenseznam"/>
              <w:spacing w:after="16"/>
            </w:pPr>
            <w:r>
              <w:rPr>
                <w:color w:val="000000"/>
                <w:sz w:val="16"/>
              </w:rPr>
              <w:t>Katero možnost si preizkusil/-a, zakaj si jo izbral/-a in kaj si ob poskusu spremenil/-a?</w:t>
            </w:r>
          </w:p>
          <w:p w14:paraId="373BECB1" w14:textId="77777777" w:rsidR="00080BF0" w:rsidRDefault="00000000">
            <w:pPr>
              <w:pStyle w:val="Oznaenseznam"/>
              <w:spacing w:after="16"/>
            </w:pPr>
            <w:r>
              <w:rPr>
                <w:color w:val="000000"/>
                <w:sz w:val="16"/>
              </w:rPr>
              <w:t>Kateri del tvojega procesa ali izdelka najjasneje pokaže dogovorjeno merilo?</w:t>
            </w:r>
          </w:p>
          <w:p w14:paraId="10F423A3"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24A29635" w14:textId="77777777">
              <w:trPr>
                <w:jc w:val="center"/>
              </w:trPr>
              <w:tc>
                <w:tcPr>
                  <w:tcW w:w="7087" w:type="dxa"/>
                  <w:shd w:val="clear" w:color="auto" w:fill="C6E7F3"/>
                  <w:tcMar>
                    <w:top w:w="45" w:type="dxa"/>
                    <w:left w:w="70" w:type="dxa"/>
                    <w:bottom w:w="45" w:type="dxa"/>
                    <w:right w:w="70" w:type="dxa"/>
                  </w:tcMar>
                </w:tcPr>
                <w:p w14:paraId="0107D5D2" w14:textId="77777777" w:rsidR="00080BF0" w:rsidRDefault="00000000">
                  <w:pPr>
                    <w:keepNext/>
                  </w:pPr>
                  <w:r>
                    <w:rPr>
                      <w:b/>
                      <w:color w:val="000000"/>
                    </w:rPr>
                    <w:t>ZAKLJUČNI DEL – TIHA GALERIJA, RAZLAGA IN REFLEKSIJA (8–12 min)</w:t>
                  </w:r>
                </w:p>
              </w:tc>
            </w:tr>
          </w:tbl>
          <w:p w14:paraId="0C693C96" w14:textId="77777777" w:rsidR="00080BF0" w:rsidRDefault="00080BF0">
            <w:pPr>
              <w:spacing w:line="20" w:lineRule="exact"/>
            </w:pPr>
          </w:p>
          <w:p w14:paraId="3C45F07D"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2C8E9563" w14:textId="77777777">
              <w:trPr>
                <w:jc w:val="center"/>
              </w:trPr>
              <w:tc>
                <w:tcPr>
                  <w:tcW w:w="7087" w:type="dxa"/>
                  <w:shd w:val="clear" w:color="auto" w:fill="EDC9EA"/>
                  <w:tcMar>
                    <w:top w:w="45" w:type="dxa"/>
                    <w:left w:w="70" w:type="dxa"/>
                    <w:bottom w:w="45" w:type="dxa"/>
                    <w:right w:w="70" w:type="dxa"/>
                  </w:tcMar>
                </w:tcPr>
                <w:p w14:paraId="6227D120" w14:textId="77777777" w:rsidR="00080BF0" w:rsidRDefault="00000000">
                  <w:pPr>
                    <w:keepNext/>
                  </w:pPr>
                  <w:r>
                    <w:rPr>
                      <w:b/>
                      <w:color w:val="000000"/>
                    </w:rPr>
                    <w:t>SAMOVREDNOTENJE</w:t>
                  </w:r>
                </w:p>
              </w:tc>
            </w:tr>
          </w:tbl>
          <w:p w14:paraId="7505CBDB" w14:textId="77777777" w:rsidR="00080BF0" w:rsidRDefault="00080BF0">
            <w:pPr>
              <w:spacing w:line="20" w:lineRule="exact"/>
            </w:pPr>
          </w:p>
          <w:p w14:paraId="7A6A890A"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12889252" w14:textId="77777777">
              <w:trPr>
                <w:jc w:val="center"/>
              </w:trPr>
              <w:tc>
                <w:tcPr>
                  <w:tcW w:w="7087" w:type="dxa"/>
                  <w:shd w:val="clear" w:color="auto" w:fill="EDC9EA"/>
                  <w:tcMar>
                    <w:top w:w="45" w:type="dxa"/>
                    <w:left w:w="70" w:type="dxa"/>
                    <w:bottom w:w="45" w:type="dxa"/>
                    <w:right w:w="70" w:type="dxa"/>
                  </w:tcMar>
                </w:tcPr>
                <w:p w14:paraId="641847D5" w14:textId="77777777" w:rsidR="00080BF0" w:rsidRDefault="00000000">
                  <w:pPr>
                    <w:keepNext/>
                  </w:pPr>
                  <w:r>
                    <w:rPr>
                      <w:b/>
                      <w:color w:val="000000"/>
                    </w:rPr>
                    <w:t>VRSTNIŠKO VREDNOTENJE</w:t>
                  </w:r>
                </w:p>
              </w:tc>
            </w:tr>
          </w:tbl>
          <w:p w14:paraId="1C620266" w14:textId="77777777" w:rsidR="00080BF0" w:rsidRDefault="00080BF0">
            <w:pPr>
              <w:spacing w:line="20" w:lineRule="exact"/>
            </w:pPr>
          </w:p>
          <w:p w14:paraId="7702B5C7"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507022BF" w14:textId="77777777">
              <w:trPr>
                <w:jc w:val="center"/>
              </w:trPr>
              <w:tc>
                <w:tcPr>
                  <w:tcW w:w="7087" w:type="dxa"/>
                  <w:shd w:val="clear" w:color="auto" w:fill="EDC9EA"/>
                  <w:tcMar>
                    <w:top w:w="45" w:type="dxa"/>
                    <w:left w:w="70" w:type="dxa"/>
                    <w:bottom w:w="45" w:type="dxa"/>
                    <w:right w:w="70" w:type="dxa"/>
                  </w:tcMar>
                </w:tcPr>
                <w:p w14:paraId="3E04925F" w14:textId="77777777" w:rsidR="00080BF0" w:rsidRDefault="00000000">
                  <w:pPr>
                    <w:keepNext/>
                  </w:pPr>
                  <w:r>
                    <w:rPr>
                      <w:b/>
                      <w:color w:val="000000"/>
                    </w:rPr>
                    <w:t>SKUPNI POVZETEK</w:t>
                  </w:r>
                </w:p>
              </w:tc>
            </w:tr>
          </w:tbl>
          <w:p w14:paraId="78F1EA3A" w14:textId="77777777" w:rsidR="00080BF0" w:rsidRDefault="00080BF0"/>
          <w:p w14:paraId="73B3A209" w14:textId="77777777" w:rsidR="00080BF0" w:rsidRDefault="00000000">
            <w:pPr>
              <w:spacing w:before="20" w:after="40" w:line="245" w:lineRule="auto"/>
            </w:pPr>
            <w:r>
              <w:rPr>
                <w:b/>
                <w:color w:val="000000"/>
                <w:sz w:val="16"/>
              </w:rPr>
              <w:t>opazujem razmerja med figurami; ustvarim risbo ali sliko; povem zgodbo izdelka. Izbrani dokaz pojasnim in po povratni informaciji izboljšam.</w:t>
            </w:r>
          </w:p>
        </w:tc>
        <w:tc>
          <w:tcPr>
            <w:tcW w:w="2551" w:type="dxa"/>
            <w:tcMar>
              <w:top w:w="70" w:type="dxa"/>
              <w:left w:w="90" w:type="dxa"/>
              <w:bottom w:w="70" w:type="dxa"/>
              <w:right w:w="90" w:type="dxa"/>
            </w:tcMar>
          </w:tcPr>
          <w:p w14:paraId="4D5C33EC" w14:textId="77777777" w:rsidR="00080BF0" w:rsidRDefault="00080BF0"/>
          <w:p w14:paraId="6540B9ED" w14:textId="77777777" w:rsidR="00080BF0" w:rsidRDefault="00000000">
            <w:pPr>
              <w:spacing w:after="80" w:line="245" w:lineRule="auto"/>
            </w:pPr>
            <w:r>
              <w:rPr>
                <w:color w:val="000000"/>
                <w:sz w:val="15"/>
              </w:rPr>
              <w:t>Odgovarja na podporna vprašanja in se sklicuje na opaženo, preizkušeno, ustvarjeno ali razstavljeno.</w:t>
            </w:r>
          </w:p>
          <w:p w14:paraId="7F29A717" w14:textId="77777777" w:rsidR="00080BF0" w:rsidRDefault="00000000">
            <w:pPr>
              <w:spacing w:after="80" w:line="245" w:lineRule="auto"/>
            </w:pPr>
            <w:r>
              <w:rPr>
                <w:color w:val="000000"/>
                <w:sz w:val="15"/>
              </w:rPr>
              <w:t>Predstavi izbrani procesni ali izdelkovni dokaz ter pove, katero merilo z njim pokaže.</w:t>
            </w:r>
          </w:p>
          <w:p w14:paraId="7BFC1011" w14:textId="77777777" w:rsidR="00080BF0" w:rsidRDefault="00000000">
            <w:pPr>
              <w:spacing w:after="80" w:line="245" w:lineRule="auto"/>
            </w:pPr>
            <w:r>
              <w:rPr>
                <w:color w:val="000000"/>
                <w:sz w:val="15"/>
              </w:rPr>
              <w:t>Tiho opazuje vrstnikovo delo, opiše eno konkretno likovno rešitev in poda prijazen predlog.</w:t>
            </w:r>
          </w:p>
          <w:p w14:paraId="10015FFA" w14:textId="77777777" w:rsidR="00080BF0" w:rsidRDefault="00000000">
            <w:pPr>
              <w:spacing w:after="80" w:line="245" w:lineRule="auto"/>
            </w:pPr>
            <w:r>
              <w:rPr>
                <w:color w:val="000000"/>
                <w:sz w:val="15"/>
              </w:rPr>
              <w:t>Po povratni informaciji po želji ponovi poskus, spremeni podrobnost, izboljša spoj, razporeditev ali razlago.</w:t>
            </w:r>
          </w:p>
          <w:p w14:paraId="1FCBC0C8" w14:textId="77777777" w:rsidR="00080BF0" w:rsidRDefault="00000000">
            <w:pPr>
              <w:spacing w:after="100" w:line="245" w:lineRule="auto"/>
            </w:pPr>
            <w:r>
              <w:rPr>
                <w:color w:val="000000"/>
                <w:sz w:val="15"/>
              </w:rPr>
              <w:t>Izbere raven samostojnosti ter določi majhen in izvedljiv naslednji ustvarjalni korak.</w:t>
            </w:r>
          </w:p>
          <w:p w14:paraId="66AF6CA8" w14:textId="77777777" w:rsidR="00080BF0" w:rsidRDefault="00000000">
            <w:pPr>
              <w:spacing w:after="20" w:line="245" w:lineRule="auto"/>
            </w:pPr>
            <w:r>
              <w:rPr>
                <w:b/>
                <w:color w:val="D95BC6"/>
                <w:sz w:val="17"/>
              </w:rPr>
              <w:t>DOKAZ O UČENJU</w:t>
            </w:r>
          </w:p>
          <w:p w14:paraId="72E8451E"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333119AF"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5D13DCD3" w14:textId="77777777">
        <w:trPr>
          <w:cantSplit/>
          <w:jc w:val="center"/>
        </w:trPr>
        <w:tc>
          <w:tcPr>
            <w:tcW w:w="14060" w:type="dxa"/>
            <w:gridSpan w:val="6"/>
            <w:tcMar>
              <w:top w:w="70" w:type="dxa"/>
              <w:left w:w="90" w:type="dxa"/>
              <w:bottom w:w="70" w:type="dxa"/>
              <w:right w:w="90" w:type="dxa"/>
            </w:tcMar>
            <w:vAlign w:val="center"/>
          </w:tcPr>
          <w:p w14:paraId="7DB32809" w14:textId="77777777" w:rsidR="00080BF0" w:rsidRDefault="00000000">
            <w:pPr>
              <w:jc w:val="center"/>
            </w:pPr>
            <w:r>
              <w:rPr>
                <w:b/>
                <w:color w:val="000000"/>
                <w:sz w:val="24"/>
              </w:rPr>
              <w:lastRenderedPageBreak/>
              <w:t>UČNA PRIPRAVA 14/39</w:t>
            </w:r>
          </w:p>
        </w:tc>
      </w:tr>
      <w:tr w:rsidR="00080BF0" w14:paraId="0D3B3276" w14:textId="77777777">
        <w:trPr>
          <w:jc w:val="center"/>
        </w:trPr>
        <w:tc>
          <w:tcPr>
            <w:tcW w:w="2665" w:type="dxa"/>
            <w:tcMar>
              <w:top w:w="70" w:type="dxa"/>
              <w:left w:w="90" w:type="dxa"/>
              <w:bottom w:w="70" w:type="dxa"/>
              <w:right w:w="90" w:type="dxa"/>
            </w:tcMar>
            <w:vAlign w:val="center"/>
          </w:tcPr>
          <w:p w14:paraId="5E0B78B8"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9232486"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543D2848"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93F38E2" w14:textId="77777777" w:rsidR="00080BF0" w:rsidRDefault="00000000">
            <w:r>
              <w:rPr>
                <w:b/>
                <w:color w:val="000000"/>
                <w:sz w:val="16"/>
              </w:rPr>
              <w:t xml:space="preserve">NAČRTOVANI TERMIN: </w:t>
            </w:r>
            <w:r>
              <w:rPr>
                <w:color w:val="000000"/>
                <w:sz w:val="16"/>
              </w:rPr>
              <w:t>14. teden • 7.–11. 12. 2026</w:t>
            </w:r>
          </w:p>
        </w:tc>
        <w:tc>
          <w:tcPr>
            <w:tcW w:w="2268" w:type="dxa"/>
            <w:tcMar>
              <w:top w:w="70" w:type="dxa"/>
              <w:left w:w="90" w:type="dxa"/>
              <w:bottom w:w="70" w:type="dxa"/>
              <w:right w:w="90" w:type="dxa"/>
            </w:tcMar>
            <w:vAlign w:val="center"/>
          </w:tcPr>
          <w:p w14:paraId="19761111"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1798048" w14:textId="77777777" w:rsidR="00080BF0" w:rsidRDefault="00000000">
            <w:r>
              <w:rPr>
                <w:b/>
                <w:color w:val="000000"/>
                <w:sz w:val="16"/>
              </w:rPr>
              <w:t xml:space="preserve">ŠTEVILO UR: </w:t>
            </w:r>
            <w:r>
              <w:rPr>
                <w:color w:val="000000"/>
                <w:sz w:val="16"/>
              </w:rPr>
              <w:t>2</w:t>
            </w:r>
          </w:p>
        </w:tc>
      </w:tr>
      <w:tr w:rsidR="00080BF0" w14:paraId="5C2DE7FC" w14:textId="77777777">
        <w:trPr>
          <w:jc w:val="center"/>
        </w:trPr>
        <w:tc>
          <w:tcPr>
            <w:tcW w:w="14061" w:type="dxa"/>
            <w:gridSpan w:val="6"/>
            <w:tcMar>
              <w:top w:w="70" w:type="dxa"/>
              <w:left w:w="90" w:type="dxa"/>
              <w:bottom w:w="70" w:type="dxa"/>
              <w:right w:w="90" w:type="dxa"/>
            </w:tcMar>
            <w:vAlign w:val="center"/>
          </w:tcPr>
          <w:p w14:paraId="330B865A"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56F5FD05" w14:textId="77777777">
        <w:trPr>
          <w:cantSplit/>
          <w:jc w:val="center"/>
        </w:trPr>
        <w:tc>
          <w:tcPr>
            <w:tcW w:w="14060" w:type="dxa"/>
            <w:gridSpan w:val="6"/>
            <w:tcMar>
              <w:top w:w="70" w:type="dxa"/>
              <w:left w:w="90" w:type="dxa"/>
              <w:bottom w:w="70" w:type="dxa"/>
              <w:right w:w="90" w:type="dxa"/>
            </w:tcMar>
            <w:vAlign w:val="center"/>
          </w:tcPr>
          <w:p w14:paraId="68299EB6" w14:textId="77777777" w:rsidR="00080BF0" w:rsidRDefault="00080BF0"/>
          <w:p w14:paraId="1FBAA91A" w14:textId="77777777" w:rsidR="00080BF0" w:rsidRDefault="00000000">
            <w:pPr>
              <w:spacing w:line="245" w:lineRule="auto"/>
            </w:pPr>
            <w:r>
              <w:rPr>
                <w:b/>
                <w:color w:val="000000"/>
                <w:sz w:val="15"/>
              </w:rPr>
              <w:t xml:space="preserve">UČNI SKLOP: </w:t>
            </w:r>
            <w:r>
              <w:rPr>
                <w:color w:val="000000"/>
                <w:sz w:val="15"/>
              </w:rPr>
              <w:t>MOJA DRUŽINA, SKUPNOST IN PRAZNOVANJA</w:t>
            </w:r>
          </w:p>
        </w:tc>
      </w:tr>
      <w:tr w:rsidR="00080BF0" w14:paraId="694BCEC6" w14:textId="77777777">
        <w:trPr>
          <w:cantSplit/>
          <w:jc w:val="center"/>
        </w:trPr>
        <w:tc>
          <w:tcPr>
            <w:tcW w:w="14060" w:type="dxa"/>
            <w:gridSpan w:val="6"/>
            <w:tcMar>
              <w:top w:w="70" w:type="dxa"/>
              <w:left w:w="90" w:type="dxa"/>
              <w:bottom w:w="70" w:type="dxa"/>
              <w:right w:w="90" w:type="dxa"/>
            </w:tcMar>
            <w:vAlign w:val="center"/>
          </w:tcPr>
          <w:p w14:paraId="35F899F6" w14:textId="77777777" w:rsidR="00080BF0" w:rsidRDefault="00080BF0"/>
          <w:p w14:paraId="1D37307C" w14:textId="77777777" w:rsidR="00080BF0" w:rsidRDefault="00000000">
            <w:pPr>
              <w:spacing w:line="245" w:lineRule="auto"/>
            </w:pPr>
            <w:r>
              <w:rPr>
                <w:b/>
                <w:color w:val="000000"/>
                <w:sz w:val="15"/>
              </w:rPr>
              <w:t xml:space="preserve">UČNA TEMA: </w:t>
            </w:r>
            <w:r>
              <w:rPr>
                <w:color w:val="000000"/>
                <w:sz w:val="15"/>
              </w:rPr>
              <w:t>PROSTOR DOMA</w:t>
            </w:r>
          </w:p>
        </w:tc>
      </w:tr>
      <w:tr w:rsidR="00080BF0" w14:paraId="3ECB9270" w14:textId="77777777">
        <w:trPr>
          <w:cantSplit/>
          <w:jc w:val="center"/>
        </w:trPr>
        <w:tc>
          <w:tcPr>
            <w:tcW w:w="14060" w:type="dxa"/>
            <w:gridSpan w:val="6"/>
            <w:tcMar>
              <w:top w:w="70" w:type="dxa"/>
              <w:left w:w="90" w:type="dxa"/>
              <w:bottom w:w="70" w:type="dxa"/>
              <w:right w:w="90" w:type="dxa"/>
            </w:tcMar>
            <w:vAlign w:val="center"/>
          </w:tcPr>
          <w:p w14:paraId="1C4877F2" w14:textId="77777777" w:rsidR="00080BF0" w:rsidRDefault="00080BF0"/>
          <w:p w14:paraId="232E359D" w14:textId="77777777" w:rsidR="00080BF0" w:rsidRDefault="00000000">
            <w:pPr>
              <w:spacing w:line="245" w:lineRule="auto"/>
            </w:pPr>
            <w:r>
              <w:rPr>
                <w:b/>
                <w:color w:val="000000"/>
                <w:sz w:val="15"/>
              </w:rPr>
              <w:t xml:space="preserve">KNJIŽEVNO / MOTIVNO IZHODIŠČE: </w:t>
            </w:r>
            <w:r>
              <w:rPr>
                <w:color w:val="000000"/>
                <w:sz w:val="15"/>
              </w:rPr>
              <w:t>»Pekarna Mišmaš« – Svetlana Makarovič • delo v skupnosti, odgovornost in pravična delitev</w:t>
            </w:r>
          </w:p>
        </w:tc>
      </w:tr>
      <w:tr w:rsidR="00080BF0" w14:paraId="6AD5DB34" w14:textId="77777777">
        <w:trPr>
          <w:cantSplit/>
          <w:jc w:val="center"/>
        </w:trPr>
        <w:tc>
          <w:tcPr>
            <w:tcW w:w="14060" w:type="dxa"/>
            <w:gridSpan w:val="6"/>
            <w:tcMar>
              <w:top w:w="70" w:type="dxa"/>
              <w:left w:w="90" w:type="dxa"/>
              <w:bottom w:w="70" w:type="dxa"/>
              <w:right w:w="90" w:type="dxa"/>
            </w:tcMar>
            <w:vAlign w:val="center"/>
          </w:tcPr>
          <w:p w14:paraId="22BDBAB1" w14:textId="77777777" w:rsidR="00080BF0" w:rsidRDefault="00080BF0"/>
          <w:p w14:paraId="63AFD045" w14:textId="77777777" w:rsidR="00080BF0" w:rsidRDefault="00000000">
            <w:pPr>
              <w:spacing w:line="245" w:lineRule="auto"/>
            </w:pPr>
            <w:r>
              <w:rPr>
                <w:b/>
                <w:color w:val="000000"/>
                <w:sz w:val="15"/>
              </w:rPr>
              <w:t xml:space="preserve">LIKOVNO IZHODIŠČE / MOTIVACIJA: </w:t>
            </w:r>
            <w:r>
              <w:rPr>
                <w:color w:val="000000"/>
                <w:sz w:val="15"/>
              </w:rPr>
              <w:t>mali oblikovalec prinese izdelek, ki še ne stoji ali ne deluje; učenci z dotikom, gibanjem in preizkusom iščejo način, kako bi ga izboljšali pri temi »prostor doma«.</w:t>
            </w:r>
          </w:p>
        </w:tc>
      </w:tr>
      <w:tr w:rsidR="00080BF0" w14:paraId="4FEC172C" w14:textId="77777777">
        <w:trPr>
          <w:cantSplit/>
          <w:jc w:val="center"/>
        </w:trPr>
        <w:tc>
          <w:tcPr>
            <w:tcW w:w="14060" w:type="dxa"/>
            <w:gridSpan w:val="6"/>
            <w:tcMar>
              <w:top w:w="70" w:type="dxa"/>
              <w:left w:w="90" w:type="dxa"/>
              <w:bottom w:w="70" w:type="dxa"/>
              <w:right w:w="90" w:type="dxa"/>
            </w:tcMar>
            <w:vAlign w:val="center"/>
          </w:tcPr>
          <w:p w14:paraId="29474890" w14:textId="77777777" w:rsidR="00080BF0" w:rsidRDefault="00080BF0"/>
          <w:p w14:paraId="2EB77ABB" w14:textId="77777777" w:rsidR="00080BF0" w:rsidRDefault="00000000">
            <w:pPr>
              <w:spacing w:line="245" w:lineRule="auto"/>
            </w:pPr>
            <w:r>
              <w:rPr>
                <w:b/>
                <w:color w:val="000000"/>
                <w:sz w:val="15"/>
              </w:rPr>
              <w:t xml:space="preserve">UČNE ENOTE: </w:t>
            </w:r>
            <w:r>
              <w:rPr>
                <w:color w:val="000000"/>
                <w:sz w:val="15"/>
              </w:rPr>
              <w:t>1. ura – Prostor doma – Opazujem, preizkušam, načrtujem • 2. ura – Prostor doma – Ustvarjam, predstavim, izboljšam</w:t>
            </w:r>
          </w:p>
        </w:tc>
      </w:tr>
      <w:tr w:rsidR="00080BF0" w14:paraId="280BAC7D" w14:textId="77777777">
        <w:trPr>
          <w:cantSplit/>
          <w:jc w:val="center"/>
        </w:trPr>
        <w:tc>
          <w:tcPr>
            <w:tcW w:w="14060" w:type="dxa"/>
            <w:gridSpan w:val="6"/>
            <w:tcMar>
              <w:top w:w="70" w:type="dxa"/>
              <w:left w:w="90" w:type="dxa"/>
              <w:bottom w:w="70" w:type="dxa"/>
              <w:right w:w="90" w:type="dxa"/>
            </w:tcMar>
            <w:vAlign w:val="center"/>
          </w:tcPr>
          <w:p w14:paraId="2F41D883" w14:textId="77777777" w:rsidR="00080BF0" w:rsidRDefault="00080BF0"/>
          <w:p w14:paraId="0C1BF827"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586C4DC0" w14:textId="77777777">
        <w:trPr>
          <w:cantSplit/>
          <w:jc w:val="center"/>
        </w:trPr>
        <w:tc>
          <w:tcPr>
            <w:tcW w:w="14060" w:type="dxa"/>
            <w:gridSpan w:val="6"/>
            <w:tcMar>
              <w:top w:w="70" w:type="dxa"/>
              <w:left w:w="90" w:type="dxa"/>
              <w:bottom w:w="70" w:type="dxa"/>
              <w:right w:w="90" w:type="dxa"/>
            </w:tcMar>
            <w:vAlign w:val="center"/>
          </w:tcPr>
          <w:p w14:paraId="62E4F35A" w14:textId="77777777" w:rsidR="00080BF0" w:rsidRDefault="00080BF0"/>
          <w:p w14:paraId="0458A987"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4635A596" w14:textId="77777777">
        <w:trPr>
          <w:cantSplit/>
          <w:jc w:val="center"/>
        </w:trPr>
        <w:tc>
          <w:tcPr>
            <w:tcW w:w="14060" w:type="dxa"/>
            <w:gridSpan w:val="6"/>
            <w:tcMar>
              <w:top w:w="70" w:type="dxa"/>
              <w:left w:w="90" w:type="dxa"/>
              <w:bottom w:w="70" w:type="dxa"/>
              <w:right w:w="90" w:type="dxa"/>
            </w:tcMar>
            <w:vAlign w:val="center"/>
          </w:tcPr>
          <w:p w14:paraId="4DEF90F2" w14:textId="77777777" w:rsidR="00080BF0" w:rsidRDefault="00080BF0"/>
          <w:p w14:paraId="7A9877B7"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1B64DE3C" w14:textId="77777777">
        <w:trPr>
          <w:cantSplit/>
          <w:jc w:val="center"/>
        </w:trPr>
        <w:tc>
          <w:tcPr>
            <w:tcW w:w="14060" w:type="dxa"/>
            <w:gridSpan w:val="6"/>
            <w:tcMar>
              <w:top w:w="70" w:type="dxa"/>
              <w:left w:w="90" w:type="dxa"/>
              <w:bottom w:w="70" w:type="dxa"/>
              <w:right w:w="90" w:type="dxa"/>
            </w:tcMar>
            <w:vAlign w:val="center"/>
          </w:tcPr>
          <w:p w14:paraId="131E39F2" w14:textId="77777777" w:rsidR="00080BF0" w:rsidRDefault="00080BF0"/>
          <w:p w14:paraId="09A1B336" w14:textId="77777777" w:rsidR="00080BF0" w:rsidRDefault="00000000">
            <w:pPr>
              <w:spacing w:line="245" w:lineRule="auto"/>
            </w:pPr>
            <w:r>
              <w:rPr>
                <w:b/>
                <w:color w:val="000000"/>
                <w:sz w:val="15"/>
              </w:rPr>
              <w:t xml:space="preserve">MEDPREDMETNE POVEZAVE: </w:t>
            </w:r>
            <w:r>
              <w:rPr>
                <w:color w:val="000000"/>
                <w:sz w:val="15"/>
              </w:rPr>
              <w:t>SPO – delo v skupnosti, odgovornost in pravična delitev; SLJ – poslušanje, opis opažanja, poimenovanje postopka in predstavitev; MAT – oblike, razvrščanje, vzorci in prostorski odnosi; ŠPO – gibalna črta, telesna skulptura, smer in ravnotežje; GUM – ritem, ponavljanje.</w:t>
            </w:r>
          </w:p>
        </w:tc>
      </w:tr>
      <w:tr w:rsidR="00080BF0" w14:paraId="035AD6EC" w14:textId="77777777">
        <w:trPr>
          <w:cantSplit/>
          <w:jc w:val="center"/>
        </w:trPr>
        <w:tc>
          <w:tcPr>
            <w:tcW w:w="14060" w:type="dxa"/>
            <w:gridSpan w:val="6"/>
            <w:tcMar>
              <w:top w:w="70" w:type="dxa"/>
              <w:left w:w="90" w:type="dxa"/>
              <w:bottom w:w="70" w:type="dxa"/>
              <w:right w:w="90" w:type="dxa"/>
            </w:tcMar>
            <w:vAlign w:val="center"/>
          </w:tcPr>
          <w:p w14:paraId="07AE5F72" w14:textId="77777777" w:rsidR="00080BF0" w:rsidRDefault="00080BF0"/>
          <w:p w14:paraId="47903C01" w14:textId="77777777" w:rsidR="00080BF0" w:rsidRDefault="00000000">
            <w:pPr>
              <w:spacing w:line="245" w:lineRule="auto"/>
            </w:pPr>
            <w:r>
              <w:rPr>
                <w:b/>
                <w:color w:val="000000"/>
                <w:sz w:val="15"/>
              </w:rPr>
              <w:t xml:space="preserve">UČNA SREDSTVA IN PRIPOMOČKI: </w:t>
            </w:r>
            <w:r>
              <w:rPr>
                <w:color w:val="000000"/>
                <w:sz w:val="15"/>
              </w:rPr>
              <w:t>glina ali mehka modelirna masa, karton, čista embalaža, lesene paličice, papirnate sponke, vrvica, lepilni trak in varne škarje; fotografija, reprodukcija ali resnični predmet za opazovanje; kartice namena in meril; talne oznake štirih postaj; mapa dokazov; sredstva za čiščenje in pospravljanje</w:t>
            </w:r>
          </w:p>
        </w:tc>
      </w:tr>
      <w:tr w:rsidR="00080BF0" w14:paraId="6CF8A59C" w14:textId="77777777">
        <w:trPr>
          <w:cantSplit/>
          <w:jc w:val="center"/>
        </w:trPr>
        <w:tc>
          <w:tcPr>
            <w:tcW w:w="14060" w:type="dxa"/>
            <w:gridSpan w:val="6"/>
            <w:tcMar>
              <w:top w:w="70" w:type="dxa"/>
              <w:left w:w="90" w:type="dxa"/>
              <w:bottom w:w="70" w:type="dxa"/>
              <w:right w:w="90" w:type="dxa"/>
            </w:tcMar>
            <w:vAlign w:val="center"/>
          </w:tcPr>
          <w:p w14:paraId="4EF3C611" w14:textId="77777777" w:rsidR="00080BF0" w:rsidRDefault="00080BF0"/>
          <w:p w14:paraId="79026C10"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7B7FD92B" w14:textId="77777777">
        <w:trPr>
          <w:cantSplit/>
          <w:jc w:val="center"/>
        </w:trPr>
        <w:tc>
          <w:tcPr>
            <w:tcW w:w="14060" w:type="dxa"/>
            <w:gridSpan w:val="6"/>
            <w:tcMar>
              <w:top w:w="70" w:type="dxa"/>
              <w:left w:w="90" w:type="dxa"/>
              <w:bottom w:w="70" w:type="dxa"/>
              <w:right w:w="90" w:type="dxa"/>
            </w:tcMar>
            <w:vAlign w:val="center"/>
          </w:tcPr>
          <w:p w14:paraId="19F63EFF" w14:textId="77777777" w:rsidR="00080BF0" w:rsidRDefault="00080BF0"/>
          <w:p w14:paraId="16DB70B7"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12C01C46" w14:textId="77777777">
        <w:trPr>
          <w:cantSplit/>
          <w:jc w:val="center"/>
        </w:trPr>
        <w:tc>
          <w:tcPr>
            <w:tcW w:w="14060" w:type="dxa"/>
            <w:gridSpan w:val="6"/>
            <w:tcMar>
              <w:top w:w="70" w:type="dxa"/>
              <w:left w:w="90" w:type="dxa"/>
              <w:bottom w:w="70" w:type="dxa"/>
              <w:right w:w="90" w:type="dxa"/>
            </w:tcMar>
            <w:vAlign w:val="center"/>
          </w:tcPr>
          <w:p w14:paraId="72BB4BC4" w14:textId="77777777" w:rsidR="00080BF0" w:rsidRDefault="00080BF0"/>
          <w:p w14:paraId="165695DE"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6F096CD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3AAE73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7A24668"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773E1D2" w14:textId="77777777" w:rsidR="00080BF0" w:rsidRDefault="00000000">
            <w:pPr>
              <w:jc w:val="center"/>
            </w:pPr>
            <w:r>
              <w:rPr>
                <w:b/>
                <w:color w:val="000000"/>
                <w:sz w:val="20"/>
              </w:rPr>
              <w:t>UČNE DEJAVNOSTI, METODE IN FORMATIVNO SPREMLJANJE</w:t>
            </w:r>
          </w:p>
        </w:tc>
      </w:tr>
      <w:tr w:rsidR="00080BF0" w14:paraId="31D187F7" w14:textId="77777777">
        <w:trPr>
          <w:tblHeader/>
          <w:jc w:val="center"/>
        </w:trPr>
        <w:tc>
          <w:tcPr>
            <w:tcW w:w="4422" w:type="dxa"/>
            <w:vMerge/>
            <w:tcMar>
              <w:top w:w="70" w:type="dxa"/>
              <w:left w:w="90" w:type="dxa"/>
              <w:bottom w:w="70" w:type="dxa"/>
              <w:right w:w="90" w:type="dxa"/>
            </w:tcMar>
            <w:vAlign w:val="center"/>
          </w:tcPr>
          <w:p w14:paraId="4E741B97" w14:textId="77777777" w:rsidR="00080BF0" w:rsidRDefault="00080BF0"/>
        </w:tc>
        <w:tc>
          <w:tcPr>
            <w:tcW w:w="7087" w:type="dxa"/>
            <w:shd w:val="clear" w:color="auto" w:fill="FFFFFF"/>
            <w:tcMar>
              <w:top w:w="70" w:type="dxa"/>
              <w:left w:w="90" w:type="dxa"/>
              <w:bottom w:w="70" w:type="dxa"/>
              <w:right w:w="90" w:type="dxa"/>
            </w:tcMar>
            <w:vAlign w:val="center"/>
          </w:tcPr>
          <w:p w14:paraId="5753530F"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2A6532C" w14:textId="77777777" w:rsidR="00080BF0" w:rsidRDefault="00000000">
            <w:pPr>
              <w:jc w:val="center"/>
            </w:pPr>
            <w:r>
              <w:rPr>
                <w:b/>
                <w:color w:val="000000"/>
              </w:rPr>
              <w:t>UČENEC</w:t>
            </w:r>
          </w:p>
        </w:tc>
      </w:tr>
      <w:tr w:rsidR="00080BF0" w14:paraId="59CD3C69" w14:textId="77777777">
        <w:trPr>
          <w:jc w:val="center"/>
        </w:trPr>
        <w:tc>
          <w:tcPr>
            <w:tcW w:w="4422" w:type="dxa"/>
            <w:tcMar>
              <w:top w:w="70" w:type="dxa"/>
              <w:left w:w="90" w:type="dxa"/>
              <w:bottom w:w="70" w:type="dxa"/>
              <w:right w:w="90" w:type="dxa"/>
            </w:tcMar>
          </w:tcPr>
          <w:p w14:paraId="4E59E56C" w14:textId="77777777" w:rsidR="00080BF0" w:rsidRDefault="00080BF0"/>
          <w:p w14:paraId="69C34024" w14:textId="77777777" w:rsidR="00080BF0" w:rsidRDefault="00000000">
            <w:pPr>
              <w:spacing w:after="60" w:line="245" w:lineRule="auto"/>
            </w:pPr>
            <w:r>
              <w:rPr>
                <w:b/>
                <w:color w:val="000000"/>
              </w:rPr>
              <w:t>UČNI CILJI</w:t>
            </w:r>
          </w:p>
          <w:p w14:paraId="0280921A" w14:textId="77777777" w:rsidR="00080BF0" w:rsidRDefault="00000000">
            <w:pPr>
              <w:spacing w:after="20" w:line="245" w:lineRule="auto"/>
            </w:pPr>
            <w:r>
              <w:rPr>
                <w:b/>
                <w:color w:val="000000"/>
                <w:sz w:val="17"/>
              </w:rPr>
              <w:t>SPLOŠNI</w:t>
            </w:r>
          </w:p>
          <w:p w14:paraId="1971ADF0"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392A9666"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31D8991A"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5D765050"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1EF3ED0C" w14:textId="77777777" w:rsidR="00080BF0" w:rsidRDefault="00000000">
            <w:pPr>
              <w:spacing w:before="40" w:after="20" w:line="245" w:lineRule="auto"/>
            </w:pPr>
            <w:r>
              <w:rPr>
                <w:b/>
                <w:color w:val="000000"/>
                <w:sz w:val="17"/>
              </w:rPr>
              <w:t>OPERATIVNI</w:t>
            </w:r>
          </w:p>
          <w:p w14:paraId="0ED9B2FD" w14:textId="77777777" w:rsidR="00080BF0" w:rsidRDefault="00000000">
            <w:pPr>
              <w:pStyle w:val="Oznaenseznam"/>
              <w:spacing w:after="16"/>
            </w:pPr>
            <w:r>
              <w:rPr>
                <w:color w:val="000000"/>
                <w:sz w:val="16"/>
              </w:rPr>
              <w:t>ustvari preprost prostorski model</w:t>
            </w:r>
          </w:p>
          <w:p w14:paraId="50B44E47" w14:textId="77777777" w:rsidR="00080BF0" w:rsidRDefault="00000000">
            <w:pPr>
              <w:pStyle w:val="Oznaenseznam"/>
              <w:spacing w:after="16"/>
            </w:pPr>
            <w:r>
              <w:rPr>
                <w:color w:val="000000"/>
                <w:sz w:val="16"/>
              </w:rPr>
              <w:t>razlikuje obliko in prostor</w:t>
            </w:r>
          </w:p>
          <w:p w14:paraId="302BE6BD" w14:textId="77777777" w:rsidR="00080BF0" w:rsidRDefault="00000000">
            <w:pPr>
              <w:pStyle w:val="Oznaenseznam"/>
              <w:spacing w:after="16"/>
            </w:pPr>
            <w:r>
              <w:rPr>
                <w:color w:val="000000"/>
                <w:sz w:val="16"/>
              </w:rPr>
              <w:t>uporabi odpadno embalažo</w:t>
            </w:r>
          </w:p>
          <w:p w14:paraId="1F3FBE8C" w14:textId="77777777" w:rsidR="00080BF0" w:rsidRDefault="00000000">
            <w:pPr>
              <w:spacing w:before="40" w:after="20" w:line="245" w:lineRule="auto"/>
            </w:pPr>
            <w:r>
              <w:rPr>
                <w:b/>
                <w:color w:val="000000"/>
                <w:sz w:val="17"/>
              </w:rPr>
              <w:t>PRIČAKOVANI DOSEŽKI / MINIMALNI POUDARKI</w:t>
            </w:r>
          </w:p>
          <w:p w14:paraId="6B7DCB30" w14:textId="77777777" w:rsidR="00080BF0" w:rsidRDefault="00000000">
            <w:pPr>
              <w:pStyle w:val="Oznaenseznam"/>
              <w:spacing w:after="16"/>
            </w:pPr>
            <w:r>
              <w:rPr>
                <w:color w:val="000000"/>
                <w:sz w:val="15"/>
              </w:rPr>
              <w:t>samostojno oziroma z dogovorjeno oporo ustvari preprost prostorski model</w:t>
            </w:r>
          </w:p>
          <w:p w14:paraId="53E8D178" w14:textId="77777777" w:rsidR="00080BF0" w:rsidRDefault="00000000">
            <w:pPr>
              <w:pStyle w:val="Oznaenseznam"/>
              <w:spacing w:after="16"/>
            </w:pPr>
            <w:r>
              <w:rPr>
                <w:color w:val="000000"/>
                <w:sz w:val="15"/>
              </w:rPr>
              <w:t>samostojno oziroma z dogovorjeno oporo razlikuje obliko in prostor</w:t>
            </w:r>
          </w:p>
          <w:p w14:paraId="25B8CB20" w14:textId="77777777" w:rsidR="00080BF0" w:rsidRDefault="00000000">
            <w:pPr>
              <w:pStyle w:val="Oznaenseznam"/>
              <w:spacing w:after="16"/>
            </w:pPr>
            <w:r>
              <w:rPr>
                <w:color w:val="000000"/>
                <w:sz w:val="15"/>
              </w:rPr>
              <w:t>samostojno oziroma z dogovorjeno oporo uporabi odpadno embalažo</w:t>
            </w:r>
          </w:p>
        </w:tc>
        <w:tc>
          <w:tcPr>
            <w:tcW w:w="7087" w:type="dxa"/>
            <w:tcMar>
              <w:top w:w="70" w:type="dxa"/>
              <w:left w:w="90" w:type="dxa"/>
              <w:bottom w:w="70" w:type="dxa"/>
              <w:right w:w="90" w:type="dxa"/>
            </w:tcMar>
          </w:tcPr>
          <w:p w14:paraId="3D555EFF"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5EC1174A" w14:textId="77777777">
              <w:trPr>
                <w:jc w:val="center"/>
              </w:trPr>
              <w:tc>
                <w:tcPr>
                  <w:tcW w:w="7087" w:type="dxa"/>
                  <w:shd w:val="clear" w:color="auto" w:fill="C6E7F3"/>
                  <w:tcMar>
                    <w:top w:w="45" w:type="dxa"/>
                    <w:left w:w="70" w:type="dxa"/>
                    <w:bottom w:w="45" w:type="dxa"/>
                    <w:right w:w="70" w:type="dxa"/>
                  </w:tcMar>
                </w:tcPr>
                <w:p w14:paraId="0F2A2459" w14:textId="77777777" w:rsidR="00080BF0" w:rsidRDefault="00000000">
                  <w:pPr>
                    <w:keepNext/>
                  </w:pPr>
                  <w:r>
                    <w:rPr>
                      <w:b/>
                      <w:color w:val="000000"/>
                    </w:rPr>
                    <w:t>UVODNI DEL – likovna uganka, opazovanje, aktivacija predznanja in namen učenja (8–12 min)</w:t>
                  </w:r>
                </w:p>
              </w:tc>
            </w:tr>
          </w:tbl>
          <w:p w14:paraId="30A74B20" w14:textId="77777777" w:rsidR="00080BF0" w:rsidRDefault="00080BF0">
            <w:pPr>
              <w:spacing w:line="20" w:lineRule="exact"/>
            </w:pPr>
          </w:p>
          <w:p w14:paraId="1CF9CAEA" w14:textId="77777777" w:rsidR="00080BF0" w:rsidRDefault="00000000">
            <w:pPr>
              <w:spacing w:before="40" w:after="60" w:line="245" w:lineRule="auto"/>
            </w:pPr>
            <w:r>
              <w:rPr>
                <w:color w:val="000000"/>
                <w:sz w:val="16"/>
              </w:rPr>
              <w:t>Ob književnem motivu »Pekarna Mišmaš« – Svetlana Makarovič učenci vstopijo v temo delo v skupnosti, odgovornost in pravična delitev. Učiteljica pokaže fotografijo, reprodukcijo, predmet ali material in pove kratko likovno zgodbo: mali oblikovalec prinese izdelek, ki še ne stoji ali ne deluje; učenci z dotikom, gibanjem in preizkusom iščejo način, kako bi ga izboljšali pri temi »prostor doma«. Tematska rešitev: oblikuje pekarno ali kruh iz različnih materialov.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77B2BC97" w14:textId="77777777">
              <w:trPr>
                <w:jc w:val="center"/>
              </w:trPr>
              <w:tc>
                <w:tcPr>
                  <w:tcW w:w="7087" w:type="dxa"/>
                  <w:shd w:val="clear" w:color="auto" w:fill="EDC9EA"/>
                  <w:tcMar>
                    <w:top w:w="45" w:type="dxa"/>
                    <w:left w:w="70" w:type="dxa"/>
                    <w:bottom w:w="45" w:type="dxa"/>
                    <w:right w:w="70" w:type="dxa"/>
                  </w:tcMar>
                </w:tcPr>
                <w:p w14:paraId="35EA4701" w14:textId="77777777" w:rsidR="00080BF0" w:rsidRDefault="00000000">
                  <w:pPr>
                    <w:keepNext/>
                  </w:pPr>
                  <w:r>
                    <w:rPr>
                      <w:b/>
                      <w:color w:val="000000"/>
                    </w:rPr>
                    <w:t>NAMENI UČENJA</w:t>
                  </w:r>
                </w:p>
              </w:tc>
            </w:tr>
          </w:tbl>
          <w:p w14:paraId="1EF9D4C9" w14:textId="77777777" w:rsidR="00080BF0" w:rsidRDefault="00080BF0">
            <w:pPr>
              <w:spacing w:line="20" w:lineRule="exact"/>
            </w:pPr>
          </w:p>
          <w:p w14:paraId="7164D418"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44299BF2" w14:textId="77777777" w:rsidR="00080BF0" w:rsidRDefault="00000000">
            <w:pPr>
              <w:pStyle w:val="Oznaenseznam"/>
              <w:spacing w:after="16"/>
            </w:pPr>
            <w:r>
              <w:rPr>
                <w:color w:val="000000"/>
                <w:sz w:val="16"/>
              </w:rPr>
              <w:t>ustvarim preprost prostorski model</w:t>
            </w:r>
          </w:p>
          <w:p w14:paraId="0B507D3E" w14:textId="77777777" w:rsidR="00080BF0" w:rsidRDefault="00000000">
            <w:pPr>
              <w:pStyle w:val="Oznaenseznam"/>
              <w:spacing w:after="16"/>
            </w:pPr>
            <w:r>
              <w:rPr>
                <w:color w:val="000000"/>
                <w:sz w:val="16"/>
              </w:rPr>
              <w:t>razlikujem obliko in prostor</w:t>
            </w:r>
          </w:p>
          <w:p w14:paraId="29E15D56" w14:textId="77777777" w:rsidR="00080BF0" w:rsidRDefault="00000000">
            <w:pPr>
              <w:pStyle w:val="Oznaenseznam"/>
              <w:spacing w:after="16"/>
            </w:pPr>
            <w:r>
              <w:rPr>
                <w:color w:val="000000"/>
                <w:sz w:val="16"/>
              </w:rPr>
              <w:t>uporabim odpadno embalažo</w:t>
            </w:r>
          </w:p>
          <w:tbl>
            <w:tblPr>
              <w:tblStyle w:val="Tabelamrea"/>
              <w:tblW w:w="0" w:type="auto"/>
              <w:jc w:val="center"/>
              <w:tblLayout w:type="fixed"/>
              <w:tblLook w:val="04A0" w:firstRow="1" w:lastRow="0" w:firstColumn="1" w:lastColumn="0" w:noHBand="0" w:noVBand="1"/>
            </w:tblPr>
            <w:tblGrid>
              <w:gridCol w:w="7087"/>
            </w:tblGrid>
            <w:tr w:rsidR="00080BF0" w14:paraId="685E0FFA" w14:textId="77777777">
              <w:trPr>
                <w:jc w:val="center"/>
              </w:trPr>
              <w:tc>
                <w:tcPr>
                  <w:tcW w:w="7087" w:type="dxa"/>
                  <w:shd w:val="clear" w:color="auto" w:fill="EDC9EA"/>
                  <w:tcMar>
                    <w:top w:w="45" w:type="dxa"/>
                    <w:left w:w="70" w:type="dxa"/>
                    <w:bottom w:w="45" w:type="dxa"/>
                    <w:right w:w="70" w:type="dxa"/>
                  </w:tcMar>
                </w:tcPr>
                <w:p w14:paraId="45C66D5B" w14:textId="77777777" w:rsidR="00080BF0" w:rsidRDefault="00000000">
                  <w:pPr>
                    <w:keepNext/>
                  </w:pPr>
                  <w:r>
                    <w:rPr>
                      <w:b/>
                      <w:color w:val="000000"/>
                    </w:rPr>
                    <w:t>PREVERJANJE PREDZNANJA</w:t>
                  </w:r>
                </w:p>
              </w:tc>
            </w:tr>
          </w:tbl>
          <w:p w14:paraId="7B97D471" w14:textId="77777777" w:rsidR="00080BF0" w:rsidRDefault="00080BF0">
            <w:pPr>
              <w:spacing w:line="20" w:lineRule="exact"/>
            </w:pPr>
          </w:p>
          <w:p w14:paraId="0ABDDF1A" w14:textId="77777777" w:rsidR="00080BF0" w:rsidRDefault="00000000">
            <w:pPr>
              <w:pStyle w:val="Oznaenseznam"/>
              <w:spacing w:after="16"/>
            </w:pPr>
            <w:r>
              <w:rPr>
                <w:color w:val="000000"/>
                <w:sz w:val="16"/>
              </w:rPr>
              <w:t>Kaj najprej opazim pri motivu, predmetu ali materialu, povezanem s temo »PROSTOR DOMA«?</w:t>
            </w:r>
          </w:p>
          <w:p w14:paraId="3124993A"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6417030F"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027D5FEA" w14:textId="77777777">
              <w:trPr>
                <w:jc w:val="center"/>
              </w:trPr>
              <w:tc>
                <w:tcPr>
                  <w:tcW w:w="7087" w:type="dxa"/>
                  <w:shd w:val="clear" w:color="auto" w:fill="EDC9EA"/>
                  <w:tcMar>
                    <w:top w:w="45" w:type="dxa"/>
                    <w:left w:w="70" w:type="dxa"/>
                    <w:bottom w:w="45" w:type="dxa"/>
                    <w:right w:w="70" w:type="dxa"/>
                  </w:tcMar>
                </w:tcPr>
                <w:p w14:paraId="61DD511B" w14:textId="77777777" w:rsidR="00080BF0" w:rsidRDefault="00000000">
                  <w:pPr>
                    <w:keepNext/>
                  </w:pPr>
                  <w:r>
                    <w:rPr>
                      <w:b/>
                      <w:color w:val="000000"/>
                    </w:rPr>
                    <w:t>KRITERIJI USPEŠNOSTI</w:t>
                  </w:r>
                </w:p>
              </w:tc>
            </w:tr>
          </w:tbl>
          <w:p w14:paraId="1ED54517" w14:textId="77777777" w:rsidR="00080BF0" w:rsidRDefault="00080BF0"/>
          <w:p w14:paraId="76C835DB" w14:textId="77777777" w:rsidR="00080BF0" w:rsidRDefault="00000000">
            <w:pPr>
              <w:spacing w:before="20" w:after="20" w:line="245" w:lineRule="auto"/>
            </w:pPr>
            <w:r>
              <w:rPr>
                <w:b/>
                <w:color w:val="000000"/>
                <w:sz w:val="16"/>
              </w:rPr>
              <w:t>Uspešen/-na bom, ko:</w:t>
            </w:r>
          </w:p>
          <w:p w14:paraId="79C713BB" w14:textId="77777777" w:rsidR="00080BF0" w:rsidRDefault="00000000">
            <w:pPr>
              <w:pStyle w:val="Oznaenseznam"/>
              <w:spacing w:after="16"/>
            </w:pPr>
            <w:r>
              <w:rPr>
                <w:color w:val="000000"/>
                <w:sz w:val="16"/>
              </w:rPr>
              <w:t>ustvarim preprost prostorski model</w:t>
            </w:r>
          </w:p>
          <w:p w14:paraId="654CF2D4" w14:textId="77777777" w:rsidR="00080BF0" w:rsidRDefault="00000000">
            <w:pPr>
              <w:pStyle w:val="Oznaenseznam"/>
              <w:spacing w:after="16"/>
            </w:pPr>
            <w:r>
              <w:rPr>
                <w:color w:val="000000"/>
                <w:sz w:val="16"/>
              </w:rPr>
              <w:t>razlikujem obliko in prostor</w:t>
            </w:r>
          </w:p>
          <w:p w14:paraId="540C9FA2" w14:textId="77777777" w:rsidR="00080BF0" w:rsidRDefault="00000000">
            <w:pPr>
              <w:pStyle w:val="Oznaenseznam"/>
              <w:spacing w:after="16"/>
            </w:pPr>
            <w:r>
              <w:rPr>
                <w:color w:val="000000"/>
                <w:sz w:val="16"/>
              </w:rPr>
              <w:t>uporabim odpadno embalažo</w:t>
            </w:r>
          </w:p>
          <w:p w14:paraId="0354E3EB" w14:textId="77777777" w:rsidR="00080BF0" w:rsidRDefault="00000000">
            <w:pPr>
              <w:pStyle w:val="Oznaenseznam"/>
              <w:spacing w:after="16"/>
            </w:pPr>
            <w:r>
              <w:rPr>
                <w:color w:val="000000"/>
                <w:sz w:val="15"/>
              </w:rPr>
              <w:t>varno in namensko uporabim material, zaščitim prostor ter po delu uredim svojo postajo</w:t>
            </w:r>
          </w:p>
          <w:p w14:paraId="6AB86E95"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40773D85" w14:textId="77777777" w:rsidR="00080BF0" w:rsidRDefault="00080BF0"/>
          <w:p w14:paraId="397FFDAB"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E33679A" w14:textId="77777777" w:rsidR="00080BF0" w:rsidRDefault="00000000">
            <w:pPr>
              <w:spacing w:after="80" w:line="245" w:lineRule="auto"/>
            </w:pPr>
            <w:r>
              <w:rPr>
                <w:color w:val="000000"/>
                <w:sz w:val="16"/>
              </w:rPr>
              <w:t>Pove ali pokaže, kaj že zna opaziti in katero likovno možnost bi najprej preizkusil.</w:t>
            </w:r>
          </w:p>
          <w:p w14:paraId="151A8106" w14:textId="77777777" w:rsidR="00080BF0" w:rsidRDefault="00000000">
            <w:pPr>
              <w:spacing w:after="100" w:line="245" w:lineRule="auto"/>
            </w:pPr>
            <w:r>
              <w:rPr>
                <w:color w:val="000000"/>
                <w:sz w:val="16"/>
              </w:rPr>
              <w:t>Sodeluje pri razumevanju namena, meril uspešnosti, varne rabe pripomočkov in načina dokazovanja.</w:t>
            </w:r>
          </w:p>
          <w:p w14:paraId="34D4833F" w14:textId="77777777" w:rsidR="00080BF0" w:rsidRDefault="00000000">
            <w:pPr>
              <w:spacing w:after="20" w:line="245" w:lineRule="auto"/>
            </w:pPr>
            <w:r>
              <w:rPr>
                <w:b/>
                <w:color w:val="D95BC6"/>
                <w:sz w:val="17"/>
              </w:rPr>
              <w:t>DOKAZ O UČENJU</w:t>
            </w:r>
          </w:p>
          <w:p w14:paraId="57BBC6FA"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31936EF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FE1389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0141BD9"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E7D16D2" w14:textId="77777777" w:rsidR="00080BF0" w:rsidRDefault="00000000">
            <w:pPr>
              <w:jc w:val="center"/>
            </w:pPr>
            <w:r>
              <w:rPr>
                <w:b/>
                <w:color w:val="000000"/>
                <w:sz w:val="20"/>
              </w:rPr>
              <w:t>UČNE DEJAVNOSTI, METODE IN FORMATIVNO SPREMLJANJE</w:t>
            </w:r>
          </w:p>
        </w:tc>
      </w:tr>
      <w:tr w:rsidR="00080BF0" w14:paraId="521CDBAE" w14:textId="77777777">
        <w:trPr>
          <w:tblHeader/>
          <w:jc w:val="center"/>
        </w:trPr>
        <w:tc>
          <w:tcPr>
            <w:tcW w:w="4422" w:type="dxa"/>
            <w:vMerge/>
            <w:tcMar>
              <w:top w:w="70" w:type="dxa"/>
              <w:left w:w="90" w:type="dxa"/>
              <w:bottom w:w="70" w:type="dxa"/>
              <w:right w:w="90" w:type="dxa"/>
            </w:tcMar>
            <w:vAlign w:val="center"/>
          </w:tcPr>
          <w:p w14:paraId="3E4549E8" w14:textId="77777777" w:rsidR="00080BF0" w:rsidRDefault="00080BF0"/>
        </w:tc>
        <w:tc>
          <w:tcPr>
            <w:tcW w:w="7087" w:type="dxa"/>
            <w:shd w:val="clear" w:color="auto" w:fill="FFFFFF"/>
            <w:tcMar>
              <w:top w:w="70" w:type="dxa"/>
              <w:left w:w="90" w:type="dxa"/>
              <w:bottom w:w="70" w:type="dxa"/>
              <w:right w:w="90" w:type="dxa"/>
            </w:tcMar>
            <w:vAlign w:val="center"/>
          </w:tcPr>
          <w:p w14:paraId="03311A95"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DD57CAE" w14:textId="77777777" w:rsidR="00080BF0" w:rsidRDefault="00000000">
            <w:pPr>
              <w:jc w:val="center"/>
            </w:pPr>
            <w:r>
              <w:rPr>
                <w:b/>
                <w:color w:val="000000"/>
              </w:rPr>
              <w:t>UČENEC</w:t>
            </w:r>
          </w:p>
        </w:tc>
      </w:tr>
      <w:tr w:rsidR="00080BF0" w14:paraId="352B7CB1" w14:textId="77777777">
        <w:trPr>
          <w:jc w:val="center"/>
        </w:trPr>
        <w:tc>
          <w:tcPr>
            <w:tcW w:w="4422" w:type="dxa"/>
            <w:tcMar>
              <w:top w:w="70" w:type="dxa"/>
              <w:left w:w="90" w:type="dxa"/>
              <w:bottom w:w="70" w:type="dxa"/>
              <w:right w:w="90" w:type="dxa"/>
            </w:tcMar>
          </w:tcPr>
          <w:p w14:paraId="38248318" w14:textId="77777777" w:rsidR="00080BF0" w:rsidRDefault="00080BF0"/>
          <w:p w14:paraId="6BC6043C" w14:textId="77777777" w:rsidR="00080BF0" w:rsidRDefault="00000000">
            <w:pPr>
              <w:spacing w:after="40" w:line="245" w:lineRule="auto"/>
            </w:pPr>
            <w:r>
              <w:rPr>
                <w:b/>
                <w:color w:val="000000"/>
              </w:rPr>
              <w:t>KLJUČNI LIKOVNI POJMI</w:t>
            </w:r>
          </w:p>
          <w:p w14:paraId="269D6DCE"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telo, prostornina, masa, spoj, stabilnost, gibanje, funkcija, preizkus</w:t>
            </w:r>
          </w:p>
          <w:p w14:paraId="008A42FE" w14:textId="77777777" w:rsidR="00080BF0" w:rsidRDefault="00000000">
            <w:pPr>
              <w:spacing w:after="20" w:line="245" w:lineRule="auto"/>
            </w:pPr>
            <w:r>
              <w:rPr>
                <w:b/>
                <w:color w:val="000000"/>
                <w:sz w:val="17"/>
              </w:rPr>
              <w:t>DOKAZI O UČENJU</w:t>
            </w:r>
          </w:p>
          <w:p w14:paraId="5338C4DE" w14:textId="77777777" w:rsidR="00080BF0" w:rsidRDefault="00000000">
            <w:pPr>
              <w:pStyle w:val="Oznaenseznam"/>
              <w:spacing w:after="9"/>
            </w:pPr>
            <w:r>
              <w:rPr>
                <w:color w:val="000000"/>
                <w:sz w:val="15"/>
              </w:rPr>
              <w:t>list materialnih poskusov, skica/načrt, učenčeva razlaga in učiteljev zapis o varni rabi pripomočkov.</w:t>
            </w:r>
          </w:p>
          <w:p w14:paraId="43E55423" w14:textId="77777777" w:rsidR="00080BF0" w:rsidRDefault="00000000">
            <w:pPr>
              <w:pStyle w:val="Oznaenseznam"/>
              <w:spacing w:after="9"/>
            </w:pPr>
            <w:r>
              <w:rPr>
                <w:color w:val="000000"/>
                <w:sz w:val="15"/>
              </w:rPr>
              <w:t>likovni proces in izdelek, fotografija faze, učenčeva razlaga ter samovrednotenje v mapi.</w:t>
            </w:r>
          </w:p>
          <w:p w14:paraId="4FD99FB3" w14:textId="77777777" w:rsidR="00080BF0" w:rsidRDefault="00000000">
            <w:pPr>
              <w:spacing w:before="40" w:after="20" w:line="245" w:lineRule="auto"/>
            </w:pPr>
            <w:r>
              <w:rPr>
                <w:b/>
                <w:color w:val="000000"/>
                <w:sz w:val="17"/>
              </w:rPr>
              <w:t>LIKOVNO DOŽIVETJE IN IZKUŠENJSKI POUK</w:t>
            </w:r>
          </w:p>
          <w:p w14:paraId="6AD07FD3"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5BC4ADC6" w14:textId="77777777" w:rsidR="00080BF0" w:rsidRDefault="00000000">
            <w:pPr>
              <w:spacing w:after="20" w:line="245" w:lineRule="auto"/>
            </w:pPr>
            <w:r>
              <w:rPr>
                <w:b/>
                <w:color w:val="000000"/>
                <w:sz w:val="17"/>
              </w:rPr>
              <w:t>POUČEVANJE V GIBANJU</w:t>
            </w:r>
          </w:p>
          <w:p w14:paraId="234B62F7"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1E207600" w14:textId="77777777" w:rsidR="00080BF0" w:rsidRDefault="00000000">
            <w:pPr>
              <w:spacing w:after="20" w:line="245" w:lineRule="auto"/>
            </w:pPr>
            <w:r>
              <w:rPr>
                <w:b/>
                <w:color w:val="000000"/>
                <w:sz w:val="17"/>
              </w:rPr>
              <w:t>DELO PO POSTAJAH</w:t>
            </w:r>
          </w:p>
          <w:p w14:paraId="5E5B906D"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79C088CD" w14:textId="77777777" w:rsidR="00080BF0" w:rsidRDefault="00000000">
            <w:pPr>
              <w:spacing w:after="9" w:line="245" w:lineRule="auto"/>
            </w:pPr>
            <w:r>
              <w:rPr>
                <w:color w:val="000000"/>
                <w:sz w:val="14"/>
              </w:rPr>
              <w:t>1. Tipno-opazovalna: material primerjam po trdoti, prožnosti, površini in možnosti preoblikovanja.</w:t>
            </w:r>
          </w:p>
          <w:p w14:paraId="6A4D0D31" w14:textId="77777777" w:rsidR="00080BF0" w:rsidRDefault="00000000">
            <w:pPr>
              <w:spacing w:after="9" w:line="245" w:lineRule="auto"/>
            </w:pPr>
            <w:r>
              <w:rPr>
                <w:color w:val="000000"/>
                <w:sz w:val="14"/>
              </w:rPr>
              <w:t>2. Konstrukcijska: preizkusim varne spoje ter preverim, kateri nosi, se premika ali ohranja stabilnost.</w:t>
            </w:r>
          </w:p>
          <w:p w14:paraId="29000039" w14:textId="77777777" w:rsidR="00080BF0" w:rsidRDefault="00000000">
            <w:pPr>
              <w:spacing w:after="9" w:line="245" w:lineRule="auto"/>
            </w:pPr>
            <w:r>
              <w:rPr>
                <w:color w:val="000000"/>
                <w:sz w:val="14"/>
              </w:rPr>
              <w:t>3. Gibalno-kiparska: s telesom ustvarim kip, ravnotežje, volumen ali gib izdelka in ga opazujem iz več smeri.</w:t>
            </w:r>
          </w:p>
          <w:p w14:paraId="00154202" w14:textId="77777777" w:rsidR="00080BF0" w:rsidRDefault="00000000">
            <w:pPr>
              <w:spacing w:after="9" w:line="245" w:lineRule="auto"/>
            </w:pPr>
            <w:r>
              <w:rPr>
                <w:color w:val="000000"/>
                <w:sz w:val="14"/>
              </w:rPr>
              <w:t>4. Izdelovalno-preizkusna: po skici sestavim model, ga preizkusim, označim težavo in izvedem eno izboljšavo.</w:t>
            </w:r>
          </w:p>
          <w:p w14:paraId="4A91FC26" w14:textId="77777777" w:rsidR="00080BF0" w:rsidRDefault="00000000">
            <w:pPr>
              <w:spacing w:after="20" w:line="245" w:lineRule="auto"/>
            </w:pPr>
            <w:r>
              <w:rPr>
                <w:b/>
                <w:color w:val="000000"/>
                <w:sz w:val="17"/>
              </w:rPr>
              <w:t>DIFERENCIACIJA IN VKLJUČEVANJE</w:t>
            </w:r>
          </w:p>
          <w:p w14:paraId="5D832B33"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0C1D3280" w14:textId="77777777" w:rsidR="00080BF0" w:rsidRDefault="00000000">
            <w:pPr>
              <w:spacing w:after="20" w:line="245" w:lineRule="auto"/>
            </w:pPr>
            <w:r>
              <w:rPr>
                <w:b/>
                <w:color w:val="000000"/>
                <w:sz w:val="17"/>
              </w:rPr>
              <w:t>SPREMLJANJE</w:t>
            </w:r>
          </w:p>
          <w:p w14:paraId="57270C59"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1011A6D9"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2D7587F" w14:textId="77777777">
              <w:trPr>
                <w:jc w:val="center"/>
              </w:trPr>
              <w:tc>
                <w:tcPr>
                  <w:tcW w:w="7087" w:type="dxa"/>
                  <w:shd w:val="clear" w:color="auto" w:fill="C6E7F3"/>
                  <w:tcMar>
                    <w:top w:w="45" w:type="dxa"/>
                    <w:left w:w="70" w:type="dxa"/>
                    <w:bottom w:w="45" w:type="dxa"/>
                    <w:right w:w="70" w:type="dxa"/>
                  </w:tcMar>
                </w:tcPr>
                <w:p w14:paraId="103A979F" w14:textId="77777777" w:rsidR="00080BF0" w:rsidRDefault="00000000">
                  <w:pPr>
                    <w:keepNext/>
                  </w:pPr>
                  <w:r>
                    <w:rPr>
                      <w:b/>
                      <w:color w:val="000000"/>
                      <w:sz w:val="17"/>
                    </w:rPr>
                    <w:t>GLAVNI DEL – OPAZOVANJE, MATERIALNI PREIZKUS, USTVARJANJE IN GALERIJA (2 šolski uri)</w:t>
                  </w:r>
                </w:p>
              </w:tc>
            </w:tr>
          </w:tbl>
          <w:p w14:paraId="0A6AE0A6" w14:textId="77777777" w:rsidR="00080BF0" w:rsidRDefault="00080BF0">
            <w:pPr>
              <w:spacing w:line="20" w:lineRule="exact"/>
            </w:pPr>
          </w:p>
          <w:p w14:paraId="4138F1FB" w14:textId="77777777" w:rsidR="00080BF0" w:rsidRDefault="00000000">
            <w:pPr>
              <w:keepNext/>
              <w:spacing w:before="22" w:after="8" w:line="245" w:lineRule="auto"/>
            </w:pPr>
            <w:r>
              <w:rPr>
                <w:b/>
                <w:color w:val="000000"/>
                <w:sz w:val="16"/>
              </w:rPr>
              <w:t>1. URA – Prostor doma – Opazujem, preizkušam, načrtujem</w:t>
            </w:r>
          </w:p>
          <w:p w14:paraId="40A8146F"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»PROSTOR DOMA«.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0B24AF88"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196EB9A5"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47D49C1F" w14:textId="77777777" w:rsidR="00080BF0" w:rsidRDefault="00000000">
            <w:pPr>
              <w:keepNext/>
              <w:spacing w:before="22" w:after="8" w:line="245" w:lineRule="auto"/>
            </w:pPr>
            <w:r>
              <w:rPr>
                <w:b/>
                <w:color w:val="000000"/>
                <w:sz w:val="16"/>
              </w:rPr>
              <w:t>2. URA – Prostor doma – Ustvarjam, predstavim, izboljšam</w:t>
            </w:r>
          </w:p>
          <w:p w14:paraId="42763F68"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»PROSTOR DOMA«; postavlja vprašanja o nameri, nudi tehnično oporo in omogoči izboljšavo. Zaključek 10': 10' – Izvede tiho galerijo; modelira odziv »Opazim … / Učinkuje … / Lahko poskusiš …« ter vodi pospravljanje.</w:t>
            </w:r>
          </w:p>
          <w:p w14:paraId="4D6B5312"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295EAEA9"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52A8F1EC" w14:textId="77777777">
              <w:trPr>
                <w:jc w:val="center"/>
              </w:trPr>
              <w:tc>
                <w:tcPr>
                  <w:tcW w:w="7087" w:type="dxa"/>
                  <w:shd w:val="clear" w:color="auto" w:fill="EDC9EA"/>
                  <w:tcMar>
                    <w:top w:w="45" w:type="dxa"/>
                    <w:left w:w="70" w:type="dxa"/>
                    <w:bottom w:w="45" w:type="dxa"/>
                    <w:right w:w="70" w:type="dxa"/>
                  </w:tcMar>
                </w:tcPr>
                <w:p w14:paraId="305F4A0F" w14:textId="77777777" w:rsidR="00080BF0" w:rsidRDefault="00000000">
                  <w:pPr>
                    <w:keepNext/>
                  </w:pPr>
                  <w:r>
                    <w:rPr>
                      <w:b/>
                      <w:color w:val="000000"/>
                      <w:sz w:val="17"/>
                    </w:rPr>
                    <w:t>ORGANIZACIJA POSTAJ IN PREHODOV</w:t>
                  </w:r>
                </w:p>
              </w:tc>
            </w:tr>
          </w:tbl>
          <w:p w14:paraId="3655C7B9" w14:textId="77777777" w:rsidR="00080BF0" w:rsidRDefault="00080BF0"/>
          <w:p w14:paraId="13DBC7A5" w14:textId="77777777" w:rsidR="00080BF0" w:rsidRDefault="00000000">
            <w:pPr>
              <w:spacing w:before="8" w:after="8" w:line="245" w:lineRule="auto"/>
            </w:pPr>
            <w:r>
              <w:rPr>
                <w:color w:val="000000"/>
                <w:sz w:val="14"/>
              </w:rPr>
              <w:t>Postaja 1: Tipno-opazovalna: material primerjam po trdoti, prožnosti, površini in možnosti preoblikovanja.</w:t>
            </w:r>
          </w:p>
          <w:p w14:paraId="7186CAB2" w14:textId="77777777" w:rsidR="00080BF0" w:rsidRDefault="00000000">
            <w:pPr>
              <w:spacing w:before="8" w:after="8" w:line="245" w:lineRule="auto"/>
            </w:pPr>
            <w:r>
              <w:rPr>
                <w:color w:val="000000"/>
                <w:sz w:val="14"/>
              </w:rPr>
              <w:t>Postaja 2: Konstrukcijska: preizkusim varne spoje ter preverim, kateri nosi, se premika ali ohranja stabilnost.</w:t>
            </w:r>
          </w:p>
          <w:p w14:paraId="5B1B12FC" w14:textId="77777777" w:rsidR="00080BF0" w:rsidRDefault="00000000">
            <w:pPr>
              <w:spacing w:before="8" w:after="8" w:line="245" w:lineRule="auto"/>
            </w:pPr>
            <w:r>
              <w:rPr>
                <w:color w:val="000000"/>
                <w:sz w:val="14"/>
              </w:rPr>
              <w:t>Postaja 3: Gibalno-kiparska: s telesom ustvarim kip, ravnotežje, volumen ali gib izdelka in ga opazujem iz več smeri.</w:t>
            </w:r>
          </w:p>
          <w:p w14:paraId="38B4455C" w14:textId="77777777" w:rsidR="00080BF0" w:rsidRDefault="00000000">
            <w:pPr>
              <w:spacing w:before="8" w:after="8" w:line="245" w:lineRule="auto"/>
            </w:pPr>
            <w:r>
              <w:rPr>
                <w:color w:val="000000"/>
                <w:sz w:val="14"/>
              </w:rPr>
              <w:t>Postaja 4: Izdelovalno-preizkusna: po skici sestavim model, ga preizkusim, označim težavo in izvedem eno izboljšavo.</w:t>
            </w:r>
          </w:p>
          <w:p w14:paraId="76D59EE7"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7C3E04DE" w14:textId="77777777" w:rsidR="00080BF0" w:rsidRDefault="00080BF0"/>
          <w:p w14:paraId="724DA9B6" w14:textId="77777777" w:rsidR="00080BF0" w:rsidRDefault="00000000">
            <w:pPr>
              <w:spacing w:after="6" w:line="245" w:lineRule="auto"/>
            </w:pPr>
            <w:r>
              <w:rPr>
                <w:b/>
                <w:color w:val="000000"/>
                <w:sz w:val="15"/>
              </w:rPr>
              <w:t>1. URA – Prostor doma – Opazujem, preizkušam, načrtujem</w:t>
            </w:r>
          </w:p>
          <w:p w14:paraId="2874AF11"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1F6CF412" w14:textId="77777777" w:rsidR="00080BF0" w:rsidRDefault="00000000">
            <w:pPr>
              <w:spacing w:after="20" w:line="245" w:lineRule="auto"/>
            </w:pPr>
            <w:r>
              <w:rPr>
                <w:color w:val="D95BC6"/>
                <w:sz w:val="14"/>
              </w:rPr>
              <w:t>Dokaz: list materialnih poskusov, skica/načrt, učenčeva razlaga in učiteljev zapis o varni rabi.</w:t>
            </w:r>
          </w:p>
          <w:p w14:paraId="31DC28A9" w14:textId="77777777" w:rsidR="00080BF0" w:rsidRDefault="00000000">
            <w:pPr>
              <w:spacing w:after="6" w:line="245" w:lineRule="auto"/>
            </w:pPr>
            <w:r>
              <w:rPr>
                <w:b/>
                <w:color w:val="000000"/>
                <w:sz w:val="15"/>
              </w:rPr>
              <w:t>2. URA – Prostor doma – Ustvarjam, predstavim, izboljšam</w:t>
            </w:r>
          </w:p>
          <w:p w14:paraId="6610B83B"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2A788B4C" w14:textId="77777777" w:rsidR="00080BF0" w:rsidRDefault="00000000">
            <w:pPr>
              <w:spacing w:after="20" w:line="245" w:lineRule="auto"/>
            </w:pPr>
            <w:r>
              <w:rPr>
                <w:color w:val="D95BC6"/>
                <w:sz w:val="14"/>
              </w:rPr>
              <w:t>Dokaz: likovni proces in izdelek, fotografija faze, učenčeva razlaga ter samovrednotenje v mapi.</w:t>
            </w:r>
          </w:p>
          <w:p w14:paraId="6D84B09B" w14:textId="77777777" w:rsidR="00080BF0" w:rsidRDefault="00000000">
            <w:pPr>
              <w:spacing w:before="40" w:after="20" w:line="245" w:lineRule="auto"/>
            </w:pPr>
            <w:r>
              <w:rPr>
                <w:b/>
                <w:color w:val="D95BC6"/>
                <w:sz w:val="16"/>
              </w:rPr>
              <w:t>MOJ KROG POSTAJ</w:t>
            </w:r>
          </w:p>
          <w:p w14:paraId="16782DE3" w14:textId="77777777" w:rsidR="00080BF0" w:rsidRDefault="00000000">
            <w:pPr>
              <w:spacing w:after="11" w:line="245" w:lineRule="auto"/>
            </w:pPr>
            <w:r>
              <w:rPr>
                <w:color w:val="000000"/>
                <w:sz w:val="13"/>
              </w:rPr>
              <w:t>1. Tipno-opazovalna: material primerjam po trdoti, prožnosti.</w:t>
            </w:r>
          </w:p>
          <w:p w14:paraId="1B850F72" w14:textId="77777777" w:rsidR="00080BF0" w:rsidRDefault="00000000">
            <w:pPr>
              <w:spacing w:after="11" w:line="245" w:lineRule="auto"/>
            </w:pPr>
            <w:r>
              <w:rPr>
                <w:color w:val="000000"/>
                <w:sz w:val="13"/>
              </w:rPr>
              <w:t>2. Konstrukcijska: preizkusim varne spoje ter preverim, kateri nosi.</w:t>
            </w:r>
          </w:p>
          <w:p w14:paraId="5AAE41CF" w14:textId="77777777" w:rsidR="00080BF0" w:rsidRDefault="00000000">
            <w:pPr>
              <w:spacing w:after="11" w:line="245" w:lineRule="auto"/>
            </w:pPr>
            <w:r>
              <w:rPr>
                <w:color w:val="000000"/>
                <w:sz w:val="13"/>
              </w:rPr>
              <w:t>3. Gibalno-kiparska: s telesom ustvarim kip, ravnotežje, volumen ali gib izdelka in ga opazujem.</w:t>
            </w:r>
          </w:p>
          <w:p w14:paraId="6A1F8148" w14:textId="77777777" w:rsidR="00080BF0" w:rsidRDefault="00000000">
            <w:pPr>
              <w:spacing w:after="11" w:line="245" w:lineRule="auto"/>
            </w:pPr>
            <w:r>
              <w:rPr>
                <w:color w:val="000000"/>
                <w:sz w:val="13"/>
              </w:rPr>
              <w:t>4. Izdelovalno-preizkusna: po skici sestavim model, ga preizkusim.</w:t>
            </w:r>
          </w:p>
          <w:p w14:paraId="55AF9440"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4BD74712" w14:textId="77777777" w:rsidR="00080BF0" w:rsidRDefault="00000000">
            <w:pPr>
              <w:spacing w:after="20" w:line="245" w:lineRule="auto"/>
            </w:pPr>
            <w:r>
              <w:rPr>
                <w:b/>
                <w:color w:val="D95BC6"/>
                <w:sz w:val="17"/>
              </w:rPr>
              <w:t>DOKAZ O UČENJU</w:t>
            </w:r>
          </w:p>
          <w:p w14:paraId="1CCE65FE"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605B6DB6"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B610C9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E8CD009"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B15B8D7" w14:textId="77777777" w:rsidR="00080BF0" w:rsidRDefault="00000000">
            <w:pPr>
              <w:jc w:val="center"/>
            </w:pPr>
            <w:r>
              <w:rPr>
                <w:b/>
                <w:color w:val="000000"/>
                <w:sz w:val="20"/>
              </w:rPr>
              <w:t>UČNE DEJAVNOSTI, METODE IN FORMATIVNO SPREMLJANJE</w:t>
            </w:r>
          </w:p>
        </w:tc>
      </w:tr>
      <w:tr w:rsidR="00080BF0" w14:paraId="7964A7F2" w14:textId="77777777">
        <w:trPr>
          <w:tblHeader/>
          <w:jc w:val="center"/>
        </w:trPr>
        <w:tc>
          <w:tcPr>
            <w:tcW w:w="4422" w:type="dxa"/>
            <w:vMerge/>
            <w:tcMar>
              <w:top w:w="70" w:type="dxa"/>
              <w:left w:w="90" w:type="dxa"/>
              <w:bottom w:w="70" w:type="dxa"/>
              <w:right w:w="90" w:type="dxa"/>
            </w:tcMar>
            <w:vAlign w:val="center"/>
          </w:tcPr>
          <w:p w14:paraId="152BBEEA" w14:textId="77777777" w:rsidR="00080BF0" w:rsidRDefault="00080BF0"/>
        </w:tc>
        <w:tc>
          <w:tcPr>
            <w:tcW w:w="7087" w:type="dxa"/>
            <w:shd w:val="clear" w:color="auto" w:fill="FFFFFF"/>
            <w:tcMar>
              <w:top w:w="70" w:type="dxa"/>
              <w:left w:w="90" w:type="dxa"/>
              <w:bottom w:w="70" w:type="dxa"/>
              <w:right w:w="90" w:type="dxa"/>
            </w:tcMar>
            <w:vAlign w:val="center"/>
          </w:tcPr>
          <w:p w14:paraId="4A47DF3D"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24C04E5" w14:textId="77777777" w:rsidR="00080BF0" w:rsidRDefault="00000000">
            <w:pPr>
              <w:jc w:val="center"/>
            </w:pPr>
            <w:r>
              <w:rPr>
                <w:b/>
                <w:color w:val="000000"/>
              </w:rPr>
              <w:t>UČENEC</w:t>
            </w:r>
          </w:p>
        </w:tc>
      </w:tr>
      <w:tr w:rsidR="00080BF0" w14:paraId="025BCF56" w14:textId="77777777">
        <w:trPr>
          <w:jc w:val="center"/>
        </w:trPr>
        <w:tc>
          <w:tcPr>
            <w:tcW w:w="4422" w:type="dxa"/>
            <w:tcMar>
              <w:top w:w="70" w:type="dxa"/>
              <w:left w:w="90" w:type="dxa"/>
              <w:bottom w:w="70" w:type="dxa"/>
              <w:right w:w="90" w:type="dxa"/>
            </w:tcMar>
          </w:tcPr>
          <w:p w14:paraId="258BD831" w14:textId="77777777" w:rsidR="00080BF0" w:rsidRDefault="00080BF0"/>
          <w:p w14:paraId="00F18B39" w14:textId="77777777" w:rsidR="00080BF0" w:rsidRDefault="00000000">
            <w:pPr>
              <w:spacing w:after="40" w:line="245" w:lineRule="auto"/>
            </w:pPr>
            <w:r>
              <w:rPr>
                <w:b/>
                <w:color w:val="000000"/>
              </w:rPr>
              <w:t>FORMATIVNO SPREMLJANJE</w:t>
            </w:r>
          </w:p>
          <w:p w14:paraId="4D76BEC1" w14:textId="77777777" w:rsidR="00080BF0" w:rsidRDefault="00000000">
            <w:pPr>
              <w:pStyle w:val="Oznaenseznam"/>
              <w:spacing w:after="16"/>
            </w:pPr>
            <w:r>
              <w:rPr>
                <w:color w:val="000000"/>
                <w:sz w:val="15"/>
              </w:rPr>
              <w:t>predznanje: opažanje, gibalna ponazoritev, izbira kartice, razvrstitev materialov, poskusna sled ali skica</w:t>
            </w:r>
          </w:p>
          <w:p w14:paraId="5F80E308"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6E9284F1"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060305FE" w14:textId="77777777" w:rsidR="00080BF0" w:rsidRDefault="00000000">
            <w:pPr>
              <w:pStyle w:val="Oznaenseznam"/>
              <w:spacing w:after="16"/>
            </w:pPr>
            <w:r>
              <w:rPr>
                <w:color w:val="000000"/>
                <w:sz w:val="15"/>
              </w:rPr>
              <w:t>povratna informacija: opis vidne likovne odločitve, povezava z enim merilom in izvedljiv naslednji korak</w:t>
            </w:r>
          </w:p>
          <w:p w14:paraId="3D099F3D" w14:textId="77777777" w:rsidR="00080BF0" w:rsidRDefault="00000000">
            <w:pPr>
              <w:pStyle w:val="Oznaenseznam"/>
              <w:spacing w:after="16"/>
            </w:pPr>
            <w:r>
              <w:rPr>
                <w:color w:val="000000"/>
                <w:sz w:val="15"/>
              </w:rPr>
              <w:t>samovrednotenje: likovni semafor, lestvica samostojnosti, izbran dokaz, galerijski odziv in izboljšava</w:t>
            </w:r>
          </w:p>
          <w:p w14:paraId="352EC951" w14:textId="77777777" w:rsidR="00080BF0" w:rsidRDefault="00000000">
            <w:pPr>
              <w:spacing w:before="40" w:after="20" w:line="245" w:lineRule="auto"/>
            </w:pPr>
            <w:r>
              <w:rPr>
                <w:b/>
                <w:color w:val="000000"/>
                <w:sz w:val="17"/>
              </w:rPr>
              <w:t>VARNOST, HIGIENA IN UREDITEV PROSTORA</w:t>
            </w:r>
          </w:p>
          <w:p w14:paraId="5EEE0051"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Spoje in stabilnost učenci preverjajo na mizi; ostrih žic, vročega lepila in rezil ne uporabljajo.</w:t>
            </w:r>
          </w:p>
          <w:p w14:paraId="6B8EFFBC" w14:textId="77777777" w:rsidR="00080BF0" w:rsidRDefault="00000000">
            <w:pPr>
              <w:spacing w:after="20" w:line="245" w:lineRule="auto"/>
            </w:pPr>
            <w:r>
              <w:rPr>
                <w:b/>
                <w:color w:val="000000"/>
                <w:sz w:val="17"/>
              </w:rPr>
              <w:t>EVIDENCA PO IZVEDBI</w:t>
            </w:r>
          </w:p>
          <w:p w14:paraId="67F5C71B"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5AE441BB" w14:textId="77777777" w:rsidR="00080BF0" w:rsidRDefault="00000000">
            <w:pPr>
              <w:spacing w:before="40" w:after="20" w:line="245" w:lineRule="auto"/>
            </w:pPr>
            <w:r>
              <w:rPr>
                <w:b/>
                <w:color w:val="000000"/>
                <w:sz w:val="17"/>
              </w:rPr>
              <w:t>RAVEN DOSEGANJA</w:t>
            </w:r>
          </w:p>
          <w:p w14:paraId="01BA847F"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6B799C47"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332B76F" w14:textId="77777777">
              <w:trPr>
                <w:jc w:val="center"/>
              </w:trPr>
              <w:tc>
                <w:tcPr>
                  <w:tcW w:w="7087" w:type="dxa"/>
                  <w:shd w:val="clear" w:color="auto" w:fill="EDC9EA"/>
                  <w:tcMar>
                    <w:top w:w="45" w:type="dxa"/>
                    <w:left w:w="70" w:type="dxa"/>
                    <w:bottom w:w="45" w:type="dxa"/>
                    <w:right w:w="70" w:type="dxa"/>
                  </w:tcMar>
                </w:tcPr>
                <w:p w14:paraId="336D4D14" w14:textId="77777777" w:rsidR="00080BF0" w:rsidRDefault="00000000">
                  <w:pPr>
                    <w:keepNext/>
                  </w:pPr>
                  <w:r>
                    <w:rPr>
                      <w:b/>
                      <w:color w:val="000000"/>
                    </w:rPr>
                    <w:t>VPRAŠANJA V PODPORO LIKOVNEMU UČENJU</w:t>
                  </w:r>
                </w:p>
              </w:tc>
            </w:tr>
          </w:tbl>
          <w:p w14:paraId="4BB3D585" w14:textId="77777777" w:rsidR="00080BF0" w:rsidRDefault="00080BF0">
            <w:pPr>
              <w:spacing w:line="20" w:lineRule="exact"/>
            </w:pPr>
          </w:p>
          <w:p w14:paraId="4D133200" w14:textId="77777777" w:rsidR="00080BF0" w:rsidRDefault="00000000">
            <w:pPr>
              <w:pStyle w:val="Oznaenseznam"/>
              <w:spacing w:after="16"/>
            </w:pPr>
            <w:r>
              <w:rPr>
                <w:color w:val="000000"/>
                <w:sz w:val="16"/>
              </w:rPr>
              <w:t>Kaj si najprej opazil/-a in katera likovna prvina je zate najpomembnejša?</w:t>
            </w:r>
          </w:p>
          <w:p w14:paraId="7471FCF1" w14:textId="77777777" w:rsidR="00080BF0" w:rsidRDefault="00000000">
            <w:pPr>
              <w:pStyle w:val="Oznaenseznam"/>
              <w:spacing w:after="16"/>
            </w:pPr>
            <w:r>
              <w:rPr>
                <w:color w:val="000000"/>
                <w:sz w:val="16"/>
              </w:rPr>
              <w:t>Kako je material ali postopek vplival na črto, barvo, obliko, površino, prostor oziroma delovanje izdelka?</w:t>
            </w:r>
          </w:p>
          <w:p w14:paraId="5401ACAD" w14:textId="77777777" w:rsidR="00080BF0" w:rsidRDefault="00000000">
            <w:pPr>
              <w:pStyle w:val="Oznaenseznam"/>
              <w:spacing w:after="16"/>
            </w:pPr>
            <w:r>
              <w:rPr>
                <w:color w:val="000000"/>
                <w:sz w:val="16"/>
              </w:rPr>
              <w:t>Katero možnost si preizkusil/-a, zakaj si jo izbral/-a in kaj si ob poskusu spremenil/-a?</w:t>
            </w:r>
          </w:p>
          <w:p w14:paraId="5F4A3DE4" w14:textId="77777777" w:rsidR="00080BF0" w:rsidRDefault="00000000">
            <w:pPr>
              <w:pStyle w:val="Oznaenseznam"/>
              <w:spacing w:after="16"/>
            </w:pPr>
            <w:r>
              <w:rPr>
                <w:color w:val="000000"/>
                <w:sz w:val="16"/>
              </w:rPr>
              <w:t>Kateri del tvojega procesa ali izdelka najjasneje pokaže dogovorjeno merilo?</w:t>
            </w:r>
          </w:p>
          <w:p w14:paraId="3E3533E3"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1AB5FC10" w14:textId="77777777">
              <w:trPr>
                <w:jc w:val="center"/>
              </w:trPr>
              <w:tc>
                <w:tcPr>
                  <w:tcW w:w="7087" w:type="dxa"/>
                  <w:shd w:val="clear" w:color="auto" w:fill="C6E7F3"/>
                  <w:tcMar>
                    <w:top w:w="45" w:type="dxa"/>
                    <w:left w:w="70" w:type="dxa"/>
                    <w:bottom w:w="45" w:type="dxa"/>
                    <w:right w:w="70" w:type="dxa"/>
                  </w:tcMar>
                </w:tcPr>
                <w:p w14:paraId="1A146010" w14:textId="77777777" w:rsidR="00080BF0" w:rsidRDefault="00000000">
                  <w:pPr>
                    <w:keepNext/>
                  </w:pPr>
                  <w:r>
                    <w:rPr>
                      <w:b/>
                      <w:color w:val="000000"/>
                    </w:rPr>
                    <w:t>ZAKLJUČNI DEL – TIHA GALERIJA, RAZLAGA IN REFLEKSIJA (8–12 min)</w:t>
                  </w:r>
                </w:p>
              </w:tc>
            </w:tr>
          </w:tbl>
          <w:p w14:paraId="5293B8C5" w14:textId="77777777" w:rsidR="00080BF0" w:rsidRDefault="00080BF0">
            <w:pPr>
              <w:spacing w:line="20" w:lineRule="exact"/>
            </w:pPr>
          </w:p>
          <w:p w14:paraId="082437EF"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59B0BAC3" w14:textId="77777777">
              <w:trPr>
                <w:jc w:val="center"/>
              </w:trPr>
              <w:tc>
                <w:tcPr>
                  <w:tcW w:w="7087" w:type="dxa"/>
                  <w:shd w:val="clear" w:color="auto" w:fill="EDC9EA"/>
                  <w:tcMar>
                    <w:top w:w="45" w:type="dxa"/>
                    <w:left w:w="70" w:type="dxa"/>
                    <w:bottom w:w="45" w:type="dxa"/>
                    <w:right w:w="70" w:type="dxa"/>
                  </w:tcMar>
                </w:tcPr>
                <w:p w14:paraId="7082818C" w14:textId="77777777" w:rsidR="00080BF0" w:rsidRDefault="00000000">
                  <w:pPr>
                    <w:keepNext/>
                  </w:pPr>
                  <w:r>
                    <w:rPr>
                      <w:b/>
                      <w:color w:val="000000"/>
                    </w:rPr>
                    <w:t>SAMOVREDNOTENJE</w:t>
                  </w:r>
                </w:p>
              </w:tc>
            </w:tr>
          </w:tbl>
          <w:p w14:paraId="6BF9C20C" w14:textId="77777777" w:rsidR="00080BF0" w:rsidRDefault="00080BF0">
            <w:pPr>
              <w:spacing w:line="20" w:lineRule="exact"/>
            </w:pPr>
          </w:p>
          <w:p w14:paraId="6796462F"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6AFFF239" w14:textId="77777777">
              <w:trPr>
                <w:jc w:val="center"/>
              </w:trPr>
              <w:tc>
                <w:tcPr>
                  <w:tcW w:w="7087" w:type="dxa"/>
                  <w:shd w:val="clear" w:color="auto" w:fill="EDC9EA"/>
                  <w:tcMar>
                    <w:top w:w="45" w:type="dxa"/>
                    <w:left w:w="70" w:type="dxa"/>
                    <w:bottom w:w="45" w:type="dxa"/>
                    <w:right w:w="70" w:type="dxa"/>
                  </w:tcMar>
                </w:tcPr>
                <w:p w14:paraId="0B0F74C9" w14:textId="77777777" w:rsidR="00080BF0" w:rsidRDefault="00000000">
                  <w:pPr>
                    <w:keepNext/>
                  </w:pPr>
                  <w:r>
                    <w:rPr>
                      <w:b/>
                      <w:color w:val="000000"/>
                    </w:rPr>
                    <w:t>VRSTNIŠKO VREDNOTENJE</w:t>
                  </w:r>
                </w:p>
              </w:tc>
            </w:tr>
          </w:tbl>
          <w:p w14:paraId="77FC5F2D" w14:textId="77777777" w:rsidR="00080BF0" w:rsidRDefault="00080BF0">
            <w:pPr>
              <w:spacing w:line="20" w:lineRule="exact"/>
            </w:pPr>
          </w:p>
          <w:p w14:paraId="27DC45E6"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6352FB1C" w14:textId="77777777">
              <w:trPr>
                <w:jc w:val="center"/>
              </w:trPr>
              <w:tc>
                <w:tcPr>
                  <w:tcW w:w="7087" w:type="dxa"/>
                  <w:shd w:val="clear" w:color="auto" w:fill="EDC9EA"/>
                  <w:tcMar>
                    <w:top w:w="45" w:type="dxa"/>
                    <w:left w:w="70" w:type="dxa"/>
                    <w:bottom w:w="45" w:type="dxa"/>
                    <w:right w:w="70" w:type="dxa"/>
                  </w:tcMar>
                </w:tcPr>
                <w:p w14:paraId="48724878" w14:textId="77777777" w:rsidR="00080BF0" w:rsidRDefault="00000000">
                  <w:pPr>
                    <w:keepNext/>
                  </w:pPr>
                  <w:r>
                    <w:rPr>
                      <w:b/>
                      <w:color w:val="000000"/>
                    </w:rPr>
                    <w:t>SKUPNI POVZETEK</w:t>
                  </w:r>
                </w:p>
              </w:tc>
            </w:tr>
          </w:tbl>
          <w:p w14:paraId="01784102" w14:textId="77777777" w:rsidR="00080BF0" w:rsidRDefault="00080BF0"/>
          <w:p w14:paraId="7D62A96A" w14:textId="77777777" w:rsidR="00080BF0" w:rsidRDefault="00000000">
            <w:pPr>
              <w:spacing w:before="20" w:after="40" w:line="245" w:lineRule="auto"/>
            </w:pPr>
            <w:r>
              <w:rPr>
                <w:b/>
                <w:color w:val="000000"/>
                <w:sz w:val="16"/>
              </w:rPr>
              <w:t>ustvarim preprost prostorski model; razlikujem obliko in prostor; uporabim odpadno embalažo. Izbrani dokaz pojasnim in po povratni informaciji izboljšam.</w:t>
            </w:r>
          </w:p>
        </w:tc>
        <w:tc>
          <w:tcPr>
            <w:tcW w:w="2551" w:type="dxa"/>
            <w:tcMar>
              <w:top w:w="70" w:type="dxa"/>
              <w:left w:w="90" w:type="dxa"/>
              <w:bottom w:w="70" w:type="dxa"/>
              <w:right w:w="90" w:type="dxa"/>
            </w:tcMar>
          </w:tcPr>
          <w:p w14:paraId="4D0A307C" w14:textId="77777777" w:rsidR="00080BF0" w:rsidRDefault="00080BF0"/>
          <w:p w14:paraId="1AF2D67F" w14:textId="77777777" w:rsidR="00080BF0" w:rsidRDefault="00000000">
            <w:pPr>
              <w:spacing w:after="80" w:line="245" w:lineRule="auto"/>
            </w:pPr>
            <w:r>
              <w:rPr>
                <w:color w:val="000000"/>
                <w:sz w:val="15"/>
              </w:rPr>
              <w:t>Odgovarja na podporna vprašanja in se sklicuje na opaženo, preizkušeno, ustvarjeno ali razstavljeno.</w:t>
            </w:r>
          </w:p>
          <w:p w14:paraId="711B8A9E" w14:textId="77777777" w:rsidR="00080BF0" w:rsidRDefault="00000000">
            <w:pPr>
              <w:spacing w:after="80" w:line="245" w:lineRule="auto"/>
            </w:pPr>
            <w:r>
              <w:rPr>
                <w:color w:val="000000"/>
                <w:sz w:val="15"/>
              </w:rPr>
              <w:t>Predstavi izbrani procesni ali izdelkovni dokaz ter pove, katero merilo z njim pokaže.</w:t>
            </w:r>
          </w:p>
          <w:p w14:paraId="48A1D05A" w14:textId="77777777" w:rsidR="00080BF0" w:rsidRDefault="00000000">
            <w:pPr>
              <w:spacing w:after="80" w:line="245" w:lineRule="auto"/>
            </w:pPr>
            <w:r>
              <w:rPr>
                <w:color w:val="000000"/>
                <w:sz w:val="15"/>
              </w:rPr>
              <w:t>Tiho opazuje vrstnikovo delo, opiše eno konkretno likovno rešitev in poda prijazen predlog.</w:t>
            </w:r>
          </w:p>
          <w:p w14:paraId="02C2D767" w14:textId="77777777" w:rsidR="00080BF0" w:rsidRDefault="00000000">
            <w:pPr>
              <w:spacing w:after="80" w:line="245" w:lineRule="auto"/>
            </w:pPr>
            <w:r>
              <w:rPr>
                <w:color w:val="000000"/>
                <w:sz w:val="15"/>
              </w:rPr>
              <w:t>Po povratni informaciji po želji ponovi poskus, spremeni podrobnost, izboljša spoj, razporeditev ali razlago.</w:t>
            </w:r>
          </w:p>
          <w:p w14:paraId="07CE4192" w14:textId="77777777" w:rsidR="00080BF0" w:rsidRDefault="00000000">
            <w:pPr>
              <w:spacing w:after="100" w:line="245" w:lineRule="auto"/>
            </w:pPr>
            <w:r>
              <w:rPr>
                <w:color w:val="000000"/>
                <w:sz w:val="15"/>
              </w:rPr>
              <w:t>Izbere raven samostojnosti ter določi majhen in izvedljiv naslednji ustvarjalni korak.</w:t>
            </w:r>
          </w:p>
          <w:p w14:paraId="0EB62588" w14:textId="77777777" w:rsidR="00080BF0" w:rsidRDefault="00000000">
            <w:pPr>
              <w:spacing w:after="20" w:line="245" w:lineRule="auto"/>
            </w:pPr>
            <w:r>
              <w:rPr>
                <w:b/>
                <w:color w:val="D95BC6"/>
                <w:sz w:val="17"/>
              </w:rPr>
              <w:t>DOKAZ O UČENJU</w:t>
            </w:r>
          </w:p>
          <w:p w14:paraId="7CCA924F"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172DBE0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3C145667" w14:textId="77777777">
        <w:trPr>
          <w:cantSplit/>
          <w:jc w:val="center"/>
        </w:trPr>
        <w:tc>
          <w:tcPr>
            <w:tcW w:w="14060" w:type="dxa"/>
            <w:gridSpan w:val="6"/>
            <w:tcMar>
              <w:top w:w="70" w:type="dxa"/>
              <w:left w:w="90" w:type="dxa"/>
              <w:bottom w:w="70" w:type="dxa"/>
              <w:right w:w="90" w:type="dxa"/>
            </w:tcMar>
            <w:vAlign w:val="center"/>
          </w:tcPr>
          <w:p w14:paraId="50DFFDB1" w14:textId="77777777" w:rsidR="00080BF0" w:rsidRDefault="00000000">
            <w:pPr>
              <w:jc w:val="center"/>
            </w:pPr>
            <w:r>
              <w:rPr>
                <w:b/>
                <w:color w:val="000000"/>
                <w:sz w:val="24"/>
              </w:rPr>
              <w:lastRenderedPageBreak/>
              <w:t>UČNA PRIPRAVA 15/39</w:t>
            </w:r>
          </w:p>
        </w:tc>
      </w:tr>
      <w:tr w:rsidR="00080BF0" w14:paraId="08140980" w14:textId="77777777">
        <w:trPr>
          <w:jc w:val="center"/>
        </w:trPr>
        <w:tc>
          <w:tcPr>
            <w:tcW w:w="2665" w:type="dxa"/>
            <w:tcMar>
              <w:top w:w="70" w:type="dxa"/>
              <w:left w:w="90" w:type="dxa"/>
              <w:bottom w:w="70" w:type="dxa"/>
              <w:right w:w="90" w:type="dxa"/>
            </w:tcMar>
            <w:vAlign w:val="center"/>
          </w:tcPr>
          <w:p w14:paraId="734384DB"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04CC4CB"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1C263D58"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20C2926" w14:textId="77777777" w:rsidR="00080BF0" w:rsidRDefault="00000000">
            <w:r>
              <w:rPr>
                <w:b/>
                <w:color w:val="000000"/>
                <w:sz w:val="16"/>
              </w:rPr>
              <w:t xml:space="preserve">NAČRTOVANI TERMIN: </w:t>
            </w:r>
            <w:r>
              <w:rPr>
                <w:color w:val="000000"/>
                <w:sz w:val="16"/>
              </w:rPr>
              <w:t>15. teden • 14.–18. 12. 2026</w:t>
            </w:r>
          </w:p>
        </w:tc>
        <w:tc>
          <w:tcPr>
            <w:tcW w:w="2268" w:type="dxa"/>
            <w:tcMar>
              <w:top w:w="70" w:type="dxa"/>
              <w:left w:w="90" w:type="dxa"/>
              <w:bottom w:w="70" w:type="dxa"/>
              <w:right w:w="90" w:type="dxa"/>
            </w:tcMar>
            <w:vAlign w:val="center"/>
          </w:tcPr>
          <w:p w14:paraId="27933FF1"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708CFAD" w14:textId="77777777" w:rsidR="00080BF0" w:rsidRDefault="00000000">
            <w:r>
              <w:rPr>
                <w:b/>
                <w:color w:val="000000"/>
                <w:sz w:val="16"/>
              </w:rPr>
              <w:t xml:space="preserve">ŠTEVILO UR: </w:t>
            </w:r>
            <w:r>
              <w:rPr>
                <w:color w:val="000000"/>
                <w:sz w:val="16"/>
              </w:rPr>
              <w:t>2</w:t>
            </w:r>
          </w:p>
        </w:tc>
      </w:tr>
      <w:tr w:rsidR="00080BF0" w14:paraId="0B33CEFF" w14:textId="77777777">
        <w:trPr>
          <w:jc w:val="center"/>
        </w:trPr>
        <w:tc>
          <w:tcPr>
            <w:tcW w:w="14061" w:type="dxa"/>
            <w:gridSpan w:val="6"/>
            <w:tcMar>
              <w:top w:w="70" w:type="dxa"/>
              <w:left w:w="90" w:type="dxa"/>
              <w:bottom w:w="70" w:type="dxa"/>
              <w:right w:w="90" w:type="dxa"/>
            </w:tcMar>
            <w:vAlign w:val="center"/>
          </w:tcPr>
          <w:p w14:paraId="03BD2B53"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15208234" w14:textId="77777777">
        <w:trPr>
          <w:cantSplit/>
          <w:jc w:val="center"/>
        </w:trPr>
        <w:tc>
          <w:tcPr>
            <w:tcW w:w="14060" w:type="dxa"/>
            <w:gridSpan w:val="6"/>
            <w:tcMar>
              <w:top w:w="70" w:type="dxa"/>
              <w:left w:w="90" w:type="dxa"/>
              <w:bottom w:w="70" w:type="dxa"/>
              <w:right w:w="90" w:type="dxa"/>
            </w:tcMar>
            <w:vAlign w:val="center"/>
          </w:tcPr>
          <w:p w14:paraId="5D98B6D2" w14:textId="77777777" w:rsidR="00080BF0" w:rsidRDefault="00080BF0"/>
          <w:p w14:paraId="46AA7A3E" w14:textId="77777777" w:rsidR="00080BF0" w:rsidRDefault="00000000">
            <w:pPr>
              <w:spacing w:line="245" w:lineRule="auto"/>
            </w:pPr>
            <w:r>
              <w:rPr>
                <w:b/>
                <w:color w:val="000000"/>
                <w:sz w:val="15"/>
              </w:rPr>
              <w:t xml:space="preserve">UČNI SKLOP: </w:t>
            </w:r>
            <w:r>
              <w:rPr>
                <w:color w:val="000000"/>
                <w:sz w:val="15"/>
              </w:rPr>
              <w:t>MOJA DRUŽINA, SKUPNOST IN PRAZNOVANJA</w:t>
            </w:r>
          </w:p>
        </w:tc>
      </w:tr>
      <w:tr w:rsidR="00080BF0" w14:paraId="1008B375" w14:textId="77777777">
        <w:trPr>
          <w:cantSplit/>
          <w:jc w:val="center"/>
        </w:trPr>
        <w:tc>
          <w:tcPr>
            <w:tcW w:w="14060" w:type="dxa"/>
            <w:gridSpan w:val="6"/>
            <w:tcMar>
              <w:top w:w="70" w:type="dxa"/>
              <w:left w:w="90" w:type="dxa"/>
              <w:bottom w:w="70" w:type="dxa"/>
              <w:right w:w="90" w:type="dxa"/>
            </w:tcMar>
            <w:vAlign w:val="center"/>
          </w:tcPr>
          <w:p w14:paraId="1B2FCB07" w14:textId="77777777" w:rsidR="00080BF0" w:rsidRDefault="00080BF0"/>
          <w:p w14:paraId="138C7F9F" w14:textId="77777777" w:rsidR="00080BF0" w:rsidRDefault="00000000">
            <w:pPr>
              <w:spacing w:line="245" w:lineRule="auto"/>
            </w:pPr>
            <w:r>
              <w:rPr>
                <w:b/>
                <w:color w:val="000000"/>
                <w:sz w:val="15"/>
              </w:rPr>
              <w:t xml:space="preserve">UČNA TEMA: </w:t>
            </w:r>
            <w:r>
              <w:rPr>
                <w:color w:val="000000"/>
                <w:sz w:val="15"/>
              </w:rPr>
              <w:t>VOŠČILNICA</w:t>
            </w:r>
          </w:p>
        </w:tc>
      </w:tr>
      <w:tr w:rsidR="00080BF0" w14:paraId="2D49BFBC" w14:textId="77777777">
        <w:trPr>
          <w:cantSplit/>
          <w:jc w:val="center"/>
        </w:trPr>
        <w:tc>
          <w:tcPr>
            <w:tcW w:w="14060" w:type="dxa"/>
            <w:gridSpan w:val="6"/>
            <w:tcMar>
              <w:top w:w="70" w:type="dxa"/>
              <w:left w:w="90" w:type="dxa"/>
              <w:bottom w:w="70" w:type="dxa"/>
              <w:right w:w="90" w:type="dxa"/>
            </w:tcMar>
            <w:vAlign w:val="center"/>
          </w:tcPr>
          <w:p w14:paraId="38D947ED" w14:textId="77777777" w:rsidR="00080BF0" w:rsidRDefault="00080BF0"/>
          <w:p w14:paraId="02A92053" w14:textId="77777777" w:rsidR="00080BF0" w:rsidRDefault="00000000">
            <w:pPr>
              <w:spacing w:line="245" w:lineRule="auto"/>
            </w:pPr>
            <w:r>
              <w:rPr>
                <w:b/>
                <w:color w:val="000000"/>
                <w:sz w:val="15"/>
              </w:rPr>
              <w:t xml:space="preserve">KNJIŽEVNO / MOTIVNO IZHODIŠČE: </w:t>
            </w:r>
            <w:r>
              <w:rPr>
                <w:color w:val="000000"/>
                <w:sz w:val="15"/>
              </w:rPr>
              <w:t>»Zvezdica Zaspanka« – Frane Milčinski – Ježek • gledališče, praznovanje, odgovornost in prijaznost</w:t>
            </w:r>
          </w:p>
        </w:tc>
      </w:tr>
      <w:tr w:rsidR="00080BF0" w14:paraId="7B19037F" w14:textId="77777777">
        <w:trPr>
          <w:cantSplit/>
          <w:jc w:val="center"/>
        </w:trPr>
        <w:tc>
          <w:tcPr>
            <w:tcW w:w="14060" w:type="dxa"/>
            <w:gridSpan w:val="6"/>
            <w:tcMar>
              <w:top w:w="70" w:type="dxa"/>
              <w:left w:w="90" w:type="dxa"/>
              <w:bottom w:w="70" w:type="dxa"/>
              <w:right w:w="90" w:type="dxa"/>
            </w:tcMar>
            <w:vAlign w:val="center"/>
          </w:tcPr>
          <w:p w14:paraId="014D4FE4" w14:textId="77777777" w:rsidR="00080BF0" w:rsidRDefault="00080BF0"/>
          <w:p w14:paraId="0DFE97FA" w14:textId="77777777" w:rsidR="00080BF0" w:rsidRDefault="00000000">
            <w:pPr>
              <w:spacing w:line="245" w:lineRule="auto"/>
            </w:pPr>
            <w:r>
              <w:rPr>
                <w:b/>
                <w:color w:val="000000"/>
                <w:sz w:val="15"/>
              </w:rPr>
              <w:t xml:space="preserve">LIKOVNO IZHODIŠČE / MOTIVACIJA: </w:t>
            </w:r>
            <w:r>
              <w:rPr>
                <w:color w:val="000000"/>
                <w:sz w:val="15"/>
              </w:rPr>
              <w:t>iz skrivnostne ovojnice padejo razpršene oblike; učenci jih brez lepljenja premikajo, sestavljajo in iščejo jasno sporočilo za nalogo »voščilnica«. Tematska rešitev: izdela zvezdo, lutko ali gledališko vstopnico.</w:t>
            </w:r>
          </w:p>
        </w:tc>
      </w:tr>
      <w:tr w:rsidR="00080BF0" w14:paraId="07841F60" w14:textId="77777777">
        <w:trPr>
          <w:cantSplit/>
          <w:jc w:val="center"/>
        </w:trPr>
        <w:tc>
          <w:tcPr>
            <w:tcW w:w="14060" w:type="dxa"/>
            <w:gridSpan w:val="6"/>
            <w:tcMar>
              <w:top w:w="70" w:type="dxa"/>
              <w:left w:w="90" w:type="dxa"/>
              <w:bottom w:w="70" w:type="dxa"/>
              <w:right w:w="90" w:type="dxa"/>
            </w:tcMar>
            <w:vAlign w:val="center"/>
          </w:tcPr>
          <w:p w14:paraId="09A814E4" w14:textId="77777777" w:rsidR="00080BF0" w:rsidRDefault="00080BF0"/>
          <w:p w14:paraId="1036205C" w14:textId="77777777" w:rsidR="00080BF0" w:rsidRDefault="00000000">
            <w:pPr>
              <w:spacing w:line="245" w:lineRule="auto"/>
            </w:pPr>
            <w:r>
              <w:rPr>
                <w:b/>
                <w:color w:val="000000"/>
                <w:sz w:val="15"/>
              </w:rPr>
              <w:t xml:space="preserve">UČNE ENOTE: </w:t>
            </w:r>
            <w:r>
              <w:rPr>
                <w:color w:val="000000"/>
                <w:sz w:val="15"/>
              </w:rPr>
              <w:t>1. ura – Voščilnica – Opazujem, preizkušam, načrtujem • 2. ura – Voščilnica – Ustvarjam, predstavim, izboljšam</w:t>
            </w:r>
          </w:p>
        </w:tc>
      </w:tr>
      <w:tr w:rsidR="00080BF0" w14:paraId="38BDD2EF" w14:textId="77777777">
        <w:trPr>
          <w:cantSplit/>
          <w:jc w:val="center"/>
        </w:trPr>
        <w:tc>
          <w:tcPr>
            <w:tcW w:w="14060" w:type="dxa"/>
            <w:gridSpan w:val="6"/>
            <w:tcMar>
              <w:top w:w="70" w:type="dxa"/>
              <w:left w:w="90" w:type="dxa"/>
              <w:bottom w:w="70" w:type="dxa"/>
              <w:right w:w="90" w:type="dxa"/>
            </w:tcMar>
            <w:vAlign w:val="center"/>
          </w:tcPr>
          <w:p w14:paraId="72B450F5" w14:textId="77777777" w:rsidR="00080BF0" w:rsidRDefault="00080BF0"/>
          <w:p w14:paraId="0A92B1DB"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6EF82035" w14:textId="77777777">
        <w:trPr>
          <w:cantSplit/>
          <w:jc w:val="center"/>
        </w:trPr>
        <w:tc>
          <w:tcPr>
            <w:tcW w:w="14060" w:type="dxa"/>
            <w:gridSpan w:val="6"/>
            <w:tcMar>
              <w:top w:w="70" w:type="dxa"/>
              <w:left w:w="90" w:type="dxa"/>
              <w:bottom w:w="70" w:type="dxa"/>
              <w:right w:w="90" w:type="dxa"/>
            </w:tcMar>
            <w:vAlign w:val="center"/>
          </w:tcPr>
          <w:p w14:paraId="6551F363" w14:textId="77777777" w:rsidR="00080BF0" w:rsidRDefault="00080BF0"/>
          <w:p w14:paraId="13F311A2"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00ACBCDA" w14:textId="77777777">
        <w:trPr>
          <w:cantSplit/>
          <w:jc w:val="center"/>
        </w:trPr>
        <w:tc>
          <w:tcPr>
            <w:tcW w:w="14060" w:type="dxa"/>
            <w:gridSpan w:val="6"/>
            <w:tcMar>
              <w:top w:w="70" w:type="dxa"/>
              <w:left w:w="90" w:type="dxa"/>
              <w:bottom w:w="70" w:type="dxa"/>
              <w:right w:w="90" w:type="dxa"/>
            </w:tcMar>
            <w:vAlign w:val="center"/>
          </w:tcPr>
          <w:p w14:paraId="3FF87F79" w14:textId="77777777" w:rsidR="00080BF0" w:rsidRDefault="00080BF0"/>
          <w:p w14:paraId="3B3F264A"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5A94B3AF" w14:textId="77777777">
        <w:trPr>
          <w:cantSplit/>
          <w:jc w:val="center"/>
        </w:trPr>
        <w:tc>
          <w:tcPr>
            <w:tcW w:w="14060" w:type="dxa"/>
            <w:gridSpan w:val="6"/>
            <w:tcMar>
              <w:top w:w="70" w:type="dxa"/>
              <w:left w:w="90" w:type="dxa"/>
              <w:bottom w:w="70" w:type="dxa"/>
              <w:right w:w="90" w:type="dxa"/>
            </w:tcMar>
            <w:vAlign w:val="center"/>
          </w:tcPr>
          <w:p w14:paraId="7DD5B41C" w14:textId="77777777" w:rsidR="00080BF0" w:rsidRDefault="00080BF0"/>
          <w:p w14:paraId="0A6B89DE" w14:textId="77777777" w:rsidR="00080BF0" w:rsidRDefault="00000000">
            <w:pPr>
              <w:spacing w:line="245" w:lineRule="auto"/>
            </w:pPr>
            <w:r>
              <w:rPr>
                <w:b/>
                <w:color w:val="000000"/>
                <w:sz w:val="15"/>
              </w:rPr>
              <w:t xml:space="preserve">MEDPREDMETNE POVEZAVE: </w:t>
            </w:r>
            <w:r>
              <w:rPr>
                <w:color w:val="000000"/>
                <w:sz w:val="15"/>
              </w:rPr>
              <w:t>SPO – gledališče, praznovanje, odgovornost in prijaznost; SLJ – poslušanje, opis opažanja, poimenovanje postopka in predstavitev; MAT – oblike, razvrščanje, vzorci in prostorski odnosi; ŠPO – gibalna črta, telesna skulptura, smer in ravnotežje; GUM – ritem, ponavljanje.</w:t>
            </w:r>
          </w:p>
        </w:tc>
      </w:tr>
      <w:tr w:rsidR="00080BF0" w14:paraId="10A673AE" w14:textId="77777777">
        <w:trPr>
          <w:cantSplit/>
          <w:jc w:val="center"/>
        </w:trPr>
        <w:tc>
          <w:tcPr>
            <w:tcW w:w="14060" w:type="dxa"/>
            <w:gridSpan w:val="6"/>
            <w:tcMar>
              <w:top w:w="70" w:type="dxa"/>
              <w:left w:w="90" w:type="dxa"/>
              <w:bottom w:w="70" w:type="dxa"/>
              <w:right w:w="90" w:type="dxa"/>
            </w:tcMar>
            <w:vAlign w:val="center"/>
          </w:tcPr>
          <w:p w14:paraId="15BE1698" w14:textId="77777777" w:rsidR="00080BF0" w:rsidRDefault="00080BF0"/>
          <w:p w14:paraId="38758CC7" w14:textId="77777777" w:rsidR="00080BF0" w:rsidRDefault="00000000">
            <w:pPr>
              <w:spacing w:line="245" w:lineRule="auto"/>
            </w:pPr>
            <w:r>
              <w:rPr>
                <w:b/>
                <w:color w:val="000000"/>
                <w:sz w:val="15"/>
              </w:rPr>
              <w:t xml:space="preserve">UČNA SREDSTVA IN PRIPOMOČKI: </w:t>
            </w:r>
            <w:r>
              <w:rPr>
                <w:color w:val="000000"/>
                <w:sz w:val="15"/>
              </w:rPr>
              <w:t>barvni in ponovno uporabljeni papirji, karton, revije, varne škarje, lepilo v stiku, tekstilni ostanki, vrvice in podlage; fotografija, reprodukcija ali resnični predmet za opazovanje; kartice namena in meril; talne oznake štirih postaj; mapa dokazov; sredstva za čiščenje in pospravljanje</w:t>
            </w:r>
          </w:p>
        </w:tc>
      </w:tr>
      <w:tr w:rsidR="00080BF0" w14:paraId="0B6CECEA" w14:textId="77777777">
        <w:trPr>
          <w:cantSplit/>
          <w:jc w:val="center"/>
        </w:trPr>
        <w:tc>
          <w:tcPr>
            <w:tcW w:w="14060" w:type="dxa"/>
            <w:gridSpan w:val="6"/>
            <w:tcMar>
              <w:top w:w="70" w:type="dxa"/>
              <w:left w:w="90" w:type="dxa"/>
              <w:bottom w:w="70" w:type="dxa"/>
              <w:right w:w="90" w:type="dxa"/>
            </w:tcMar>
            <w:vAlign w:val="center"/>
          </w:tcPr>
          <w:p w14:paraId="5CB09554" w14:textId="77777777" w:rsidR="00080BF0" w:rsidRDefault="00080BF0"/>
          <w:p w14:paraId="7D5D9D6A"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19817371" w14:textId="77777777">
        <w:trPr>
          <w:cantSplit/>
          <w:jc w:val="center"/>
        </w:trPr>
        <w:tc>
          <w:tcPr>
            <w:tcW w:w="14060" w:type="dxa"/>
            <w:gridSpan w:val="6"/>
            <w:tcMar>
              <w:top w:w="70" w:type="dxa"/>
              <w:left w:w="90" w:type="dxa"/>
              <w:bottom w:w="70" w:type="dxa"/>
              <w:right w:w="90" w:type="dxa"/>
            </w:tcMar>
            <w:vAlign w:val="center"/>
          </w:tcPr>
          <w:p w14:paraId="6CC974CB" w14:textId="77777777" w:rsidR="00080BF0" w:rsidRDefault="00080BF0"/>
          <w:p w14:paraId="07927AE6"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46D2D2CD" w14:textId="77777777">
        <w:trPr>
          <w:cantSplit/>
          <w:jc w:val="center"/>
        </w:trPr>
        <w:tc>
          <w:tcPr>
            <w:tcW w:w="14060" w:type="dxa"/>
            <w:gridSpan w:val="6"/>
            <w:tcMar>
              <w:top w:w="70" w:type="dxa"/>
              <w:left w:w="90" w:type="dxa"/>
              <w:bottom w:w="70" w:type="dxa"/>
              <w:right w:w="90" w:type="dxa"/>
            </w:tcMar>
            <w:vAlign w:val="center"/>
          </w:tcPr>
          <w:p w14:paraId="16367E22" w14:textId="77777777" w:rsidR="00080BF0" w:rsidRDefault="00080BF0"/>
          <w:p w14:paraId="4391AE26"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20EDEB00"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B4E70E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25D2162"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9D6AA42" w14:textId="77777777" w:rsidR="00080BF0" w:rsidRDefault="00000000">
            <w:pPr>
              <w:jc w:val="center"/>
            </w:pPr>
            <w:r>
              <w:rPr>
                <w:b/>
                <w:color w:val="000000"/>
                <w:sz w:val="20"/>
              </w:rPr>
              <w:t>UČNE DEJAVNOSTI, METODE IN FORMATIVNO SPREMLJANJE</w:t>
            </w:r>
          </w:p>
        </w:tc>
      </w:tr>
      <w:tr w:rsidR="00080BF0" w14:paraId="647614A3" w14:textId="77777777">
        <w:trPr>
          <w:tblHeader/>
          <w:jc w:val="center"/>
        </w:trPr>
        <w:tc>
          <w:tcPr>
            <w:tcW w:w="4422" w:type="dxa"/>
            <w:vMerge/>
            <w:tcMar>
              <w:top w:w="70" w:type="dxa"/>
              <w:left w:w="90" w:type="dxa"/>
              <w:bottom w:w="70" w:type="dxa"/>
              <w:right w:w="90" w:type="dxa"/>
            </w:tcMar>
            <w:vAlign w:val="center"/>
          </w:tcPr>
          <w:p w14:paraId="7B4E4055" w14:textId="77777777" w:rsidR="00080BF0" w:rsidRDefault="00080BF0"/>
        </w:tc>
        <w:tc>
          <w:tcPr>
            <w:tcW w:w="7087" w:type="dxa"/>
            <w:shd w:val="clear" w:color="auto" w:fill="FFFFFF"/>
            <w:tcMar>
              <w:top w:w="70" w:type="dxa"/>
              <w:left w:w="90" w:type="dxa"/>
              <w:bottom w:w="70" w:type="dxa"/>
              <w:right w:w="90" w:type="dxa"/>
            </w:tcMar>
            <w:vAlign w:val="center"/>
          </w:tcPr>
          <w:p w14:paraId="0406E4BC"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781AA7C" w14:textId="77777777" w:rsidR="00080BF0" w:rsidRDefault="00000000">
            <w:pPr>
              <w:jc w:val="center"/>
            </w:pPr>
            <w:r>
              <w:rPr>
                <w:b/>
                <w:color w:val="000000"/>
              </w:rPr>
              <w:t>UČENEC</w:t>
            </w:r>
          </w:p>
        </w:tc>
      </w:tr>
      <w:tr w:rsidR="00080BF0" w14:paraId="3D10FFF4" w14:textId="77777777">
        <w:trPr>
          <w:jc w:val="center"/>
        </w:trPr>
        <w:tc>
          <w:tcPr>
            <w:tcW w:w="4422" w:type="dxa"/>
            <w:tcMar>
              <w:top w:w="70" w:type="dxa"/>
              <w:left w:w="90" w:type="dxa"/>
              <w:bottom w:w="70" w:type="dxa"/>
              <w:right w:w="90" w:type="dxa"/>
            </w:tcMar>
          </w:tcPr>
          <w:p w14:paraId="210296E5" w14:textId="77777777" w:rsidR="00080BF0" w:rsidRDefault="00080BF0"/>
          <w:p w14:paraId="7B639552" w14:textId="77777777" w:rsidR="00080BF0" w:rsidRDefault="00000000">
            <w:pPr>
              <w:spacing w:after="60" w:line="245" w:lineRule="auto"/>
            </w:pPr>
            <w:r>
              <w:rPr>
                <w:b/>
                <w:color w:val="000000"/>
              </w:rPr>
              <w:t>UČNI CILJI</w:t>
            </w:r>
          </w:p>
          <w:p w14:paraId="36646B97" w14:textId="77777777" w:rsidR="00080BF0" w:rsidRDefault="00000000">
            <w:pPr>
              <w:spacing w:after="20" w:line="245" w:lineRule="auto"/>
            </w:pPr>
            <w:r>
              <w:rPr>
                <w:b/>
                <w:color w:val="000000"/>
                <w:sz w:val="17"/>
              </w:rPr>
              <w:t>SPLOŠNI</w:t>
            </w:r>
          </w:p>
          <w:p w14:paraId="458062FC"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6962434C"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79BCAE12"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566EE538"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775C78C5" w14:textId="77777777" w:rsidR="00080BF0" w:rsidRDefault="00000000">
            <w:pPr>
              <w:spacing w:before="40" w:after="20" w:line="245" w:lineRule="auto"/>
            </w:pPr>
            <w:r>
              <w:rPr>
                <w:b/>
                <w:color w:val="000000"/>
                <w:sz w:val="17"/>
              </w:rPr>
              <w:t>OPERATIVNI</w:t>
            </w:r>
          </w:p>
          <w:p w14:paraId="31921F32" w14:textId="77777777" w:rsidR="00080BF0" w:rsidRDefault="00000000">
            <w:pPr>
              <w:pStyle w:val="Oznaenseznam"/>
              <w:spacing w:after="16"/>
            </w:pPr>
            <w:r>
              <w:rPr>
                <w:color w:val="000000"/>
                <w:sz w:val="16"/>
              </w:rPr>
              <w:t>uporabi grafični odtis ali kolaž</w:t>
            </w:r>
          </w:p>
          <w:p w14:paraId="4DC37DEE" w14:textId="77777777" w:rsidR="00080BF0" w:rsidRDefault="00000000">
            <w:pPr>
              <w:pStyle w:val="Oznaenseznam"/>
              <w:spacing w:after="16"/>
            </w:pPr>
            <w:r>
              <w:rPr>
                <w:color w:val="000000"/>
                <w:sz w:val="16"/>
              </w:rPr>
              <w:t>poveže besedo in podobo</w:t>
            </w:r>
          </w:p>
          <w:p w14:paraId="5FC2F936" w14:textId="77777777" w:rsidR="00080BF0" w:rsidRDefault="00000000">
            <w:pPr>
              <w:pStyle w:val="Oznaenseznam"/>
              <w:spacing w:after="16"/>
            </w:pPr>
            <w:r>
              <w:rPr>
                <w:color w:val="000000"/>
                <w:sz w:val="16"/>
              </w:rPr>
              <w:t>upošteva namen izdelka</w:t>
            </w:r>
          </w:p>
          <w:p w14:paraId="55DF8015" w14:textId="77777777" w:rsidR="00080BF0" w:rsidRDefault="00000000">
            <w:pPr>
              <w:spacing w:before="40" w:after="20" w:line="245" w:lineRule="auto"/>
            </w:pPr>
            <w:r>
              <w:rPr>
                <w:b/>
                <w:color w:val="000000"/>
                <w:sz w:val="17"/>
              </w:rPr>
              <w:t>PRIČAKOVANI DOSEŽKI / MINIMALNI POUDARKI</w:t>
            </w:r>
          </w:p>
          <w:p w14:paraId="7A417BF1" w14:textId="77777777" w:rsidR="00080BF0" w:rsidRDefault="00000000">
            <w:pPr>
              <w:pStyle w:val="Oznaenseznam"/>
              <w:spacing w:after="16"/>
            </w:pPr>
            <w:r>
              <w:rPr>
                <w:color w:val="000000"/>
                <w:sz w:val="15"/>
              </w:rPr>
              <w:t>samostojno oziroma z dogovorjeno oporo uporabi grafični odtis ali kolaž</w:t>
            </w:r>
          </w:p>
          <w:p w14:paraId="3D3CD658" w14:textId="77777777" w:rsidR="00080BF0" w:rsidRDefault="00000000">
            <w:pPr>
              <w:pStyle w:val="Oznaenseznam"/>
              <w:spacing w:after="16"/>
            </w:pPr>
            <w:r>
              <w:rPr>
                <w:color w:val="000000"/>
                <w:sz w:val="15"/>
              </w:rPr>
              <w:t>samostojno oziroma z dogovorjeno oporo poveže besedo in podobo</w:t>
            </w:r>
          </w:p>
          <w:p w14:paraId="61F7C94E" w14:textId="77777777" w:rsidR="00080BF0" w:rsidRDefault="00000000">
            <w:pPr>
              <w:pStyle w:val="Oznaenseznam"/>
              <w:spacing w:after="16"/>
            </w:pPr>
            <w:r>
              <w:rPr>
                <w:color w:val="000000"/>
                <w:sz w:val="15"/>
              </w:rPr>
              <w:t>samostojno oziroma z dogovorjeno oporo upošteva namen izdelka</w:t>
            </w:r>
          </w:p>
        </w:tc>
        <w:tc>
          <w:tcPr>
            <w:tcW w:w="7087" w:type="dxa"/>
            <w:tcMar>
              <w:top w:w="70" w:type="dxa"/>
              <w:left w:w="90" w:type="dxa"/>
              <w:bottom w:w="70" w:type="dxa"/>
              <w:right w:w="90" w:type="dxa"/>
            </w:tcMar>
          </w:tcPr>
          <w:p w14:paraId="79F29F48"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9B11EC5" w14:textId="77777777">
              <w:trPr>
                <w:jc w:val="center"/>
              </w:trPr>
              <w:tc>
                <w:tcPr>
                  <w:tcW w:w="7087" w:type="dxa"/>
                  <w:shd w:val="clear" w:color="auto" w:fill="C6E7F3"/>
                  <w:tcMar>
                    <w:top w:w="45" w:type="dxa"/>
                    <w:left w:w="70" w:type="dxa"/>
                    <w:bottom w:w="45" w:type="dxa"/>
                    <w:right w:w="70" w:type="dxa"/>
                  </w:tcMar>
                </w:tcPr>
                <w:p w14:paraId="6BD58736" w14:textId="77777777" w:rsidR="00080BF0" w:rsidRDefault="00000000">
                  <w:pPr>
                    <w:keepNext/>
                  </w:pPr>
                  <w:r>
                    <w:rPr>
                      <w:b/>
                      <w:color w:val="000000"/>
                    </w:rPr>
                    <w:t>UVODNI DEL – likovna uganka, opazovanje, aktivacija predznanja in namen učenja (8–12 min)</w:t>
                  </w:r>
                </w:p>
              </w:tc>
            </w:tr>
          </w:tbl>
          <w:p w14:paraId="1AF66B06" w14:textId="77777777" w:rsidR="00080BF0" w:rsidRDefault="00080BF0">
            <w:pPr>
              <w:spacing w:line="20" w:lineRule="exact"/>
            </w:pPr>
          </w:p>
          <w:p w14:paraId="7A74779A" w14:textId="77777777" w:rsidR="00080BF0" w:rsidRDefault="00000000">
            <w:pPr>
              <w:spacing w:before="40" w:after="60" w:line="245" w:lineRule="auto"/>
            </w:pPr>
            <w:r>
              <w:rPr>
                <w:color w:val="000000"/>
                <w:sz w:val="16"/>
              </w:rPr>
              <w:t>Ob književnem motivu »Zvezdica Zaspanka« – Frane Milčinski – Ježek učenci vstopijo v temo gledališče, praznovanje, odgovornost in prijaznost. Učiteljica pokaže fotografijo, reprodukcijo, predmet ali material in pove kratko likovno zgodbo: iz skrivnostne ovojnice padejo razpršene oblike; učenci jih brez lepljenja premikajo, sestavljajo in iščejo jasno sporočilo za nalogo »voščilnica«. Tematska rešitev: izdela zvezdo, lutko ali gledališko vstopnico.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3DD98650" w14:textId="77777777">
              <w:trPr>
                <w:jc w:val="center"/>
              </w:trPr>
              <w:tc>
                <w:tcPr>
                  <w:tcW w:w="7087" w:type="dxa"/>
                  <w:shd w:val="clear" w:color="auto" w:fill="EDC9EA"/>
                  <w:tcMar>
                    <w:top w:w="45" w:type="dxa"/>
                    <w:left w:w="70" w:type="dxa"/>
                    <w:bottom w:w="45" w:type="dxa"/>
                    <w:right w:w="70" w:type="dxa"/>
                  </w:tcMar>
                </w:tcPr>
                <w:p w14:paraId="611D5883" w14:textId="77777777" w:rsidR="00080BF0" w:rsidRDefault="00000000">
                  <w:pPr>
                    <w:keepNext/>
                  </w:pPr>
                  <w:r>
                    <w:rPr>
                      <w:b/>
                      <w:color w:val="000000"/>
                    </w:rPr>
                    <w:t>NAMENI UČENJA</w:t>
                  </w:r>
                </w:p>
              </w:tc>
            </w:tr>
          </w:tbl>
          <w:p w14:paraId="5D02740B" w14:textId="77777777" w:rsidR="00080BF0" w:rsidRDefault="00080BF0">
            <w:pPr>
              <w:spacing w:line="20" w:lineRule="exact"/>
            </w:pPr>
          </w:p>
          <w:p w14:paraId="422AA0B0"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78635FD8" w14:textId="77777777" w:rsidR="00080BF0" w:rsidRDefault="00000000">
            <w:pPr>
              <w:pStyle w:val="Oznaenseznam"/>
              <w:spacing w:after="16"/>
            </w:pPr>
            <w:r>
              <w:rPr>
                <w:color w:val="000000"/>
                <w:sz w:val="16"/>
              </w:rPr>
              <w:t>uporabim grafični odtis ali kolaž</w:t>
            </w:r>
          </w:p>
          <w:p w14:paraId="1760CE7E" w14:textId="77777777" w:rsidR="00080BF0" w:rsidRDefault="00000000">
            <w:pPr>
              <w:pStyle w:val="Oznaenseznam"/>
              <w:spacing w:after="16"/>
            </w:pPr>
            <w:r>
              <w:rPr>
                <w:color w:val="000000"/>
                <w:sz w:val="16"/>
              </w:rPr>
              <w:t>povežem besedo in podobo</w:t>
            </w:r>
          </w:p>
          <w:p w14:paraId="77DE7656" w14:textId="77777777" w:rsidR="00080BF0" w:rsidRDefault="00000000">
            <w:pPr>
              <w:pStyle w:val="Oznaenseznam"/>
              <w:spacing w:after="16"/>
            </w:pPr>
            <w:r>
              <w:rPr>
                <w:color w:val="000000"/>
                <w:sz w:val="16"/>
              </w:rPr>
              <w:t>upošteva namen izdelka</w:t>
            </w:r>
          </w:p>
          <w:tbl>
            <w:tblPr>
              <w:tblStyle w:val="Tabelamrea"/>
              <w:tblW w:w="0" w:type="auto"/>
              <w:jc w:val="center"/>
              <w:tblLayout w:type="fixed"/>
              <w:tblLook w:val="04A0" w:firstRow="1" w:lastRow="0" w:firstColumn="1" w:lastColumn="0" w:noHBand="0" w:noVBand="1"/>
            </w:tblPr>
            <w:tblGrid>
              <w:gridCol w:w="7087"/>
            </w:tblGrid>
            <w:tr w:rsidR="00080BF0" w14:paraId="2E1A3A18" w14:textId="77777777">
              <w:trPr>
                <w:jc w:val="center"/>
              </w:trPr>
              <w:tc>
                <w:tcPr>
                  <w:tcW w:w="7087" w:type="dxa"/>
                  <w:shd w:val="clear" w:color="auto" w:fill="EDC9EA"/>
                  <w:tcMar>
                    <w:top w:w="45" w:type="dxa"/>
                    <w:left w:w="70" w:type="dxa"/>
                    <w:bottom w:w="45" w:type="dxa"/>
                    <w:right w:w="70" w:type="dxa"/>
                  </w:tcMar>
                </w:tcPr>
                <w:p w14:paraId="2C6EB4C8" w14:textId="77777777" w:rsidR="00080BF0" w:rsidRDefault="00000000">
                  <w:pPr>
                    <w:keepNext/>
                  </w:pPr>
                  <w:r>
                    <w:rPr>
                      <w:b/>
                      <w:color w:val="000000"/>
                    </w:rPr>
                    <w:t>PREVERJANJE PREDZNANJA</w:t>
                  </w:r>
                </w:p>
              </w:tc>
            </w:tr>
          </w:tbl>
          <w:p w14:paraId="3F33719A" w14:textId="77777777" w:rsidR="00080BF0" w:rsidRDefault="00080BF0">
            <w:pPr>
              <w:spacing w:line="20" w:lineRule="exact"/>
            </w:pPr>
          </w:p>
          <w:p w14:paraId="3399F457" w14:textId="77777777" w:rsidR="00080BF0" w:rsidRDefault="00000000">
            <w:pPr>
              <w:pStyle w:val="Oznaenseznam"/>
              <w:spacing w:after="16"/>
            </w:pPr>
            <w:r>
              <w:rPr>
                <w:color w:val="000000"/>
                <w:sz w:val="16"/>
              </w:rPr>
              <w:t>Kaj najprej opazim pri motivu, predmetu ali materialu, povezanem s temo »VOŠČILNICA«?</w:t>
            </w:r>
          </w:p>
          <w:p w14:paraId="343F8DD0"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05304719"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10889211" w14:textId="77777777">
              <w:trPr>
                <w:jc w:val="center"/>
              </w:trPr>
              <w:tc>
                <w:tcPr>
                  <w:tcW w:w="7087" w:type="dxa"/>
                  <w:shd w:val="clear" w:color="auto" w:fill="EDC9EA"/>
                  <w:tcMar>
                    <w:top w:w="45" w:type="dxa"/>
                    <w:left w:w="70" w:type="dxa"/>
                    <w:bottom w:w="45" w:type="dxa"/>
                    <w:right w:w="70" w:type="dxa"/>
                  </w:tcMar>
                </w:tcPr>
                <w:p w14:paraId="28243817" w14:textId="77777777" w:rsidR="00080BF0" w:rsidRDefault="00000000">
                  <w:pPr>
                    <w:keepNext/>
                  </w:pPr>
                  <w:r>
                    <w:rPr>
                      <w:b/>
                      <w:color w:val="000000"/>
                    </w:rPr>
                    <w:t>KRITERIJI USPEŠNOSTI</w:t>
                  </w:r>
                </w:p>
              </w:tc>
            </w:tr>
          </w:tbl>
          <w:p w14:paraId="62584322" w14:textId="77777777" w:rsidR="00080BF0" w:rsidRDefault="00080BF0"/>
          <w:p w14:paraId="6F144897" w14:textId="77777777" w:rsidR="00080BF0" w:rsidRDefault="00000000">
            <w:pPr>
              <w:spacing w:before="20" w:after="20" w:line="245" w:lineRule="auto"/>
            </w:pPr>
            <w:r>
              <w:rPr>
                <w:b/>
                <w:color w:val="000000"/>
                <w:sz w:val="16"/>
              </w:rPr>
              <w:t>Uspešen/-na bom, ko:</w:t>
            </w:r>
          </w:p>
          <w:p w14:paraId="7831AF81" w14:textId="77777777" w:rsidR="00080BF0" w:rsidRDefault="00000000">
            <w:pPr>
              <w:pStyle w:val="Oznaenseznam"/>
              <w:spacing w:after="16"/>
            </w:pPr>
            <w:r>
              <w:rPr>
                <w:color w:val="000000"/>
                <w:sz w:val="16"/>
              </w:rPr>
              <w:t>uporabim grafični odtis ali kolaž</w:t>
            </w:r>
          </w:p>
          <w:p w14:paraId="2526E25F" w14:textId="77777777" w:rsidR="00080BF0" w:rsidRDefault="00000000">
            <w:pPr>
              <w:pStyle w:val="Oznaenseznam"/>
              <w:spacing w:after="16"/>
            </w:pPr>
            <w:r>
              <w:rPr>
                <w:color w:val="000000"/>
                <w:sz w:val="16"/>
              </w:rPr>
              <w:t>povežem besedo in podobo</w:t>
            </w:r>
          </w:p>
          <w:p w14:paraId="5FC72FC0" w14:textId="77777777" w:rsidR="00080BF0" w:rsidRDefault="00000000">
            <w:pPr>
              <w:pStyle w:val="Oznaenseznam"/>
              <w:spacing w:after="16"/>
            </w:pPr>
            <w:r>
              <w:rPr>
                <w:color w:val="000000"/>
                <w:sz w:val="16"/>
              </w:rPr>
              <w:t>upošteva namen izdelka</w:t>
            </w:r>
          </w:p>
          <w:p w14:paraId="777FBF66" w14:textId="77777777" w:rsidR="00080BF0" w:rsidRDefault="00000000">
            <w:pPr>
              <w:pStyle w:val="Oznaenseznam"/>
              <w:spacing w:after="16"/>
            </w:pPr>
            <w:r>
              <w:rPr>
                <w:color w:val="000000"/>
                <w:sz w:val="15"/>
              </w:rPr>
              <w:t>varno in namensko uporabim material, zaščitim prostor ter po delu uredim svojo postajo</w:t>
            </w:r>
          </w:p>
          <w:p w14:paraId="7ADEA669"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4AA2FBCF" w14:textId="77777777" w:rsidR="00080BF0" w:rsidRDefault="00080BF0"/>
          <w:p w14:paraId="69A3232A"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328902D6" w14:textId="77777777" w:rsidR="00080BF0" w:rsidRDefault="00000000">
            <w:pPr>
              <w:spacing w:after="80" w:line="245" w:lineRule="auto"/>
            </w:pPr>
            <w:r>
              <w:rPr>
                <w:color w:val="000000"/>
                <w:sz w:val="16"/>
              </w:rPr>
              <w:t>Pove ali pokaže, kaj že zna opaziti in katero likovno možnost bi najprej preizkusil.</w:t>
            </w:r>
          </w:p>
          <w:p w14:paraId="4D3E99E4" w14:textId="77777777" w:rsidR="00080BF0" w:rsidRDefault="00000000">
            <w:pPr>
              <w:spacing w:after="100" w:line="245" w:lineRule="auto"/>
            </w:pPr>
            <w:r>
              <w:rPr>
                <w:color w:val="000000"/>
                <w:sz w:val="16"/>
              </w:rPr>
              <w:t>Sodeluje pri razumevanju namena, meril uspešnosti, varne rabe pripomočkov in načina dokazovanja.</w:t>
            </w:r>
          </w:p>
          <w:p w14:paraId="75A2AAF9" w14:textId="77777777" w:rsidR="00080BF0" w:rsidRDefault="00000000">
            <w:pPr>
              <w:spacing w:after="20" w:line="245" w:lineRule="auto"/>
            </w:pPr>
            <w:r>
              <w:rPr>
                <w:b/>
                <w:color w:val="D95BC6"/>
                <w:sz w:val="17"/>
              </w:rPr>
              <w:t>DOKAZ O UČENJU</w:t>
            </w:r>
          </w:p>
          <w:p w14:paraId="7C8608EA"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503812B9"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90C853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233304E"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0D0E5CB" w14:textId="77777777" w:rsidR="00080BF0" w:rsidRDefault="00000000">
            <w:pPr>
              <w:jc w:val="center"/>
            </w:pPr>
            <w:r>
              <w:rPr>
                <w:b/>
                <w:color w:val="000000"/>
                <w:sz w:val="20"/>
              </w:rPr>
              <w:t>UČNE DEJAVNOSTI, METODE IN FORMATIVNO SPREMLJANJE</w:t>
            </w:r>
          </w:p>
        </w:tc>
      </w:tr>
      <w:tr w:rsidR="00080BF0" w14:paraId="1FC4CFF4" w14:textId="77777777">
        <w:trPr>
          <w:tblHeader/>
          <w:jc w:val="center"/>
        </w:trPr>
        <w:tc>
          <w:tcPr>
            <w:tcW w:w="4422" w:type="dxa"/>
            <w:vMerge/>
            <w:tcMar>
              <w:top w:w="70" w:type="dxa"/>
              <w:left w:w="90" w:type="dxa"/>
              <w:bottom w:w="70" w:type="dxa"/>
              <w:right w:w="90" w:type="dxa"/>
            </w:tcMar>
            <w:vAlign w:val="center"/>
          </w:tcPr>
          <w:p w14:paraId="705EB0F1" w14:textId="77777777" w:rsidR="00080BF0" w:rsidRDefault="00080BF0"/>
        </w:tc>
        <w:tc>
          <w:tcPr>
            <w:tcW w:w="7087" w:type="dxa"/>
            <w:shd w:val="clear" w:color="auto" w:fill="FFFFFF"/>
            <w:tcMar>
              <w:top w:w="70" w:type="dxa"/>
              <w:left w:w="90" w:type="dxa"/>
              <w:bottom w:w="70" w:type="dxa"/>
              <w:right w:w="90" w:type="dxa"/>
            </w:tcMar>
            <w:vAlign w:val="center"/>
          </w:tcPr>
          <w:p w14:paraId="7BB70F6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8D6B404" w14:textId="77777777" w:rsidR="00080BF0" w:rsidRDefault="00000000">
            <w:pPr>
              <w:jc w:val="center"/>
            </w:pPr>
            <w:r>
              <w:rPr>
                <w:b/>
                <w:color w:val="000000"/>
              </w:rPr>
              <w:t>UČENEC</w:t>
            </w:r>
          </w:p>
        </w:tc>
      </w:tr>
      <w:tr w:rsidR="00080BF0" w14:paraId="36B1C99A" w14:textId="77777777">
        <w:trPr>
          <w:jc w:val="center"/>
        </w:trPr>
        <w:tc>
          <w:tcPr>
            <w:tcW w:w="4422" w:type="dxa"/>
            <w:tcMar>
              <w:top w:w="70" w:type="dxa"/>
              <w:left w:w="90" w:type="dxa"/>
              <w:bottom w:w="70" w:type="dxa"/>
              <w:right w:w="90" w:type="dxa"/>
            </w:tcMar>
          </w:tcPr>
          <w:p w14:paraId="5C6A7697" w14:textId="77777777" w:rsidR="00080BF0" w:rsidRDefault="00080BF0"/>
          <w:p w14:paraId="7B546C79" w14:textId="77777777" w:rsidR="00080BF0" w:rsidRDefault="00000000">
            <w:pPr>
              <w:spacing w:after="40" w:line="245" w:lineRule="auto"/>
            </w:pPr>
            <w:r>
              <w:rPr>
                <w:b/>
                <w:color w:val="000000"/>
              </w:rPr>
              <w:t>KLJUČNI LIKOVNI POJMI</w:t>
            </w:r>
          </w:p>
          <w:p w14:paraId="70D25431"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trganje, rezanje, lepljenje, kontrast, znak, sporočilo, razporeditev</w:t>
            </w:r>
          </w:p>
          <w:p w14:paraId="4FF4CDEA" w14:textId="77777777" w:rsidR="00080BF0" w:rsidRDefault="00000000">
            <w:pPr>
              <w:spacing w:after="20" w:line="245" w:lineRule="auto"/>
            </w:pPr>
            <w:r>
              <w:rPr>
                <w:b/>
                <w:color w:val="000000"/>
                <w:sz w:val="17"/>
              </w:rPr>
              <w:t>DOKAZI O UČENJU</w:t>
            </w:r>
          </w:p>
          <w:p w14:paraId="7D8C7C6B" w14:textId="77777777" w:rsidR="00080BF0" w:rsidRDefault="00000000">
            <w:pPr>
              <w:pStyle w:val="Oznaenseznam"/>
              <w:spacing w:after="9"/>
            </w:pPr>
            <w:r>
              <w:rPr>
                <w:color w:val="000000"/>
                <w:sz w:val="15"/>
              </w:rPr>
              <w:t>list materialnih poskusov, skica/načrt, učenčeva razlaga in učiteljev zapis o varni rabi pripomočkov.</w:t>
            </w:r>
          </w:p>
          <w:p w14:paraId="118E2317" w14:textId="77777777" w:rsidR="00080BF0" w:rsidRDefault="00000000">
            <w:pPr>
              <w:pStyle w:val="Oznaenseznam"/>
              <w:spacing w:after="9"/>
            </w:pPr>
            <w:r>
              <w:rPr>
                <w:color w:val="000000"/>
                <w:sz w:val="15"/>
              </w:rPr>
              <w:t>likovni proces in izdelek, fotografija faze, učenčeva razlaga ter samovrednotenje v mapi.</w:t>
            </w:r>
          </w:p>
          <w:p w14:paraId="14E4D38B" w14:textId="77777777" w:rsidR="00080BF0" w:rsidRDefault="00000000">
            <w:pPr>
              <w:spacing w:before="40" w:after="20" w:line="245" w:lineRule="auto"/>
            </w:pPr>
            <w:r>
              <w:rPr>
                <w:b/>
                <w:color w:val="000000"/>
                <w:sz w:val="17"/>
              </w:rPr>
              <w:t>LIKOVNO DOŽIVETJE IN IZKUŠENJSKI POUK</w:t>
            </w:r>
          </w:p>
          <w:p w14:paraId="29943917"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365EE6AC" w14:textId="77777777" w:rsidR="00080BF0" w:rsidRDefault="00000000">
            <w:pPr>
              <w:spacing w:after="20" w:line="245" w:lineRule="auto"/>
            </w:pPr>
            <w:r>
              <w:rPr>
                <w:b/>
                <w:color w:val="000000"/>
                <w:sz w:val="17"/>
              </w:rPr>
              <w:t>POUČEVANJE V GIBANJU</w:t>
            </w:r>
          </w:p>
          <w:p w14:paraId="71C41A9D"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0B3DF9D7" w14:textId="77777777" w:rsidR="00080BF0" w:rsidRDefault="00000000">
            <w:pPr>
              <w:spacing w:after="20" w:line="245" w:lineRule="auto"/>
            </w:pPr>
            <w:r>
              <w:rPr>
                <w:b/>
                <w:color w:val="000000"/>
                <w:sz w:val="17"/>
              </w:rPr>
              <w:t>DELO PO POSTAJAH</w:t>
            </w:r>
          </w:p>
          <w:p w14:paraId="63A669DF"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023875C5" w14:textId="77777777" w:rsidR="00080BF0" w:rsidRDefault="00000000">
            <w:pPr>
              <w:spacing w:after="9" w:line="245" w:lineRule="auto"/>
            </w:pPr>
            <w:r>
              <w:rPr>
                <w:color w:val="000000"/>
                <w:sz w:val="14"/>
              </w:rPr>
              <w:t>1. Kompozicijska: brez lepljenja premikam oblike ter primerjam dve razporeditvi glede na sporočilo.</w:t>
            </w:r>
          </w:p>
          <w:p w14:paraId="4B0AAD4E" w14:textId="77777777" w:rsidR="00080BF0" w:rsidRDefault="00000000">
            <w:pPr>
              <w:spacing w:after="9" w:line="245" w:lineRule="auto"/>
            </w:pPr>
            <w:r>
              <w:rPr>
                <w:color w:val="000000"/>
                <w:sz w:val="14"/>
              </w:rPr>
              <w:t>2. Materialna: preizkusim trganje, pregibanje, rezanje in lepljenje ter izberem varen postopek.</w:t>
            </w:r>
          </w:p>
          <w:p w14:paraId="73A75FA7" w14:textId="77777777" w:rsidR="00080BF0" w:rsidRDefault="00000000">
            <w:pPr>
              <w:spacing w:after="9" w:line="245" w:lineRule="auto"/>
            </w:pPr>
            <w:r>
              <w:rPr>
                <w:color w:val="000000"/>
                <w:sz w:val="14"/>
              </w:rPr>
              <w:t>3. Gibalno-prostorska: s telesi ali talnimi oblikami sestavimo veliko kompozicijo in preverimo ravnotežje praznega ter polnega prostora.</w:t>
            </w:r>
          </w:p>
          <w:p w14:paraId="770D8419" w14:textId="77777777" w:rsidR="00080BF0" w:rsidRDefault="00000000">
            <w:pPr>
              <w:spacing w:after="9" w:line="245" w:lineRule="auto"/>
            </w:pPr>
            <w:r>
              <w:rPr>
                <w:color w:val="000000"/>
                <w:sz w:val="14"/>
              </w:rPr>
              <w:t>4. Sporočilna: izdelam kolaž, plakat ali znak, gledalcu razložim namen in po povratni informaciji izboljšam jasnost.</w:t>
            </w:r>
          </w:p>
          <w:p w14:paraId="5C91ABCA" w14:textId="77777777" w:rsidR="00080BF0" w:rsidRDefault="00000000">
            <w:pPr>
              <w:spacing w:after="20" w:line="245" w:lineRule="auto"/>
            </w:pPr>
            <w:r>
              <w:rPr>
                <w:b/>
                <w:color w:val="000000"/>
                <w:sz w:val="17"/>
              </w:rPr>
              <w:t>DIFERENCIACIJA IN VKLJUČEVANJE</w:t>
            </w:r>
          </w:p>
          <w:p w14:paraId="5B785633"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328FB8FF" w14:textId="77777777" w:rsidR="00080BF0" w:rsidRDefault="00000000">
            <w:pPr>
              <w:spacing w:after="20" w:line="245" w:lineRule="auto"/>
            </w:pPr>
            <w:r>
              <w:rPr>
                <w:b/>
                <w:color w:val="000000"/>
                <w:sz w:val="17"/>
              </w:rPr>
              <w:t>SPREMLJANJE</w:t>
            </w:r>
          </w:p>
          <w:p w14:paraId="4EB8D9A4"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24823B9A"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CF10DD6" w14:textId="77777777">
              <w:trPr>
                <w:jc w:val="center"/>
              </w:trPr>
              <w:tc>
                <w:tcPr>
                  <w:tcW w:w="7087" w:type="dxa"/>
                  <w:shd w:val="clear" w:color="auto" w:fill="C6E7F3"/>
                  <w:tcMar>
                    <w:top w:w="45" w:type="dxa"/>
                    <w:left w:w="70" w:type="dxa"/>
                    <w:bottom w:w="45" w:type="dxa"/>
                    <w:right w:w="70" w:type="dxa"/>
                  </w:tcMar>
                </w:tcPr>
                <w:p w14:paraId="33354050" w14:textId="77777777" w:rsidR="00080BF0" w:rsidRDefault="00000000">
                  <w:pPr>
                    <w:keepNext/>
                  </w:pPr>
                  <w:r>
                    <w:rPr>
                      <w:b/>
                      <w:color w:val="000000"/>
                      <w:sz w:val="17"/>
                    </w:rPr>
                    <w:t>GLAVNI DEL – OPAZOVANJE, MATERIALNI PREIZKUS, USTVARJANJE IN GALERIJA (2 šolski uri)</w:t>
                  </w:r>
                </w:p>
              </w:tc>
            </w:tr>
          </w:tbl>
          <w:p w14:paraId="66AC9D3C" w14:textId="77777777" w:rsidR="00080BF0" w:rsidRDefault="00080BF0">
            <w:pPr>
              <w:spacing w:line="20" w:lineRule="exact"/>
            </w:pPr>
          </w:p>
          <w:p w14:paraId="0719067A" w14:textId="77777777" w:rsidR="00080BF0" w:rsidRDefault="00000000">
            <w:pPr>
              <w:keepNext/>
              <w:spacing w:before="22" w:after="8" w:line="245" w:lineRule="auto"/>
            </w:pPr>
            <w:r>
              <w:rPr>
                <w:b/>
                <w:color w:val="000000"/>
                <w:sz w:val="16"/>
              </w:rPr>
              <w:t>1. URA – Voščilnica – Opazujem, preizkušam, načrtujem</w:t>
            </w:r>
          </w:p>
          <w:p w14:paraId="661A3D93"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»VOŠČILNICA«.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17B926A4"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350C2D2F"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2F2E221E" w14:textId="77777777" w:rsidR="00080BF0" w:rsidRDefault="00000000">
            <w:pPr>
              <w:keepNext/>
              <w:spacing w:before="22" w:after="8" w:line="245" w:lineRule="auto"/>
            </w:pPr>
            <w:r>
              <w:rPr>
                <w:b/>
                <w:color w:val="000000"/>
                <w:sz w:val="16"/>
              </w:rPr>
              <w:t>2. URA – Voščilnica – Ustvarjam, predstavim, izboljšam</w:t>
            </w:r>
          </w:p>
          <w:p w14:paraId="17DF9BAA"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»VOŠČILNICA«; postavlja vprašanja o nameri, nudi tehnično oporo in omogoči izboljšavo. Zaključek 10': 10' – Izvede tiho galerijo; modelira odziv »Opazim … / Učinkuje … / Lahko poskusiš …« ter vodi pospravljanje.</w:t>
            </w:r>
          </w:p>
          <w:p w14:paraId="78637629"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1AB905F2"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137F0839" w14:textId="77777777">
              <w:trPr>
                <w:jc w:val="center"/>
              </w:trPr>
              <w:tc>
                <w:tcPr>
                  <w:tcW w:w="7087" w:type="dxa"/>
                  <w:shd w:val="clear" w:color="auto" w:fill="EDC9EA"/>
                  <w:tcMar>
                    <w:top w:w="45" w:type="dxa"/>
                    <w:left w:w="70" w:type="dxa"/>
                    <w:bottom w:w="45" w:type="dxa"/>
                    <w:right w:w="70" w:type="dxa"/>
                  </w:tcMar>
                </w:tcPr>
                <w:p w14:paraId="4725E2EA" w14:textId="77777777" w:rsidR="00080BF0" w:rsidRDefault="00000000">
                  <w:pPr>
                    <w:keepNext/>
                  </w:pPr>
                  <w:r>
                    <w:rPr>
                      <w:b/>
                      <w:color w:val="000000"/>
                      <w:sz w:val="17"/>
                    </w:rPr>
                    <w:t>ORGANIZACIJA POSTAJ IN PREHODOV</w:t>
                  </w:r>
                </w:p>
              </w:tc>
            </w:tr>
          </w:tbl>
          <w:p w14:paraId="0B6B24B0" w14:textId="77777777" w:rsidR="00080BF0" w:rsidRDefault="00080BF0"/>
          <w:p w14:paraId="286B2D56" w14:textId="77777777" w:rsidR="00080BF0" w:rsidRDefault="00000000">
            <w:pPr>
              <w:spacing w:before="8" w:after="8" w:line="245" w:lineRule="auto"/>
            </w:pPr>
            <w:r>
              <w:rPr>
                <w:color w:val="000000"/>
                <w:sz w:val="14"/>
              </w:rPr>
              <w:t>Postaja 1: Kompozicijska: brez lepljenja premikam oblike ter primerjam dve razporeditvi glede na sporočilo.</w:t>
            </w:r>
          </w:p>
          <w:p w14:paraId="32B6F4F7" w14:textId="77777777" w:rsidR="00080BF0" w:rsidRDefault="00000000">
            <w:pPr>
              <w:spacing w:before="8" w:after="8" w:line="245" w:lineRule="auto"/>
            </w:pPr>
            <w:r>
              <w:rPr>
                <w:color w:val="000000"/>
                <w:sz w:val="14"/>
              </w:rPr>
              <w:t>Postaja 2: Materialna: preizkusim trganje, pregibanje, rezanje in lepljenje ter izberem varen postopek.</w:t>
            </w:r>
          </w:p>
          <w:p w14:paraId="2FE06E77" w14:textId="77777777" w:rsidR="00080BF0" w:rsidRDefault="00000000">
            <w:pPr>
              <w:spacing w:before="8" w:after="8" w:line="245" w:lineRule="auto"/>
            </w:pPr>
            <w:r>
              <w:rPr>
                <w:color w:val="000000"/>
                <w:sz w:val="14"/>
              </w:rPr>
              <w:t>Postaja 3: Gibalno-prostorska: s telesi ali talnimi oblikami sestavimo veliko kompozicijo in preverimo ravnotežje praznega ter polnega prostora.</w:t>
            </w:r>
          </w:p>
          <w:p w14:paraId="4FFA90B0" w14:textId="77777777" w:rsidR="00080BF0" w:rsidRDefault="00000000">
            <w:pPr>
              <w:spacing w:before="8" w:after="8" w:line="245" w:lineRule="auto"/>
            </w:pPr>
            <w:r>
              <w:rPr>
                <w:color w:val="000000"/>
                <w:sz w:val="14"/>
              </w:rPr>
              <w:t>Postaja 4: Sporočilna: izdelam kolaž, plakat ali znak, gledalcu razložim namen in po povratni informaciji izboljšam jasnost.</w:t>
            </w:r>
          </w:p>
          <w:p w14:paraId="5A8D9863"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051BEFC0" w14:textId="77777777" w:rsidR="00080BF0" w:rsidRDefault="00080BF0"/>
          <w:p w14:paraId="1BC94DCD" w14:textId="77777777" w:rsidR="00080BF0" w:rsidRDefault="00000000">
            <w:pPr>
              <w:spacing w:after="6" w:line="245" w:lineRule="auto"/>
            </w:pPr>
            <w:r>
              <w:rPr>
                <w:b/>
                <w:color w:val="000000"/>
                <w:sz w:val="15"/>
              </w:rPr>
              <w:t>1. URA – Voščilnica – Opazujem, preizkušam, načrtujem</w:t>
            </w:r>
          </w:p>
          <w:p w14:paraId="14BA7C07"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5134E81E" w14:textId="77777777" w:rsidR="00080BF0" w:rsidRDefault="00000000">
            <w:pPr>
              <w:spacing w:after="20" w:line="245" w:lineRule="auto"/>
            </w:pPr>
            <w:r>
              <w:rPr>
                <w:color w:val="D95BC6"/>
                <w:sz w:val="14"/>
              </w:rPr>
              <w:t>Dokaz: list materialnih poskusov, skica/načrt, učenčeva razlaga in učiteljev zapis o varni rabi.</w:t>
            </w:r>
          </w:p>
          <w:p w14:paraId="75B99CFD" w14:textId="77777777" w:rsidR="00080BF0" w:rsidRDefault="00000000">
            <w:pPr>
              <w:spacing w:after="6" w:line="245" w:lineRule="auto"/>
            </w:pPr>
            <w:r>
              <w:rPr>
                <w:b/>
                <w:color w:val="000000"/>
                <w:sz w:val="15"/>
              </w:rPr>
              <w:t>2. URA – Voščilnica – Ustvarjam, predstavim, izboljšam</w:t>
            </w:r>
          </w:p>
          <w:p w14:paraId="6CC88ACC"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64819BBC" w14:textId="77777777" w:rsidR="00080BF0" w:rsidRDefault="00000000">
            <w:pPr>
              <w:spacing w:after="20" w:line="245" w:lineRule="auto"/>
            </w:pPr>
            <w:r>
              <w:rPr>
                <w:color w:val="D95BC6"/>
                <w:sz w:val="14"/>
              </w:rPr>
              <w:t>Dokaz: likovni proces in izdelek, fotografija faze, učenčeva razlaga ter samovrednotenje v mapi.</w:t>
            </w:r>
          </w:p>
          <w:p w14:paraId="5B405D3A" w14:textId="77777777" w:rsidR="00080BF0" w:rsidRDefault="00000000">
            <w:pPr>
              <w:spacing w:before="40" w:after="20" w:line="245" w:lineRule="auto"/>
            </w:pPr>
            <w:r>
              <w:rPr>
                <w:b/>
                <w:color w:val="D95BC6"/>
                <w:sz w:val="16"/>
              </w:rPr>
              <w:t>MOJ KROG POSTAJ</w:t>
            </w:r>
          </w:p>
          <w:p w14:paraId="4F45636B" w14:textId="77777777" w:rsidR="00080BF0" w:rsidRDefault="00000000">
            <w:pPr>
              <w:spacing w:after="11" w:line="245" w:lineRule="auto"/>
            </w:pPr>
            <w:r>
              <w:rPr>
                <w:color w:val="000000"/>
                <w:sz w:val="13"/>
              </w:rPr>
              <w:t>1. Kompozicijska: brez lepljenja premikam oblike ter primerjam dve razporeditvi glede na.</w:t>
            </w:r>
          </w:p>
          <w:p w14:paraId="3403E88C" w14:textId="77777777" w:rsidR="00080BF0" w:rsidRDefault="00000000">
            <w:pPr>
              <w:spacing w:after="11" w:line="245" w:lineRule="auto"/>
            </w:pPr>
            <w:r>
              <w:rPr>
                <w:color w:val="000000"/>
                <w:sz w:val="13"/>
              </w:rPr>
              <w:t>2. Materialna: preizkusim trganje, pregibanje, rezanje in lepljenje ter izberem varen postopek.</w:t>
            </w:r>
          </w:p>
          <w:p w14:paraId="14FD132F" w14:textId="77777777" w:rsidR="00080BF0" w:rsidRDefault="00000000">
            <w:pPr>
              <w:spacing w:after="11" w:line="245" w:lineRule="auto"/>
            </w:pPr>
            <w:r>
              <w:rPr>
                <w:color w:val="000000"/>
                <w:sz w:val="13"/>
              </w:rPr>
              <w:t>3. Gibalno-prostorska: s telesi ali talnimi oblikami sestavimo veliko kompozicijo in preverimo.</w:t>
            </w:r>
          </w:p>
          <w:p w14:paraId="4BD5C120" w14:textId="77777777" w:rsidR="00080BF0" w:rsidRDefault="00000000">
            <w:pPr>
              <w:spacing w:after="11" w:line="245" w:lineRule="auto"/>
            </w:pPr>
            <w:r>
              <w:rPr>
                <w:color w:val="000000"/>
                <w:sz w:val="13"/>
              </w:rPr>
              <w:t>4. Sporočilna: izdelam kolaž, plakat ali znak, gledalcu razložim namen in po povratni.</w:t>
            </w:r>
          </w:p>
          <w:p w14:paraId="625EB44D"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6637D958" w14:textId="77777777" w:rsidR="00080BF0" w:rsidRDefault="00000000">
            <w:pPr>
              <w:spacing w:after="20" w:line="245" w:lineRule="auto"/>
            </w:pPr>
            <w:r>
              <w:rPr>
                <w:b/>
                <w:color w:val="D95BC6"/>
                <w:sz w:val="17"/>
              </w:rPr>
              <w:t>DOKAZ O UČENJU</w:t>
            </w:r>
          </w:p>
          <w:p w14:paraId="0799E9FA"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5D8FF21C"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9A62FB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647FBDA"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295D8AD" w14:textId="77777777" w:rsidR="00080BF0" w:rsidRDefault="00000000">
            <w:pPr>
              <w:jc w:val="center"/>
            </w:pPr>
            <w:r>
              <w:rPr>
                <w:b/>
                <w:color w:val="000000"/>
                <w:sz w:val="20"/>
              </w:rPr>
              <w:t>UČNE DEJAVNOSTI, METODE IN FORMATIVNO SPREMLJANJE</w:t>
            </w:r>
          </w:p>
        </w:tc>
      </w:tr>
      <w:tr w:rsidR="00080BF0" w14:paraId="649E0A96" w14:textId="77777777">
        <w:trPr>
          <w:tblHeader/>
          <w:jc w:val="center"/>
        </w:trPr>
        <w:tc>
          <w:tcPr>
            <w:tcW w:w="4422" w:type="dxa"/>
            <w:vMerge/>
            <w:tcMar>
              <w:top w:w="70" w:type="dxa"/>
              <w:left w:w="90" w:type="dxa"/>
              <w:bottom w:w="70" w:type="dxa"/>
              <w:right w:w="90" w:type="dxa"/>
            </w:tcMar>
            <w:vAlign w:val="center"/>
          </w:tcPr>
          <w:p w14:paraId="4780D179" w14:textId="77777777" w:rsidR="00080BF0" w:rsidRDefault="00080BF0"/>
        </w:tc>
        <w:tc>
          <w:tcPr>
            <w:tcW w:w="7087" w:type="dxa"/>
            <w:shd w:val="clear" w:color="auto" w:fill="FFFFFF"/>
            <w:tcMar>
              <w:top w:w="70" w:type="dxa"/>
              <w:left w:w="90" w:type="dxa"/>
              <w:bottom w:w="70" w:type="dxa"/>
              <w:right w:w="90" w:type="dxa"/>
            </w:tcMar>
            <w:vAlign w:val="center"/>
          </w:tcPr>
          <w:p w14:paraId="33F0FAEE"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ED74C7C" w14:textId="77777777" w:rsidR="00080BF0" w:rsidRDefault="00000000">
            <w:pPr>
              <w:jc w:val="center"/>
            </w:pPr>
            <w:r>
              <w:rPr>
                <w:b/>
                <w:color w:val="000000"/>
              </w:rPr>
              <w:t>UČENEC</w:t>
            </w:r>
          </w:p>
        </w:tc>
      </w:tr>
      <w:tr w:rsidR="00080BF0" w14:paraId="15959478" w14:textId="77777777">
        <w:trPr>
          <w:jc w:val="center"/>
        </w:trPr>
        <w:tc>
          <w:tcPr>
            <w:tcW w:w="4422" w:type="dxa"/>
            <w:tcMar>
              <w:top w:w="70" w:type="dxa"/>
              <w:left w:w="90" w:type="dxa"/>
              <w:bottom w:w="70" w:type="dxa"/>
              <w:right w:w="90" w:type="dxa"/>
            </w:tcMar>
          </w:tcPr>
          <w:p w14:paraId="1E08F8A8" w14:textId="77777777" w:rsidR="00080BF0" w:rsidRDefault="00080BF0"/>
          <w:p w14:paraId="5938088A" w14:textId="77777777" w:rsidR="00080BF0" w:rsidRDefault="00000000">
            <w:pPr>
              <w:spacing w:after="40" w:line="245" w:lineRule="auto"/>
            </w:pPr>
            <w:r>
              <w:rPr>
                <w:b/>
                <w:color w:val="000000"/>
              </w:rPr>
              <w:t>FORMATIVNO SPREMLJANJE</w:t>
            </w:r>
          </w:p>
          <w:p w14:paraId="55AC8939" w14:textId="77777777" w:rsidR="00080BF0" w:rsidRDefault="00000000">
            <w:pPr>
              <w:pStyle w:val="Oznaenseznam"/>
              <w:spacing w:after="16"/>
            </w:pPr>
            <w:r>
              <w:rPr>
                <w:color w:val="000000"/>
                <w:sz w:val="15"/>
              </w:rPr>
              <w:t>predznanje: opažanje, gibalna ponazoritev, izbira kartice, razvrstitev materialov, poskusna sled ali skica</w:t>
            </w:r>
          </w:p>
          <w:p w14:paraId="5719298C"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7B5BB187"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07B687CD" w14:textId="77777777" w:rsidR="00080BF0" w:rsidRDefault="00000000">
            <w:pPr>
              <w:pStyle w:val="Oznaenseznam"/>
              <w:spacing w:after="16"/>
            </w:pPr>
            <w:r>
              <w:rPr>
                <w:color w:val="000000"/>
                <w:sz w:val="15"/>
              </w:rPr>
              <w:t>povratna informacija: opis vidne likovne odločitve, povezava z enim merilom in izvedljiv naslednji korak</w:t>
            </w:r>
          </w:p>
          <w:p w14:paraId="00846B6A" w14:textId="77777777" w:rsidR="00080BF0" w:rsidRDefault="00000000">
            <w:pPr>
              <w:pStyle w:val="Oznaenseznam"/>
              <w:spacing w:after="16"/>
            </w:pPr>
            <w:r>
              <w:rPr>
                <w:color w:val="000000"/>
                <w:sz w:val="15"/>
              </w:rPr>
              <w:t>samovrednotenje: likovni semafor, lestvica samostojnosti, izbran dokaz, galerijski odziv in izboljšava</w:t>
            </w:r>
          </w:p>
          <w:p w14:paraId="73196DDD" w14:textId="77777777" w:rsidR="00080BF0" w:rsidRDefault="00000000">
            <w:pPr>
              <w:spacing w:before="40" w:after="20" w:line="245" w:lineRule="auto"/>
            </w:pPr>
            <w:r>
              <w:rPr>
                <w:b/>
                <w:color w:val="000000"/>
                <w:sz w:val="17"/>
              </w:rPr>
              <w:t>VARNOST, HIGIENA IN UREDITEV PROSTORA</w:t>
            </w:r>
          </w:p>
          <w:p w14:paraId="3198A582"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Škarje so prilagojene starosti, rezanje poteka sede in vedno stran od telesa.</w:t>
            </w:r>
          </w:p>
          <w:p w14:paraId="481232BC" w14:textId="77777777" w:rsidR="00080BF0" w:rsidRDefault="00000000">
            <w:pPr>
              <w:spacing w:after="20" w:line="245" w:lineRule="auto"/>
            </w:pPr>
            <w:r>
              <w:rPr>
                <w:b/>
                <w:color w:val="000000"/>
                <w:sz w:val="17"/>
              </w:rPr>
              <w:t>EVIDENCA PO IZVEDBI</w:t>
            </w:r>
          </w:p>
          <w:p w14:paraId="7D312D36"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62A0656E" w14:textId="77777777" w:rsidR="00080BF0" w:rsidRDefault="00000000">
            <w:pPr>
              <w:spacing w:before="40" w:after="20" w:line="245" w:lineRule="auto"/>
            </w:pPr>
            <w:r>
              <w:rPr>
                <w:b/>
                <w:color w:val="000000"/>
                <w:sz w:val="17"/>
              </w:rPr>
              <w:t>RAVEN DOSEGANJA</w:t>
            </w:r>
          </w:p>
          <w:p w14:paraId="3E600DB2"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05FA2C40"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9C15841" w14:textId="77777777">
              <w:trPr>
                <w:jc w:val="center"/>
              </w:trPr>
              <w:tc>
                <w:tcPr>
                  <w:tcW w:w="7087" w:type="dxa"/>
                  <w:shd w:val="clear" w:color="auto" w:fill="EDC9EA"/>
                  <w:tcMar>
                    <w:top w:w="45" w:type="dxa"/>
                    <w:left w:w="70" w:type="dxa"/>
                    <w:bottom w:w="45" w:type="dxa"/>
                    <w:right w:w="70" w:type="dxa"/>
                  </w:tcMar>
                </w:tcPr>
                <w:p w14:paraId="69804AC5" w14:textId="77777777" w:rsidR="00080BF0" w:rsidRDefault="00000000">
                  <w:pPr>
                    <w:keepNext/>
                  </w:pPr>
                  <w:r>
                    <w:rPr>
                      <w:b/>
                      <w:color w:val="000000"/>
                    </w:rPr>
                    <w:t>VPRAŠANJA V PODPORO LIKOVNEMU UČENJU</w:t>
                  </w:r>
                </w:p>
              </w:tc>
            </w:tr>
          </w:tbl>
          <w:p w14:paraId="0963BD03" w14:textId="77777777" w:rsidR="00080BF0" w:rsidRDefault="00080BF0">
            <w:pPr>
              <w:spacing w:line="20" w:lineRule="exact"/>
            </w:pPr>
          </w:p>
          <w:p w14:paraId="5256D842" w14:textId="77777777" w:rsidR="00080BF0" w:rsidRDefault="00000000">
            <w:pPr>
              <w:pStyle w:val="Oznaenseznam"/>
              <w:spacing w:after="16"/>
            </w:pPr>
            <w:r>
              <w:rPr>
                <w:color w:val="000000"/>
                <w:sz w:val="16"/>
              </w:rPr>
              <w:t>Kaj si najprej opazil/-a in katera likovna prvina je zate najpomembnejša?</w:t>
            </w:r>
          </w:p>
          <w:p w14:paraId="68B33058" w14:textId="77777777" w:rsidR="00080BF0" w:rsidRDefault="00000000">
            <w:pPr>
              <w:pStyle w:val="Oznaenseznam"/>
              <w:spacing w:after="16"/>
            </w:pPr>
            <w:r>
              <w:rPr>
                <w:color w:val="000000"/>
                <w:sz w:val="16"/>
              </w:rPr>
              <w:t>Kako je material ali postopek vplival na črto, barvo, obliko, površino, prostor oziroma delovanje izdelka?</w:t>
            </w:r>
          </w:p>
          <w:p w14:paraId="3D528E0A" w14:textId="77777777" w:rsidR="00080BF0" w:rsidRDefault="00000000">
            <w:pPr>
              <w:pStyle w:val="Oznaenseznam"/>
              <w:spacing w:after="16"/>
            </w:pPr>
            <w:r>
              <w:rPr>
                <w:color w:val="000000"/>
                <w:sz w:val="16"/>
              </w:rPr>
              <w:t>Katero možnost si preizkusil/-a, zakaj si jo izbral/-a in kaj si ob poskusu spremenil/-a?</w:t>
            </w:r>
          </w:p>
          <w:p w14:paraId="231FE8F5" w14:textId="77777777" w:rsidR="00080BF0" w:rsidRDefault="00000000">
            <w:pPr>
              <w:pStyle w:val="Oznaenseznam"/>
              <w:spacing w:after="16"/>
            </w:pPr>
            <w:r>
              <w:rPr>
                <w:color w:val="000000"/>
                <w:sz w:val="16"/>
              </w:rPr>
              <w:t>Kateri del tvojega procesa ali izdelka najjasneje pokaže dogovorjeno merilo?</w:t>
            </w:r>
          </w:p>
          <w:p w14:paraId="1A38B1E2"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66AF2F52" w14:textId="77777777">
              <w:trPr>
                <w:jc w:val="center"/>
              </w:trPr>
              <w:tc>
                <w:tcPr>
                  <w:tcW w:w="7087" w:type="dxa"/>
                  <w:shd w:val="clear" w:color="auto" w:fill="C6E7F3"/>
                  <w:tcMar>
                    <w:top w:w="45" w:type="dxa"/>
                    <w:left w:w="70" w:type="dxa"/>
                    <w:bottom w:w="45" w:type="dxa"/>
                    <w:right w:w="70" w:type="dxa"/>
                  </w:tcMar>
                </w:tcPr>
                <w:p w14:paraId="0C0CEB65" w14:textId="77777777" w:rsidR="00080BF0" w:rsidRDefault="00000000">
                  <w:pPr>
                    <w:keepNext/>
                  </w:pPr>
                  <w:r>
                    <w:rPr>
                      <w:b/>
                      <w:color w:val="000000"/>
                    </w:rPr>
                    <w:t>ZAKLJUČNI DEL – TIHA GALERIJA, RAZLAGA IN REFLEKSIJA (8–12 min)</w:t>
                  </w:r>
                </w:p>
              </w:tc>
            </w:tr>
          </w:tbl>
          <w:p w14:paraId="69B74E61" w14:textId="77777777" w:rsidR="00080BF0" w:rsidRDefault="00080BF0">
            <w:pPr>
              <w:spacing w:line="20" w:lineRule="exact"/>
            </w:pPr>
          </w:p>
          <w:p w14:paraId="3846C72A"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31A16506" w14:textId="77777777">
              <w:trPr>
                <w:jc w:val="center"/>
              </w:trPr>
              <w:tc>
                <w:tcPr>
                  <w:tcW w:w="7087" w:type="dxa"/>
                  <w:shd w:val="clear" w:color="auto" w:fill="EDC9EA"/>
                  <w:tcMar>
                    <w:top w:w="45" w:type="dxa"/>
                    <w:left w:w="70" w:type="dxa"/>
                    <w:bottom w:w="45" w:type="dxa"/>
                    <w:right w:w="70" w:type="dxa"/>
                  </w:tcMar>
                </w:tcPr>
                <w:p w14:paraId="0E536DA1" w14:textId="77777777" w:rsidR="00080BF0" w:rsidRDefault="00000000">
                  <w:pPr>
                    <w:keepNext/>
                  </w:pPr>
                  <w:r>
                    <w:rPr>
                      <w:b/>
                      <w:color w:val="000000"/>
                    </w:rPr>
                    <w:t>SAMOVREDNOTENJE</w:t>
                  </w:r>
                </w:p>
              </w:tc>
            </w:tr>
          </w:tbl>
          <w:p w14:paraId="17AD5F1D" w14:textId="77777777" w:rsidR="00080BF0" w:rsidRDefault="00080BF0">
            <w:pPr>
              <w:spacing w:line="20" w:lineRule="exact"/>
            </w:pPr>
          </w:p>
          <w:p w14:paraId="71269D65"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1BBC7864" w14:textId="77777777">
              <w:trPr>
                <w:jc w:val="center"/>
              </w:trPr>
              <w:tc>
                <w:tcPr>
                  <w:tcW w:w="7087" w:type="dxa"/>
                  <w:shd w:val="clear" w:color="auto" w:fill="EDC9EA"/>
                  <w:tcMar>
                    <w:top w:w="45" w:type="dxa"/>
                    <w:left w:w="70" w:type="dxa"/>
                    <w:bottom w:w="45" w:type="dxa"/>
                    <w:right w:w="70" w:type="dxa"/>
                  </w:tcMar>
                </w:tcPr>
                <w:p w14:paraId="71711EEE" w14:textId="77777777" w:rsidR="00080BF0" w:rsidRDefault="00000000">
                  <w:pPr>
                    <w:keepNext/>
                  </w:pPr>
                  <w:r>
                    <w:rPr>
                      <w:b/>
                      <w:color w:val="000000"/>
                    </w:rPr>
                    <w:t>VRSTNIŠKO VREDNOTENJE</w:t>
                  </w:r>
                </w:p>
              </w:tc>
            </w:tr>
          </w:tbl>
          <w:p w14:paraId="28634568" w14:textId="77777777" w:rsidR="00080BF0" w:rsidRDefault="00080BF0">
            <w:pPr>
              <w:spacing w:line="20" w:lineRule="exact"/>
            </w:pPr>
          </w:p>
          <w:p w14:paraId="036A7FA6"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1D768C23" w14:textId="77777777">
              <w:trPr>
                <w:jc w:val="center"/>
              </w:trPr>
              <w:tc>
                <w:tcPr>
                  <w:tcW w:w="7087" w:type="dxa"/>
                  <w:shd w:val="clear" w:color="auto" w:fill="EDC9EA"/>
                  <w:tcMar>
                    <w:top w:w="45" w:type="dxa"/>
                    <w:left w:w="70" w:type="dxa"/>
                    <w:bottom w:w="45" w:type="dxa"/>
                    <w:right w:w="70" w:type="dxa"/>
                  </w:tcMar>
                </w:tcPr>
                <w:p w14:paraId="27AFC71E" w14:textId="77777777" w:rsidR="00080BF0" w:rsidRDefault="00000000">
                  <w:pPr>
                    <w:keepNext/>
                  </w:pPr>
                  <w:r>
                    <w:rPr>
                      <w:b/>
                      <w:color w:val="000000"/>
                    </w:rPr>
                    <w:t>SKUPNI POVZETEK</w:t>
                  </w:r>
                </w:p>
              </w:tc>
            </w:tr>
          </w:tbl>
          <w:p w14:paraId="67EAE411" w14:textId="77777777" w:rsidR="00080BF0" w:rsidRDefault="00080BF0"/>
          <w:p w14:paraId="393C59B6" w14:textId="77777777" w:rsidR="00080BF0" w:rsidRDefault="00000000">
            <w:pPr>
              <w:spacing w:before="20" w:after="40" w:line="245" w:lineRule="auto"/>
            </w:pPr>
            <w:r>
              <w:rPr>
                <w:b/>
                <w:color w:val="000000"/>
                <w:sz w:val="16"/>
              </w:rPr>
              <w:t>uporabim grafični odtis ali kolaž; povežem besedo in podobo; upošteva namen izdelka. Izbrani dokaz pojasnim in po povratni informaciji izboljšam.</w:t>
            </w:r>
          </w:p>
        </w:tc>
        <w:tc>
          <w:tcPr>
            <w:tcW w:w="2551" w:type="dxa"/>
            <w:tcMar>
              <w:top w:w="70" w:type="dxa"/>
              <w:left w:w="90" w:type="dxa"/>
              <w:bottom w:w="70" w:type="dxa"/>
              <w:right w:w="90" w:type="dxa"/>
            </w:tcMar>
          </w:tcPr>
          <w:p w14:paraId="5B4A666B" w14:textId="77777777" w:rsidR="00080BF0" w:rsidRDefault="00080BF0"/>
          <w:p w14:paraId="504805C4" w14:textId="77777777" w:rsidR="00080BF0" w:rsidRDefault="00000000">
            <w:pPr>
              <w:spacing w:after="80" w:line="245" w:lineRule="auto"/>
            </w:pPr>
            <w:r>
              <w:rPr>
                <w:color w:val="000000"/>
                <w:sz w:val="15"/>
              </w:rPr>
              <w:t>Odgovarja na podporna vprašanja in se sklicuje na opaženo, preizkušeno, ustvarjeno ali razstavljeno.</w:t>
            </w:r>
          </w:p>
          <w:p w14:paraId="76120372" w14:textId="77777777" w:rsidR="00080BF0" w:rsidRDefault="00000000">
            <w:pPr>
              <w:spacing w:after="80" w:line="245" w:lineRule="auto"/>
            </w:pPr>
            <w:r>
              <w:rPr>
                <w:color w:val="000000"/>
                <w:sz w:val="15"/>
              </w:rPr>
              <w:t>Predstavi izbrani procesni ali izdelkovni dokaz ter pove, katero merilo z njim pokaže.</w:t>
            </w:r>
          </w:p>
          <w:p w14:paraId="2C1B250D" w14:textId="77777777" w:rsidR="00080BF0" w:rsidRDefault="00000000">
            <w:pPr>
              <w:spacing w:after="80" w:line="245" w:lineRule="auto"/>
            </w:pPr>
            <w:r>
              <w:rPr>
                <w:color w:val="000000"/>
                <w:sz w:val="15"/>
              </w:rPr>
              <w:t>Tiho opazuje vrstnikovo delo, opiše eno konkretno likovno rešitev in poda prijazen predlog.</w:t>
            </w:r>
          </w:p>
          <w:p w14:paraId="28692849" w14:textId="77777777" w:rsidR="00080BF0" w:rsidRDefault="00000000">
            <w:pPr>
              <w:spacing w:after="80" w:line="245" w:lineRule="auto"/>
            </w:pPr>
            <w:r>
              <w:rPr>
                <w:color w:val="000000"/>
                <w:sz w:val="15"/>
              </w:rPr>
              <w:t>Po povratni informaciji po želji ponovi poskus, spremeni podrobnost, izboljša spoj, razporeditev ali razlago.</w:t>
            </w:r>
          </w:p>
          <w:p w14:paraId="653B33B6" w14:textId="77777777" w:rsidR="00080BF0" w:rsidRDefault="00000000">
            <w:pPr>
              <w:spacing w:after="100" w:line="245" w:lineRule="auto"/>
            </w:pPr>
            <w:r>
              <w:rPr>
                <w:color w:val="000000"/>
                <w:sz w:val="15"/>
              </w:rPr>
              <w:t>Izbere raven samostojnosti ter določi majhen in izvedljiv naslednji ustvarjalni korak.</w:t>
            </w:r>
          </w:p>
          <w:p w14:paraId="2B3BB9FD" w14:textId="77777777" w:rsidR="00080BF0" w:rsidRDefault="00000000">
            <w:pPr>
              <w:spacing w:after="20" w:line="245" w:lineRule="auto"/>
            </w:pPr>
            <w:r>
              <w:rPr>
                <w:b/>
                <w:color w:val="D95BC6"/>
                <w:sz w:val="17"/>
              </w:rPr>
              <w:t>DOKAZ O UČENJU</w:t>
            </w:r>
          </w:p>
          <w:p w14:paraId="2D5AF5D4"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266D79E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372DD40F" w14:textId="77777777">
        <w:trPr>
          <w:cantSplit/>
          <w:jc w:val="center"/>
        </w:trPr>
        <w:tc>
          <w:tcPr>
            <w:tcW w:w="14060" w:type="dxa"/>
            <w:gridSpan w:val="6"/>
            <w:tcMar>
              <w:top w:w="70" w:type="dxa"/>
              <w:left w:w="90" w:type="dxa"/>
              <w:bottom w:w="70" w:type="dxa"/>
              <w:right w:w="90" w:type="dxa"/>
            </w:tcMar>
            <w:vAlign w:val="center"/>
          </w:tcPr>
          <w:p w14:paraId="50E9DF71" w14:textId="77777777" w:rsidR="00080BF0" w:rsidRDefault="00000000">
            <w:pPr>
              <w:jc w:val="center"/>
            </w:pPr>
            <w:r>
              <w:rPr>
                <w:b/>
                <w:color w:val="000000"/>
                <w:sz w:val="24"/>
              </w:rPr>
              <w:lastRenderedPageBreak/>
              <w:t>UČNA PRIPRAVA 16/39</w:t>
            </w:r>
          </w:p>
        </w:tc>
      </w:tr>
      <w:tr w:rsidR="00080BF0" w14:paraId="7ED7E2AA" w14:textId="77777777">
        <w:trPr>
          <w:jc w:val="center"/>
        </w:trPr>
        <w:tc>
          <w:tcPr>
            <w:tcW w:w="2665" w:type="dxa"/>
            <w:tcMar>
              <w:top w:w="70" w:type="dxa"/>
              <w:left w:w="90" w:type="dxa"/>
              <w:bottom w:w="70" w:type="dxa"/>
              <w:right w:w="90" w:type="dxa"/>
            </w:tcMar>
            <w:vAlign w:val="center"/>
          </w:tcPr>
          <w:p w14:paraId="742D0D67"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F680CF8"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55C67D4E"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AC1F2E0" w14:textId="77777777" w:rsidR="00080BF0" w:rsidRDefault="00000000">
            <w:r>
              <w:rPr>
                <w:b/>
                <w:color w:val="000000"/>
                <w:sz w:val="16"/>
              </w:rPr>
              <w:t xml:space="preserve">NAČRTOVANI TERMIN: </w:t>
            </w:r>
            <w:r>
              <w:rPr>
                <w:color w:val="000000"/>
                <w:sz w:val="16"/>
              </w:rPr>
              <w:t>16. teden • 21.–24. 12. 2026</w:t>
            </w:r>
          </w:p>
        </w:tc>
        <w:tc>
          <w:tcPr>
            <w:tcW w:w="2268" w:type="dxa"/>
            <w:tcMar>
              <w:top w:w="70" w:type="dxa"/>
              <w:left w:w="90" w:type="dxa"/>
              <w:bottom w:w="70" w:type="dxa"/>
              <w:right w:w="90" w:type="dxa"/>
            </w:tcMar>
            <w:vAlign w:val="center"/>
          </w:tcPr>
          <w:p w14:paraId="3D8F578A"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F1E0CA5" w14:textId="77777777" w:rsidR="00080BF0" w:rsidRDefault="00000000">
            <w:r>
              <w:rPr>
                <w:b/>
                <w:color w:val="000000"/>
                <w:sz w:val="16"/>
              </w:rPr>
              <w:t xml:space="preserve">ŠTEVILO UR: </w:t>
            </w:r>
            <w:r>
              <w:rPr>
                <w:color w:val="000000"/>
                <w:sz w:val="16"/>
              </w:rPr>
              <w:t>1</w:t>
            </w:r>
          </w:p>
        </w:tc>
      </w:tr>
      <w:tr w:rsidR="00080BF0" w14:paraId="457C161D" w14:textId="77777777">
        <w:trPr>
          <w:jc w:val="center"/>
        </w:trPr>
        <w:tc>
          <w:tcPr>
            <w:tcW w:w="14061" w:type="dxa"/>
            <w:gridSpan w:val="6"/>
            <w:tcMar>
              <w:top w:w="70" w:type="dxa"/>
              <w:left w:w="90" w:type="dxa"/>
              <w:bottom w:w="70" w:type="dxa"/>
              <w:right w:w="90" w:type="dxa"/>
            </w:tcMar>
            <w:vAlign w:val="center"/>
          </w:tcPr>
          <w:p w14:paraId="3B1F93F6"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26B064BD" w14:textId="77777777">
        <w:trPr>
          <w:cantSplit/>
          <w:jc w:val="center"/>
        </w:trPr>
        <w:tc>
          <w:tcPr>
            <w:tcW w:w="14060" w:type="dxa"/>
            <w:gridSpan w:val="6"/>
            <w:tcMar>
              <w:top w:w="70" w:type="dxa"/>
              <w:left w:w="90" w:type="dxa"/>
              <w:bottom w:w="70" w:type="dxa"/>
              <w:right w:w="90" w:type="dxa"/>
            </w:tcMar>
            <w:vAlign w:val="center"/>
          </w:tcPr>
          <w:p w14:paraId="446936E5" w14:textId="77777777" w:rsidR="00080BF0" w:rsidRDefault="00080BF0"/>
          <w:p w14:paraId="136BB94C" w14:textId="77777777" w:rsidR="00080BF0" w:rsidRDefault="00000000">
            <w:pPr>
              <w:spacing w:line="245" w:lineRule="auto"/>
            </w:pPr>
            <w:r>
              <w:rPr>
                <w:b/>
                <w:color w:val="000000"/>
                <w:sz w:val="15"/>
              </w:rPr>
              <w:t xml:space="preserve">UČNI SKLOP: </w:t>
            </w:r>
            <w:r>
              <w:rPr>
                <w:color w:val="000000"/>
                <w:sz w:val="15"/>
              </w:rPr>
              <w:t>MOJA DRUŽINA, SKUPNOST IN PRAZNOVANJA</w:t>
            </w:r>
          </w:p>
        </w:tc>
      </w:tr>
      <w:tr w:rsidR="00080BF0" w14:paraId="4E44FABD" w14:textId="77777777">
        <w:trPr>
          <w:cantSplit/>
          <w:jc w:val="center"/>
        </w:trPr>
        <w:tc>
          <w:tcPr>
            <w:tcW w:w="14060" w:type="dxa"/>
            <w:gridSpan w:val="6"/>
            <w:tcMar>
              <w:top w:w="70" w:type="dxa"/>
              <w:left w:w="90" w:type="dxa"/>
              <w:bottom w:w="70" w:type="dxa"/>
              <w:right w:w="90" w:type="dxa"/>
            </w:tcMar>
            <w:vAlign w:val="center"/>
          </w:tcPr>
          <w:p w14:paraId="58156F1D" w14:textId="77777777" w:rsidR="00080BF0" w:rsidRDefault="00080BF0"/>
          <w:p w14:paraId="49549E2D" w14:textId="77777777" w:rsidR="00080BF0" w:rsidRDefault="00000000">
            <w:pPr>
              <w:spacing w:line="245" w:lineRule="auto"/>
            </w:pPr>
            <w:r>
              <w:rPr>
                <w:b/>
                <w:color w:val="000000"/>
                <w:sz w:val="15"/>
              </w:rPr>
              <w:t xml:space="preserve">UČNA TEMA: </w:t>
            </w:r>
            <w:r>
              <w:rPr>
                <w:color w:val="000000"/>
                <w:sz w:val="15"/>
              </w:rPr>
              <w:t>RAZSTAVA</w:t>
            </w:r>
          </w:p>
        </w:tc>
      </w:tr>
      <w:tr w:rsidR="00080BF0" w14:paraId="6DF54935" w14:textId="77777777">
        <w:trPr>
          <w:cantSplit/>
          <w:jc w:val="center"/>
        </w:trPr>
        <w:tc>
          <w:tcPr>
            <w:tcW w:w="14060" w:type="dxa"/>
            <w:gridSpan w:val="6"/>
            <w:tcMar>
              <w:top w:w="70" w:type="dxa"/>
              <w:left w:w="90" w:type="dxa"/>
              <w:bottom w:w="70" w:type="dxa"/>
              <w:right w:w="90" w:type="dxa"/>
            </w:tcMar>
            <w:vAlign w:val="center"/>
          </w:tcPr>
          <w:p w14:paraId="47540F0F" w14:textId="77777777" w:rsidR="00080BF0" w:rsidRDefault="00080BF0"/>
          <w:p w14:paraId="7ED28996" w14:textId="77777777" w:rsidR="00080BF0" w:rsidRDefault="00000000">
            <w:pPr>
              <w:spacing w:line="245" w:lineRule="auto"/>
            </w:pPr>
            <w:r>
              <w:rPr>
                <w:b/>
                <w:color w:val="000000"/>
                <w:sz w:val="15"/>
              </w:rPr>
              <w:t xml:space="preserve">KNJIŽEVNO / MOTIVNO IZHODIŠČE: </w:t>
            </w:r>
            <w:r>
              <w:rPr>
                <w:color w:val="000000"/>
                <w:sz w:val="15"/>
              </w:rPr>
              <w:t>»Enci benci na kamenci« – slovensko ljudsko izročilo • izštevanke, ritem, skupnost in praznična ustvarjalnost</w:t>
            </w:r>
          </w:p>
        </w:tc>
      </w:tr>
      <w:tr w:rsidR="00080BF0" w14:paraId="6CDC078D" w14:textId="77777777">
        <w:trPr>
          <w:cantSplit/>
          <w:jc w:val="center"/>
        </w:trPr>
        <w:tc>
          <w:tcPr>
            <w:tcW w:w="14060" w:type="dxa"/>
            <w:gridSpan w:val="6"/>
            <w:tcMar>
              <w:top w:w="70" w:type="dxa"/>
              <w:left w:w="90" w:type="dxa"/>
              <w:bottom w:w="70" w:type="dxa"/>
              <w:right w:w="90" w:type="dxa"/>
            </w:tcMar>
            <w:vAlign w:val="center"/>
          </w:tcPr>
          <w:p w14:paraId="7606710F" w14:textId="77777777" w:rsidR="00080BF0" w:rsidRDefault="00080BF0"/>
          <w:p w14:paraId="702C418F" w14:textId="77777777" w:rsidR="00080BF0" w:rsidRDefault="00000000">
            <w:pPr>
              <w:spacing w:line="245" w:lineRule="auto"/>
            </w:pPr>
            <w:r>
              <w:rPr>
                <w:b/>
                <w:color w:val="000000"/>
                <w:sz w:val="15"/>
              </w:rPr>
              <w:t xml:space="preserve">LIKOVNO IZHODIŠČE / MOTIVACIJA: </w:t>
            </w:r>
            <w:r>
              <w:rPr>
                <w:color w:val="000000"/>
                <w:sz w:val="15"/>
              </w:rPr>
              <w:t>v razredu se pojavi prazna razstavna oznaka; učenci poiščejo delo, ki bi mu pripadala, in utemeljijo, kako bi gledalcu predstavili temo »razstava«. Tematska rešitev: izdela praznični okras z ritmičnim vzorcem.</w:t>
            </w:r>
          </w:p>
        </w:tc>
      </w:tr>
      <w:tr w:rsidR="00080BF0" w14:paraId="344F2B64" w14:textId="77777777">
        <w:trPr>
          <w:cantSplit/>
          <w:jc w:val="center"/>
        </w:trPr>
        <w:tc>
          <w:tcPr>
            <w:tcW w:w="14060" w:type="dxa"/>
            <w:gridSpan w:val="6"/>
            <w:tcMar>
              <w:top w:w="70" w:type="dxa"/>
              <w:left w:w="90" w:type="dxa"/>
              <w:bottom w:w="70" w:type="dxa"/>
              <w:right w:w="90" w:type="dxa"/>
            </w:tcMar>
            <w:vAlign w:val="center"/>
          </w:tcPr>
          <w:p w14:paraId="501AAF1F" w14:textId="77777777" w:rsidR="00080BF0" w:rsidRDefault="00080BF0"/>
          <w:p w14:paraId="2ABD1EB1" w14:textId="77777777" w:rsidR="00080BF0" w:rsidRDefault="00000000">
            <w:pPr>
              <w:spacing w:line="245" w:lineRule="auto"/>
            </w:pPr>
            <w:r>
              <w:rPr>
                <w:b/>
                <w:color w:val="000000"/>
                <w:sz w:val="15"/>
              </w:rPr>
              <w:t xml:space="preserve">UČNE ENOTE: </w:t>
            </w:r>
            <w:r>
              <w:rPr>
                <w:color w:val="000000"/>
                <w:sz w:val="15"/>
              </w:rPr>
              <w:t>1. ura – Razstava – Ustvarjam, predstavim, izboljšam</w:t>
            </w:r>
          </w:p>
        </w:tc>
      </w:tr>
      <w:tr w:rsidR="00080BF0" w14:paraId="30C5E1EB" w14:textId="77777777">
        <w:trPr>
          <w:cantSplit/>
          <w:jc w:val="center"/>
        </w:trPr>
        <w:tc>
          <w:tcPr>
            <w:tcW w:w="14060" w:type="dxa"/>
            <w:gridSpan w:val="6"/>
            <w:tcMar>
              <w:top w:w="70" w:type="dxa"/>
              <w:left w:w="90" w:type="dxa"/>
              <w:bottom w:w="70" w:type="dxa"/>
              <w:right w:w="90" w:type="dxa"/>
            </w:tcMar>
            <w:vAlign w:val="center"/>
          </w:tcPr>
          <w:p w14:paraId="5C4072EB" w14:textId="77777777" w:rsidR="00080BF0" w:rsidRDefault="00080BF0"/>
          <w:p w14:paraId="2F85882D"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2D522A9F" w14:textId="77777777">
        <w:trPr>
          <w:cantSplit/>
          <w:jc w:val="center"/>
        </w:trPr>
        <w:tc>
          <w:tcPr>
            <w:tcW w:w="14060" w:type="dxa"/>
            <w:gridSpan w:val="6"/>
            <w:tcMar>
              <w:top w:w="70" w:type="dxa"/>
              <w:left w:w="90" w:type="dxa"/>
              <w:bottom w:w="70" w:type="dxa"/>
              <w:right w:w="90" w:type="dxa"/>
            </w:tcMar>
            <w:vAlign w:val="center"/>
          </w:tcPr>
          <w:p w14:paraId="3278B75C" w14:textId="77777777" w:rsidR="00080BF0" w:rsidRDefault="00080BF0"/>
          <w:p w14:paraId="5C1F06BB"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6B80CE88" w14:textId="77777777">
        <w:trPr>
          <w:cantSplit/>
          <w:jc w:val="center"/>
        </w:trPr>
        <w:tc>
          <w:tcPr>
            <w:tcW w:w="14060" w:type="dxa"/>
            <w:gridSpan w:val="6"/>
            <w:tcMar>
              <w:top w:w="70" w:type="dxa"/>
              <w:left w:w="90" w:type="dxa"/>
              <w:bottom w:w="70" w:type="dxa"/>
              <w:right w:w="90" w:type="dxa"/>
            </w:tcMar>
            <w:vAlign w:val="center"/>
          </w:tcPr>
          <w:p w14:paraId="4439E4D0" w14:textId="77777777" w:rsidR="00080BF0" w:rsidRDefault="00080BF0"/>
          <w:p w14:paraId="7C0BCB3D"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3C6385CF" w14:textId="77777777">
        <w:trPr>
          <w:cantSplit/>
          <w:jc w:val="center"/>
        </w:trPr>
        <w:tc>
          <w:tcPr>
            <w:tcW w:w="14060" w:type="dxa"/>
            <w:gridSpan w:val="6"/>
            <w:tcMar>
              <w:top w:w="70" w:type="dxa"/>
              <w:left w:w="90" w:type="dxa"/>
              <w:bottom w:w="70" w:type="dxa"/>
              <w:right w:w="90" w:type="dxa"/>
            </w:tcMar>
            <w:vAlign w:val="center"/>
          </w:tcPr>
          <w:p w14:paraId="47801C7C" w14:textId="77777777" w:rsidR="00080BF0" w:rsidRDefault="00080BF0"/>
          <w:p w14:paraId="18D19C3D" w14:textId="77777777" w:rsidR="00080BF0" w:rsidRDefault="00000000">
            <w:pPr>
              <w:spacing w:line="245" w:lineRule="auto"/>
            </w:pPr>
            <w:r>
              <w:rPr>
                <w:b/>
                <w:color w:val="000000"/>
                <w:sz w:val="15"/>
              </w:rPr>
              <w:t xml:space="preserve">MEDPREDMETNE POVEZAVE: </w:t>
            </w:r>
            <w:r>
              <w:rPr>
                <w:color w:val="000000"/>
                <w:sz w:val="15"/>
              </w:rPr>
              <w:t>SPO – izštevanke, ritem, skupnost in praznična ustvarjalnost; SLJ – poslušanje, opis opažanja, poimenovanje postopka in predstavitev; MAT – oblike, razvrščanje, vzorci in prostorski odnosi; ŠPO – gibalna črta, telesna skulptura, smer in ravnotežje; GUM – ritem, ponavljanje.</w:t>
            </w:r>
          </w:p>
        </w:tc>
      </w:tr>
      <w:tr w:rsidR="00080BF0" w14:paraId="45F43BAA" w14:textId="77777777">
        <w:trPr>
          <w:cantSplit/>
          <w:jc w:val="center"/>
        </w:trPr>
        <w:tc>
          <w:tcPr>
            <w:tcW w:w="14060" w:type="dxa"/>
            <w:gridSpan w:val="6"/>
            <w:tcMar>
              <w:top w:w="70" w:type="dxa"/>
              <w:left w:w="90" w:type="dxa"/>
              <w:bottom w:w="70" w:type="dxa"/>
              <w:right w:w="90" w:type="dxa"/>
            </w:tcMar>
            <w:vAlign w:val="center"/>
          </w:tcPr>
          <w:p w14:paraId="51113223" w14:textId="77777777" w:rsidR="00080BF0" w:rsidRDefault="00080BF0"/>
          <w:p w14:paraId="1BBD3DB0" w14:textId="77777777" w:rsidR="00080BF0" w:rsidRDefault="00000000">
            <w:pPr>
              <w:spacing w:line="245" w:lineRule="auto"/>
            </w:pPr>
            <w:r>
              <w:rPr>
                <w:b/>
                <w:color w:val="000000"/>
                <w:sz w:val="15"/>
              </w:rPr>
              <w:t xml:space="preserve">UČNA SREDSTVA IN PRIPOMOČKI: </w:t>
            </w:r>
            <w:r>
              <w:rPr>
                <w:color w:val="000000"/>
                <w:sz w:val="15"/>
              </w:rPr>
              <w:t>likovna mapa, izbrana dela, podlage, ščipalke ali lepilni trak, prazne oznake, simboli meril, fotografije procesa in razstavni načrt; fotografija, reprodukcija ali resnični predmet za opazovanje; kartice namena in meril; talne oznake štirih postaj; mapa dokazov; sredstva za čiščenje in pospravljanje</w:t>
            </w:r>
          </w:p>
        </w:tc>
      </w:tr>
      <w:tr w:rsidR="00080BF0" w14:paraId="258817A5" w14:textId="77777777">
        <w:trPr>
          <w:cantSplit/>
          <w:jc w:val="center"/>
        </w:trPr>
        <w:tc>
          <w:tcPr>
            <w:tcW w:w="14060" w:type="dxa"/>
            <w:gridSpan w:val="6"/>
            <w:tcMar>
              <w:top w:w="70" w:type="dxa"/>
              <w:left w:w="90" w:type="dxa"/>
              <w:bottom w:w="70" w:type="dxa"/>
              <w:right w:w="90" w:type="dxa"/>
            </w:tcMar>
            <w:vAlign w:val="center"/>
          </w:tcPr>
          <w:p w14:paraId="45A1C179" w14:textId="77777777" w:rsidR="00080BF0" w:rsidRDefault="00080BF0"/>
          <w:p w14:paraId="69881B31"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7E058D0D" w14:textId="77777777">
        <w:trPr>
          <w:cantSplit/>
          <w:jc w:val="center"/>
        </w:trPr>
        <w:tc>
          <w:tcPr>
            <w:tcW w:w="14060" w:type="dxa"/>
            <w:gridSpan w:val="6"/>
            <w:tcMar>
              <w:top w:w="70" w:type="dxa"/>
              <w:left w:w="90" w:type="dxa"/>
              <w:bottom w:w="70" w:type="dxa"/>
              <w:right w:w="90" w:type="dxa"/>
            </w:tcMar>
            <w:vAlign w:val="center"/>
          </w:tcPr>
          <w:p w14:paraId="70FFDD8B" w14:textId="77777777" w:rsidR="00080BF0" w:rsidRDefault="00080BF0"/>
          <w:p w14:paraId="22E31E13" w14:textId="77777777" w:rsidR="00080BF0" w:rsidRDefault="00000000">
            <w:pPr>
              <w:spacing w:line="245" w:lineRule="auto"/>
            </w:pPr>
            <w:r>
              <w:rPr>
                <w:b/>
                <w:color w:val="000000"/>
                <w:sz w:val="15"/>
              </w:rPr>
              <w:t xml:space="preserve">OCENJEVANJE / DAN DEJAVNOSTI: </w:t>
            </w:r>
            <w:r>
              <w:rPr>
                <w:color w:val="000000"/>
                <w:sz w:val="15"/>
              </w:rPr>
              <w:t>TEHNIŠKI DAN</w:t>
            </w:r>
          </w:p>
        </w:tc>
      </w:tr>
      <w:tr w:rsidR="00080BF0" w14:paraId="75BC876B" w14:textId="77777777">
        <w:trPr>
          <w:cantSplit/>
          <w:jc w:val="center"/>
        </w:trPr>
        <w:tc>
          <w:tcPr>
            <w:tcW w:w="14060" w:type="dxa"/>
            <w:gridSpan w:val="6"/>
            <w:tcMar>
              <w:top w:w="70" w:type="dxa"/>
              <w:left w:w="90" w:type="dxa"/>
              <w:bottom w:w="70" w:type="dxa"/>
              <w:right w:w="90" w:type="dxa"/>
            </w:tcMar>
            <w:vAlign w:val="center"/>
          </w:tcPr>
          <w:p w14:paraId="360116DF" w14:textId="77777777" w:rsidR="00080BF0" w:rsidRDefault="00080BF0"/>
          <w:p w14:paraId="62D73942"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5CA40A0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90DE6B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C21BFFB"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5CEC950" w14:textId="77777777" w:rsidR="00080BF0" w:rsidRDefault="00000000">
            <w:pPr>
              <w:jc w:val="center"/>
            </w:pPr>
            <w:r>
              <w:rPr>
                <w:b/>
                <w:color w:val="000000"/>
                <w:sz w:val="20"/>
              </w:rPr>
              <w:t>UČNE DEJAVNOSTI, METODE IN FORMATIVNO SPREMLJANJE</w:t>
            </w:r>
          </w:p>
        </w:tc>
      </w:tr>
      <w:tr w:rsidR="00080BF0" w14:paraId="3784C035" w14:textId="77777777">
        <w:trPr>
          <w:tblHeader/>
          <w:jc w:val="center"/>
        </w:trPr>
        <w:tc>
          <w:tcPr>
            <w:tcW w:w="4422" w:type="dxa"/>
            <w:vMerge/>
            <w:tcMar>
              <w:top w:w="70" w:type="dxa"/>
              <w:left w:w="90" w:type="dxa"/>
              <w:bottom w:w="70" w:type="dxa"/>
              <w:right w:w="90" w:type="dxa"/>
            </w:tcMar>
            <w:vAlign w:val="center"/>
          </w:tcPr>
          <w:p w14:paraId="2557EBF8" w14:textId="77777777" w:rsidR="00080BF0" w:rsidRDefault="00080BF0"/>
        </w:tc>
        <w:tc>
          <w:tcPr>
            <w:tcW w:w="7087" w:type="dxa"/>
            <w:shd w:val="clear" w:color="auto" w:fill="FFFFFF"/>
            <w:tcMar>
              <w:top w:w="70" w:type="dxa"/>
              <w:left w:w="90" w:type="dxa"/>
              <w:bottom w:w="70" w:type="dxa"/>
              <w:right w:w="90" w:type="dxa"/>
            </w:tcMar>
            <w:vAlign w:val="center"/>
          </w:tcPr>
          <w:p w14:paraId="390450A7"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596DC0C" w14:textId="77777777" w:rsidR="00080BF0" w:rsidRDefault="00000000">
            <w:pPr>
              <w:jc w:val="center"/>
            </w:pPr>
            <w:r>
              <w:rPr>
                <w:b/>
                <w:color w:val="000000"/>
              </w:rPr>
              <w:t>UČENEC</w:t>
            </w:r>
          </w:p>
        </w:tc>
      </w:tr>
      <w:tr w:rsidR="00080BF0" w14:paraId="5BC9CD01" w14:textId="77777777">
        <w:trPr>
          <w:jc w:val="center"/>
        </w:trPr>
        <w:tc>
          <w:tcPr>
            <w:tcW w:w="4422" w:type="dxa"/>
            <w:tcMar>
              <w:top w:w="70" w:type="dxa"/>
              <w:left w:w="90" w:type="dxa"/>
              <w:bottom w:w="70" w:type="dxa"/>
              <w:right w:w="90" w:type="dxa"/>
            </w:tcMar>
          </w:tcPr>
          <w:p w14:paraId="7ACE70DD" w14:textId="77777777" w:rsidR="00080BF0" w:rsidRDefault="00080BF0"/>
          <w:p w14:paraId="5CCCD6A7" w14:textId="77777777" w:rsidR="00080BF0" w:rsidRDefault="00000000">
            <w:pPr>
              <w:spacing w:after="60" w:line="245" w:lineRule="auto"/>
            </w:pPr>
            <w:r>
              <w:rPr>
                <w:b/>
                <w:color w:val="000000"/>
              </w:rPr>
              <w:t>UČNI CILJI</w:t>
            </w:r>
          </w:p>
          <w:p w14:paraId="3953B4FC" w14:textId="77777777" w:rsidR="00080BF0" w:rsidRDefault="00000000">
            <w:pPr>
              <w:spacing w:after="20" w:line="245" w:lineRule="auto"/>
            </w:pPr>
            <w:r>
              <w:rPr>
                <w:b/>
                <w:color w:val="000000"/>
                <w:sz w:val="17"/>
              </w:rPr>
              <w:t>SPLOŠNI</w:t>
            </w:r>
          </w:p>
          <w:p w14:paraId="5B530C19"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1C041225"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6338E0F8"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181B6788"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6E5F9349" w14:textId="77777777" w:rsidR="00080BF0" w:rsidRDefault="00000000">
            <w:pPr>
              <w:spacing w:before="40" w:after="20" w:line="245" w:lineRule="auto"/>
            </w:pPr>
            <w:r>
              <w:rPr>
                <w:b/>
                <w:color w:val="000000"/>
                <w:sz w:val="17"/>
              </w:rPr>
              <w:t>OPERATIVNI</w:t>
            </w:r>
          </w:p>
          <w:p w14:paraId="63A25147" w14:textId="77777777" w:rsidR="00080BF0" w:rsidRDefault="00000000">
            <w:pPr>
              <w:pStyle w:val="Oznaenseznam"/>
              <w:spacing w:after="16"/>
            </w:pPr>
            <w:r>
              <w:rPr>
                <w:color w:val="000000"/>
                <w:sz w:val="16"/>
              </w:rPr>
              <w:t>izbere izdelek</w:t>
            </w:r>
          </w:p>
          <w:p w14:paraId="6514F113" w14:textId="77777777" w:rsidR="00080BF0" w:rsidRDefault="00000000">
            <w:pPr>
              <w:pStyle w:val="Oznaenseznam"/>
              <w:spacing w:after="16"/>
            </w:pPr>
            <w:r>
              <w:rPr>
                <w:color w:val="000000"/>
                <w:sz w:val="16"/>
              </w:rPr>
              <w:t>pove, kaj je izboljšal</w:t>
            </w:r>
          </w:p>
          <w:p w14:paraId="6F714F66" w14:textId="77777777" w:rsidR="00080BF0" w:rsidRDefault="00000000">
            <w:pPr>
              <w:pStyle w:val="Oznaenseznam"/>
              <w:spacing w:after="16"/>
            </w:pPr>
            <w:r>
              <w:rPr>
                <w:color w:val="000000"/>
                <w:sz w:val="16"/>
              </w:rPr>
              <w:t>sodeluje pri postavitvi</w:t>
            </w:r>
          </w:p>
          <w:p w14:paraId="68FFF2AA" w14:textId="77777777" w:rsidR="00080BF0" w:rsidRDefault="00000000">
            <w:pPr>
              <w:spacing w:before="40" w:after="20" w:line="245" w:lineRule="auto"/>
            </w:pPr>
            <w:r>
              <w:rPr>
                <w:b/>
                <w:color w:val="000000"/>
                <w:sz w:val="17"/>
              </w:rPr>
              <w:t>PRIČAKOVANI DOSEŽKI / MINIMALNI POUDARKI</w:t>
            </w:r>
          </w:p>
          <w:p w14:paraId="3E0D5247" w14:textId="77777777" w:rsidR="00080BF0" w:rsidRDefault="00000000">
            <w:pPr>
              <w:pStyle w:val="Oznaenseznam"/>
              <w:spacing w:after="16"/>
            </w:pPr>
            <w:r>
              <w:rPr>
                <w:color w:val="000000"/>
                <w:sz w:val="15"/>
              </w:rPr>
              <w:t>samostojno oziroma z dogovorjeno oporo izbere izdelek</w:t>
            </w:r>
          </w:p>
          <w:p w14:paraId="201A4490" w14:textId="77777777" w:rsidR="00080BF0" w:rsidRDefault="00000000">
            <w:pPr>
              <w:pStyle w:val="Oznaenseznam"/>
              <w:spacing w:after="16"/>
            </w:pPr>
            <w:r>
              <w:rPr>
                <w:color w:val="000000"/>
                <w:sz w:val="15"/>
              </w:rPr>
              <w:t>samostojno oziroma z dogovorjeno oporo pove, kaj je izboljšal</w:t>
            </w:r>
          </w:p>
          <w:p w14:paraId="2AC508D4" w14:textId="77777777" w:rsidR="00080BF0" w:rsidRDefault="00000000">
            <w:pPr>
              <w:pStyle w:val="Oznaenseznam"/>
              <w:spacing w:after="16"/>
            </w:pPr>
            <w:r>
              <w:rPr>
                <w:color w:val="000000"/>
                <w:sz w:val="15"/>
              </w:rPr>
              <w:t>samostojno oziroma z dogovorjeno oporo sodeluje pri postavitvi</w:t>
            </w:r>
          </w:p>
        </w:tc>
        <w:tc>
          <w:tcPr>
            <w:tcW w:w="7087" w:type="dxa"/>
            <w:tcMar>
              <w:top w:w="70" w:type="dxa"/>
              <w:left w:w="90" w:type="dxa"/>
              <w:bottom w:w="70" w:type="dxa"/>
              <w:right w:w="90" w:type="dxa"/>
            </w:tcMar>
          </w:tcPr>
          <w:p w14:paraId="63F06F8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E1879D4" w14:textId="77777777">
              <w:trPr>
                <w:jc w:val="center"/>
              </w:trPr>
              <w:tc>
                <w:tcPr>
                  <w:tcW w:w="7087" w:type="dxa"/>
                  <w:shd w:val="clear" w:color="auto" w:fill="C6E7F3"/>
                  <w:tcMar>
                    <w:top w:w="45" w:type="dxa"/>
                    <w:left w:w="70" w:type="dxa"/>
                    <w:bottom w:w="45" w:type="dxa"/>
                    <w:right w:w="70" w:type="dxa"/>
                  </w:tcMar>
                </w:tcPr>
                <w:p w14:paraId="19F45974" w14:textId="77777777" w:rsidR="00080BF0" w:rsidRDefault="00000000">
                  <w:pPr>
                    <w:keepNext/>
                  </w:pPr>
                  <w:r>
                    <w:rPr>
                      <w:b/>
                      <w:color w:val="000000"/>
                    </w:rPr>
                    <w:t>UVODNI DEL – likovna uganka, opazovanje, aktivacija predznanja in namen učenja (8–12 min)</w:t>
                  </w:r>
                </w:p>
              </w:tc>
            </w:tr>
          </w:tbl>
          <w:p w14:paraId="1C0686D2" w14:textId="77777777" w:rsidR="00080BF0" w:rsidRDefault="00080BF0">
            <w:pPr>
              <w:spacing w:line="20" w:lineRule="exact"/>
            </w:pPr>
          </w:p>
          <w:p w14:paraId="416EE0BC" w14:textId="77777777" w:rsidR="00080BF0" w:rsidRDefault="00000000">
            <w:pPr>
              <w:spacing w:before="40" w:after="60" w:line="245" w:lineRule="auto"/>
            </w:pPr>
            <w:r>
              <w:rPr>
                <w:color w:val="000000"/>
                <w:sz w:val="16"/>
              </w:rPr>
              <w:t>Ob književnem motivu »Enci benci na kamenci« – slovensko ljudsko izročilo učenci vstopijo v temo izštevanke, ritem, skupnost in praznična ustvarjalnost. Učiteljica pokaže fotografijo, reprodukcijo, predmet ali material in pove kratko likovno zgodbo: v razredu se pojavi prazna razstavna oznaka; učenci poiščejo delo, ki bi mu pripadala, in utemeljijo, kako bi gledalcu predstavili temo »razstava«. Tematska rešitev: izdela praznični okras z ritmičnim vzorcem.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6973B398" w14:textId="77777777">
              <w:trPr>
                <w:jc w:val="center"/>
              </w:trPr>
              <w:tc>
                <w:tcPr>
                  <w:tcW w:w="7087" w:type="dxa"/>
                  <w:shd w:val="clear" w:color="auto" w:fill="EDC9EA"/>
                  <w:tcMar>
                    <w:top w:w="45" w:type="dxa"/>
                    <w:left w:w="70" w:type="dxa"/>
                    <w:bottom w:w="45" w:type="dxa"/>
                    <w:right w:w="70" w:type="dxa"/>
                  </w:tcMar>
                </w:tcPr>
                <w:p w14:paraId="55B059D9" w14:textId="77777777" w:rsidR="00080BF0" w:rsidRDefault="00000000">
                  <w:pPr>
                    <w:keepNext/>
                  </w:pPr>
                  <w:r>
                    <w:rPr>
                      <w:b/>
                      <w:color w:val="000000"/>
                    </w:rPr>
                    <w:t>NAMENI UČENJA</w:t>
                  </w:r>
                </w:p>
              </w:tc>
            </w:tr>
          </w:tbl>
          <w:p w14:paraId="16BDBF4A" w14:textId="77777777" w:rsidR="00080BF0" w:rsidRDefault="00080BF0">
            <w:pPr>
              <w:spacing w:line="20" w:lineRule="exact"/>
            </w:pPr>
          </w:p>
          <w:p w14:paraId="08603109"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6D45CDC1" w14:textId="77777777" w:rsidR="00080BF0" w:rsidRDefault="00000000">
            <w:pPr>
              <w:pStyle w:val="Oznaenseznam"/>
              <w:spacing w:after="16"/>
            </w:pPr>
            <w:r>
              <w:rPr>
                <w:color w:val="000000"/>
                <w:sz w:val="16"/>
              </w:rPr>
              <w:t>izberem izdelek</w:t>
            </w:r>
          </w:p>
          <w:p w14:paraId="29F35AC1" w14:textId="77777777" w:rsidR="00080BF0" w:rsidRDefault="00000000">
            <w:pPr>
              <w:pStyle w:val="Oznaenseznam"/>
              <w:spacing w:after="16"/>
            </w:pPr>
            <w:r>
              <w:rPr>
                <w:color w:val="000000"/>
                <w:sz w:val="16"/>
              </w:rPr>
              <w:t>povem, kaj je izboljšal</w:t>
            </w:r>
          </w:p>
          <w:p w14:paraId="77ED587B" w14:textId="77777777" w:rsidR="00080BF0" w:rsidRDefault="00000000">
            <w:pPr>
              <w:pStyle w:val="Oznaenseznam"/>
              <w:spacing w:after="16"/>
            </w:pPr>
            <w:r>
              <w:rPr>
                <w:color w:val="000000"/>
                <w:sz w:val="16"/>
              </w:rPr>
              <w:t>sodelujem pri postavitvi</w:t>
            </w:r>
          </w:p>
          <w:tbl>
            <w:tblPr>
              <w:tblStyle w:val="Tabelamrea"/>
              <w:tblW w:w="0" w:type="auto"/>
              <w:jc w:val="center"/>
              <w:tblLayout w:type="fixed"/>
              <w:tblLook w:val="04A0" w:firstRow="1" w:lastRow="0" w:firstColumn="1" w:lastColumn="0" w:noHBand="0" w:noVBand="1"/>
            </w:tblPr>
            <w:tblGrid>
              <w:gridCol w:w="7087"/>
            </w:tblGrid>
            <w:tr w:rsidR="00080BF0" w14:paraId="285D2586" w14:textId="77777777">
              <w:trPr>
                <w:jc w:val="center"/>
              </w:trPr>
              <w:tc>
                <w:tcPr>
                  <w:tcW w:w="7087" w:type="dxa"/>
                  <w:shd w:val="clear" w:color="auto" w:fill="EDC9EA"/>
                  <w:tcMar>
                    <w:top w:w="45" w:type="dxa"/>
                    <w:left w:w="70" w:type="dxa"/>
                    <w:bottom w:w="45" w:type="dxa"/>
                    <w:right w:w="70" w:type="dxa"/>
                  </w:tcMar>
                </w:tcPr>
                <w:p w14:paraId="676853A1" w14:textId="77777777" w:rsidR="00080BF0" w:rsidRDefault="00000000">
                  <w:pPr>
                    <w:keepNext/>
                  </w:pPr>
                  <w:r>
                    <w:rPr>
                      <w:b/>
                      <w:color w:val="000000"/>
                    </w:rPr>
                    <w:t>PREVERJANJE PREDZNANJA</w:t>
                  </w:r>
                </w:p>
              </w:tc>
            </w:tr>
          </w:tbl>
          <w:p w14:paraId="18755DF3" w14:textId="77777777" w:rsidR="00080BF0" w:rsidRDefault="00080BF0">
            <w:pPr>
              <w:spacing w:line="20" w:lineRule="exact"/>
            </w:pPr>
          </w:p>
          <w:p w14:paraId="69A1E5B4" w14:textId="77777777" w:rsidR="00080BF0" w:rsidRDefault="00000000">
            <w:pPr>
              <w:pStyle w:val="Oznaenseznam"/>
              <w:spacing w:after="16"/>
            </w:pPr>
            <w:r>
              <w:rPr>
                <w:color w:val="000000"/>
                <w:sz w:val="16"/>
              </w:rPr>
              <w:t>Kaj najprej opazim pri motivu, predmetu ali materialu, povezanem s temo »RAZSTAVA«?</w:t>
            </w:r>
          </w:p>
          <w:p w14:paraId="02F60D9A"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34746CF1"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752DA919" w14:textId="77777777">
              <w:trPr>
                <w:jc w:val="center"/>
              </w:trPr>
              <w:tc>
                <w:tcPr>
                  <w:tcW w:w="7087" w:type="dxa"/>
                  <w:shd w:val="clear" w:color="auto" w:fill="EDC9EA"/>
                  <w:tcMar>
                    <w:top w:w="45" w:type="dxa"/>
                    <w:left w:w="70" w:type="dxa"/>
                    <w:bottom w:w="45" w:type="dxa"/>
                    <w:right w:w="70" w:type="dxa"/>
                  </w:tcMar>
                </w:tcPr>
                <w:p w14:paraId="71842288" w14:textId="77777777" w:rsidR="00080BF0" w:rsidRDefault="00000000">
                  <w:pPr>
                    <w:keepNext/>
                  </w:pPr>
                  <w:r>
                    <w:rPr>
                      <w:b/>
                      <w:color w:val="000000"/>
                    </w:rPr>
                    <w:t>KRITERIJI USPEŠNOSTI</w:t>
                  </w:r>
                </w:p>
              </w:tc>
            </w:tr>
          </w:tbl>
          <w:p w14:paraId="73BD2149" w14:textId="77777777" w:rsidR="00080BF0" w:rsidRDefault="00080BF0"/>
          <w:p w14:paraId="39B2DB71" w14:textId="77777777" w:rsidR="00080BF0" w:rsidRDefault="00000000">
            <w:pPr>
              <w:spacing w:before="20" w:after="20" w:line="245" w:lineRule="auto"/>
            </w:pPr>
            <w:r>
              <w:rPr>
                <w:b/>
                <w:color w:val="000000"/>
                <w:sz w:val="16"/>
              </w:rPr>
              <w:t>Uspešen/-na bom, ko:</w:t>
            </w:r>
          </w:p>
          <w:p w14:paraId="1D994383" w14:textId="77777777" w:rsidR="00080BF0" w:rsidRDefault="00000000">
            <w:pPr>
              <w:pStyle w:val="Oznaenseznam"/>
              <w:spacing w:after="16"/>
            </w:pPr>
            <w:r>
              <w:rPr>
                <w:color w:val="000000"/>
                <w:sz w:val="16"/>
              </w:rPr>
              <w:t>izberem izdelek</w:t>
            </w:r>
          </w:p>
          <w:p w14:paraId="1BBFBAAE" w14:textId="77777777" w:rsidR="00080BF0" w:rsidRDefault="00000000">
            <w:pPr>
              <w:pStyle w:val="Oznaenseznam"/>
              <w:spacing w:after="16"/>
            </w:pPr>
            <w:r>
              <w:rPr>
                <w:color w:val="000000"/>
                <w:sz w:val="16"/>
              </w:rPr>
              <w:t>povem, kaj je izboljšal</w:t>
            </w:r>
          </w:p>
          <w:p w14:paraId="256960A2" w14:textId="77777777" w:rsidR="00080BF0" w:rsidRDefault="00000000">
            <w:pPr>
              <w:pStyle w:val="Oznaenseznam"/>
              <w:spacing w:after="16"/>
            </w:pPr>
            <w:r>
              <w:rPr>
                <w:color w:val="000000"/>
                <w:sz w:val="16"/>
              </w:rPr>
              <w:t>sodelujem pri postavitvi</w:t>
            </w:r>
          </w:p>
          <w:p w14:paraId="56ACDBE6" w14:textId="77777777" w:rsidR="00080BF0" w:rsidRDefault="00000000">
            <w:pPr>
              <w:pStyle w:val="Oznaenseznam"/>
              <w:spacing w:after="16"/>
            </w:pPr>
            <w:r>
              <w:rPr>
                <w:color w:val="000000"/>
                <w:sz w:val="15"/>
              </w:rPr>
              <w:t>varno in namensko uporabim material, zaščitim prostor ter po delu uredim svojo postajo</w:t>
            </w:r>
          </w:p>
          <w:p w14:paraId="407CF779"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152EAC89" w14:textId="77777777" w:rsidR="00080BF0" w:rsidRDefault="00080BF0"/>
          <w:p w14:paraId="3A9DB380"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4EFC0406" w14:textId="77777777" w:rsidR="00080BF0" w:rsidRDefault="00000000">
            <w:pPr>
              <w:spacing w:after="80" w:line="245" w:lineRule="auto"/>
            </w:pPr>
            <w:r>
              <w:rPr>
                <w:color w:val="000000"/>
                <w:sz w:val="16"/>
              </w:rPr>
              <w:t>Pove ali pokaže, kaj že zna opaziti in katero likovno možnost bi najprej preizkusil.</w:t>
            </w:r>
          </w:p>
          <w:p w14:paraId="353341CE" w14:textId="77777777" w:rsidR="00080BF0" w:rsidRDefault="00000000">
            <w:pPr>
              <w:spacing w:after="100" w:line="245" w:lineRule="auto"/>
            </w:pPr>
            <w:r>
              <w:rPr>
                <w:color w:val="000000"/>
                <w:sz w:val="16"/>
              </w:rPr>
              <w:t>Sodeluje pri razumevanju namena, meril uspešnosti, varne rabe pripomočkov in načina dokazovanja.</w:t>
            </w:r>
          </w:p>
          <w:p w14:paraId="0A705DB2" w14:textId="77777777" w:rsidR="00080BF0" w:rsidRDefault="00000000">
            <w:pPr>
              <w:spacing w:after="20" w:line="245" w:lineRule="auto"/>
            </w:pPr>
            <w:r>
              <w:rPr>
                <w:b/>
                <w:color w:val="D95BC6"/>
                <w:sz w:val="17"/>
              </w:rPr>
              <w:t>DOKAZ O UČENJU</w:t>
            </w:r>
          </w:p>
          <w:p w14:paraId="13C731AF"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67CA95AC"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6F546A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1DCE06B"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9A4927" w14:textId="77777777" w:rsidR="00080BF0" w:rsidRDefault="00000000">
            <w:pPr>
              <w:jc w:val="center"/>
            </w:pPr>
            <w:r>
              <w:rPr>
                <w:b/>
                <w:color w:val="000000"/>
                <w:sz w:val="20"/>
              </w:rPr>
              <w:t>UČNE DEJAVNOSTI, METODE IN FORMATIVNO SPREMLJANJE</w:t>
            </w:r>
          </w:p>
        </w:tc>
      </w:tr>
      <w:tr w:rsidR="00080BF0" w14:paraId="3237D974" w14:textId="77777777">
        <w:trPr>
          <w:tblHeader/>
          <w:jc w:val="center"/>
        </w:trPr>
        <w:tc>
          <w:tcPr>
            <w:tcW w:w="4422" w:type="dxa"/>
            <w:vMerge/>
            <w:tcMar>
              <w:top w:w="70" w:type="dxa"/>
              <w:left w:w="90" w:type="dxa"/>
              <w:bottom w:w="70" w:type="dxa"/>
              <w:right w:w="90" w:type="dxa"/>
            </w:tcMar>
            <w:vAlign w:val="center"/>
          </w:tcPr>
          <w:p w14:paraId="4AA4DE5E" w14:textId="77777777" w:rsidR="00080BF0" w:rsidRDefault="00080BF0"/>
        </w:tc>
        <w:tc>
          <w:tcPr>
            <w:tcW w:w="7087" w:type="dxa"/>
            <w:shd w:val="clear" w:color="auto" w:fill="FFFFFF"/>
            <w:tcMar>
              <w:top w:w="70" w:type="dxa"/>
              <w:left w:w="90" w:type="dxa"/>
              <w:bottom w:w="70" w:type="dxa"/>
              <w:right w:w="90" w:type="dxa"/>
            </w:tcMar>
            <w:vAlign w:val="center"/>
          </w:tcPr>
          <w:p w14:paraId="31F3AA9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BE45904" w14:textId="77777777" w:rsidR="00080BF0" w:rsidRDefault="00000000">
            <w:pPr>
              <w:jc w:val="center"/>
            </w:pPr>
            <w:r>
              <w:rPr>
                <w:b/>
                <w:color w:val="000000"/>
              </w:rPr>
              <w:t>UČENEC</w:t>
            </w:r>
          </w:p>
        </w:tc>
      </w:tr>
      <w:tr w:rsidR="00080BF0" w14:paraId="17DD3F11" w14:textId="77777777">
        <w:trPr>
          <w:jc w:val="center"/>
        </w:trPr>
        <w:tc>
          <w:tcPr>
            <w:tcW w:w="4422" w:type="dxa"/>
            <w:tcMar>
              <w:top w:w="70" w:type="dxa"/>
              <w:left w:w="90" w:type="dxa"/>
              <w:bottom w:w="70" w:type="dxa"/>
              <w:right w:w="90" w:type="dxa"/>
            </w:tcMar>
          </w:tcPr>
          <w:p w14:paraId="239DF94E" w14:textId="77777777" w:rsidR="00080BF0" w:rsidRDefault="00080BF0"/>
          <w:p w14:paraId="7E71E7B8" w14:textId="77777777" w:rsidR="00080BF0" w:rsidRDefault="00000000">
            <w:pPr>
              <w:spacing w:after="40" w:line="245" w:lineRule="auto"/>
            </w:pPr>
            <w:r>
              <w:rPr>
                <w:b/>
                <w:color w:val="000000"/>
              </w:rPr>
              <w:t>KLJUČNI LIKOVNI POJMI</w:t>
            </w:r>
          </w:p>
          <w:p w14:paraId="72D37B7F"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izbor, razstavna oznaka, postavitev, gledalec, likovna mapa, napredek</w:t>
            </w:r>
          </w:p>
          <w:p w14:paraId="3635A881" w14:textId="77777777" w:rsidR="00080BF0" w:rsidRDefault="00000000">
            <w:pPr>
              <w:spacing w:after="20" w:line="245" w:lineRule="auto"/>
            </w:pPr>
            <w:r>
              <w:rPr>
                <w:b/>
                <w:color w:val="000000"/>
                <w:sz w:val="17"/>
              </w:rPr>
              <w:t>DOKAZI O UČENJU</w:t>
            </w:r>
          </w:p>
          <w:p w14:paraId="438E2FF5" w14:textId="77777777" w:rsidR="00080BF0" w:rsidRDefault="00000000">
            <w:pPr>
              <w:pStyle w:val="Oznaenseznam"/>
              <w:spacing w:after="9"/>
            </w:pPr>
            <w:r>
              <w:rPr>
                <w:color w:val="000000"/>
                <w:sz w:val="15"/>
              </w:rPr>
              <w:t>likovni proces in izdelek, fotografija faze, učenčeva razlaga ter samovrednotenje v mapi.</w:t>
            </w:r>
          </w:p>
          <w:p w14:paraId="40D2B4B4" w14:textId="77777777" w:rsidR="00080BF0" w:rsidRDefault="00000000">
            <w:pPr>
              <w:spacing w:before="40" w:after="20" w:line="245" w:lineRule="auto"/>
            </w:pPr>
            <w:r>
              <w:rPr>
                <w:b/>
                <w:color w:val="000000"/>
                <w:sz w:val="17"/>
              </w:rPr>
              <w:t>LIKOVNO DOŽIVETJE IN IZKUŠENJSKI POUK</w:t>
            </w:r>
          </w:p>
          <w:p w14:paraId="6E6B2A0A"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2038BADE" w14:textId="77777777" w:rsidR="00080BF0" w:rsidRDefault="00000000">
            <w:pPr>
              <w:spacing w:after="20" w:line="245" w:lineRule="auto"/>
            </w:pPr>
            <w:r>
              <w:rPr>
                <w:b/>
                <w:color w:val="000000"/>
                <w:sz w:val="17"/>
              </w:rPr>
              <w:t>POUČEVANJE V GIBANJU</w:t>
            </w:r>
          </w:p>
          <w:p w14:paraId="3B65AC97"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469B03CF" w14:textId="77777777" w:rsidR="00080BF0" w:rsidRDefault="00000000">
            <w:pPr>
              <w:spacing w:after="20" w:line="245" w:lineRule="auto"/>
            </w:pPr>
            <w:r>
              <w:rPr>
                <w:b/>
                <w:color w:val="000000"/>
                <w:sz w:val="17"/>
              </w:rPr>
              <w:t>DELO PO POSTAJAH</w:t>
            </w:r>
          </w:p>
          <w:p w14:paraId="43EDE5B4"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18920B80" w14:textId="77777777" w:rsidR="00080BF0" w:rsidRDefault="00000000">
            <w:pPr>
              <w:spacing w:after="9" w:line="245" w:lineRule="auto"/>
            </w:pPr>
            <w:r>
              <w:rPr>
                <w:color w:val="000000"/>
                <w:sz w:val="14"/>
              </w:rPr>
              <w:t>1. Izbirna: iz mape izberem delo po dogovorjenem merilu in svojo odločitev utemeljim.</w:t>
            </w:r>
          </w:p>
          <w:p w14:paraId="35CFF090" w14:textId="77777777" w:rsidR="00080BF0" w:rsidRDefault="00000000">
            <w:pPr>
              <w:spacing w:after="9" w:line="245" w:lineRule="auto"/>
            </w:pPr>
            <w:r>
              <w:rPr>
                <w:color w:val="000000"/>
                <w:sz w:val="14"/>
              </w:rPr>
              <w:t>2. Kuratorska: preizkusim razporeditev, višino, zaporedje in razdaljo med deli ter varno uredim postavitev.</w:t>
            </w:r>
          </w:p>
          <w:p w14:paraId="054C8D99" w14:textId="77777777" w:rsidR="00080BF0" w:rsidRDefault="00000000">
            <w:pPr>
              <w:spacing w:after="9" w:line="245" w:lineRule="auto"/>
            </w:pPr>
            <w:r>
              <w:rPr>
                <w:color w:val="000000"/>
                <w:sz w:val="14"/>
              </w:rPr>
              <w:t>3. Označevalna: izdelam naslov, simbol ali kratko oznako, ki gledalcu pomaga razumeti delo.</w:t>
            </w:r>
          </w:p>
          <w:p w14:paraId="64E0CC6B" w14:textId="77777777" w:rsidR="00080BF0" w:rsidRDefault="00000000">
            <w:pPr>
              <w:spacing w:after="9" w:line="245" w:lineRule="auto"/>
            </w:pPr>
            <w:r>
              <w:rPr>
                <w:color w:val="000000"/>
                <w:sz w:val="14"/>
              </w:rPr>
              <w:t>4. Galerijska: prevzamem vlogo avtorja, vodnika ali obiskovalca, podam opisni odziv in določim naslednji korak.</w:t>
            </w:r>
          </w:p>
          <w:p w14:paraId="1F0F1AA9" w14:textId="77777777" w:rsidR="00080BF0" w:rsidRDefault="00000000">
            <w:pPr>
              <w:spacing w:after="20" w:line="245" w:lineRule="auto"/>
            </w:pPr>
            <w:r>
              <w:rPr>
                <w:b/>
                <w:color w:val="000000"/>
                <w:sz w:val="17"/>
              </w:rPr>
              <w:t>DIFERENCIACIJA IN VKLJUČEVANJE</w:t>
            </w:r>
          </w:p>
          <w:p w14:paraId="217E8D8D"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0F0930FE" w14:textId="77777777" w:rsidR="00080BF0" w:rsidRDefault="00000000">
            <w:pPr>
              <w:spacing w:after="20" w:line="245" w:lineRule="auto"/>
            </w:pPr>
            <w:r>
              <w:rPr>
                <w:b/>
                <w:color w:val="000000"/>
                <w:sz w:val="17"/>
              </w:rPr>
              <w:t>SPREMLJANJE</w:t>
            </w:r>
          </w:p>
          <w:p w14:paraId="6EA940C9"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6E2747EB"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507C1B6" w14:textId="77777777">
              <w:trPr>
                <w:jc w:val="center"/>
              </w:trPr>
              <w:tc>
                <w:tcPr>
                  <w:tcW w:w="7087" w:type="dxa"/>
                  <w:shd w:val="clear" w:color="auto" w:fill="C6E7F3"/>
                  <w:tcMar>
                    <w:top w:w="45" w:type="dxa"/>
                    <w:left w:w="70" w:type="dxa"/>
                    <w:bottom w:w="45" w:type="dxa"/>
                    <w:right w:w="70" w:type="dxa"/>
                  </w:tcMar>
                </w:tcPr>
                <w:p w14:paraId="73FEE799" w14:textId="77777777" w:rsidR="00080BF0" w:rsidRDefault="00000000">
                  <w:pPr>
                    <w:keepNext/>
                  </w:pPr>
                  <w:r>
                    <w:rPr>
                      <w:b/>
                      <w:color w:val="000000"/>
                      <w:sz w:val="17"/>
                    </w:rPr>
                    <w:t>GLAVNI DEL – OPAZOVANJE, MATERIALNI PREIZKUS, USTVARJANJE IN GALERIJA (1 šolska ura)</w:t>
                  </w:r>
                </w:p>
              </w:tc>
            </w:tr>
          </w:tbl>
          <w:p w14:paraId="659F1099" w14:textId="77777777" w:rsidR="00080BF0" w:rsidRDefault="00080BF0">
            <w:pPr>
              <w:spacing w:line="20" w:lineRule="exact"/>
            </w:pPr>
          </w:p>
          <w:p w14:paraId="224CA13D" w14:textId="77777777" w:rsidR="00080BF0" w:rsidRDefault="00000000">
            <w:pPr>
              <w:keepNext/>
              <w:spacing w:before="22" w:after="8" w:line="245" w:lineRule="auto"/>
            </w:pPr>
            <w:r>
              <w:rPr>
                <w:b/>
                <w:color w:val="000000"/>
                <w:sz w:val="16"/>
              </w:rPr>
              <w:t>1. URA – Razstava – Ustvarjam, predstavim, izboljšam</w:t>
            </w:r>
          </w:p>
          <w:p w14:paraId="70D26AF6"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»RAZSTAVA«; postavlja vprašanja o nameri, nudi tehnično oporo in omogoči izboljšavo. Zaključek 10': 10' – Izvede tiho galerijo; modelira odziv »Opazim … / Učinkuje … / Lahko poskusiš …« ter vodi pospravljanje.</w:t>
            </w:r>
          </w:p>
          <w:p w14:paraId="535E5C59"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66099B45"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4133B0BC" w14:textId="77777777">
              <w:trPr>
                <w:jc w:val="center"/>
              </w:trPr>
              <w:tc>
                <w:tcPr>
                  <w:tcW w:w="7087" w:type="dxa"/>
                  <w:shd w:val="clear" w:color="auto" w:fill="EDC9EA"/>
                  <w:tcMar>
                    <w:top w:w="45" w:type="dxa"/>
                    <w:left w:w="70" w:type="dxa"/>
                    <w:bottom w:w="45" w:type="dxa"/>
                    <w:right w:w="70" w:type="dxa"/>
                  </w:tcMar>
                </w:tcPr>
                <w:p w14:paraId="19969736" w14:textId="77777777" w:rsidR="00080BF0" w:rsidRDefault="00000000">
                  <w:pPr>
                    <w:keepNext/>
                  </w:pPr>
                  <w:r>
                    <w:rPr>
                      <w:b/>
                      <w:color w:val="000000"/>
                      <w:sz w:val="17"/>
                    </w:rPr>
                    <w:t>ORGANIZACIJA POSTAJ IN PREHODOV</w:t>
                  </w:r>
                </w:p>
              </w:tc>
            </w:tr>
          </w:tbl>
          <w:p w14:paraId="770FE606" w14:textId="77777777" w:rsidR="00080BF0" w:rsidRDefault="00080BF0"/>
          <w:p w14:paraId="37F86A31" w14:textId="77777777" w:rsidR="00080BF0" w:rsidRDefault="00000000">
            <w:pPr>
              <w:spacing w:before="8" w:after="8" w:line="245" w:lineRule="auto"/>
            </w:pPr>
            <w:r>
              <w:rPr>
                <w:color w:val="000000"/>
                <w:sz w:val="14"/>
              </w:rPr>
              <w:t>Postaja 1: Izbirna: iz mape izberem delo po dogovorjenem merilu in svojo odločitev utemeljim.</w:t>
            </w:r>
          </w:p>
          <w:p w14:paraId="500EB6F0" w14:textId="77777777" w:rsidR="00080BF0" w:rsidRDefault="00000000">
            <w:pPr>
              <w:spacing w:before="8" w:after="8" w:line="245" w:lineRule="auto"/>
            </w:pPr>
            <w:r>
              <w:rPr>
                <w:color w:val="000000"/>
                <w:sz w:val="14"/>
              </w:rPr>
              <w:t>Postaja 2: Kuratorska: preizkusim razporeditev, višino, zaporedje in razdaljo med deli ter varno uredim postavitev.</w:t>
            </w:r>
          </w:p>
          <w:p w14:paraId="5F8CE68F" w14:textId="77777777" w:rsidR="00080BF0" w:rsidRDefault="00000000">
            <w:pPr>
              <w:spacing w:before="8" w:after="8" w:line="245" w:lineRule="auto"/>
            </w:pPr>
            <w:r>
              <w:rPr>
                <w:color w:val="000000"/>
                <w:sz w:val="14"/>
              </w:rPr>
              <w:t>Postaja 3: Označevalna: izdelam naslov, simbol ali kratko oznako, ki gledalcu pomaga razumeti delo.</w:t>
            </w:r>
          </w:p>
          <w:p w14:paraId="3B75DFD4" w14:textId="77777777" w:rsidR="00080BF0" w:rsidRDefault="00000000">
            <w:pPr>
              <w:spacing w:before="8" w:after="8" w:line="245" w:lineRule="auto"/>
            </w:pPr>
            <w:r>
              <w:rPr>
                <w:color w:val="000000"/>
                <w:sz w:val="14"/>
              </w:rPr>
              <w:t>Postaja 4: Galerijska: prevzamem vlogo avtorja, vodnika ali obiskovalca, podam opisni odziv in določim naslednji korak.</w:t>
            </w:r>
          </w:p>
          <w:p w14:paraId="3418A6BA"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30C0F7D3" w14:textId="77777777" w:rsidR="00080BF0" w:rsidRDefault="00080BF0"/>
          <w:p w14:paraId="75F033B7" w14:textId="77777777" w:rsidR="00080BF0" w:rsidRDefault="00000000">
            <w:pPr>
              <w:spacing w:after="6" w:line="245" w:lineRule="auto"/>
            </w:pPr>
            <w:r>
              <w:rPr>
                <w:b/>
                <w:color w:val="000000"/>
                <w:sz w:val="15"/>
              </w:rPr>
              <w:t>1. URA – Razstava – Ustvarjam, predstavim, izboljšam</w:t>
            </w:r>
          </w:p>
          <w:p w14:paraId="1AFCDA0F"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71463E8C" w14:textId="77777777" w:rsidR="00080BF0" w:rsidRDefault="00000000">
            <w:pPr>
              <w:spacing w:after="20" w:line="245" w:lineRule="auto"/>
            </w:pPr>
            <w:r>
              <w:rPr>
                <w:color w:val="D95BC6"/>
                <w:sz w:val="14"/>
              </w:rPr>
              <w:t>Dokaz: likovni proces in izdelek, fotografija faze, učenčeva razlaga ter samovrednotenje v mapi.</w:t>
            </w:r>
          </w:p>
          <w:p w14:paraId="2EDA7D8B" w14:textId="77777777" w:rsidR="00080BF0" w:rsidRDefault="00000000">
            <w:pPr>
              <w:spacing w:before="40" w:after="20" w:line="245" w:lineRule="auto"/>
            </w:pPr>
            <w:r>
              <w:rPr>
                <w:b/>
                <w:color w:val="D95BC6"/>
                <w:sz w:val="16"/>
              </w:rPr>
              <w:t>MOJ KROG POSTAJ</w:t>
            </w:r>
          </w:p>
          <w:p w14:paraId="0F0EFA91" w14:textId="77777777" w:rsidR="00080BF0" w:rsidRDefault="00000000">
            <w:pPr>
              <w:spacing w:after="11" w:line="245" w:lineRule="auto"/>
            </w:pPr>
            <w:r>
              <w:rPr>
                <w:color w:val="000000"/>
                <w:sz w:val="13"/>
              </w:rPr>
              <w:t>1. Izbirna: iz mape izberem delo po dogovorjenem merilu in svojo odločitev utemeljim.</w:t>
            </w:r>
          </w:p>
          <w:p w14:paraId="4CAF4193" w14:textId="77777777" w:rsidR="00080BF0" w:rsidRDefault="00000000">
            <w:pPr>
              <w:spacing w:after="11" w:line="245" w:lineRule="auto"/>
            </w:pPr>
            <w:r>
              <w:rPr>
                <w:color w:val="000000"/>
                <w:sz w:val="13"/>
              </w:rPr>
              <w:t>2. Kuratorska: preizkusim razporeditev, višino, zaporedje in razdaljo med deli ter varno uredim.</w:t>
            </w:r>
          </w:p>
          <w:p w14:paraId="7A738761" w14:textId="77777777" w:rsidR="00080BF0" w:rsidRDefault="00000000">
            <w:pPr>
              <w:spacing w:after="11" w:line="245" w:lineRule="auto"/>
            </w:pPr>
            <w:r>
              <w:rPr>
                <w:color w:val="000000"/>
                <w:sz w:val="13"/>
              </w:rPr>
              <w:t>3. Označevalna: izdelam naslov, simbol ali kratko oznako, ki gledalcu pomaga razumeti delo.</w:t>
            </w:r>
          </w:p>
          <w:p w14:paraId="3D1D926B" w14:textId="77777777" w:rsidR="00080BF0" w:rsidRDefault="00000000">
            <w:pPr>
              <w:spacing w:after="11" w:line="245" w:lineRule="auto"/>
            </w:pPr>
            <w:r>
              <w:rPr>
                <w:color w:val="000000"/>
                <w:sz w:val="13"/>
              </w:rPr>
              <w:t>4. Galerijska: prevzamem vlogo avtorja, vodnika ali obiskovalca.</w:t>
            </w:r>
          </w:p>
          <w:p w14:paraId="3286E837"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7C875B8C" w14:textId="77777777" w:rsidR="00080BF0" w:rsidRDefault="00000000">
            <w:pPr>
              <w:spacing w:after="20" w:line="245" w:lineRule="auto"/>
            </w:pPr>
            <w:r>
              <w:rPr>
                <w:b/>
                <w:color w:val="D95BC6"/>
                <w:sz w:val="17"/>
              </w:rPr>
              <w:t>DOKAZ O UČENJU</w:t>
            </w:r>
          </w:p>
          <w:p w14:paraId="6FCFF454"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1DC92F1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154E628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A205CDF"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697B6D8" w14:textId="77777777" w:rsidR="00080BF0" w:rsidRDefault="00000000">
            <w:pPr>
              <w:jc w:val="center"/>
            </w:pPr>
            <w:r>
              <w:rPr>
                <w:b/>
                <w:color w:val="000000"/>
                <w:sz w:val="20"/>
              </w:rPr>
              <w:t>UČNE DEJAVNOSTI, METODE IN FORMATIVNO SPREMLJANJE</w:t>
            </w:r>
          </w:p>
        </w:tc>
      </w:tr>
      <w:tr w:rsidR="00080BF0" w14:paraId="1BCBAF58" w14:textId="77777777">
        <w:trPr>
          <w:tblHeader/>
          <w:jc w:val="center"/>
        </w:trPr>
        <w:tc>
          <w:tcPr>
            <w:tcW w:w="4422" w:type="dxa"/>
            <w:vMerge/>
            <w:tcMar>
              <w:top w:w="70" w:type="dxa"/>
              <w:left w:w="90" w:type="dxa"/>
              <w:bottom w:w="70" w:type="dxa"/>
              <w:right w:w="90" w:type="dxa"/>
            </w:tcMar>
            <w:vAlign w:val="center"/>
          </w:tcPr>
          <w:p w14:paraId="7B26714A" w14:textId="77777777" w:rsidR="00080BF0" w:rsidRDefault="00080BF0"/>
        </w:tc>
        <w:tc>
          <w:tcPr>
            <w:tcW w:w="7087" w:type="dxa"/>
            <w:shd w:val="clear" w:color="auto" w:fill="FFFFFF"/>
            <w:tcMar>
              <w:top w:w="70" w:type="dxa"/>
              <w:left w:w="90" w:type="dxa"/>
              <w:bottom w:w="70" w:type="dxa"/>
              <w:right w:w="90" w:type="dxa"/>
            </w:tcMar>
            <w:vAlign w:val="center"/>
          </w:tcPr>
          <w:p w14:paraId="0CD51015"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4D6B431" w14:textId="77777777" w:rsidR="00080BF0" w:rsidRDefault="00000000">
            <w:pPr>
              <w:jc w:val="center"/>
            </w:pPr>
            <w:r>
              <w:rPr>
                <w:b/>
                <w:color w:val="000000"/>
              </w:rPr>
              <w:t>UČENEC</w:t>
            </w:r>
          </w:p>
        </w:tc>
      </w:tr>
      <w:tr w:rsidR="00080BF0" w14:paraId="699B6863" w14:textId="77777777">
        <w:trPr>
          <w:jc w:val="center"/>
        </w:trPr>
        <w:tc>
          <w:tcPr>
            <w:tcW w:w="4422" w:type="dxa"/>
            <w:tcMar>
              <w:top w:w="70" w:type="dxa"/>
              <w:left w:w="90" w:type="dxa"/>
              <w:bottom w:w="70" w:type="dxa"/>
              <w:right w:w="90" w:type="dxa"/>
            </w:tcMar>
          </w:tcPr>
          <w:p w14:paraId="701279E3" w14:textId="77777777" w:rsidR="00080BF0" w:rsidRDefault="00080BF0"/>
          <w:p w14:paraId="0FDAFF24" w14:textId="77777777" w:rsidR="00080BF0" w:rsidRDefault="00000000">
            <w:pPr>
              <w:spacing w:after="40" w:line="245" w:lineRule="auto"/>
            </w:pPr>
            <w:r>
              <w:rPr>
                <w:b/>
                <w:color w:val="000000"/>
              </w:rPr>
              <w:t>FORMATIVNO SPREMLJANJE</w:t>
            </w:r>
          </w:p>
          <w:p w14:paraId="5F7ABD5A" w14:textId="77777777" w:rsidR="00080BF0" w:rsidRDefault="00000000">
            <w:pPr>
              <w:pStyle w:val="Oznaenseznam"/>
              <w:spacing w:after="16"/>
            </w:pPr>
            <w:r>
              <w:rPr>
                <w:color w:val="000000"/>
                <w:sz w:val="15"/>
              </w:rPr>
              <w:t>predznanje: opažanje, gibalna ponazoritev, izbira kartice, razvrstitev materialov, poskusna sled ali skica</w:t>
            </w:r>
          </w:p>
          <w:p w14:paraId="02BF0528"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753592BD"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234B5A3F" w14:textId="77777777" w:rsidR="00080BF0" w:rsidRDefault="00000000">
            <w:pPr>
              <w:pStyle w:val="Oznaenseznam"/>
              <w:spacing w:after="16"/>
            </w:pPr>
            <w:r>
              <w:rPr>
                <w:color w:val="000000"/>
                <w:sz w:val="15"/>
              </w:rPr>
              <w:t>povratna informacija: opis vidne likovne odločitve, povezava z enim merilom in izvedljiv naslednji korak</w:t>
            </w:r>
          </w:p>
          <w:p w14:paraId="1CD1D790" w14:textId="77777777" w:rsidR="00080BF0" w:rsidRDefault="00000000">
            <w:pPr>
              <w:pStyle w:val="Oznaenseznam"/>
              <w:spacing w:after="16"/>
            </w:pPr>
            <w:r>
              <w:rPr>
                <w:color w:val="000000"/>
                <w:sz w:val="15"/>
              </w:rPr>
              <w:t>samovrednotenje: likovni semafor, lestvica samostojnosti, izbran dokaz, galerijski odziv in izboljšava</w:t>
            </w:r>
          </w:p>
          <w:p w14:paraId="39477D63" w14:textId="77777777" w:rsidR="00080BF0" w:rsidRDefault="00000000">
            <w:pPr>
              <w:spacing w:before="40" w:after="20" w:line="245" w:lineRule="auto"/>
            </w:pPr>
            <w:r>
              <w:rPr>
                <w:b/>
                <w:color w:val="000000"/>
                <w:sz w:val="17"/>
              </w:rPr>
              <w:t>VARNOST, HIGIENA IN UREDITEV PROSTORA</w:t>
            </w:r>
          </w:p>
          <w:p w14:paraId="06A22326"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Razstavljanje poteka na dosegljivi višini; učenci ne plezajo na pohištvo in ne zakrivajo prehodov.</w:t>
            </w:r>
          </w:p>
          <w:p w14:paraId="152B16AA" w14:textId="77777777" w:rsidR="00080BF0" w:rsidRDefault="00000000">
            <w:pPr>
              <w:spacing w:after="20" w:line="245" w:lineRule="auto"/>
            </w:pPr>
            <w:r>
              <w:rPr>
                <w:b/>
                <w:color w:val="000000"/>
                <w:sz w:val="17"/>
              </w:rPr>
              <w:t>EVIDENCA PO IZVEDBI</w:t>
            </w:r>
          </w:p>
          <w:p w14:paraId="31113187"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7BA5E39A" w14:textId="77777777" w:rsidR="00080BF0" w:rsidRDefault="00000000">
            <w:pPr>
              <w:spacing w:before="40" w:after="20" w:line="245" w:lineRule="auto"/>
            </w:pPr>
            <w:r>
              <w:rPr>
                <w:b/>
                <w:color w:val="000000"/>
                <w:sz w:val="17"/>
              </w:rPr>
              <w:t>RAVEN DOSEGANJA</w:t>
            </w:r>
          </w:p>
          <w:p w14:paraId="261989CD"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3CC844E1"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49D6996" w14:textId="77777777">
              <w:trPr>
                <w:jc w:val="center"/>
              </w:trPr>
              <w:tc>
                <w:tcPr>
                  <w:tcW w:w="7087" w:type="dxa"/>
                  <w:shd w:val="clear" w:color="auto" w:fill="EDC9EA"/>
                  <w:tcMar>
                    <w:top w:w="45" w:type="dxa"/>
                    <w:left w:w="70" w:type="dxa"/>
                    <w:bottom w:w="45" w:type="dxa"/>
                    <w:right w:w="70" w:type="dxa"/>
                  </w:tcMar>
                </w:tcPr>
                <w:p w14:paraId="6A07498C" w14:textId="77777777" w:rsidR="00080BF0" w:rsidRDefault="00000000">
                  <w:pPr>
                    <w:keepNext/>
                  </w:pPr>
                  <w:r>
                    <w:rPr>
                      <w:b/>
                      <w:color w:val="000000"/>
                    </w:rPr>
                    <w:t>VPRAŠANJA V PODPORO LIKOVNEMU UČENJU</w:t>
                  </w:r>
                </w:p>
              </w:tc>
            </w:tr>
          </w:tbl>
          <w:p w14:paraId="15E85E49" w14:textId="77777777" w:rsidR="00080BF0" w:rsidRDefault="00080BF0">
            <w:pPr>
              <w:spacing w:line="20" w:lineRule="exact"/>
            </w:pPr>
          </w:p>
          <w:p w14:paraId="0E75D23E" w14:textId="77777777" w:rsidR="00080BF0" w:rsidRDefault="00000000">
            <w:pPr>
              <w:pStyle w:val="Oznaenseznam"/>
              <w:spacing w:after="16"/>
            </w:pPr>
            <w:r>
              <w:rPr>
                <w:color w:val="000000"/>
                <w:sz w:val="16"/>
              </w:rPr>
              <w:t>Kaj si najprej opazil/-a in katera likovna prvina je zate najpomembnejša?</w:t>
            </w:r>
          </w:p>
          <w:p w14:paraId="590F3F15" w14:textId="77777777" w:rsidR="00080BF0" w:rsidRDefault="00000000">
            <w:pPr>
              <w:pStyle w:val="Oznaenseznam"/>
              <w:spacing w:after="16"/>
            </w:pPr>
            <w:r>
              <w:rPr>
                <w:color w:val="000000"/>
                <w:sz w:val="16"/>
              </w:rPr>
              <w:t>Kako je material ali postopek vplival na črto, barvo, obliko, površino, prostor oziroma delovanje izdelka?</w:t>
            </w:r>
          </w:p>
          <w:p w14:paraId="38F3E910" w14:textId="77777777" w:rsidR="00080BF0" w:rsidRDefault="00000000">
            <w:pPr>
              <w:pStyle w:val="Oznaenseznam"/>
              <w:spacing w:after="16"/>
            </w:pPr>
            <w:r>
              <w:rPr>
                <w:color w:val="000000"/>
                <w:sz w:val="16"/>
              </w:rPr>
              <w:t>Katero možnost si preizkusil/-a, zakaj si jo izbral/-a in kaj si ob poskusu spremenil/-a?</w:t>
            </w:r>
          </w:p>
          <w:p w14:paraId="0040DBE4" w14:textId="77777777" w:rsidR="00080BF0" w:rsidRDefault="00000000">
            <w:pPr>
              <w:pStyle w:val="Oznaenseznam"/>
              <w:spacing w:after="16"/>
            </w:pPr>
            <w:r>
              <w:rPr>
                <w:color w:val="000000"/>
                <w:sz w:val="16"/>
              </w:rPr>
              <w:t>Kateri del tvojega procesa ali izdelka najjasneje pokaže dogovorjeno merilo?</w:t>
            </w:r>
          </w:p>
          <w:p w14:paraId="53405B78"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51D89186" w14:textId="77777777">
              <w:trPr>
                <w:jc w:val="center"/>
              </w:trPr>
              <w:tc>
                <w:tcPr>
                  <w:tcW w:w="7087" w:type="dxa"/>
                  <w:shd w:val="clear" w:color="auto" w:fill="C6E7F3"/>
                  <w:tcMar>
                    <w:top w:w="45" w:type="dxa"/>
                    <w:left w:w="70" w:type="dxa"/>
                    <w:bottom w:w="45" w:type="dxa"/>
                    <w:right w:w="70" w:type="dxa"/>
                  </w:tcMar>
                </w:tcPr>
                <w:p w14:paraId="6701F9C9" w14:textId="77777777" w:rsidR="00080BF0" w:rsidRDefault="00000000">
                  <w:pPr>
                    <w:keepNext/>
                  </w:pPr>
                  <w:r>
                    <w:rPr>
                      <w:b/>
                      <w:color w:val="000000"/>
                    </w:rPr>
                    <w:t>ZAKLJUČNI DEL – TIHA GALERIJA, RAZLAGA IN REFLEKSIJA (8–12 min)</w:t>
                  </w:r>
                </w:p>
              </w:tc>
            </w:tr>
          </w:tbl>
          <w:p w14:paraId="7C53A508" w14:textId="77777777" w:rsidR="00080BF0" w:rsidRDefault="00080BF0">
            <w:pPr>
              <w:spacing w:line="20" w:lineRule="exact"/>
            </w:pPr>
          </w:p>
          <w:p w14:paraId="2FEF1E91"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22CCD6D2" w14:textId="77777777">
              <w:trPr>
                <w:jc w:val="center"/>
              </w:trPr>
              <w:tc>
                <w:tcPr>
                  <w:tcW w:w="7087" w:type="dxa"/>
                  <w:shd w:val="clear" w:color="auto" w:fill="EDC9EA"/>
                  <w:tcMar>
                    <w:top w:w="45" w:type="dxa"/>
                    <w:left w:w="70" w:type="dxa"/>
                    <w:bottom w:w="45" w:type="dxa"/>
                    <w:right w:w="70" w:type="dxa"/>
                  </w:tcMar>
                </w:tcPr>
                <w:p w14:paraId="0374617E" w14:textId="77777777" w:rsidR="00080BF0" w:rsidRDefault="00000000">
                  <w:pPr>
                    <w:keepNext/>
                  </w:pPr>
                  <w:r>
                    <w:rPr>
                      <w:b/>
                      <w:color w:val="000000"/>
                    </w:rPr>
                    <w:t>SAMOVREDNOTENJE</w:t>
                  </w:r>
                </w:p>
              </w:tc>
            </w:tr>
          </w:tbl>
          <w:p w14:paraId="275A0B09" w14:textId="77777777" w:rsidR="00080BF0" w:rsidRDefault="00080BF0">
            <w:pPr>
              <w:spacing w:line="20" w:lineRule="exact"/>
            </w:pPr>
          </w:p>
          <w:p w14:paraId="44661C74"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6E770674" w14:textId="77777777">
              <w:trPr>
                <w:jc w:val="center"/>
              </w:trPr>
              <w:tc>
                <w:tcPr>
                  <w:tcW w:w="7087" w:type="dxa"/>
                  <w:shd w:val="clear" w:color="auto" w:fill="EDC9EA"/>
                  <w:tcMar>
                    <w:top w:w="45" w:type="dxa"/>
                    <w:left w:w="70" w:type="dxa"/>
                    <w:bottom w:w="45" w:type="dxa"/>
                    <w:right w:w="70" w:type="dxa"/>
                  </w:tcMar>
                </w:tcPr>
                <w:p w14:paraId="1C5E7339" w14:textId="77777777" w:rsidR="00080BF0" w:rsidRDefault="00000000">
                  <w:pPr>
                    <w:keepNext/>
                  </w:pPr>
                  <w:r>
                    <w:rPr>
                      <w:b/>
                      <w:color w:val="000000"/>
                    </w:rPr>
                    <w:t>VRSTNIŠKO VREDNOTENJE</w:t>
                  </w:r>
                </w:p>
              </w:tc>
            </w:tr>
          </w:tbl>
          <w:p w14:paraId="673F8B8C" w14:textId="77777777" w:rsidR="00080BF0" w:rsidRDefault="00080BF0">
            <w:pPr>
              <w:spacing w:line="20" w:lineRule="exact"/>
            </w:pPr>
          </w:p>
          <w:p w14:paraId="0BD959FF"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36EA2A3C" w14:textId="77777777">
              <w:trPr>
                <w:jc w:val="center"/>
              </w:trPr>
              <w:tc>
                <w:tcPr>
                  <w:tcW w:w="7087" w:type="dxa"/>
                  <w:shd w:val="clear" w:color="auto" w:fill="EDC9EA"/>
                  <w:tcMar>
                    <w:top w:w="45" w:type="dxa"/>
                    <w:left w:w="70" w:type="dxa"/>
                    <w:bottom w:w="45" w:type="dxa"/>
                    <w:right w:w="70" w:type="dxa"/>
                  </w:tcMar>
                </w:tcPr>
                <w:p w14:paraId="2C5E40D6" w14:textId="77777777" w:rsidR="00080BF0" w:rsidRDefault="00000000">
                  <w:pPr>
                    <w:keepNext/>
                  </w:pPr>
                  <w:r>
                    <w:rPr>
                      <w:b/>
                      <w:color w:val="000000"/>
                    </w:rPr>
                    <w:t>SKUPNI POVZETEK</w:t>
                  </w:r>
                </w:p>
              </w:tc>
            </w:tr>
          </w:tbl>
          <w:p w14:paraId="50630721" w14:textId="77777777" w:rsidR="00080BF0" w:rsidRDefault="00080BF0"/>
          <w:p w14:paraId="021553D6" w14:textId="77777777" w:rsidR="00080BF0" w:rsidRDefault="00000000">
            <w:pPr>
              <w:spacing w:before="20" w:after="40" w:line="245" w:lineRule="auto"/>
            </w:pPr>
            <w:r>
              <w:rPr>
                <w:b/>
                <w:color w:val="000000"/>
                <w:sz w:val="16"/>
              </w:rPr>
              <w:t>izberem izdelek; povem, kaj je izboljšal; sodelujem pri postavitvi. Izbrani dokaz pojasnim in po povratni informaciji izboljšam.</w:t>
            </w:r>
          </w:p>
        </w:tc>
        <w:tc>
          <w:tcPr>
            <w:tcW w:w="2551" w:type="dxa"/>
            <w:tcMar>
              <w:top w:w="70" w:type="dxa"/>
              <w:left w:w="90" w:type="dxa"/>
              <w:bottom w:w="70" w:type="dxa"/>
              <w:right w:w="90" w:type="dxa"/>
            </w:tcMar>
          </w:tcPr>
          <w:p w14:paraId="073DD9DD" w14:textId="77777777" w:rsidR="00080BF0" w:rsidRDefault="00080BF0"/>
          <w:p w14:paraId="6ADBB1B3" w14:textId="77777777" w:rsidR="00080BF0" w:rsidRDefault="00000000">
            <w:pPr>
              <w:spacing w:after="80" w:line="245" w:lineRule="auto"/>
            </w:pPr>
            <w:r>
              <w:rPr>
                <w:color w:val="000000"/>
                <w:sz w:val="15"/>
              </w:rPr>
              <w:t>Odgovarja na podporna vprašanja in se sklicuje na opaženo, preizkušeno, ustvarjeno ali razstavljeno.</w:t>
            </w:r>
          </w:p>
          <w:p w14:paraId="093D1CA1" w14:textId="77777777" w:rsidR="00080BF0" w:rsidRDefault="00000000">
            <w:pPr>
              <w:spacing w:after="80" w:line="245" w:lineRule="auto"/>
            </w:pPr>
            <w:r>
              <w:rPr>
                <w:color w:val="000000"/>
                <w:sz w:val="15"/>
              </w:rPr>
              <w:t>Predstavi izbrani procesni ali izdelkovni dokaz ter pove, katero merilo z njim pokaže.</w:t>
            </w:r>
          </w:p>
          <w:p w14:paraId="087FF361" w14:textId="77777777" w:rsidR="00080BF0" w:rsidRDefault="00000000">
            <w:pPr>
              <w:spacing w:after="80" w:line="245" w:lineRule="auto"/>
            </w:pPr>
            <w:r>
              <w:rPr>
                <w:color w:val="000000"/>
                <w:sz w:val="15"/>
              </w:rPr>
              <w:t>Tiho opazuje vrstnikovo delo, opiše eno konkretno likovno rešitev in poda prijazen predlog.</w:t>
            </w:r>
          </w:p>
          <w:p w14:paraId="2FA88E21" w14:textId="77777777" w:rsidR="00080BF0" w:rsidRDefault="00000000">
            <w:pPr>
              <w:spacing w:after="80" w:line="245" w:lineRule="auto"/>
            </w:pPr>
            <w:r>
              <w:rPr>
                <w:color w:val="000000"/>
                <w:sz w:val="15"/>
              </w:rPr>
              <w:t>Po povratni informaciji po želji ponovi poskus, spremeni podrobnost, izboljša spoj, razporeditev ali razlago.</w:t>
            </w:r>
          </w:p>
          <w:p w14:paraId="7061632C" w14:textId="77777777" w:rsidR="00080BF0" w:rsidRDefault="00000000">
            <w:pPr>
              <w:spacing w:after="100" w:line="245" w:lineRule="auto"/>
            </w:pPr>
            <w:r>
              <w:rPr>
                <w:color w:val="000000"/>
                <w:sz w:val="15"/>
              </w:rPr>
              <w:t>Izbere raven samostojnosti ter določi majhen in izvedljiv naslednji ustvarjalni korak.</w:t>
            </w:r>
          </w:p>
          <w:p w14:paraId="6326915C" w14:textId="77777777" w:rsidR="00080BF0" w:rsidRDefault="00000000">
            <w:pPr>
              <w:spacing w:after="20" w:line="245" w:lineRule="auto"/>
            </w:pPr>
            <w:r>
              <w:rPr>
                <w:b/>
                <w:color w:val="D95BC6"/>
                <w:sz w:val="17"/>
              </w:rPr>
              <w:t>DOKAZ O UČENJU</w:t>
            </w:r>
          </w:p>
          <w:p w14:paraId="59A3525C"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0A009D6C"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2F6B58BB" w14:textId="77777777">
        <w:trPr>
          <w:cantSplit/>
          <w:jc w:val="center"/>
        </w:trPr>
        <w:tc>
          <w:tcPr>
            <w:tcW w:w="14060" w:type="dxa"/>
            <w:gridSpan w:val="6"/>
            <w:tcMar>
              <w:top w:w="70" w:type="dxa"/>
              <w:left w:w="90" w:type="dxa"/>
              <w:bottom w:w="70" w:type="dxa"/>
              <w:right w:w="90" w:type="dxa"/>
            </w:tcMar>
            <w:vAlign w:val="center"/>
          </w:tcPr>
          <w:p w14:paraId="54A3EA96" w14:textId="77777777" w:rsidR="00080BF0" w:rsidRDefault="00000000">
            <w:pPr>
              <w:jc w:val="center"/>
            </w:pPr>
            <w:r>
              <w:rPr>
                <w:b/>
                <w:color w:val="000000"/>
                <w:sz w:val="24"/>
              </w:rPr>
              <w:lastRenderedPageBreak/>
              <w:t>UČNA PRIPRAVA 17/39</w:t>
            </w:r>
          </w:p>
        </w:tc>
      </w:tr>
      <w:tr w:rsidR="00080BF0" w14:paraId="06D81AEC" w14:textId="77777777">
        <w:trPr>
          <w:jc w:val="center"/>
        </w:trPr>
        <w:tc>
          <w:tcPr>
            <w:tcW w:w="2665" w:type="dxa"/>
            <w:tcMar>
              <w:top w:w="70" w:type="dxa"/>
              <w:left w:w="90" w:type="dxa"/>
              <w:bottom w:w="70" w:type="dxa"/>
              <w:right w:w="90" w:type="dxa"/>
            </w:tcMar>
            <w:vAlign w:val="center"/>
          </w:tcPr>
          <w:p w14:paraId="4437C86A"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B10531D"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2C5159C0"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7ECE8E6" w14:textId="77777777" w:rsidR="00080BF0" w:rsidRDefault="00000000">
            <w:r>
              <w:rPr>
                <w:b/>
                <w:color w:val="000000"/>
                <w:sz w:val="16"/>
              </w:rPr>
              <w:t xml:space="preserve">NAČRTOVANI TERMIN: </w:t>
            </w:r>
            <w:r>
              <w:rPr>
                <w:color w:val="000000"/>
                <w:sz w:val="16"/>
              </w:rPr>
              <w:t>17. teden • 4.–8. 1. 2027</w:t>
            </w:r>
          </w:p>
        </w:tc>
        <w:tc>
          <w:tcPr>
            <w:tcW w:w="2268" w:type="dxa"/>
            <w:tcMar>
              <w:top w:w="70" w:type="dxa"/>
              <w:left w:w="90" w:type="dxa"/>
              <w:bottom w:w="70" w:type="dxa"/>
              <w:right w:w="90" w:type="dxa"/>
            </w:tcMar>
            <w:vAlign w:val="center"/>
          </w:tcPr>
          <w:p w14:paraId="66AFAAB3"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C348B7C" w14:textId="77777777" w:rsidR="00080BF0" w:rsidRDefault="00000000">
            <w:r>
              <w:rPr>
                <w:b/>
                <w:color w:val="000000"/>
                <w:sz w:val="16"/>
              </w:rPr>
              <w:t xml:space="preserve">ŠTEVILO UR: </w:t>
            </w:r>
            <w:r>
              <w:rPr>
                <w:color w:val="000000"/>
                <w:sz w:val="16"/>
              </w:rPr>
              <w:t>2</w:t>
            </w:r>
          </w:p>
        </w:tc>
      </w:tr>
      <w:tr w:rsidR="00080BF0" w14:paraId="6EAA8364" w14:textId="77777777">
        <w:trPr>
          <w:jc w:val="center"/>
        </w:trPr>
        <w:tc>
          <w:tcPr>
            <w:tcW w:w="14061" w:type="dxa"/>
            <w:gridSpan w:val="6"/>
            <w:tcMar>
              <w:top w:w="70" w:type="dxa"/>
              <w:left w:w="90" w:type="dxa"/>
              <w:bottom w:w="70" w:type="dxa"/>
              <w:right w:w="90" w:type="dxa"/>
            </w:tcMar>
            <w:vAlign w:val="center"/>
          </w:tcPr>
          <w:p w14:paraId="2B8D816A"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1155D6CD" w14:textId="77777777">
        <w:trPr>
          <w:cantSplit/>
          <w:jc w:val="center"/>
        </w:trPr>
        <w:tc>
          <w:tcPr>
            <w:tcW w:w="14060" w:type="dxa"/>
            <w:gridSpan w:val="6"/>
            <w:tcMar>
              <w:top w:w="70" w:type="dxa"/>
              <w:left w:w="90" w:type="dxa"/>
              <w:bottom w:w="70" w:type="dxa"/>
              <w:right w:w="90" w:type="dxa"/>
            </w:tcMar>
            <w:vAlign w:val="center"/>
          </w:tcPr>
          <w:p w14:paraId="1E7F82E6" w14:textId="77777777" w:rsidR="00080BF0" w:rsidRDefault="00080BF0"/>
          <w:p w14:paraId="1CCD76DE" w14:textId="77777777" w:rsidR="00080BF0" w:rsidRDefault="00000000">
            <w:pPr>
              <w:spacing w:line="245" w:lineRule="auto"/>
            </w:pPr>
            <w:r>
              <w:rPr>
                <w:b/>
                <w:color w:val="000000"/>
                <w:sz w:val="15"/>
              </w:rPr>
              <w:t xml:space="preserve">UČNI SKLOP: </w:t>
            </w:r>
            <w:r>
              <w:rPr>
                <w:color w:val="000000"/>
                <w:sz w:val="15"/>
              </w:rPr>
              <w:t>ZIMA, SNOVI IN POJAVI</w:t>
            </w:r>
          </w:p>
        </w:tc>
      </w:tr>
      <w:tr w:rsidR="00080BF0" w14:paraId="56323C0D" w14:textId="77777777">
        <w:trPr>
          <w:cantSplit/>
          <w:jc w:val="center"/>
        </w:trPr>
        <w:tc>
          <w:tcPr>
            <w:tcW w:w="14060" w:type="dxa"/>
            <w:gridSpan w:val="6"/>
            <w:tcMar>
              <w:top w:w="70" w:type="dxa"/>
              <w:left w:w="90" w:type="dxa"/>
              <w:bottom w:w="70" w:type="dxa"/>
              <w:right w:w="90" w:type="dxa"/>
            </w:tcMar>
            <w:vAlign w:val="center"/>
          </w:tcPr>
          <w:p w14:paraId="251E3A23" w14:textId="77777777" w:rsidR="00080BF0" w:rsidRDefault="00080BF0"/>
          <w:p w14:paraId="13A90505" w14:textId="77777777" w:rsidR="00080BF0" w:rsidRDefault="00000000">
            <w:pPr>
              <w:spacing w:line="245" w:lineRule="auto"/>
            </w:pPr>
            <w:r>
              <w:rPr>
                <w:b/>
                <w:color w:val="000000"/>
                <w:sz w:val="15"/>
              </w:rPr>
              <w:t xml:space="preserve">UČNA TEMA: </w:t>
            </w:r>
            <w:r>
              <w:rPr>
                <w:color w:val="000000"/>
                <w:sz w:val="15"/>
              </w:rPr>
              <w:t>GRAFIKA</w:t>
            </w:r>
          </w:p>
        </w:tc>
      </w:tr>
      <w:tr w:rsidR="00080BF0" w14:paraId="2D89B2C3" w14:textId="77777777">
        <w:trPr>
          <w:cantSplit/>
          <w:jc w:val="center"/>
        </w:trPr>
        <w:tc>
          <w:tcPr>
            <w:tcW w:w="14060" w:type="dxa"/>
            <w:gridSpan w:val="6"/>
            <w:tcMar>
              <w:top w:w="70" w:type="dxa"/>
              <w:left w:w="90" w:type="dxa"/>
              <w:bottom w:w="70" w:type="dxa"/>
              <w:right w:w="90" w:type="dxa"/>
            </w:tcMar>
            <w:vAlign w:val="center"/>
          </w:tcPr>
          <w:p w14:paraId="60369124" w14:textId="77777777" w:rsidR="00080BF0" w:rsidRDefault="00080BF0"/>
          <w:p w14:paraId="286B0ACA" w14:textId="77777777" w:rsidR="00080BF0" w:rsidRDefault="00000000">
            <w:pPr>
              <w:spacing w:line="245" w:lineRule="auto"/>
            </w:pPr>
            <w:r>
              <w:rPr>
                <w:b/>
                <w:color w:val="000000"/>
                <w:sz w:val="15"/>
              </w:rPr>
              <w:t xml:space="preserve">KNJIŽEVNO / MOTIVNO IZHODIŠČE: </w:t>
            </w:r>
            <w:r>
              <w:rPr>
                <w:color w:val="000000"/>
                <w:sz w:val="15"/>
              </w:rPr>
              <w:t>»Janko in Metka« – brata Grimm • zima, gozd, varnost in pravljični prostor</w:t>
            </w:r>
          </w:p>
        </w:tc>
      </w:tr>
      <w:tr w:rsidR="00080BF0" w14:paraId="4A451294" w14:textId="77777777">
        <w:trPr>
          <w:cantSplit/>
          <w:jc w:val="center"/>
        </w:trPr>
        <w:tc>
          <w:tcPr>
            <w:tcW w:w="14060" w:type="dxa"/>
            <w:gridSpan w:val="6"/>
            <w:tcMar>
              <w:top w:w="70" w:type="dxa"/>
              <w:left w:w="90" w:type="dxa"/>
              <w:bottom w:w="70" w:type="dxa"/>
              <w:right w:w="90" w:type="dxa"/>
            </w:tcMar>
            <w:vAlign w:val="center"/>
          </w:tcPr>
          <w:p w14:paraId="169BB257" w14:textId="77777777" w:rsidR="00080BF0" w:rsidRDefault="00080BF0"/>
          <w:p w14:paraId="6E1582BA" w14:textId="77777777" w:rsidR="00080BF0" w:rsidRDefault="00000000">
            <w:pPr>
              <w:spacing w:line="245" w:lineRule="auto"/>
            </w:pPr>
            <w:r>
              <w:rPr>
                <w:b/>
                <w:color w:val="000000"/>
                <w:sz w:val="15"/>
              </w:rPr>
              <w:t xml:space="preserve">LIKOVNO IZHODIŠČE / MOTIVACIJA: </w:t>
            </w:r>
            <w:r>
              <w:rPr>
                <w:color w:val="000000"/>
                <w:sz w:val="15"/>
              </w:rPr>
              <w:t>na papirju se pojavi skrivnostni odtis; učenci po teksturi, smeri in ponovitvi sklepajo, iz česa je nastal, nato načrtujejo svoj odtis na temo »grafika«. Tematska rešitev: grafično oblikuje pravljično hišico ali gozd.</w:t>
            </w:r>
          </w:p>
        </w:tc>
      </w:tr>
      <w:tr w:rsidR="00080BF0" w14:paraId="7D83C2E4" w14:textId="77777777">
        <w:trPr>
          <w:cantSplit/>
          <w:jc w:val="center"/>
        </w:trPr>
        <w:tc>
          <w:tcPr>
            <w:tcW w:w="14060" w:type="dxa"/>
            <w:gridSpan w:val="6"/>
            <w:tcMar>
              <w:top w:w="70" w:type="dxa"/>
              <w:left w:w="90" w:type="dxa"/>
              <w:bottom w:w="70" w:type="dxa"/>
              <w:right w:w="90" w:type="dxa"/>
            </w:tcMar>
            <w:vAlign w:val="center"/>
          </w:tcPr>
          <w:p w14:paraId="56E69F17" w14:textId="77777777" w:rsidR="00080BF0" w:rsidRDefault="00080BF0"/>
          <w:p w14:paraId="687221B3" w14:textId="77777777" w:rsidR="00080BF0" w:rsidRDefault="00000000">
            <w:pPr>
              <w:spacing w:line="245" w:lineRule="auto"/>
            </w:pPr>
            <w:r>
              <w:rPr>
                <w:b/>
                <w:color w:val="000000"/>
                <w:sz w:val="15"/>
              </w:rPr>
              <w:t xml:space="preserve">UČNE ENOTE: </w:t>
            </w:r>
            <w:r>
              <w:rPr>
                <w:color w:val="000000"/>
                <w:sz w:val="15"/>
              </w:rPr>
              <w:t>1. ura – Grafika – Opazujem, preizkušam, načrtujem • 2. ura – Grafika – Ustvarjam, predstavim, izboljšam</w:t>
            </w:r>
          </w:p>
        </w:tc>
      </w:tr>
      <w:tr w:rsidR="00080BF0" w14:paraId="5DFFA0A9" w14:textId="77777777">
        <w:trPr>
          <w:cantSplit/>
          <w:jc w:val="center"/>
        </w:trPr>
        <w:tc>
          <w:tcPr>
            <w:tcW w:w="14060" w:type="dxa"/>
            <w:gridSpan w:val="6"/>
            <w:tcMar>
              <w:top w:w="70" w:type="dxa"/>
              <w:left w:w="90" w:type="dxa"/>
              <w:bottom w:w="70" w:type="dxa"/>
              <w:right w:w="90" w:type="dxa"/>
            </w:tcMar>
            <w:vAlign w:val="center"/>
          </w:tcPr>
          <w:p w14:paraId="42D89020" w14:textId="77777777" w:rsidR="00080BF0" w:rsidRDefault="00080BF0"/>
          <w:p w14:paraId="091DF9AA"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251BB284" w14:textId="77777777">
        <w:trPr>
          <w:cantSplit/>
          <w:jc w:val="center"/>
        </w:trPr>
        <w:tc>
          <w:tcPr>
            <w:tcW w:w="14060" w:type="dxa"/>
            <w:gridSpan w:val="6"/>
            <w:tcMar>
              <w:top w:w="70" w:type="dxa"/>
              <w:left w:w="90" w:type="dxa"/>
              <w:bottom w:w="70" w:type="dxa"/>
              <w:right w:w="90" w:type="dxa"/>
            </w:tcMar>
            <w:vAlign w:val="center"/>
          </w:tcPr>
          <w:p w14:paraId="32C34C30" w14:textId="77777777" w:rsidR="00080BF0" w:rsidRDefault="00080BF0"/>
          <w:p w14:paraId="094E8A48"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0E12DCDD" w14:textId="77777777">
        <w:trPr>
          <w:cantSplit/>
          <w:jc w:val="center"/>
        </w:trPr>
        <w:tc>
          <w:tcPr>
            <w:tcW w:w="14060" w:type="dxa"/>
            <w:gridSpan w:val="6"/>
            <w:tcMar>
              <w:top w:w="70" w:type="dxa"/>
              <w:left w:w="90" w:type="dxa"/>
              <w:bottom w:w="70" w:type="dxa"/>
              <w:right w:w="90" w:type="dxa"/>
            </w:tcMar>
            <w:vAlign w:val="center"/>
          </w:tcPr>
          <w:p w14:paraId="329C3AEF" w14:textId="77777777" w:rsidR="00080BF0" w:rsidRDefault="00080BF0"/>
          <w:p w14:paraId="2E8DB985"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6CD065FD" w14:textId="77777777">
        <w:trPr>
          <w:cantSplit/>
          <w:jc w:val="center"/>
        </w:trPr>
        <w:tc>
          <w:tcPr>
            <w:tcW w:w="14060" w:type="dxa"/>
            <w:gridSpan w:val="6"/>
            <w:tcMar>
              <w:top w:w="70" w:type="dxa"/>
              <w:left w:w="90" w:type="dxa"/>
              <w:bottom w:w="70" w:type="dxa"/>
              <w:right w:w="90" w:type="dxa"/>
            </w:tcMar>
            <w:vAlign w:val="center"/>
          </w:tcPr>
          <w:p w14:paraId="04AFD0F2" w14:textId="77777777" w:rsidR="00080BF0" w:rsidRDefault="00080BF0"/>
          <w:p w14:paraId="67EF9267" w14:textId="77777777" w:rsidR="00080BF0" w:rsidRDefault="00000000">
            <w:pPr>
              <w:spacing w:line="245" w:lineRule="auto"/>
            </w:pPr>
            <w:r>
              <w:rPr>
                <w:b/>
                <w:color w:val="000000"/>
                <w:sz w:val="15"/>
              </w:rPr>
              <w:t xml:space="preserve">MEDPREDMETNE POVEZAVE: </w:t>
            </w:r>
            <w:r>
              <w:rPr>
                <w:color w:val="000000"/>
                <w:sz w:val="15"/>
              </w:rPr>
              <w:t>SPO – zima, gozd, varnost in pravljični prostor; SLJ – poslušanje, opis opažanja, poimenovanje postopka in predstavitev; MAT – oblike, razvrščanje, vzorci in prostorski odnosi; ŠPO – gibalna črta, telesna skulptura, smer in ravnotežje; GUM – ritem, ponavljanje.</w:t>
            </w:r>
          </w:p>
        </w:tc>
      </w:tr>
      <w:tr w:rsidR="00080BF0" w14:paraId="2736BE95" w14:textId="77777777">
        <w:trPr>
          <w:cantSplit/>
          <w:jc w:val="center"/>
        </w:trPr>
        <w:tc>
          <w:tcPr>
            <w:tcW w:w="14060" w:type="dxa"/>
            <w:gridSpan w:val="6"/>
            <w:tcMar>
              <w:top w:w="70" w:type="dxa"/>
              <w:left w:w="90" w:type="dxa"/>
              <w:bottom w:w="70" w:type="dxa"/>
              <w:right w:w="90" w:type="dxa"/>
            </w:tcMar>
            <w:vAlign w:val="center"/>
          </w:tcPr>
          <w:p w14:paraId="11E57C52" w14:textId="77777777" w:rsidR="00080BF0" w:rsidRDefault="00080BF0"/>
          <w:p w14:paraId="2BDF0E5D" w14:textId="77777777" w:rsidR="00080BF0" w:rsidRDefault="00000000">
            <w:pPr>
              <w:spacing w:line="245" w:lineRule="auto"/>
            </w:pPr>
            <w:r>
              <w:rPr>
                <w:b/>
                <w:color w:val="000000"/>
                <w:sz w:val="15"/>
              </w:rPr>
              <w:t xml:space="preserve">UČNA SREDSTVA IN PRIPOMOČKI: </w:t>
            </w:r>
            <w:r>
              <w:rPr>
                <w:color w:val="000000"/>
                <w:sz w:val="15"/>
              </w:rPr>
              <w:t>varne matrice iz pene, kartona, listov ali tekstur, tempera, gobice oziroma valjčki, zaščitne podlage in papir za poskusne ter končne odtise; fotografija, reprodukcija ali resnični predmet za opazovanje; kartice namena in meril; talne oznake štirih postaj; mapa dokazov.</w:t>
            </w:r>
          </w:p>
        </w:tc>
      </w:tr>
      <w:tr w:rsidR="00080BF0" w14:paraId="1B5E704F" w14:textId="77777777">
        <w:trPr>
          <w:cantSplit/>
          <w:jc w:val="center"/>
        </w:trPr>
        <w:tc>
          <w:tcPr>
            <w:tcW w:w="14060" w:type="dxa"/>
            <w:gridSpan w:val="6"/>
            <w:tcMar>
              <w:top w:w="70" w:type="dxa"/>
              <w:left w:w="90" w:type="dxa"/>
              <w:bottom w:w="70" w:type="dxa"/>
              <w:right w:w="90" w:type="dxa"/>
            </w:tcMar>
            <w:vAlign w:val="center"/>
          </w:tcPr>
          <w:p w14:paraId="7A3A27D4" w14:textId="77777777" w:rsidR="00080BF0" w:rsidRDefault="00080BF0"/>
          <w:p w14:paraId="2416D7B8"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3D41DAC1" w14:textId="77777777">
        <w:trPr>
          <w:cantSplit/>
          <w:jc w:val="center"/>
        </w:trPr>
        <w:tc>
          <w:tcPr>
            <w:tcW w:w="14060" w:type="dxa"/>
            <w:gridSpan w:val="6"/>
            <w:tcMar>
              <w:top w:w="70" w:type="dxa"/>
              <w:left w:w="90" w:type="dxa"/>
              <w:bottom w:w="70" w:type="dxa"/>
              <w:right w:w="90" w:type="dxa"/>
            </w:tcMar>
            <w:vAlign w:val="center"/>
          </w:tcPr>
          <w:p w14:paraId="11073E99" w14:textId="77777777" w:rsidR="00080BF0" w:rsidRDefault="00080BF0"/>
          <w:p w14:paraId="5DF93A63"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16ED4826" w14:textId="77777777">
        <w:trPr>
          <w:cantSplit/>
          <w:jc w:val="center"/>
        </w:trPr>
        <w:tc>
          <w:tcPr>
            <w:tcW w:w="14060" w:type="dxa"/>
            <w:gridSpan w:val="6"/>
            <w:tcMar>
              <w:top w:w="70" w:type="dxa"/>
              <w:left w:w="90" w:type="dxa"/>
              <w:bottom w:w="70" w:type="dxa"/>
              <w:right w:w="90" w:type="dxa"/>
            </w:tcMar>
            <w:vAlign w:val="center"/>
          </w:tcPr>
          <w:p w14:paraId="22720272" w14:textId="77777777" w:rsidR="00080BF0" w:rsidRDefault="00080BF0"/>
          <w:p w14:paraId="0AD48B36"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27F58FC1"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38794B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298B09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6BA48CD" w14:textId="77777777" w:rsidR="00080BF0" w:rsidRDefault="00000000">
            <w:pPr>
              <w:jc w:val="center"/>
            </w:pPr>
            <w:r>
              <w:rPr>
                <w:b/>
                <w:color w:val="000000"/>
                <w:sz w:val="20"/>
              </w:rPr>
              <w:t>UČNE DEJAVNOSTI, METODE IN FORMATIVNO SPREMLJANJE</w:t>
            </w:r>
          </w:p>
        </w:tc>
      </w:tr>
      <w:tr w:rsidR="00080BF0" w14:paraId="40B626A5" w14:textId="77777777">
        <w:trPr>
          <w:tblHeader/>
          <w:jc w:val="center"/>
        </w:trPr>
        <w:tc>
          <w:tcPr>
            <w:tcW w:w="4422" w:type="dxa"/>
            <w:vMerge/>
            <w:tcMar>
              <w:top w:w="70" w:type="dxa"/>
              <w:left w:w="90" w:type="dxa"/>
              <w:bottom w:w="70" w:type="dxa"/>
              <w:right w:w="90" w:type="dxa"/>
            </w:tcMar>
            <w:vAlign w:val="center"/>
          </w:tcPr>
          <w:p w14:paraId="736061A7" w14:textId="77777777" w:rsidR="00080BF0" w:rsidRDefault="00080BF0"/>
        </w:tc>
        <w:tc>
          <w:tcPr>
            <w:tcW w:w="7087" w:type="dxa"/>
            <w:shd w:val="clear" w:color="auto" w:fill="FFFFFF"/>
            <w:tcMar>
              <w:top w:w="70" w:type="dxa"/>
              <w:left w:w="90" w:type="dxa"/>
              <w:bottom w:w="70" w:type="dxa"/>
              <w:right w:w="90" w:type="dxa"/>
            </w:tcMar>
            <w:vAlign w:val="center"/>
          </w:tcPr>
          <w:p w14:paraId="538F4093"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9AD1973" w14:textId="77777777" w:rsidR="00080BF0" w:rsidRDefault="00000000">
            <w:pPr>
              <w:jc w:val="center"/>
            </w:pPr>
            <w:r>
              <w:rPr>
                <w:b/>
                <w:color w:val="000000"/>
              </w:rPr>
              <w:t>UČENEC</w:t>
            </w:r>
          </w:p>
        </w:tc>
      </w:tr>
      <w:tr w:rsidR="00080BF0" w14:paraId="0ADB38C6" w14:textId="77777777">
        <w:trPr>
          <w:jc w:val="center"/>
        </w:trPr>
        <w:tc>
          <w:tcPr>
            <w:tcW w:w="4422" w:type="dxa"/>
            <w:tcMar>
              <w:top w:w="70" w:type="dxa"/>
              <w:left w:w="90" w:type="dxa"/>
              <w:bottom w:w="70" w:type="dxa"/>
              <w:right w:w="90" w:type="dxa"/>
            </w:tcMar>
          </w:tcPr>
          <w:p w14:paraId="26F567ED" w14:textId="77777777" w:rsidR="00080BF0" w:rsidRDefault="00080BF0"/>
          <w:p w14:paraId="2FA0BCBA" w14:textId="77777777" w:rsidR="00080BF0" w:rsidRDefault="00000000">
            <w:pPr>
              <w:spacing w:after="60" w:line="245" w:lineRule="auto"/>
            </w:pPr>
            <w:r>
              <w:rPr>
                <w:b/>
                <w:color w:val="000000"/>
              </w:rPr>
              <w:t>UČNI CILJI</w:t>
            </w:r>
          </w:p>
          <w:p w14:paraId="4474E5F1" w14:textId="77777777" w:rsidR="00080BF0" w:rsidRDefault="00000000">
            <w:pPr>
              <w:spacing w:after="20" w:line="245" w:lineRule="auto"/>
            </w:pPr>
            <w:r>
              <w:rPr>
                <w:b/>
                <w:color w:val="000000"/>
                <w:sz w:val="17"/>
              </w:rPr>
              <w:t>SPLOŠNI</w:t>
            </w:r>
          </w:p>
          <w:p w14:paraId="53A61522"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2585973D"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1107C97E"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72C9A171"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3C434E82" w14:textId="77777777" w:rsidR="00080BF0" w:rsidRDefault="00000000">
            <w:pPr>
              <w:spacing w:before="40" w:after="20" w:line="245" w:lineRule="auto"/>
            </w:pPr>
            <w:r>
              <w:rPr>
                <w:b/>
                <w:color w:val="000000"/>
                <w:sz w:val="17"/>
              </w:rPr>
              <w:t>OPERATIVNI</w:t>
            </w:r>
          </w:p>
          <w:p w14:paraId="7D279EC6" w14:textId="77777777" w:rsidR="00080BF0" w:rsidRDefault="00000000">
            <w:pPr>
              <w:pStyle w:val="Oznaenseznam"/>
              <w:spacing w:after="16"/>
            </w:pPr>
            <w:r>
              <w:rPr>
                <w:color w:val="000000"/>
                <w:sz w:val="16"/>
              </w:rPr>
              <w:t>spozna matrico in odtis</w:t>
            </w:r>
          </w:p>
          <w:p w14:paraId="7403120E" w14:textId="77777777" w:rsidR="00080BF0" w:rsidRDefault="00000000">
            <w:pPr>
              <w:pStyle w:val="Oznaenseznam"/>
              <w:spacing w:after="16"/>
            </w:pPr>
            <w:r>
              <w:rPr>
                <w:color w:val="000000"/>
                <w:sz w:val="16"/>
              </w:rPr>
              <w:t>ustvari zimski motiv</w:t>
            </w:r>
          </w:p>
          <w:p w14:paraId="34D8944E" w14:textId="77777777" w:rsidR="00080BF0" w:rsidRDefault="00000000">
            <w:pPr>
              <w:pStyle w:val="Oznaenseznam"/>
              <w:spacing w:after="16"/>
            </w:pPr>
            <w:r>
              <w:rPr>
                <w:color w:val="000000"/>
                <w:sz w:val="16"/>
              </w:rPr>
              <w:t>primerja odtise</w:t>
            </w:r>
          </w:p>
          <w:p w14:paraId="73BE397E" w14:textId="77777777" w:rsidR="00080BF0" w:rsidRDefault="00000000">
            <w:pPr>
              <w:spacing w:before="40" w:after="20" w:line="245" w:lineRule="auto"/>
            </w:pPr>
            <w:r>
              <w:rPr>
                <w:b/>
                <w:color w:val="000000"/>
                <w:sz w:val="17"/>
              </w:rPr>
              <w:t>PRIČAKOVANI DOSEŽKI / MINIMALNI POUDARKI</w:t>
            </w:r>
          </w:p>
          <w:p w14:paraId="63B089B6" w14:textId="77777777" w:rsidR="00080BF0" w:rsidRDefault="00000000">
            <w:pPr>
              <w:pStyle w:val="Oznaenseznam"/>
              <w:spacing w:after="16"/>
            </w:pPr>
            <w:r>
              <w:rPr>
                <w:color w:val="000000"/>
                <w:sz w:val="15"/>
              </w:rPr>
              <w:t>samostojno oziroma z dogovorjeno oporo spozna matrico in odtis</w:t>
            </w:r>
          </w:p>
          <w:p w14:paraId="069FFD89" w14:textId="77777777" w:rsidR="00080BF0" w:rsidRDefault="00000000">
            <w:pPr>
              <w:pStyle w:val="Oznaenseznam"/>
              <w:spacing w:after="16"/>
            </w:pPr>
            <w:r>
              <w:rPr>
                <w:color w:val="000000"/>
                <w:sz w:val="15"/>
              </w:rPr>
              <w:t>samostojno oziroma z dogovorjeno oporo ustvari zimski motiv</w:t>
            </w:r>
          </w:p>
          <w:p w14:paraId="42CE3242" w14:textId="77777777" w:rsidR="00080BF0" w:rsidRDefault="00000000">
            <w:pPr>
              <w:pStyle w:val="Oznaenseznam"/>
              <w:spacing w:after="16"/>
            </w:pPr>
            <w:r>
              <w:rPr>
                <w:color w:val="000000"/>
                <w:sz w:val="15"/>
              </w:rPr>
              <w:t>samostojno oziroma z dogovorjeno oporo primerja odtise</w:t>
            </w:r>
          </w:p>
        </w:tc>
        <w:tc>
          <w:tcPr>
            <w:tcW w:w="7087" w:type="dxa"/>
            <w:tcMar>
              <w:top w:w="70" w:type="dxa"/>
              <w:left w:w="90" w:type="dxa"/>
              <w:bottom w:w="70" w:type="dxa"/>
              <w:right w:w="90" w:type="dxa"/>
            </w:tcMar>
          </w:tcPr>
          <w:p w14:paraId="7B6ADE5F"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D30BEBF" w14:textId="77777777">
              <w:trPr>
                <w:jc w:val="center"/>
              </w:trPr>
              <w:tc>
                <w:tcPr>
                  <w:tcW w:w="7087" w:type="dxa"/>
                  <w:shd w:val="clear" w:color="auto" w:fill="C6E7F3"/>
                  <w:tcMar>
                    <w:top w:w="45" w:type="dxa"/>
                    <w:left w:w="70" w:type="dxa"/>
                    <w:bottom w:w="45" w:type="dxa"/>
                    <w:right w:w="70" w:type="dxa"/>
                  </w:tcMar>
                </w:tcPr>
                <w:p w14:paraId="4DE1DEE4" w14:textId="77777777" w:rsidR="00080BF0" w:rsidRDefault="00000000">
                  <w:pPr>
                    <w:keepNext/>
                  </w:pPr>
                  <w:r>
                    <w:rPr>
                      <w:b/>
                      <w:color w:val="000000"/>
                    </w:rPr>
                    <w:t>UVODNI DEL – likovna uganka, opazovanje, aktivacija predznanja in namen učenja (8–12 min)</w:t>
                  </w:r>
                </w:p>
              </w:tc>
            </w:tr>
          </w:tbl>
          <w:p w14:paraId="02129123" w14:textId="77777777" w:rsidR="00080BF0" w:rsidRDefault="00080BF0">
            <w:pPr>
              <w:spacing w:line="20" w:lineRule="exact"/>
            </w:pPr>
          </w:p>
          <w:p w14:paraId="1D56A6FC" w14:textId="77777777" w:rsidR="00080BF0" w:rsidRDefault="00000000">
            <w:pPr>
              <w:spacing w:before="40" w:after="60" w:line="245" w:lineRule="auto"/>
            </w:pPr>
            <w:r>
              <w:rPr>
                <w:color w:val="000000"/>
                <w:sz w:val="16"/>
              </w:rPr>
              <w:t>Ob književnem motivu »Janko in Metka« – brata Grimm učenci vstopijo v temo zima, gozd, varnost in pravljični prostor. Učiteljica pokaže fotografijo, reprodukcijo, predmet ali material in pove kratko likovno zgodbo: na papirju se pojavi skrivnostni odtis; učenci po teksturi, smeri in ponovitvi sklepajo, iz česa je nastal, nato načrtujejo svoj odtis na temo »grafika«. Tematska rešitev: grafično oblikuje pravljično hišico ali gozd.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5988D2FA" w14:textId="77777777">
              <w:trPr>
                <w:jc w:val="center"/>
              </w:trPr>
              <w:tc>
                <w:tcPr>
                  <w:tcW w:w="7087" w:type="dxa"/>
                  <w:shd w:val="clear" w:color="auto" w:fill="EDC9EA"/>
                  <w:tcMar>
                    <w:top w:w="45" w:type="dxa"/>
                    <w:left w:w="70" w:type="dxa"/>
                    <w:bottom w:w="45" w:type="dxa"/>
                    <w:right w:w="70" w:type="dxa"/>
                  </w:tcMar>
                </w:tcPr>
                <w:p w14:paraId="2050DF07" w14:textId="77777777" w:rsidR="00080BF0" w:rsidRDefault="00000000">
                  <w:pPr>
                    <w:keepNext/>
                  </w:pPr>
                  <w:r>
                    <w:rPr>
                      <w:b/>
                      <w:color w:val="000000"/>
                    </w:rPr>
                    <w:t>NAMENI UČENJA</w:t>
                  </w:r>
                </w:p>
              </w:tc>
            </w:tr>
          </w:tbl>
          <w:p w14:paraId="7112ACF0" w14:textId="77777777" w:rsidR="00080BF0" w:rsidRDefault="00080BF0">
            <w:pPr>
              <w:spacing w:line="20" w:lineRule="exact"/>
            </w:pPr>
          </w:p>
          <w:p w14:paraId="74817782"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25D2AE0A" w14:textId="77777777" w:rsidR="00080BF0" w:rsidRDefault="00000000">
            <w:pPr>
              <w:pStyle w:val="Oznaenseznam"/>
              <w:spacing w:after="16"/>
            </w:pPr>
            <w:r>
              <w:rPr>
                <w:color w:val="000000"/>
                <w:sz w:val="16"/>
              </w:rPr>
              <w:t>spoznam matrico in odtis</w:t>
            </w:r>
          </w:p>
          <w:p w14:paraId="1E6B7A32" w14:textId="77777777" w:rsidR="00080BF0" w:rsidRDefault="00000000">
            <w:pPr>
              <w:pStyle w:val="Oznaenseznam"/>
              <w:spacing w:after="16"/>
            </w:pPr>
            <w:r>
              <w:rPr>
                <w:color w:val="000000"/>
                <w:sz w:val="16"/>
              </w:rPr>
              <w:t>ustvarim zimski motiv</w:t>
            </w:r>
          </w:p>
          <w:p w14:paraId="1C3B8B5C" w14:textId="77777777" w:rsidR="00080BF0" w:rsidRDefault="00000000">
            <w:pPr>
              <w:pStyle w:val="Oznaenseznam"/>
              <w:spacing w:after="16"/>
            </w:pPr>
            <w:r>
              <w:rPr>
                <w:color w:val="000000"/>
                <w:sz w:val="16"/>
              </w:rPr>
              <w:t>primerjam odtise</w:t>
            </w:r>
          </w:p>
          <w:tbl>
            <w:tblPr>
              <w:tblStyle w:val="Tabelamrea"/>
              <w:tblW w:w="0" w:type="auto"/>
              <w:jc w:val="center"/>
              <w:tblLayout w:type="fixed"/>
              <w:tblLook w:val="04A0" w:firstRow="1" w:lastRow="0" w:firstColumn="1" w:lastColumn="0" w:noHBand="0" w:noVBand="1"/>
            </w:tblPr>
            <w:tblGrid>
              <w:gridCol w:w="7087"/>
            </w:tblGrid>
            <w:tr w:rsidR="00080BF0" w14:paraId="3A6F9761" w14:textId="77777777">
              <w:trPr>
                <w:jc w:val="center"/>
              </w:trPr>
              <w:tc>
                <w:tcPr>
                  <w:tcW w:w="7087" w:type="dxa"/>
                  <w:shd w:val="clear" w:color="auto" w:fill="EDC9EA"/>
                  <w:tcMar>
                    <w:top w:w="45" w:type="dxa"/>
                    <w:left w:w="70" w:type="dxa"/>
                    <w:bottom w:w="45" w:type="dxa"/>
                    <w:right w:w="70" w:type="dxa"/>
                  </w:tcMar>
                </w:tcPr>
                <w:p w14:paraId="335E0EEE" w14:textId="77777777" w:rsidR="00080BF0" w:rsidRDefault="00000000">
                  <w:pPr>
                    <w:keepNext/>
                  </w:pPr>
                  <w:r>
                    <w:rPr>
                      <w:b/>
                      <w:color w:val="000000"/>
                    </w:rPr>
                    <w:t>PREVERJANJE PREDZNANJA</w:t>
                  </w:r>
                </w:p>
              </w:tc>
            </w:tr>
          </w:tbl>
          <w:p w14:paraId="660F32B0" w14:textId="77777777" w:rsidR="00080BF0" w:rsidRDefault="00080BF0">
            <w:pPr>
              <w:spacing w:line="20" w:lineRule="exact"/>
            </w:pPr>
          </w:p>
          <w:p w14:paraId="70186A98" w14:textId="77777777" w:rsidR="00080BF0" w:rsidRDefault="00000000">
            <w:pPr>
              <w:pStyle w:val="Oznaenseznam"/>
              <w:spacing w:after="16"/>
            </w:pPr>
            <w:r>
              <w:rPr>
                <w:color w:val="000000"/>
                <w:sz w:val="16"/>
              </w:rPr>
              <w:t>Kaj najprej opazim pri motivu, predmetu ali materialu, povezanem s temo »GRAFIKA«?</w:t>
            </w:r>
          </w:p>
          <w:p w14:paraId="73BE2F31"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6225733E"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4238AD81" w14:textId="77777777">
              <w:trPr>
                <w:jc w:val="center"/>
              </w:trPr>
              <w:tc>
                <w:tcPr>
                  <w:tcW w:w="7087" w:type="dxa"/>
                  <w:shd w:val="clear" w:color="auto" w:fill="EDC9EA"/>
                  <w:tcMar>
                    <w:top w:w="45" w:type="dxa"/>
                    <w:left w:w="70" w:type="dxa"/>
                    <w:bottom w:w="45" w:type="dxa"/>
                    <w:right w:w="70" w:type="dxa"/>
                  </w:tcMar>
                </w:tcPr>
                <w:p w14:paraId="51C308E2" w14:textId="77777777" w:rsidR="00080BF0" w:rsidRDefault="00000000">
                  <w:pPr>
                    <w:keepNext/>
                  </w:pPr>
                  <w:r>
                    <w:rPr>
                      <w:b/>
                      <w:color w:val="000000"/>
                    </w:rPr>
                    <w:t>KRITERIJI USPEŠNOSTI</w:t>
                  </w:r>
                </w:p>
              </w:tc>
            </w:tr>
          </w:tbl>
          <w:p w14:paraId="1364FAD1" w14:textId="77777777" w:rsidR="00080BF0" w:rsidRDefault="00080BF0"/>
          <w:p w14:paraId="23F6EC4F" w14:textId="77777777" w:rsidR="00080BF0" w:rsidRDefault="00000000">
            <w:pPr>
              <w:spacing w:before="20" w:after="20" w:line="245" w:lineRule="auto"/>
            </w:pPr>
            <w:r>
              <w:rPr>
                <w:b/>
                <w:color w:val="000000"/>
                <w:sz w:val="16"/>
              </w:rPr>
              <w:t>Uspešen/-na bom, ko:</w:t>
            </w:r>
          </w:p>
          <w:p w14:paraId="52D45802" w14:textId="77777777" w:rsidR="00080BF0" w:rsidRDefault="00000000">
            <w:pPr>
              <w:pStyle w:val="Oznaenseznam"/>
              <w:spacing w:after="16"/>
            </w:pPr>
            <w:r>
              <w:rPr>
                <w:color w:val="000000"/>
                <w:sz w:val="16"/>
              </w:rPr>
              <w:t>spoznam matrico in odtis</w:t>
            </w:r>
          </w:p>
          <w:p w14:paraId="37411F3E" w14:textId="77777777" w:rsidR="00080BF0" w:rsidRDefault="00000000">
            <w:pPr>
              <w:pStyle w:val="Oznaenseznam"/>
              <w:spacing w:after="16"/>
            </w:pPr>
            <w:r>
              <w:rPr>
                <w:color w:val="000000"/>
                <w:sz w:val="16"/>
              </w:rPr>
              <w:t>ustvarim zimski motiv</w:t>
            </w:r>
          </w:p>
          <w:p w14:paraId="5858512F" w14:textId="77777777" w:rsidR="00080BF0" w:rsidRDefault="00000000">
            <w:pPr>
              <w:pStyle w:val="Oznaenseznam"/>
              <w:spacing w:after="16"/>
            </w:pPr>
            <w:r>
              <w:rPr>
                <w:color w:val="000000"/>
                <w:sz w:val="16"/>
              </w:rPr>
              <w:t>primerjam odtise</w:t>
            </w:r>
          </w:p>
          <w:p w14:paraId="4F2F52BD" w14:textId="77777777" w:rsidR="00080BF0" w:rsidRDefault="00000000">
            <w:pPr>
              <w:pStyle w:val="Oznaenseznam"/>
              <w:spacing w:after="16"/>
            </w:pPr>
            <w:r>
              <w:rPr>
                <w:color w:val="000000"/>
                <w:sz w:val="15"/>
              </w:rPr>
              <w:t>varno in namensko uporabim material, zaščitim prostor ter po delu uredim svojo postajo</w:t>
            </w:r>
          </w:p>
          <w:p w14:paraId="6585EE41"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5E122C65" w14:textId="77777777" w:rsidR="00080BF0" w:rsidRDefault="00080BF0"/>
          <w:p w14:paraId="7A3E1766"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3B1495CC" w14:textId="77777777" w:rsidR="00080BF0" w:rsidRDefault="00000000">
            <w:pPr>
              <w:spacing w:after="80" w:line="245" w:lineRule="auto"/>
            </w:pPr>
            <w:r>
              <w:rPr>
                <w:color w:val="000000"/>
                <w:sz w:val="16"/>
              </w:rPr>
              <w:t>Pove ali pokaže, kaj že zna opaziti in katero likovno možnost bi najprej preizkusil.</w:t>
            </w:r>
          </w:p>
          <w:p w14:paraId="1FC382C3" w14:textId="77777777" w:rsidR="00080BF0" w:rsidRDefault="00000000">
            <w:pPr>
              <w:spacing w:after="100" w:line="245" w:lineRule="auto"/>
            </w:pPr>
            <w:r>
              <w:rPr>
                <w:color w:val="000000"/>
                <w:sz w:val="16"/>
              </w:rPr>
              <w:t>Sodeluje pri razumevanju namena, meril uspešnosti, varne rabe pripomočkov in načina dokazovanja.</w:t>
            </w:r>
          </w:p>
          <w:p w14:paraId="2A7C298A" w14:textId="77777777" w:rsidR="00080BF0" w:rsidRDefault="00000000">
            <w:pPr>
              <w:spacing w:after="20" w:line="245" w:lineRule="auto"/>
            </w:pPr>
            <w:r>
              <w:rPr>
                <w:b/>
                <w:color w:val="D95BC6"/>
                <w:sz w:val="17"/>
              </w:rPr>
              <w:t>DOKAZ O UČENJU</w:t>
            </w:r>
          </w:p>
          <w:p w14:paraId="78525D89"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171DBBE7"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1A5DCC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ABE5AB1"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3AA26F9" w14:textId="77777777" w:rsidR="00080BF0" w:rsidRDefault="00000000">
            <w:pPr>
              <w:jc w:val="center"/>
            </w:pPr>
            <w:r>
              <w:rPr>
                <w:b/>
                <w:color w:val="000000"/>
                <w:sz w:val="20"/>
              </w:rPr>
              <w:t>UČNE DEJAVNOSTI, METODE IN FORMATIVNO SPREMLJANJE</w:t>
            </w:r>
          </w:p>
        </w:tc>
      </w:tr>
      <w:tr w:rsidR="00080BF0" w14:paraId="5EA5D852" w14:textId="77777777">
        <w:trPr>
          <w:tblHeader/>
          <w:jc w:val="center"/>
        </w:trPr>
        <w:tc>
          <w:tcPr>
            <w:tcW w:w="4422" w:type="dxa"/>
            <w:vMerge/>
            <w:tcMar>
              <w:top w:w="70" w:type="dxa"/>
              <w:left w:w="90" w:type="dxa"/>
              <w:bottom w:w="70" w:type="dxa"/>
              <w:right w:w="90" w:type="dxa"/>
            </w:tcMar>
            <w:vAlign w:val="center"/>
          </w:tcPr>
          <w:p w14:paraId="63145CBE" w14:textId="77777777" w:rsidR="00080BF0" w:rsidRDefault="00080BF0"/>
        </w:tc>
        <w:tc>
          <w:tcPr>
            <w:tcW w:w="7087" w:type="dxa"/>
            <w:shd w:val="clear" w:color="auto" w:fill="FFFFFF"/>
            <w:tcMar>
              <w:top w:w="70" w:type="dxa"/>
              <w:left w:w="90" w:type="dxa"/>
              <w:bottom w:w="70" w:type="dxa"/>
              <w:right w:w="90" w:type="dxa"/>
            </w:tcMar>
            <w:vAlign w:val="center"/>
          </w:tcPr>
          <w:p w14:paraId="1F36CEAD"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4A37AAC" w14:textId="77777777" w:rsidR="00080BF0" w:rsidRDefault="00000000">
            <w:pPr>
              <w:jc w:val="center"/>
            </w:pPr>
            <w:r>
              <w:rPr>
                <w:b/>
                <w:color w:val="000000"/>
              </w:rPr>
              <w:t>UČENEC</w:t>
            </w:r>
          </w:p>
        </w:tc>
      </w:tr>
      <w:tr w:rsidR="00080BF0" w14:paraId="741C63B1" w14:textId="77777777">
        <w:trPr>
          <w:jc w:val="center"/>
        </w:trPr>
        <w:tc>
          <w:tcPr>
            <w:tcW w:w="4422" w:type="dxa"/>
            <w:tcMar>
              <w:top w:w="70" w:type="dxa"/>
              <w:left w:w="90" w:type="dxa"/>
              <w:bottom w:w="70" w:type="dxa"/>
              <w:right w:w="90" w:type="dxa"/>
            </w:tcMar>
          </w:tcPr>
          <w:p w14:paraId="1B68B8B4" w14:textId="77777777" w:rsidR="00080BF0" w:rsidRDefault="00080BF0"/>
          <w:p w14:paraId="1B828EFC" w14:textId="77777777" w:rsidR="00080BF0" w:rsidRDefault="00000000">
            <w:pPr>
              <w:spacing w:after="40" w:line="245" w:lineRule="auto"/>
            </w:pPr>
            <w:r>
              <w:rPr>
                <w:b/>
                <w:color w:val="000000"/>
              </w:rPr>
              <w:t>KLJUČNI LIKOVNI POJMI</w:t>
            </w:r>
          </w:p>
          <w:p w14:paraId="7AB418DC"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matrica, odtis, tekstura, sled, ponavljanje, vzorec</w:t>
            </w:r>
          </w:p>
          <w:p w14:paraId="6A2A9C6A" w14:textId="77777777" w:rsidR="00080BF0" w:rsidRDefault="00000000">
            <w:pPr>
              <w:spacing w:after="20" w:line="245" w:lineRule="auto"/>
            </w:pPr>
            <w:r>
              <w:rPr>
                <w:b/>
                <w:color w:val="000000"/>
                <w:sz w:val="17"/>
              </w:rPr>
              <w:t>DOKAZI O UČENJU</w:t>
            </w:r>
          </w:p>
          <w:p w14:paraId="7FBF8F4E" w14:textId="77777777" w:rsidR="00080BF0" w:rsidRDefault="00000000">
            <w:pPr>
              <w:pStyle w:val="Oznaenseznam"/>
              <w:spacing w:after="9"/>
            </w:pPr>
            <w:r>
              <w:rPr>
                <w:color w:val="000000"/>
                <w:sz w:val="15"/>
              </w:rPr>
              <w:t>list materialnih poskusov, skica/načrt, učenčeva razlaga in učiteljev zapis o varni rabi pripomočkov.</w:t>
            </w:r>
          </w:p>
          <w:p w14:paraId="72E9ACC0" w14:textId="77777777" w:rsidR="00080BF0" w:rsidRDefault="00000000">
            <w:pPr>
              <w:pStyle w:val="Oznaenseznam"/>
              <w:spacing w:after="9"/>
            </w:pPr>
            <w:r>
              <w:rPr>
                <w:color w:val="000000"/>
                <w:sz w:val="15"/>
              </w:rPr>
              <w:t>likovni proces in izdelek, fotografija faze, učenčeva razlaga ter samovrednotenje v mapi.</w:t>
            </w:r>
          </w:p>
          <w:p w14:paraId="0995470D" w14:textId="77777777" w:rsidR="00080BF0" w:rsidRDefault="00000000">
            <w:pPr>
              <w:spacing w:before="40" w:after="20" w:line="245" w:lineRule="auto"/>
            </w:pPr>
            <w:r>
              <w:rPr>
                <w:b/>
                <w:color w:val="000000"/>
                <w:sz w:val="17"/>
              </w:rPr>
              <w:t>LIKOVNO DOŽIVETJE IN IZKUŠENJSKI POUK</w:t>
            </w:r>
          </w:p>
          <w:p w14:paraId="3ED37698"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517979E3" w14:textId="77777777" w:rsidR="00080BF0" w:rsidRDefault="00000000">
            <w:pPr>
              <w:spacing w:after="20" w:line="245" w:lineRule="auto"/>
            </w:pPr>
            <w:r>
              <w:rPr>
                <w:b/>
                <w:color w:val="000000"/>
                <w:sz w:val="17"/>
              </w:rPr>
              <w:t>POUČEVANJE V GIBANJU</w:t>
            </w:r>
          </w:p>
          <w:p w14:paraId="3C45DD0C"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5F3DD832" w14:textId="77777777" w:rsidR="00080BF0" w:rsidRDefault="00000000">
            <w:pPr>
              <w:spacing w:after="20" w:line="245" w:lineRule="auto"/>
            </w:pPr>
            <w:r>
              <w:rPr>
                <w:b/>
                <w:color w:val="000000"/>
                <w:sz w:val="17"/>
              </w:rPr>
              <w:t>DELO PO POSTAJAH</w:t>
            </w:r>
          </w:p>
          <w:p w14:paraId="629BD0E7"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0EAA067D" w14:textId="77777777" w:rsidR="00080BF0" w:rsidRDefault="00000000">
            <w:pPr>
              <w:spacing w:after="9" w:line="245" w:lineRule="auto"/>
            </w:pPr>
            <w:r>
              <w:rPr>
                <w:color w:val="000000"/>
                <w:sz w:val="14"/>
              </w:rPr>
              <w:t>1. Teksturna: z dotikom in lupo poiščem reliefne površine ter napovem, kakšen odtis bi pustile.</w:t>
            </w:r>
          </w:p>
          <w:p w14:paraId="2BC79159" w14:textId="77777777" w:rsidR="00080BF0" w:rsidRDefault="00000000">
            <w:pPr>
              <w:spacing w:after="9" w:line="245" w:lineRule="auto"/>
            </w:pPr>
            <w:r>
              <w:rPr>
                <w:color w:val="000000"/>
                <w:sz w:val="14"/>
              </w:rPr>
              <w:t>2. Matrična: varno pripravim ali izberem matrico, preizkusim količino barve in naredim poskusni odtis.</w:t>
            </w:r>
          </w:p>
          <w:p w14:paraId="221FD60E" w14:textId="77777777" w:rsidR="00080BF0" w:rsidRDefault="00000000">
            <w:pPr>
              <w:spacing w:after="9" w:line="245" w:lineRule="auto"/>
            </w:pPr>
            <w:r>
              <w:rPr>
                <w:color w:val="000000"/>
                <w:sz w:val="14"/>
              </w:rPr>
              <w:t>3. Gibalno-ritmična: z odtisi ali telesnimi koraki sestavim ponavljajoč se ritem, smer in vzorec.</w:t>
            </w:r>
          </w:p>
          <w:p w14:paraId="3A639EF1" w14:textId="77777777" w:rsidR="00080BF0" w:rsidRDefault="00000000">
            <w:pPr>
              <w:spacing w:after="9" w:line="245" w:lineRule="auto"/>
            </w:pPr>
            <w:r>
              <w:rPr>
                <w:color w:val="000000"/>
                <w:sz w:val="14"/>
              </w:rPr>
              <w:t>4. Primerjalna: primerjam dva odtisa, poimenujem razliko, izberem uspešnejši dokaz in ponovim izboljšan postopek.</w:t>
            </w:r>
          </w:p>
          <w:p w14:paraId="1AD564CF" w14:textId="77777777" w:rsidR="00080BF0" w:rsidRDefault="00000000">
            <w:pPr>
              <w:spacing w:after="20" w:line="245" w:lineRule="auto"/>
            </w:pPr>
            <w:r>
              <w:rPr>
                <w:b/>
                <w:color w:val="000000"/>
                <w:sz w:val="17"/>
              </w:rPr>
              <w:t>DIFERENCIACIJA IN VKLJUČEVANJE</w:t>
            </w:r>
          </w:p>
          <w:p w14:paraId="07892A33"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3424A791" w14:textId="77777777" w:rsidR="00080BF0" w:rsidRDefault="00000000">
            <w:pPr>
              <w:spacing w:after="20" w:line="245" w:lineRule="auto"/>
            </w:pPr>
            <w:r>
              <w:rPr>
                <w:b/>
                <w:color w:val="000000"/>
                <w:sz w:val="17"/>
              </w:rPr>
              <w:t>SPREMLJANJE</w:t>
            </w:r>
          </w:p>
          <w:p w14:paraId="7D3D32A0"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2FCC12DF"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48A760A" w14:textId="77777777">
              <w:trPr>
                <w:jc w:val="center"/>
              </w:trPr>
              <w:tc>
                <w:tcPr>
                  <w:tcW w:w="7087" w:type="dxa"/>
                  <w:shd w:val="clear" w:color="auto" w:fill="C6E7F3"/>
                  <w:tcMar>
                    <w:top w:w="45" w:type="dxa"/>
                    <w:left w:w="70" w:type="dxa"/>
                    <w:bottom w:w="45" w:type="dxa"/>
                    <w:right w:w="70" w:type="dxa"/>
                  </w:tcMar>
                </w:tcPr>
                <w:p w14:paraId="42FCBA78" w14:textId="77777777" w:rsidR="00080BF0" w:rsidRDefault="00000000">
                  <w:pPr>
                    <w:keepNext/>
                  </w:pPr>
                  <w:r>
                    <w:rPr>
                      <w:b/>
                      <w:color w:val="000000"/>
                      <w:sz w:val="17"/>
                    </w:rPr>
                    <w:t>GLAVNI DEL – OPAZOVANJE, MATERIALNI PREIZKUS, USTVARJANJE IN GALERIJA (2 šolski uri)</w:t>
                  </w:r>
                </w:p>
              </w:tc>
            </w:tr>
          </w:tbl>
          <w:p w14:paraId="7EDF65C6" w14:textId="77777777" w:rsidR="00080BF0" w:rsidRDefault="00080BF0">
            <w:pPr>
              <w:spacing w:line="20" w:lineRule="exact"/>
            </w:pPr>
          </w:p>
          <w:p w14:paraId="5B505EC7" w14:textId="77777777" w:rsidR="00080BF0" w:rsidRDefault="00000000">
            <w:pPr>
              <w:keepNext/>
              <w:spacing w:before="22" w:after="8" w:line="245" w:lineRule="auto"/>
            </w:pPr>
            <w:r>
              <w:rPr>
                <w:b/>
                <w:color w:val="000000"/>
                <w:sz w:val="16"/>
              </w:rPr>
              <w:t>1. URA – Grafika – Opazujem, preizkušam, načrtujem</w:t>
            </w:r>
          </w:p>
          <w:p w14:paraId="3550F041"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»GRAFIKA«.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7D1DC008"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795CEB9D"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7CC7D7D9" w14:textId="77777777" w:rsidR="00080BF0" w:rsidRDefault="00000000">
            <w:pPr>
              <w:keepNext/>
              <w:spacing w:before="22" w:after="8" w:line="245" w:lineRule="auto"/>
            </w:pPr>
            <w:r>
              <w:rPr>
                <w:b/>
                <w:color w:val="000000"/>
                <w:sz w:val="16"/>
              </w:rPr>
              <w:t>2. URA – Grafika – Ustvarjam, predstavim, izboljšam</w:t>
            </w:r>
          </w:p>
          <w:p w14:paraId="19B09CBD"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»GRAFIKA«; postavlja vprašanja o nameri, nudi tehnično oporo in omogoči izboljšavo. Zaključek 10': 10' – Izvede tiho galerijo; modelira odziv »Opazim … / Učinkuje … / Lahko poskusiš …« ter vodi pospravljanje.</w:t>
            </w:r>
          </w:p>
          <w:p w14:paraId="2779D0B5"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074885A0"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6731E103" w14:textId="77777777">
              <w:trPr>
                <w:jc w:val="center"/>
              </w:trPr>
              <w:tc>
                <w:tcPr>
                  <w:tcW w:w="7087" w:type="dxa"/>
                  <w:shd w:val="clear" w:color="auto" w:fill="EDC9EA"/>
                  <w:tcMar>
                    <w:top w:w="45" w:type="dxa"/>
                    <w:left w:w="70" w:type="dxa"/>
                    <w:bottom w:w="45" w:type="dxa"/>
                    <w:right w:w="70" w:type="dxa"/>
                  </w:tcMar>
                </w:tcPr>
                <w:p w14:paraId="043B04C0" w14:textId="77777777" w:rsidR="00080BF0" w:rsidRDefault="00000000">
                  <w:pPr>
                    <w:keepNext/>
                  </w:pPr>
                  <w:r>
                    <w:rPr>
                      <w:b/>
                      <w:color w:val="000000"/>
                      <w:sz w:val="17"/>
                    </w:rPr>
                    <w:t>ORGANIZACIJA POSTAJ IN PREHODOV</w:t>
                  </w:r>
                </w:p>
              </w:tc>
            </w:tr>
          </w:tbl>
          <w:p w14:paraId="7F9210D2" w14:textId="77777777" w:rsidR="00080BF0" w:rsidRDefault="00080BF0"/>
          <w:p w14:paraId="219C353D" w14:textId="77777777" w:rsidR="00080BF0" w:rsidRDefault="00000000">
            <w:pPr>
              <w:spacing w:before="8" w:after="8" w:line="245" w:lineRule="auto"/>
            </w:pPr>
            <w:r>
              <w:rPr>
                <w:color w:val="000000"/>
                <w:sz w:val="14"/>
              </w:rPr>
              <w:t>Postaja 1: Teksturna: z dotikom in lupo poiščem reliefne površine ter napovem, kakšen odtis bi pustile.</w:t>
            </w:r>
          </w:p>
          <w:p w14:paraId="00B31CD6" w14:textId="77777777" w:rsidR="00080BF0" w:rsidRDefault="00000000">
            <w:pPr>
              <w:spacing w:before="8" w:after="8" w:line="245" w:lineRule="auto"/>
            </w:pPr>
            <w:r>
              <w:rPr>
                <w:color w:val="000000"/>
                <w:sz w:val="14"/>
              </w:rPr>
              <w:t>Postaja 2: Matrična: varno pripravim ali izberem matrico, preizkusim količino barve in naredim poskusni odtis.</w:t>
            </w:r>
          </w:p>
          <w:p w14:paraId="7265EFA4" w14:textId="77777777" w:rsidR="00080BF0" w:rsidRDefault="00000000">
            <w:pPr>
              <w:spacing w:before="8" w:after="8" w:line="245" w:lineRule="auto"/>
            </w:pPr>
            <w:r>
              <w:rPr>
                <w:color w:val="000000"/>
                <w:sz w:val="14"/>
              </w:rPr>
              <w:t>Postaja 3: Gibalno-ritmična: z odtisi ali telesnimi koraki sestavim ponavljajoč se ritem, smer in vzorec.</w:t>
            </w:r>
          </w:p>
          <w:p w14:paraId="4BA765BB" w14:textId="77777777" w:rsidR="00080BF0" w:rsidRDefault="00000000">
            <w:pPr>
              <w:spacing w:before="8" w:after="8" w:line="245" w:lineRule="auto"/>
            </w:pPr>
            <w:r>
              <w:rPr>
                <w:color w:val="000000"/>
                <w:sz w:val="14"/>
              </w:rPr>
              <w:t>Postaja 4: Primerjalna: primerjam dva odtisa, poimenujem razliko, izberem uspešnejši dokaz in ponovim izboljšan postopek.</w:t>
            </w:r>
          </w:p>
          <w:p w14:paraId="6FF6A5C0"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6441A963" w14:textId="77777777" w:rsidR="00080BF0" w:rsidRDefault="00080BF0"/>
          <w:p w14:paraId="460C37DF" w14:textId="77777777" w:rsidR="00080BF0" w:rsidRDefault="00000000">
            <w:pPr>
              <w:spacing w:after="6" w:line="245" w:lineRule="auto"/>
            </w:pPr>
            <w:r>
              <w:rPr>
                <w:b/>
                <w:color w:val="000000"/>
                <w:sz w:val="15"/>
              </w:rPr>
              <w:t>1. URA – Grafika – Opazujem, preizkušam, načrtujem</w:t>
            </w:r>
          </w:p>
          <w:p w14:paraId="5DC837FB"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65188D72" w14:textId="77777777" w:rsidR="00080BF0" w:rsidRDefault="00000000">
            <w:pPr>
              <w:spacing w:after="20" w:line="245" w:lineRule="auto"/>
            </w:pPr>
            <w:r>
              <w:rPr>
                <w:color w:val="D95BC6"/>
                <w:sz w:val="14"/>
              </w:rPr>
              <w:t>Dokaz: list materialnih poskusov, skica/načrt, učenčeva razlaga in učiteljev zapis o varni rabi.</w:t>
            </w:r>
          </w:p>
          <w:p w14:paraId="79F73284" w14:textId="77777777" w:rsidR="00080BF0" w:rsidRDefault="00000000">
            <w:pPr>
              <w:spacing w:after="6" w:line="245" w:lineRule="auto"/>
            </w:pPr>
            <w:r>
              <w:rPr>
                <w:b/>
                <w:color w:val="000000"/>
                <w:sz w:val="15"/>
              </w:rPr>
              <w:t>2. URA – Grafika – Ustvarjam, predstavim, izboljšam</w:t>
            </w:r>
          </w:p>
          <w:p w14:paraId="1B59E592"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62C8D001" w14:textId="77777777" w:rsidR="00080BF0" w:rsidRDefault="00000000">
            <w:pPr>
              <w:spacing w:after="20" w:line="245" w:lineRule="auto"/>
            </w:pPr>
            <w:r>
              <w:rPr>
                <w:color w:val="D95BC6"/>
                <w:sz w:val="14"/>
              </w:rPr>
              <w:t>Dokaz: likovni proces in izdelek, fotografija faze, učenčeva razlaga ter samovrednotenje v mapi.</w:t>
            </w:r>
          </w:p>
          <w:p w14:paraId="4CE09885" w14:textId="77777777" w:rsidR="00080BF0" w:rsidRDefault="00000000">
            <w:pPr>
              <w:spacing w:before="40" w:after="20" w:line="245" w:lineRule="auto"/>
            </w:pPr>
            <w:r>
              <w:rPr>
                <w:b/>
                <w:color w:val="D95BC6"/>
                <w:sz w:val="16"/>
              </w:rPr>
              <w:t>MOJ KROG POSTAJ</w:t>
            </w:r>
          </w:p>
          <w:p w14:paraId="5F47FE35" w14:textId="77777777" w:rsidR="00080BF0" w:rsidRDefault="00000000">
            <w:pPr>
              <w:spacing w:after="11" w:line="245" w:lineRule="auto"/>
            </w:pPr>
            <w:r>
              <w:rPr>
                <w:color w:val="000000"/>
                <w:sz w:val="13"/>
              </w:rPr>
              <w:t>1. Teksturna: z dotikom in lupo poiščem reliefne površine ter napovem, kakšen odtis bi pustile.</w:t>
            </w:r>
          </w:p>
          <w:p w14:paraId="67F01390" w14:textId="77777777" w:rsidR="00080BF0" w:rsidRDefault="00000000">
            <w:pPr>
              <w:spacing w:after="11" w:line="245" w:lineRule="auto"/>
            </w:pPr>
            <w:r>
              <w:rPr>
                <w:color w:val="000000"/>
                <w:sz w:val="13"/>
              </w:rPr>
              <w:t>2. Matrična: varno pripravim ali izberem matrico, preizkusim količino barve in naredim poskusni.</w:t>
            </w:r>
          </w:p>
          <w:p w14:paraId="002B7321" w14:textId="77777777" w:rsidR="00080BF0" w:rsidRDefault="00000000">
            <w:pPr>
              <w:spacing w:after="11" w:line="245" w:lineRule="auto"/>
            </w:pPr>
            <w:r>
              <w:rPr>
                <w:color w:val="000000"/>
                <w:sz w:val="13"/>
              </w:rPr>
              <w:t>3. Gibalno-ritmična: z odtisi ali telesnimi koraki sestavim ponavljajoč se ritem.</w:t>
            </w:r>
          </w:p>
          <w:p w14:paraId="1DEC571D" w14:textId="77777777" w:rsidR="00080BF0" w:rsidRDefault="00000000">
            <w:pPr>
              <w:spacing w:after="11" w:line="245" w:lineRule="auto"/>
            </w:pPr>
            <w:r>
              <w:rPr>
                <w:color w:val="000000"/>
                <w:sz w:val="13"/>
              </w:rPr>
              <w:t>4. Primerjalna: primerjam dva odtisa, poimenujem razliko.</w:t>
            </w:r>
          </w:p>
          <w:p w14:paraId="0ED6A7C4"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5BEEBCDA" w14:textId="77777777" w:rsidR="00080BF0" w:rsidRDefault="00000000">
            <w:pPr>
              <w:spacing w:after="20" w:line="245" w:lineRule="auto"/>
            </w:pPr>
            <w:r>
              <w:rPr>
                <w:b/>
                <w:color w:val="D95BC6"/>
                <w:sz w:val="17"/>
              </w:rPr>
              <w:t>DOKAZ O UČENJU</w:t>
            </w:r>
          </w:p>
          <w:p w14:paraId="70CFEF4D"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00296DEC"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EA1C53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06AAA82"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71C2AC6" w14:textId="77777777" w:rsidR="00080BF0" w:rsidRDefault="00000000">
            <w:pPr>
              <w:jc w:val="center"/>
            </w:pPr>
            <w:r>
              <w:rPr>
                <w:b/>
                <w:color w:val="000000"/>
                <w:sz w:val="20"/>
              </w:rPr>
              <w:t>UČNE DEJAVNOSTI, METODE IN FORMATIVNO SPREMLJANJE</w:t>
            </w:r>
          </w:p>
        </w:tc>
      </w:tr>
      <w:tr w:rsidR="00080BF0" w14:paraId="0B8C0F23" w14:textId="77777777">
        <w:trPr>
          <w:tblHeader/>
          <w:jc w:val="center"/>
        </w:trPr>
        <w:tc>
          <w:tcPr>
            <w:tcW w:w="4422" w:type="dxa"/>
            <w:vMerge/>
            <w:tcMar>
              <w:top w:w="70" w:type="dxa"/>
              <w:left w:w="90" w:type="dxa"/>
              <w:bottom w:w="70" w:type="dxa"/>
              <w:right w:w="90" w:type="dxa"/>
            </w:tcMar>
            <w:vAlign w:val="center"/>
          </w:tcPr>
          <w:p w14:paraId="1F17E6A3" w14:textId="77777777" w:rsidR="00080BF0" w:rsidRDefault="00080BF0"/>
        </w:tc>
        <w:tc>
          <w:tcPr>
            <w:tcW w:w="7087" w:type="dxa"/>
            <w:shd w:val="clear" w:color="auto" w:fill="FFFFFF"/>
            <w:tcMar>
              <w:top w:w="70" w:type="dxa"/>
              <w:left w:w="90" w:type="dxa"/>
              <w:bottom w:w="70" w:type="dxa"/>
              <w:right w:w="90" w:type="dxa"/>
            </w:tcMar>
            <w:vAlign w:val="center"/>
          </w:tcPr>
          <w:p w14:paraId="72F7C744"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6A4638E" w14:textId="77777777" w:rsidR="00080BF0" w:rsidRDefault="00000000">
            <w:pPr>
              <w:jc w:val="center"/>
            </w:pPr>
            <w:r>
              <w:rPr>
                <w:b/>
                <w:color w:val="000000"/>
              </w:rPr>
              <w:t>UČENEC</w:t>
            </w:r>
          </w:p>
        </w:tc>
      </w:tr>
      <w:tr w:rsidR="00080BF0" w14:paraId="7316E62B" w14:textId="77777777">
        <w:trPr>
          <w:jc w:val="center"/>
        </w:trPr>
        <w:tc>
          <w:tcPr>
            <w:tcW w:w="4422" w:type="dxa"/>
            <w:tcMar>
              <w:top w:w="70" w:type="dxa"/>
              <w:left w:w="90" w:type="dxa"/>
              <w:bottom w:w="70" w:type="dxa"/>
              <w:right w:w="90" w:type="dxa"/>
            </w:tcMar>
          </w:tcPr>
          <w:p w14:paraId="172D6F4F" w14:textId="77777777" w:rsidR="00080BF0" w:rsidRDefault="00080BF0"/>
          <w:p w14:paraId="4513E903" w14:textId="77777777" w:rsidR="00080BF0" w:rsidRDefault="00000000">
            <w:pPr>
              <w:spacing w:after="40" w:line="245" w:lineRule="auto"/>
            </w:pPr>
            <w:r>
              <w:rPr>
                <w:b/>
                <w:color w:val="000000"/>
              </w:rPr>
              <w:t>FORMATIVNO SPREMLJANJE</w:t>
            </w:r>
          </w:p>
          <w:p w14:paraId="27DF0496" w14:textId="77777777" w:rsidR="00080BF0" w:rsidRDefault="00000000">
            <w:pPr>
              <w:pStyle w:val="Oznaenseznam"/>
              <w:spacing w:after="16"/>
            </w:pPr>
            <w:r>
              <w:rPr>
                <w:color w:val="000000"/>
                <w:sz w:val="15"/>
              </w:rPr>
              <w:t>predznanje: opažanje, gibalna ponazoritev, izbira kartice, razvrstitev materialov, poskusna sled ali skica</w:t>
            </w:r>
          </w:p>
          <w:p w14:paraId="31BFC8EF"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258C3585"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0EEDE7BE" w14:textId="77777777" w:rsidR="00080BF0" w:rsidRDefault="00000000">
            <w:pPr>
              <w:pStyle w:val="Oznaenseznam"/>
              <w:spacing w:after="16"/>
            </w:pPr>
            <w:r>
              <w:rPr>
                <w:color w:val="000000"/>
                <w:sz w:val="15"/>
              </w:rPr>
              <w:t>povratna informacija: opis vidne likovne odločitve, povezava z enim merilom in izvedljiv naslednji korak</w:t>
            </w:r>
          </w:p>
          <w:p w14:paraId="57E00EE2" w14:textId="77777777" w:rsidR="00080BF0" w:rsidRDefault="00000000">
            <w:pPr>
              <w:pStyle w:val="Oznaenseznam"/>
              <w:spacing w:after="16"/>
            </w:pPr>
            <w:r>
              <w:rPr>
                <w:color w:val="000000"/>
                <w:sz w:val="15"/>
              </w:rPr>
              <w:t>samovrednotenje: likovni semafor, lestvica samostojnosti, izbran dokaz, galerijski odziv in izboljšava</w:t>
            </w:r>
          </w:p>
          <w:p w14:paraId="49A7CA0B" w14:textId="77777777" w:rsidR="00080BF0" w:rsidRDefault="00000000">
            <w:pPr>
              <w:spacing w:before="40" w:after="20" w:line="245" w:lineRule="auto"/>
            </w:pPr>
            <w:r>
              <w:rPr>
                <w:b/>
                <w:color w:val="000000"/>
                <w:sz w:val="17"/>
              </w:rPr>
              <w:t>VARNOST, HIGIENA IN UREDITEV PROSTORA</w:t>
            </w:r>
          </w:p>
          <w:p w14:paraId="44FEEEF3"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Barva je nestrupena; matrice so pripravljene brez ostrih rezil, odtiskuje se na zaščiteni podlagi.</w:t>
            </w:r>
          </w:p>
          <w:p w14:paraId="0321A9C9" w14:textId="77777777" w:rsidR="00080BF0" w:rsidRDefault="00000000">
            <w:pPr>
              <w:spacing w:after="20" w:line="245" w:lineRule="auto"/>
            </w:pPr>
            <w:r>
              <w:rPr>
                <w:b/>
                <w:color w:val="000000"/>
                <w:sz w:val="17"/>
              </w:rPr>
              <w:t>EVIDENCA PO IZVEDBI</w:t>
            </w:r>
          </w:p>
          <w:p w14:paraId="3D7B3EC4"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3C23A844" w14:textId="77777777" w:rsidR="00080BF0" w:rsidRDefault="00000000">
            <w:pPr>
              <w:spacing w:before="40" w:after="20" w:line="245" w:lineRule="auto"/>
            </w:pPr>
            <w:r>
              <w:rPr>
                <w:b/>
                <w:color w:val="000000"/>
                <w:sz w:val="17"/>
              </w:rPr>
              <w:t>RAVEN DOSEGANJA</w:t>
            </w:r>
          </w:p>
          <w:p w14:paraId="3EFB18FD"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41FA650C"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FC521C1" w14:textId="77777777">
              <w:trPr>
                <w:jc w:val="center"/>
              </w:trPr>
              <w:tc>
                <w:tcPr>
                  <w:tcW w:w="7087" w:type="dxa"/>
                  <w:shd w:val="clear" w:color="auto" w:fill="EDC9EA"/>
                  <w:tcMar>
                    <w:top w:w="45" w:type="dxa"/>
                    <w:left w:w="70" w:type="dxa"/>
                    <w:bottom w:w="45" w:type="dxa"/>
                    <w:right w:w="70" w:type="dxa"/>
                  </w:tcMar>
                </w:tcPr>
                <w:p w14:paraId="3E034D9C" w14:textId="77777777" w:rsidR="00080BF0" w:rsidRDefault="00000000">
                  <w:pPr>
                    <w:keepNext/>
                  </w:pPr>
                  <w:r>
                    <w:rPr>
                      <w:b/>
                      <w:color w:val="000000"/>
                    </w:rPr>
                    <w:t>VPRAŠANJA V PODPORO LIKOVNEMU UČENJU</w:t>
                  </w:r>
                </w:p>
              </w:tc>
            </w:tr>
          </w:tbl>
          <w:p w14:paraId="68ACB8E9" w14:textId="77777777" w:rsidR="00080BF0" w:rsidRDefault="00080BF0">
            <w:pPr>
              <w:spacing w:line="20" w:lineRule="exact"/>
            </w:pPr>
          </w:p>
          <w:p w14:paraId="453EADA4" w14:textId="77777777" w:rsidR="00080BF0" w:rsidRDefault="00000000">
            <w:pPr>
              <w:pStyle w:val="Oznaenseznam"/>
              <w:spacing w:after="16"/>
            </w:pPr>
            <w:r>
              <w:rPr>
                <w:color w:val="000000"/>
                <w:sz w:val="16"/>
              </w:rPr>
              <w:t>Kaj si najprej opazil/-a in katera likovna prvina je zate najpomembnejša?</w:t>
            </w:r>
          </w:p>
          <w:p w14:paraId="1098551B" w14:textId="77777777" w:rsidR="00080BF0" w:rsidRDefault="00000000">
            <w:pPr>
              <w:pStyle w:val="Oznaenseznam"/>
              <w:spacing w:after="16"/>
            </w:pPr>
            <w:r>
              <w:rPr>
                <w:color w:val="000000"/>
                <w:sz w:val="16"/>
              </w:rPr>
              <w:t>Kako je material ali postopek vplival na črto, barvo, obliko, površino, prostor oziroma delovanje izdelka?</w:t>
            </w:r>
          </w:p>
          <w:p w14:paraId="3F05AF32" w14:textId="77777777" w:rsidR="00080BF0" w:rsidRDefault="00000000">
            <w:pPr>
              <w:pStyle w:val="Oznaenseznam"/>
              <w:spacing w:after="16"/>
            </w:pPr>
            <w:r>
              <w:rPr>
                <w:color w:val="000000"/>
                <w:sz w:val="16"/>
              </w:rPr>
              <w:t>Katero možnost si preizkusil/-a, zakaj si jo izbral/-a in kaj si ob poskusu spremenil/-a?</w:t>
            </w:r>
          </w:p>
          <w:p w14:paraId="581EE874" w14:textId="77777777" w:rsidR="00080BF0" w:rsidRDefault="00000000">
            <w:pPr>
              <w:pStyle w:val="Oznaenseznam"/>
              <w:spacing w:after="16"/>
            </w:pPr>
            <w:r>
              <w:rPr>
                <w:color w:val="000000"/>
                <w:sz w:val="16"/>
              </w:rPr>
              <w:t>Kateri del tvojega procesa ali izdelka najjasneje pokaže dogovorjeno merilo?</w:t>
            </w:r>
          </w:p>
          <w:p w14:paraId="34C89B6F"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0410F3BB" w14:textId="77777777">
              <w:trPr>
                <w:jc w:val="center"/>
              </w:trPr>
              <w:tc>
                <w:tcPr>
                  <w:tcW w:w="7087" w:type="dxa"/>
                  <w:shd w:val="clear" w:color="auto" w:fill="C6E7F3"/>
                  <w:tcMar>
                    <w:top w:w="45" w:type="dxa"/>
                    <w:left w:w="70" w:type="dxa"/>
                    <w:bottom w:w="45" w:type="dxa"/>
                    <w:right w:w="70" w:type="dxa"/>
                  </w:tcMar>
                </w:tcPr>
                <w:p w14:paraId="0EFFBD61" w14:textId="77777777" w:rsidR="00080BF0" w:rsidRDefault="00000000">
                  <w:pPr>
                    <w:keepNext/>
                  </w:pPr>
                  <w:r>
                    <w:rPr>
                      <w:b/>
                      <w:color w:val="000000"/>
                    </w:rPr>
                    <w:t>ZAKLJUČNI DEL – TIHA GALERIJA, RAZLAGA IN REFLEKSIJA (8–12 min)</w:t>
                  </w:r>
                </w:p>
              </w:tc>
            </w:tr>
          </w:tbl>
          <w:p w14:paraId="1962F6F9" w14:textId="77777777" w:rsidR="00080BF0" w:rsidRDefault="00080BF0">
            <w:pPr>
              <w:spacing w:line="20" w:lineRule="exact"/>
            </w:pPr>
          </w:p>
          <w:p w14:paraId="04A95E1E"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5069CC1A" w14:textId="77777777">
              <w:trPr>
                <w:jc w:val="center"/>
              </w:trPr>
              <w:tc>
                <w:tcPr>
                  <w:tcW w:w="7087" w:type="dxa"/>
                  <w:shd w:val="clear" w:color="auto" w:fill="EDC9EA"/>
                  <w:tcMar>
                    <w:top w:w="45" w:type="dxa"/>
                    <w:left w:w="70" w:type="dxa"/>
                    <w:bottom w:w="45" w:type="dxa"/>
                    <w:right w:w="70" w:type="dxa"/>
                  </w:tcMar>
                </w:tcPr>
                <w:p w14:paraId="708C4617" w14:textId="77777777" w:rsidR="00080BF0" w:rsidRDefault="00000000">
                  <w:pPr>
                    <w:keepNext/>
                  </w:pPr>
                  <w:r>
                    <w:rPr>
                      <w:b/>
                      <w:color w:val="000000"/>
                    </w:rPr>
                    <w:t>SAMOVREDNOTENJE</w:t>
                  </w:r>
                </w:p>
              </w:tc>
            </w:tr>
          </w:tbl>
          <w:p w14:paraId="05C7E315" w14:textId="77777777" w:rsidR="00080BF0" w:rsidRDefault="00080BF0">
            <w:pPr>
              <w:spacing w:line="20" w:lineRule="exact"/>
            </w:pPr>
          </w:p>
          <w:p w14:paraId="605F43BD"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1691211E" w14:textId="77777777">
              <w:trPr>
                <w:jc w:val="center"/>
              </w:trPr>
              <w:tc>
                <w:tcPr>
                  <w:tcW w:w="7087" w:type="dxa"/>
                  <w:shd w:val="clear" w:color="auto" w:fill="EDC9EA"/>
                  <w:tcMar>
                    <w:top w:w="45" w:type="dxa"/>
                    <w:left w:w="70" w:type="dxa"/>
                    <w:bottom w:w="45" w:type="dxa"/>
                    <w:right w:w="70" w:type="dxa"/>
                  </w:tcMar>
                </w:tcPr>
                <w:p w14:paraId="41B6A2D2" w14:textId="77777777" w:rsidR="00080BF0" w:rsidRDefault="00000000">
                  <w:pPr>
                    <w:keepNext/>
                  </w:pPr>
                  <w:r>
                    <w:rPr>
                      <w:b/>
                      <w:color w:val="000000"/>
                    </w:rPr>
                    <w:t>VRSTNIŠKO VREDNOTENJE</w:t>
                  </w:r>
                </w:p>
              </w:tc>
            </w:tr>
          </w:tbl>
          <w:p w14:paraId="58B032AB" w14:textId="77777777" w:rsidR="00080BF0" w:rsidRDefault="00080BF0">
            <w:pPr>
              <w:spacing w:line="20" w:lineRule="exact"/>
            </w:pPr>
          </w:p>
          <w:p w14:paraId="7A94C1DA"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53DEF179" w14:textId="77777777">
              <w:trPr>
                <w:jc w:val="center"/>
              </w:trPr>
              <w:tc>
                <w:tcPr>
                  <w:tcW w:w="7087" w:type="dxa"/>
                  <w:shd w:val="clear" w:color="auto" w:fill="EDC9EA"/>
                  <w:tcMar>
                    <w:top w:w="45" w:type="dxa"/>
                    <w:left w:w="70" w:type="dxa"/>
                    <w:bottom w:w="45" w:type="dxa"/>
                    <w:right w:w="70" w:type="dxa"/>
                  </w:tcMar>
                </w:tcPr>
                <w:p w14:paraId="37DDD270" w14:textId="77777777" w:rsidR="00080BF0" w:rsidRDefault="00000000">
                  <w:pPr>
                    <w:keepNext/>
                  </w:pPr>
                  <w:r>
                    <w:rPr>
                      <w:b/>
                      <w:color w:val="000000"/>
                    </w:rPr>
                    <w:t>SKUPNI POVZETEK</w:t>
                  </w:r>
                </w:p>
              </w:tc>
            </w:tr>
          </w:tbl>
          <w:p w14:paraId="2AE2802E" w14:textId="77777777" w:rsidR="00080BF0" w:rsidRDefault="00080BF0"/>
          <w:p w14:paraId="4E5C3AA7" w14:textId="77777777" w:rsidR="00080BF0" w:rsidRDefault="00000000">
            <w:pPr>
              <w:spacing w:before="20" w:after="40" w:line="245" w:lineRule="auto"/>
            </w:pPr>
            <w:r>
              <w:rPr>
                <w:b/>
                <w:color w:val="000000"/>
                <w:sz w:val="16"/>
              </w:rPr>
              <w:t>spoznam matrico in odtis; ustvarim zimski motiv; primerjam odtise. Izbrani dokaz pojasnim in po povratni informaciji izboljšam.</w:t>
            </w:r>
          </w:p>
        </w:tc>
        <w:tc>
          <w:tcPr>
            <w:tcW w:w="2551" w:type="dxa"/>
            <w:tcMar>
              <w:top w:w="70" w:type="dxa"/>
              <w:left w:w="90" w:type="dxa"/>
              <w:bottom w:w="70" w:type="dxa"/>
              <w:right w:w="90" w:type="dxa"/>
            </w:tcMar>
          </w:tcPr>
          <w:p w14:paraId="4342FF9F" w14:textId="77777777" w:rsidR="00080BF0" w:rsidRDefault="00080BF0"/>
          <w:p w14:paraId="7C554043" w14:textId="77777777" w:rsidR="00080BF0" w:rsidRDefault="00000000">
            <w:pPr>
              <w:spacing w:after="80" w:line="245" w:lineRule="auto"/>
            </w:pPr>
            <w:r>
              <w:rPr>
                <w:color w:val="000000"/>
                <w:sz w:val="15"/>
              </w:rPr>
              <w:t>Odgovarja na podporna vprašanja in se sklicuje na opaženo, preizkušeno, ustvarjeno ali razstavljeno.</w:t>
            </w:r>
          </w:p>
          <w:p w14:paraId="6D8F51CF" w14:textId="77777777" w:rsidR="00080BF0" w:rsidRDefault="00000000">
            <w:pPr>
              <w:spacing w:after="80" w:line="245" w:lineRule="auto"/>
            </w:pPr>
            <w:r>
              <w:rPr>
                <w:color w:val="000000"/>
                <w:sz w:val="15"/>
              </w:rPr>
              <w:t>Predstavi izbrani procesni ali izdelkovni dokaz ter pove, katero merilo z njim pokaže.</w:t>
            </w:r>
          </w:p>
          <w:p w14:paraId="2E425BA0" w14:textId="77777777" w:rsidR="00080BF0" w:rsidRDefault="00000000">
            <w:pPr>
              <w:spacing w:after="80" w:line="245" w:lineRule="auto"/>
            </w:pPr>
            <w:r>
              <w:rPr>
                <w:color w:val="000000"/>
                <w:sz w:val="15"/>
              </w:rPr>
              <w:t>Tiho opazuje vrstnikovo delo, opiše eno konkretno likovno rešitev in poda prijazen predlog.</w:t>
            </w:r>
          </w:p>
          <w:p w14:paraId="42C1D27B" w14:textId="77777777" w:rsidR="00080BF0" w:rsidRDefault="00000000">
            <w:pPr>
              <w:spacing w:after="80" w:line="245" w:lineRule="auto"/>
            </w:pPr>
            <w:r>
              <w:rPr>
                <w:color w:val="000000"/>
                <w:sz w:val="15"/>
              </w:rPr>
              <w:t>Po povratni informaciji po želji ponovi poskus, spremeni podrobnost, izboljša spoj, razporeditev ali razlago.</w:t>
            </w:r>
          </w:p>
          <w:p w14:paraId="20B48BDB" w14:textId="77777777" w:rsidR="00080BF0" w:rsidRDefault="00000000">
            <w:pPr>
              <w:spacing w:after="100" w:line="245" w:lineRule="auto"/>
            </w:pPr>
            <w:r>
              <w:rPr>
                <w:color w:val="000000"/>
                <w:sz w:val="15"/>
              </w:rPr>
              <w:t>Izbere raven samostojnosti ter določi majhen in izvedljiv naslednji ustvarjalni korak.</w:t>
            </w:r>
          </w:p>
          <w:p w14:paraId="49661BDC" w14:textId="77777777" w:rsidR="00080BF0" w:rsidRDefault="00000000">
            <w:pPr>
              <w:spacing w:after="20" w:line="245" w:lineRule="auto"/>
            </w:pPr>
            <w:r>
              <w:rPr>
                <w:b/>
                <w:color w:val="D95BC6"/>
                <w:sz w:val="17"/>
              </w:rPr>
              <w:t>DOKAZ O UČENJU</w:t>
            </w:r>
          </w:p>
          <w:p w14:paraId="6D47B5D0"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5088F85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2032B359" w14:textId="77777777">
        <w:trPr>
          <w:cantSplit/>
          <w:jc w:val="center"/>
        </w:trPr>
        <w:tc>
          <w:tcPr>
            <w:tcW w:w="14060" w:type="dxa"/>
            <w:gridSpan w:val="6"/>
            <w:tcMar>
              <w:top w:w="70" w:type="dxa"/>
              <w:left w:w="90" w:type="dxa"/>
              <w:bottom w:w="70" w:type="dxa"/>
              <w:right w:w="90" w:type="dxa"/>
            </w:tcMar>
            <w:vAlign w:val="center"/>
          </w:tcPr>
          <w:p w14:paraId="31ABA055" w14:textId="77777777" w:rsidR="00080BF0" w:rsidRDefault="00000000">
            <w:pPr>
              <w:jc w:val="center"/>
            </w:pPr>
            <w:r>
              <w:rPr>
                <w:b/>
                <w:color w:val="000000"/>
                <w:sz w:val="24"/>
              </w:rPr>
              <w:lastRenderedPageBreak/>
              <w:t>UČNA PRIPRAVA 18/39</w:t>
            </w:r>
          </w:p>
        </w:tc>
      </w:tr>
      <w:tr w:rsidR="00080BF0" w14:paraId="46BA8CF6" w14:textId="77777777">
        <w:trPr>
          <w:jc w:val="center"/>
        </w:trPr>
        <w:tc>
          <w:tcPr>
            <w:tcW w:w="2665" w:type="dxa"/>
            <w:tcMar>
              <w:top w:w="70" w:type="dxa"/>
              <w:left w:w="90" w:type="dxa"/>
              <w:bottom w:w="70" w:type="dxa"/>
              <w:right w:w="90" w:type="dxa"/>
            </w:tcMar>
            <w:vAlign w:val="center"/>
          </w:tcPr>
          <w:p w14:paraId="54172856"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7733E44"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3B287412"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9F9A750" w14:textId="77777777" w:rsidR="00080BF0" w:rsidRDefault="00000000">
            <w:r>
              <w:rPr>
                <w:b/>
                <w:color w:val="000000"/>
                <w:sz w:val="16"/>
              </w:rPr>
              <w:t xml:space="preserve">NAČRTOVANI TERMIN: </w:t>
            </w:r>
            <w:r>
              <w:rPr>
                <w:color w:val="000000"/>
                <w:sz w:val="16"/>
              </w:rPr>
              <w:t>18. teden • 11.–15. 1. 2027</w:t>
            </w:r>
          </w:p>
        </w:tc>
        <w:tc>
          <w:tcPr>
            <w:tcW w:w="2268" w:type="dxa"/>
            <w:tcMar>
              <w:top w:w="70" w:type="dxa"/>
              <w:left w:w="90" w:type="dxa"/>
              <w:bottom w:w="70" w:type="dxa"/>
              <w:right w:w="90" w:type="dxa"/>
            </w:tcMar>
            <w:vAlign w:val="center"/>
          </w:tcPr>
          <w:p w14:paraId="19947A90"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02E9943" w14:textId="77777777" w:rsidR="00080BF0" w:rsidRDefault="00000000">
            <w:r>
              <w:rPr>
                <w:b/>
                <w:color w:val="000000"/>
                <w:sz w:val="16"/>
              </w:rPr>
              <w:t xml:space="preserve">ŠTEVILO UR: </w:t>
            </w:r>
            <w:r>
              <w:rPr>
                <w:color w:val="000000"/>
                <w:sz w:val="16"/>
              </w:rPr>
              <w:t>2</w:t>
            </w:r>
          </w:p>
        </w:tc>
      </w:tr>
      <w:tr w:rsidR="00080BF0" w14:paraId="11A6BB00" w14:textId="77777777">
        <w:trPr>
          <w:jc w:val="center"/>
        </w:trPr>
        <w:tc>
          <w:tcPr>
            <w:tcW w:w="14061" w:type="dxa"/>
            <w:gridSpan w:val="6"/>
            <w:tcMar>
              <w:top w:w="70" w:type="dxa"/>
              <w:left w:w="90" w:type="dxa"/>
              <w:bottom w:w="70" w:type="dxa"/>
              <w:right w:w="90" w:type="dxa"/>
            </w:tcMar>
            <w:vAlign w:val="center"/>
          </w:tcPr>
          <w:p w14:paraId="7DBE8950" w14:textId="77777777" w:rsidR="00080BF0" w:rsidRDefault="00000000">
            <w:r>
              <w:rPr>
                <w:b/>
                <w:color w:val="000000"/>
                <w:sz w:val="17"/>
              </w:rPr>
              <w:t xml:space="preserve">TIP UČNE URE: </w:t>
            </w:r>
            <w:r>
              <w:rPr>
                <w:color w:val="000000"/>
                <w:sz w:val="17"/>
              </w:rPr>
              <w:t>priprava, individualno opisno ocenjevanje s procesnim, praktičnim oziroma portfolio dokazom, analiza in ponovno učenje</w:t>
            </w:r>
          </w:p>
        </w:tc>
      </w:tr>
      <w:tr w:rsidR="00080BF0" w14:paraId="60E2970A" w14:textId="77777777">
        <w:trPr>
          <w:cantSplit/>
          <w:jc w:val="center"/>
        </w:trPr>
        <w:tc>
          <w:tcPr>
            <w:tcW w:w="14060" w:type="dxa"/>
            <w:gridSpan w:val="6"/>
            <w:tcMar>
              <w:top w:w="70" w:type="dxa"/>
              <w:left w:w="90" w:type="dxa"/>
              <w:bottom w:w="70" w:type="dxa"/>
              <w:right w:w="90" w:type="dxa"/>
            </w:tcMar>
            <w:vAlign w:val="center"/>
          </w:tcPr>
          <w:p w14:paraId="4460A912" w14:textId="77777777" w:rsidR="00080BF0" w:rsidRDefault="00080BF0"/>
          <w:p w14:paraId="4B42E89C" w14:textId="77777777" w:rsidR="00080BF0" w:rsidRDefault="00000000">
            <w:pPr>
              <w:spacing w:line="245" w:lineRule="auto"/>
            </w:pPr>
            <w:r>
              <w:rPr>
                <w:b/>
                <w:color w:val="000000"/>
                <w:sz w:val="15"/>
              </w:rPr>
              <w:t xml:space="preserve">UČNI SKLOP: </w:t>
            </w:r>
            <w:r>
              <w:rPr>
                <w:color w:val="000000"/>
                <w:sz w:val="15"/>
              </w:rPr>
              <w:t>ZIMA, SNOVI IN POJAVI</w:t>
            </w:r>
          </w:p>
        </w:tc>
      </w:tr>
      <w:tr w:rsidR="00080BF0" w14:paraId="6E36F7CA" w14:textId="77777777">
        <w:trPr>
          <w:cantSplit/>
          <w:jc w:val="center"/>
        </w:trPr>
        <w:tc>
          <w:tcPr>
            <w:tcW w:w="14060" w:type="dxa"/>
            <w:gridSpan w:val="6"/>
            <w:tcMar>
              <w:top w:w="70" w:type="dxa"/>
              <w:left w:w="90" w:type="dxa"/>
              <w:bottom w:w="70" w:type="dxa"/>
              <w:right w:w="90" w:type="dxa"/>
            </w:tcMar>
            <w:vAlign w:val="center"/>
          </w:tcPr>
          <w:p w14:paraId="6FC949D3" w14:textId="77777777" w:rsidR="00080BF0" w:rsidRDefault="00080BF0"/>
          <w:p w14:paraId="182212C6" w14:textId="77777777" w:rsidR="00080BF0" w:rsidRDefault="00000000">
            <w:pPr>
              <w:spacing w:line="245" w:lineRule="auto"/>
            </w:pPr>
            <w:r>
              <w:rPr>
                <w:b/>
                <w:color w:val="000000"/>
                <w:sz w:val="15"/>
              </w:rPr>
              <w:t xml:space="preserve">UČNA TEMA: </w:t>
            </w:r>
            <w:r>
              <w:rPr>
                <w:color w:val="000000"/>
                <w:sz w:val="15"/>
              </w:rPr>
              <w:t>LEDENI VZORCI</w:t>
            </w:r>
          </w:p>
        </w:tc>
      </w:tr>
      <w:tr w:rsidR="00080BF0" w14:paraId="1D92F14E" w14:textId="77777777">
        <w:trPr>
          <w:cantSplit/>
          <w:jc w:val="center"/>
        </w:trPr>
        <w:tc>
          <w:tcPr>
            <w:tcW w:w="14060" w:type="dxa"/>
            <w:gridSpan w:val="6"/>
            <w:tcMar>
              <w:top w:w="70" w:type="dxa"/>
              <w:left w:w="90" w:type="dxa"/>
              <w:bottom w:w="70" w:type="dxa"/>
              <w:right w:w="90" w:type="dxa"/>
            </w:tcMar>
            <w:vAlign w:val="center"/>
          </w:tcPr>
          <w:p w14:paraId="4DCCF39F" w14:textId="77777777" w:rsidR="00080BF0" w:rsidRDefault="00080BF0"/>
          <w:p w14:paraId="4AAB02B0" w14:textId="77777777" w:rsidR="00080BF0" w:rsidRDefault="00000000">
            <w:pPr>
              <w:spacing w:line="245" w:lineRule="auto"/>
            </w:pPr>
            <w:r>
              <w:rPr>
                <w:b/>
                <w:color w:val="000000"/>
                <w:sz w:val="15"/>
              </w:rPr>
              <w:t xml:space="preserve">KNJIŽEVNO / MOTIVNO IZHODIŠČE: </w:t>
            </w:r>
            <w:r>
              <w:rPr>
                <w:color w:val="000000"/>
                <w:sz w:val="15"/>
              </w:rPr>
              <w:t>»Mehurčki« – Oton Župančič • voda, igra besed, zvočnost in spreminjanje snovi</w:t>
            </w:r>
          </w:p>
        </w:tc>
      </w:tr>
      <w:tr w:rsidR="00080BF0" w14:paraId="0CAE1FCD" w14:textId="77777777">
        <w:trPr>
          <w:cantSplit/>
          <w:jc w:val="center"/>
        </w:trPr>
        <w:tc>
          <w:tcPr>
            <w:tcW w:w="14060" w:type="dxa"/>
            <w:gridSpan w:val="6"/>
            <w:tcMar>
              <w:top w:w="70" w:type="dxa"/>
              <w:left w:w="90" w:type="dxa"/>
              <w:bottom w:w="70" w:type="dxa"/>
              <w:right w:w="90" w:type="dxa"/>
            </w:tcMar>
            <w:vAlign w:val="center"/>
          </w:tcPr>
          <w:p w14:paraId="29400F3C" w14:textId="77777777" w:rsidR="00080BF0" w:rsidRDefault="00080BF0"/>
          <w:p w14:paraId="199538BB" w14:textId="77777777" w:rsidR="00080BF0" w:rsidRDefault="00000000">
            <w:pPr>
              <w:spacing w:line="245" w:lineRule="auto"/>
            </w:pPr>
            <w:r>
              <w:rPr>
                <w:b/>
                <w:color w:val="000000"/>
                <w:sz w:val="15"/>
              </w:rPr>
              <w:t xml:space="preserve">LIKOVNO IZHODIŠČE / MOTIVACIJA: </w:t>
            </w:r>
            <w:r>
              <w:rPr>
                <w:color w:val="000000"/>
                <w:sz w:val="15"/>
              </w:rPr>
              <w:t>barva iz zgodbe izgubi svoje razpoloženje; učenci z opazovanjem, mešanjem in gibalnim odzivom ugotavljajo, kako bi jo ponovno izrazili v motivu »ledeni vzorci«. Tematska rešitev: ustvari ledene vzorce in odtise krogov.</w:t>
            </w:r>
          </w:p>
        </w:tc>
      </w:tr>
      <w:tr w:rsidR="00080BF0" w14:paraId="51F4C195" w14:textId="77777777">
        <w:trPr>
          <w:cantSplit/>
          <w:jc w:val="center"/>
        </w:trPr>
        <w:tc>
          <w:tcPr>
            <w:tcW w:w="14060" w:type="dxa"/>
            <w:gridSpan w:val="6"/>
            <w:tcMar>
              <w:top w:w="70" w:type="dxa"/>
              <w:left w:w="90" w:type="dxa"/>
              <w:bottom w:w="70" w:type="dxa"/>
              <w:right w:w="90" w:type="dxa"/>
            </w:tcMar>
            <w:vAlign w:val="center"/>
          </w:tcPr>
          <w:p w14:paraId="0F06A1FD" w14:textId="77777777" w:rsidR="00080BF0" w:rsidRDefault="00080BF0"/>
          <w:p w14:paraId="0C812853" w14:textId="77777777" w:rsidR="00080BF0" w:rsidRDefault="00000000">
            <w:pPr>
              <w:spacing w:line="245" w:lineRule="auto"/>
            </w:pPr>
            <w:r>
              <w:rPr>
                <w:b/>
                <w:color w:val="000000"/>
                <w:sz w:val="15"/>
              </w:rPr>
              <w:t xml:space="preserve">UČNE ENOTE: </w:t>
            </w:r>
            <w:r>
              <w:rPr>
                <w:color w:val="000000"/>
                <w:sz w:val="15"/>
              </w:rPr>
              <w:t>1. ura – Ledeni vzorci – Opazujem, preizkušam, načrtujem • 2. ura – Ledeni vzorci – Individualni procesni in izdelkovni dokaz</w:t>
            </w:r>
          </w:p>
        </w:tc>
      </w:tr>
      <w:tr w:rsidR="00080BF0" w14:paraId="5E152927" w14:textId="77777777">
        <w:trPr>
          <w:cantSplit/>
          <w:jc w:val="center"/>
        </w:trPr>
        <w:tc>
          <w:tcPr>
            <w:tcW w:w="14060" w:type="dxa"/>
            <w:gridSpan w:val="6"/>
            <w:tcMar>
              <w:top w:w="70" w:type="dxa"/>
              <w:left w:w="90" w:type="dxa"/>
              <w:bottom w:w="70" w:type="dxa"/>
              <w:right w:w="90" w:type="dxa"/>
            </w:tcMar>
            <w:vAlign w:val="center"/>
          </w:tcPr>
          <w:p w14:paraId="35B34B45" w14:textId="77777777" w:rsidR="00080BF0" w:rsidRDefault="00080BF0"/>
          <w:p w14:paraId="3A5B5D40"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4D8F884C" w14:textId="77777777">
        <w:trPr>
          <w:cantSplit/>
          <w:jc w:val="center"/>
        </w:trPr>
        <w:tc>
          <w:tcPr>
            <w:tcW w:w="14060" w:type="dxa"/>
            <w:gridSpan w:val="6"/>
            <w:tcMar>
              <w:top w:w="70" w:type="dxa"/>
              <w:left w:w="90" w:type="dxa"/>
              <w:bottom w:w="70" w:type="dxa"/>
              <w:right w:w="90" w:type="dxa"/>
            </w:tcMar>
            <w:vAlign w:val="center"/>
          </w:tcPr>
          <w:p w14:paraId="6CD8B341" w14:textId="77777777" w:rsidR="00080BF0" w:rsidRDefault="00080BF0"/>
          <w:p w14:paraId="5061A8A4"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780611C9" w14:textId="77777777">
        <w:trPr>
          <w:cantSplit/>
          <w:jc w:val="center"/>
        </w:trPr>
        <w:tc>
          <w:tcPr>
            <w:tcW w:w="14060" w:type="dxa"/>
            <w:gridSpan w:val="6"/>
            <w:tcMar>
              <w:top w:w="70" w:type="dxa"/>
              <w:left w:w="90" w:type="dxa"/>
              <w:bottom w:w="70" w:type="dxa"/>
              <w:right w:w="90" w:type="dxa"/>
            </w:tcMar>
            <w:vAlign w:val="center"/>
          </w:tcPr>
          <w:p w14:paraId="166CBAF5" w14:textId="77777777" w:rsidR="00080BF0" w:rsidRDefault="00080BF0"/>
          <w:p w14:paraId="644CF955"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3B43767D" w14:textId="77777777">
        <w:trPr>
          <w:cantSplit/>
          <w:jc w:val="center"/>
        </w:trPr>
        <w:tc>
          <w:tcPr>
            <w:tcW w:w="14060" w:type="dxa"/>
            <w:gridSpan w:val="6"/>
            <w:tcMar>
              <w:top w:w="70" w:type="dxa"/>
              <w:left w:w="90" w:type="dxa"/>
              <w:bottom w:w="70" w:type="dxa"/>
              <w:right w:w="90" w:type="dxa"/>
            </w:tcMar>
            <w:vAlign w:val="center"/>
          </w:tcPr>
          <w:p w14:paraId="1BE5390B" w14:textId="77777777" w:rsidR="00080BF0" w:rsidRDefault="00080BF0"/>
          <w:p w14:paraId="43CA1990" w14:textId="77777777" w:rsidR="00080BF0" w:rsidRDefault="00000000">
            <w:pPr>
              <w:spacing w:line="245" w:lineRule="auto"/>
            </w:pPr>
            <w:r>
              <w:rPr>
                <w:b/>
                <w:color w:val="000000"/>
                <w:sz w:val="15"/>
              </w:rPr>
              <w:t xml:space="preserve">MEDPREDMETNE POVEZAVE: </w:t>
            </w:r>
            <w:r>
              <w:rPr>
                <w:color w:val="000000"/>
                <w:sz w:val="15"/>
              </w:rPr>
              <w:t>SPO – voda, igra besed, zvočnost in spreminjanje snovi; SLJ – poslušanje, opis opažanja, poimenovanje postopka in predstavitev; MAT – oblike, razvrščanje, vzorci in prostorski odnosi; ŠPO – gibalna črta, telesna skulptura, smer in ravnotežje; GUM – ritem, ponavljanje.</w:t>
            </w:r>
          </w:p>
        </w:tc>
      </w:tr>
      <w:tr w:rsidR="00080BF0" w14:paraId="7CB95117" w14:textId="77777777">
        <w:trPr>
          <w:cantSplit/>
          <w:jc w:val="center"/>
        </w:trPr>
        <w:tc>
          <w:tcPr>
            <w:tcW w:w="14060" w:type="dxa"/>
            <w:gridSpan w:val="6"/>
            <w:tcMar>
              <w:top w:w="70" w:type="dxa"/>
              <w:left w:w="90" w:type="dxa"/>
              <w:bottom w:w="70" w:type="dxa"/>
              <w:right w:w="90" w:type="dxa"/>
            </w:tcMar>
            <w:vAlign w:val="center"/>
          </w:tcPr>
          <w:p w14:paraId="262576B3" w14:textId="77777777" w:rsidR="00080BF0" w:rsidRDefault="00080BF0"/>
          <w:p w14:paraId="064769FA" w14:textId="77777777" w:rsidR="00080BF0" w:rsidRDefault="00000000">
            <w:pPr>
              <w:spacing w:line="245" w:lineRule="auto"/>
            </w:pPr>
            <w:r>
              <w:rPr>
                <w:b/>
                <w:color w:val="000000"/>
                <w:sz w:val="15"/>
              </w:rPr>
              <w:t xml:space="preserve">UČNA SREDSTVA IN PRIPOMOČKI: </w:t>
            </w:r>
            <w:r>
              <w:rPr>
                <w:color w:val="000000"/>
                <w:sz w:val="15"/>
              </w:rPr>
              <w:t>debelejši papir, tempera ali vodene barve, čopiči različnih širin, palete, lončki za vodo, gobice, krpe in zaščita miz; fotografija, reprodukcija ali resnični predmet za opazovanje; kartice namena in meril; talne oznake štirih postaj; mapa dokazov; sredstva za čiščenje in pospravljanje</w:t>
            </w:r>
          </w:p>
        </w:tc>
      </w:tr>
      <w:tr w:rsidR="00080BF0" w14:paraId="46906CC4" w14:textId="77777777">
        <w:trPr>
          <w:cantSplit/>
          <w:jc w:val="center"/>
        </w:trPr>
        <w:tc>
          <w:tcPr>
            <w:tcW w:w="14060" w:type="dxa"/>
            <w:gridSpan w:val="6"/>
            <w:tcMar>
              <w:top w:w="70" w:type="dxa"/>
              <w:left w:w="90" w:type="dxa"/>
              <w:bottom w:w="70" w:type="dxa"/>
              <w:right w:w="90" w:type="dxa"/>
            </w:tcMar>
            <w:vAlign w:val="center"/>
          </w:tcPr>
          <w:p w14:paraId="6C68E52D" w14:textId="77777777" w:rsidR="00080BF0" w:rsidRDefault="00080BF0"/>
          <w:p w14:paraId="0F2CD913"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47558951" w14:textId="77777777">
        <w:trPr>
          <w:cantSplit/>
          <w:jc w:val="center"/>
        </w:trPr>
        <w:tc>
          <w:tcPr>
            <w:tcW w:w="14060" w:type="dxa"/>
            <w:gridSpan w:val="6"/>
            <w:tcMar>
              <w:top w:w="70" w:type="dxa"/>
              <w:left w:w="90" w:type="dxa"/>
              <w:bottom w:w="70" w:type="dxa"/>
              <w:right w:w="90" w:type="dxa"/>
            </w:tcMar>
            <w:vAlign w:val="center"/>
          </w:tcPr>
          <w:p w14:paraId="2DA98441" w14:textId="77777777" w:rsidR="00080BF0" w:rsidRDefault="00080BF0"/>
          <w:p w14:paraId="5B437E6A" w14:textId="77777777" w:rsidR="00080BF0" w:rsidRDefault="00000000">
            <w:pPr>
              <w:spacing w:line="245" w:lineRule="auto"/>
            </w:pPr>
            <w:r>
              <w:rPr>
                <w:b/>
                <w:color w:val="000000"/>
                <w:sz w:val="15"/>
              </w:rPr>
              <w:t xml:space="preserve">OCENJEVANJE / DAN DEJAVNOSTI: </w:t>
            </w:r>
            <w:r>
              <w:rPr>
                <w:color w:val="000000"/>
                <w:sz w:val="15"/>
              </w:rPr>
              <w:t>OCENJEVANJE 1: spremljanje likovnega procesa, končni izdelek in kratek pogovor o uporabi likovnih prvin/materiala</w:t>
            </w:r>
          </w:p>
        </w:tc>
      </w:tr>
      <w:tr w:rsidR="00080BF0" w14:paraId="56C27232" w14:textId="77777777">
        <w:trPr>
          <w:cantSplit/>
          <w:jc w:val="center"/>
        </w:trPr>
        <w:tc>
          <w:tcPr>
            <w:tcW w:w="14060" w:type="dxa"/>
            <w:gridSpan w:val="6"/>
            <w:tcMar>
              <w:top w:w="70" w:type="dxa"/>
              <w:left w:w="90" w:type="dxa"/>
              <w:bottom w:w="70" w:type="dxa"/>
              <w:right w:w="90" w:type="dxa"/>
            </w:tcMar>
            <w:vAlign w:val="center"/>
          </w:tcPr>
          <w:p w14:paraId="3781B5FA" w14:textId="77777777" w:rsidR="00080BF0" w:rsidRDefault="00080BF0"/>
          <w:p w14:paraId="062F1197"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7CA3C5AC"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962076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1E34BB3"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7DBE160" w14:textId="77777777" w:rsidR="00080BF0" w:rsidRDefault="00000000">
            <w:pPr>
              <w:jc w:val="center"/>
            </w:pPr>
            <w:r>
              <w:rPr>
                <w:b/>
                <w:color w:val="000000"/>
                <w:sz w:val="20"/>
              </w:rPr>
              <w:t>UČNE DEJAVNOSTI, METODE IN FORMATIVNO SPREMLJANJE</w:t>
            </w:r>
          </w:p>
        </w:tc>
      </w:tr>
      <w:tr w:rsidR="00080BF0" w14:paraId="72BC6308" w14:textId="77777777">
        <w:trPr>
          <w:tblHeader/>
          <w:jc w:val="center"/>
        </w:trPr>
        <w:tc>
          <w:tcPr>
            <w:tcW w:w="4422" w:type="dxa"/>
            <w:vMerge/>
            <w:tcMar>
              <w:top w:w="70" w:type="dxa"/>
              <w:left w:w="90" w:type="dxa"/>
              <w:bottom w:w="70" w:type="dxa"/>
              <w:right w:w="90" w:type="dxa"/>
            </w:tcMar>
            <w:vAlign w:val="center"/>
          </w:tcPr>
          <w:p w14:paraId="50C3BBA3" w14:textId="77777777" w:rsidR="00080BF0" w:rsidRDefault="00080BF0"/>
        </w:tc>
        <w:tc>
          <w:tcPr>
            <w:tcW w:w="7087" w:type="dxa"/>
            <w:shd w:val="clear" w:color="auto" w:fill="FFFFFF"/>
            <w:tcMar>
              <w:top w:w="70" w:type="dxa"/>
              <w:left w:w="90" w:type="dxa"/>
              <w:bottom w:w="70" w:type="dxa"/>
              <w:right w:w="90" w:type="dxa"/>
            </w:tcMar>
            <w:vAlign w:val="center"/>
          </w:tcPr>
          <w:p w14:paraId="00022A4B"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E1D3D0F" w14:textId="77777777" w:rsidR="00080BF0" w:rsidRDefault="00000000">
            <w:pPr>
              <w:jc w:val="center"/>
            </w:pPr>
            <w:r>
              <w:rPr>
                <w:b/>
                <w:color w:val="000000"/>
              </w:rPr>
              <w:t>UČENEC</w:t>
            </w:r>
          </w:p>
        </w:tc>
      </w:tr>
      <w:tr w:rsidR="00080BF0" w14:paraId="71BD2624" w14:textId="77777777">
        <w:trPr>
          <w:jc w:val="center"/>
        </w:trPr>
        <w:tc>
          <w:tcPr>
            <w:tcW w:w="4422" w:type="dxa"/>
            <w:tcMar>
              <w:top w:w="70" w:type="dxa"/>
              <w:left w:w="90" w:type="dxa"/>
              <w:bottom w:w="70" w:type="dxa"/>
              <w:right w:w="90" w:type="dxa"/>
            </w:tcMar>
          </w:tcPr>
          <w:p w14:paraId="403017FA" w14:textId="77777777" w:rsidR="00080BF0" w:rsidRDefault="00080BF0"/>
          <w:p w14:paraId="1014A538" w14:textId="77777777" w:rsidR="00080BF0" w:rsidRDefault="00000000">
            <w:pPr>
              <w:spacing w:after="60" w:line="245" w:lineRule="auto"/>
            </w:pPr>
            <w:r>
              <w:rPr>
                <w:b/>
                <w:color w:val="000000"/>
              </w:rPr>
              <w:t>UČNI CILJI</w:t>
            </w:r>
          </w:p>
          <w:p w14:paraId="03130F31" w14:textId="77777777" w:rsidR="00080BF0" w:rsidRDefault="00000000">
            <w:pPr>
              <w:spacing w:after="20" w:line="245" w:lineRule="auto"/>
            </w:pPr>
            <w:r>
              <w:rPr>
                <w:b/>
                <w:color w:val="000000"/>
                <w:sz w:val="17"/>
              </w:rPr>
              <w:t>SPLOŠNI</w:t>
            </w:r>
          </w:p>
          <w:p w14:paraId="0D3A86F9"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1958AC78"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79DD2FED"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35849ED5"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3BCE19AF" w14:textId="77777777" w:rsidR="00080BF0" w:rsidRDefault="00000000">
            <w:pPr>
              <w:spacing w:before="40" w:after="20" w:line="245" w:lineRule="auto"/>
            </w:pPr>
            <w:r>
              <w:rPr>
                <w:b/>
                <w:color w:val="000000"/>
                <w:sz w:val="17"/>
              </w:rPr>
              <w:t>OPERATIVNI</w:t>
            </w:r>
          </w:p>
          <w:p w14:paraId="6CBC3347" w14:textId="77777777" w:rsidR="00080BF0" w:rsidRDefault="00000000">
            <w:pPr>
              <w:pStyle w:val="Oznaenseznam"/>
              <w:spacing w:after="16"/>
            </w:pPr>
            <w:r>
              <w:rPr>
                <w:color w:val="000000"/>
                <w:sz w:val="16"/>
              </w:rPr>
              <w:t>opazuje vzorce</w:t>
            </w:r>
          </w:p>
          <w:p w14:paraId="0B08096E" w14:textId="77777777" w:rsidR="00080BF0" w:rsidRDefault="00000000">
            <w:pPr>
              <w:pStyle w:val="Oznaenseznam"/>
              <w:spacing w:after="16"/>
            </w:pPr>
            <w:r>
              <w:rPr>
                <w:color w:val="000000"/>
                <w:sz w:val="16"/>
              </w:rPr>
              <w:t>riše z različnimi črtami</w:t>
            </w:r>
          </w:p>
          <w:p w14:paraId="4E5E8452" w14:textId="77777777" w:rsidR="00080BF0" w:rsidRDefault="00000000">
            <w:pPr>
              <w:pStyle w:val="Oznaenseznam"/>
              <w:spacing w:after="16"/>
            </w:pPr>
            <w:r>
              <w:rPr>
                <w:color w:val="000000"/>
                <w:sz w:val="16"/>
              </w:rPr>
              <w:t>uporabi hladne barve</w:t>
            </w:r>
          </w:p>
          <w:p w14:paraId="1B0722F2" w14:textId="77777777" w:rsidR="00080BF0" w:rsidRDefault="00000000">
            <w:pPr>
              <w:spacing w:before="40" w:after="20" w:line="245" w:lineRule="auto"/>
            </w:pPr>
            <w:r>
              <w:rPr>
                <w:b/>
                <w:color w:val="000000"/>
                <w:sz w:val="17"/>
              </w:rPr>
              <w:t>PRIČAKOVANI DOSEŽKI / MINIMALNI POUDARKI</w:t>
            </w:r>
          </w:p>
          <w:p w14:paraId="7BD459A1" w14:textId="77777777" w:rsidR="00080BF0" w:rsidRDefault="00000000">
            <w:pPr>
              <w:pStyle w:val="Oznaenseznam"/>
              <w:spacing w:after="16"/>
            </w:pPr>
            <w:r>
              <w:rPr>
                <w:color w:val="000000"/>
                <w:sz w:val="15"/>
              </w:rPr>
              <w:t>samostojno oziroma z dogovorjeno oporo opazuje vzorce</w:t>
            </w:r>
          </w:p>
          <w:p w14:paraId="1C7F6CC7" w14:textId="77777777" w:rsidR="00080BF0" w:rsidRDefault="00000000">
            <w:pPr>
              <w:pStyle w:val="Oznaenseznam"/>
              <w:spacing w:after="16"/>
            </w:pPr>
            <w:r>
              <w:rPr>
                <w:color w:val="000000"/>
                <w:sz w:val="15"/>
              </w:rPr>
              <w:t>samostojno oziroma z dogovorjeno oporo riše z različnimi črtami</w:t>
            </w:r>
          </w:p>
          <w:p w14:paraId="5F7CC85C" w14:textId="77777777" w:rsidR="00080BF0" w:rsidRDefault="00000000">
            <w:pPr>
              <w:pStyle w:val="Oznaenseznam"/>
              <w:spacing w:after="16"/>
            </w:pPr>
            <w:r>
              <w:rPr>
                <w:color w:val="000000"/>
                <w:sz w:val="15"/>
              </w:rPr>
              <w:t>samostojno oziroma z dogovorjeno oporo uporabi hladne barve</w:t>
            </w:r>
          </w:p>
        </w:tc>
        <w:tc>
          <w:tcPr>
            <w:tcW w:w="7087" w:type="dxa"/>
            <w:tcMar>
              <w:top w:w="70" w:type="dxa"/>
              <w:left w:w="90" w:type="dxa"/>
              <w:bottom w:w="70" w:type="dxa"/>
              <w:right w:w="90" w:type="dxa"/>
            </w:tcMar>
          </w:tcPr>
          <w:p w14:paraId="511F68DB"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E997E4B" w14:textId="77777777">
              <w:trPr>
                <w:jc w:val="center"/>
              </w:trPr>
              <w:tc>
                <w:tcPr>
                  <w:tcW w:w="7087" w:type="dxa"/>
                  <w:shd w:val="clear" w:color="auto" w:fill="C6E7F3"/>
                  <w:tcMar>
                    <w:top w:w="45" w:type="dxa"/>
                    <w:left w:w="70" w:type="dxa"/>
                    <w:bottom w:w="45" w:type="dxa"/>
                    <w:right w:w="70" w:type="dxa"/>
                  </w:tcMar>
                </w:tcPr>
                <w:p w14:paraId="3D0687EE" w14:textId="77777777" w:rsidR="00080BF0" w:rsidRDefault="00000000">
                  <w:pPr>
                    <w:keepNext/>
                  </w:pPr>
                  <w:r>
                    <w:rPr>
                      <w:b/>
                      <w:color w:val="000000"/>
                    </w:rPr>
                    <w:t>UVODNI DEL – likovna uganka, opazovanje, aktivacija predznanja in namen učenja (8–12 min)</w:t>
                  </w:r>
                </w:p>
              </w:tc>
            </w:tr>
          </w:tbl>
          <w:p w14:paraId="218ECC01" w14:textId="77777777" w:rsidR="00080BF0" w:rsidRDefault="00080BF0">
            <w:pPr>
              <w:spacing w:line="20" w:lineRule="exact"/>
            </w:pPr>
          </w:p>
          <w:p w14:paraId="7E350426" w14:textId="77777777" w:rsidR="00080BF0" w:rsidRDefault="00000000">
            <w:pPr>
              <w:spacing w:before="40" w:after="60" w:line="245" w:lineRule="auto"/>
            </w:pPr>
            <w:r>
              <w:rPr>
                <w:color w:val="000000"/>
                <w:sz w:val="16"/>
              </w:rPr>
              <w:t>Ob književnem motivu »Mehurčki« – Oton Župančič učenci vstopijo v temo voda, igra besed, zvočnost in spreminjanje snovi. Učiteljica pokaže fotografijo, reprodukcijo, predmet ali material in pove kratko likovno zgodbo: barva iz zgodbe izgubi svoje razpoloženje; učenci z opazovanjem, mešanjem in gibalnim odzivom ugotavljajo, kako bi jo ponovno izrazili v motivu »ledeni vzorci«. Tematska rešitev: ustvari ledene vzorce in odtise krogov. Učenci najprej tiho opazujejo, nato prvi odziv pokažejo z gibanjem, izbiro kartice, materialnim poskusom, skico ali kratko razlago. Pred individualnim dokazom obnovijo javna merila in dovoljene opore; po dokazovanju določijo naslednji korak.</w:t>
            </w:r>
          </w:p>
          <w:tbl>
            <w:tblPr>
              <w:tblStyle w:val="Tabelamrea"/>
              <w:tblW w:w="0" w:type="auto"/>
              <w:jc w:val="center"/>
              <w:tblLayout w:type="fixed"/>
              <w:tblLook w:val="04A0" w:firstRow="1" w:lastRow="0" w:firstColumn="1" w:lastColumn="0" w:noHBand="0" w:noVBand="1"/>
            </w:tblPr>
            <w:tblGrid>
              <w:gridCol w:w="7087"/>
            </w:tblGrid>
            <w:tr w:rsidR="00080BF0" w14:paraId="6BDB4EDF" w14:textId="77777777">
              <w:trPr>
                <w:jc w:val="center"/>
              </w:trPr>
              <w:tc>
                <w:tcPr>
                  <w:tcW w:w="7087" w:type="dxa"/>
                  <w:shd w:val="clear" w:color="auto" w:fill="EDC9EA"/>
                  <w:tcMar>
                    <w:top w:w="45" w:type="dxa"/>
                    <w:left w:w="70" w:type="dxa"/>
                    <w:bottom w:w="45" w:type="dxa"/>
                    <w:right w:w="70" w:type="dxa"/>
                  </w:tcMar>
                </w:tcPr>
                <w:p w14:paraId="52ED1213" w14:textId="77777777" w:rsidR="00080BF0" w:rsidRDefault="00000000">
                  <w:pPr>
                    <w:keepNext/>
                  </w:pPr>
                  <w:r>
                    <w:rPr>
                      <w:b/>
                      <w:color w:val="000000"/>
                    </w:rPr>
                    <w:t>NAMENI UČENJA</w:t>
                  </w:r>
                </w:p>
              </w:tc>
            </w:tr>
          </w:tbl>
          <w:p w14:paraId="576DB766" w14:textId="77777777" w:rsidR="00080BF0" w:rsidRDefault="00080BF0">
            <w:pPr>
              <w:spacing w:line="20" w:lineRule="exact"/>
            </w:pPr>
          </w:p>
          <w:p w14:paraId="27219D99"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4FA7AC61" w14:textId="77777777" w:rsidR="00080BF0" w:rsidRDefault="00000000">
            <w:pPr>
              <w:pStyle w:val="Oznaenseznam"/>
              <w:spacing w:after="16"/>
            </w:pPr>
            <w:r>
              <w:rPr>
                <w:color w:val="000000"/>
                <w:sz w:val="16"/>
              </w:rPr>
              <w:t>opazujem vzorce</w:t>
            </w:r>
          </w:p>
          <w:p w14:paraId="6E8CEF1C" w14:textId="77777777" w:rsidR="00080BF0" w:rsidRDefault="00000000">
            <w:pPr>
              <w:pStyle w:val="Oznaenseznam"/>
              <w:spacing w:after="16"/>
            </w:pPr>
            <w:r>
              <w:rPr>
                <w:color w:val="000000"/>
                <w:sz w:val="16"/>
              </w:rPr>
              <w:t>rišem z različnimi črtami</w:t>
            </w:r>
          </w:p>
          <w:p w14:paraId="2FBDF843" w14:textId="77777777" w:rsidR="00080BF0" w:rsidRDefault="00000000">
            <w:pPr>
              <w:pStyle w:val="Oznaenseznam"/>
              <w:spacing w:after="16"/>
            </w:pPr>
            <w:r>
              <w:rPr>
                <w:color w:val="000000"/>
                <w:sz w:val="16"/>
              </w:rPr>
              <w:t>uporabim hladne barve</w:t>
            </w:r>
          </w:p>
          <w:tbl>
            <w:tblPr>
              <w:tblStyle w:val="Tabelamrea"/>
              <w:tblW w:w="0" w:type="auto"/>
              <w:jc w:val="center"/>
              <w:tblLayout w:type="fixed"/>
              <w:tblLook w:val="04A0" w:firstRow="1" w:lastRow="0" w:firstColumn="1" w:lastColumn="0" w:noHBand="0" w:noVBand="1"/>
            </w:tblPr>
            <w:tblGrid>
              <w:gridCol w:w="7087"/>
            </w:tblGrid>
            <w:tr w:rsidR="00080BF0" w14:paraId="1C7C4263" w14:textId="77777777">
              <w:trPr>
                <w:jc w:val="center"/>
              </w:trPr>
              <w:tc>
                <w:tcPr>
                  <w:tcW w:w="7087" w:type="dxa"/>
                  <w:shd w:val="clear" w:color="auto" w:fill="EDC9EA"/>
                  <w:tcMar>
                    <w:top w:w="45" w:type="dxa"/>
                    <w:left w:w="70" w:type="dxa"/>
                    <w:bottom w:w="45" w:type="dxa"/>
                    <w:right w:w="70" w:type="dxa"/>
                  </w:tcMar>
                </w:tcPr>
                <w:p w14:paraId="25E9FC2E" w14:textId="77777777" w:rsidR="00080BF0" w:rsidRDefault="00000000">
                  <w:pPr>
                    <w:keepNext/>
                  </w:pPr>
                  <w:r>
                    <w:rPr>
                      <w:b/>
                      <w:color w:val="000000"/>
                    </w:rPr>
                    <w:t>PREVERJANJE PREDZNANJA</w:t>
                  </w:r>
                </w:p>
              </w:tc>
            </w:tr>
          </w:tbl>
          <w:p w14:paraId="660B82FD" w14:textId="77777777" w:rsidR="00080BF0" w:rsidRDefault="00080BF0">
            <w:pPr>
              <w:spacing w:line="20" w:lineRule="exact"/>
            </w:pPr>
          </w:p>
          <w:p w14:paraId="62AD187F" w14:textId="77777777" w:rsidR="00080BF0" w:rsidRDefault="00000000">
            <w:pPr>
              <w:pStyle w:val="Oznaenseznam"/>
              <w:spacing w:after="16"/>
            </w:pPr>
            <w:r>
              <w:rPr>
                <w:color w:val="000000"/>
                <w:sz w:val="16"/>
              </w:rPr>
              <w:t>Kaj najprej opazim pri motivu, predmetu ali materialu, povezanem s temo »LEDENI VZORCI«?</w:t>
            </w:r>
          </w:p>
          <w:p w14:paraId="2591B241"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61703397"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1FF40F2E" w14:textId="77777777">
              <w:trPr>
                <w:jc w:val="center"/>
              </w:trPr>
              <w:tc>
                <w:tcPr>
                  <w:tcW w:w="7087" w:type="dxa"/>
                  <w:shd w:val="clear" w:color="auto" w:fill="EDC9EA"/>
                  <w:tcMar>
                    <w:top w:w="45" w:type="dxa"/>
                    <w:left w:w="70" w:type="dxa"/>
                    <w:bottom w:w="45" w:type="dxa"/>
                    <w:right w:w="70" w:type="dxa"/>
                  </w:tcMar>
                </w:tcPr>
                <w:p w14:paraId="287808BD" w14:textId="77777777" w:rsidR="00080BF0" w:rsidRDefault="00000000">
                  <w:pPr>
                    <w:keepNext/>
                  </w:pPr>
                  <w:r>
                    <w:rPr>
                      <w:b/>
                      <w:color w:val="000000"/>
                    </w:rPr>
                    <w:t>KRITERIJI USPEŠNOSTI</w:t>
                  </w:r>
                </w:p>
              </w:tc>
            </w:tr>
          </w:tbl>
          <w:p w14:paraId="70F72D5A" w14:textId="77777777" w:rsidR="00080BF0" w:rsidRDefault="00080BF0"/>
          <w:p w14:paraId="5593C723" w14:textId="77777777" w:rsidR="00080BF0" w:rsidRDefault="00000000">
            <w:pPr>
              <w:spacing w:before="20" w:after="20" w:line="245" w:lineRule="auto"/>
            </w:pPr>
            <w:r>
              <w:rPr>
                <w:b/>
                <w:color w:val="000000"/>
                <w:sz w:val="16"/>
              </w:rPr>
              <w:t>Uspešen/-na bom, ko:</w:t>
            </w:r>
          </w:p>
          <w:p w14:paraId="214B63DB" w14:textId="77777777" w:rsidR="00080BF0" w:rsidRDefault="00000000">
            <w:pPr>
              <w:pStyle w:val="Oznaenseznam"/>
              <w:spacing w:after="16"/>
            </w:pPr>
            <w:r>
              <w:rPr>
                <w:color w:val="000000"/>
                <w:sz w:val="16"/>
              </w:rPr>
              <w:t>opazujem vzorce</w:t>
            </w:r>
          </w:p>
          <w:p w14:paraId="64428FBD" w14:textId="77777777" w:rsidR="00080BF0" w:rsidRDefault="00000000">
            <w:pPr>
              <w:pStyle w:val="Oznaenseznam"/>
              <w:spacing w:after="16"/>
            </w:pPr>
            <w:r>
              <w:rPr>
                <w:color w:val="000000"/>
                <w:sz w:val="16"/>
              </w:rPr>
              <w:t>rišem z različnimi črtami</w:t>
            </w:r>
          </w:p>
          <w:p w14:paraId="689134ED" w14:textId="77777777" w:rsidR="00080BF0" w:rsidRDefault="00000000">
            <w:pPr>
              <w:pStyle w:val="Oznaenseznam"/>
              <w:spacing w:after="16"/>
            </w:pPr>
            <w:r>
              <w:rPr>
                <w:color w:val="000000"/>
                <w:sz w:val="16"/>
              </w:rPr>
              <w:t>uporabim hladne barve</w:t>
            </w:r>
          </w:p>
          <w:p w14:paraId="25A85E30" w14:textId="77777777" w:rsidR="00080BF0" w:rsidRDefault="00000000">
            <w:pPr>
              <w:pStyle w:val="Oznaenseznam"/>
              <w:spacing w:after="16"/>
            </w:pPr>
            <w:r>
              <w:rPr>
                <w:color w:val="000000"/>
                <w:sz w:val="15"/>
              </w:rPr>
              <w:t>varno in namensko uporabim material, zaščitim prostor ter po delu uredim svojo postajo</w:t>
            </w:r>
          </w:p>
          <w:p w14:paraId="4732151A"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67607317" w14:textId="77777777" w:rsidR="00080BF0" w:rsidRDefault="00080BF0"/>
          <w:p w14:paraId="7A2C21BA"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0A16DDC0" w14:textId="77777777" w:rsidR="00080BF0" w:rsidRDefault="00000000">
            <w:pPr>
              <w:spacing w:after="80" w:line="245" w:lineRule="auto"/>
            </w:pPr>
            <w:r>
              <w:rPr>
                <w:color w:val="000000"/>
                <w:sz w:val="16"/>
              </w:rPr>
              <w:t>Pove ali pokaže, kaj že zna opaziti in katero likovno možnost bi najprej preizkusil.</w:t>
            </w:r>
          </w:p>
          <w:p w14:paraId="2A45C7EC" w14:textId="77777777" w:rsidR="00080BF0" w:rsidRDefault="00000000">
            <w:pPr>
              <w:spacing w:after="100" w:line="245" w:lineRule="auto"/>
            </w:pPr>
            <w:r>
              <w:rPr>
                <w:color w:val="000000"/>
                <w:sz w:val="16"/>
              </w:rPr>
              <w:t>Sodeluje pri razumevanju namena, meril uspešnosti, varne rabe pripomočkov in načina dokazovanja.</w:t>
            </w:r>
          </w:p>
          <w:p w14:paraId="521372EA" w14:textId="77777777" w:rsidR="00080BF0" w:rsidRDefault="00000000">
            <w:pPr>
              <w:spacing w:after="20" w:line="245" w:lineRule="auto"/>
            </w:pPr>
            <w:r>
              <w:rPr>
                <w:b/>
                <w:color w:val="D95BC6"/>
                <w:sz w:val="17"/>
              </w:rPr>
              <w:t>DOKAZ O UČENJU</w:t>
            </w:r>
          </w:p>
          <w:p w14:paraId="4F2C4E1A"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006D2619"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686CDB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65B39A9"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4C00B86" w14:textId="77777777" w:rsidR="00080BF0" w:rsidRDefault="00000000">
            <w:pPr>
              <w:jc w:val="center"/>
            </w:pPr>
            <w:r>
              <w:rPr>
                <w:b/>
                <w:color w:val="000000"/>
                <w:sz w:val="20"/>
              </w:rPr>
              <w:t>UČNE DEJAVNOSTI, METODE IN FORMATIVNO SPREMLJANJE</w:t>
            </w:r>
          </w:p>
        </w:tc>
      </w:tr>
      <w:tr w:rsidR="00080BF0" w14:paraId="7B54DA9B" w14:textId="77777777">
        <w:trPr>
          <w:tblHeader/>
          <w:jc w:val="center"/>
        </w:trPr>
        <w:tc>
          <w:tcPr>
            <w:tcW w:w="4422" w:type="dxa"/>
            <w:vMerge/>
            <w:tcMar>
              <w:top w:w="70" w:type="dxa"/>
              <w:left w:w="90" w:type="dxa"/>
              <w:bottom w:w="70" w:type="dxa"/>
              <w:right w:w="90" w:type="dxa"/>
            </w:tcMar>
            <w:vAlign w:val="center"/>
          </w:tcPr>
          <w:p w14:paraId="2C900FD3" w14:textId="77777777" w:rsidR="00080BF0" w:rsidRDefault="00080BF0"/>
        </w:tc>
        <w:tc>
          <w:tcPr>
            <w:tcW w:w="7087" w:type="dxa"/>
            <w:shd w:val="clear" w:color="auto" w:fill="FFFFFF"/>
            <w:tcMar>
              <w:top w:w="70" w:type="dxa"/>
              <w:left w:w="90" w:type="dxa"/>
              <w:bottom w:w="70" w:type="dxa"/>
              <w:right w:w="90" w:type="dxa"/>
            </w:tcMar>
            <w:vAlign w:val="center"/>
          </w:tcPr>
          <w:p w14:paraId="2DBBD9CF"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A9FB0F8" w14:textId="77777777" w:rsidR="00080BF0" w:rsidRDefault="00000000">
            <w:pPr>
              <w:jc w:val="center"/>
            </w:pPr>
            <w:r>
              <w:rPr>
                <w:b/>
                <w:color w:val="000000"/>
              </w:rPr>
              <w:t>UČENEC</w:t>
            </w:r>
          </w:p>
        </w:tc>
      </w:tr>
      <w:tr w:rsidR="00080BF0" w14:paraId="242444EF" w14:textId="77777777">
        <w:trPr>
          <w:jc w:val="center"/>
        </w:trPr>
        <w:tc>
          <w:tcPr>
            <w:tcW w:w="4422" w:type="dxa"/>
            <w:tcMar>
              <w:top w:w="70" w:type="dxa"/>
              <w:left w:w="90" w:type="dxa"/>
              <w:bottom w:w="70" w:type="dxa"/>
              <w:right w:w="90" w:type="dxa"/>
            </w:tcMar>
          </w:tcPr>
          <w:p w14:paraId="01535536" w14:textId="77777777" w:rsidR="00080BF0" w:rsidRDefault="00080BF0"/>
          <w:p w14:paraId="74F8B77B" w14:textId="77777777" w:rsidR="00080BF0" w:rsidRDefault="00000000">
            <w:pPr>
              <w:spacing w:after="40" w:line="245" w:lineRule="auto"/>
            </w:pPr>
            <w:r>
              <w:rPr>
                <w:b/>
                <w:color w:val="000000"/>
              </w:rPr>
              <w:t>KLJUČNI LIKOVNI POJMI</w:t>
            </w:r>
          </w:p>
          <w:p w14:paraId="04A3D2BD"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osnovna barva, mešanje, topla in hladna barva, barvna ploskev, ospredje, ozadje</w:t>
            </w:r>
          </w:p>
          <w:p w14:paraId="1BD84EA4" w14:textId="77777777" w:rsidR="00080BF0" w:rsidRDefault="00000000">
            <w:pPr>
              <w:spacing w:after="20" w:line="245" w:lineRule="auto"/>
            </w:pPr>
            <w:r>
              <w:rPr>
                <w:b/>
                <w:color w:val="000000"/>
                <w:sz w:val="17"/>
              </w:rPr>
              <w:t>DOKAZI O UČENJU</w:t>
            </w:r>
          </w:p>
          <w:p w14:paraId="544DA2F9" w14:textId="77777777" w:rsidR="00080BF0" w:rsidRDefault="00000000">
            <w:pPr>
              <w:pStyle w:val="Oznaenseznam"/>
              <w:spacing w:after="9"/>
            </w:pPr>
            <w:r>
              <w:rPr>
                <w:color w:val="000000"/>
                <w:sz w:val="15"/>
              </w:rPr>
              <w:t>list materialnih poskusov, skica/načrt, učenčeva razlaga in učiteljev zapis o varni rabi pripomočkov.</w:t>
            </w:r>
          </w:p>
          <w:p w14:paraId="4172098B" w14:textId="77777777" w:rsidR="00080BF0" w:rsidRDefault="00000000">
            <w:pPr>
              <w:pStyle w:val="Oznaenseznam"/>
              <w:spacing w:after="9"/>
            </w:pPr>
            <w:r>
              <w:rPr>
                <w:color w:val="000000"/>
                <w:sz w:val="15"/>
              </w:rPr>
              <w:t>individualni likovni proces, končni izdelek z različnimi linijami in hladnimi barvami ter kratka razlaga likovne odločitve</w:t>
            </w:r>
          </w:p>
          <w:p w14:paraId="4EE4E03A" w14:textId="77777777" w:rsidR="00080BF0" w:rsidRDefault="00000000">
            <w:pPr>
              <w:spacing w:before="40" w:after="20" w:line="245" w:lineRule="auto"/>
            </w:pPr>
            <w:r>
              <w:rPr>
                <w:b/>
                <w:color w:val="000000"/>
                <w:sz w:val="17"/>
              </w:rPr>
              <w:t>LIKOVNO DOŽIVETJE IN IZKUŠENJSKI POUK</w:t>
            </w:r>
          </w:p>
          <w:p w14:paraId="3D7AFCE5"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32449F48" w14:textId="77777777" w:rsidR="00080BF0" w:rsidRDefault="00000000">
            <w:pPr>
              <w:spacing w:after="20" w:line="245" w:lineRule="auto"/>
            </w:pPr>
            <w:r>
              <w:rPr>
                <w:b/>
                <w:color w:val="000000"/>
                <w:sz w:val="17"/>
              </w:rPr>
              <w:t>POUČEVANJE V GIBANJU</w:t>
            </w:r>
          </w:p>
          <w:p w14:paraId="0D9F4894"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32B00AD1" w14:textId="77777777" w:rsidR="00080BF0" w:rsidRDefault="00000000">
            <w:pPr>
              <w:spacing w:after="20" w:line="245" w:lineRule="auto"/>
            </w:pPr>
            <w:r>
              <w:rPr>
                <w:b/>
                <w:color w:val="000000"/>
                <w:sz w:val="17"/>
              </w:rPr>
              <w:t>DELO PO POSTAJAH</w:t>
            </w:r>
          </w:p>
          <w:p w14:paraId="269BBE7B"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3FE74442" w14:textId="77777777" w:rsidR="00080BF0" w:rsidRDefault="00000000">
            <w:pPr>
              <w:spacing w:after="9" w:line="245" w:lineRule="auto"/>
            </w:pPr>
            <w:r>
              <w:rPr>
                <w:color w:val="000000"/>
                <w:sz w:val="14"/>
              </w:rPr>
              <w:t>1. Procesno-ocenjevalna: individualno opazujem vzorec, uporabim različne linije in hladne barve ter pojasnim eno likovno odločitev.</w:t>
            </w:r>
          </w:p>
          <w:p w14:paraId="26326E12" w14:textId="77777777" w:rsidR="00080BF0" w:rsidRDefault="00000000">
            <w:pPr>
              <w:spacing w:after="9" w:line="245" w:lineRule="auto"/>
            </w:pPr>
            <w:r>
              <w:rPr>
                <w:color w:val="000000"/>
                <w:sz w:val="14"/>
              </w:rPr>
              <w:t>2. Opazovalna: z lupo ali kartico poiščem ponavljanje, smer in različne robove ledenih oblik.</w:t>
            </w:r>
          </w:p>
          <w:p w14:paraId="77B57710" w14:textId="77777777" w:rsidR="00080BF0" w:rsidRDefault="00000000">
            <w:pPr>
              <w:spacing w:after="9" w:line="245" w:lineRule="auto"/>
            </w:pPr>
            <w:r>
              <w:rPr>
                <w:color w:val="000000"/>
                <w:sz w:val="14"/>
              </w:rPr>
              <w:t>3. Materialna: na poskusnem listu primerjam sled dveh risal in izberem primerno za končni izdelek.</w:t>
            </w:r>
          </w:p>
          <w:p w14:paraId="07A58871" w14:textId="77777777" w:rsidR="00080BF0" w:rsidRDefault="00000000">
            <w:pPr>
              <w:spacing w:after="9" w:line="245" w:lineRule="auto"/>
            </w:pPr>
            <w:r>
              <w:rPr>
                <w:color w:val="000000"/>
                <w:sz w:val="14"/>
              </w:rPr>
              <w:t>4. Refleksivna: izberem dokaz, ga povežem z merilom ter označim, kaj sem naredil/-a samostojno.</w:t>
            </w:r>
          </w:p>
          <w:p w14:paraId="7470129E" w14:textId="77777777" w:rsidR="00080BF0" w:rsidRDefault="00000000">
            <w:pPr>
              <w:spacing w:after="20" w:line="245" w:lineRule="auto"/>
            </w:pPr>
            <w:r>
              <w:rPr>
                <w:b/>
                <w:color w:val="000000"/>
                <w:sz w:val="17"/>
              </w:rPr>
              <w:t>DIFERENCIACIJA IN VKLJUČEVANJE</w:t>
            </w:r>
          </w:p>
          <w:p w14:paraId="0A8720C0"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7D002835" w14:textId="77777777" w:rsidR="00080BF0" w:rsidRDefault="00000000">
            <w:pPr>
              <w:spacing w:after="20" w:line="245" w:lineRule="auto"/>
            </w:pPr>
            <w:r>
              <w:rPr>
                <w:b/>
                <w:color w:val="000000"/>
                <w:sz w:val="17"/>
              </w:rPr>
              <w:t>SPREMLJANJE</w:t>
            </w:r>
          </w:p>
          <w:p w14:paraId="0A137DE1"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28D0E7B2"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60452A0" w14:textId="77777777">
              <w:trPr>
                <w:jc w:val="center"/>
              </w:trPr>
              <w:tc>
                <w:tcPr>
                  <w:tcW w:w="7087" w:type="dxa"/>
                  <w:shd w:val="clear" w:color="auto" w:fill="C6E7F3"/>
                  <w:tcMar>
                    <w:top w:w="45" w:type="dxa"/>
                    <w:left w:w="70" w:type="dxa"/>
                    <w:bottom w:w="45" w:type="dxa"/>
                    <w:right w:w="70" w:type="dxa"/>
                  </w:tcMar>
                </w:tcPr>
                <w:p w14:paraId="71557206" w14:textId="77777777" w:rsidR="00080BF0" w:rsidRDefault="00000000">
                  <w:pPr>
                    <w:keepNext/>
                  </w:pPr>
                  <w:r>
                    <w:rPr>
                      <w:b/>
                      <w:color w:val="000000"/>
                      <w:sz w:val="17"/>
                    </w:rPr>
                    <w:t>GLAVNI DEL – OPAZOVANJE, MATERIALNI PREIZKUS, USTVARJANJE IN GALERIJA (2 šolski uri)</w:t>
                  </w:r>
                </w:p>
              </w:tc>
            </w:tr>
          </w:tbl>
          <w:p w14:paraId="1EE2CD79" w14:textId="77777777" w:rsidR="00080BF0" w:rsidRDefault="00080BF0">
            <w:pPr>
              <w:spacing w:line="20" w:lineRule="exact"/>
            </w:pPr>
          </w:p>
          <w:p w14:paraId="7DF14C7B" w14:textId="77777777" w:rsidR="00080BF0" w:rsidRDefault="00000000">
            <w:pPr>
              <w:keepNext/>
              <w:spacing w:before="22" w:after="8" w:line="245" w:lineRule="auto"/>
            </w:pPr>
            <w:r>
              <w:rPr>
                <w:b/>
                <w:color w:val="000000"/>
                <w:sz w:val="16"/>
              </w:rPr>
              <w:t>1. URA – Ledeni vzorci – Opazujem, preizkušam, načrtujem</w:t>
            </w:r>
          </w:p>
          <w:p w14:paraId="2D100D5C"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»LEDENI VZORCI«.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5BDD53DE"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54E7567F"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49EE20BA" w14:textId="77777777" w:rsidR="00080BF0" w:rsidRDefault="00000000">
            <w:pPr>
              <w:keepNext/>
              <w:spacing w:before="22" w:after="8" w:line="245" w:lineRule="auto"/>
            </w:pPr>
            <w:r>
              <w:rPr>
                <w:b/>
                <w:color w:val="000000"/>
                <w:sz w:val="16"/>
              </w:rPr>
              <w:t>2. URA – Ledeni vzorci – Individualni procesni in izdelkovni dokaz</w:t>
            </w:r>
          </w:p>
          <w:p w14:paraId="4F6A4A33" w14:textId="77777777" w:rsidR="00080BF0" w:rsidRDefault="00000000">
            <w:pPr>
              <w:spacing w:after="10" w:line="245" w:lineRule="auto"/>
            </w:pPr>
            <w:r>
              <w:rPr>
                <w:b/>
                <w:color w:val="000000"/>
                <w:sz w:val="15"/>
              </w:rPr>
              <w:t xml:space="preserve">Dejavnost učiteljice: </w:t>
            </w:r>
            <w:r>
              <w:rPr>
                <w:color w:val="000000"/>
                <w:sz w:val="15"/>
              </w:rPr>
              <w:t>Obnovi javna merila in pripravi individualno delovno mesto. Spremlja opazovanje vzorca, izbor ter uporabo različnih linij in hladnih barv; po zaključku zastavi kratko vprašanje o eni likovni odločitvi. Dovoljeno oporo in konkreten dokaz zabeleži, rezultat pa opiše brez številčne ocene.</w:t>
            </w:r>
          </w:p>
          <w:p w14:paraId="3BAD5D12" w14:textId="77777777" w:rsidR="00080BF0" w:rsidRDefault="00000000">
            <w:pPr>
              <w:spacing w:after="10" w:line="245" w:lineRule="auto"/>
            </w:pPr>
            <w:r>
              <w:rPr>
                <w:b/>
                <w:color w:val="000000"/>
                <w:sz w:val="15"/>
              </w:rPr>
              <w:t xml:space="preserve">Dejavnost učencev: </w:t>
            </w:r>
            <w:r>
              <w:rPr>
                <w:color w:val="000000"/>
                <w:sz w:val="15"/>
              </w:rPr>
              <w:t>Opazuje vzorec, samostojno oziroma z vnaprej dovoljeno oporo uporabi različne linije in hladne barve, dokonča osebno rešitev ter pojasni eno odločitev o materialu ali likovni prvini.</w:t>
            </w:r>
          </w:p>
          <w:p w14:paraId="04D84D84" w14:textId="77777777" w:rsidR="00080BF0" w:rsidRDefault="00000000">
            <w:pPr>
              <w:spacing w:after="22" w:line="245" w:lineRule="auto"/>
            </w:pPr>
            <w:r>
              <w:rPr>
                <w:i/>
                <w:color w:val="D95BC6"/>
                <w:sz w:val="14"/>
              </w:rPr>
              <w:t>Predvideni dokaz: individualni likovni proces, končni izdelek z različnimi linijami in hladnimi barvami ter kratka razlaga likovne odločitve.</w:t>
            </w:r>
          </w:p>
          <w:tbl>
            <w:tblPr>
              <w:tblStyle w:val="Tabelamrea"/>
              <w:tblW w:w="0" w:type="auto"/>
              <w:jc w:val="center"/>
              <w:tblLayout w:type="fixed"/>
              <w:tblLook w:val="04A0" w:firstRow="1" w:lastRow="0" w:firstColumn="1" w:lastColumn="0" w:noHBand="0" w:noVBand="1"/>
            </w:tblPr>
            <w:tblGrid>
              <w:gridCol w:w="7087"/>
            </w:tblGrid>
            <w:tr w:rsidR="00080BF0" w14:paraId="3835C484" w14:textId="77777777">
              <w:trPr>
                <w:jc w:val="center"/>
              </w:trPr>
              <w:tc>
                <w:tcPr>
                  <w:tcW w:w="7087" w:type="dxa"/>
                  <w:shd w:val="clear" w:color="auto" w:fill="EDC9EA"/>
                  <w:tcMar>
                    <w:top w:w="45" w:type="dxa"/>
                    <w:left w:w="70" w:type="dxa"/>
                    <w:bottom w:w="45" w:type="dxa"/>
                    <w:right w:w="70" w:type="dxa"/>
                  </w:tcMar>
                </w:tcPr>
                <w:p w14:paraId="7922697C" w14:textId="77777777" w:rsidR="00080BF0" w:rsidRDefault="00000000">
                  <w:pPr>
                    <w:keepNext/>
                  </w:pPr>
                  <w:r>
                    <w:rPr>
                      <w:b/>
                      <w:color w:val="000000"/>
                      <w:sz w:val="17"/>
                    </w:rPr>
                    <w:t>ORGANIZACIJA POSTAJ IN PREHODOV</w:t>
                  </w:r>
                </w:p>
              </w:tc>
            </w:tr>
          </w:tbl>
          <w:p w14:paraId="01C0C935" w14:textId="77777777" w:rsidR="00080BF0" w:rsidRDefault="00080BF0"/>
          <w:p w14:paraId="5BF3B425" w14:textId="77777777" w:rsidR="00080BF0" w:rsidRDefault="00000000">
            <w:pPr>
              <w:spacing w:before="8" w:after="8" w:line="245" w:lineRule="auto"/>
            </w:pPr>
            <w:r>
              <w:rPr>
                <w:color w:val="000000"/>
                <w:sz w:val="14"/>
              </w:rPr>
              <w:t>Postaja 1: Procesno-ocenjevalna: individualno opazujem vzorec, uporabim različne linije in hladne barve ter pojasnim eno likovno odločitev.</w:t>
            </w:r>
          </w:p>
          <w:p w14:paraId="2F52CAA2" w14:textId="77777777" w:rsidR="00080BF0" w:rsidRDefault="00000000">
            <w:pPr>
              <w:spacing w:before="8" w:after="8" w:line="245" w:lineRule="auto"/>
            </w:pPr>
            <w:r>
              <w:rPr>
                <w:color w:val="000000"/>
                <w:sz w:val="14"/>
              </w:rPr>
              <w:t>Postaja 2: Opazovalna: z lupo ali kartico poiščem ponavljanje, smer in različne robove ledenih oblik.</w:t>
            </w:r>
          </w:p>
          <w:p w14:paraId="16347582" w14:textId="77777777" w:rsidR="00080BF0" w:rsidRDefault="00000000">
            <w:pPr>
              <w:spacing w:before="8" w:after="8" w:line="245" w:lineRule="auto"/>
            </w:pPr>
            <w:r>
              <w:rPr>
                <w:color w:val="000000"/>
                <w:sz w:val="14"/>
              </w:rPr>
              <w:t>Postaja 3: Materialna: na poskusnem listu primerjam sled dveh risal in izberem primerno za končni izdelek.</w:t>
            </w:r>
          </w:p>
          <w:p w14:paraId="758CA8BB" w14:textId="77777777" w:rsidR="00080BF0" w:rsidRDefault="00000000">
            <w:pPr>
              <w:spacing w:before="8" w:after="8" w:line="245" w:lineRule="auto"/>
            </w:pPr>
            <w:r>
              <w:rPr>
                <w:color w:val="000000"/>
                <w:sz w:val="14"/>
              </w:rPr>
              <w:t>Postaja 4: Refleksivna: izberem dokaz, ga povežem z merilom ter označim, kaj sem naredil/-a samostojno.</w:t>
            </w:r>
          </w:p>
          <w:p w14:paraId="30320A17"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0AB9ED73" w14:textId="77777777" w:rsidR="00080BF0" w:rsidRDefault="00080BF0"/>
          <w:p w14:paraId="19D70722" w14:textId="77777777" w:rsidR="00080BF0" w:rsidRDefault="00000000">
            <w:pPr>
              <w:spacing w:after="6" w:line="245" w:lineRule="auto"/>
            </w:pPr>
            <w:r>
              <w:rPr>
                <w:b/>
                <w:color w:val="000000"/>
                <w:sz w:val="15"/>
              </w:rPr>
              <w:t>1. URA – Ledeni vzorci – Opazujem, preizkušam, načrtujem</w:t>
            </w:r>
          </w:p>
          <w:p w14:paraId="69395939"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5820D08C" w14:textId="77777777" w:rsidR="00080BF0" w:rsidRDefault="00000000">
            <w:pPr>
              <w:spacing w:after="20" w:line="245" w:lineRule="auto"/>
            </w:pPr>
            <w:r>
              <w:rPr>
                <w:color w:val="D95BC6"/>
                <w:sz w:val="14"/>
              </w:rPr>
              <w:t>Dokaz: list materialnih poskusov, skica/načrt, učenčeva razlaga in učiteljev zapis o varni rabi.</w:t>
            </w:r>
          </w:p>
          <w:p w14:paraId="7DED79D3" w14:textId="77777777" w:rsidR="00080BF0" w:rsidRDefault="00000000">
            <w:pPr>
              <w:spacing w:after="6" w:line="245" w:lineRule="auto"/>
            </w:pPr>
            <w:r>
              <w:rPr>
                <w:b/>
                <w:color w:val="000000"/>
                <w:sz w:val="15"/>
              </w:rPr>
              <w:t>2. URA – Ledeni vzorci – Individualni procesni in izdelkovni dokaz</w:t>
            </w:r>
          </w:p>
          <w:p w14:paraId="1A67943B" w14:textId="77777777" w:rsidR="00080BF0" w:rsidRDefault="00000000">
            <w:pPr>
              <w:spacing w:after="9" w:line="245" w:lineRule="auto"/>
            </w:pPr>
            <w:r>
              <w:rPr>
                <w:color w:val="000000"/>
                <w:sz w:val="14"/>
              </w:rPr>
              <w:t>Opazuje vzorec, samostojno oziroma z vnaprej dovoljeno oporo uporabi različne linije in hladne barve.</w:t>
            </w:r>
          </w:p>
          <w:p w14:paraId="12AE6996" w14:textId="77777777" w:rsidR="00080BF0" w:rsidRDefault="00000000">
            <w:pPr>
              <w:spacing w:after="20" w:line="245" w:lineRule="auto"/>
            </w:pPr>
            <w:r>
              <w:rPr>
                <w:color w:val="D95BC6"/>
                <w:sz w:val="14"/>
              </w:rPr>
              <w:t>Dokaz: individualni likovni proces, končni izdelek z različnimi linijami in hladnimi barvami ter.</w:t>
            </w:r>
          </w:p>
          <w:p w14:paraId="48156447" w14:textId="77777777" w:rsidR="00080BF0" w:rsidRDefault="00000000">
            <w:pPr>
              <w:spacing w:before="40" w:after="20" w:line="245" w:lineRule="auto"/>
            </w:pPr>
            <w:r>
              <w:rPr>
                <w:b/>
                <w:color w:val="D95BC6"/>
                <w:sz w:val="16"/>
              </w:rPr>
              <w:t>MOJ KROG POSTAJ</w:t>
            </w:r>
          </w:p>
          <w:p w14:paraId="77B4C7E3" w14:textId="77777777" w:rsidR="00080BF0" w:rsidRDefault="00000000">
            <w:pPr>
              <w:spacing w:after="11" w:line="245" w:lineRule="auto"/>
            </w:pPr>
            <w:r>
              <w:rPr>
                <w:color w:val="000000"/>
                <w:sz w:val="13"/>
              </w:rPr>
              <w:t>1. Procesno-ocenjevalna: individualno opazujem vzorec, uporabim različne linije in hladne barve.</w:t>
            </w:r>
          </w:p>
          <w:p w14:paraId="6D655655" w14:textId="77777777" w:rsidR="00080BF0" w:rsidRDefault="00000000">
            <w:pPr>
              <w:spacing w:after="11" w:line="245" w:lineRule="auto"/>
            </w:pPr>
            <w:r>
              <w:rPr>
                <w:color w:val="000000"/>
                <w:sz w:val="13"/>
              </w:rPr>
              <w:t>2. Opazovalna: z lupo ali kartico poiščem ponavljanje, smer in različne robove ledenih oblik.</w:t>
            </w:r>
          </w:p>
          <w:p w14:paraId="63ADF948" w14:textId="77777777" w:rsidR="00080BF0" w:rsidRDefault="00000000">
            <w:pPr>
              <w:spacing w:after="11" w:line="245" w:lineRule="auto"/>
            </w:pPr>
            <w:r>
              <w:rPr>
                <w:color w:val="000000"/>
                <w:sz w:val="13"/>
              </w:rPr>
              <w:t>3. Materialna: na poskusnem listu primerjam sled dveh risal in izberem primerno za končni.</w:t>
            </w:r>
          </w:p>
          <w:p w14:paraId="2441297B" w14:textId="77777777" w:rsidR="00080BF0" w:rsidRDefault="00000000">
            <w:pPr>
              <w:spacing w:after="11" w:line="245" w:lineRule="auto"/>
            </w:pPr>
            <w:r>
              <w:rPr>
                <w:color w:val="000000"/>
                <w:sz w:val="13"/>
              </w:rPr>
              <w:t>4. Refleksivna: izberem dokaz, ga povežem z merilom ter označim, kaj sem naredil/-a samostojno.</w:t>
            </w:r>
          </w:p>
          <w:p w14:paraId="72E123DB"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42297009" w14:textId="77777777" w:rsidR="00080BF0" w:rsidRDefault="00000000">
            <w:pPr>
              <w:spacing w:after="20" w:line="245" w:lineRule="auto"/>
            </w:pPr>
            <w:r>
              <w:rPr>
                <w:b/>
                <w:color w:val="D95BC6"/>
                <w:sz w:val="17"/>
              </w:rPr>
              <w:t>DOKAZ O UČENJU</w:t>
            </w:r>
          </w:p>
          <w:p w14:paraId="4ABBDD44"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1E75466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1F5633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41A1B56"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8975DC6" w14:textId="77777777" w:rsidR="00080BF0" w:rsidRDefault="00000000">
            <w:pPr>
              <w:jc w:val="center"/>
            </w:pPr>
            <w:r>
              <w:rPr>
                <w:b/>
                <w:color w:val="000000"/>
                <w:sz w:val="20"/>
              </w:rPr>
              <w:t>UČNE DEJAVNOSTI, METODE IN FORMATIVNO SPREMLJANJE</w:t>
            </w:r>
          </w:p>
        </w:tc>
      </w:tr>
      <w:tr w:rsidR="00080BF0" w14:paraId="0F39D608" w14:textId="77777777">
        <w:trPr>
          <w:tblHeader/>
          <w:jc w:val="center"/>
        </w:trPr>
        <w:tc>
          <w:tcPr>
            <w:tcW w:w="4422" w:type="dxa"/>
            <w:vMerge/>
            <w:tcMar>
              <w:top w:w="70" w:type="dxa"/>
              <w:left w:w="90" w:type="dxa"/>
              <w:bottom w:w="70" w:type="dxa"/>
              <w:right w:w="90" w:type="dxa"/>
            </w:tcMar>
            <w:vAlign w:val="center"/>
          </w:tcPr>
          <w:p w14:paraId="6DEC69EE" w14:textId="77777777" w:rsidR="00080BF0" w:rsidRDefault="00080BF0"/>
        </w:tc>
        <w:tc>
          <w:tcPr>
            <w:tcW w:w="7087" w:type="dxa"/>
            <w:shd w:val="clear" w:color="auto" w:fill="FFFFFF"/>
            <w:tcMar>
              <w:top w:w="70" w:type="dxa"/>
              <w:left w:w="90" w:type="dxa"/>
              <w:bottom w:w="70" w:type="dxa"/>
              <w:right w:w="90" w:type="dxa"/>
            </w:tcMar>
            <w:vAlign w:val="center"/>
          </w:tcPr>
          <w:p w14:paraId="21A8C2C7"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24514BF" w14:textId="77777777" w:rsidR="00080BF0" w:rsidRDefault="00000000">
            <w:pPr>
              <w:jc w:val="center"/>
            </w:pPr>
            <w:r>
              <w:rPr>
                <w:b/>
                <w:color w:val="000000"/>
              </w:rPr>
              <w:t>UČENEC</w:t>
            </w:r>
          </w:p>
        </w:tc>
      </w:tr>
      <w:tr w:rsidR="00080BF0" w14:paraId="57D8E6DF" w14:textId="77777777">
        <w:trPr>
          <w:jc w:val="center"/>
        </w:trPr>
        <w:tc>
          <w:tcPr>
            <w:tcW w:w="4422" w:type="dxa"/>
            <w:tcMar>
              <w:top w:w="70" w:type="dxa"/>
              <w:left w:w="90" w:type="dxa"/>
              <w:bottom w:w="70" w:type="dxa"/>
              <w:right w:w="90" w:type="dxa"/>
            </w:tcMar>
          </w:tcPr>
          <w:p w14:paraId="38D4A0F0" w14:textId="77777777" w:rsidR="00080BF0" w:rsidRDefault="00080BF0"/>
          <w:p w14:paraId="502EDB39" w14:textId="77777777" w:rsidR="00080BF0" w:rsidRDefault="00000000">
            <w:pPr>
              <w:spacing w:after="40" w:line="245" w:lineRule="auto"/>
            </w:pPr>
            <w:r>
              <w:rPr>
                <w:b/>
                <w:color w:val="000000"/>
              </w:rPr>
              <w:t>FORMATIVNO SPREMLJANJE</w:t>
            </w:r>
          </w:p>
          <w:p w14:paraId="309CF0DA" w14:textId="77777777" w:rsidR="00080BF0" w:rsidRDefault="00000000">
            <w:pPr>
              <w:pStyle w:val="Oznaenseznam"/>
              <w:spacing w:after="16"/>
            </w:pPr>
            <w:r>
              <w:rPr>
                <w:color w:val="000000"/>
                <w:sz w:val="15"/>
              </w:rPr>
              <w:t>predznanje: opažanje, gibalna ponazoritev, izbira kartice, razvrstitev materialov, poskusna sled ali skica</w:t>
            </w:r>
          </w:p>
          <w:p w14:paraId="0FD09831"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506B3DBB"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3D2C1609" w14:textId="77777777" w:rsidR="00080BF0" w:rsidRDefault="00000000">
            <w:pPr>
              <w:pStyle w:val="Oznaenseznam"/>
              <w:spacing w:after="16"/>
            </w:pPr>
            <w:r>
              <w:rPr>
                <w:color w:val="000000"/>
                <w:sz w:val="15"/>
              </w:rPr>
              <w:t>povratna informacija: opis vidne likovne odločitve, povezava z enim merilom in izvedljiv naslednji korak</w:t>
            </w:r>
          </w:p>
          <w:p w14:paraId="5F562EB6" w14:textId="77777777" w:rsidR="00080BF0" w:rsidRDefault="00000000">
            <w:pPr>
              <w:pStyle w:val="Oznaenseznam"/>
              <w:spacing w:after="16"/>
            </w:pPr>
            <w:r>
              <w:rPr>
                <w:color w:val="000000"/>
                <w:sz w:val="15"/>
              </w:rPr>
              <w:t>samovrednotenje: likovni semafor, lestvica samostojnosti, izbran dokaz, galerijski odziv in izboljšava</w:t>
            </w:r>
          </w:p>
          <w:p w14:paraId="084AD4FC" w14:textId="77777777" w:rsidR="00080BF0" w:rsidRDefault="00000000">
            <w:pPr>
              <w:spacing w:before="40" w:after="20" w:line="245" w:lineRule="auto"/>
            </w:pPr>
            <w:r>
              <w:rPr>
                <w:b/>
                <w:color w:val="000000"/>
                <w:sz w:val="17"/>
              </w:rPr>
              <w:t>VARNOST, HIGIENA IN UREDITEV PROSTORA</w:t>
            </w:r>
          </w:p>
          <w:p w14:paraId="39D98B5C"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Lončki so napolnjeni le do polovice in postavljeni stran od roba; mokra tla se takoj obrišejo.</w:t>
            </w:r>
          </w:p>
          <w:p w14:paraId="69C40AA8" w14:textId="77777777" w:rsidR="00080BF0" w:rsidRDefault="00000000">
            <w:pPr>
              <w:spacing w:after="20" w:line="245" w:lineRule="auto"/>
            </w:pPr>
            <w:r>
              <w:rPr>
                <w:b/>
                <w:color w:val="000000"/>
                <w:sz w:val="17"/>
              </w:rPr>
              <w:t>EVIDENCA PO IZVEDBI</w:t>
            </w:r>
          </w:p>
          <w:p w14:paraId="20D9BEC0"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5C779EEB" w14:textId="77777777" w:rsidR="00080BF0" w:rsidRDefault="00000000">
            <w:pPr>
              <w:spacing w:before="40" w:after="20" w:line="245" w:lineRule="auto"/>
            </w:pPr>
            <w:r>
              <w:rPr>
                <w:b/>
                <w:color w:val="000000"/>
                <w:sz w:val="17"/>
              </w:rPr>
              <w:t>RAVEN DOSEGANJA</w:t>
            </w:r>
          </w:p>
          <w:p w14:paraId="74188F09"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6D343B29"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A176036" w14:textId="77777777">
              <w:trPr>
                <w:jc w:val="center"/>
              </w:trPr>
              <w:tc>
                <w:tcPr>
                  <w:tcW w:w="7087" w:type="dxa"/>
                  <w:shd w:val="clear" w:color="auto" w:fill="EDC9EA"/>
                  <w:tcMar>
                    <w:top w:w="45" w:type="dxa"/>
                    <w:left w:w="70" w:type="dxa"/>
                    <w:bottom w:w="45" w:type="dxa"/>
                    <w:right w:w="70" w:type="dxa"/>
                  </w:tcMar>
                </w:tcPr>
                <w:p w14:paraId="07CE8D82" w14:textId="77777777" w:rsidR="00080BF0" w:rsidRDefault="00000000">
                  <w:pPr>
                    <w:keepNext/>
                  </w:pPr>
                  <w:r>
                    <w:rPr>
                      <w:b/>
                      <w:color w:val="000000"/>
                    </w:rPr>
                    <w:t>VPRAŠANJA V PODPORO LIKOVNEMU UČENJU</w:t>
                  </w:r>
                </w:p>
              </w:tc>
            </w:tr>
          </w:tbl>
          <w:p w14:paraId="0DD2C300" w14:textId="77777777" w:rsidR="00080BF0" w:rsidRDefault="00080BF0">
            <w:pPr>
              <w:spacing w:line="20" w:lineRule="exact"/>
            </w:pPr>
          </w:p>
          <w:p w14:paraId="698F8022" w14:textId="77777777" w:rsidR="00080BF0" w:rsidRDefault="00000000">
            <w:pPr>
              <w:pStyle w:val="Oznaenseznam"/>
              <w:spacing w:after="16"/>
            </w:pPr>
            <w:r>
              <w:rPr>
                <w:color w:val="000000"/>
                <w:sz w:val="16"/>
              </w:rPr>
              <w:t>Kaj si najprej opazil/-a in katera likovna prvina je zate najpomembnejša?</w:t>
            </w:r>
          </w:p>
          <w:p w14:paraId="41338DD7" w14:textId="77777777" w:rsidR="00080BF0" w:rsidRDefault="00000000">
            <w:pPr>
              <w:pStyle w:val="Oznaenseznam"/>
              <w:spacing w:after="16"/>
            </w:pPr>
            <w:r>
              <w:rPr>
                <w:color w:val="000000"/>
                <w:sz w:val="16"/>
              </w:rPr>
              <w:t>Kako je material ali postopek vplival na črto, barvo, obliko, površino, prostor oziroma delovanje izdelka?</w:t>
            </w:r>
          </w:p>
          <w:p w14:paraId="71D543C0" w14:textId="77777777" w:rsidR="00080BF0" w:rsidRDefault="00000000">
            <w:pPr>
              <w:pStyle w:val="Oznaenseznam"/>
              <w:spacing w:after="16"/>
            </w:pPr>
            <w:r>
              <w:rPr>
                <w:color w:val="000000"/>
                <w:sz w:val="16"/>
              </w:rPr>
              <w:t>Katero možnost si preizkusil/-a, zakaj si jo izbral/-a in kaj si ob poskusu spremenil/-a?</w:t>
            </w:r>
          </w:p>
          <w:p w14:paraId="1D950401" w14:textId="77777777" w:rsidR="00080BF0" w:rsidRDefault="00000000">
            <w:pPr>
              <w:pStyle w:val="Oznaenseznam"/>
              <w:spacing w:after="16"/>
            </w:pPr>
            <w:r>
              <w:rPr>
                <w:color w:val="000000"/>
                <w:sz w:val="16"/>
              </w:rPr>
              <w:t>Kateri del tvojega procesa ali izdelka najjasneje pokaže dogovorjeno merilo?</w:t>
            </w:r>
          </w:p>
          <w:p w14:paraId="78C75986"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4819ECC7" w14:textId="77777777">
              <w:trPr>
                <w:jc w:val="center"/>
              </w:trPr>
              <w:tc>
                <w:tcPr>
                  <w:tcW w:w="7087" w:type="dxa"/>
                  <w:shd w:val="clear" w:color="auto" w:fill="C6E7F3"/>
                  <w:tcMar>
                    <w:top w:w="45" w:type="dxa"/>
                    <w:left w:w="70" w:type="dxa"/>
                    <w:bottom w:w="45" w:type="dxa"/>
                    <w:right w:w="70" w:type="dxa"/>
                  </w:tcMar>
                </w:tcPr>
                <w:p w14:paraId="12C26E9B" w14:textId="77777777" w:rsidR="00080BF0" w:rsidRDefault="00000000">
                  <w:pPr>
                    <w:keepNext/>
                  </w:pPr>
                  <w:r>
                    <w:rPr>
                      <w:b/>
                      <w:color w:val="000000"/>
                    </w:rPr>
                    <w:t>ZAKLJUČNI DEL – TIHA GALERIJA, RAZLAGA IN REFLEKSIJA (8–12 min)</w:t>
                  </w:r>
                </w:p>
              </w:tc>
            </w:tr>
          </w:tbl>
          <w:p w14:paraId="259D582D" w14:textId="77777777" w:rsidR="00080BF0" w:rsidRDefault="00080BF0">
            <w:pPr>
              <w:spacing w:line="20" w:lineRule="exact"/>
            </w:pPr>
          </w:p>
          <w:p w14:paraId="204C6D92"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39221913" w14:textId="77777777">
              <w:trPr>
                <w:jc w:val="center"/>
              </w:trPr>
              <w:tc>
                <w:tcPr>
                  <w:tcW w:w="7087" w:type="dxa"/>
                  <w:shd w:val="clear" w:color="auto" w:fill="EDC9EA"/>
                  <w:tcMar>
                    <w:top w:w="45" w:type="dxa"/>
                    <w:left w:w="70" w:type="dxa"/>
                    <w:bottom w:w="45" w:type="dxa"/>
                    <w:right w:w="70" w:type="dxa"/>
                  </w:tcMar>
                </w:tcPr>
                <w:p w14:paraId="2F144EDC" w14:textId="77777777" w:rsidR="00080BF0" w:rsidRDefault="00000000">
                  <w:pPr>
                    <w:keepNext/>
                  </w:pPr>
                  <w:r>
                    <w:rPr>
                      <w:b/>
                      <w:color w:val="000000"/>
                    </w:rPr>
                    <w:t>SAMOVREDNOTENJE</w:t>
                  </w:r>
                </w:p>
              </w:tc>
            </w:tr>
          </w:tbl>
          <w:p w14:paraId="6C28CEDB" w14:textId="77777777" w:rsidR="00080BF0" w:rsidRDefault="00080BF0">
            <w:pPr>
              <w:spacing w:line="20" w:lineRule="exact"/>
            </w:pPr>
          </w:p>
          <w:p w14:paraId="7494A968"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11F43586" w14:textId="77777777">
              <w:trPr>
                <w:jc w:val="center"/>
              </w:trPr>
              <w:tc>
                <w:tcPr>
                  <w:tcW w:w="7087" w:type="dxa"/>
                  <w:shd w:val="clear" w:color="auto" w:fill="EDC9EA"/>
                  <w:tcMar>
                    <w:top w:w="45" w:type="dxa"/>
                    <w:left w:w="70" w:type="dxa"/>
                    <w:bottom w:w="45" w:type="dxa"/>
                    <w:right w:w="70" w:type="dxa"/>
                  </w:tcMar>
                </w:tcPr>
                <w:p w14:paraId="0633F2BF" w14:textId="77777777" w:rsidR="00080BF0" w:rsidRDefault="00000000">
                  <w:pPr>
                    <w:keepNext/>
                  </w:pPr>
                  <w:r>
                    <w:rPr>
                      <w:b/>
                      <w:color w:val="000000"/>
                    </w:rPr>
                    <w:t>VRSTNIŠKO VREDNOTENJE</w:t>
                  </w:r>
                </w:p>
              </w:tc>
            </w:tr>
          </w:tbl>
          <w:p w14:paraId="60B608A1" w14:textId="77777777" w:rsidR="00080BF0" w:rsidRDefault="00080BF0">
            <w:pPr>
              <w:spacing w:line="20" w:lineRule="exact"/>
            </w:pPr>
          </w:p>
          <w:p w14:paraId="4275F61C"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45C477F6" w14:textId="77777777">
              <w:trPr>
                <w:jc w:val="center"/>
              </w:trPr>
              <w:tc>
                <w:tcPr>
                  <w:tcW w:w="7087" w:type="dxa"/>
                  <w:shd w:val="clear" w:color="auto" w:fill="EDC9EA"/>
                  <w:tcMar>
                    <w:top w:w="45" w:type="dxa"/>
                    <w:left w:w="70" w:type="dxa"/>
                    <w:bottom w:w="45" w:type="dxa"/>
                    <w:right w:w="70" w:type="dxa"/>
                  </w:tcMar>
                </w:tcPr>
                <w:p w14:paraId="426F600C" w14:textId="77777777" w:rsidR="00080BF0" w:rsidRDefault="00000000">
                  <w:pPr>
                    <w:keepNext/>
                  </w:pPr>
                  <w:r>
                    <w:rPr>
                      <w:b/>
                      <w:color w:val="000000"/>
                    </w:rPr>
                    <w:t>SKUPNI POVZETEK</w:t>
                  </w:r>
                </w:p>
              </w:tc>
            </w:tr>
          </w:tbl>
          <w:p w14:paraId="1D3AFCC6" w14:textId="77777777" w:rsidR="00080BF0" w:rsidRDefault="00080BF0">
            <w:pPr>
              <w:spacing w:line="20" w:lineRule="exact"/>
            </w:pPr>
          </w:p>
          <w:p w14:paraId="7AFFFAB0" w14:textId="77777777" w:rsidR="00080BF0" w:rsidRDefault="00000000">
            <w:pPr>
              <w:spacing w:before="20" w:after="40" w:line="245" w:lineRule="auto"/>
            </w:pPr>
            <w:r>
              <w:rPr>
                <w:b/>
                <w:color w:val="000000"/>
                <w:sz w:val="16"/>
              </w:rPr>
              <w:t>opazujem vzorce; rišem z različnimi črtami; uporabim hladne barve. Izbrani dokaz pojasnim in po povratni informaciji izboljšam.</w:t>
            </w:r>
          </w:p>
          <w:tbl>
            <w:tblPr>
              <w:tblStyle w:val="Tabelamrea"/>
              <w:tblW w:w="0" w:type="auto"/>
              <w:jc w:val="center"/>
              <w:tblLayout w:type="fixed"/>
              <w:tblLook w:val="04A0" w:firstRow="1" w:lastRow="0" w:firstColumn="1" w:lastColumn="0" w:noHBand="0" w:noVBand="1"/>
            </w:tblPr>
            <w:tblGrid>
              <w:gridCol w:w="7087"/>
            </w:tblGrid>
            <w:tr w:rsidR="00080BF0" w14:paraId="64448B60" w14:textId="77777777">
              <w:trPr>
                <w:jc w:val="center"/>
              </w:trPr>
              <w:tc>
                <w:tcPr>
                  <w:tcW w:w="7087" w:type="dxa"/>
                  <w:shd w:val="clear" w:color="auto" w:fill="EDC9EA"/>
                  <w:tcMar>
                    <w:top w:w="45" w:type="dxa"/>
                    <w:left w:w="70" w:type="dxa"/>
                    <w:bottom w:w="45" w:type="dxa"/>
                    <w:right w:w="70" w:type="dxa"/>
                  </w:tcMar>
                </w:tcPr>
                <w:p w14:paraId="49412C12" w14:textId="77777777" w:rsidR="00080BF0" w:rsidRDefault="00000000">
                  <w:pPr>
                    <w:keepNext/>
                  </w:pPr>
                  <w:r>
                    <w:rPr>
                      <w:b/>
                      <w:color w:val="000000"/>
                    </w:rPr>
                    <w:t>OPISNO OCENJEVANJE</w:t>
                  </w:r>
                </w:p>
              </w:tc>
            </w:tr>
          </w:tbl>
          <w:p w14:paraId="34A3BDBD" w14:textId="77777777" w:rsidR="00080BF0" w:rsidRDefault="00080BF0"/>
          <w:p w14:paraId="08B2C9AA" w14:textId="77777777" w:rsidR="00080BF0" w:rsidRDefault="00000000">
            <w:pPr>
              <w:spacing w:before="20" w:after="30" w:line="245" w:lineRule="auto"/>
            </w:pPr>
            <w:r>
              <w:rPr>
                <w:color w:val="000000"/>
                <w:sz w:val="15"/>
              </w:rPr>
              <w:t>OCENJEVANJE 1: spremljanje likovnega procesa, končni izdelek in kratek pogovor o uporabi likovnih prvin/materiala. Dokaz se zbere individualno, opora se zabeleži, opis doseganja pa vsebuje opaženo zmožnost, konkreten procesni, praktični ali portfolio dokaz in naslednji korak. Rezultat se ne izraža s številčno oceno.</w:t>
            </w:r>
          </w:p>
        </w:tc>
        <w:tc>
          <w:tcPr>
            <w:tcW w:w="2551" w:type="dxa"/>
            <w:tcMar>
              <w:top w:w="70" w:type="dxa"/>
              <w:left w:w="90" w:type="dxa"/>
              <w:bottom w:w="70" w:type="dxa"/>
              <w:right w:w="90" w:type="dxa"/>
            </w:tcMar>
          </w:tcPr>
          <w:p w14:paraId="4DEF359B" w14:textId="77777777" w:rsidR="00080BF0" w:rsidRDefault="00080BF0"/>
          <w:p w14:paraId="6CE853A6" w14:textId="77777777" w:rsidR="00080BF0" w:rsidRDefault="00000000">
            <w:pPr>
              <w:spacing w:after="80" w:line="245" w:lineRule="auto"/>
            </w:pPr>
            <w:r>
              <w:rPr>
                <w:color w:val="000000"/>
                <w:sz w:val="15"/>
              </w:rPr>
              <w:t>Odgovarja na podporna vprašanja in se sklicuje na opaženo, preizkušeno, ustvarjeno ali razstavljeno.</w:t>
            </w:r>
          </w:p>
          <w:p w14:paraId="27DDE711" w14:textId="77777777" w:rsidR="00080BF0" w:rsidRDefault="00000000">
            <w:pPr>
              <w:spacing w:after="80" w:line="245" w:lineRule="auto"/>
            </w:pPr>
            <w:r>
              <w:rPr>
                <w:color w:val="000000"/>
                <w:sz w:val="15"/>
              </w:rPr>
              <w:t>Predstavi izbrani procesni ali izdelkovni dokaz ter pove, katero merilo z njim pokaže.</w:t>
            </w:r>
          </w:p>
          <w:p w14:paraId="06F6300D" w14:textId="77777777" w:rsidR="00080BF0" w:rsidRDefault="00000000">
            <w:pPr>
              <w:spacing w:after="80" w:line="245" w:lineRule="auto"/>
            </w:pPr>
            <w:r>
              <w:rPr>
                <w:color w:val="000000"/>
                <w:sz w:val="15"/>
              </w:rPr>
              <w:t>Tiho opazuje vrstnikovo delo, opiše eno konkretno likovno rešitev in poda prijazen predlog.</w:t>
            </w:r>
          </w:p>
          <w:p w14:paraId="2D9E1108" w14:textId="77777777" w:rsidR="00080BF0" w:rsidRDefault="00000000">
            <w:pPr>
              <w:spacing w:after="80" w:line="245" w:lineRule="auto"/>
            </w:pPr>
            <w:r>
              <w:rPr>
                <w:color w:val="000000"/>
                <w:sz w:val="15"/>
              </w:rPr>
              <w:t>Po povratni informaciji po želji ponovi poskus, spremeni podrobnost, izboljša spoj, razporeditev ali razlago.</w:t>
            </w:r>
          </w:p>
          <w:p w14:paraId="24001D20" w14:textId="77777777" w:rsidR="00080BF0" w:rsidRDefault="00000000">
            <w:pPr>
              <w:spacing w:after="100" w:line="245" w:lineRule="auto"/>
            </w:pPr>
            <w:r>
              <w:rPr>
                <w:color w:val="000000"/>
                <w:sz w:val="15"/>
              </w:rPr>
              <w:t>Izbere raven samostojnosti ter določi majhen in izvedljiv naslednji ustvarjalni korak.</w:t>
            </w:r>
          </w:p>
          <w:p w14:paraId="336A1776" w14:textId="77777777" w:rsidR="00080BF0" w:rsidRDefault="00000000">
            <w:pPr>
              <w:spacing w:after="20" w:line="245" w:lineRule="auto"/>
            </w:pPr>
            <w:r>
              <w:rPr>
                <w:b/>
                <w:color w:val="D95BC6"/>
                <w:sz w:val="17"/>
              </w:rPr>
              <w:t>DOKAZ O UČENJU</w:t>
            </w:r>
          </w:p>
          <w:p w14:paraId="0812E49C"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371DEDA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6A0820E5" w14:textId="77777777">
        <w:trPr>
          <w:cantSplit/>
          <w:jc w:val="center"/>
        </w:trPr>
        <w:tc>
          <w:tcPr>
            <w:tcW w:w="14060" w:type="dxa"/>
            <w:gridSpan w:val="6"/>
            <w:tcMar>
              <w:top w:w="70" w:type="dxa"/>
              <w:left w:w="90" w:type="dxa"/>
              <w:bottom w:w="70" w:type="dxa"/>
              <w:right w:w="90" w:type="dxa"/>
            </w:tcMar>
            <w:vAlign w:val="center"/>
          </w:tcPr>
          <w:p w14:paraId="1233D892" w14:textId="77777777" w:rsidR="00080BF0" w:rsidRDefault="00000000">
            <w:pPr>
              <w:jc w:val="center"/>
            </w:pPr>
            <w:r>
              <w:rPr>
                <w:b/>
                <w:color w:val="000000"/>
                <w:sz w:val="24"/>
              </w:rPr>
              <w:lastRenderedPageBreak/>
              <w:t>UČNA PRIPRAVA 19/39</w:t>
            </w:r>
          </w:p>
        </w:tc>
      </w:tr>
      <w:tr w:rsidR="00080BF0" w14:paraId="2F1DAB52" w14:textId="77777777">
        <w:trPr>
          <w:jc w:val="center"/>
        </w:trPr>
        <w:tc>
          <w:tcPr>
            <w:tcW w:w="2665" w:type="dxa"/>
            <w:tcMar>
              <w:top w:w="70" w:type="dxa"/>
              <w:left w:w="90" w:type="dxa"/>
              <w:bottom w:w="70" w:type="dxa"/>
              <w:right w:w="90" w:type="dxa"/>
            </w:tcMar>
            <w:vAlign w:val="center"/>
          </w:tcPr>
          <w:p w14:paraId="54E2D273"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CB056C7"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33FDD155"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B5476D5" w14:textId="77777777" w:rsidR="00080BF0" w:rsidRDefault="00000000">
            <w:r>
              <w:rPr>
                <w:b/>
                <w:color w:val="000000"/>
                <w:sz w:val="16"/>
              </w:rPr>
              <w:t xml:space="preserve">NAČRTOVANI TERMIN: </w:t>
            </w:r>
            <w:r>
              <w:rPr>
                <w:color w:val="000000"/>
                <w:sz w:val="16"/>
              </w:rPr>
              <w:t>19. teden • 18.–22. 1. 2027</w:t>
            </w:r>
          </w:p>
        </w:tc>
        <w:tc>
          <w:tcPr>
            <w:tcW w:w="2268" w:type="dxa"/>
            <w:tcMar>
              <w:top w:w="70" w:type="dxa"/>
              <w:left w:w="90" w:type="dxa"/>
              <w:bottom w:w="70" w:type="dxa"/>
              <w:right w:w="90" w:type="dxa"/>
            </w:tcMar>
            <w:vAlign w:val="center"/>
          </w:tcPr>
          <w:p w14:paraId="625F91C2"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767AB27" w14:textId="77777777" w:rsidR="00080BF0" w:rsidRDefault="00000000">
            <w:r>
              <w:rPr>
                <w:b/>
                <w:color w:val="000000"/>
                <w:sz w:val="16"/>
              </w:rPr>
              <w:t xml:space="preserve">ŠTEVILO UR: </w:t>
            </w:r>
            <w:r>
              <w:rPr>
                <w:color w:val="000000"/>
                <w:sz w:val="16"/>
              </w:rPr>
              <w:t>2</w:t>
            </w:r>
          </w:p>
        </w:tc>
      </w:tr>
      <w:tr w:rsidR="00080BF0" w14:paraId="25B01271" w14:textId="77777777">
        <w:trPr>
          <w:jc w:val="center"/>
        </w:trPr>
        <w:tc>
          <w:tcPr>
            <w:tcW w:w="14061" w:type="dxa"/>
            <w:gridSpan w:val="6"/>
            <w:tcMar>
              <w:top w:w="70" w:type="dxa"/>
              <w:left w:w="90" w:type="dxa"/>
              <w:bottom w:w="70" w:type="dxa"/>
              <w:right w:w="90" w:type="dxa"/>
            </w:tcMar>
            <w:vAlign w:val="center"/>
          </w:tcPr>
          <w:p w14:paraId="20422C74"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31E275EB" w14:textId="77777777">
        <w:trPr>
          <w:cantSplit/>
          <w:jc w:val="center"/>
        </w:trPr>
        <w:tc>
          <w:tcPr>
            <w:tcW w:w="14060" w:type="dxa"/>
            <w:gridSpan w:val="6"/>
            <w:tcMar>
              <w:top w:w="70" w:type="dxa"/>
              <w:left w:w="90" w:type="dxa"/>
              <w:bottom w:w="70" w:type="dxa"/>
              <w:right w:w="90" w:type="dxa"/>
            </w:tcMar>
            <w:vAlign w:val="center"/>
          </w:tcPr>
          <w:p w14:paraId="6EC04AA5" w14:textId="77777777" w:rsidR="00080BF0" w:rsidRDefault="00080BF0"/>
          <w:p w14:paraId="61FC94B9" w14:textId="77777777" w:rsidR="00080BF0" w:rsidRDefault="00000000">
            <w:pPr>
              <w:spacing w:line="245" w:lineRule="auto"/>
            </w:pPr>
            <w:r>
              <w:rPr>
                <w:b/>
                <w:color w:val="000000"/>
                <w:sz w:val="15"/>
              </w:rPr>
              <w:t xml:space="preserve">UČNI SKLOP: </w:t>
            </w:r>
            <w:r>
              <w:rPr>
                <w:color w:val="000000"/>
                <w:sz w:val="15"/>
              </w:rPr>
              <w:t>ZIMA, SNOVI IN POJAVI</w:t>
            </w:r>
          </w:p>
        </w:tc>
      </w:tr>
      <w:tr w:rsidR="00080BF0" w14:paraId="414F6260" w14:textId="77777777">
        <w:trPr>
          <w:cantSplit/>
          <w:jc w:val="center"/>
        </w:trPr>
        <w:tc>
          <w:tcPr>
            <w:tcW w:w="14060" w:type="dxa"/>
            <w:gridSpan w:val="6"/>
            <w:tcMar>
              <w:top w:w="70" w:type="dxa"/>
              <w:left w:w="90" w:type="dxa"/>
              <w:bottom w:w="70" w:type="dxa"/>
              <w:right w:w="90" w:type="dxa"/>
            </w:tcMar>
            <w:vAlign w:val="center"/>
          </w:tcPr>
          <w:p w14:paraId="57D283BF" w14:textId="77777777" w:rsidR="00080BF0" w:rsidRDefault="00080BF0"/>
          <w:p w14:paraId="42152C40" w14:textId="77777777" w:rsidR="00080BF0" w:rsidRDefault="00000000">
            <w:pPr>
              <w:spacing w:line="245" w:lineRule="auto"/>
            </w:pPr>
            <w:r>
              <w:rPr>
                <w:b/>
                <w:color w:val="000000"/>
                <w:sz w:val="15"/>
              </w:rPr>
              <w:t xml:space="preserve">UČNA TEMA: </w:t>
            </w:r>
            <w:r>
              <w:rPr>
                <w:color w:val="000000"/>
                <w:sz w:val="15"/>
              </w:rPr>
              <w:t>SVETLOBA IN SENCA</w:t>
            </w:r>
          </w:p>
        </w:tc>
      </w:tr>
      <w:tr w:rsidR="00080BF0" w14:paraId="5048880E" w14:textId="77777777">
        <w:trPr>
          <w:cantSplit/>
          <w:jc w:val="center"/>
        </w:trPr>
        <w:tc>
          <w:tcPr>
            <w:tcW w:w="14060" w:type="dxa"/>
            <w:gridSpan w:val="6"/>
            <w:tcMar>
              <w:top w:w="70" w:type="dxa"/>
              <w:left w:w="90" w:type="dxa"/>
              <w:bottom w:w="70" w:type="dxa"/>
              <w:right w:w="90" w:type="dxa"/>
            </w:tcMar>
            <w:vAlign w:val="center"/>
          </w:tcPr>
          <w:p w14:paraId="1D7DCF86" w14:textId="77777777" w:rsidR="00080BF0" w:rsidRDefault="00080BF0"/>
          <w:p w14:paraId="7E8F0890" w14:textId="77777777" w:rsidR="00080BF0" w:rsidRDefault="00000000">
            <w:pPr>
              <w:spacing w:line="245" w:lineRule="auto"/>
            </w:pPr>
            <w:r>
              <w:rPr>
                <w:b/>
                <w:color w:val="000000"/>
                <w:sz w:val="15"/>
              </w:rPr>
              <w:t xml:space="preserve">KNJIŽEVNO / MOTIVNO IZHODIŠČE: </w:t>
            </w:r>
            <w:r>
              <w:rPr>
                <w:color w:val="000000"/>
                <w:sz w:val="15"/>
              </w:rPr>
              <w:t>»Zlata ptica« – slovenska ljudska pravljica • svetloba, zvok, barva in pravljično iskanje</w:t>
            </w:r>
          </w:p>
        </w:tc>
      </w:tr>
      <w:tr w:rsidR="00080BF0" w14:paraId="43D9734C" w14:textId="77777777">
        <w:trPr>
          <w:cantSplit/>
          <w:jc w:val="center"/>
        </w:trPr>
        <w:tc>
          <w:tcPr>
            <w:tcW w:w="14060" w:type="dxa"/>
            <w:gridSpan w:val="6"/>
            <w:tcMar>
              <w:top w:w="70" w:type="dxa"/>
              <w:left w:w="90" w:type="dxa"/>
              <w:bottom w:w="70" w:type="dxa"/>
              <w:right w:w="90" w:type="dxa"/>
            </w:tcMar>
            <w:vAlign w:val="center"/>
          </w:tcPr>
          <w:p w14:paraId="099851CA" w14:textId="77777777" w:rsidR="00080BF0" w:rsidRDefault="00080BF0"/>
          <w:p w14:paraId="3386578C" w14:textId="77777777" w:rsidR="00080BF0" w:rsidRDefault="00000000">
            <w:pPr>
              <w:spacing w:line="245" w:lineRule="auto"/>
            </w:pPr>
            <w:r>
              <w:rPr>
                <w:b/>
                <w:color w:val="000000"/>
                <w:sz w:val="15"/>
              </w:rPr>
              <w:t xml:space="preserve">LIKOVNO IZHODIŠČE / MOTIVACIJA: </w:t>
            </w:r>
            <w:r>
              <w:rPr>
                <w:color w:val="000000"/>
                <w:sz w:val="15"/>
              </w:rPr>
              <w:t>na steni se pojavi neznana senca; učenci s telesom, svetlobo in preprostimi figurami preverjajo, kako nastane ter kako lahko pripoveduje o temi »svetloba in senca«.</w:t>
            </w:r>
          </w:p>
        </w:tc>
      </w:tr>
      <w:tr w:rsidR="00080BF0" w14:paraId="1B884BD5" w14:textId="77777777">
        <w:trPr>
          <w:cantSplit/>
          <w:jc w:val="center"/>
        </w:trPr>
        <w:tc>
          <w:tcPr>
            <w:tcW w:w="14060" w:type="dxa"/>
            <w:gridSpan w:val="6"/>
            <w:tcMar>
              <w:top w:w="70" w:type="dxa"/>
              <w:left w:w="90" w:type="dxa"/>
              <w:bottom w:w="70" w:type="dxa"/>
              <w:right w:w="90" w:type="dxa"/>
            </w:tcMar>
            <w:vAlign w:val="center"/>
          </w:tcPr>
          <w:p w14:paraId="0828F17F" w14:textId="77777777" w:rsidR="00080BF0" w:rsidRDefault="00080BF0"/>
          <w:p w14:paraId="25C5422C" w14:textId="77777777" w:rsidR="00080BF0" w:rsidRDefault="00000000">
            <w:pPr>
              <w:spacing w:line="245" w:lineRule="auto"/>
            </w:pPr>
            <w:r>
              <w:rPr>
                <w:b/>
                <w:color w:val="000000"/>
                <w:sz w:val="15"/>
              </w:rPr>
              <w:t xml:space="preserve">UČNE ENOTE: </w:t>
            </w:r>
            <w:r>
              <w:rPr>
                <w:color w:val="000000"/>
                <w:sz w:val="15"/>
              </w:rPr>
              <w:t>1. ura – Svetloba in senca – Opazujem, preizkušam, načrtujem • 2. ura – Svetloba in senca – Ustvarjam, predstavim, izboljšam</w:t>
            </w:r>
          </w:p>
        </w:tc>
      </w:tr>
      <w:tr w:rsidR="00080BF0" w14:paraId="36B36824" w14:textId="77777777">
        <w:trPr>
          <w:cantSplit/>
          <w:jc w:val="center"/>
        </w:trPr>
        <w:tc>
          <w:tcPr>
            <w:tcW w:w="14060" w:type="dxa"/>
            <w:gridSpan w:val="6"/>
            <w:tcMar>
              <w:top w:w="70" w:type="dxa"/>
              <w:left w:w="90" w:type="dxa"/>
              <w:bottom w:w="70" w:type="dxa"/>
              <w:right w:w="90" w:type="dxa"/>
            </w:tcMar>
            <w:vAlign w:val="center"/>
          </w:tcPr>
          <w:p w14:paraId="56D1E68C" w14:textId="77777777" w:rsidR="00080BF0" w:rsidRDefault="00080BF0"/>
          <w:p w14:paraId="4D865D3A"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10C37DE7" w14:textId="77777777">
        <w:trPr>
          <w:cantSplit/>
          <w:jc w:val="center"/>
        </w:trPr>
        <w:tc>
          <w:tcPr>
            <w:tcW w:w="14060" w:type="dxa"/>
            <w:gridSpan w:val="6"/>
            <w:tcMar>
              <w:top w:w="70" w:type="dxa"/>
              <w:left w:w="90" w:type="dxa"/>
              <w:bottom w:w="70" w:type="dxa"/>
              <w:right w:w="90" w:type="dxa"/>
            </w:tcMar>
            <w:vAlign w:val="center"/>
          </w:tcPr>
          <w:p w14:paraId="1BAF0067" w14:textId="77777777" w:rsidR="00080BF0" w:rsidRDefault="00080BF0"/>
          <w:p w14:paraId="23AF224C"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4B7333B4" w14:textId="77777777">
        <w:trPr>
          <w:cantSplit/>
          <w:jc w:val="center"/>
        </w:trPr>
        <w:tc>
          <w:tcPr>
            <w:tcW w:w="14060" w:type="dxa"/>
            <w:gridSpan w:val="6"/>
            <w:tcMar>
              <w:top w:w="70" w:type="dxa"/>
              <w:left w:w="90" w:type="dxa"/>
              <w:bottom w:w="70" w:type="dxa"/>
              <w:right w:w="90" w:type="dxa"/>
            </w:tcMar>
            <w:vAlign w:val="center"/>
          </w:tcPr>
          <w:p w14:paraId="36C1B48D" w14:textId="77777777" w:rsidR="00080BF0" w:rsidRDefault="00080BF0"/>
          <w:p w14:paraId="40385073"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1A154DCF" w14:textId="77777777">
        <w:trPr>
          <w:cantSplit/>
          <w:jc w:val="center"/>
        </w:trPr>
        <w:tc>
          <w:tcPr>
            <w:tcW w:w="14060" w:type="dxa"/>
            <w:gridSpan w:val="6"/>
            <w:tcMar>
              <w:top w:w="70" w:type="dxa"/>
              <w:left w:w="90" w:type="dxa"/>
              <w:bottom w:w="70" w:type="dxa"/>
              <w:right w:w="90" w:type="dxa"/>
            </w:tcMar>
            <w:vAlign w:val="center"/>
          </w:tcPr>
          <w:p w14:paraId="1D9357C2" w14:textId="77777777" w:rsidR="00080BF0" w:rsidRDefault="00080BF0"/>
          <w:p w14:paraId="389A7F60" w14:textId="77777777" w:rsidR="00080BF0" w:rsidRDefault="00000000">
            <w:pPr>
              <w:spacing w:line="245" w:lineRule="auto"/>
            </w:pPr>
            <w:r>
              <w:rPr>
                <w:b/>
                <w:color w:val="000000"/>
                <w:sz w:val="15"/>
              </w:rPr>
              <w:t xml:space="preserve">MEDPREDMETNE POVEZAVE: </w:t>
            </w:r>
            <w:r>
              <w:rPr>
                <w:color w:val="000000"/>
                <w:sz w:val="15"/>
              </w:rPr>
              <w:t>SPO – svetloba, zvok, barva in pravljično iskanje; SLJ – poslušanje, opis opažanja, poimenovanje postopka in predstavitev; MAT – oblike, razvrščanje, vzorci in prostorski odnosi; ŠPO – gibalna črta, telesna skulptura, smer in ravnotežje; GUM – ritem, ponavljanje.</w:t>
            </w:r>
          </w:p>
        </w:tc>
      </w:tr>
      <w:tr w:rsidR="00080BF0" w14:paraId="6EF531B6" w14:textId="77777777">
        <w:trPr>
          <w:cantSplit/>
          <w:jc w:val="center"/>
        </w:trPr>
        <w:tc>
          <w:tcPr>
            <w:tcW w:w="14060" w:type="dxa"/>
            <w:gridSpan w:val="6"/>
            <w:tcMar>
              <w:top w:w="70" w:type="dxa"/>
              <w:left w:w="90" w:type="dxa"/>
              <w:bottom w:w="70" w:type="dxa"/>
              <w:right w:w="90" w:type="dxa"/>
            </w:tcMar>
            <w:vAlign w:val="center"/>
          </w:tcPr>
          <w:p w14:paraId="3E56C010" w14:textId="77777777" w:rsidR="00080BF0" w:rsidRDefault="00080BF0"/>
          <w:p w14:paraId="2112F2B1" w14:textId="77777777" w:rsidR="00080BF0" w:rsidRDefault="00000000">
            <w:pPr>
              <w:spacing w:line="245" w:lineRule="auto"/>
            </w:pPr>
            <w:r>
              <w:rPr>
                <w:b/>
                <w:color w:val="000000"/>
                <w:sz w:val="15"/>
              </w:rPr>
              <w:t xml:space="preserve">UČNA SREDSTVA IN PRIPOMOČKI: </w:t>
            </w:r>
            <w:r>
              <w:rPr>
                <w:color w:val="000000"/>
                <w:sz w:val="15"/>
              </w:rPr>
              <w:t>svetilka LED, bela površina, črn in bel papir, prosojni barvni materiali, lesene paličice, varne škarje in lepilni trak; fotografija, reprodukcija ali resnični predmet za opazovanje; kartice namena in meril; talne oznake štirih postaj; mapa dokazov; sredstva za čiščenje in pospravljanje</w:t>
            </w:r>
          </w:p>
        </w:tc>
      </w:tr>
      <w:tr w:rsidR="00080BF0" w14:paraId="3B61AC34" w14:textId="77777777">
        <w:trPr>
          <w:cantSplit/>
          <w:jc w:val="center"/>
        </w:trPr>
        <w:tc>
          <w:tcPr>
            <w:tcW w:w="14060" w:type="dxa"/>
            <w:gridSpan w:val="6"/>
            <w:tcMar>
              <w:top w:w="70" w:type="dxa"/>
              <w:left w:w="90" w:type="dxa"/>
              <w:bottom w:w="70" w:type="dxa"/>
              <w:right w:w="90" w:type="dxa"/>
            </w:tcMar>
            <w:vAlign w:val="center"/>
          </w:tcPr>
          <w:p w14:paraId="4F8102E9" w14:textId="77777777" w:rsidR="00080BF0" w:rsidRDefault="00080BF0"/>
          <w:p w14:paraId="23597EC9"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464BD368" w14:textId="77777777">
        <w:trPr>
          <w:cantSplit/>
          <w:jc w:val="center"/>
        </w:trPr>
        <w:tc>
          <w:tcPr>
            <w:tcW w:w="14060" w:type="dxa"/>
            <w:gridSpan w:val="6"/>
            <w:tcMar>
              <w:top w:w="70" w:type="dxa"/>
              <w:left w:w="90" w:type="dxa"/>
              <w:bottom w:w="70" w:type="dxa"/>
              <w:right w:w="90" w:type="dxa"/>
            </w:tcMar>
            <w:vAlign w:val="center"/>
          </w:tcPr>
          <w:p w14:paraId="2D180FCC" w14:textId="77777777" w:rsidR="00080BF0" w:rsidRDefault="00080BF0"/>
          <w:p w14:paraId="0F22D4D6"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248E8546" w14:textId="77777777">
        <w:trPr>
          <w:cantSplit/>
          <w:jc w:val="center"/>
        </w:trPr>
        <w:tc>
          <w:tcPr>
            <w:tcW w:w="14060" w:type="dxa"/>
            <w:gridSpan w:val="6"/>
            <w:tcMar>
              <w:top w:w="70" w:type="dxa"/>
              <w:left w:w="90" w:type="dxa"/>
              <w:bottom w:w="70" w:type="dxa"/>
              <w:right w:w="90" w:type="dxa"/>
            </w:tcMar>
            <w:vAlign w:val="center"/>
          </w:tcPr>
          <w:p w14:paraId="65FA296D" w14:textId="77777777" w:rsidR="00080BF0" w:rsidRDefault="00080BF0"/>
          <w:p w14:paraId="491422F9"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0A9B879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593D48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ADE921"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9D543B9" w14:textId="77777777" w:rsidR="00080BF0" w:rsidRDefault="00000000">
            <w:pPr>
              <w:jc w:val="center"/>
            </w:pPr>
            <w:r>
              <w:rPr>
                <w:b/>
                <w:color w:val="000000"/>
                <w:sz w:val="20"/>
              </w:rPr>
              <w:t>UČNE DEJAVNOSTI, METODE IN FORMATIVNO SPREMLJANJE</w:t>
            </w:r>
          </w:p>
        </w:tc>
      </w:tr>
      <w:tr w:rsidR="00080BF0" w14:paraId="08B62D7D" w14:textId="77777777">
        <w:trPr>
          <w:tblHeader/>
          <w:jc w:val="center"/>
        </w:trPr>
        <w:tc>
          <w:tcPr>
            <w:tcW w:w="4422" w:type="dxa"/>
            <w:vMerge/>
            <w:tcMar>
              <w:top w:w="70" w:type="dxa"/>
              <w:left w:w="90" w:type="dxa"/>
              <w:bottom w:w="70" w:type="dxa"/>
              <w:right w:w="90" w:type="dxa"/>
            </w:tcMar>
            <w:vAlign w:val="center"/>
          </w:tcPr>
          <w:p w14:paraId="434DA526" w14:textId="77777777" w:rsidR="00080BF0" w:rsidRDefault="00080BF0"/>
        </w:tc>
        <w:tc>
          <w:tcPr>
            <w:tcW w:w="7087" w:type="dxa"/>
            <w:shd w:val="clear" w:color="auto" w:fill="FFFFFF"/>
            <w:tcMar>
              <w:top w:w="70" w:type="dxa"/>
              <w:left w:w="90" w:type="dxa"/>
              <w:bottom w:w="70" w:type="dxa"/>
              <w:right w:w="90" w:type="dxa"/>
            </w:tcMar>
            <w:vAlign w:val="center"/>
          </w:tcPr>
          <w:p w14:paraId="14C575C1"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6432382" w14:textId="77777777" w:rsidR="00080BF0" w:rsidRDefault="00000000">
            <w:pPr>
              <w:jc w:val="center"/>
            </w:pPr>
            <w:r>
              <w:rPr>
                <w:b/>
                <w:color w:val="000000"/>
              </w:rPr>
              <w:t>UČENEC</w:t>
            </w:r>
          </w:p>
        </w:tc>
      </w:tr>
      <w:tr w:rsidR="00080BF0" w14:paraId="1A788ACB" w14:textId="77777777">
        <w:trPr>
          <w:jc w:val="center"/>
        </w:trPr>
        <w:tc>
          <w:tcPr>
            <w:tcW w:w="4422" w:type="dxa"/>
            <w:tcMar>
              <w:top w:w="70" w:type="dxa"/>
              <w:left w:w="90" w:type="dxa"/>
              <w:bottom w:w="70" w:type="dxa"/>
              <w:right w:w="90" w:type="dxa"/>
            </w:tcMar>
          </w:tcPr>
          <w:p w14:paraId="4FFBC03E" w14:textId="77777777" w:rsidR="00080BF0" w:rsidRDefault="00080BF0"/>
          <w:p w14:paraId="080AEE55" w14:textId="77777777" w:rsidR="00080BF0" w:rsidRDefault="00000000">
            <w:pPr>
              <w:spacing w:after="60" w:line="245" w:lineRule="auto"/>
            </w:pPr>
            <w:r>
              <w:rPr>
                <w:b/>
                <w:color w:val="000000"/>
              </w:rPr>
              <w:t>UČNI CILJI</w:t>
            </w:r>
          </w:p>
          <w:p w14:paraId="2665E442" w14:textId="77777777" w:rsidR="00080BF0" w:rsidRDefault="00000000">
            <w:pPr>
              <w:spacing w:after="20" w:line="245" w:lineRule="auto"/>
            </w:pPr>
            <w:r>
              <w:rPr>
                <w:b/>
                <w:color w:val="000000"/>
                <w:sz w:val="17"/>
              </w:rPr>
              <w:t>SPLOŠNI</w:t>
            </w:r>
          </w:p>
          <w:p w14:paraId="2DF2865A"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4C190462"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76CA0DB2"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407C6DA9"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0087B9F3" w14:textId="77777777" w:rsidR="00080BF0" w:rsidRDefault="00000000">
            <w:pPr>
              <w:spacing w:before="40" w:after="20" w:line="245" w:lineRule="auto"/>
            </w:pPr>
            <w:r>
              <w:rPr>
                <w:b/>
                <w:color w:val="000000"/>
                <w:sz w:val="17"/>
              </w:rPr>
              <w:t>OPERATIVNI</w:t>
            </w:r>
          </w:p>
          <w:p w14:paraId="71F552AD" w14:textId="77777777" w:rsidR="00080BF0" w:rsidRDefault="00000000">
            <w:pPr>
              <w:pStyle w:val="Oznaenseznam"/>
              <w:spacing w:after="16"/>
            </w:pPr>
            <w:r>
              <w:rPr>
                <w:color w:val="000000"/>
                <w:sz w:val="16"/>
              </w:rPr>
              <w:t>opazuje senco</w:t>
            </w:r>
          </w:p>
          <w:p w14:paraId="6B71A7EA" w14:textId="77777777" w:rsidR="00080BF0" w:rsidRDefault="00000000">
            <w:pPr>
              <w:pStyle w:val="Oznaenseznam"/>
              <w:spacing w:after="16"/>
            </w:pPr>
            <w:r>
              <w:rPr>
                <w:color w:val="000000"/>
                <w:sz w:val="16"/>
              </w:rPr>
              <w:t>ustvari senčno podobo</w:t>
            </w:r>
          </w:p>
          <w:p w14:paraId="0243A523" w14:textId="77777777" w:rsidR="00080BF0" w:rsidRDefault="00000000">
            <w:pPr>
              <w:pStyle w:val="Oznaenseznam"/>
              <w:spacing w:after="16"/>
            </w:pPr>
            <w:r>
              <w:rPr>
                <w:color w:val="000000"/>
                <w:sz w:val="16"/>
              </w:rPr>
              <w:t>poveže likovno rešitev s svetlobo</w:t>
            </w:r>
          </w:p>
          <w:p w14:paraId="7822DD31" w14:textId="77777777" w:rsidR="00080BF0" w:rsidRDefault="00000000">
            <w:pPr>
              <w:spacing w:before="40" w:after="20" w:line="245" w:lineRule="auto"/>
            </w:pPr>
            <w:r>
              <w:rPr>
                <w:b/>
                <w:color w:val="000000"/>
                <w:sz w:val="17"/>
              </w:rPr>
              <w:t>PRIČAKOVANI DOSEŽKI / MINIMALNI POUDARKI</w:t>
            </w:r>
          </w:p>
          <w:p w14:paraId="6C8CAAD2" w14:textId="77777777" w:rsidR="00080BF0" w:rsidRDefault="00000000">
            <w:pPr>
              <w:pStyle w:val="Oznaenseznam"/>
              <w:spacing w:after="16"/>
            </w:pPr>
            <w:r>
              <w:rPr>
                <w:color w:val="000000"/>
                <w:sz w:val="15"/>
              </w:rPr>
              <w:t>samostojno oziroma z dogovorjeno oporo opazuje senco</w:t>
            </w:r>
          </w:p>
          <w:p w14:paraId="6B821B2B" w14:textId="77777777" w:rsidR="00080BF0" w:rsidRDefault="00000000">
            <w:pPr>
              <w:pStyle w:val="Oznaenseznam"/>
              <w:spacing w:after="16"/>
            </w:pPr>
            <w:r>
              <w:rPr>
                <w:color w:val="000000"/>
                <w:sz w:val="15"/>
              </w:rPr>
              <w:t>samostojno oziroma z dogovorjeno oporo ustvari senčno podobo</w:t>
            </w:r>
          </w:p>
          <w:p w14:paraId="79593B93" w14:textId="77777777" w:rsidR="00080BF0" w:rsidRDefault="00000000">
            <w:pPr>
              <w:pStyle w:val="Oznaenseznam"/>
              <w:spacing w:after="16"/>
            </w:pPr>
            <w:r>
              <w:rPr>
                <w:color w:val="000000"/>
                <w:sz w:val="15"/>
              </w:rPr>
              <w:t>samostojno oziroma z dogovorjeno oporo poveže likovno rešitev s svetlobo</w:t>
            </w:r>
          </w:p>
        </w:tc>
        <w:tc>
          <w:tcPr>
            <w:tcW w:w="7087" w:type="dxa"/>
            <w:tcMar>
              <w:top w:w="70" w:type="dxa"/>
              <w:left w:w="90" w:type="dxa"/>
              <w:bottom w:w="70" w:type="dxa"/>
              <w:right w:w="90" w:type="dxa"/>
            </w:tcMar>
          </w:tcPr>
          <w:p w14:paraId="6F4F7973"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8E4B35D" w14:textId="77777777">
              <w:trPr>
                <w:jc w:val="center"/>
              </w:trPr>
              <w:tc>
                <w:tcPr>
                  <w:tcW w:w="7087" w:type="dxa"/>
                  <w:shd w:val="clear" w:color="auto" w:fill="C6E7F3"/>
                  <w:tcMar>
                    <w:top w:w="45" w:type="dxa"/>
                    <w:left w:w="70" w:type="dxa"/>
                    <w:bottom w:w="45" w:type="dxa"/>
                    <w:right w:w="70" w:type="dxa"/>
                  </w:tcMar>
                </w:tcPr>
                <w:p w14:paraId="56F32524" w14:textId="77777777" w:rsidR="00080BF0" w:rsidRDefault="00000000">
                  <w:pPr>
                    <w:keepNext/>
                  </w:pPr>
                  <w:r>
                    <w:rPr>
                      <w:b/>
                      <w:color w:val="000000"/>
                    </w:rPr>
                    <w:t>UVODNI DEL – likovna uganka, opazovanje, aktivacija predznanja in namen učenja (8–12 min)</w:t>
                  </w:r>
                </w:p>
              </w:tc>
            </w:tr>
          </w:tbl>
          <w:p w14:paraId="08C1D619" w14:textId="77777777" w:rsidR="00080BF0" w:rsidRDefault="00080BF0">
            <w:pPr>
              <w:spacing w:line="20" w:lineRule="exact"/>
            </w:pPr>
          </w:p>
          <w:p w14:paraId="0F3F325C" w14:textId="77777777" w:rsidR="00080BF0" w:rsidRDefault="00000000">
            <w:pPr>
              <w:spacing w:before="40" w:after="60" w:line="245" w:lineRule="auto"/>
            </w:pPr>
            <w:r>
              <w:rPr>
                <w:color w:val="000000"/>
                <w:sz w:val="16"/>
              </w:rPr>
              <w:t>Ob književnem motivu »Zlata ptica« – slovenska ljudska pravljica učenci vstopijo v temo svetloba, zvok, barva in pravljično iskanje. Učiteljica pokaže fotografijo, reprodukcijo, predmet ali material in pove kratko likovno zgodbo: na steni se pojavi neznana senca; učenci s telesom, svetlobo in preprostimi figurami preverjajo, kako nastane ter kako lahko pripoveduje o temi »svetloba in senca«. Tematska rešitev: izdela zlato ptico ter raziskuje svetlobo in senco.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51962D87" w14:textId="77777777">
              <w:trPr>
                <w:jc w:val="center"/>
              </w:trPr>
              <w:tc>
                <w:tcPr>
                  <w:tcW w:w="7087" w:type="dxa"/>
                  <w:shd w:val="clear" w:color="auto" w:fill="EDC9EA"/>
                  <w:tcMar>
                    <w:top w:w="45" w:type="dxa"/>
                    <w:left w:w="70" w:type="dxa"/>
                    <w:bottom w:w="45" w:type="dxa"/>
                    <w:right w:w="70" w:type="dxa"/>
                  </w:tcMar>
                </w:tcPr>
                <w:p w14:paraId="067BAC85" w14:textId="77777777" w:rsidR="00080BF0" w:rsidRDefault="00000000">
                  <w:pPr>
                    <w:keepNext/>
                  </w:pPr>
                  <w:r>
                    <w:rPr>
                      <w:b/>
                      <w:color w:val="000000"/>
                    </w:rPr>
                    <w:t>NAMENI UČENJA</w:t>
                  </w:r>
                </w:p>
              </w:tc>
            </w:tr>
          </w:tbl>
          <w:p w14:paraId="095D6B43" w14:textId="77777777" w:rsidR="00080BF0" w:rsidRDefault="00080BF0">
            <w:pPr>
              <w:spacing w:line="20" w:lineRule="exact"/>
            </w:pPr>
          </w:p>
          <w:p w14:paraId="5FE8AD4C"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7C4D3324" w14:textId="77777777" w:rsidR="00080BF0" w:rsidRDefault="00000000">
            <w:pPr>
              <w:pStyle w:val="Oznaenseznam"/>
              <w:spacing w:after="16"/>
            </w:pPr>
            <w:r>
              <w:rPr>
                <w:color w:val="000000"/>
                <w:sz w:val="16"/>
              </w:rPr>
              <w:t>opazujem senco</w:t>
            </w:r>
          </w:p>
          <w:p w14:paraId="38AFF9EB" w14:textId="77777777" w:rsidR="00080BF0" w:rsidRDefault="00000000">
            <w:pPr>
              <w:pStyle w:val="Oznaenseznam"/>
              <w:spacing w:after="16"/>
            </w:pPr>
            <w:r>
              <w:rPr>
                <w:color w:val="000000"/>
                <w:sz w:val="16"/>
              </w:rPr>
              <w:t>ustvarim senčno podobo</w:t>
            </w:r>
          </w:p>
          <w:p w14:paraId="5213805D" w14:textId="77777777" w:rsidR="00080BF0" w:rsidRDefault="00000000">
            <w:pPr>
              <w:pStyle w:val="Oznaenseznam"/>
              <w:spacing w:after="16"/>
            </w:pPr>
            <w:r>
              <w:rPr>
                <w:color w:val="000000"/>
                <w:sz w:val="16"/>
              </w:rPr>
              <w:t>povežem likovno rešitev s svetlobo</w:t>
            </w:r>
          </w:p>
          <w:tbl>
            <w:tblPr>
              <w:tblStyle w:val="Tabelamrea"/>
              <w:tblW w:w="0" w:type="auto"/>
              <w:jc w:val="center"/>
              <w:tblLayout w:type="fixed"/>
              <w:tblLook w:val="04A0" w:firstRow="1" w:lastRow="0" w:firstColumn="1" w:lastColumn="0" w:noHBand="0" w:noVBand="1"/>
            </w:tblPr>
            <w:tblGrid>
              <w:gridCol w:w="7087"/>
            </w:tblGrid>
            <w:tr w:rsidR="00080BF0" w14:paraId="481487CD" w14:textId="77777777">
              <w:trPr>
                <w:jc w:val="center"/>
              </w:trPr>
              <w:tc>
                <w:tcPr>
                  <w:tcW w:w="7087" w:type="dxa"/>
                  <w:shd w:val="clear" w:color="auto" w:fill="EDC9EA"/>
                  <w:tcMar>
                    <w:top w:w="45" w:type="dxa"/>
                    <w:left w:w="70" w:type="dxa"/>
                    <w:bottom w:w="45" w:type="dxa"/>
                    <w:right w:w="70" w:type="dxa"/>
                  </w:tcMar>
                </w:tcPr>
                <w:p w14:paraId="51306160" w14:textId="77777777" w:rsidR="00080BF0" w:rsidRDefault="00000000">
                  <w:pPr>
                    <w:keepNext/>
                  </w:pPr>
                  <w:r>
                    <w:rPr>
                      <w:b/>
                      <w:color w:val="000000"/>
                    </w:rPr>
                    <w:t>PREVERJANJE PREDZNANJA</w:t>
                  </w:r>
                </w:p>
              </w:tc>
            </w:tr>
          </w:tbl>
          <w:p w14:paraId="56AA9AD7" w14:textId="77777777" w:rsidR="00080BF0" w:rsidRDefault="00080BF0">
            <w:pPr>
              <w:spacing w:line="20" w:lineRule="exact"/>
            </w:pPr>
          </w:p>
          <w:p w14:paraId="6A02FC00" w14:textId="77777777" w:rsidR="00080BF0" w:rsidRDefault="00000000">
            <w:pPr>
              <w:pStyle w:val="Oznaenseznam"/>
              <w:spacing w:after="16"/>
            </w:pPr>
            <w:r>
              <w:rPr>
                <w:color w:val="000000"/>
                <w:sz w:val="16"/>
              </w:rPr>
              <w:t>Kaj najprej opazim pri motivu, predmetu ali materialu, povezanem s temo »SVETLOBA IN SENCA«?</w:t>
            </w:r>
          </w:p>
          <w:p w14:paraId="0F8A7A4C"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4E827779"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4C07B827" w14:textId="77777777">
              <w:trPr>
                <w:jc w:val="center"/>
              </w:trPr>
              <w:tc>
                <w:tcPr>
                  <w:tcW w:w="7087" w:type="dxa"/>
                  <w:shd w:val="clear" w:color="auto" w:fill="EDC9EA"/>
                  <w:tcMar>
                    <w:top w:w="45" w:type="dxa"/>
                    <w:left w:w="70" w:type="dxa"/>
                    <w:bottom w:w="45" w:type="dxa"/>
                    <w:right w:w="70" w:type="dxa"/>
                  </w:tcMar>
                </w:tcPr>
                <w:p w14:paraId="7E2E29D4" w14:textId="77777777" w:rsidR="00080BF0" w:rsidRDefault="00000000">
                  <w:pPr>
                    <w:keepNext/>
                  </w:pPr>
                  <w:r>
                    <w:rPr>
                      <w:b/>
                      <w:color w:val="000000"/>
                    </w:rPr>
                    <w:t>KRITERIJI USPEŠNOSTI</w:t>
                  </w:r>
                </w:p>
              </w:tc>
            </w:tr>
          </w:tbl>
          <w:p w14:paraId="5F30A009" w14:textId="77777777" w:rsidR="00080BF0" w:rsidRDefault="00080BF0"/>
          <w:p w14:paraId="67785A60" w14:textId="77777777" w:rsidR="00080BF0" w:rsidRDefault="00000000">
            <w:pPr>
              <w:spacing w:before="20" w:after="20" w:line="245" w:lineRule="auto"/>
            </w:pPr>
            <w:r>
              <w:rPr>
                <w:b/>
                <w:color w:val="000000"/>
                <w:sz w:val="16"/>
              </w:rPr>
              <w:t>Uspešen/-na bom, ko:</w:t>
            </w:r>
          </w:p>
          <w:p w14:paraId="0F2FFE4D" w14:textId="77777777" w:rsidR="00080BF0" w:rsidRDefault="00000000">
            <w:pPr>
              <w:pStyle w:val="Oznaenseznam"/>
              <w:spacing w:after="16"/>
            </w:pPr>
            <w:r>
              <w:rPr>
                <w:color w:val="000000"/>
                <w:sz w:val="16"/>
              </w:rPr>
              <w:t>opazujem senco</w:t>
            </w:r>
          </w:p>
          <w:p w14:paraId="3F3B9941" w14:textId="77777777" w:rsidR="00080BF0" w:rsidRDefault="00000000">
            <w:pPr>
              <w:pStyle w:val="Oznaenseznam"/>
              <w:spacing w:after="16"/>
            </w:pPr>
            <w:r>
              <w:rPr>
                <w:color w:val="000000"/>
                <w:sz w:val="16"/>
              </w:rPr>
              <w:t>ustvarim senčno podobo</w:t>
            </w:r>
          </w:p>
          <w:p w14:paraId="6C731ED0" w14:textId="77777777" w:rsidR="00080BF0" w:rsidRDefault="00000000">
            <w:pPr>
              <w:pStyle w:val="Oznaenseznam"/>
              <w:spacing w:after="16"/>
            </w:pPr>
            <w:r>
              <w:rPr>
                <w:color w:val="000000"/>
                <w:sz w:val="16"/>
              </w:rPr>
              <w:t>povežem likovno rešitev s svetlobo</w:t>
            </w:r>
          </w:p>
          <w:p w14:paraId="1772075A" w14:textId="77777777" w:rsidR="00080BF0" w:rsidRDefault="00000000">
            <w:pPr>
              <w:pStyle w:val="Oznaenseznam"/>
              <w:spacing w:after="16"/>
            </w:pPr>
            <w:r>
              <w:rPr>
                <w:color w:val="000000"/>
                <w:sz w:val="15"/>
              </w:rPr>
              <w:t>varno in namensko uporabim material, zaščitim prostor ter po delu uredim svojo postajo</w:t>
            </w:r>
          </w:p>
          <w:p w14:paraId="0C90CFDB"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2A82B4F7" w14:textId="77777777" w:rsidR="00080BF0" w:rsidRDefault="00080BF0"/>
          <w:p w14:paraId="7365283E"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0AC5BB6D" w14:textId="77777777" w:rsidR="00080BF0" w:rsidRDefault="00000000">
            <w:pPr>
              <w:spacing w:after="80" w:line="245" w:lineRule="auto"/>
            </w:pPr>
            <w:r>
              <w:rPr>
                <w:color w:val="000000"/>
                <w:sz w:val="16"/>
              </w:rPr>
              <w:t>Pove ali pokaže, kaj že zna opaziti in katero likovno možnost bi najprej preizkusil.</w:t>
            </w:r>
          </w:p>
          <w:p w14:paraId="5EB40376" w14:textId="77777777" w:rsidR="00080BF0" w:rsidRDefault="00000000">
            <w:pPr>
              <w:spacing w:after="100" w:line="245" w:lineRule="auto"/>
            </w:pPr>
            <w:r>
              <w:rPr>
                <w:color w:val="000000"/>
                <w:sz w:val="16"/>
              </w:rPr>
              <w:t>Sodeluje pri razumevanju namena, meril uspešnosti, varne rabe pripomočkov in načina dokazovanja.</w:t>
            </w:r>
          </w:p>
          <w:p w14:paraId="3AF5AEEB" w14:textId="77777777" w:rsidR="00080BF0" w:rsidRDefault="00000000">
            <w:pPr>
              <w:spacing w:after="20" w:line="245" w:lineRule="auto"/>
            </w:pPr>
            <w:r>
              <w:rPr>
                <w:b/>
                <w:color w:val="D95BC6"/>
                <w:sz w:val="17"/>
              </w:rPr>
              <w:t>DOKAZ O UČENJU</w:t>
            </w:r>
          </w:p>
          <w:p w14:paraId="7E443A2B"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1D715B4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E10104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0C84C6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F26C994" w14:textId="77777777" w:rsidR="00080BF0" w:rsidRDefault="00000000">
            <w:pPr>
              <w:jc w:val="center"/>
            </w:pPr>
            <w:r>
              <w:rPr>
                <w:b/>
                <w:color w:val="000000"/>
                <w:sz w:val="20"/>
              </w:rPr>
              <w:t>UČNE DEJAVNOSTI, METODE IN FORMATIVNO SPREMLJANJE</w:t>
            </w:r>
          </w:p>
        </w:tc>
      </w:tr>
      <w:tr w:rsidR="00080BF0" w14:paraId="7E2A2F51" w14:textId="77777777">
        <w:trPr>
          <w:tblHeader/>
          <w:jc w:val="center"/>
        </w:trPr>
        <w:tc>
          <w:tcPr>
            <w:tcW w:w="4422" w:type="dxa"/>
            <w:vMerge/>
            <w:tcMar>
              <w:top w:w="70" w:type="dxa"/>
              <w:left w:w="90" w:type="dxa"/>
              <w:bottom w:w="70" w:type="dxa"/>
              <w:right w:w="90" w:type="dxa"/>
            </w:tcMar>
            <w:vAlign w:val="center"/>
          </w:tcPr>
          <w:p w14:paraId="594D41A4" w14:textId="77777777" w:rsidR="00080BF0" w:rsidRDefault="00080BF0"/>
        </w:tc>
        <w:tc>
          <w:tcPr>
            <w:tcW w:w="7087" w:type="dxa"/>
            <w:shd w:val="clear" w:color="auto" w:fill="FFFFFF"/>
            <w:tcMar>
              <w:top w:w="70" w:type="dxa"/>
              <w:left w:w="90" w:type="dxa"/>
              <w:bottom w:w="70" w:type="dxa"/>
              <w:right w:w="90" w:type="dxa"/>
            </w:tcMar>
            <w:vAlign w:val="center"/>
          </w:tcPr>
          <w:p w14:paraId="03DC263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FB2EC90" w14:textId="77777777" w:rsidR="00080BF0" w:rsidRDefault="00000000">
            <w:pPr>
              <w:jc w:val="center"/>
            </w:pPr>
            <w:r>
              <w:rPr>
                <w:b/>
                <w:color w:val="000000"/>
              </w:rPr>
              <w:t>UČENEC</w:t>
            </w:r>
          </w:p>
        </w:tc>
      </w:tr>
      <w:tr w:rsidR="00080BF0" w14:paraId="31CF812D" w14:textId="77777777">
        <w:trPr>
          <w:jc w:val="center"/>
        </w:trPr>
        <w:tc>
          <w:tcPr>
            <w:tcW w:w="4422" w:type="dxa"/>
            <w:tcMar>
              <w:top w:w="70" w:type="dxa"/>
              <w:left w:w="90" w:type="dxa"/>
              <w:bottom w:w="70" w:type="dxa"/>
              <w:right w:w="90" w:type="dxa"/>
            </w:tcMar>
          </w:tcPr>
          <w:p w14:paraId="336642EB" w14:textId="77777777" w:rsidR="00080BF0" w:rsidRDefault="00080BF0"/>
          <w:p w14:paraId="7521FB06" w14:textId="77777777" w:rsidR="00080BF0" w:rsidRDefault="00000000">
            <w:pPr>
              <w:spacing w:after="40" w:line="245" w:lineRule="auto"/>
            </w:pPr>
            <w:r>
              <w:rPr>
                <w:b/>
                <w:color w:val="000000"/>
              </w:rPr>
              <w:t>KLJUČNI LIKOVNI POJMI</w:t>
            </w:r>
          </w:p>
          <w:p w14:paraId="33A80439"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svetloba, senca, silhueta, prosojnost, kontrast, prizor</w:t>
            </w:r>
          </w:p>
          <w:p w14:paraId="4FB6E00A" w14:textId="77777777" w:rsidR="00080BF0" w:rsidRDefault="00000000">
            <w:pPr>
              <w:spacing w:after="20" w:line="245" w:lineRule="auto"/>
            </w:pPr>
            <w:r>
              <w:rPr>
                <w:b/>
                <w:color w:val="000000"/>
                <w:sz w:val="17"/>
              </w:rPr>
              <w:t>DOKAZI O UČENJU</w:t>
            </w:r>
          </w:p>
          <w:p w14:paraId="35BDB799" w14:textId="77777777" w:rsidR="00080BF0" w:rsidRDefault="00000000">
            <w:pPr>
              <w:pStyle w:val="Oznaenseznam"/>
              <w:spacing w:after="9"/>
            </w:pPr>
            <w:r>
              <w:rPr>
                <w:color w:val="000000"/>
                <w:sz w:val="15"/>
              </w:rPr>
              <w:t>list materialnih poskusov, skica/načrt, učenčeva razlaga in učiteljev zapis o varni rabi pripomočkov.</w:t>
            </w:r>
          </w:p>
          <w:p w14:paraId="4A394BDD" w14:textId="77777777" w:rsidR="00080BF0" w:rsidRDefault="00000000">
            <w:pPr>
              <w:pStyle w:val="Oznaenseznam"/>
              <w:spacing w:after="9"/>
            </w:pPr>
            <w:r>
              <w:rPr>
                <w:color w:val="000000"/>
                <w:sz w:val="15"/>
              </w:rPr>
              <w:t>likovni proces in izdelek, fotografija faze, učenčeva razlaga ter samovrednotenje v mapi.</w:t>
            </w:r>
          </w:p>
          <w:p w14:paraId="13202A9D" w14:textId="77777777" w:rsidR="00080BF0" w:rsidRDefault="00000000">
            <w:pPr>
              <w:spacing w:before="40" w:after="20" w:line="245" w:lineRule="auto"/>
            </w:pPr>
            <w:r>
              <w:rPr>
                <w:b/>
                <w:color w:val="000000"/>
                <w:sz w:val="17"/>
              </w:rPr>
              <w:t>LIKOVNO DOŽIVETJE IN IZKUŠENJSKI POUK</w:t>
            </w:r>
          </w:p>
          <w:p w14:paraId="540F8DE5"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73C36141" w14:textId="77777777" w:rsidR="00080BF0" w:rsidRDefault="00000000">
            <w:pPr>
              <w:spacing w:after="20" w:line="245" w:lineRule="auto"/>
            </w:pPr>
            <w:r>
              <w:rPr>
                <w:b/>
                <w:color w:val="000000"/>
                <w:sz w:val="17"/>
              </w:rPr>
              <w:t>POUČEVANJE V GIBANJU</w:t>
            </w:r>
          </w:p>
          <w:p w14:paraId="2976FD5D"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54E2B146" w14:textId="77777777" w:rsidR="00080BF0" w:rsidRDefault="00000000">
            <w:pPr>
              <w:spacing w:after="20" w:line="245" w:lineRule="auto"/>
            </w:pPr>
            <w:r>
              <w:rPr>
                <w:b/>
                <w:color w:val="000000"/>
                <w:sz w:val="17"/>
              </w:rPr>
              <w:t>DELO PO POSTAJAH</w:t>
            </w:r>
          </w:p>
          <w:p w14:paraId="17B7B821"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7E1F7A77" w14:textId="77777777" w:rsidR="00080BF0" w:rsidRDefault="00000000">
            <w:pPr>
              <w:spacing w:after="9" w:line="245" w:lineRule="auto"/>
            </w:pPr>
            <w:r>
              <w:rPr>
                <w:color w:val="000000"/>
                <w:sz w:val="14"/>
              </w:rPr>
              <w:t>1. Svetlobna: z varne razdalje spreminjam položaj predmeta in opazujem velikost, ostrino ter smer sence.</w:t>
            </w:r>
          </w:p>
          <w:p w14:paraId="18AA1514" w14:textId="77777777" w:rsidR="00080BF0" w:rsidRDefault="00000000">
            <w:pPr>
              <w:spacing w:after="9" w:line="245" w:lineRule="auto"/>
            </w:pPr>
            <w:r>
              <w:rPr>
                <w:color w:val="000000"/>
                <w:sz w:val="14"/>
              </w:rPr>
              <w:t>2. Figuralna: iz črnega ali prosojnega materiala oblikujem preprosto silhueto in preizkusim njeno berljivost.</w:t>
            </w:r>
          </w:p>
          <w:p w14:paraId="4FF75ED5" w14:textId="77777777" w:rsidR="00080BF0" w:rsidRDefault="00000000">
            <w:pPr>
              <w:spacing w:after="9" w:line="245" w:lineRule="auto"/>
            </w:pPr>
            <w:r>
              <w:rPr>
                <w:color w:val="000000"/>
                <w:sz w:val="14"/>
              </w:rPr>
              <w:t>3. Gibalno-gledališka: z držo in gibanjem ustvarim senco, ki jasno pokaže osebo, dogodek ali razpoloženje.</w:t>
            </w:r>
          </w:p>
          <w:p w14:paraId="5FFDDE8E" w14:textId="77777777" w:rsidR="00080BF0" w:rsidRDefault="00000000">
            <w:pPr>
              <w:spacing w:after="9" w:line="245" w:lineRule="auto"/>
            </w:pPr>
            <w:r>
              <w:rPr>
                <w:color w:val="000000"/>
                <w:sz w:val="14"/>
              </w:rPr>
              <w:t>4. Prizorna: povežem figuro, svetlobo in ozadje v kratek prizor, ga predstavim in izboljšam po odzivu gledalcev.</w:t>
            </w:r>
          </w:p>
          <w:p w14:paraId="294FCAE0" w14:textId="77777777" w:rsidR="00080BF0" w:rsidRDefault="00000000">
            <w:pPr>
              <w:spacing w:after="20" w:line="245" w:lineRule="auto"/>
            </w:pPr>
            <w:r>
              <w:rPr>
                <w:b/>
                <w:color w:val="000000"/>
                <w:sz w:val="17"/>
              </w:rPr>
              <w:t>DIFERENCIACIJA IN VKLJUČEVANJE</w:t>
            </w:r>
          </w:p>
          <w:p w14:paraId="7526AC51"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67ADA16D" w14:textId="77777777" w:rsidR="00080BF0" w:rsidRDefault="00000000">
            <w:pPr>
              <w:spacing w:after="20" w:line="245" w:lineRule="auto"/>
            </w:pPr>
            <w:r>
              <w:rPr>
                <w:b/>
                <w:color w:val="000000"/>
                <w:sz w:val="17"/>
              </w:rPr>
              <w:t>SPREMLJANJE</w:t>
            </w:r>
          </w:p>
          <w:p w14:paraId="0B16B223"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00BC8C89"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F4DE934" w14:textId="77777777">
              <w:trPr>
                <w:jc w:val="center"/>
              </w:trPr>
              <w:tc>
                <w:tcPr>
                  <w:tcW w:w="7087" w:type="dxa"/>
                  <w:shd w:val="clear" w:color="auto" w:fill="C6E7F3"/>
                  <w:tcMar>
                    <w:top w:w="45" w:type="dxa"/>
                    <w:left w:w="70" w:type="dxa"/>
                    <w:bottom w:w="45" w:type="dxa"/>
                    <w:right w:w="70" w:type="dxa"/>
                  </w:tcMar>
                </w:tcPr>
                <w:p w14:paraId="5C681080" w14:textId="77777777" w:rsidR="00080BF0" w:rsidRDefault="00000000">
                  <w:pPr>
                    <w:keepNext/>
                  </w:pPr>
                  <w:r>
                    <w:rPr>
                      <w:b/>
                      <w:color w:val="000000"/>
                      <w:sz w:val="17"/>
                    </w:rPr>
                    <w:t>GLAVNI DEL – OPAZOVANJE, MATERIALNI PREIZKUS, USTVARJANJE IN GALERIJA (2 šolski uri)</w:t>
                  </w:r>
                </w:p>
              </w:tc>
            </w:tr>
          </w:tbl>
          <w:p w14:paraId="0AF821A6" w14:textId="77777777" w:rsidR="00080BF0" w:rsidRDefault="00080BF0">
            <w:pPr>
              <w:spacing w:line="20" w:lineRule="exact"/>
            </w:pPr>
          </w:p>
          <w:p w14:paraId="6C2F81CB" w14:textId="77777777" w:rsidR="00080BF0" w:rsidRDefault="00000000">
            <w:pPr>
              <w:keepNext/>
              <w:spacing w:before="22" w:after="8" w:line="245" w:lineRule="auto"/>
            </w:pPr>
            <w:r>
              <w:rPr>
                <w:b/>
                <w:color w:val="000000"/>
                <w:sz w:val="16"/>
              </w:rPr>
              <w:t>1. URA – Svetloba in senca – Opazujem, preizkušam, načrtujem</w:t>
            </w:r>
          </w:p>
          <w:p w14:paraId="75933431"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»SVETLOBA IN SENCA«.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2B4627ED"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3D7666C5"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02516BD6" w14:textId="77777777" w:rsidR="00080BF0" w:rsidRDefault="00000000">
            <w:pPr>
              <w:keepNext/>
              <w:spacing w:before="22" w:after="8" w:line="245" w:lineRule="auto"/>
            </w:pPr>
            <w:r>
              <w:rPr>
                <w:b/>
                <w:color w:val="000000"/>
                <w:sz w:val="16"/>
              </w:rPr>
              <w:t>2. URA – Svetloba in senca – Ustvarjam, predstavim, izboljšam</w:t>
            </w:r>
          </w:p>
          <w:p w14:paraId="08A2A32C"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»SVETLOBA IN SENCA«; postavlja vprašanja o nameri, nudi tehnično oporo in omogoči izboljšavo. Zaključek 10': 10' – Izvede tiho galerijo; modelira odziv »Opazim … / Učinkuje … / Lahko poskusiš …« ter vodi pospravljanje.</w:t>
            </w:r>
          </w:p>
          <w:p w14:paraId="625A8BD4"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46B3215E"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540A3C7F" w14:textId="77777777">
              <w:trPr>
                <w:jc w:val="center"/>
              </w:trPr>
              <w:tc>
                <w:tcPr>
                  <w:tcW w:w="7087" w:type="dxa"/>
                  <w:shd w:val="clear" w:color="auto" w:fill="EDC9EA"/>
                  <w:tcMar>
                    <w:top w:w="45" w:type="dxa"/>
                    <w:left w:w="70" w:type="dxa"/>
                    <w:bottom w:w="45" w:type="dxa"/>
                    <w:right w:w="70" w:type="dxa"/>
                  </w:tcMar>
                </w:tcPr>
                <w:p w14:paraId="6113EA23" w14:textId="77777777" w:rsidR="00080BF0" w:rsidRDefault="00000000">
                  <w:pPr>
                    <w:keepNext/>
                  </w:pPr>
                  <w:r>
                    <w:rPr>
                      <w:b/>
                      <w:color w:val="000000"/>
                      <w:sz w:val="17"/>
                    </w:rPr>
                    <w:t>ORGANIZACIJA POSTAJ IN PREHODOV</w:t>
                  </w:r>
                </w:p>
              </w:tc>
            </w:tr>
          </w:tbl>
          <w:p w14:paraId="27BFB0AD" w14:textId="77777777" w:rsidR="00080BF0" w:rsidRDefault="00080BF0"/>
          <w:p w14:paraId="7FE99CD5" w14:textId="77777777" w:rsidR="00080BF0" w:rsidRDefault="00000000">
            <w:pPr>
              <w:spacing w:before="8" w:after="8" w:line="245" w:lineRule="auto"/>
            </w:pPr>
            <w:r>
              <w:rPr>
                <w:color w:val="000000"/>
                <w:sz w:val="14"/>
              </w:rPr>
              <w:t>Postaja 1: Svetlobna: z varne razdalje spreminjam položaj predmeta in opazujem velikost, ostrino ter smer sence.</w:t>
            </w:r>
          </w:p>
          <w:p w14:paraId="40329C3A" w14:textId="77777777" w:rsidR="00080BF0" w:rsidRDefault="00000000">
            <w:pPr>
              <w:spacing w:before="8" w:after="8" w:line="245" w:lineRule="auto"/>
            </w:pPr>
            <w:r>
              <w:rPr>
                <w:color w:val="000000"/>
                <w:sz w:val="14"/>
              </w:rPr>
              <w:t>Postaja 2: Figuralna: iz črnega ali prosojnega materiala oblikujem preprosto silhueto in preizkusim njeno berljivost.</w:t>
            </w:r>
          </w:p>
          <w:p w14:paraId="70A038DB" w14:textId="77777777" w:rsidR="00080BF0" w:rsidRDefault="00000000">
            <w:pPr>
              <w:spacing w:before="8" w:after="8" w:line="245" w:lineRule="auto"/>
            </w:pPr>
            <w:r>
              <w:rPr>
                <w:color w:val="000000"/>
                <w:sz w:val="14"/>
              </w:rPr>
              <w:t>Postaja 3: Gibalno-gledališka: z držo in gibanjem ustvarim senco, ki jasno pokaže osebo, dogodek ali razpoloženje.</w:t>
            </w:r>
          </w:p>
          <w:p w14:paraId="4DB216F4" w14:textId="77777777" w:rsidR="00080BF0" w:rsidRDefault="00000000">
            <w:pPr>
              <w:spacing w:before="8" w:after="8" w:line="245" w:lineRule="auto"/>
            </w:pPr>
            <w:r>
              <w:rPr>
                <w:color w:val="000000"/>
                <w:sz w:val="14"/>
              </w:rPr>
              <w:t>Postaja 4: Prizorna: povežem figuro, svetlobo in ozadje v kratek prizor, ga predstavim in izboljšam po odzivu gledalcev.</w:t>
            </w:r>
          </w:p>
          <w:p w14:paraId="44276FF9"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37FF7B6C" w14:textId="77777777" w:rsidR="00080BF0" w:rsidRDefault="00080BF0"/>
          <w:p w14:paraId="5F2EC183" w14:textId="77777777" w:rsidR="00080BF0" w:rsidRDefault="00000000">
            <w:pPr>
              <w:spacing w:after="6" w:line="245" w:lineRule="auto"/>
            </w:pPr>
            <w:r>
              <w:rPr>
                <w:b/>
                <w:color w:val="000000"/>
                <w:sz w:val="15"/>
              </w:rPr>
              <w:t>1. URA – Svetloba in senca – Opazujem, preizkušam, načrtujem</w:t>
            </w:r>
          </w:p>
          <w:p w14:paraId="1FC2B248"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0B3E3905" w14:textId="77777777" w:rsidR="00080BF0" w:rsidRDefault="00000000">
            <w:pPr>
              <w:spacing w:after="20" w:line="245" w:lineRule="auto"/>
            </w:pPr>
            <w:r>
              <w:rPr>
                <w:color w:val="D95BC6"/>
                <w:sz w:val="14"/>
              </w:rPr>
              <w:t>Dokaz: list materialnih poskusov, skica/načrt, učenčeva razlaga in učiteljev zapis o varni rabi.</w:t>
            </w:r>
          </w:p>
          <w:p w14:paraId="6D1E2584" w14:textId="77777777" w:rsidR="00080BF0" w:rsidRDefault="00000000">
            <w:pPr>
              <w:spacing w:after="6" w:line="245" w:lineRule="auto"/>
            </w:pPr>
            <w:r>
              <w:rPr>
                <w:b/>
                <w:color w:val="000000"/>
                <w:sz w:val="15"/>
              </w:rPr>
              <w:t>2. URA – Svetloba in senca – Ustvarjam, predstavim, izboljšam</w:t>
            </w:r>
          </w:p>
          <w:p w14:paraId="38923BB4"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5D0940E1" w14:textId="77777777" w:rsidR="00080BF0" w:rsidRDefault="00000000">
            <w:pPr>
              <w:spacing w:after="20" w:line="245" w:lineRule="auto"/>
            </w:pPr>
            <w:r>
              <w:rPr>
                <w:color w:val="D95BC6"/>
                <w:sz w:val="14"/>
              </w:rPr>
              <w:t>Dokaz: likovni proces in izdelek, fotografija faze, učenčeva razlaga ter samovrednotenje v mapi.</w:t>
            </w:r>
          </w:p>
          <w:p w14:paraId="470AE56F" w14:textId="77777777" w:rsidR="00080BF0" w:rsidRDefault="00000000">
            <w:pPr>
              <w:spacing w:before="40" w:after="20" w:line="245" w:lineRule="auto"/>
            </w:pPr>
            <w:r>
              <w:rPr>
                <w:b/>
                <w:color w:val="D95BC6"/>
                <w:sz w:val="16"/>
              </w:rPr>
              <w:t>MOJ KROG POSTAJ</w:t>
            </w:r>
          </w:p>
          <w:p w14:paraId="0810AA2B" w14:textId="77777777" w:rsidR="00080BF0" w:rsidRDefault="00000000">
            <w:pPr>
              <w:spacing w:after="11" w:line="245" w:lineRule="auto"/>
            </w:pPr>
            <w:r>
              <w:rPr>
                <w:color w:val="000000"/>
                <w:sz w:val="13"/>
              </w:rPr>
              <w:t>1. Svetlobna: z varne razdalje spreminjam položaj predmeta in opazujem velikost.</w:t>
            </w:r>
          </w:p>
          <w:p w14:paraId="025CFB1B" w14:textId="77777777" w:rsidR="00080BF0" w:rsidRDefault="00000000">
            <w:pPr>
              <w:spacing w:after="11" w:line="245" w:lineRule="auto"/>
            </w:pPr>
            <w:r>
              <w:rPr>
                <w:color w:val="000000"/>
                <w:sz w:val="13"/>
              </w:rPr>
              <w:t>2. Figuralna: iz črnega ali prosojnega materiala oblikujem preprosto silhueto in preizkusim.</w:t>
            </w:r>
          </w:p>
          <w:p w14:paraId="4419F939" w14:textId="77777777" w:rsidR="00080BF0" w:rsidRDefault="00000000">
            <w:pPr>
              <w:spacing w:after="11" w:line="245" w:lineRule="auto"/>
            </w:pPr>
            <w:r>
              <w:rPr>
                <w:color w:val="000000"/>
                <w:sz w:val="13"/>
              </w:rPr>
              <w:t>3. Gibalno-gledališka: z držo in gibanjem ustvarim senco, ki jasno pokaže osebo.</w:t>
            </w:r>
          </w:p>
          <w:p w14:paraId="337AE550" w14:textId="77777777" w:rsidR="00080BF0" w:rsidRDefault="00000000">
            <w:pPr>
              <w:spacing w:after="11" w:line="245" w:lineRule="auto"/>
            </w:pPr>
            <w:r>
              <w:rPr>
                <w:color w:val="000000"/>
                <w:sz w:val="13"/>
              </w:rPr>
              <w:t>4. Prizorna: povežem figuro, svetlobo in ozadje v kratek prizor.</w:t>
            </w:r>
          </w:p>
          <w:p w14:paraId="0CBC043C"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23FB20EE" w14:textId="77777777" w:rsidR="00080BF0" w:rsidRDefault="00000000">
            <w:pPr>
              <w:spacing w:after="20" w:line="245" w:lineRule="auto"/>
            </w:pPr>
            <w:r>
              <w:rPr>
                <w:b/>
                <w:color w:val="D95BC6"/>
                <w:sz w:val="17"/>
              </w:rPr>
              <w:t>DOKAZ O UČENJU</w:t>
            </w:r>
          </w:p>
          <w:p w14:paraId="742B0799"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009B7A49"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3995EC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7AEFB5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EEC2021" w14:textId="77777777" w:rsidR="00080BF0" w:rsidRDefault="00000000">
            <w:pPr>
              <w:jc w:val="center"/>
            </w:pPr>
            <w:r>
              <w:rPr>
                <w:b/>
                <w:color w:val="000000"/>
                <w:sz w:val="20"/>
              </w:rPr>
              <w:t>UČNE DEJAVNOSTI, METODE IN FORMATIVNO SPREMLJANJE</w:t>
            </w:r>
          </w:p>
        </w:tc>
      </w:tr>
      <w:tr w:rsidR="00080BF0" w14:paraId="0E254093" w14:textId="77777777">
        <w:trPr>
          <w:tblHeader/>
          <w:jc w:val="center"/>
        </w:trPr>
        <w:tc>
          <w:tcPr>
            <w:tcW w:w="4422" w:type="dxa"/>
            <w:vMerge/>
            <w:tcMar>
              <w:top w:w="70" w:type="dxa"/>
              <w:left w:w="90" w:type="dxa"/>
              <w:bottom w:w="70" w:type="dxa"/>
              <w:right w:w="90" w:type="dxa"/>
            </w:tcMar>
            <w:vAlign w:val="center"/>
          </w:tcPr>
          <w:p w14:paraId="2DD64C31" w14:textId="77777777" w:rsidR="00080BF0" w:rsidRDefault="00080BF0"/>
        </w:tc>
        <w:tc>
          <w:tcPr>
            <w:tcW w:w="7087" w:type="dxa"/>
            <w:shd w:val="clear" w:color="auto" w:fill="FFFFFF"/>
            <w:tcMar>
              <w:top w:w="70" w:type="dxa"/>
              <w:left w:w="90" w:type="dxa"/>
              <w:bottom w:w="70" w:type="dxa"/>
              <w:right w:w="90" w:type="dxa"/>
            </w:tcMar>
            <w:vAlign w:val="center"/>
          </w:tcPr>
          <w:p w14:paraId="1135C15B"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6477375" w14:textId="77777777" w:rsidR="00080BF0" w:rsidRDefault="00000000">
            <w:pPr>
              <w:jc w:val="center"/>
            </w:pPr>
            <w:r>
              <w:rPr>
                <w:b/>
                <w:color w:val="000000"/>
              </w:rPr>
              <w:t>UČENEC</w:t>
            </w:r>
          </w:p>
        </w:tc>
      </w:tr>
      <w:tr w:rsidR="00080BF0" w14:paraId="3502F287" w14:textId="77777777">
        <w:trPr>
          <w:jc w:val="center"/>
        </w:trPr>
        <w:tc>
          <w:tcPr>
            <w:tcW w:w="4422" w:type="dxa"/>
            <w:tcMar>
              <w:top w:w="70" w:type="dxa"/>
              <w:left w:w="90" w:type="dxa"/>
              <w:bottom w:w="70" w:type="dxa"/>
              <w:right w:w="90" w:type="dxa"/>
            </w:tcMar>
          </w:tcPr>
          <w:p w14:paraId="462AFE8D" w14:textId="77777777" w:rsidR="00080BF0" w:rsidRDefault="00080BF0"/>
          <w:p w14:paraId="7A743512" w14:textId="77777777" w:rsidR="00080BF0" w:rsidRDefault="00000000">
            <w:pPr>
              <w:spacing w:after="40" w:line="245" w:lineRule="auto"/>
            </w:pPr>
            <w:r>
              <w:rPr>
                <w:b/>
                <w:color w:val="000000"/>
              </w:rPr>
              <w:t>FORMATIVNO SPREMLJANJE</w:t>
            </w:r>
          </w:p>
          <w:p w14:paraId="5724E92D" w14:textId="77777777" w:rsidR="00080BF0" w:rsidRDefault="00000000">
            <w:pPr>
              <w:pStyle w:val="Oznaenseznam"/>
              <w:spacing w:after="16"/>
            </w:pPr>
            <w:r>
              <w:rPr>
                <w:color w:val="000000"/>
                <w:sz w:val="15"/>
              </w:rPr>
              <w:t>predznanje: opažanje, gibalna ponazoritev, izbira kartice, razvrstitev materialov, poskusna sled ali skica</w:t>
            </w:r>
          </w:p>
          <w:p w14:paraId="3E124415"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5DCAA036"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41711581" w14:textId="77777777" w:rsidR="00080BF0" w:rsidRDefault="00000000">
            <w:pPr>
              <w:pStyle w:val="Oznaenseznam"/>
              <w:spacing w:after="16"/>
            </w:pPr>
            <w:r>
              <w:rPr>
                <w:color w:val="000000"/>
                <w:sz w:val="15"/>
              </w:rPr>
              <w:t>povratna informacija: opis vidne likovne odločitve, povezava z enim merilom in izvedljiv naslednji korak</w:t>
            </w:r>
          </w:p>
          <w:p w14:paraId="2A52C032" w14:textId="77777777" w:rsidR="00080BF0" w:rsidRDefault="00000000">
            <w:pPr>
              <w:pStyle w:val="Oznaenseznam"/>
              <w:spacing w:after="16"/>
            </w:pPr>
            <w:r>
              <w:rPr>
                <w:color w:val="000000"/>
                <w:sz w:val="15"/>
              </w:rPr>
              <w:t>samovrednotenje: likovni semafor, lestvica samostojnosti, izbran dokaz, galerijski odziv in izboljšava</w:t>
            </w:r>
          </w:p>
          <w:p w14:paraId="43A3F8D5" w14:textId="77777777" w:rsidR="00080BF0" w:rsidRDefault="00000000">
            <w:pPr>
              <w:spacing w:before="40" w:after="20" w:line="245" w:lineRule="auto"/>
            </w:pPr>
            <w:r>
              <w:rPr>
                <w:b/>
                <w:color w:val="000000"/>
                <w:sz w:val="17"/>
              </w:rPr>
              <w:t>VARNOST, HIGIENA IN UREDITEV PROSTORA</w:t>
            </w:r>
          </w:p>
          <w:p w14:paraId="048DE5D7"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Uporabi se hladna svetilka LED; učenci ne svetijo v oči in se ob zatemnitvi gibljejo le po označeni poti.</w:t>
            </w:r>
          </w:p>
          <w:p w14:paraId="52B71024" w14:textId="77777777" w:rsidR="00080BF0" w:rsidRDefault="00000000">
            <w:pPr>
              <w:spacing w:after="20" w:line="245" w:lineRule="auto"/>
            </w:pPr>
            <w:r>
              <w:rPr>
                <w:b/>
                <w:color w:val="000000"/>
                <w:sz w:val="17"/>
              </w:rPr>
              <w:t>EVIDENCA PO IZVEDBI</w:t>
            </w:r>
          </w:p>
          <w:p w14:paraId="53F32745"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32365503" w14:textId="77777777" w:rsidR="00080BF0" w:rsidRDefault="00000000">
            <w:pPr>
              <w:spacing w:before="40" w:after="20" w:line="245" w:lineRule="auto"/>
            </w:pPr>
            <w:r>
              <w:rPr>
                <w:b/>
                <w:color w:val="000000"/>
                <w:sz w:val="17"/>
              </w:rPr>
              <w:t>RAVEN DOSEGANJA</w:t>
            </w:r>
          </w:p>
          <w:p w14:paraId="696830D9"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5D26F01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CE24928" w14:textId="77777777">
              <w:trPr>
                <w:jc w:val="center"/>
              </w:trPr>
              <w:tc>
                <w:tcPr>
                  <w:tcW w:w="7087" w:type="dxa"/>
                  <w:shd w:val="clear" w:color="auto" w:fill="EDC9EA"/>
                  <w:tcMar>
                    <w:top w:w="45" w:type="dxa"/>
                    <w:left w:w="70" w:type="dxa"/>
                    <w:bottom w:w="45" w:type="dxa"/>
                    <w:right w:w="70" w:type="dxa"/>
                  </w:tcMar>
                </w:tcPr>
                <w:p w14:paraId="39D5747A" w14:textId="77777777" w:rsidR="00080BF0" w:rsidRDefault="00000000">
                  <w:pPr>
                    <w:keepNext/>
                  </w:pPr>
                  <w:r>
                    <w:rPr>
                      <w:b/>
                      <w:color w:val="000000"/>
                    </w:rPr>
                    <w:t>VPRAŠANJA V PODPORO LIKOVNEMU UČENJU</w:t>
                  </w:r>
                </w:p>
              </w:tc>
            </w:tr>
          </w:tbl>
          <w:p w14:paraId="201D5F65" w14:textId="77777777" w:rsidR="00080BF0" w:rsidRDefault="00080BF0">
            <w:pPr>
              <w:spacing w:line="20" w:lineRule="exact"/>
            </w:pPr>
          </w:p>
          <w:p w14:paraId="21E173B2" w14:textId="77777777" w:rsidR="00080BF0" w:rsidRDefault="00000000">
            <w:pPr>
              <w:pStyle w:val="Oznaenseznam"/>
              <w:spacing w:after="16"/>
            </w:pPr>
            <w:r>
              <w:rPr>
                <w:color w:val="000000"/>
                <w:sz w:val="16"/>
              </w:rPr>
              <w:t>Kaj si najprej opazil/-a in katera likovna prvina je zate najpomembnejša?</w:t>
            </w:r>
          </w:p>
          <w:p w14:paraId="61202A83" w14:textId="77777777" w:rsidR="00080BF0" w:rsidRDefault="00000000">
            <w:pPr>
              <w:pStyle w:val="Oznaenseznam"/>
              <w:spacing w:after="16"/>
            </w:pPr>
            <w:r>
              <w:rPr>
                <w:color w:val="000000"/>
                <w:sz w:val="16"/>
              </w:rPr>
              <w:t>Kako je material ali postopek vplival na črto, barvo, obliko, površino, prostor oziroma delovanje izdelka?</w:t>
            </w:r>
          </w:p>
          <w:p w14:paraId="2A0BBBEF" w14:textId="77777777" w:rsidR="00080BF0" w:rsidRDefault="00000000">
            <w:pPr>
              <w:pStyle w:val="Oznaenseznam"/>
              <w:spacing w:after="16"/>
            </w:pPr>
            <w:r>
              <w:rPr>
                <w:color w:val="000000"/>
                <w:sz w:val="16"/>
              </w:rPr>
              <w:t>Katero možnost si preizkusil/-a, zakaj si jo izbral/-a in kaj si ob poskusu spremenil/-a?</w:t>
            </w:r>
          </w:p>
          <w:p w14:paraId="1F357939" w14:textId="77777777" w:rsidR="00080BF0" w:rsidRDefault="00000000">
            <w:pPr>
              <w:pStyle w:val="Oznaenseznam"/>
              <w:spacing w:after="16"/>
            </w:pPr>
            <w:r>
              <w:rPr>
                <w:color w:val="000000"/>
                <w:sz w:val="16"/>
              </w:rPr>
              <w:t>Kateri del tvojega procesa ali izdelka najjasneje pokaže dogovorjeno merilo?</w:t>
            </w:r>
          </w:p>
          <w:p w14:paraId="6178386D"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5D50641F" w14:textId="77777777">
              <w:trPr>
                <w:jc w:val="center"/>
              </w:trPr>
              <w:tc>
                <w:tcPr>
                  <w:tcW w:w="7087" w:type="dxa"/>
                  <w:shd w:val="clear" w:color="auto" w:fill="C6E7F3"/>
                  <w:tcMar>
                    <w:top w:w="45" w:type="dxa"/>
                    <w:left w:w="70" w:type="dxa"/>
                    <w:bottom w:w="45" w:type="dxa"/>
                    <w:right w:w="70" w:type="dxa"/>
                  </w:tcMar>
                </w:tcPr>
                <w:p w14:paraId="5C199AB1" w14:textId="77777777" w:rsidR="00080BF0" w:rsidRDefault="00000000">
                  <w:pPr>
                    <w:keepNext/>
                  </w:pPr>
                  <w:r>
                    <w:rPr>
                      <w:b/>
                      <w:color w:val="000000"/>
                    </w:rPr>
                    <w:t>ZAKLJUČNI DEL – TIHA GALERIJA, RAZLAGA IN REFLEKSIJA (8–12 min)</w:t>
                  </w:r>
                </w:p>
              </w:tc>
            </w:tr>
          </w:tbl>
          <w:p w14:paraId="701DE1B6" w14:textId="77777777" w:rsidR="00080BF0" w:rsidRDefault="00080BF0">
            <w:pPr>
              <w:spacing w:line="20" w:lineRule="exact"/>
            </w:pPr>
          </w:p>
          <w:p w14:paraId="4568E4E6"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0D40A286" w14:textId="77777777">
              <w:trPr>
                <w:jc w:val="center"/>
              </w:trPr>
              <w:tc>
                <w:tcPr>
                  <w:tcW w:w="7087" w:type="dxa"/>
                  <w:shd w:val="clear" w:color="auto" w:fill="EDC9EA"/>
                  <w:tcMar>
                    <w:top w:w="45" w:type="dxa"/>
                    <w:left w:w="70" w:type="dxa"/>
                    <w:bottom w:w="45" w:type="dxa"/>
                    <w:right w:w="70" w:type="dxa"/>
                  </w:tcMar>
                </w:tcPr>
                <w:p w14:paraId="6422270A" w14:textId="77777777" w:rsidR="00080BF0" w:rsidRDefault="00000000">
                  <w:pPr>
                    <w:keepNext/>
                  </w:pPr>
                  <w:r>
                    <w:rPr>
                      <w:b/>
                      <w:color w:val="000000"/>
                    </w:rPr>
                    <w:t>SAMOVREDNOTENJE</w:t>
                  </w:r>
                </w:p>
              </w:tc>
            </w:tr>
          </w:tbl>
          <w:p w14:paraId="03A793C6" w14:textId="77777777" w:rsidR="00080BF0" w:rsidRDefault="00080BF0">
            <w:pPr>
              <w:spacing w:line="20" w:lineRule="exact"/>
            </w:pPr>
          </w:p>
          <w:p w14:paraId="4EDCC308"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6CDE7F73" w14:textId="77777777">
              <w:trPr>
                <w:jc w:val="center"/>
              </w:trPr>
              <w:tc>
                <w:tcPr>
                  <w:tcW w:w="7087" w:type="dxa"/>
                  <w:shd w:val="clear" w:color="auto" w:fill="EDC9EA"/>
                  <w:tcMar>
                    <w:top w:w="45" w:type="dxa"/>
                    <w:left w:w="70" w:type="dxa"/>
                    <w:bottom w:w="45" w:type="dxa"/>
                    <w:right w:w="70" w:type="dxa"/>
                  </w:tcMar>
                </w:tcPr>
                <w:p w14:paraId="0632FB47" w14:textId="77777777" w:rsidR="00080BF0" w:rsidRDefault="00000000">
                  <w:pPr>
                    <w:keepNext/>
                  </w:pPr>
                  <w:r>
                    <w:rPr>
                      <w:b/>
                      <w:color w:val="000000"/>
                    </w:rPr>
                    <w:t>VRSTNIŠKO VREDNOTENJE</w:t>
                  </w:r>
                </w:p>
              </w:tc>
            </w:tr>
          </w:tbl>
          <w:p w14:paraId="2ECC4282" w14:textId="77777777" w:rsidR="00080BF0" w:rsidRDefault="00080BF0">
            <w:pPr>
              <w:spacing w:line="20" w:lineRule="exact"/>
            </w:pPr>
          </w:p>
          <w:p w14:paraId="6D204612"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003F8B7F" w14:textId="77777777">
              <w:trPr>
                <w:jc w:val="center"/>
              </w:trPr>
              <w:tc>
                <w:tcPr>
                  <w:tcW w:w="7087" w:type="dxa"/>
                  <w:shd w:val="clear" w:color="auto" w:fill="EDC9EA"/>
                  <w:tcMar>
                    <w:top w:w="45" w:type="dxa"/>
                    <w:left w:w="70" w:type="dxa"/>
                    <w:bottom w:w="45" w:type="dxa"/>
                    <w:right w:w="70" w:type="dxa"/>
                  </w:tcMar>
                </w:tcPr>
                <w:p w14:paraId="0A2D205F" w14:textId="77777777" w:rsidR="00080BF0" w:rsidRDefault="00000000">
                  <w:pPr>
                    <w:keepNext/>
                  </w:pPr>
                  <w:r>
                    <w:rPr>
                      <w:b/>
                      <w:color w:val="000000"/>
                    </w:rPr>
                    <w:t>SKUPNI POVZETEK</w:t>
                  </w:r>
                </w:p>
              </w:tc>
            </w:tr>
          </w:tbl>
          <w:p w14:paraId="20D73658" w14:textId="77777777" w:rsidR="00080BF0" w:rsidRDefault="00080BF0"/>
          <w:p w14:paraId="7B4C9214" w14:textId="77777777" w:rsidR="00080BF0" w:rsidRDefault="00000000">
            <w:pPr>
              <w:spacing w:before="20" w:after="40" w:line="245" w:lineRule="auto"/>
            </w:pPr>
            <w:r>
              <w:rPr>
                <w:b/>
                <w:color w:val="000000"/>
                <w:sz w:val="16"/>
              </w:rPr>
              <w:t>opazujem senco; ustvarim senčno podobo; povežem likovno rešitev s svetlobo. Izbrani dokaz pojasnim in po povratni informaciji izboljšam.</w:t>
            </w:r>
          </w:p>
        </w:tc>
        <w:tc>
          <w:tcPr>
            <w:tcW w:w="2551" w:type="dxa"/>
            <w:tcMar>
              <w:top w:w="70" w:type="dxa"/>
              <w:left w:w="90" w:type="dxa"/>
              <w:bottom w:w="70" w:type="dxa"/>
              <w:right w:w="90" w:type="dxa"/>
            </w:tcMar>
          </w:tcPr>
          <w:p w14:paraId="438CF5C3" w14:textId="77777777" w:rsidR="00080BF0" w:rsidRDefault="00080BF0"/>
          <w:p w14:paraId="11BD1448" w14:textId="77777777" w:rsidR="00080BF0" w:rsidRDefault="00000000">
            <w:pPr>
              <w:spacing w:after="80" w:line="245" w:lineRule="auto"/>
            </w:pPr>
            <w:r>
              <w:rPr>
                <w:color w:val="000000"/>
                <w:sz w:val="15"/>
              </w:rPr>
              <w:t>Odgovarja na podporna vprašanja in se sklicuje na opaženo, preizkušeno, ustvarjeno ali razstavljeno.</w:t>
            </w:r>
          </w:p>
          <w:p w14:paraId="1DBFCADA" w14:textId="77777777" w:rsidR="00080BF0" w:rsidRDefault="00000000">
            <w:pPr>
              <w:spacing w:after="80" w:line="245" w:lineRule="auto"/>
            </w:pPr>
            <w:r>
              <w:rPr>
                <w:color w:val="000000"/>
                <w:sz w:val="15"/>
              </w:rPr>
              <w:t>Predstavi izbrani procesni ali izdelkovni dokaz ter pove, katero merilo z njim pokaže.</w:t>
            </w:r>
          </w:p>
          <w:p w14:paraId="61D5C59D" w14:textId="77777777" w:rsidR="00080BF0" w:rsidRDefault="00000000">
            <w:pPr>
              <w:spacing w:after="80" w:line="245" w:lineRule="auto"/>
            </w:pPr>
            <w:r>
              <w:rPr>
                <w:color w:val="000000"/>
                <w:sz w:val="15"/>
              </w:rPr>
              <w:t>Tiho opazuje vrstnikovo delo, opiše eno konkretno likovno rešitev in poda prijazen predlog.</w:t>
            </w:r>
          </w:p>
          <w:p w14:paraId="610B0F9E" w14:textId="77777777" w:rsidR="00080BF0" w:rsidRDefault="00000000">
            <w:pPr>
              <w:spacing w:after="80" w:line="245" w:lineRule="auto"/>
            </w:pPr>
            <w:r>
              <w:rPr>
                <w:color w:val="000000"/>
                <w:sz w:val="15"/>
              </w:rPr>
              <w:t>Po povratni informaciji po želji ponovi poskus, spremeni podrobnost, izboljša spoj, razporeditev ali razlago.</w:t>
            </w:r>
          </w:p>
          <w:p w14:paraId="00631CB5" w14:textId="77777777" w:rsidR="00080BF0" w:rsidRDefault="00000000">
            <w:pPr>
              <w:spacing w:after="100" w:line="245" w:lineRule="auto"/>
            </w:pPr>
            <w:r>
              <w:rPr>
                <w:color w:val="000000"/>
                <w:sz w:val="15"/>
              </w:rPr>
              <w:t>Izbere raven samostojnosti ter določi majhen in izvedljiv naslednji ustvarjalni korak.</w:t>
            </w:r>
          </w:p>
          <w:p w14:paraId="75510C57" w14:textId="77777777" w:rsidR="00080BF0" w:rsidRDefault="00000000">
            <w:pPr>
              <w:spacing w:after="20" w:line="245" w:lineRule="auto"/>
            </w:pPr>
            <w:r>
              <w:rPr>
                <w:b/>
                <w:color w:val="D95BC6"/>
                <w:sz w:val="17"/>
              </w:rPr>
              <w:t>DOKAZ O UČENJU</w:t>
            </w:r>
          </w:p>
          <w:p w14:paraId="4153557A"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4D1EEA47"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6451C663" w14:textId="77777777">
        <w:trPr>
          <w:cantSplit/>
          <w:jc w:val="center"/>
        </w:trPr>
        <w:tc>
          <w:tcPr>
            <w:tcW w:w="14060" w:type="dxa"/>
            <w:gridSpan w:val="6"/>
            <w:tcMar>
              <w:top w:w="70" w:type="dxa"/>
              <w:left w:w="90" w:type="dxa"/>
              <w:bottom w:w="70" w:type="dxa"/>
              <w:right w:w="90" w:type="dxa"/>
            </w:tcMar>
            <w:vAlign w:val="center"/>
          </w:tcPr>
          <w:p w14:paraId="360E7957" w14:textId="77777777" w:rsidR="00080BF0" w:rsidRDefault="00000000">
            <w:pPr>
              <w:jc w:val="center"/>
            </w:pPr>
            <w:r>
              <w:rPr>
                <w:b/>
                <w:color w:val="000000"/>
                <w:sz w:val="24"/>
              </w:rPr>
              <w:lastRenderedPageBreak/>
              <w:t>UČNA PRIPRAVA 20/39</w:t>
            </w:r>
          </w:p>
        </w:tc>
      </w:tr>
      <w:tr w:rsidR="00080BF0" w14:paraId="2AFCA27E" w14:textId="77777777">
        <w:trPr>
          <w:jc w:val="center"/>
        </w:trPr>
        <w:tc>
          <w:tcPr>
            <w:tcW w:w="2665" w:type="dxa"/>
            <w:tcMar>
              <w:top w:w="70" w:type="dxa"/>
              <w:left w:w="90" w:type="dxa"/>
              <w:bottom w:w="70" w:type="dxa"/>
              <w:right w:w="90" w:type="dxa"/>
            </w:tcMar>
            <w:vAlign w:val="center"/>
          </w:tcPr>
          <w:p w14:paraId="30349E41"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DA7F8BB"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5FFE04F5"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F1121EB" w14:textId="77777777" w:rsidR="00080BF0" w:rsidRDefault="00000000">
            <w:r>
              <w:rPr>
                <w:b/>
                <w:color w:val="000000"/>
                <w:sz w:val="16"/>
              </w:rPr>
              <w:t xml:space="preserve">NAČRTOVANI TERMIN: </w:t>
            </w:r>
            <w:r>
              <w:rPr>
                <w:color w:val="000000"/>
                <w:sz w:val="16"/>
              </w:rPr>
              <w:t>20. teden • 25.–29. 1. 2027</w:t>
            </w:r>
          </w:p>
        </w:tc>
        <w:tc>
          <w:tcPr>
            <w:tcW w:w="2268" w:type="dxa"/>
            <w:tcMar>
              <w:top w:w="70" w:type="dxa"/>
              <w:left w:w="90" w:type="dxa"/>
              <w:bottom w:w="70" w:type="dxa"/>
              <w:right w:w="90" w:type="dxa"/>
            </w:tcMar>
            <w:vAlign w:val="center"/>
          </w:tcPr>
          <w:p w14:paraId="3F4EF1F6"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2A5500B" w14:textId="77777777" w:rsidR="00080BF0" w:rsidRDefault="00000000">
            <w:r>
              <w:rPr>
                <w:b/>
                <w:color w:val="000000"/>
                <w:sz w:val="16"/>
              </w:rPr>
              <w:t xml:space="preserve">ŠTEVILO UR: </w:t>
            </w:r>
            <w:r>
              <w:rPr>
                <w:color w:val="000000"/>
                <w:sz w:val="16"/>
              </w:rPr>
              <w:t>2</w:t>
            </w:r>
          </w:p>
        </w:tc>
      </w:tr>
      <w:tr w:rsidR="00080BF0" w14:paraId="4D7978AC" w14:textId="77777777">
        <w:trPr>
          <w:jc w:val="center"/>
        </w:trPr>
        <w:tc>
          <w:tcPr>
            <w:tcW w:w="14061" w:type="dxa"/>
            <w:gridSpan w:val="6"/>
            <w:tcMar>
              <w:top w:w="70" w:type="dxa"/>
              <w:left w:w="90" w:type="dxa"/>
              <w:bottom w:w="70" w:type="dxa"/>
              <w:right w:w="90" w:type="dxa"/>
            </w:tcMar>
            <w:vAlign w:val="center"/>
          </w:tcPr>
          <w:p w14:paraId="38F29636"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27B959D4" w14:textId="77777777">
        <w:trPr>
          <w:cantSplit/>
          <w:jc w:val="center"/>
        </w:trPr>
        <w:tc>
          <w:tcPr>
            <w:tcW w:w="14060" w:type="dxa"/>
            <w:gridSpan w:val="6"/>
            <w:tcMar>
              <w:top w:w="70" w:type="dxa"/>
              <w:left w:w="90" w:type="dxa"/>
              <w:bottom w:w="70" w:type="dxa"/>
              <w:right w:w="90" w:type="dxa"/>
            </w:tcMar>
            <w:vAlign w:val="center"/>
          </w:tcPr>
          <w:p w14:paraId="48173D45" w14:textId="77777777" w:rsidR="00080BF0" w:rsidRDefault="00080BF0"/>
          <w:p w14:paraId="3E96514A" w14:textId="77777777" w:rsidR="00080BF0" w:rsidRDefault="00000000">
            <w:pPr>
              <w:spacing w:line="245" w:lineRule="auto"/>
            </w:pPr>
            <w:r>
              <w:rPr>
                <w:b/>
                <w:color w:val="000000"/>
                <w:sz w:val="15"/>
              </w:rPr>
              <w:t xml:space="preserve">UČNI SKLOP: </w:t>
            </w:r>
            <w:r>
              <w:rPr>
                <w:color w:val="000000"/>
                <w:sz w:val="15"/>
              </w:rPr>
              <w:t>ZIMA, SNOVI IN POJAVI</w:t>
            </w:r>
          </w:p>
        </w:tc>
      </w:tr>
      <w:tr w:rsidR="00080BF0" w14:paraId="2DFF4DAC" w14:textId="77777777">
        <w:trPr>
          <w:cantSplit/>
          <w:jc w:val="center"/>
        </w:trPr>
        <w:tc>
          <w:tcPr>
            <w:tcW w:w="14060" w:type="dxa"/>
            <w:gridSpan w:val="6"/>
            <w:tcMar>
              <w:top w:w="70" w:type="dxa"/>
              <w:left w:w="90" w:type="dxa"/>
              <w:bottom w:w="70" w:type="dxa"/>
              <w:right w:w="90" w:type="dxa"/>
            </w:tcMar>
            <w:vAlign w:val="center"/>
          </w:tcPr>
          <w:p w14:paraId="0CB7DA9B" w14:textId="77777777" w:rsidR="00080BF0" w:rsidRDefault="00080BF0"/>
          <w:p w14:paraId="044A35D1" w14:textId="77777777" w:rsidR="00080BF0" w:rsidRDefault="00000000">
            <w:pPr>
              <w:spacing w:line="245" w:lineRule="auto"/>
            </w:pPr>
            <w:r>
              <w:rPr>
                <w:b/>
                <w:color w:val="000000"/>
                <w:sz w:val="15"/>
              </w:rPr>
              <w:t xml:space="preserve">UČNA TEMA: </w:t>
            </w:r>
            <w:r>
              <w:rPr>
                <w:color w:val="000000"/>
                <w:sz w:val="15"/>
              </w:rPr>
              <w:t>KONSTRUIRANJE</w:t>
            </w:r>
          </w:p>
        </w:tc>
      </w:tr>
      <w:tr w:rsidR="00080BF0" w14:paraId="45F97748" w14:textId="77777777">
        <w:trPr>
          <w:cantSplit/>
          <w:jc w:val="center"/>
        </w:trPr>
        <w:tc>
          <w:tcPr>
            <w:tcW w:w="14060" w:type="dxa"/>
            <w:gridSpan w:val="6"/>
            <w:tcMar>
              <w:top w:w="70" w:type="dxa"/>
              <w:left w:w="90" w:type="dxa"/>
              <w:bottom w:w="70" w:type="dxa"/>
              <w:right w:w="90" w:type="dxa"/>
            </w:tcMar>
            <w:vAlign w:val="center"/>
          </w:tcPr>
          <w:p w14:paraId="3653828C" w14:textId="77777777" w:rsidR="00080BF0" w:rsidRDefault="00080BF0"/>
          <w:p w14:paraId="3CC3FE24" w14:textId="77777777" w:rsidR="00080BF0" w:rsidRDefault="00000000">
            <w:pPr>
              <w:spacing w:line="245" w:lineRule="auto"/>
            </w:pPr>
            <w:r>
              <w:rPr>
                <w:b/>
                <w:color w:val="000000"/>
                <w:sz w:val="15"/>
              </w:rPr>
              <w:t xml:space="preserve">KNJIŽEVNO / MOTIVNO IZHODIŠČE: </w:t>
            </w:r>
            <w:r>
              <w:rPr>
                <w:color w:val="000000"/>
                <w:sz w:val="15"/>
              </w:rPr>
              <w:t>»Klobuk gospoda Konstantina« – Peter Svetina • predmet, material, načrtovanje in ustvarjalno reševanje težav</w:t>
            </w:r>
          </w:p>
        </w:tc>
      </w:tr>
      <w:tr w:rsidR="00080BF0" w14:paraId="5D546749" w14:textId="77777777">
        <w:trPr>
          <w:cantSplit/>
          <w:jc w:val="center"/>
        </w:trPr>
        <w:tc>
          <w:tcPr>
            <w:tcW w:w="14060" w:type="dxa"/>
            <w:gridSpan w:val="6"/>
            <w:tcMar>
              <w:top w:w="70" w:type="dxa"/>
              <w:left w:w="90" w:type="dxa"/>
              <w:bottom w:w="70" w:type="dxa"/>
              <w:right w:w="90" w:type="dxa"/>
            </w:tcMar>
            <w:vAlign w:val="center"/>
          </w:tcPr>
          <w:p w14:paraId="0E61D495" w14:textId="77777777" w:rsidR="00080BF0" w:rsidRDefault="00080BF0"/>
          <w:p w14:paraId="5A252049" w14:textId="77777777" w:rsidR="00080BF0" w:rsidRDefault="00000000">
            <w:pPr>
              <w:spacing w:line="245" w:lineRule="auto"/>
            </w:pPr>
            <w:r>
              <w:rPr>
                <w:b/>
                <w:color w:val="000000"/>
                <w:sz w:val="15"/>
              </w:rPr>
              <w:t xml:space="preserve">LIKOVNO IZHODIŠČE / MOTIVACIJA: </w:t>
            </w:r>
            <w:r>
              <w:rPr>
                <w:color w:val="000000"/>
                <w:sz w:val="15"/>
              </w:rPr>
              <w:t>mali oblikovalec prinese izdelek, ki še ne stoji ali ne deluje; učenci z dotikom, gibanjem in preizkusom iščejo način, kako bi ga izboljšali pri temi »konstruiranje«. Tematska rešitev: načrtuje.</w:t>
            </w:r>
          </w:p>
        </w:tc>
      </w:tr>
      <w:tr w:rsidR="00080BF0" w14:paraId="0E865716" w14:textId="77777777">
        <w:trPr>
          <w:cantSplit/>
          <w:jc w:val="center"/>
        </w:trPr>
        <w:tc>
          <w:tcPr>
            <w:tcW w:w="14060" w:type="dxa"/>
            <w:gridSpan w:val="6"/>
            <w:tcMar>
              <w:top w:w="70" w:type="dxa"/>
              <w:left w:w="90" w:type="dxa"/>
              <w:bottom w:w="70" w:type="dxa"/>
              <w:right w:w="90" w:type="dxa"/>
            </w:tcMar>
            <w:vAlign w:val="center"/>
          </w:tcPr>
          <w:p w14:paraId="0A0B4266" w14:textId="77777777" w:rsidR="00080BF0" w:rsidRDefault="00080BF0"/>
          <w:p w14:paraId="6CFF0597" w14:textId="77777777" w:rsidR="00080BF0" w:rsidRDefault="00000000">
            <w:pPr>
              <w:spacing w:line="245" w:lineRule="auto"/>
            </w:pPr>
            <w:r>
              <w:rPr>
                <w:b/>
                <w:color w:val="000000"/>
                <w:sz w:val="15"/>
              </w:rPr>
              <w:t xml:space="preserve">UČNE ENOTE: </w:t>
            </w:r>
            <w:r>
              <w:rPr>
                <w:color w:val="000000"/>
                <w:sz w:val="15"/>
              </w:rPr>
              <w:t>1. ura – Konstruiranje – Opazujem, preizkušam, načrtujem • 2. ura – Konstruiranje – Ustvarjam, predstavim, izboljšam</w:t>
            </w:r>
          </w:p>
        </w:tc>
      </w:tr>
      <w:tr w:rsidR="00080BF0" w14:paraId="293BCECA" w14:textId="77777777">
        <w:trPr>
          <w:cantSplit/>
          <w:jc w:val="center"/>
        </w:trPr>
        <w:tc>
          <w:tcPr>
            <w:tcW w:w="14060" w:type="dxa"/>
            <w:gridSpan w:val="6"/>
            <w:tcMar>
              <w:top w:w="70" w:type="dxa"/>
              <w:left w:w="90" w:type="dxa"/>
              <w:bottom w:w="70" w:type="dxa"/>
              <w:right w:w="90" w:type="dxa"/>
            </w:tcMar>
            <w:vAlign w:val="center"/>
          </w:tcPr>
          <w:p w14:paraId="52C7A9C1" w14:textId="77777777" w:rsidR="00080BF0" w:rsidRDefault="00080BF0"/>
          <w:p w14:paraId="50C824E2"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3CA36716" w14:textId="77777777">
        <w:trPr>
          <w:cantSplit/>
          <w:jc w:val="center"/>
        </w:trPr>
        <w:tc>
          <w:tcPr>
            <w:tcW w:w="14060" w:type="dxa"/>
            <w:gridSpan w:val="6"/>
            <w:tcMar>
              <w:top w:w="70" w:type="dxa"/>
              <w:left w:w="90" w:type="dxa"/>
              <w:bottom w:w="70" w:type="dxa"/>
              <w:right w:w="90" w:type="dxa"/>
            </w:tcMar>
            <w:vAlign w:val="center"/>
          </w:tcPr>
          <w:p w14:paraId="7678E94E" w14:textId="77777777" w:rsidR="00080BF0" w:rsidRDefault="00080BF0"/>
          <w:p w14:paraId="179B51F2"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10F398DB" w14:textId="77777777">
        <w:trPr>
          <w:cantSplit/>
          <w:jc w:val="center"/>
        </w:trPr>
        <w:tc>
          <w:tcPr>
            <w:tcW w:w="14060" w:type="dxa"/>
            <w:gridSpan w:val="6"/>
            <w:tcMar>
              <w:top w:w="70" w:type="dxa"/>
              <w:left w:w="90" w:type="dxa"/>
              <w:bottom w:w="70" w:type="dxa"/>
              <w:right w:w="90" w:type="dxa"/>
            </w:tcMar>
            <w:vAlign w:val="center"/>
          </w:tcPr>
          <w:p w14:paraId="63B69D58" w14:textId="77777777" w:rsidR="00080BF0" w:rsidRDefault="00080BF0"/>
          <w:p w14:paraId="6FBF1773"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00381BBA" w14:textId="77777777">
        <w:trPr>
          <w:cantSplit/>
          <w:jc w:val="center"/>
        </w:trPr>
        <w:tc>
          <w:tcPr>
            <w:tcW w:w="14060" w:type="dxa"/>
            <w:gridSpan w:val="6"/>
            <w:tcMar>
              <w:top w:w="70" w:type="dxa"/>
              <w:left w:w="90" w:type="dxa"/>
              <w:bottom w:w="70" w:type="dxa"/>
              <w:right w:w="90" w:type="dxa"/>
            </w:tcMar>
            <w:vAlign w:val="center"/>
          </w:tcPr>
          <w:p w14:paraId="6C3BC99F" w14:textId="77777777" w:rsidR="00080BF0" w:rsidRDefault="00080BF0"/>
          <w:p w14:paraId="4CB2BE37" w14:textId="77777777" w:rsidR="00080BF0" w:rsidRDefault="00000000">
            <w:pPr>
              <w:spacing w:line="245" w:lineRule="auto"/>
            </w:pPr>
            <w:r>
              <w:rPr>
                <w:b/>
                <w:color w:val="000000"/>
                <w:sz w:val="15"/>
              </w:rPr>
              <w:t xml:space="preserve">MEDPREDMETNE POVEZAVE: </w:t>
            </w:r>
            <w:r>
              <w:rPr>
                <w:color w:val="000000"/>
                <w:sz w:val="15"/>
              </w:rPr>
              <w:t>SPO – predmet, material, načrtovanje in ustvarjalno reševanje težav; SLJ – poslušanje, opis opažanja, poimenovanje postopka in predstavitev; MAT – oblike, razvrščanje, vzorci in prostorski odnosi; ŠPO – gibalna črta, telesna skulptura, smer in ravnotežje; GUM – ritem, ponavljanje.</w:t>
            </w:r>
          </w:p>
        </w:tc>
      </w:tr>
      <w:tr w:rsidR="00080BF0" w14:paraId="3E4F2966" w14:textId="77777777">
        <w:trPr>
          <w:cantSplit/>
          <w:jc w:val="center"/>
        </w:trPr>
        <w:tc>
          <w:tcPr>
            <w:tcW w:w="14060" w:type="dxa"/>
            <w:gridSpan w:val="6"/>
            <w:tcMar>
              <w:top w:w="70" w:type="dxa"/>
              <w:left w:w="90" w:type="dxa"/>
              <w:bottom w:w="70" w:type="dxa"/>
              <w:right w:w="90" w:type="dxa"/>
            </w:tcMar>
            <w:vAlign w:val="center"/>
          </w:tcPr>
          <w:p w14:paraId="038C5696" w14:textId="77777777" w:rsidR="00080BF0" w:rsidRDefault="00080BF0"/>
          <w:p w14:paraId="39E26BD2" w14:textId="77777777" w:rsidR="00080BF0" w:rsidRDefault="00000000">
            <w:pPr>
              <w:spacing w:line="245" w:lineRule="auto"/>
            </w:pPr>
            <w:r>
              <w:rPr>
                <w:b/>
                <w:color w:val="000000"/>
                <w:sz w:val="15"/>
              </w:rPr>
              <w:t xml:space="preserve">UČNA SREDSTVA IN PRIPOMOČKI: </w:t>
            </w:r>
            <w:r>
              <w:rPr>
                <w:color w:val="000000"/>
                <w:sz w:val="15"/>
              </w:rPr>
              <w:t>glina ali mehka modelirna masa, karton, čista embalaža, lesene paličice, papirnate sponke, vrvica, lepilni trak in varne škarje; fotografija, reprodukcija ali resnični predmet za opazovanje; kartice namena in meril; talne oznake štirih postaj; mapa dokazov; sredstva za čiščenje in pospravljanje</w:t>
            </w:r>
          </w:p>
        </w:tc>
      </w:tr>
      <w:tr w:rsidR="00080BF0" w14:paraId="1A3A33BA" w14:textId="77777777">
        <w:trPr>
          <w:cantSplit/>
          <w:jc w:val="center"/>
        </w:trPr>
        <w:tc>
          <w:tcPr>
            <w:tcW w:w="14060" w:type="dxa"/>
            <w:gridSpan w:val="6"/>
            <w:tcMar>
              <w:top w:w="70" w:type="dxa"/>
              <w:left w:w="90" w:type="dxa"/>
              <w:bottom w:w="70" w:type="dxa"/>
              <w:right w:w="90" w:type="dxa"/>
            </w:tcMar>
            <w:vAlign w:val="center"/>
          </w:tcPr>
          <w:p w14:paraId="7DF3F409" w14:textId="77777777" w:rsidR="00080BF0" w:rsidRDefault="00080BF0"/>
          <w:p w14:paraId="12E5F023"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422A7E01" w14:textId="77777777">
        <w:trPr>
          <w:cantSplit/>
          <w:jc w:val="center"/>
        </w:trPr>
        <w:tc>
          <w:tcPr>
            <w:tcW w:w="14060" w:type="dxa"/>
            <w:gridSpan w:val="6"/>
            <w:tcMar>
              <w:top w:w="70" w:type="dxa"/>
              <w:left w:w="90" w:type="dxa"/>
              <w:bottom w:w="70" w:type="dxa"/>
              <w:right w:w="90" w:type="dxa"/>
            </w:tcMar>
            <w:vAlign w:val="center"/>
          </w:tcPr>
          <w:p w14:paraId="45DF2536" w14:textId="77777777" w:rsidR="00080BF0" w:rsidRDefault="00080BF0"/>
          <w:p w14:paraId="1CA35CC4" w14:textId="77777777" w:rsidR="00080BF0" w:rsidRDefault="00000000">
            <w:pPr>
              <w:spacing w:line="245" w:lineRule="auto"/>
            </w:pPr>
            <w:r>
              <w:rPr>
                <w:b/>
                <w:color w:val="000000"/>
                <w:sz w:val="15"/>
              </w:rPr>
              <w:t xml:space="preserve">OCENJEVANJE / DAN DEJAVNOSTI: </w:t>
            </w:r>
            <w:r>
              <w:rPr>
                <w:color w:val="000000"/>
                <w:sz w:val="15"/>
              </w:rPr>
              <w:t>NARAVOSLOVNI DAN</w:t>
            </w:r>
          </w:p>
        </w:tc>
      </w:tr>
      <w:tr w:rsidR="00080BF0" w14:paraId="47B4D32C" w14:textId="77777777">
        <w:trPr>
          <w:cantSplit/>
          <w:jc w:val="center"/>
        </w:trPr>
        <w:tc>
          <w:tcPr>
            <w:tcW w:w="14060" w:type="dxa"/>
            <w:gridSpan w:val="6"/>
            <w:tcMar>
              <w:top w:w="70" w:type="dxa"/>
              <w:left w:w="90" w:type="dxa"/>
              <w:bottom w:w="70" w:type="dxa"/>
              <w:right w:w="90" w:type="dxa"/>
            </w:tcMar>
            <w:vAlign w:val="center"/>
          </w:tcPr>
          <w:p w14:paraId="7330CC0B" w14:textId="77777777" w:rsidR="00080BF0" w:rsidRDefault="00080BF0"/>
          <w:p w14:paraId="3210C07A"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7F162A6E"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5FA0F3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066A9F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D9205EC" w14:textId="77777777" w:rsidR="00080BF0" w:rsidRDefault="00000000">
            <w:pPr>
              <w:jc w:val="center"/>
            </w:pPr>
            <w:r>
              <w:rPr>
                <w:b/>
                <w:color w:val="000000"/>
                <w:sz w:val="20"/>
              </w:rPr>
              <w:t>UČNE DEJAVNOSTI, METODE IN FORMATIVNO SPREMLJANJE</w:t>
            </w:r>
          </w:p>
        </w:tc>
      </w:tr>
      <w:tr w:rsidR="00080BF0" w14:paraId="6AF9BD70" w14:textId="77777777">
        <w:trPr>
          <w:tblHeader/>
          <w:jc w:val="center"/>
        </w:trPr>
        <w:tc>
          <w:tcPr>
            <w:tcW w:w="4422" w:type="dxa"/>
            <w:vMerge/>
            <w:tcMar>
              <w:top w:w="70" w:type="dxa"/>
              <w:left w:w="90" w:type="dxa"/>
              <w:bottom w:w="70" w:type="dxa"/>
              <w:right w:w="90" w:type="dxa"/>
            </w:tcMar>
            <w:vAlign w:val="center"/>
          </w:tcPr>
          <w:p w14:paraId="15279591" w14:textId="77777777" w:rsidR="00080BF0" w:rsidRDefault="00080BF0"/>
        </w:tc>
        <w:tc>
          <w:tcPr>
            <w:tcW w:w="7087" w:type="dxa"/>
            <w:shd w:val="clear" w:color="auto" w:fill="FFFFFF"/>
            <w:tcMar>
              <w:top w:w="70" w:type="dxa"/>
              <w:left w:w="90" w:type="dxa"/>
              <w:bottom w:w="70" w:type="dxa"/>
              <w:right w:w="90" w:type="dxa"/>
            </w:tcMar>
            <w:vAlign w:val="center"/>
          </w:tcPr>
          <w:p w14:paraId="2AA19FA3"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5760064" w14:textId="77777777" w:rsidR="00080BF0" w:rsidRDefault="00000000">
            <w:pPr>
              <w:jc w:val="center"/>
            </w:pPr>
            <w:r>
              <w:rPr>
                <w:b/>
                <w:color w:val="000000"/>
              </w:rPr>
              <w:t>UČENEC</w:t>
            </w:r>
          </w:p>
        </w:tc>
      </w:tr>
      <w:tr w:rsidR="00080BF0" w14:paraId="3FE73445" w14:textId="77777777">
        <w:trPr>
          <w:jc w:val="center"/>
        </w:trPr>
        <w:tc>
          <w:tcPr>
            <w:tcW w:w="4422" w:type="dxa"/>
            <w:tcMar>
              <w:top w:w="70" w:type="dxa"/>
              <w:left w:w="90" w:type="dxa"/>
              <w:bottom w:w="70" w:type="dxa"/>
              <w:right w:w="90" w:type="dxa"/>
            </w:tcMar>
          </w:tcPr>
          <w:p w14:paraId="09E56BF9" w14:textId="77777777" w:rsidR="00080BF0" w:rsidRDefault="00080BF0"/>
          <w:p w14:paraId="416BF3B8" w14:textId="77777777" w:rsidR="00080BF0" w:rsidRDefault="00000000">
            <w:pPr>
              <w:spacing w:after="60" w:line="245" w:lineRule="auto"/>
            </w:pPr>
            <w:r>
              <w:rPr>
                <w:b/>
                <w:color w:val="000000"/>
              </w:rPr>
              <w:t>UČNI CILJI</w:t>
            </w:r>
          </w:p>
          <w:p w14:paraId="65719F86" w14:textId="77777777" w:rsidR="00080BF0" w:rsidRDefault="00000000">
            <w:pPr>
              <w:spacing w:after="20" w:line="245" w:lineRule="auto"/>
            </w:pPr>
            <w:r>
              <w:rPr>
                <w:b/>
                <w:color w:val="000000"/>
                <w:sz w:val="17"/>
              </w:rPr>
              <w:t>SPLOŠNI</w:t>
            </w:r>
          </w:p>
          <w:p w14:paraId="5301D509"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08568FB1"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7BD32F78"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6FD11B4E"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44118455" w14:textId="77777777" w:rsidR="00080BF0" w:rsidRDefault="00000000">
            <w:pPr>
              <w:spacing w:before="40" w:after="20" w:line="245" w:lineRule="auto"/>
            </w:pPr>
            <w:r>
              <w:rPr>
                <w:b/>
                <w:color w:val="000000"/>
                <w:sz w:val="17"/>
              </w:rPr>
              <w:t>OPERATIVNI</w:t>
            </w:r>
          </w:p>
          <w:p w14:paraId="6F0E9A9A" w14:textId="77777777" w:rsidR="00080BF0" w:rsidRDefault="00000000">
            <w:pPr>
              <w:pStyle w:val="Oznaenseznam"/>
              <w:spacing w:after="16"/>
            </w:pPr>
            <w:r>
              <w:rPr>
                <w:color w:val="000000"/>
                <w:sz w:val="16"/>
              </w:rPr>
              <w:t>spaja materiale</w:t>
            </w:r>
          </w:p>
          <w:p w14:paraId="1E4DEB1A" w14:textId="77777777" w:rsidR="00080BF0" w:rsidRDefault="00000000">
            <w:pPr>
              <w:pStyle w:val="Oznaenseznam"/>
              <w:spacing w:after="16"/>
            </w:pPr>
            <w:r>
              <w:rPr>
                <w:color w:val="000000"/>
                <w:sz w:val="16"/>
              </w:rPr>
              <w:t>preizkuša stabilnost</w:t>
            </w:r>
          </w:p>
          <w:p w14:paraId="2E410050" w14:textId="77777777" w:rsidR="00080BF0" w:rsidRDefault="00000000">
            <w:pPr>
              <w:pStyle w:val="Oznaenseznam"/>
              <w:spacing w:after="16"/>
            </w:pPr>
            <w:r>
              <w:rPr>
                <w:color w:val="000000"/>
                <w:sz w:val="16"/>
              </w:rPr>
              <w:t>predstavi izboljšavo</w:t>
            </w:r>
          </w:p>
          <w:p w14:paraId="0EB5DBED" w14:textId="77777777" w:rsidR="00080BF0" w:rsidRDefault="00000000">
            <w:pPr>
              <w:spacing w:before="40" w:after="20" w:line="245" w:lineRule="auto"/>
            </w:pPr>
            <w:r>
              <w:rPr>
                <w:b/>
                <w:color w:val="000000"/>
                <w:sz w:val="17"/>
              </w:rPr>
              <w:t>PRIČAKOVANI DOSEŽKI / MINIMALNI POUDARKI</w:t>
            </w:r>
          </w:p>
          <w:p w14:paraId="71C2C4EC" w14:textId="77777777" w:rsidR="00080BF0" w:rsidRDefault="00000000">
            <w:pPr>
              <w:pStyle w:val="Oznaenseznam"/>
              <w:spacing w:after="16"/>
            </w:pPr>
            <w:r>
              <w:rPr>
                <w:color w:val="000000"/>
                <w:sz w:val="15"/>
              </w:rPr>
              <w:t>samostojno oziroma z dogovorjeno oporo spaja materiale</w:t>
            </w:r>
          </w:p>
          <w:p w14:paraId="580989EB" w14:textId="77777777" w:rsidR="00080BF0" w:rsidRDefault="00000000">
            <w:pPr>
              <w:pStyle w:val="Oznaenseznam"/>
              <w:spacing w:after="16"/>
            </w:pPr>
            <w:r>
              <w:rPr>
                <w:color w:val="000000"/>
                <w:sz w:val="15"/>
              </w:rPr>
              <w:t>samostojno oziroma z dogovorjeno oporo preizkuša stabilnost</w:t>
            </w:r>
          </w:p>
          <w:p w14:paraId="00FCE3B4" w14:textId="77777777" w:rsidR="00080BF0" w:rsidRDefault="00000000">
            <w:pPr>
              <w:pStyle w:val="Oznaenseznam"/>
              <w:spacing w:after="16"/>
            </w:pPr>
            <w:r>
              <w:rPr>
                <w:color w:val="000000"/>
                <w:sz w:val="15"/>
              </w:rPr>
              <w:t>samostojno oziroma z dogovorjeno oporo predstavi izboljšavo</w:t>
            </w:r>
          </w:p>
        </w:tc>
        <w:tc>
          <w:tcPr>
            <w:tcW w:w="7087" w:type="dxa"/>
            <w:tcMar>
              <w:top w:w="70" w:type="dxa"/>
              <w:left w:w="90" w:type="dxa"/>
              <w:bottom w:w="70" w:type="dxa"/>
              <w:right w:w="90" w:type="dxa"/>
            </w:tcMar>
          </w:tcPr>
          <w:p w14:paraId="00B81004"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AA20AA7" w14:textId="77777777">
              <w:trPr>
                <w:jc w:val="center"/>
              </w:trPr>
              <w:tc>
                <w:tcPr>
                  <w:tcW w:w="7087" w:type="dxa"/>
                  <w:shd w:val="clear" w:color="auto" w:fill="C6E7F3"/>
                  <w:tcMar>
                    <w:top w:w="45" w:type="dxa"/>
                    <w:left w:w="70" w:type="dxa"/>
                    <w:bottom w:w="45" w:type="dxa"/>
                    <w:right w:w="70" w:type="dxa"/>
                  </w:tcMar>
                </w:tcPr>
                <w:p w14:paraId="304B0F98" w14:textId="77777777" w:rsidR="00080BF0" w:rsidRDefault="00000000">
                  <w:pPr>
                    <w:keepNext/>
                  </w:pPr>
                  <w:r>
                    <w:rPr>
                      <w:b/>
                      <w:color w:val="000000"/>
                    </w:rPr>
                    <w:t>UVODNI DEL – likovna uganka, opazovanje, aktivacija predznanja in namen učenja (8–12 min)</w:t>
                  </w:r>
                </w:p>
              </w:tc>
            </w:tr>
          </w:tbl>
          <w:p w14:paraId="457F7E59" w14:textId="77777777" w:rsidR="00080BF0" w:rsidRDefault="00080BF0">
            <w:pPr>
              <w:spacing w:line="20" w:lineRule="exact"/>
            </w:pPr>
          </w:p>
          <w:p w14:paraId="471EFE0A" w14:textId="77777777" w:rsidR="00080BF0" w:rsidRDefault="00000000">
            <w:pPr>
              <w:spacing w:before="40" w:after="60" w:line="245" w:lineRule="auto"/>
            </w:pPr>
            <w:r>
              <w:rPr>
                <w:color w:val="000000"/>
                <w:sz w:val="16"/>
              </w:rPr>
              <w:t>Ob književnem motivu »Klobuk gospoda Konstantina« – Peter Svetina učenci vstopijo v temo predmet, material, načrtovanje in ustvarjalno reševanje težav. Učiteljica pokaže fotografijo, reprodukcijo, predmet ali material in pove kratko likovno zgodbo: mali oblikovalec prinese izdelek, ki še ne stoji ali ne deluje; učenci z dotikom, gibanjem in preizkusom iščejo način, kako bi ga izboljšali pri temi »konstruiranje«. Tematska rešitev: načrtuje, izdela in izboljša nenavaden klobuk.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4A97BFF1" w14:textId="77777777">
              <w:trPr>
                <w:jc w:val="center"/>
              </w:trPr>
              <w:tc>
                <w:tcPr>
                  <w:tcW w:w="7087" w:type="dxa"/>
                  <w:shd w:val="clear" w:color="auto" w:fill="EDC9EA"/>
                  <w:tcMar>
                    <w:top w:w="45" w:type="dxa"/>
                    <w:left w:w="70" w:type="dxa"/>
                    <w:bottom w:w="45" w:type="dxa"/>
                    <w:right w:w="70" w:type="dxa"/>
                  </w:tcMar>
                </w:tcPr>
                <w:p w14:paraId="0B049A15" w14:textId="77777777" w:rsidR="00080BF0" w:rsidRDefault="00000000">
                  <w:pPr>
                    <w:keepNext/>
                  </w:pPr>
                  <w:r>
                    <w:rPr>
                      <w:b/>
                      <w:color w:val="000000"/>
                    </w:rPr>
                    <w:t>NAMENI UČENJA</w:t>
                  </w:r>
                </w:p>
              </w:tc>
            </w:tr>
          </w:tbl>
          <w:p w14:paraId="3AAB4FC0" w14:textId="77777777" w:rsidR="00080BF0" w:rsidRDefault="00080BF0">
            <w:pPr>
              <w:spacing w:line="20" w:lineRule="exact"/>
            </w:pPr>
          </w:p>
          <w:p w14:paraId="591F525D"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21A79CEB" w14:textId="77777777" w:rsidR="00080BF0" w:rsidRDefault="00000000">
            <w:pPr>
              <w:pStyle w:val="Oznaenseznam"/>
              <w:spacing w:after="16"/>
            </w:pPr>
            <w:r>
              <w:rPr>
                <w:color w:val="000000"/>
                <w:sz w:val="16"/>
              </w:rPr>
              <w:t>spajam materiale</w:t>
            </w:r>
          </w:p>
          <w:p w14:paraId="363BA2C3" w14:textId="77777777" w:rsidR="00080BF0" w:rsidRDefault="00000000">
            <w:pPr>
              <w:pStyle w:val="Oznaenseznam"/>
              <w:spacing w:after="16"/>
            </w:pPr>
            <w:r>
              <w:rPr>
                <w:color w:val="000000"/>
                <w:sz w:val="16"/>
              </w:rPr>
              <w:t>preizkušam stabilnost</w:t>
            </w:r>
          </w:p>
          <w:p w14:paraId="28DFDFF1" w14:textId="77777777" w:rsidR="00080BF0" w:rsidRDefault="00000000">
            <w:pPr>
              <w:pStyle w:val="Oznaenseznam"/>
              <w:spacing w:after="16"/>
            </w:pPr>
            <w:r>
              <w:rPr>
                <w:color w:val="000000"/>
                <w:sz w:val="16"/>
              </w:rPr>
              <w:t>predstavim izboljšavo</w:t>
            </w:r>
          </w:p>
          <w:tbl>
            <w:tblPr>
              <w:tblStyle w:val="Tabelamrea"/>
              <w:tblW w:w="0" w:type="auto"/>
              <w:jc w:val="center"/>
              <w:tblLayout w:type="fixed"/>
              <w:tblLook w:val="04A0" w:firstRow="1" w:lastRow="0" w:firstColumn="1" w:lastColumn="0" w:noHBand="0" w:noVBand="1"/>
            </w:tblPr>
            <w:tblGrid>
              <w:gridCol w:w="7087"/>
            </w:tblGrid>
            <w:tr w:rsidR="00080BF0" w14:paraId="00718615" w14:textId="77777777">
              <w:trPr>
                <w:jc w:val="center"/>
              </w:trPr>
              <w:tc>
                <w:tcPr>
                  <w:tcW w:w="7087" w:type="dxa"/>
                  <w:shd w:val="clear" w:color="auto" w:fill="EDC9EA"/>
                  <w:tcMar>
                    <w:top w:w="45" w:type="dxa"/>
                    <w:left w:w="70" w:type="dxa"/>
                    <w:bottom w:w="45" w:type="dxa"/>
                    <w:right w:w="70" w:type="dxa"/>
                  </w:tcMar>
                </w:tcPr>
                <w:p w14:paraId="2F9EF6DF" w14:textId="77777777" w:rsidR="00080BF0" w:rsidRDefault="00000000">
                  <w:pPr>
                    <w:keepNext/>
                  </w:pPr>
                  <w:r>
                    <w:rPr>
                      <w:b/>
                      <w:color w:val="000000"/>
                    </w:rPr>
                    <w:t>PREVERJANJE PREDZNANJA</w:t>
                  </w:r>
                </w:p>
              </w:tc>
            </w:tr>
          </w:tbl>
          <w:p w14:paraId="1E318888" w14:textId="77777777" w:rsidR="00080BF0" w:rsidRDefault="00080BF0">
            <w:pPr>
              <w:spacing w:line="20" w:lineRule="exact"/>
            </w:pPr>
          </w:p>
          <w:p w14:paraId="6D4F8606" w14:textId="77777777" w:rsidR="00080BF0" w:rsidRDefault="00000000">
            <w:pPr>
              <w:pStyle w:val="Oznaenseznam"/>
              <w:spacing w:after="16"/>
            </w:pPr>
            <w:r>
              <w:rPr>
                <w:color w:val="000000"/>
                <w:sz w:val="16"/>
              </w:rPr>
              <w:t>Kaj najprej opazim pri motivu, predmetu ali materialu, povezanem s temo »KONSTRUIRANJE«?</w:t>
            </w:r>
          </w:p>
          <w:p w14:paraId="1ED57780"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7E56272A"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30C42072" w14:textId="77777777">
              <w:trPr>
                <w:jc w:val="center"/>
              </w:trPr>
              <w:tc>
                <w:tcPr>
                  <w:tcW w:w="7087" w:type="dxa"/>
                  <w:shd w:val="clear" w:color="auto" w:fill="EDC9EA"/>
                  <w:tcMar>
                    <w:top w:w="45" w:type="dxa"/>
                    <w:left w:w="70" w:type="dxa"/>
                    <w:bottom w:w="45" w:type="dxa"/>
                    <w:right w:w="70" w:type="dxa"/>
                  </w:tcMar>
                </w:tcPr>
                <w:p w14:paraId="4A2962E7" w14:textId="77777777" w:rsidR="00080BF0" w:rsidRDefault="00000000">
                  <w:pPr>
                    <w:keepNext/>
                  </w:pPr>
                  <w:r>
                    <w:rPr>
                      <w:b/>
                      <w:color w:val="000000"/>
                    </w:rPr>
                    <w:t>KRITERIJI USPEŠNOSTI</w:t>
                  </w:r>
                </w:p>
              </w:tc>
            </w:tr>
          </w:tbl>
          <w:p w14:paraId="6F1D77CC" w14:textId="77777777" w:rsidR="00080BF0" w:rsidRDefault="00080BF0"/>
          <w:p w14:paraId="5889CAC3" w14:textId="77777777" w:rsidR="00080BF0" w:rsidRDefault="00000000">
            <w:pPr>
              <w:spacing w:before="20" w:after="20" w:line="245" w:lineRule="auto"/>
            </w:pPr>
            <w:r>
              <w:rPr>
                <w:b/>
                <w:color w:val="000000"/>
                <w:sz w:val="16"/>
              </w:rPr>
              <w:t>Uspešen/-na bom, ko:</w:t>
            </w:r>
          </w:p>
          <w:p w14:paraId="39348C35" w14:textId="77777777" w:rsidR="00080BF0" w:rsidRDefault="00000000">
            <w:pPr>
              <w:pStyle w:val="Oznaenseznam"/>
              <w:spacing w:after="16"/>
            </w:pPr>
            <w:r>
              <w:rPr>
                <w:color w:val="000000"/>
                <w:sz w:val="16"/>
              </w:rPr>
              <w:t>spajam materiale</w:t>
            </w:r>
          </w:p>
          <w:p w14:paraId="2FF3A047" w14:textId="77777777" w:rsidR="00080BF0" w:rsidRDefault="00000000">
            <w:pPr>
              <w:pStyle w:val="Oznaenseznam"/>
              <w:spacing w:after="16"/>
            </w:pPr>
            <w:r>
              <w:rPr>
                <w:color w:val="000000"/>
                <w:sz w:val="16"/>
              </w:rPr>
              <w:t>preizkušam stabilnost</w:t>
            </w:r>
          </w:p>
          <w:p w14:paraId="30588129" w14:textId="77777777" w:rsidR="00080BF0" w:rsidRDefault="00000000">
            <w:pPr>
              <w:pStyle w:val="Oznaenseznam"/>
              <w:spacing w:after="16"/>
            </w:pPr>
            <w:r>
              <w:rPr>
                <w:color w:val="000000"/>
                <w:sz w:val="16"/>
              </w:rPr>
              <w:t>predstavim izboljšavo</w:t>
            </w:r>
          </w:p>
          <w:p w14:paraId="4E5FD2AB" w14:textId="77777777" w:rsidR="00080BF0" w:rsidRDefault="00000000">
            <w:pPr>
              <w:pStyle w:val="Oznaenseznam"/>
              <w:spacing w:after="16"/>
            </w:pPr>
            <w:r>
              <w:rPr>
                <w:color w:val="000000"/>
                <w:sz w:val="15"/>
              </w:rPr>
              <w:t>varno in namensko uporabim material, zaščitim prostor ter po delu uredim svojo postajo</w:t>
            </w:r>
          </w:p>
          <w:p w14:paraId="4D21BC9E"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224DD2B7" w14:textId="77777777" w:rsidR="00080BF0" w:rsidRDefault="00080BF0"/>
          <w:p w14:paraId="1E997DBD"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01798B8A" w14:textId="77777777" w:rsidR="00080BF0" w:rsidRDefault="00000000">
            <w:pPr>
              <w:spacing w:after="80" w:line="245" w:lineRule="auto"/>
            </w:pPr>
            <w:r>
              <w:rPr>
                <w:color w:val="000000"/>
                <w:sz w:val="16"/>
              </w:rPr>
              <w:t>Pove ali pokaže, kaj že zna opaziti in katero likovno možnost bi najprej preizkusil.</w:t>
            </w:r>
          </w:p>
          <w:p w14:paraId="2EEAD260" w14:textId="77777777" w:rsidR="00080BF0" w:rsidRDefault="00000000">
            <w:pPr>
              <w:spacing w:after="100" w:line="245" w:lineRule="auto"/>
            </w:pPr>
            <w:r>
              <w:rPr>
                <w:color w:val="000000"/>
                <w:sz w:val="16"/>
              </w:rPr>
              <w:t>Sodeluje pri razumevanju namena, meril uspešnosti, varne rabe pripomočkov in načina dokazovanja.</w:t>
            </w:r>
          </w:p>
          <w:p w14:paraId="01956AEC" w14:textId="77777777" w:rsidR="00080BF0" w:rsidRDefault="00000000">
            <w:pPr>
              <w:spacing w:after="20" w:line="245" w:lineRule="auto"/>
            </w:pPr>
            <w:r>
              <w:rPr>
                <w:b/>
                <w:color w:val="D95BC6"/>
                <w:sz w:val="17"/>
              </w:rPr>
              <w:t>DOKAZ O UČENJU</w:t>
            </w:r>
          </w:p>
          <w:p w14:paraId="5C3387A2"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23CD23A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66759C1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FDE207B"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790BB7D" w14:textId="77777777" w:rsidR="00080BF0" w:rsidRDefault="00000000">
            <w:pPr>
              <w:jc w:val="center"/>
            </w:pPr>
            <w:r>
              <w:rPr>
                <w:b/>
                <w:color w:val="000000"/>
                <w:sz w:val="20"/>
              </w:rPr>
              <w:t>UČNE DEJAVNOSTI, METODE IN FORMATIVNO SPREMLJANJE</w:t>
            </w:r>
          </w:p>
        </w:tc>
      </w:tr>
      <w:tr w:rsidR="00080BF0" w14:paraId="72468E70" w14:textId="77777777">
        <w:trPr>
          <w:tblHeader/>
          <w:jc w:val="center"/>
        </w:trPr>
        <w:tc>
          <w:tcPr>
            <w:tcW w:w="4422" w:type="dxa"/>
            <w:vMerge/>
            <w:tcMar>
              <w:top w:w="70" w:type="dxa"/>
              <w:left w:w="90" w:type="dxa"/>
              <w:bottom w:w="70" w:type="dxa"/>
              <w:right w:w="90" w:type="dxa"/>
            </w:tcMar>
            <w:vAlign w:val="center"/>
          </w:tcPr>
          <w:p w14:paraId="48F173CC" w14:textId="77777777" w:rsidR="00080BF0" w:rsidRDefault="00080BF0"/>
        </w:tc>
        <w:tc>
          <w:tcPr>
            <w:tcW w:w="7087" w:type="dxa"/>
            <w:shd w:val="clear" w:color="auto" w:fill="FFFFFF"/>
            <w:tcMar>
              <w:top w:w="70" w:type="dxa"/>
              <w:left w:w="90" w:type="dxa"/>
              <w:bottom w:w="70" w:type="dxa"/>
              <w:right w:w="90" w:type="dxa"/>
            </w:tcMar>
            <w:vAlign w:val="center"/>
          </w:tcPr>
          <w:p w14:paraId="71F42C5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F567155" w14:textId="77777777" w:rsidR="00080BF0" w:rsidRDefault="00000000">
            <w:pPr>
              <w:jc w:val="center"/>
            </w:pPr>
            <w:r>
              <w:rPr>
                <w:b/>
                <w:color w:val="000000"/>
              </w:rPr>
              <w:t>UČENEC</w:t>
            </w:r>
          </w:p>
        </w:tc>
      </w:tr>
      <w:tr w:rsidR="00080BF0" w14:paraId="32390C8D" w14:textId="77777777">
        <w:trPr>
          <w:jc w:val="center"/>
        </w:trPr>
        <w:tc>
          <w:tcPr>
            <w:tcW w:w="4422" w:type="dxa"/>
            <w:tcMar>
              <w:top w:w="70" w:type="dxa"/>
              <w:left w:w="90" w:type="dxa"/>
              <w:bottom w:w="70" w:type="dxa"/>
              <w:right w:w="90" w:type="dxa"/>
            </w:tcMar>
          </w:tcPr>
          <w:p w14:paraId="17D3403F" w14:textId="77777777" w:rsidR="00080BF0" w:rsidRDefault="00080BF0"/>
          <w:p w14:paraId="1E54778C" w14:textId="77777777" w:rsidR="00080BF0" w:rsidRDefault="00000000">
            <w:pPr>
              <w:spacing w:after="40" w:line="245" w:lineRule="auto"/>
            </w:pPr>
            <w:r>
              <w:rPr>
                <w:b/>
                <w:color w:val="000000"/>
              </w:rPr>
              <w:t>KLJUČNI LIKOVNI POJMI</w:t>
            </w:r>
          </w:p>
          <w:p w14:paraId="297AF45A"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telo, prostornina, masa, spoj, stabilnost, gibanje, funkcija, preizkus</w:t>
            </w:r>
          </w:p>
          <w:p w14:paraId="6CFCE6E7" w14:textId="77777777" w:rsidR="00080BF0" w:rsidRDefault="00000000">
            <w:pPr>
              <w:spacing w:after="20" w:line="245" w:lineRule="auto"/>
            </w:pPr>
            <w:r>
              <w:rPr>
                <w:b/>
                <w:color w:val="000000"/>
                <w:sz w:val="17"/>
              </w:rPr>
              <w:t>DOKAZI O UČENJU</w:t>
            </w:r>
          </w:p>
          <w:p w14:paraId="3D330D53" w14:textId="77777777" w:rsidR="00080BF0" w:rsidRDefault="00000000">
            <w:pPr>
              <w:pStyle w:val="Oznaenseznam"/>
              <w:spacing w:after="9"/>
            </w:pPr>
            <w:r>
              <w:rPr>
                <w:color w:val="000000"/>
                <w:sz w:val="15"/>
              </w:rPr>
              <w:t>list materialnih poskusov, skica/načrt, učenčeva razlaga in učiteljev zapis o varni rabi pripomočkov.</w:t>
            </w:r>
          </w:p>
          <w:p w14:paraId="6A930816" w14:textId="77777777" w:rsidR="00080BF0" w:rsidRDefault="00000000">
            <w:pPr>
              <w:pStyle w:val="Oznaenseznam"/>
              <w:spacing w:after="9"/>
            </w:pPr>
            <w:r>
              <w:rPr>
                <w:color w:val="000000"/>
                <w:sz w:val="15"/>
              </w:rPr>
              <w:t>likovni proces in izdelek, fotografija faze, učenčeva razlaga ter samovrednotenje v mapi.</w:t>
            </w:r>
          </w:p>
          <w:p w14:paraId="25AA1327" w14:textId="77777777" w:rsidR="00080BF0" w:rsidRDefault="00000000">
            <w:pPr>
              <w:spacing w:before="40" w:after="20" w:line="245" w:lineRule="auto"/>
            </w:pPr>
            <w:r>
              <w:rPr>
                <w:b/>
                <w:color w:val="000000"/>
                <w:sz w:val="17"/>
              </w:rPr>
              <w:t>LIKOVNO DOŽIVETJE IN IZKUŠENJSKI POUK</w:t>
            </w:r>
          </w:p>
          <w:p w14:paraId="08AD8CDF"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0502085A" w14:textId="77777777" w:rsidR="00080BF0" w:rsidRDefault="00000000">
            <w:pPr>
              <w:spacing w:after="20" w:line="245" w:lineRule="auto"/>
            </w:pPr>
            <w:r>
              <w:rPr>
                <w:b/>
                <w:color w:val="000000"/>
                <w:sz w:val="17"/>
              </w:rPr>
              <w:t>POUČEVANJE V GIBANJU</w:t>
            </w:r>
          </w:p>
          <w:p w14:paraId="3A072728"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3F7607CB" w14:textId="77777777" w:rsidR="00080BF0" w:rsidRDefault="00000000">
            <w:pPr>
              <w:spacing w:after="20" w:line="245" w:lineRule="auto"/>
            </w:pPr>
            <w:r>
              <w:rPr>
                <w:b/>
                <w:color w:val="000000"/>
                <w:sz w:val="17"/>
              </w:rPr>
              <w:t>DELO PO POSTAJAH</w:t>
            </w:r>
          </w:p>
          <w:p w14:paraId="2E15BD8E"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1315BD04" w14:textId="77777777" w:rsidR="00080BF0" w:rsidRDefault="00000000">
            <w:pPr>
              <w:spacing w:after="9" w:line="245" w:lineRule="auto"/>
            </w:pPr>
            <w:r>
              <w:rPr>
                <w:color w:val="000000"/>
                <w:sz w:val="14"/>
              </w:rPr>
              <w:t>1. Tipno-opazovalna: material primerjam po trdoti, prožnosti, površini in možnosti preoblikovanja.</w:t>
            </w:r>
          </w:p>
          <w:p w14:paraId="4401006B" w14:textId="77777777" w:rsidR="00080BF0" w:rsidRDefault="00000000">
            <w:pPr>
              <w:spacing w:after="9" w:line="245" w:lineRule="auto"/>
            </w:pPr>
            <w:r>
              <w:rPr>
                <w:color w:val="000000"/>
                <w:sz w:val="14"/>
              </w:rPr>
              <w:t>2. Konstrukcijska: preizkusim varne spoje ter preverim, kateri nosi, se premika ali ohranja stabilnost.</w:t>
            </w:r>
          </w:p>
          <w:p w14:paraId="7579EB06" w14:textId="77777777" w:rsidR="00080BF0" w:rsidRDefault="00000000">
            <w:pPr>
              <w:spacing w:after="9" w:line="245" w:lineRule="auto"/>
            </w:pPr>
            <w:r>
              <w:rPr>
                <w:color w:val="000000"/>
                <w:sz w:val="14"/>
              </w:rPr>
              <w:t>3. Gibalno-kiparska: s telesom ustvarim kip, ravnotežje, volumen ali gib izdelka in ga opazujem iz več smeri.</w:t>
            </w:r>
          </w:p>
          <w:p w14:paraId="613A436F" w14:textId="77777777" w:rsidR="00080BF0" w:rsidRDefault="00000000">
            <w:pPr>
              <w:spacing w:after="9" w:line="245" w:lineRule="auto"/>
            </w:pPr>
            <w:r>
              <w:rPr>
                <w:color w:val="000000"/>
                <w:sz w:val="14"/>
              </w:rPr>
              <w:t>4. Izdelovalno-preizkusna: po skici sestavim model, ga preizkusim, označim težavo in izvedem eno izboljšavo.</w:t>
            </w:r>
          </w:p>
          <w:p w14:paraId="1339D5B7" w14:textId="77777777" w:rsidR="00080BF0" w:rsidRDefault="00000000">
            <w:pPr>
              <w:spacing w:after="20" w:line="245" w:lineRule="auto"/>
            </w:pPr>
            <w:r>
              <w:rPr>
                <w:b/>
                <w:color w:val="000000"/>
                <w:sz w:val="17"/>
              </w:rPr>
              <w:t>DIFERENCIACIJA IN VKLJUČEVANJE</w:t>
            </w:r>
          </w:p>
          <w:p w14:paraId="2CC87F89"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22D16B23" w14:textId="77777777" w:rsidR="00080BF0" w:rsidRDefault="00000000">
            <w:pPr>
              <w:spacing w:after="20" w:line="245" w:lineRule="auto"/>
            </w:pPr>
            <w:r>
              <w:rPr>
                <w:b/>
                <w:color w:val="000000"/>
                <w:sz w:val="17"/>
              </w:rPr>
              <w:t>SPREMLJANJE</w:t>
            </w:r>
          </w:p>
          <w:p w14:paraId="5707D250"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621C3488"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D9E4C9A" w14:textId="77777777">
              <w:trPr>
                <w:jc w:val="center"/>
              </w:trPr>
              <w:tc>
                <w:tcPr>
                  <w:tcW w:w="7087" w:type="dxa"/>
                  <w:shd w:val="clear" w:color="auto" w:fill="C6E7F3"/>
                  <w:tcMar>
                    <w:top w:w="45" w:type="dxa"/>
                    <w:left w:w="70" w:type="dxa"/>
                    <w:bottom w:w="45" w:type="dxa"/>
                    <w:right w:w="70" w:type="dxa"/>
                  </w:tcMar>
                </w:tcPr>
                <w:p w14:paraId="6F182DB4" w14:textId="77777777" w:rsidR="00080BF0" w:rsidRDefault="00000000">
                  <w:pPr>
                    <w:keepNext/>
                  </w:pPr>
                  <w:r>
                    <w:rPr>
                      <w:b/>
                      <w:color w:val="000000"/>
                      <w:sz w:val="17"/>
                    </w:rPr>
                    <w:t>GLAVNI DEL – OPAZOVANJE, MATERIALNI PREIZKUS, USTVARJANJE IN GALERIJA (2 šolski uri)</w:t>
                  </w:r>
                </w:p>
              </w:tc>
            </w:tr>
          </w:tbl>
          <w:p w14:paraId="0CED6D51" w14:textId="77777777" w:rsidR="00080BF0" w:rsidRDefault="00080BF0">
            <w:pPr>
              <w:spacing w:line="20" w:lineRule="exact"/>
            </w:pPr>
          </w:p>
          <w:p w14:paraId="0B8766D7" w14:textId="77777777" w:rsidR="00080BF0" w:rsidRDefault="00000000">
            <w:pPr>
              <w:keepNext/>
              <w:spacing w:before="22" w:after="8" w:line="245" w:lineRule="auto"/>
            </w:pPr>
            <w:r>
              <w:rPr>
                <w:b/>
                <w:color w:val="000000"/>
                <w:sz w:val="16"/>
              </w:rPr>
              <w:t>1. URA – Konstruiranje – Opazujem, preizkušam, načrtujem</w:t>
            </w:r>
          </w:p>
          <w:p w14:paraId="6480F23D"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»KONSTRUIRANJE«.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41D9E77A"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5F91FA93"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7E46CFA3" w14:textId="77777777" w:rsidR="00080BF0" w:rsidRDefault="00000000">
            <w:pPr>
              <w:keepNext/>
              <w:spacing w:before="22" w:after="8" w:line="245" w:lineRule="auto"/>
            </w:pPr>
            <w:r>
              <w:rPr>
                <w:b/>
                <w:color w:val="000000"/>
                <w:sz w:val="16"/>
              </w:rPr>
              <w:t>2. URA – Konstruiranje – Ustvarjam, predstavim, izboljšam</w:t>
            </w:r>
          </w:p>
          <w:p w14:paraId="7D98922D"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»KONSTRUIRANJE«; postavlja vprašanja o nameri, nudi tehnično oporo in omogoči izboljšavo. Zaključek 10': 10' – Izvede tiho galerijo; modelira odziv »Opazim … / Učinkuje … / Lahko poskusiš …« ter vodi pospravljanje.</w:t>
            </w:r>
          </w:p>
          <w:p w14:paraId="612CD330"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0FAEC89C"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638D3509" w14:textId="77777777">
              <w:trPr>
                <w:jc w:val="center"/>
              </w:trPr>
              <w:tc>
                <w:tcPr>
                  <w:tcW w:w="7087" w:type="dxa"/>
                  <w:shd w:val="clear" w:color="auto" w:fill="EDC9EA"/>
                  <w:tcMar>
                    <w:top w:w="45" w:type="dxa"/>
                    <w:left w:w="70" w:type="dxa"/>
                    <w:bottom w:w="45" w:type="dxa"/>
                    <w:right w:w="70" w:type="dxa"/>
                  </w:tcMar>
                </w:tcPr>
                <w:p w14:paraId="3F52B8ED" w14:textId="77777777" w:rsidR="00080BF0" w:rsidRDefault="00000000">
                  <w:pPr>
                    <w:keepNext/>
                  </w:pPr>
                  <w:r>
                    <w:rPr>
                      <w:b/>
                      <w:color w:val="000000"/>
                      <w:sz w:val="17"/>
                    </w:rPr>
                    <w:t>ORGANIZACIJA POSTAJ IN PREHODOV</w:t>
                  </w:r>
                </w:p>
              </w:tc>
            </w:tr>
          </w:tbl>
          <w:p w14:paraId="3B388B69" w14:textId="77777777" w:rsidR="00080BF0" w:rsidRDefault="00080BF0"/>
          <w:p w14:paraId="03491FA1" w14:textId="77777777" w:rsidR="00080BF0" w:rsidRDefault="00000000">
            <w:pPr>
              <w:spacing w:before="8" w:after="8" w:line="245" w:lineRule="auto"/>
            </w:pPr>
            <w:r>
              <w:rPr>
                <w:color w:val="000000"/>
                <w:sz w:val="14"/>
              </w:rPr>
              <w:t>Postaja 1: Tipno-opazovalna: material primerjam po trdoti, prožnosti, površini in možnosti preoblikovanja.</w:t>
            </w:r>
          </w:p>
          <w:p w14:paraId="274F06DB" w14:textId="77777777" w:rsidR="00080BF0" w:rsidRDefault="00000000">
            <w:pPr>
              <w:spacing w:before="8" w:after="8" w:line="245" w:lineRule="auto"/>
            </w:pPr>
            <w:r>
              <w:rPr>
                <w:color w:val="000000"/>
                <w:sz w:val="14"/>
              </w:rPr>
              <w:t>Postaja 2: Konstrukcijska: preizkusim varne spoje ter preverim, kateri nosi, se premika ali ohranja stabilnost.</w:t>
            </w:r>
          </w:p>
          <w:p w14:paraId="1DC6CF36" w14:textId="77777777" w:rsidR="00080BF0" w:rsidRDefault="00000000">
            <w:pPr>
              <w:spacing w:before="8" w:after="8" w:line="245" w:lineRule="auto"/>
            </w:pPr>
            <w:r>
              <w:rPr>
                <w:color w:val="000000"/>
                <w:sz w:val="14"/>
              </w:rPr>
              <w:t>Postaja 3: Gibalno-kiparska: s telesom ustvarim kip, ravnotežje, volumen ali gib izdelka in ga opazujem iz več smeri.</w:t>
            </w:r>
          </w:p>
          <w:p w14:paraId="6F081851" w14:textId="77777777" w:rsidR="00080BF0" w:rsidRDefault="00000000">
            <w:pPr>
              <w:spacing w:before="8" w:after="8" w:line="245" w:lineRule="auto"/>
            </w:pPr>
            <w:r>
              <w:rPr>
                <w:color w:val="000000"/>
                <w:sz w:val="14"/>
              </w:rPr>
              <w:t>Postaja 4: Izdelovalno-preizkusna: po skici sestavim model, ga preizkusim, označim težavo in izvedem eno izboljšavo.</w:t>
            </w:r>
          </w:p>
          <w:p w14:paraId="2499C321"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39DF8B73" w14:textId="77777777" w:rsidR="00080BF0" w:rsidRDefault="00080BF0"/>
          <w:p w14:paraId="4FF59909" w14:textId="77777777" w:rsidR="00080BF0" w:rsidRDefault="00000000">
            <w:pPr>
              <w:spacing w:after="6" w:line="245" w:lineRule="auto"/>
            </w:pPr>
            <w:r>
              <w:rPr>
                <w:b/>
                <w:color w:val="000000"/>
                <w:sz w:val="15"/>
              </w:rPr>
              <w:t>1. URA – Konstruiranje – Opazujem, preizkušam, načrtujem</w:t>
            </w:r>
          </w:p>
          <w:p w14:paraId="1BFCDB71"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4E7B4A7A" w14:textId="77777777" w:rsidR="00080BF0" w:rsidRDefault="00000000">
            <w:pPr>
              <w:spacing w:after="20" w:line="245" w:lineRule="auto"/>
            </w:pPr>
            <w:r>
              <w:rPr>
                <w:color w:val="D95BC6"/>
                <w:sz w:val="14"/>
              </w:rPr>
              <w:t>Dokaz: list materialnih poskusov, skica/načrt, učenčeva razlaga in učiteljev zapis o varni rabi.</w:t>
            </w:r>
          </w:p>
          <w:p w14:paraId="6AE50EA6" w14:textId="77777777" w:rsidR="00080BF0" w:rsidRDefault="00000000">
            <w:pPr>
              <w:spacing w:after="6" w:line="245" w:lineRule="auto"/>
            </w:pPr>
            <w:r>
              <w:rPr>
                <w:b/>
                <w:color w:val="000000"/>
                <w:sz w:val="15"/>
              </w:rPr>
              <w:t>2. URA – Konstruiranje – Ustvarjam, predstavim, izboljšam</w:t>
            </w:r>
          </w:p>
          <w:p w14:paraId="706FD875"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0DCFFEE9" w14:textId="77777777" w:rsidR="00080BF0" w:rsidRDefault="00000000">
            <w:pPr>
              <w:spacing w:after="20" w:line="245" w:lineRule="auto"/>
            </w:pPr>
            <w:r>
              <w:rPr>
                <w:color w:val="D95BC6"/>
                <w:sz w:val="14"/>
              </w:rPr>
              <w:t>Dokaz: likovni proces in izdelek, fotografija faze, učenčeva razlaga ter samovrednotenje v mapi.</w:t>
            </w:r>
          </w:p>
          <w:p w14:paraId="7F72F49A" w14:textId="77777777" w:rsidR="00080BF0" w:rsidRDefault="00000000">
            <w:pPr>
              <w:spacing w:before="40" w:after="20" w:line="245" w:lineRule="auto"/>
            </w:pPr>
            <w:r>
              <w:rPr>
                <w:b/>
                <w:color w:val="D95BC6"/>
                <w:sz w:val="16"/>
              </w:rPr>
              <w:t>MOJ KROG POSTAJ</w:t>
            </w:r>
          </w:p>
          <w:p w14:paraId="781EAE7B" w14:textId="77777777" w:rsidR="00080BF0" w:rsidRDefault="00000000">
            <w:pPr>
              <w:spacing w:after="11" w:line="245" w:lineRule="auto"/>
            </w:pPr>
            <w:r>
              <w:rPr>
                <w:color w:val="000000"/>
                <w:sz w:val="13"/>
              </w:rPr>
              <w:t>1. Tipno-opazovalna: material primerjam po trdoti, prožnosti.</w:t>
            </w:r>
          </w:p>
          <w:p w14:paraId="4C188C4F" w14:textId="77777777" w:rsidR="00080BF0" w:rsidRDefault="00000000">
            <w:pPr>
              <w:spacing w:after="11" w:line="245" w:lineRule="auto"/>
            </w:pPr>
            <w:r>
              <w:rPr>
                <w:color w:val="000000"/>
                <w:sz w:val="13"/>
              </w:rPr>
              <w:t>2. Konstrukcijska: preizkusim varne spoje ter preverim, kateri nosi.</w:t>
            </w:r>
          </w:p>
          <w:p w14:paraId="64CB94A1" w14:textId="77777777" w:rsidR="00080BF0" w:rsidRDefault="00000000">
            <w:pPr>
              <w:spacing w:after="11" w:line="245" w:lineRule="auto"/>
            </w:pPr>
            <w:r>
              <w:rPr>
                <w:color w:val="000000"/>
                <w:sz w:val="13"/>
              </w:rPr>
              <w:t>3. Gibalno-kiparska: s telesom ustvarim kip, ravnotežje, volumen ali gib izdelka in ga opazujem.</w:t>
            </w:r>
          </w:p>
          <w:p w14:paraId="7111CDD6" w14:textId="77777777" w:rsidR="00080BF0" w:rsidRDefault="00000000">
            <w:pPr>
              <w:spacing w:after="11" w:line="245" w:lineRule="auto"/>
            </w:pPr>
            <w:r>
              <w:rPr>
                <w:color w:val="000000"/>
                <w:sz w:val="13"/>
              </w:rPr>
              <w:t>4. Izdelovalno-preizkusna: po skici sestavim model, ga preizkusim.</w:t>
            </w:r>
          </w:p>
          <w:p w14:paraId="5312736B"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05E2A046" w14:textId="77777777" w:rsidR="00080BF0" w:rsidRDefault="00000000">
            <w:pPr>
              <w:spacing w:after="20" w:line="245" w:lineRule="auto"/>
            </w:pPr>
            <w:r>
              <w:rPr>
                <w:b/>
                <w:color w:val="D95BC6"/>
                <w:sz w:val="17"/>
              </w:rPr>
              <w:t>DOKAZ O UČENJU</w:t>
            </w:r>
          </w:p>
          <w:p w14:paraId="622B4D15"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51A3429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830E79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F3F15C9"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233CC49" w14:textId="77777777" w:rsidR="00080BF0" w:rsidRDefault="00000000">
            <w:pPr>
              <w:jc w:val="center"/>
            </w:pPr>
            <w:r>
              <w:rPr>
                <w:b/>
                <w:color w:val="000000"/>
                <w:sz w:val="20"/>
              </w:rPr>
              <w:t>UČNE DEJAVNOSTI, METODE IN FORMATIVNO SPREMLJANJE</w:t>
            </w:r>
          </w:p>
        </w:tc>
      </w:tr>
      <w:tr w:rsidR="00080BF0" w14:paraId="007CD9B7" w14:textId="77777777">
        <w:trPr>
          <w:tblHeader/>
          <w:jc w:val="center"/>
        </w:trPr>
        <w:tc>
          <w:tcPr>
            <w:tcW w:w="4422" w:type="dxa"/>
            <w:vMerge/>
            <w:tcMar>
              <w:top w:w="70" w:type="dxa"/>
              <w:left w:w="90" w:type="dxa"/>
              <w:bottom w:w="70" w:type="dxa"/>
              <w:right w:w="90" w:type="dxa"/>
            </w:tcMar>
            <w:vAlign w:val="center"/>
          </w:tcPr>
          <w:p w14:paraId="57302706" w14:textId="77777777" w:rsidR="00080BF0" w:rsidRDefault="00080BF0"/>
        </w:tc>
        <w:tc>
          <w:tcPr>
            <w:tcW w:w="7087" w:type="dxa"/>
            <w:shd w:val="clear" w:color="auto" w:fill="FFFFFF"/>
            <w:tcMar>
              <w:top w:w="70" w:type="dxa"/>
              <w:left w:w="90" w:type="dxa"/>
              <w:bottom w:w="70" w:type="dxa"/>
              <w:right w:w="90" w:type="dxa"/>
            </w:tcMar>
            <w:vAlign w:val="center"/>
          </w:tcPr>
          <w:p w14:paraId="6D55F55B"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5B29EA5" w14:textId="77777777" w:rsidR="00080BF0" w:rsidRDefault="00000000">
            <w:pPr>
              <w:jc w:val="center"/>
            </w:pPr>
            <w:r>
              <w:rPr>
                <w:b/>
                <w:color w:val="000000"/>
              </w:rPr>
              <w:t>UČENEC</w:t>
            </w:r>
          </w:p>
        </w:tc>
      </w:tr>
      <w:tr w:rsidR="00080BF0" w14:paraId="2C67DBB9" w14:textId="77777777">
        <w:trPr>
          <w:jc w:val="center"/>
        </w:trPr>
        <w:tc>
          <w:tcPr>
            <w:tcW w:w="4422" w:type="dxa"/>
            <w:tcMar>
              <w:top w:w="70" w:type="dxa"/>
              <w:left w:w="90" w:type="dxa"/>
              <w:bottom w:w="70" w:type="dxa"/>
              <w:right w:w="90" w:type="dxa"/>
            </w:tcMar>
          </w:tcPr>
          <w:p w14:paraId="50B8F6AE" w14:textId="77777777" w:rsidR="00080BF0" w:rsidRDefault="00080BF0"/>
          <w:p w14:paraId="62DC49B3" w14:textId="77777777" w:rsidR="00080BF0" w:rsidRDefault="00000000">
            <w:pPr>
              <w:spacing w:after="40" w:line="245" w:lineRule="auto"/>
            </w:pPr>
            <w:r>
              <w:rPr>
                <w:b/>
                <w:color w:val="000000"/>
              </w:rPr>
              <w:t>FORMATIVNO SPREMLJANJE</w:t>
            </w:r>
          </w:p>
          <w:p w14:paraId="38045130" w14:textId="77777777" w:rsidR="00080BF0" w:rsidRDefault="00000000">
            <w:pPr>
              <w:pStyle w:val="Oznaenseznam"/>
              <w:spacing w:after="16"/>
            </w:pPr>
            <w:r>
              <w:rPr>
                <w:color w:val="000000"/>
                <w:sz w:val="15"/>
              </w:rPr>
              <w:t>predznanje: opažanje, gibalna ponazoritev, izbira kartice, razvrstitev materialov, poskusna sled ali skica</w:t>
            </w:r>
          </w:p>
          <w:p w14:paraId="18AB6D44"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038B807B"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19CC99B2" w14:textId="77777777" w:rsidR="00080BF0" w:rsidRDefault="00000000">
            <w:pPr>
              <w:pStyle w:val="Oznaenseznam"/>
              <w:spacing w:after="16"/>
            </w:pPr>
            <w:r>
              <w:rPr>
                <w:color w:val="000000"/>
                <w:sz w:val="15"/>
              </w:rPr>
              <w:t>povratna informacija: opis vidne likovne odločitve, povezava z enim merilom in izvedljiv naslednji korak</w:t>
            </w:r>
          </w:p>
          <w:p w14:paraId="5930FF2E" w14:textId="77777777" w:rsidR="00080BF0" w:rsidRDefault="00000000">
            <w:pPr>
              <w:pStyle w:val="Oznaenseznam"/>
              <w:spacing w:after="16"/>
            </w:pPr>
            <w:r>
              <w:rPr>
                <w:color w:val="000000"/>
                <w:sz w:val="15"/>
              </w:rPr>
              <w:t>samovrednotenje: likovni semafor, lestvica samostojnosti, izbran dokaz, galerijski odziv in izboljšava</w:t>
            </w:r>
          </w:p>
          <w:p w14:paraId="47BA666C" w14:textId="77777777" w:rsidR="00080BF0" w:rsidRDefault="00000000">
            <w:pPr>
              <w:spacing w:before="40" w:after="20" w:line="245" w:lineRule="auto"/>
            </w:pPr>
            <w:r>
              <w:rPr>
                <w:b/>
                <w:color w:val="000000"/>
                <w:sz w:val="17"/>
              </w:rPr>
              <w:t>VARNOST, HIGIENA IN UREDITEV PROSTORA</w:t>
            </w:r>
          </w:p>
          <w:p w14:paraId="54F8077D"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Spoje in stabilnost učenci preverjajo na mizi; ostrih žic, vročega lepila in rezil ne uporabljajo.</w:t>
            </w:r>
          </w:p>
          <w:p w14:paraId="4A442079" w14:textId="77777777" w:rsidR="00080BF0" w:rsidRDefault="00000000">
            <w:pPr>
              <w:spacing w:after="20" w:line="245" w:lineRule="auto"/>
            </w:pPr>
            <w:r>
              <w:rPr>
                <w:b/>
                <w:color w:val="000000"/>
                <w:sz w:val="17"/>
              </w:rPr>
              <w:t>EVIDENCA PO IZVEDBI</w:t>
            </w:r>
          </w:p>
          <w:p w14:paraId="329EA889"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0BB45CCD" w14:textId="77777777" w:rsidR="00080BF0" w:rsidRDefault="00000000">
            <w:pPr>
              <w:spacing w:before="40" w:after="20" w:line="245" w:lineRule="auto"/>
            </w:pPr>
            <w:r>
              <w:rPr>
                <w:b/>
                <w:color w:val="000000"/>
                <w:sz w:val="17"/>
              </w:rPr>
              <w:t>RAVEN DOSEGANJA</w:t>
            </w:r>
          </w:p>
          <w:p w14:paraId="2158CD76"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66CEE90E"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92C6EF5" w14:textId="77777777">
              <w:trPr>
                <w:jc w:val="center"/>
              </w:trPr>
              <w:tc>
                <w:tcPr>
                  <w:tcW w:w="7087" w:type="dxa"/>
                  <w:shd w:val="clear" w:color="auto" w:fill="EDC9EA"/>
                  <w:tcMar>
                    <w:top w:w="45" w:type="dxa"/>
                    <w:left w:w="70" w:type="dxa"/>
                    <w:bottom w:w="45" w:type="dxa"/>
                    <w:right w:w="70" w:type="dxa"/>
                  </w:tcMar>
                </w:tcPr>
                <w:p w14:paraId="2ACF98FA" w14:textId="77777777" w:rsidR="00080BF0" w:rsidRDefault="00000000">
                  <w:pPr>
                    <w:keepNext/>
                  </w:pPr>
                  <w:r>
                    <w:rPr>
                      <w:b/>
                      <w:color w:val="000000"/>
                    </w:rPr>
                    <w:t>VPRAŠANJA V PODPORO LIKOVNEMU UČENJU</w:t>
                  </w:r>
                </w:p>
              </w:tc>
            </w:tr>
          </w:tbl>
          <w:p w14:paraId="38A9996D" w14:textId="77777777" w:rsidR="00080BF0" w:rsidRDefault="00080BF0">
            <w:pPr>
              <w:spacing w:line="20" w:lineRule="exact"/>
            </w:pPr>
          </w:p>
          <w:p w14:paraId="5D6FBE24" w14:textId="77777777" w:rsidR="00080BF0" w:rsidRDefault="00000000">
            <w:pPr>
              <w:pStyle w:val="Oznaenseznam"/>
              <w:spacing w:after="16"/>
            </w:pPr>
            <w:r>
              <w:rPr>
                <w:color w:val="000000"/>
                <w:sz w:val="16"/>
              </w:rPr>
              <w:t>Kaj si najprej opazil/-a in katera likovna prvina je zate najpomembnejša?</w:t>
            </w:r>
          </w:p>
          <w:p w14:paraId="22DE593A" w14:textId="77777777" w:rsidR="00080BF0" w:rsidRDefault="00000000">
            <w:pPr>
              <w:pStyle w:val="Oznaenseznam"/>
              <w:spacing w:after="16"/>
            </w:pPr>
            <w:r>
              <w:rPr>
                <w:color w:val="000000"/>
                <w:sz w:val="16"/>
              </w:rPr>
              <w:t>Kako je material ali postopek vplival na črto, barvo, obliko, površino, prostor oziroma delovanje izdelka?</w:t>
            </w:r>
          </w:p>
          <w:p w14:paraId="4711B9FF" w14:textId="77777777" w:rsidR="00080BF0" w:rsidRDefault="00000000">
            <w:pPr>
              <w:pStyle w:val="Oznaenseznam"/>
              <w:spacing w:after="16"/>
            </w:pPr>
            <w:r>
              <w:rPr>
                <w:color w:val="000000"/>
                <w:sz w:val="16"/>
              </w:rPr>
              <w:t>Katero možnost si preizkusil/-a, zakaj si jo izbral/-a in kaj si ob poskusu spremenil/-a?</w:t>
            </w:r>
          </w:p>
          <w:p w14:paraId="0E1940C2" w14:textId="77777777" w:rsidR="00080BF0" w:rsidRDefault="00000000">
            <w:pPr>
              <w:pStyle w:val="Oznaenseznam"/>
              <w:spacing w:after="16"/>
            </w:pPr>
            <w:r>
              <w:rPr>
                <w:color w:val="000000"/>
                <w:sz w:val="16"/>
              </w:rPr>
              <w:t>Kateri del tvojega procesa ali izdelka najjasneje pokaže dogovorjeno merilo?</w:t>
            </w:r>
          </w:p>
          <w:p w14:paraId="79D61323"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06B92A5D" w14:textId="77777777">
              <w:trPr>
                <w:jc w:val="center"/>
              </w:trPr>
              <w:tc>
                <w:tcPr>
                  <w:tcW w:w="7087" w:type="dxa"/>
                  <w:shd w:val="clear" w:color="auto" w:fill="C6E7F3"/>
                  <w:tcMar>
                    <w:top w:w="45" w:type="dxa"/>
                    <w:left w:w="70" w:type="dxa"/>
                    <w:bottom w:w="45" w:type="dxa"/>
                    <w:right w:w="70" w:type="dxa"/>
                  </w:tcMar>
                </w:tcPr>
                <w:p w14:paraId="24A91C8E" w14:textId="77777777" w:rsidR="00080BF0" w:rsidRDefault="00000000">
                  <w:pPr>
                    <w:keepNext/>
                  </w:pPr>
                  <w:r>
                    <w:rPr>
                      <w:b/>
                      <w:color w:val="000000"/>
                    </w:rPr>
                    <w:t>ZAKLJUČNI DEL – TIHA GALERIJA, RAZLAGA IN REFLEKSIJA (8–12 min)</w:t>
                  </w:r>
                </w:p>
              </w:tc>
            </w:tr>
          </w:tbl>
          <w:p w14:paraId="089ADCCC" w14:textId="77777777" w:rsidR="00080BF0" w:rsidRDefault="00080BF0">
            <w:pPr>
              <w:spacing w:line="20" w:lineRule="exact"/>
            </w:pPr>
          </w:p>
          <w:p w14:paraId="38153BA0"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29D9A6FF" w14:textId="77777777">
              <w:trPr>
                <w:jc w:val="center"/>
              </w:trPr>
              <w:tc>
                <w:tcPr>
                  <w:tcW w:w="7087" w:type="dxa"/>
                  <w:shd w:val="clear" w:color="auto" w:fill="EDC9EA"/>
                  <w:tcMar>
                    <w:top w:w="45" w:type="dxa"/>
                    <w:left w:w="70" w:type="dxa"/>
                    <w:bottom w:w="45" w:type="dxa"/>
                    <w:right w:w="70" w:type="dxa"/>
                  </w:tcMar>
                </w:tcPr>
                <w:p w14:paraId="219D47D6" w14:textId="77777777" w:rsidR="00080BF0" w:rsidRDefault="00000000">
                  <w:pPr>
                    <w:keepNext/>
                  </w:pPr>
                  <w:r>
                    <w:rPr>
                      <w:b/>
                      <w:color w:val="000000"/>
                    </w:rPr>
                    <w:t>SAMOVREDNOTENJE</w:t>
                  </w:r>
                </w:p>
              </w:tc>
            </w:tr>
          </w:tbl>
          <w:p w14:paraId="1DE85EB4" w14:textId="77777777" w:rsidR="00080BF0" w:rsidRDefault="00080BF0">
            <w:pPr>
              <w:spacing w:line="20" w:lineRule="exact"/>
            </w:pPr>
          </w:p>
          <w:p w14:paraId="7685DF9A"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15F95498" w14:textId="77777777">
              <w:trPr>
                <w:jc w:val="center"/>
              </w:trPr>
              <w:tc>
                <w:tcPr>
                  <w:tcW w:w="7087" w:type="dxa"/>
                  <w:shd w:val="clear" w:color="auto" w:fill="EDC9EA"/>
                  <w:tcMar>
                    <w:top w:w="45" w:type="dxa"/>
                    <w:left w:w="70" w:type="dxa"/>
                    <w:bottom w:w="45" w:type="dxa"/>
                    <w:right w:w="70" w:type="dxa"/>
                  </w:tcMar>
                </w:tcPr>
                <w:p w14:paraId="08E00A57" w14:textId="77777777" w:rsidR="00080BF0" w:rsidRDefault="00000000">
                  <w:pPr>
                    <w:keepNext/>
                  </w:pPr>
                  <w:r>
                    <w:rPr>
                      <w:b/>
                      <w:color w:val="000000"/>
                    </w:rPr>
                    <w:t>VRSTNIŠKO VREDNOTENJE</w:t>
                  </w:r>
                </w:p>
              </w:tc>
            </w:tr>
          </w:tbl>
          <w:p w14:paraId="192F0C69" w14:textId="77777777" w:rsidR="00080BF0" w:rsidRDefault="00080BF0">
            <w:pPr>
              <w:spacing w:line="20" w:lineRule="exact"/>
            </w:pPr>
          </w:p>
          <w:p w14:paraId="3CFBCCAB"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2B569A2F" w14:textId="77777777">
              <w:trPr>
                <w:jc w:val="center"/>
              </w:trPr>
              <w:tc>
                <w:tcPr>
                  <w:tcW w:w="7087" w:type="dxa"/>
                  <w:shd w:val="clear" w:color="auto" w:fill="EDC9EA"/>
                  <w:tcMar>
                    <w:top w:w="45" w:type="dxa"/>
                    <w:left w:w="70" w:type="dxa"/>
                    <w:bottom w:w="45" w:type="dxa"/>
                    <w:right w:w="70" w:type="dxa"/>
                  </w:tcMar>
                </w:tcPr>
                <w:p w14:paraId="22E7A2A0" w14:textId="77777777" w:rsidR="00080BF0" w:rsidRDefault="00000000">
                  <w:pPr>
                    <w:keepNext/>
                  </w:pPr>
                  <w:r>
                    <w:rPr>
                      <w:b/>
                      <w:color w:val="000000"/>
                    </w:rPr>
                    <w:t>SKUPNI POVZETEK</w:t>
                  </w:r>
                </w:p>
              </w:tc>
            </w:tr>
          </w:tbl>
          <w:p w14:paraId="3465D08C" w14:textId="77777777" w:rsidR="00080BF0" w:rsidRDefault="00080BF0"/>
          <w:p w14:paraId="40FE4BAC" w14:textId="77777777" w:rsidR="00080BF0" w:rsidRDefault="00000000">
            <w:pPr>
              <w:spacing w:before="20" w:after="40" w:line="245" w:lineRule="auto"/>
            </w:pPr>
            <w:r>
              <w:rPr>
                <w:b/>
                <w:color w:val="000000"/>
                <w:sz w:val="16"/>
              </w:rPr>
              <w:t>spajam materiale; preizkušam stabilnost; predstavim izboljšavo. Izbrani dokaz pojasnim in po povratni informaciji izboljšam.</w:t>
            </w:r>
          </w:p>
        </w:tc>
        <w:tc>
          <w:tcPr>
            <w:tcW w:w="2551" w:type="dxa"/>
            <w:tcMar>
              <w:top w:w="70" w:type="dxa"/>
              <w:left w:w="90" w:type="dxa"/>
              <w:bottom w:w="70" w:type="dxa"/>
              <w:right w:w="90" w:type="dxa"/>
            </w:tcMar>
          </w:tcPr>
          <w:p w14:paraId="76A9E3E4" w14:textId="77777777" w:rsidR="00080BF0" w:rsidRDefault="00080BF0"/>
          <w:p w14:paraId="6E989CEF" w14:textId="77777777" w:rsidR="00080BF0" w:rsidRDefault="00000000">
            <w:pPr>
              <w:spacing w:after="80" w:line="245" w:lineRule="auto"/>
            </w:pPr>
            <w:r>
              <w:rPr>
                <w:color w:val="000000"/>
                <w:sz w:val="15"/>
              </w:rPr>
              <w:t>Odgovarja na podporna vprašanja in se sklicuje na opaženo, preizkušeno, ustvarjeno ali razstavljeno.</w:t>
            </w:r>
          </w:p>
          <w:p w14:paraId="6FC96772" w14:textId="77777777" w:rsidR="00080BF0" w:rsidRDefault="00000000">
            <w:pPr>
              <w:spacing w:after="80" w:line="245" w:lineRule="auto"/>
            </w:pPr>
            <w:r>
              <w:rPr>
                <w:color w:val="000000"/>
                <w:sz w:val="15"/>
              </w:rPr>
              <w:t>Predstavi izbrani procesni ali izdelkovni dokaz ter pove, katero merilo z njim pokaže.</w:t>
            </w:r>
          </w:p>
          <w:p w14:paraId="1C926C8A" w14:textId="77777777" w:rsidR="00080BF0" w:rsidRDefault="00000000">
            <w:pPr>
              <w:spacing w:after="80" w:line="245" w:lineRule="auto"/>
            </w:pPr>
            <w:r>
              <w:rPr>
                <w:color w:val="000000"/>
                <w:sz w:val="15"/>
              </w:rPr>
              <w:t>Tiho opazuje vrstnikovo delo, opiše eno konkretno likovno rešitev in poda prijazen predlog.</w:t>
            </w:r>
          </w:p>
          <w:p w14:paraId="385AA1CE" w14:textId="77777777" w:rsidR="00080BF0" w:rsidRDefault="00000000">
            <w:pPr>
              <w:spacing w:after="80" w:line="245" w:lineRule="auto"/>
            </w:pPr>
            <w:r>
              <w:rPr>
                <w:color w:val="000000"/>
                <w:sz w:val="15"/>
              </w:rPr>
              <w:t>Po povratni informaciji po želji ponovi poskus, spremeni podrobnost, izboljša spoj, razporeditev ali razlago.</w:t>
            </w:r>
          </w:p>
          <w:p w14:paraId="07FE341B" w14:textId="77777777" w:rsidR="00080BF0" w:rsidRDefault="00000000">
            <w:pPr>
              <w:spacing w:after="100" w:line="245" w:lineRule="auto"/>
            </w:pPr>
            <w:r>
              <w:rPr>
                <w:color w:val="000000"/>
                <w:sz w:val="15"/>
              </w:rPr>
              <w:t>Izbere raven samostojnosti ter določi majhen in izvedljiv naslednji ustvarjalni korak.</w:t>
            </w:r>
          </w:p>
          <w:p w14:paraId="3E21A23C" w14:textId="77777777" w:rsidR="00080BF0" w:rsidRDefault="00000000">
            <w:pPr>
              <w:spacing w:after="20" w:line="245" w:lineRule="auto"/>
            </w:pPr>
            <w:r>
              <w:rPr>
                <w:b/>
                <w:color w:val="D95BC6"/>
                <w:sz w:val="17"/>
              </w:rPr>
              <w:t>DOKAZ O UČENJU</w:t>
            </w:r>
          </w:p>
          <w:p w14:paraId="2B59BB01"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27651130"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257012E6" w14:textId="77777777">
        <w:trPr>
          <w:cantSplit/>
          <w:jc w:val="center"/>
        </w:trPr>
        <w:tc>
          <w:tcPr>
            <w:tcW w:w="14060" w:type="dxa"/>
            <w:gridSpan w:val="6"/>
            <w:tcMar>
              <w:top w:w="70" w:type="dxa"/>
              <w:left w:w="90" w:type="dxa"/>
              <w:bottom w:w="70" w:type="dxa"/>
              <w:right w:w="90" w:type="dxa"/>
            </w:tcMar>
            <w:vAlign w:val="center"/>
          </w:tcPr>
          <w:p w14:paraId="6B513521" w14:textId="77777777" w:rsidR="00080BF0" w:rsidRDefault="00000000">
            <w:pPr>
              <w:jc w:val="center"/>
            </w:pPr>
            <w:r>
              <w:rPr>
                <w:b/>
                <w:color w:val="000000"/>
                <w:sz w:val="24"/>
              </w:rPr>
              <w:lastRenderedPageBreak/>
              <w:t>UČNA PRIPRAVA 21/39</w:t>
            </w:r>
          </w:p>
        </w:tc>
      </w:tr>
      <w:tr w:rsidR="00080BF0" w14:paraId="1E0C5D92" w14:textId="77777777">
        <w:trPr>
          <w:jc w:val="center"/>
        </w:trPr>
        <w:tc>
          <w:tcPr>
            <w:tcW w:w="2665" w:type="dxa"/>
            <w:tcMar>
              <w:top w:w="70" w:type="dxa"/>
              <w:left w:w="90" w:type="dxa"/>
              <w:bottom w:w="70" w:type="dxa"/>
              <w:right w:w="90" w:type="dxa"/>
            </w:tcMar>
            <w:vAlign w:val="center"/>
          </w:tcPr>
          <w:p w14:paraId="5791C836"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EBAA479"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29447C2B"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35C38AA" w14:textId="77777777" w:rsidR="00080BF0" w:rsidRDefault="00000000">
            <w:r>
              <w:rPr>
                <w:b/>
                <w:color w:val="000000"/>
                <w:sz w:val="16"/>
              </w:rPr>
              <w:t xml:space="preserve">NAČRTOVANI TERMIN: </w:t>
            </w:r>
            <w:r>
              <w:rPr>
                <w:color w:val="000000"/>
                <w:sz w:val="16"/>
              </w:rPr>
              <w:t>21. teden • 1.–5. 2. 2027</w:t>
            </w:r>
          </w:p>
        </w:tc>
        <w:tc>
          <w:tcPr>
            <w:tcW w:w="2268" w:type="dxa"/>
            <w:tcMar>
              <w:top w:w="70" w:type="dxa"/>
              <w:left w:w="90" w:type="dxa"/>
              <w:bottom w:w="70" w:type="dxa"/>
              <w:right w:w="90" w:type="dxa"/>
            </w:tcMar>
            <w:vAlign w:val="center"/>
          </w:tcPr>
          <w:p w14:paraId="43F6B0B1"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9E55575" w14:textId="77777777" w:rsidR="00080BF0" w:rsidRDefault="00000000">
            <w:r>
              <w:rPr>
                <w:b/>
                <w:color w:val="000000"/>
                <w:sz w:val="16"/>
              </w:rPr>
              <w:t xml:space="preserve">ŠTEVILO UR: </w:t>
            </w:r>
            <w:r>
              <w:rPr>
                <w:color w:val="000000"/>
                <w:sz w:val="16"/>
              </w:rPr>
              <w:t>2</w:t>
            </w:r>
          </w:p>
        </w:tc>
      </w:tr>
      <w:tr w:rsidR="00080BF0" w14:paraId="361A2AB3" w14:textId="77777777">
        <w:trPr>
          <w:jc w:val="center"/>
        </w:trPr>
        <w:tc>
          <w:tcPr>
            <w:tcW w:w="14061" w:type="dxa"/>
            <w:gridSpan w:val="6"/>
            <w:tcMar>
              <w:top w:w="70" w:type="dxa"/>
              <w:left w:w="90" w:type="dxa"/>
              <w:bottom w:w="70" w:type="dxa"/>
              <w:right w:w="90" w:type="dxa"/>
            </w:tcMar>
            <w:vAlign w:val="center"/>
          </w:tcPr>
          <w:p w14:paraId="5B6E6B60"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49CA66BA" w14:textId="77777777">
        <w:trPr>
          <w:cantSplit/>
          <w:jc w:val="center"/>
        </w:trPr>
        <w:tc>
          <w:tcPr>
            <w:tcW w:w="14060" w:type="dxa"/>
            <w:gridSpan w:val="6"/>
            <w:tcMar>
              <w:top w:w="70" w:type="dxa"/>
              <w:left w:w="90" w:type="dxa"/>
              <w:bottom w:w="70" w:type="dxa"/>
              <w:right w:w="90" w:type="dxa"/>
            </w:tcMar>
            <w:vAlign w:val="center"/>
          </w:tcPr>
          <w:p w14:paraId="24E4F34A" w14:textId="77777777" w:rsidR="00080BF0" w:rsidRDefault="00080BF0"/>
          <w:p w14:paraId="7E5624B0" w14:textId="77777777" w:rsidR="00080BF0" w:rsidRDefault="00000000">
            <w:pPr>
              <w:spacing w:line="245" w:lineRule="auto"/>
            </w:pPr>
            <w:r>
              <w:rPr>
                <w:b/>
                <w:color w:val="000000"/>
                <w:sz w:val="15"/>
              </w:rPr>
              <w:t xml:space="preserve">UČNI SKLOP: </w:t>
            </w:r>
            <w:r>
              <w:rPr>
                <w:color w:val="000000"/>
                <w:sz w:val="15"/>
              </w:rPr>
              <w:t>NEKOČ IN DANES – ČAS IN DEDIŠČINA</w:t>
            </w:r>
          </w:p>
        </w:tc>
      </w:tr>
      <w:tr w:rsidR="00080BF0" w14:paraId="0D2D8C29" w14:textId="77777777">
        <w:trPr>
          <w:cantSplit/>
          <w:jc w:val="center"/>
        </w:trPr>
        <w:tc>
          <w:tcPr>
            <w:tcW w:w="14060" w:type="dxa"/>
            <w:gridSpan w:val="6"/>
            <w:tcMar>
              <w:top w:w="70" w:type="dxa"/>
              <w:left w:w="90" w:type="dxa"/>
              <w:bottom w:w="70" w:type="dxa"/>
              <w:right w:w="90" w:type="dxa"/>
            </w:tcMar>
            <w:vAlign w:val="center"/>
          </w:tcPr>
          <w:p w14:paraId="74D3D1E5" w14:textId="77777777" w:rsidR="00080BF0" w:rsidRDefault="00080BF0"/>
          <w:p w14:paraId="7D2846B5" w14:textId="77777777" w:rsidR="00080BF0" w:rsidRDefault="00000000">
            <w:pPr>
              <w:spacing w:line="245" w:lineRule="auto"/>
            </w:pPr>
            <w:r>
              <w:rPr>
                <w:b/>
                <w:color w:val="000000"/>
                <w:sz w:val="15"/>
              </w:rPr>
              <w:t xml:space="preserve">UČNA TEMA: </w:t>
            </w:r>
            <w:r>
              <w:rPr>
                <w:color w:val="000000"/>
                <w:sz w:val="15"/>
              </w:rPr>
              <w:t>STAR PREDMET</w:t>
            </w:r>
          </w:p>
        </w:tc>
      </w:tr>
      <w:tr w:rsidR="00080BF0" w14:paraId="4B064E69" w14:textId="77777777">
        <w:trPr>
          <w:cantSplit/>
          <w:jc w:val="center"/>
        </w:trPr>
        <w:tc>
          <w:tcPr>
            <w:tcW w:w="14060" w:type="dxa"/>
            <w:gridSpan w:val="6"/>
            <w:tcMar>
              <w:top w:w="70" w:type="dxa"/>
              <w:left w:w="90" w:type="dxa"/>
              <w:bottom w:w="70" w:type="dxa"/>
              <w:right w:w="90" w:type="dxa"/>
            </w:tcMar>
            <w:vAlign w:val="center"/>
          </w:tcPr>
          <w:p w14:paraId="2766C4DB" w14:textId="77777777" w:rsidR="00080BF0" w:rsidRDefault="00080BF0"/>
          <w:p w14:paraId="2C9AD5BC" w14:textId="77777777" w:rsidR="00080BF0" w:rsidRDefault="00000000">
            <w:pPr>
              <w:spacing w:line="245" w:lineRule="auto"/>
            </w:pPr>
            <w:r>
              <w:rPr>
                <w:b/>
                <w:color w:val="000000"/>
                <w:sz w:val="15"/>
              </w:rPr>
              <w:t xml:space="preserve">KNJIŽEVNO / MOTIVNO IZHODIŠČE: </w:t>
            </w:r>
            <w:r>
              <w:rPr>
                <w:color w:val="000000"/>
                <w:sz w:val="15"/>
              </w:rPr>
              <w:t>»Janček Ježek« – slovenska ljudska pravljica • nekoč in danes, časovno zaporedje in ljudsko izročilo</w:t>
            </w:r>
          </w:p>
        </w:tc>
      </w:tr>
      <w:tr w:rsidR="00080BF0" w14:paraId="335A345F" w14:textId="77777777">
        <w:trPr>
          <w:cantSplit/>
          <w:jc w:val="center"/>
        </w:trPr>
        <w:tc>
          <w:tcPr>
            <w:tcW w:w="14060" w:type="dxa"/>
            <w:gridSpan w:val="6"/>
            <w:tcMar>
              <w:top w:w="70" w:type="dxa"/>
              <w:left w:w="90" w:type="dxa"/>
              <w:bottom w:w="70" w:type="dxa"/>
              <w:right w:w="90" w:type="dxa"/>
            </w:tcMar>
            <w:vAlign w:val="center"/>
          </w:tcPr>
          <w:p w14:paraId="4BFAE610" w14:textId="77777777" w:rsidR="00080BF0" w:rsidRDefault="00080BF0"/>
          <w:p w14:paraId="7358DE6F" w14:textId="77777777" w:rsidR="00080BF0" w:rsidRDefault="00000000">
            <w:pPr>
              <w:spacing w:line="245" w:lineRule="auto"/>
            </w:pPr>
            <w:r>
              <w:rPr>
                <w:b/>
                <w:color w:val="000000"/>
                <w:sz w:val="15"/>
              </w:rPr>
              <w:t xml:space="preserve">LIKOVNO IZHODIŠČE / MOTIVACIJA: </w:t>
            </w:r>
            <w:r>
              <w:rPr>
                <w:color w:val="000000"/>
                <w:sz w:val="15"/>
              </w:rPr>
              <w:t>likovni detektiv odkrije nepopolno risbo na temo »star predmet« in prosi učence, naj z različnimi črtami, pogledi ali podrobnostmi poiščejo več možnih rešitev. Tematska rešitev: nariše star predmet ali prizor iz ljudske pravljice.</w:t>
            </w:r>
          </w:p>
        </w:tc>
      </w:tr>
      <w:tr w:rsidR="00080BF0" w14:paraId="603BAB79" w14:textId="77777777">
        <w:trPr>
          <w:cantSplit/>
          <w:jc w:val="center"/>
        </w:trPr>
        <w:tc>
          <w:tcPr>
            <w:tcW w:w="14060" w:type="dxa"/>
            <w:gridSpan w:val="6"/>
            <w:tcMar>
              <w:top w:w="70" w:type="dxa"/>
              <w:left w:w="90" w:type="dxa"/>
              <w:bottom w:w="70" w:type="dxa"/>
              <w:right w:w="90" w:type="dxa"/>
            </w:tcMar>
            <w:vAlign w:val="center"/>
          </w:tcPr>
          <w:p w14:paraId="2697F7A8" w14:textId="77777777" w:rsidR="00080BF0" w:rsidRDefault="00080BF0"/>
          <w:p w14:paraId="2F04A506" w14:textId="77777777" w:rsidR="00080BF0" w:rsidRDefault="00000000">
            <w:pPr>
              <w:spacing w:line="245" w:lineRule="auto"/>
            </w:pPr>
            <w:r>
              <w:rPr>
                <w:b/>
                <w:color w:val="000000"/>
                <w:sz w:val="15"/>
              </w:rPr>
              <w:t xml:space="preserve">UČNE ENOTE: </w:t>
            </w:r>
            <w:r>
              <w:rPr>
                <w:color w:val="000000"/>
                <w:sz w:val="15"/>
              </w:rPr>
              <w:t>1. ura – Star predmet – Opazujem, preizkušam, načrtujem • 2. ura – Star predmet – Ustvarjam, predstavim, izboljšam</w:t>
            </w:r>
          </w:p>
        </w:tc>
      </w:tr>
      <w:tr w:rsidR="00080BF0" w14:paraId="08B369C6" w14:textId="77777777">
        <w:trPr>
          <w:cantSplit/>
          <w:jc w:val="center"/>
        </w:trPr>
        <w:tc>
          <w:tcPr>
            <w:tcW w:w="14060" w:type="dxa"/>
            <w:gridSpan w:val="6"/>
            <w:tcMar>
              <w:top w:w="70" w:type="dxa"/>
              <w:left w:w="90" w:type="dxa"/>
              <w:bottom w:w="70" w:type="dxa"/>
              <w:right w:w="90" w:type="dxa"/>
            </w:tcMar>
            <w:vAlign w:val="center"/>
          </w:tcPr>
          <w:p w14:paraId="6C2E280E" w14:textId="77777777" w:rsidR="00080BF0" w:rsidRDefault="00080BF0"/>
          <w:p w14:paraId="41C39EE4"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74612681" w14:textId="77777777">
        <w:trPr>
          <w:cantSplit/>
          <w:jc w:val="center"/>
        </w:trPr>
        <w:tc>
          <w:tcPr>
            <w:tcW w:w="14060" w:type="dxa"/>
            <w:gridSpan w:val="6"/>
            <w:tcMar>
              <w:top w:w="70" w:type="dxa"/>
              <w:left w:w="90" w:type="dxa"/>
              <w:bottom w:w="70" w:type="dxa"/>
              <w:right w:w="90" w:type="dxa"/>
            </w:tcMar>
            <w:vAlign w:val="center"/>
          </w:tcPr>
          <w:p w14:paraId="65ED7558" w14:textId="77777777" w:rsidR="00080BF0" w:rsidRDefault="00080BF0"/>
          <w:p w14:paraId="61BB9572"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35E440F7" w14:textId="77777777">
        <w:trPr>
          <w:cantSplit/>
          <w:jc w:val="center"/>
        </w:trPr>
        <w:tc>
          <w:tcPr>
            <w:tcW w:w="14060" w:type="dxa"/>
            <w:gridSpan w:val="6"/>
            <w:tcMar>
              <w:top w:w="70" w:type="dxa"/>
              <w:left w:w="90" w:type="dxa"/>
              <w:bottom w:w="70" w:type="dxa"/>
              <w:right w:w="90" w:type="dxa"/>
            </w:tcMar>
            <w:vAlign w:val="center"/>
          </w:tcPr>
          <w:p w14:paraId="4E0F18E0" w14:textId="77777777" w:rsidR="00080BF0" w:rsidRDefault="00080BF0"/>
          <w:p w14:paraId="343A2683"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75FB33D5" w14:textId="77777777">
        <w:trPr>
          <w:cantSplit/>
          <w:jc w:val="center"/>
        </w:trPr>
        <w:tc>
          <w:tcPr>
            <w:tcW w:w="14060" w:type="dxa"/>
            <w:gridSpan w:val="6"/>
            <w:tcMar>
              <w:top w:w="70" w:type="dxa"/>
              <w:left w:w="90" w:type="dxa"/>
              <w:bottom w:w="70" w:type="dxa"/>
              <w:right w:w="90" w:type="dxa"/>
            </w:tcMar>
            <w:vAlign w:val="center"/>
          </w:tcPr>
          <w:p w14:paraId="109D0140" w14:textId="77777777" w:rsidR="00080BF0" w:rsidRDefault="00080BF0"/>
          <w:p w14:paraId="7245AC98" w14:textId="77777777" w:rsidR="00080BF0" w:rsidRDefault="00000000">
            <w:pPr>
              <w:spacing w:line="245" w:lineRule="auto"/>
            </w:pPr>
            <w:r>
              <w:rPr>
                <w:b/>
                <w:color w:val="000000"/>
                <w:sz w:val="15"/>
              </w:rPr>
              <w:t xml:space="preserve">MEDPREDMETNE POVEZAVE: </w:t>
            </w:r>
            <w:r>
              <w:rPr>
                <w:color w:val="000000"/>
                <w:sz w:val="15"/>
              </w:rPr>
              <w:t>SPO – nekoč in danes, časovno zaporedje in ljudsko izročilo; SLJ – poslušanje, opis opažanja, poimenovanje postopka in predstavitev; MAT – oblike, razvrščanje, vzorci in prostorski odnosi; ŠPO – gibalna črta, telesna skulptura, smer in ravnotežje; GUM – ritem, ponavljanje.</w:t>
            </w:r>
          </w:p>
        </w:tc>
      </w:tr>
      <w:tr w:rsidR="00080BF0" w14:paraId="530E0C4B" w14:textId="77777777">
        <w:trPr>
          <w:cantSplit/>
          <w:jc w:val="center"/>
        </w:trPr>
        <w:tc>
          <w:tcPr>
            <w:tcW w:w="14060" w:type="dxa"/>
            <w:gridSpan w:val="6"/>
            <w:tcMar>
              <w:top w:w="70" w:type="dxa"/>
              <w:left w:w="90" w:type="dxa"/>
              <w:bottom w:w="70" w:type="dxa"/>
              <w:right w:w="90" w:type="dxa"/>
            </w:tcMar>
            <w:vAlign w:val="center"/>
          </w:tcPr>
          <w:p w14:paraId="410072E2" w14:textId="77777777" w:rsidR="00080BF0" w:rsidRDefault="00080BF0"/>
          <w:p w14:paraId="49440F5C" w14:textId="77777777" w:rsidR="00080BF0" w:rsidRDefault="00000000">
            <w:pPr>
              <w:spacing w:line="245" w:lineRule="auto"/>
            </w:pPr>
            <w:r>
              <w:rPr>
                <w:b/>
                <w:color w:val="000000"/>
                <w:sz w:val="15"/>
              </w:rPr>
              <w:t xml:space="preserve">UČNA SREDSTVA IN PRIPOMOČKI: </w:t>
            </w:r>
            <w:r>
              <w:rPr>
                <w:color w:val="000000"/>
                <w:sz w:val="15"/>
              </w:rPr>
              <w:t>risalni papir različnih velikosti, mehki grafitni svinčniki, voščenke, barvice, flomastri, ogledalca ali opazovani predmeti; fotografija, reprodukcija ali resnični predmet za opazovanje; kartice namena in meril; talne oznake štirih postaj; mapa dokazov; sredstva za čiščenje in pospravljanje</w:t>
            </w:r>
          </w:p>
        </w:tc>
      </w:tr>
      <w:tr w:rsidR="00080BF0" w14:paraId="3D6B57F1" w14:textId="77777777">
        <w:trPr>
          <w:cantSplit/>
          <w:jc w:val="center"/>
        </w:trPr>
        <w:tc>
          <w:tcPr>
            <w:tcW w:w="14060" w:type="dxa"/>
            <w:gridSpan w:val="6"/>
            <w:tcMar>
              <w:top w:w="70" w:type="dxa"/>
              <w:left w:w="90" w:type="dxa"/>
              <w:bottom w:w="70" w:type="dxa"/>
              <w:right w:w="90" w:type="dxa"/>
            </w:tcMar>
            <w:vAlign w:val="center"/>
          </w:tcPr>
          <w:p w14:paraId="5CFA8B36" w14:textId="77777777" w:rsidR="00080BF0" w:rsidRDefault="00080BF0"/>
          <w:p w14:paraId="12BB7B06"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3D50D03F" w14:textId="77777777">
        <w:trPr>
          <w:cantSplit/>
          <w:jc w:val="center"/>
        </w:trPr>
        <w:tc>
          <w:tcPr>
            <w:tcW w:w="14060" w:type="dxa"/>
            <w:gridSpan w:val="6"/>
            <w:tcMar>
              <w:top w:w="70" w:type="dxa"/>
              <w:left w:w="90" w:type="dxa"/>
              <w:bottom w:w="70" w:type="dxa"/>
              <w:right w:w="90" w:type="dxa"/>
            </w:tcMar>
            <w:vAlign w:val="center"/>
          </w:tcPr>
          <w:p w14:paraId="5A198C52" w14:textId="77777777" w:rsidR="00080BF0" w:rsidRDefault="00080BF0"/>
          <w:p w14:paraId="2129027A"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0A26C02A" w14:textId="77777777">
        <w:trPr>
          <w:cantSplit/>
          <w:jc w:val="center"/>
        </w:trPr>
        <w:tc>
          <w:tcPr>
            <w:tcW w:w="14060" w:type="dxa"/>
            <w:gridSpan w:val="6"/>
            <w:tcMar>
              <w:top w:w="70" w:type="dxa"/>
              <w:left w:w="90" w:type="dxa"/>
              <w:bottom w:w="70" w:type="dxa"/>
              <w:right w:w="90" w:type="dxa"/>
            </w:tcMar>
            <w:vAlign w:val="center"/>
          </w:tcPr>
          <w:p w14:paraId="6051D721" w14:textId="77777777" w:rsidR="00080BF0" w:rsidRDefault="00080BF0"/>
          <w:p w14:paraId="3EB6E973"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0BA6C781"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C467CF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84054D7"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7037FB0" w14:textId="77777777" w:rsidR="00080BF0" w:rsidRDefault="00000000">
            <w:pPr>
              <w:jc w:val="center"/>
            </w:pPr>
            <w:r>
              <w:rPr>
                <w:b/>
                <w:color w:val="000000"/>
                <w:sz w:val="20"/>
              </w:rPr>
              <w:t>UČNE DEJAVNOSTI, METODE IN FORMATIVNO SPREMLJANJE</w:t>
            </w:r>
          </w:p>
        </w:tc>
      </w:tr>
      <w:tr w:rsidR="00080BF0" w14:paraId="0EF02F09" w14:textId="77777777">
        <w:trPr>
          <w:tblHeader/>
          <w:jc w:val="center"/>
        </w:trPr>
        <w:tc>
          <w:tcPr>
            <w:tcW w:w="4422" w:type="dxa"/>
            <w:vMerge/>
            <w:tcMar>
              <w:top w:w="70" w:type="dxa"/>
              <w:left w:w="90" w:type="dxa"/>
              <w:bottom w:w="70" w:type="dxa"/>
              <w:right w:w="90" w:type="dxa"/>
            </w:tcMar>
            <w:vAlign w:val="center"/>
          </w:tcPr>
          <w:p w14:paraId="1736186F" w14:textId="77777777" w:rsidR="00080BF0" w:rsidRDefault="00080BF0"/>
        </w:tc>
        <w:tc>
          <w:tcPr>
            <w:tcW w:w="7087" w:type="dxa"/>
            <w:shd w:val="clear" w:color="auto" w:fill="FFFFFF"/>
            <w:tcMar>
              <w:top w:w="70" w:type="dxa"/>
              <w:left w:w="90" w:type="dxa"/>
              <w:bottom w:w="70" w:type="dxa"/>
              <w:right w:w="90" w:type="dxa"/>
            </w:tcMar>
            <w:vAlign w:val="center"/>
          </w:tcPr>
          <w:p w14:paraId="11540CFB"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082A491" w14:textId="77777777" w:rsidR="00080BF0" w:rsidRDefault="00000000">
            <w:pPr>
              <w:jc w:val="center"/>
            </w:pPr>
            <w:r>
              <w:rPr>
                <w:b/>
                <w:color w:val="000000"/>
              </w:rPr>
              <w:t>UČENEC</w:t>
            </w:r>
          </w:p>
        </w:tc>
      </w:tr>
      <w:tr w:rsidR="00080BF0" w14:paraId="19D8668A" w14:textId="77777777">
        <w:trPr>
          <w:jc w:val="center"/>
        </w:trPr>
        <w:tc>
          <w:tcPr>
            <w:tcW w:w="4422" w:type="dxa"/>
            <w:tcMar>
              <w:top w:w="70" w:type="dxa"/>
              <w:left w:w="90" w:type="dxa"/>
              <w:bottom w:w="70" w:type="dxa"/>
              <w:right w:w="90" w:type="dxa"/>
            </w:tcMar>
          </w:tcPr>
          <w:p w14:paraId="2F493660" w14:textId="77777777" w:rsidR="00080BF0" w:rsidRDefault="00080BF0"/>
          <w:p w14:paraId="26B7CD01" w14:textId="77777777" w:rsidR="00080BF0" w:rsidRDefault="00000000">
            <w:pPr>
              <w:spacing w:after="60" w:line="245" w:lineRule="auto"/>
            </w:pPr>
            <w:r>
              <w:rPr>
                <w:b/>
                <w:color w:val="000000"/>
              </w:rPr>
              <w:t>UČNI CILJI</w:t>
            </w:r>
          </w:p>
          <w:p w14:paraId="744067D1" w14:textId="77777777" w:rsidR="00080BF0" w:rsidRDefault="00000000">
            <w:pPr>
              <w:spacing w:after="20" w:line="245" w:lineRule="auto"/>
            </w:pPr>
            <w:r>
              <w:rPr>
                <w:b/>
                <w:color w:val="000000"/>
                <w:sz w:val="17"/>
              </w:rPr>
              <w:t>SPLOŠNI</w:t>
            </w:r>
          </w:p>
          <w:p w14:paraId="65DBAF90"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37EB2438"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52D94A51"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7504D453"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55525841" w14:textId="77777777" w:rsidR="00080BF0" w:rsidRDefault="00000000">
            <w:pPr>
              <w:spacing w:before="40" w:after="20" w:line="245" w:lineRule="auto"/>
            </w:pPr>
            <w:r>
              <w:rPr>
                <w:b/>
                <w:color w:val="000000"/>
                <w:sz w:val="17"/>
              </w:rPr>
              <w:t>OPERATIVNI</w:t>
            </w:r>
          </w:p>
          <w:p w14:paraId="5310A93A" w14:textId="77777777" w:rsidR="00080BF0" w:rsidRDefault="00000000">
            <w:pPr>
              <w:pStyle w:val="Oznaenseznam"/>
              <w:spacing w:after="16"/>
            </w:pPr>
            <w:r>
              <w:rPr>
                <w:color w:val="000000"/>
                <w:sz w:val="16"/>
              </w:rPr>
              <w:t>opazuje obliko in namen</w:t>
            </w:r>
          </w:p>
          <w:p w14:paraId="4138FA53" w14:textId="77777777" w:rsidR="00080BF0" w:rsidRDefault="00000000">
            <w:pPr>
              <w:pStyle w:val="Oznaenseznam"/>
              <w:spacing w:after="16"/>
            </w:pPr>
            <w:r>
              <w:rPr>
                <w:color w:val="000000"/>
                <w:sz w:val="16"/>
              </w:rPr>
              <w:t>nariše predmet</w:t>
            </w:r>
          </w:p>
          <w:p w14:paraId="41E81D57" w14:textId="77777777" w:rsidR="00080BF0" w:rsidRDefault="00000000">
            <w:pPr>
              <w:pStyle w:val="Oznaenseznam"/>
              <w:spacing w:after="16"/>
            </w:pPr>
            <w:r>
              <w:rPr>
                <w:color w:val="000000"/>
                <w:sz w:val="16"/>
              </w:rPr>
              <w:t>poveže predmet z zgodbo</w:t>
            </w:r>
          </w:p>
          <w:p w14:paraId="00BA6E9F" w14:textId="77777777" w:rsidR="00080BF0" w:rsidRDefault="00000000">
            <w:pPr>
              <w:spacing w:before="40" w:after="20" w:line="245" w:lineRule="auto"/>
            </w:pPr>
            <w:r>
              <w:rPr>
                <w:b/>
                <w:color w:val="000000"/>
                <w:sz w:val="17"/>
              </w:rPr>
              <w:t>PRIČAKOVANI DOSEŽKI / MINIMALNI POUDARKI</w:t>
            </w:r>
          </w:p>
          <w:p w14:paraId="0B327F57" w14:textId="77777777" w:rsidR="00080BF0" w:rsidRDefault="00000000">
            <w:pPr>
              <w:pStyle w:val="Oznaenseznam"/>
              <w:spacing w:after="16"/>
            </w:pPr>
            <w:r>
              <w:rPr>
                <w:color w:val="000000"/>
                <w:sz w:val="15"/>
              </w:rPr>
              <w:t>samostojno oziroma z dogovorjeno oporo opazuje obliko in namen</w:t>
            </w:r>
          </w:p>
          <w:p w14:paraId="2B4BDB37" w14:textId="77777777" w:rsidR="00080BF0" w:rsidRDefault="00000000">
            <w:pPr>
              <w:pStyle w:val="Oznaenseznam"/>
              <w:spacing w:after="16"/>
            </w:pPr>
            <w:r>
              <w:rPr>
                <w:color w:val="000000"/>
                <w:sz w:val="15"/>
              </w:rPr>
              <w:t>samostojno oziroma z dogovorjeno oporo nariše predmet</w:t>
            </w:r>
          </w:p>
          <w:p w14:paraId="18258B36" w14:textId="77777777" w:rsidR="00080BF0" w:rsidRDefault="00000000">
            <w:pPr>
              <w:pStyle w:val="Oznaenseznam"/>
              <w:spacing w:after="16"/>
            </w:pPr>
            <w:r>
              <w:rPr>
                <w:color w:val="000000"/>
                <w:sz w:val="15"/>
              </w:rPr>
              <w:t>samostojno oziroma z dogovorjeno oporo poveže predmet z zgodbo</w:t>
            </w:r>
          </w:p>
        </w:tc>
        <w:tc>
          <w:tcPr>
            <w:tcW w:w="7087" w:type="dxa"/>
            <w:tcMar>
              <w:top w:w="70" w:type="dxa"/>
              <w:left w:w="90" w:type="dxa"/>
              <w:bottom w:w="70" w:type="dxa"/>
              <w:right w:w="90" w:type="dxa"/>
            </w:tcMar>
          </w:tcPr>
          <w:p w14:paraId="735A579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0FA1B19" w14:textId="77777777">
              <w:trPr>
                <w:jc w:val="center"/>
              </w:trPr>
              <w:tc>
                <w:tcPr>
                  <w:tcW w:w="7087" w:type="dxa"/>
                  <w:shd w:val="clear" w:color="auto" w:fill="C6E7F3"/>
                  <w:tcMar>
                    <w:top w:w="45" w:type="dxa"/>
                    <w:left w:w="70" w:type="dxa"/>
                    <w:bottom w:w="45" w:type="dxa"/>
                    <w:right w:w="70" w:type="dxa"/>
                  </w:tcMar>
                </w:tcPr>
                <w:p w14:paraId="6BE0250C" w14:textId="77777777" w:rsidR="00080BF0" w:rsidRDefault="00000000">
                  <w:pPr>
                    <w:keepNext/>
                  </w:pPr>
                  <w:r>
                    <w:rPr>
                      <w:b/>
                      <w:color w:val="000000"/>
                    </w:rPr>
                    <w:t>UVODNI DEL – likovna uganka, opazovanje, aktivacija predznanja in namen učenja (8–12 min)</w:t>
                  </w:r>
                </w:p>
              </w:tc>
            </w:tr>
          </w:tbl>
          <w:p w14:paraId="65EE4A8C" w14:textId="77777777" w:rsidR="00080BF0" w:rsidRDefault="00080BF0">
            <w:pPr>
              <w:spacing w:line="20" w:lineRule="exact"/>
            </w:pPr>
          </w:p>
          <w:p w14:paraId="01AECD1B" w14:textId="77777777" w:rsidR="00080BF0" w:rsidRDefault="00000000">
            <w:pPr>
              <w:spacing w:before="40" w:after="60" w:line="245" w:lineRule="auto"/>
            </w:pPr>
            <w:r>
              <w:rPr>
                <w:color w:val="000000"/>
                <w:sz w:val="16"/>
              </w:rPr>
              <w:t>Ob književnem motivu »Janček Ježek« – slovenska ljudska pravljica učenci vstopijo v temo nekoč in danes, časovno zaporedje in ljudsko izročilo. Učiteljica pokaže fotografijo, reprodukcijo, predmet ali material in pove kratko likovno zgodbo: likovni detektiv odkrije nepopolno risbo na temo »star predmet« in prosi učence, naj z različnimi črtami, pogledi ali podrobnostmi poiščejo več možnih rešitev. Tematska rešitev: nariše star predmet ali prizor iz ljudske pravljice.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3FAED3BA" w14:textId="77777777">
              <w:trPr>
                <w:jc w:val="center"/>
              </w:trPr>
              <w:tc>
                <w:tcPr>
                  <w:tcW w:w="7087" w:type="dxa"/>
                  <w:shd w:val="clear" w:color="auto" w:fill="EDC9EA"/>
                  <w:tcMar>
                    <w:top w:w="45" w:type="dxa"/>
                    <w:left w:w="70" w:type="dxa"/>
                    <w:bottom w:w="45" w:type="dxa"/>
                    <w:right w:w="70" w:type="dxa"/>
                  </w:tcMar>
                </w:tcPr>
                <w:p w14:paraId="29FF3C08" w14:textId="77777777" w:rsidR="00080BF0" w:rsidRDefault="00000000">
                  <w:pPr>
                    <w:keepNext/>
                  </w:pPr>
                  <w:r>
                    <w:rPr>
                      <w:b/>
                      <w:color w:val="000000"/>
                    </w:rPr>
                    <w:t>NAMENI UČENJA</w:t>
                  </w:r>
                </w:p>
              </w:tc>
            </w:tr>
          </w:tbl>
          <w:p w14:paraId="30FD68BA" w14:textId="77777777" w:rsidR="00080BF0" w:rsidRDefault="00080BF0">
            <w:pPr>
              <w:spacing w:line="20" w:lineRule="exact"/>
            </w:pPr>
          </w:p>
          <w:p w14:paraId="04A77F77"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28D1AE2E" w14:textId="77777777" w:rsidR="00080BF0" w:rsidRDefault="00000000">
            <w:pPr>
              <w:pStyle w:val="Oznaenseznam"/>
              <w:spacing w:after="16"/>
            </w:pPr>
            <w:r>
              <w:rPr>
                <w:color w:val="000000"/>
                <w:sz w:val="16"/>
              </w:rPr>
              <w:t>opazujem obliko in namen</w:t>
            </w:r>
          </w:p>
          <w:p w14:paraId="0F13EC29" w14:textId="77777777" w:rsidR="00080BF0" w:rsidRDefault="00000000">
            <w:pPr>
              <w:pStyle w:val="Oznaenseznam"/>
              <w:spacing w:after="16"/>
            </w:pPr>
            <w:r>
              <w:rPr>
                <w:color w:val="000000"/>
                <w:sz w:val="16"/>
              </w:rPr>
              <w:t>narišem predmet</w:t>
            </w:r>
          </w:p>
          <w:p w14:paraId="0A57A562" w14:textId="77777777" w:rsidR="00080BF0" w:rsidRDefault="00000000">
            <w:pPr>
              <w:pStyle w:val="Oznaenseznam"/>
              <w:spacing w:after="16"/>
            </w:pPr>
            <w:r>
              <w:rPr>
                <w:color w:val="000000"/>
                <w:sz w:val="16"/>
              </w:rPr>
              <w:t>povežem predmet z zgodbo</w:t>
            </w:r>
          </w:p>
          <w:tbl>
            <w:tblPr>
              <w:tblStyle w:val="Tabelamrea"/>
              <w:tblW w:w="0" w:type="auto"/>
              <w:jc w:val="center"/>
              <w:tblLayout w:type="fixed"/>
              <w:tblLook w:val="04A0" w:firstRow="1" w:lastRow="0" w:firstColumn="1" w:lastColumn="0" w:noHBand="0" w:noVBand="1"/>
            </w:tblPr>
            <w:tblGrid>
              <w:gridCol w:w="7087"/>
            </w:tblGrid>
            <w:tr w:rsidR="00080BF0" w14:paraId="737313A4" w14:textId="77777777">
              <w:trPr>
                <w:jc w:val="center"/>
              </w:trPr>
              <w:tc>
                <w:tcPr>
                  <w:tcW w:w="7087" w:type="dxa"/>
                  <w:shd w:val="clear" w:color="auto" w:fill="EDC9EA"/>
                  <w:tcMar>
                    <w:top w:w="45" w:type="dxa"/>
                    <w:left w:w="70" w:type="dxa"/>
                    <w:bottom w:w="45" w:type="dxa"/>
                    <w:right w:w="70" w:type="dxa"/>
                  </w:tcMar>
                </w:tcPr>
                <w:p w14:paraId="5F7054D3" w14:textId="77777777" w:rsidR="00080BF0" w:rsidRDefault="00000000">
                  <w:pPr>
                    <w:keepNext/>
                  </w:pPr>
                  <w:r>
                    <w:rPr>
                      <w:b/>
                      <w:color w:val="000000"/>
                    </w:rPr>
                    <w:t>PREVERJANJE PREDZNANJA</w:t>
                  </w:r>
                </w:p>
              </w:tc>
            </w:tr>
          </w:tbl>
          <w:p w14:paraId="20C5777C" w14:textId="77777777" w:rsidR="00080BF0" w:rsidRDefault="00080BF0">
            <w:pPr>
              <w:spacing w:line="20" w:lineRule="exact"/>
            </w:pPr>
          </w:p>
          <w:p w14:paraId="5285A218" w14:textId="77777777" w:rsidR="00080BF0" w:rsidRDefault="00000000">
            <w:pPr>
              <w:pStyle w:val="Oznaenseznam"/>
              <w:spacing w:after="16"/>
            </w:pPr>
            <w:r>
              <w:rPr>
                <w:color w:val="000000"/>
                <w:sz w:val="16"/>
              </w:rPr>
              <w:t>Kaj najprej opazim pri motivu, predmetu ali materialu, povezanem s temo »STAR PREDMET«?</w:t>
            </w:r>
          </w:p>
          <w:p w14:paraId="6BA84896"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31F5827A"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0B59B785" w14:textId="77777777">
              <w:trPr>
                <w:jc w:val="center"/>
              </w:trPr>
              <w:tc>
                <w:tcPr>
                  <w:tcW w:w="7087" w:type="dxa"/>
                  <w:shd w:val="clear" w:color="auto" w:fill="EDC9EA"/>
                  <w:tcMar>
                    <w:top w:w="45" w:type="dxa"/>
                    <w:left w:w="70" w:type="dxa"/>
                    <w:bottom w:w="45" w:type="dxa"/>
                    <w:right w:w="70" w:type="dxa"/>
                  </w:tcMar>
                </w:tcPr>
                <w:p w14:paraId="329B5006" w14:textId="77777777" w:rsidR="00080BF0" w:rsidRDefault="00000000">
                  <w:pPr>
                    <w:keepNext/>
                  </w:pPr>
                  <w:r>
                    <w:rPr>
                      <w:b/>
                      <w:color w:val="000000"/>
                    </w:rPr>
                    <w:t>KRITERIJI USPEŠNOSTI</w:t>
                  </w:r>
                </w:p>
              </w:tc>
            </w:tr>
          </w:tbl>
          <w:p w14:paraId="0BE22BC8" w14:textId="77777777" w:rsidR="00080BF0" w:rsidRDefault="00080BF0"/>
          <w:p w14:paraId="7EB64F8D" w14:textId="77777777" w:rsidR="00080BF0" w:rsidRDefault="00000000">
            <w:pPr>
              <w:spacing w:before="20" w:after="20" w:line="245" w:lineRule="auto"/>
            </w:pPr>
            <w:r>
              <w:rPr>
                <w:b/>
                <w:color w:val="000000"/>
                <w:sz w:val="16"/>
              </w:rPr>
              <w:t>Uspešen/-na bom, ko:</w:t>
            </w:r>
          </w:p>
          <w:p w14:paraId="3316C165" w14:textId="77777777" w:rsidR="00080BF0" w:rsidRDefault="00000000">
            <w:pPr>
              <w:pStyle w:val="Oznaenseznam"/>
              <w:spacing w:after="16"/>
            </w:pPr>
            <w:r>
              <w:rPr>
                <w:color w:val="000000"/>
                <w:sz w:val="16"/>
              </w:rPr>
              <w:t>opazujem obliko in namen</w:t>
            </w:r>
          </w:p>
          <w:p w14:paraId="0B060C32" w14:textId="77777777" w:rsidR="00080BF0" w:rsidRDefault="00000000">
            <w:pPr>
              <w:pStyle w:val="Oznaenseznam"/>
              <w:spacing w:after="16"/>
            </w:pPr>
            <w:r>
              <w:rPr>
                <w:color w:val="000000"/>
                <w:sz w:val="16"/>
              </w:rPr>
              <w:t>narišem predmet</w:t>
            </w:r>
          </w:p>
          <w:p w14:paraId="020E9F1A" w14:textId="77777777" w:rsidR="00080BF0" w:rsidRDefault="00000000">
            <w:pPr>
              <w:pStyle w:val="Oznaenseznam"/>
              <w:spacing w:after="16"/>
            </w:pPr>
            <w:r>
              <w:rPr>
                <w:color w:val="000000"/>
                <w:sz w:val="16"/>
              </w:rPr>
              <w:t>povežem predmet z zgodbo</w:t>
            </w:r>
          </w:p>
          <w:p w14:paraId="05FA601F" w14:textId="77777777" w:rsidR="00080BF0" w:rsidRDefault="00000000">
            <w:pPr>
              <w:pStyle w:val="Oznaenseznam"/>
              <w:spacing w:after="16"/>
            </w:pPr>
            <w:r>
              <w:rPr>
                <w:color w:val="000000"/>
                <w:sz w:val="15"/>
              </w:rPr>
              <w:t>varno in namensko uporabim material, zaščitim prostor ter po delu uredim svojo postajo</w:t>
            </w:r>
          </w:p>
          <w:p w14:paraId="7146372A"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2DBF360B" w14:textId="77777777" w:rsidR="00080BF0" w:rsidRDefault="00080BF0"/>
          <w:p w14:paraId="1B890F00"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4114605" w14:textId="77777777" w:rsidR="00080BF0" w:rsidRDefault="00000000">
            <w:pPr>
              <w:spacing w:after="80" w:line="245" w:lineRule="auto"/>
            </w:pPr>
            <w:r>
              <w:rPr>
                <w:color w:val="000000"/>
                <w:sz w:val="16"/>
              </w:rPr>
              <w:t>Pove ali pokaže, kaj že zna opaziti in katero likovno možnost bi najprej preizkusil.</w:t>
            </w:r>
          </w:p>
          <w:p w14:paraId="55B8118C" w14:textId="77777777" w:rsidR="00080BF0" w:rsidRDefault="00000000">
            <w:pPr>
              <w:spacing w:after="100" w:line="245" w:lineRule="auto"/>
            </w:pPr>
            <w:r>
              <w:rPr>
                <w:color w:val="000000"/>
                <w:sz w:val="16"/>
              </w:rPr>
              <w:t>Sodeluje pri razumevanju namena, meril uspešnosti, varne rabe pripomočkov in načina dokazovanja.</w:t>
            </w:r>
          </w:p>
          <w:p w14:paraId="1185F8B6" w14:textId="77777777" w:rsidR="00080BF0" w:rsidRDefault="00000000">
            <w:pPr>
              <w:spacing w:after="20" w:line="245" w:lineRule="auto"/>
            </w:pPr>
            <w:r>
              <w:rPr>
                <w:b/>
                <w:color w:val="D95BC6"/>
                <w:sz w:val="17"/>
              </w:rPr>
              <w:t>DOKAZ O UČENJU</w:t>
            </w:r>
          </w:p>
          <w:p w14:paraId="5BA31138"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1DE283C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178F903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5E5C28F"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659EF3" w14:textId="77777777" w:rsidR="00080BF0" w:rsidRDefault="00000000">
            <w:pPr>
              <w:jc w:val="center"/>
            </w:pPr>
            <w:r>
              <w:rPr>
                <w:b/>
                <w:color w:val="000000"/>
                <w:sz w:val="20"/>
              </w:rPr>
              <w:t>UČNE DEJAVNOSTI, METODE IN FORMATIVNO SPREMLJANJE</w:t>
            </w:r>
          </w:p>
        </w:tc>
      </w:tr>
      <w:tr w:rsidR="00080BF0" w14:paraId="57700D63" w14:textId="77777777">
        <w:trPr>
          <w:tblHeader/>
          <w:jc w:val="center"/>
        </w:trPr>
        <w:tc>
          <w:tcPr>
            <w:tcW w:w="4422" w:type="dxa"/>
            <w:vMerge/>
            <w:tcMar>
              <w:top w:w="70" w:type="dxa"/>
              <w:left w:w="90" w:type="dxa"/>
              <w:bottom w:w="70" w:type="dxa"/>
              <w:right w:w="90" w:type="dxa"/>
            </w:tcMar>
            <w:vAlign w:val="center"/>
          </w:tcPr>
          <w:p w14:paraId="799B7F50" w14:textId="77777777" w:rsidR="00080BF0" w:rsidRDefault="00080BF0"/>
        </w:tc>
        <w:tc>
          <w:tcPr>
            <w:tcW w:w="7087" w:type="dxa"/>
            <w:shd w:val="clear" w:color="auto" w:fill="FFFFFF"/>
            <w:tcMar>
              <w:top w:w="70" w:type="dxa"/>
              <w:left w:w="90" w:type="dxa"/>
              <w:bottom w:w="70" w:type="dxa"/>
              <w:right w:w="90" w:type="dxa"/>
            </w:tcMar>
            <w:vAlign w:val="center"/>
          </w:tcPr>
          <w:p w14:paraId="5D702642"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278981B" w14:textId="77777777" w:rsidR="00080BF0" w:rsidRDefault="00000000">
            <w:pPr>
              <w:jc w:val="center"/>
            </w:pPr>
            <w:r>
              <w:rPr>
                <w:b/>
                <w:color w:val="000000"/>
              </w:rPr>
              <w:t>UČENEC</w:t>
            </w:r>
          </w:p>
        </w:tc>
      </w:tr>
      <w:tr w:rsidR="00080BF0" w14:paraId="1358722A" w14:textId="77777777">
        <w:trPr>
          <w:jc w:val="center"/>
        </w:trPr>
        <w:tc>
          <w:tcPr>
            <w:tcW w:w="4422" w:type="dxa"/>
            <w:tcMar>
              <w:top w:w="70" w:type="dxa"/>
              <w:left w:w="90" w:type="dxa"/>
              <w:bottom w:w="70" w:type="dxa"/>
              <w:right w:w="90" w:type="dxa"/>
            </w:tcMar>
          </w:tcPr>
          <w:p w14:paraId="00BE770B" w14:textId="77777777" w:rsidR="00080BF0" w:rsidRDefault="00080BF0"/>
          <w:p w14:paraId="25E99FF0" w14:textId="77777777" w:rsidR="00080BF0" w:rsidRDefault="00000000">
            <w:pPr>
              <w:spacing w:after="40" w:line="245" w:lineRule="auto"/>
            </w:pPr>
            <w:r>
              <w:rPr>
                <w:b/>
                <w:color w:val="000000"/>
              </w:rPr>
              <w:t>KLJUČNI LIKOVNI POJMI</w:t>
            </w:r>
          </w:p>
          <w:p w14:paraId="0EA983D9"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pika, ravna in kriva črta, sklenjena oblika, podrobnost, razmerje, simbol</w:t>
            </w:r>
          </w:p>
          <w:p w14:paraId="1833C9A7" w14:textId="77777777" w:rsidR="00080BF0" w:rsidRDefault="00000000">
            <w:pPr>
              <w:spacing w:after="20" w:line="245" w:lineRule="auto"/>
            </w:pPr>
            <w:r>
              <w:rPr>
                <w:b/>
                <w:color w:val="000000"/>
                <w:sz w:val="17"/>
              </w:rPr>
              <w:t>DOKAZI O UČENJU</w:t>
            </w:r>
          </w:p>
          <w:p w14:paraId="15CBD523" w14:textId="77777777" w:rsidR="00080BF0" w:rsidRDefault="00000000">
            <w:pPr>
              <w:pStyle w:val="Oznaenseznam"/>
              <w:spacing w:after="9"/>
            </w:pPr>
            <w:r>
              <w:rPr>
                <w:color w:val="000000"/>
                <w:sz w:val="15"/>
              </w:rPr>
              <w:t>list materialnih poskusov, skica/načrt, učenčeva razlaga in učiteljev zapis o varni rabi pripomočkov.</w:t>
            </w:r>
          </w:p>
          <w:p w14:paraId="47BC6A28" w14:textId="77777777" w:rsidR="00080BF0" w:rsidRDefault="00000000">
            <w:pPr>
              <w:pStyle w:val="Oznaenseznam"/>
              <w:spacing w:after="9"/>
            </w:pPr>
            <w:r>
              <w:rPr>
                <w:color w:val="000000"/>
                <w:sz w:val="15"/>
              </w:rPr>
              <w:t>likovni proces in izdelek, fotografija faze, učenčeva razlaga ter samovrednotenje v mapi.</w:t>
            </w:r>
          </w:p>
          <w:p w14:paraId="224158D6" w14:textId="77777777" w:rsidR="00080BF0" w:rsidRDefault="00000000">
            <w:pPr>
              <w:spacing w:before="40" w:after="20" w:line="245" w:lineRule="auto"/>
            </w:pPr>
            <w:r>
              <w:rPr>
                <w:b/>
                <w:color w:val="000000"/>
                <w:sz w:val="17"/>
              </w:rPr>
              <w:t>LIKOVNO DOŽIVETJE IN IZKUŠENJSKI POUK</w:t>
            </w:r>
          </w:p>
          <w:p w14:paraId="3FF9D2DF"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6E1B99A3" w14:textId="77777777" w:rsidR="00080BF0" w:rsidRDefault="00000000">
            <w:pPr>
              <w:spacing w:after="20" w:line="245" w:lineRule="auto"/>
            </w:pPr>
            <w:r>
              <w:rPr>
                <w:b/>
                <w:color w:val="000000"/>
                <w:sz w:val="17"/>
              </w:rPr>
              <w:t>POUČEVANJE V GIBANJU</w:t>
            </w:r>
          </w:p>
          <w:p w14:paraId="33E2003F"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00303873" w14:textId="77777777" w:rsidR="00080BF0" w:rsidRDefault="00000000">
            <w:pPr>
              <w:spacing w:after="20" w:line="245" w:lineRule="auto"/>
            </w:pPr>
            <w:r>
              <w:rPr>
                <w:b/>
                <w:color w:val="000000"/>
                <w:sz w:val="17"/>
              </w:rPr>
              <w:t>DELO PO POSTAJAH</w:t>
            </w:r>
          </w:p>
          <w:p w14:paraId="54F232CC"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6A939D97" w14:textId="77777777" w:rsidR="00080BF0" w:rsidRDefault="00000000">
            <w:pPr>
              <w:spacing w:after="9" w:line="245" w:lineRule="auto"/>
            </w:pPr>
            <w:r>
              <w:rPr>
                <w:color w:val="000000"/>
                <w:sz w:val="14"/>
              </w:rPr>
              <w:t>1. Opazovalna: predmet, obraz, figuro ali motiv opazujem z okvirjem ter poiščem tri pomembne črte, oblike ali podrobnosti.</w:t>
            </w:r>
          </w:p>
          <w:p w14:paraId="3C119E25" w14:textId="77777777" w:rsidR="00080BF0" w:rsidRDefault="00000000">
            <w:pPr>
              <w:spacing w:after="9" w:line="245" w:lineRule="auto"/>
            </w:pPr>
            <w:r>
              <w:rPr>
                <w:color w:val="000000"/>
                <w:sz w:val="14"/>
              </w:rPr>
              <w:t>2. Risarski laboratorij: na poskusnem listu primerjam sledi različnih risal, pritisk, smer in gostoto črt.</w:t>
            </w:r>
          </w:p>
          <w:p w14:paraId="0AECC7B0" w14:textId="77777777" w:rsidR="00080BF0" w:rsidRDefault="00000000">
            <w:pPr>
              <w:spacing w:after="9" w:line="245" w:lineRule="auto"/>
            </w:pPr>
            <w:r>
              <w:rPr>
                <w:color w:val="000000"/>
                <w:sz w:val="14"/>
              </w:rPr>
              <w:t>3. Gibalna črta: z vrvjo, korakom, roko ali celim telesom oblikujem ravno, krivo, sklenjeno in nesklenjeno pot.</w:t>
            </w:r>
          </w:p>
          <w:p w14:paraId="38B56109" w14:textId="77777777" w:rsidR="00080BF0" w:rsidRDefault="00000000">
            <w:pPr>
              <w:spacing w:after="9" w:line="245" w:lineRule="auto"/>
            </w:pPr>
            <w:r>
              <w:rPr>
                <w:color w:val="000000"/>
                <w:sz w:val="14"/>
              </w:rPr>
              <w:t>4. Ustvarjalno-refleksivna: izdelam osebno rešitev, izberem dokaz, ga pojasnim in po odzivu izboljšam.</w:t>
            </w:r>
          </w:p>
          <w:p w14:paraId="215875A8" w14:textId="77777777" w:rsidR="00080BF0" w:rsidRDefault="00000000">
            <w:pPr>
              <w:spacing w:after="20" w:line="245" w:lineRule="auto"/>
            </w:pPr>
            <w:r>
              <w:rPr>
                <w:b/>
                <w:color w:val="000000"/>
                <w:sz w:val="17"/>
              </w:rPr>
              <w:t>DIFERENCIACIJA IN VKLJUČEVANJE</w:t>
            </w:r>
          </w:p>
          <w:p w14:paraId="59A66A46"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6047DAC4" w14:textId="77777777" w:rsidR="00080BF0" w:rsidRDefault="00000000">
            <w:pPr>
              <w:spacing w:after="20" w:line="245" w:lineRule="auto"/>
            </w:pPr>
            <w:r>
              <w:rPr>
                <w:b/>
                <w:color w:val="000000"/>
                <w:sz w:val="17"/>
              </w:rPr>
              <w:t>SPREMLJANJE</w:t>
            </w:r>
          </w:p>
          <w:p w14:paraId="3FA07B27"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0AA15ADE"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B184668" w14:textId="77777777">
              <w:trPr>
                <w:jc w:val="center"/>
              </w:trPr>
              <w:tc>
                <w:tcPr>
                  <w:tcW w:w="7087" w:type="dxa"/>
                  <w:shd w:val="clear" w:color="auto" w:fill="C6E7F3"/>
                  <w:tcMar>
                    <w:top w:w="45" w:type="dxa"/>
                    <w:left w:w="70" w:type="dxa"/>
                    <w:bottom w:w="45" w:type="dxa"/>
                    <w:right w:w="70" w:type="dxa"/>
                  </w:tcMar>
                </w:tcPr>
                <w:p w14:paraId="6B27A600" w14:textId="77777777" w:rsidR="00080BF0" w:rsidRDefault="00000000">
                  <w:pPr>
                    <w:keepNext/>
                  </w:pPr>
                  <w:r>
                    <w:rPr>
                      <w:b/>
                      <w:color w:val="000000"/>
                      <w:sz w:val="17"/>
                    </w:rPr>
                    <w:t>GLAVNI DEL – OPAZOVANJE, MATERIALNI PREIZKUS, USTVARJANJE IN GALERIJA (2 šolski uri)</w:t>
                  </w:r>
                </w:p>
              </w:tc>
            </w:tr>
          </w:tbl>
          <w:p w14:paraId="1D520017" w14:textId="77777777" w:rsidR="00080BF0" w:rsidRDefault="00080BF0">
            <w:pPr>
              <w:spacing w:line="20" w:lineRule="exact"/>
            </w:pPr>
          </w:p>
          <w:p w14:paraId="6DDA3304" w14:textId="77777777" w:rsidR="00080BF0" w:rsidRDefault="00000000">
            <w:pPr>
              <w:keepNext/>
              <w:spacing w:before="22" w:after="8" w:line="245" w:lineRule="auto"/>
            </w:pPr>
            <w:r>
              <w:rPr>
                <w:b/>
                <w:color w:val="000000"/>
                <w:sz w:val="16"/>
              </w:rPr>
              <w:t>1. URA – Star predmet – Opazujem, preizkušam, načrtujem</w:t>
            </w:r>
          </w:p>
          <w:p w14:paraId="66E4174A"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»STAR PREDMET«.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575E4F05"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580A4430"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1CE6C952" w14:textId="77777777" w:rsidR="00080BF0" w:rsidRDefault="00000000">
            <w:pPr>
              <w:keepNext/>
              <w:spacing w:before="22" w:after="8" w:line="245" w:lineRule="auto"/>
            </w:pPr>
            <w:r>
              <w:rPr>
                <w:b/>
                <w:color w:val="000000"/>
                <w:sz w:val="16"/>
              </w:rPr>
              <w:t>2. URA – Star predmet – Ustvarjam, predstavim, izboljšam</w:t>
            </w:r>
          </w:p>
          <w:p w14:paraId="5CC60722"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»STAR PREDMET«; postavlja vprašanja o nameri, nudi tehnično oporo in omogoči izboljšavo. Zaključek 10': 10' – Izvede tiho galerijo; modelira odziv »Opazim … / Učinkuje … / Lahko poskusiš …« ter vodi pospravljanje.</w:t>
            </w:r>
          </w:p>
          <w:p w14:paraId="340C93F8"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61956B28"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023C3334" w14:textId="77777777">
              <w:trPr>
                <w:jc w:val="center"/>
              </w:trPr>
              <w:tc>
                <w:tcPr>
                  <w:tcW w:w="7087" w:type="dxa"/>
                  <w:shd w:val="clear" w:color="auto" w:fill="EDC9EA"/>
                  <w:tcMar>
                    <w:top w:w="45" w:type="dxa"/>
                    <w:left w:w="70" w:type="dxa"/>
                    <w:bottom w:w="45" w:type="dxa"/>
                    <w:right w:w="70" w:type="dxa"/>
                  </w:tcMar>
                </w:tcPr>
                <w:p w14:paraId="3C3CC41C" w14:textId="77777777" w:rsidR="00080BF0" w:rsidRDefault="00000000">
                  <w:pPr>
                    <w:keepNext/>
                  </w:pPr>
                  <w:r>
                    <w:rPr>
                      <w:b/>
                      <w:color w:val="000000"/>
                      <w:sz w:val="17"/>
                    </w:rPr>
                    <w:t>ORGANIZACIJA POSTAJ IN PREHODOV</w:t>
                  </w:r>
                </w:p>
              </w:tc>
            </w:tr>
          </w:tbl>
          <w:p w14:paraId="5A84FAE0" w14:textId="77777777" w:rsidR="00080BF0" w:rsidRDefault="00080BF0"/>
          <w:p w14:paraId="3A994AEE" w14:textId="77777777" w:rsidR="00080BF0" w:rsidRDefault="00000000">
            <w:pPr>
              <w:spacing w:before="8" w:after="8" w:line="245" w:lineRule="auto"/>
            </w:pPr>
            <w:r>
              <w:rPr>
                <w:color w:val="000000"/>
                <w:sz w:val="14"/>
              </w:rPr>
              <w:t>Postaja 1: Opazovalna: predmet, obraz, figuro ali motiv opazujem z okvirjem ter poiščem tri pomembne črte, oblike ali podrobnosti.</w:t>
            </w:r>
          </w:p>
          <w:p w14:paraId="25DC57FE" w14:textId="77777777" w:rsidR="00080BF0" w:rsidRDefault="00000000">
            <w:pPr>
              <w:spacing w:before="8" w:after="8" w:line="245" w:lineRule="auto"/>
            </w:pPr>
            <w:r>
              <w:rPr>
                <w:color w:val="000000"/>
                <w:sz w:val="14"/>
              </w:rPr>
              <w:t>Postaja 2: Risarski laboratorij: na poskusnem listu primerjam sledi različnih risal, pritisk, smer in gostoto črt.</w:t>
            </w:r>
          </w:p>
          <w:p w14:paraId="11286259" w14:textId="77777777" w:rsidR="00080BF0" w:rsidRDefault="00000000">
            <w:pPr>
              <w:spacing w:before="8" w:after="8" w:line="245" w:lineRule="auto"/>
            </w:pPr>
            <w:r>
              <w:rPr>
                <w:color w:val="000000"/>
                <w:sz w:val="14"/>
              </w:rPr>
              <w:t>Postaja 3: Gibalna črta: z vrvjo, korakom, roko ali celim telesom oblikujem ravno, krivo, sklenjeno in nesklenjeno pot.</w:t>
            </w:r>
          </w:p>
          <w:p w14:paraId="5551B737" w14:textId="77777777" w:rsidR="00080BF0" w:rsidRDefault="00000000">
            <w:pPr>
              <w:spacing w:before="8" w:after="8" w:line="245" w:lineRule="auto"/>
            </w:pPr>
            <w:r>
              <w:rPr>
                <w:color w:val="000000"/>
                <w:sz w:val="14"/>
              </w:rPr>
              <w:t>Postaja 4: Ustvarjalno-refleksivna: izdelam osebno rešitev, izberem dokaz, ga pojasnim in po odzivu izboljšam.</w:t>
            </w:r>
          </w:p>
          <w:p w14:paraId="3AEE8C60"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6C8C1F15" w14:textId="77777777" w:rsidR="00080BF0" w:rsidRDefault="00080BF0"/>
          <w:p w14:paraId="56914B29" w14:textId="77777777" w:rsidR="00080BF0" w:rsidRDefault="00000000">
            <w:pPr>
              <w:spacing w:after="6" w:line="245" w:lineRule="auto"/>
            </w:pPr>
            <w:r>
              <w:rPr>
                <w:b/>
                <w:color w:val="000000"/>
                <w:sz w:val="15"/>
              </w:rPr>
              <w:t>1. URA – Star predmet – Opazujem, preizkušam, načrtujem</w:t>
            </w:r>
          </w:p>
          <w:p w14:paraId="1EFD3857"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73673047" w14:textId="77777777" w:rsidR="00080BF0" w:rsidRDefault="00000000">
            <w:pPr>
              <w:spacing w:after="20" w:line="245" w:lineRule="auto"/>
            </w:pPr>
            <w:r>
              <w:rPr>
                <w:color w:val="D95BC6"/>
                <w:sz w:val="14"/>
              </w:rPr>
              <w:t>Dokaz: list materialnih poskusov, skica/načrt, učenčeva razlaga in učiteljev zapis o varni rabi.</w:t>
            </w:r>
          </w:p>
          <w:p w14:paraId="58B4095B" w14:textId="77777777" w:rsidR="00080BF0" w:rsidRDefault="00000000">
            <w:pPr>
              <w:spacing w:after="6" w:line="245" w:lineRule="auto"/>
            </w:pPr>
            <w:r>
              <w:rPr>
                <w:b/>
                <w:color w:val="000000"/>
                <w:sz w:val="15"/>
              </w:rPr>
              <w:t>2. URA – Star predmet – Ustvarjam, predstavim, izboljšam</w:t>
            </w:r>
          </w:p>
          <w:p w14:paraId="0DD7C1C0"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2930A67D" w14:textId="77777777" w:rsidR="00080BF0" w:rsidRDefault="00000000">
            <w:pPr>
              <w:spacing w:after="20" w:line="245" w:lineRule="auto"/>
            </w:pPr>
            <w:r>
              <w:rPr>
                <w:color w:val="D95BC6"/>
                <w:sz w:val="14"/>
              </w:rPr>
              <w:t>Dokaz: likovni proces in izdelek, fotografija faze, učenčeva razlaga ter samovrednotenje v mapi.</w:t>
            </w:r>
          </w:p>
          <w:p w14:paraId="4A6FC4AE" w14:textId="77777777" w:rsidR="00080BF0" w:rsidRDefault="00000000">
            <w:pPr>
              <w:spacing w:before="40" w:after="20" w:line="245" w:lineRule="auto"/>
            </w:pPr>
            <w:r>
              <w:rPr>
                <w:b/>
                <w:color w:val="D95BC6"/>
                <w:sz w:val="16"/>
              </w:rPr>
              <w:t>MOJ KROG POSTAJ</w:t>
            </w:r>
          </w:p>
          <w:p w14:paraId="3CD914B0" w14:textId="77777777" w:rsidR="00080BF0" w:rsidRDefault="00000000">
            <w:pPr>
              <w:spacing w:after="11" w:line="245" w:lineRule="auto"/>
            </w:pPr>
            <w:r>
              <w:rPr>
                <w:color w:val="000000"/>
                <w:sz w:val="13"/>
              </w:rPr>
              <w:t>1. Opazovalna: predmet, obraz, figuro ali motiv opazujem z okvirjem ter poiščem tri pomembne.</w:t>
            </w:r>
          </w:p>
          <w:p w14:paraId="6EFB76BB" w14:textId="77777777" w:rsidR="00080BF0" w:rsidRDefault="00000000">
            <w:pPr>
              <w:spacing w:after="11" w:line="245" w:lineRule="auto"/>
            </w:pPr>
            <w:r>
              <w:rPr>
                <w:color w:val="000000"/>
                <w:sz w:val="13"/>
              </w:rPr>
              <w:t>2. Risarski laboratorij: na poskusnem listu primerjam sledi različnih risal, pritisk.</w:t>
            </w:r>
          </w:p>
          <w:p w14:paraId="4006D91F" w14:textId="77777777" w:rsidR="00080BF0" w:rsidRDefault="00000000">
            <w:pPr>
              <w:spacing w:after="11" w:line="245" w:lineRule="auto"/>
            </w:pPr>
            <w:r>
              <w:rPr>
                <w:color w:val="000000"/>
                <w:sz w:val="13"/>
              </w:rPr>
              <w:t>3. Gibalna črta: z vrvjo, korakom, roko ali celim telesom oblikujem ravno, krivo.</w:t>
            </w:r>
          </w:p>
          <w:p w14:paraId="61C45765" w14:textId="77777777" w:rsidR="00080BF0" w:rsidRDefault="00000000">
            <w:pPr>
              <w:spacing w:after="11" w:line="245" w:lineRule="auto"/>
            </w:pPr>
            <w:r>
              <w:rPr>
                <w:color w:val="000000"/>
                <w:sz w:val="13"/>
              </w:rPr>
              <w:t>4. Ustvarjalno-refleksivna: izdelam osebno rešitev, izberem dokaz.</w:t>
            </w:r>
          </w:p>
          <w:p w14:paraId="4459B56D"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4091FA7A" w14:textId="77777777" w:rsidR="00080BF0" w:rsidRDefault="00000000">
            <w:pPr>
              <w:spacing w:after="20" w:line="245" w:lineRule="auto"/>
            </w:pPr>
            <w:r>
              <w:rPr>
                <w:b/>
                <w:color w:val="D95BC6"/>
                <w:sz w:val="17"/>
              </w:rPr>
              <w:t>DOKAZ O UČENJU</w:t>
            </w:r>
          </w:p>
          <w:p w14:paraId="3B42F908"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432068F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47B17E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D676595"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2B0D229" w14:textId="77777777" w:rsidR="00080BF0" w:rsidRDefault="00000000">
            <w:pPr>
              <w:jc w:val="center"/>
            </w:pPr>
            <w:r>
              <w:rPr>
                <w:b/>
                <w:color w:val="000000"/>
                <w:sz w:val="20"/>
              </w:rPr>
              <w:t>UČNE DEJAVNOSTI, METODE IN FORMATIVNO SPREMLJANJE</w:t>
            </w:r>
          </w:p>
        </w:tc>
      </w:tr>
      <w:tr w:rsidR="00080BF0" w14:paraId="3719CF99" w14:textId="77777777">
        <w:trPr>
          <w:tblHeader/>
          <w:jc w:val="center"/>
        </w:trPr>
        <w:tc>
          <w:tcPr>
            <w:tcW w:w="4422" w:type="dxa"/>
            <w:vMerge/>
            <w:tcMar>
              <w:top w:w="70" w:type="dxa"/>
              <w:left w:w="90" w:type="dxa"/>
              <w:bottom w:w="70" w:type="dxa"/>
              <w:right w:w="90" w:type="dxa"/>
            </w:tcMar>
            <w:vAlign w:val="center"/>
          </w:tcPr>
          <w:p w14:paraId="214FFA4B" w14:textId="77777777" w:rsidR="00080BF0" w:rsidRDefault="00080BF0"/>
        </w:tc>
        <w:tc>
          <w:tcPr>
            <w:tcW w:w="7087" w:type="dxa"/>
            <w:shd w:val="clear" w:color="auto" w:fill="FFFFFF"/>
            <w:tcMar>
              <w:top w:w="70" w:type="dxa"/>
              <w:left w:w="90" w:type="dxa"/>
              <w:bottom w:w="70" w:type="dxa"/>
              <w:right w:w="90" w:type="dxa"/>
            </w:tcMar>
            <w:vAlign w:val="center"/>
          </w:tcPr>
          <w:p w14:paraId="1441C3C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A004312" w14:textId="77777777" w:rsidR="00080BF0" w:rsidRDefault="00000000">
            <w:pPr>
              <w:jc w:val="center"/>
            </w:pPr>
            <w:r>
              <w:rPr>
                <w:b/>
                <w:color w:val="000000"/>
              </w:rPr>
              <w:t>UČENEC</w:t>
            </w:r>
          </w:p>
        </w:tc>
      </w:tr>
      <w:tr w:rsidR="00080BF0" w14:paraId="3E0AD6A5" w14:textId="77777777">
        <w:trPr>
          <w:jc w:val="center"/>
        </w:trPr>
        <w:tc>
          <w:tcPr>
            <w:tcW w:w="4422" w:type="dxa"/>
            <w:tcMar>
              <w:top w:w="70" w:type="dxa"/>
              <w:left w:w="90" w:type="dxa"/>
              <w:bottom w:w="70" w:type="dxa"/>
              <w:right w:w="90" w:type="dxa"/>
            </w:tcMar>
          </w:tcPr>
          <w:p w14:paraId="743DF40D" w14:textId="77777777" w:rsidR="00080BF0" w:rsidRDefault="00080BF0"/>
          <w:p w14:paraId="07C87DE7" w14:textId="77777777" w:rsidR="00080BF0" w:rsidRDefault="00000000">
            <w:pPr>
              <w:spacing w:after="40" w:line="245" w:lineRule="auto"/>
            </w:pPr>
            <w:r>
              <w:rPr>
                <w:b/>
                <w:color w:val="000000"/>
              </w:rPr>
              <w:t>FORMATIVNO SPREMLJANJE</w:t>
            </w:r>
          </w:p>
          <w:p w14:paraId="3192BF0A" w14:textId="77777777" w:rsidR="00080BF0" w:rsidRDefault="00000000">
            <w:pPr>
              <w:pStyle w:val="Oznaenseznam"/>
              <w:spacing w:after="16"/>
            </w:pPr>
            <w:r>
              <w:rPr>
                <w:color w:val="000000"/>
                <w:sz w:val="15"/>
              </w:rPr>
              <w:t>predznanje: opažanje, gibalna ponazoritev, izbira kartice, razvrstitev materialov, poskusna sled ali skica</w:t>
            </w:r>
          </w:p>
          <w:p w14:paraId="65B7BE58"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550E1C65"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19643426" w14:textId="77777777" w:rsidR="00080BF0" w:rsidRDefault="00000000">
            <w:pPr>
              <w:pStyle w:val="Oznaenseznam"/>
              <w:spacing w:after="16"/>
            </w:pPr>
            <w:r>
              <w:rPr>
                <w:color w:val="000000"/>
                <w:sz w:val="15"/>
              </w:rPr>
              <w:t>povratna informacija: opis vidne likovne odločitve, povezava z enim merilom in izvedljiv naslednji korak</w:t>
            </w:r>
          </w:p>
          <w:p w14:paraId="34314709" w14:textId="77777777" w:rsidR="00080BF0" w:rsidRDefault="00000000">
            <w:pPr>
              <w:pStyle w:val="Oznaenseznam"/>
              <w:spacing w:after="16"/>
            </w:pPr>
            <w:r>
              <w:rPr>
                <w:color w:val="000000"/>
                <w:sz w:val="15"/>
              </w:rPr>
              <w:t>samovrednotenje: likovni semafor, lestvica samostojnosti, izbran dokaz, galerijski odziv in izboljšava</w:t>
            </w:r>
          </w:p>
          <w:p w14:paraId="617EE4B5" w14:textId="77777777" w:rsidR="00080BF0" w:rsidRDefault="00000000">
            <w:pPr>
              <w:spacing w:before="40" w:after="20" w:line="245" w:lineRule="auto"/>
            </w:pPr>
            <w:r>
              <w:rPr>
                <w:b/>
                <w:color w:val="000000"/>
                <w:sz w:val="17"/>
              </w:rPr>
              <w:t>VARNOST, HIGIENA IN UREDITEV PROSTORA</w:t>
            </w:r>
          </w:p>
          <w:p w14:paraId="5C18D5AF"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Pri delu na velikem formatu so razdalje označene, pripomočki pa odloženi v skupno posodico.</w:t>
            </w:r>
          </w:p>
          <w:p w14:paraId="3FCA83EC" w14:textId="77777777" w:rsidR="00080BF0" w:rsidRDefault="00000000">
            <w:pPr>
              <w:spacing w:after="20" w:line="245" w:lineRule="auto"/>
            </w:pPr>
            <w:r>
              <w:rPr>
                <w:b/>
                <w:color w:val="000000"/>
                <w:sz w:val="17"/>
              </w:rPr>
              <w:t>EVIDENCA PO IZVEDBI</w:t>
            </w:r>
          </w:p>
          <w:p w14:paraId="5733DD68"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7BC1D577" w14:textId="77777777" w:rsidR="00080BF0" w:rsidRDefault="00000000">
            <w:pPr>
              <w:spacing w:before="40" w:after="20" w:line="245" w:lineRule="auto"/>
            </w:pPr>
            <w:r>
              <w:rPr>
                <w:b/>
                <w:color w:val="000000"/>
                <w:sz w:val="17"/>
              </w:rPr>
              <w:t>RAVEN DOSEGANJA</w:t>
            </w:r>
          </w:p>
          <w:p w14:paraId="56272BA4"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37C224B2"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C4E5076" w14:textId="77777777">
              <w:trPr>
                <w:jc w:val="center"/>
              </w:trPr>
              <w:tc>
                <w:tcPr>
                  <w:tcW w:w="7087" w:type="dxa"/>
                  <w:shd w:val="clear" w:color="auto" w:fill="EDC9EA"/>
                  <w:tcMar>
                    <w:top w:w="45" w:type="dxa"/>
                    <w:left w:w="70" w:type="dxa"/>
                    <w:bottom w:w="45" w:type="dxa"/>
                    <w:right w:w="70" w:type="dxa"/>
                  </w:tcMar>
                </w:tcPr>
                <w:p w14:paraId="2E068CA5" w14:textId="77777777" w:rsidR="00080BF0" w:rsidRDefault="00000000">
                  <w:pPr>
                    <w:keepNext/>
                  </w:pPr>
                  <w:r>
                    <w:rPr>
                      <w:b/>
                      <w:color w:val="000000"/>
                    </w:rPr>
                    <w:t>VPRAŠANJA V PODPORO LIKOVNEMU UČENJU</w:t>
                  </w:r>
                </w:p>
              </w:tc>
            </w:tr>
          </w:tbl>
          <w:p w14:paraId="73719362" w14:textId="77777777" w:rsidR="00080BF0" w:rsidRDefault="00080BF0">
            <w:pPr>
              <w:spacing w:line="20" w:lineRule="exact"/>
            </w:pPr>
          </w:p>
          <w:p w14:paraId="6730129B" w14:textId="77777777" w:rsidR="00080BF0" w:rsidRDefault="00000000">
            <w:pPr>
              <w:pStyle w:val="Oznaenseznam"/>
              <w:spacing w:after="16"/>
            </w:pPr>
            <w:r>
              <w:rPr>
                <w:color w:val="000000"/>
                <w:sz w:val="16"/>
              </w:rPr>
              <w:t>Kaj si najprej opazil/-a in katera likovna prvina je zate najpomembnejša?</w:t>
            </w:r>
          </w:p>
          <w:p w14:paraId="3A46B5D3" w14:textId="77777777" w:rsidR="00080BF0" w:rsidRDefault="00000000">
            <w:pPr>
              <w:pStyle w:val="Oznaenseznam"/>
              <w:spacing w:after="16"/>
            </w:pPr>
            <w:r>
              <w:rPr>
                <w:color w:val="000000"/>
                <w:sz w:val="16"/>
              </w:rPr>
              <w:t>Kako je material ali postopek vplival na črto, barvo, obliko, površino, prostor oziroma delovanje izdelka?</w:t>
            </w:r>
          </w:p>
          <w:p w14:paraId="45BA409C" w14:textId="77777777" w:rsidR="00080BF0" w:rsidRDefault="00000000">
            <w:pPr>
              <w:pStyle w:val="Oznaenseznam"/>
              <w:spacing w:after="16"/>
            </w:pPr>
            <w:r>
              <w:rPr>
                <w:color w:val="000000"/>
                <w:sz w:val="16"/>
              </w:rPr>
              <w:t>Katero možnost si preizkusil/-a, zakaj si jo izbral/-a in kaj si ob poskusu spremenil/-a?</w:t>
            </w:r>
          </w:p>
          <w:p w14:paraId="154D7C2A" w14:textId="77777777" w:rsidR="00080BF0" w:rsidRDefault="00000000">
            <w:pPr>
              <w:pStyle w:val="Oznaenseznam"/>
              <w:spacing w:after="16"/>
            </w:pPr>
            <w:r>
              <w:rPr>
                <w:color w:val="000000"/>
                <w:sz w:val="16"/>
              </w:rPr>
              <w:t>Kateri del tvojega procesa ali izdelka najjasneje pokaže dogovorjeno merilo?</w:t>
            </w:r>
          </w:p>
          <w:p w14:paraId="58A1026A"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2EEEDC9F" w14:textId="77777777">
              <w:trPr>
                <w:jc w:val="center"/>
              </w:trPr>
              <w:tc>
                <w:tcPr>
                  <w:tcW w:w="7087" w:type="dxa"/>
                  <w:shd w:val="clear" w:color="auto" w:fill="C6E7F3"/>
                  <w:tcMar>
                    <w:top w:w="45" w:type="dxa"/>
                    <w:left w:w="70" w:type="dxa"/>
                    <w:bottom w:w="45" w:type="dxa"/>
                    <w:right w:w="70" w:type="dxa"/>
                  </w:tcMar>
                </w:tcPr>
                <w:p w14:paraId="33E68E53" w14:textId="77777777" w:rsidR="00080BF0" w:rsidRDefault="00000000">
                  <w:pPr>
                    <w:keepNext/>
                  </w:pPr>
                  <w:r>
                    <w:rPr>
                      <w:b/>
                      <w:color w:val="000000"/>
                    </w:rPr>
                    <w:t>ZAKLJUČNI DEL – TIHA GALERIJA, RAZLAGA IN REFLEKSIJA (8–12 min)</w:t>
                  </w:r>
                </w:p>
              </w:tc>
            </w:tr>
          </w:tbl>
          <w:p w14:paraId="1C928AC4" w14:textId="77777777" w:rsidR="00080BF0" w:rsidRDefault="00080BF0">
            <w:pPr>
              <w:spacing w:line="20" w:lineRule="exact"/>
            </w:pPr>
          </w:p>
          <w:p w14:paraId="3CE25439"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31F28376" w14:textId="77777777">
              <w:trPr>
                <w:jc w:val="center"/>
              </w:trPr>
              <w:tc>
                <w:tcPr>
                  <w:tcW w:w="7087" w:type="dxa"/>
                  <w:shd w:val="clear" w:color="auto" w:fill="EDC9EA"/>
                  <w:tcMar>
                    <w:top w:w="45" w:type="dxa"/>
                    <w:left w:w="70" w:type="dxa"/>
                    <w:bottom w:w="45" w:type="dxa"/>
                    <w:right w:w="70" w:type="dxa"/>
                  </w:tcMar>
                </w:tcPr>
                <w:p w14:paraId="51C5F270" w14:textId="77777777" w:rsidR="00080BF0" w:rsidRDefault="00000000">
                  <w:pPr>
                    <w:keepNext/>
                  </w:pPr>
                  <w:r>
                    <w:rPr>
                      <w:b/>
                      <w:color w:val="000000"/>
                    </w:rPr>
                    <w:t>SAMOVREDNOTENJE</w:t>
                  </w:r>
                </w:p>
              </w:tc>
            </w:tr>
          </w:tbl>
          <w:p w14:paraId="3FAA185D" w14:textId="77777777" w:rsidR="00080BF0" w:rsidRDefault="00080BF0">
            <w:pPr>
              <w:spacing w:line="20" w:lineRule="exact"/>
            </w:pPr>
          </w:p>
          <w:p w14:paraId="7B758119"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583D8E57" w14:textId="77777777">
              <w:trPr>
                <w:jc w:val="center"/>
              </w:trPr>
              <w:tc>
                <w:tcPr>
                  <w:tcW w:w="7087" w:type="dxa"/>
                  <w:shd w:val="clear" w:color="auto" w:fill="EDC9EA"/>
                  <w:tcMar>
                    <w:top w:w="45" w:type="dxa"/>
                    <w:left w:w="70" w:type="dxa"/>
                    <w:bottom w:w="45" w:type="dxa"/>
                    <w:right w:w="70" w:type="dxa"/>
                  </w:tcMar>
                </w:tcPr>
                <w:p w14:paraId="65E689B3" w14:textId="77777777" w:rsidR="00080BF0" w:rsidRDefault="00000000">
                  <w:pPr>
                    <w:keepNext/>
                  </w:pPr>
                  <w:r>
                    <w:rPr>
                      <w:b/>
                      <w:color w:val="000000"/>
                    </w:rPr>
                    <w:t>VRSTNIŠKO VREDNOTENJE</w:t>
                  </w:r>
                </w:p>
              </w:tc>
            </w:tr>
          </w:tbl>
          <w:p w14:paraId="4C8A722D" w14:textId="77777777" w:rsidR="00080BF0" w:rsidRDefault="00080BF0">
            <w:pPr>
              <w:spacing w:line="20" w:lineRule="exact"/>
            </w:pPr>
          </w:p>
          <w:p w14:paraId="764B08A1"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34CE4729" w14:textId="77777777">
              <w:trPr>
                <w:jc w:val="center"/>
              </w:trPr>
              <w:tc>
                <w:tcPr>
                  <w:tcW w:w="7087" w:type="dxa"/>
                  <w:shd w:val="clear" w:color="auto" w:fill="EDC9EA"/>
                  <w:tcMar>
                    <w:top w:w="45" w:type="dxa"/>
                    <w:left w:w="70" w:type="dxa"/>
                    <w:bottom w:w="45" w:type="dxa"/>
                    <w:right w:w="70" w:type="dxa"/>
                  </w:tcMar>
                </w:tcPr>
                <w:p w14:paraId="3796F1FD" w14:textId="77777777" w:rsidR="00080BF0" w:rsidRDefault="00000000">
                  <w:pPr>
                    <w:keepNext/>
                  </w:pPr>
                  <w:r>
                    <w:rPr>
                      <w:b/>
                      <w:color w:val="000000"/>
                    </w:rPr>
                    <w:t>SKUPNI POVZETEK</w:t>
                  </w:r>
                </w:p>
              </w:tc>
            </w:tr>
          </w:tbl>
          <w:p w14:paraId="688CB7F9" w14:textId="77777777" w:rsidR="00080BF0" w:rsidRDefault="00080BF0"/>
          <w:p w14:paraId="797AC19E" w14:textId="77777777" w:rsidR="00080BF0" w:rsidRDefault="00000000">
            <w:pPr>
              <w:spacing w:before="20" w:after="40" w:line="245" w:lineRule="auto"/>
            </w:pPr>
            <w:r>
              <w:rPr>
                <w:b/>
                <w:color w:val="000000"/>
                <w:sz w:val="16"/>
              </w:rPr>
              <w:t>opazujem obliko in namen; narišem predmet; povežem predmet z zgodbo. Izbrani dokaz pojasnim in po povratni informaciji izboljšam.</w:t>
            </w:r>
          </w:p>
        </w:tc>
        <w:tc>
          <w:tcPr>
            <w:tcW w:w="2551" w:type="dxa"/>
            <w:tcMar>
              <w:top w:w="70" w:type="dxa"/>
              <w:left w:w="90" w:type="dxa"/>
              <w:bottom w:w="70" w:type="dxa"/>
              <w:right w:w="90" w:type="dxa"/>
            </w:tcMar>
          </w:tcPr>
          <w:p w14:paraId="7562B565" w14:textId="77777777" w:rsidR="00080BF0" w:rsidRDefault="00080BF0"/>
          <w:p w14:paraId="66D5CC37" w14:textId="77777777" w:rsidR="00080BF0" w:rsidRDefault="00000000">
            <w:pPr>
              <w:spacing w:after="80" w:line="245" w:lineRule="auto"/>
            </w:pPr>
            <w:r>
              <w:rPr>
                <w:color w:val="000000"/>
                <w:sz w:val="15"/>
              </w:rPr>
              <w:t>Odgovarja na podporna vprašanja in se sklicuje na opaženo, preizkušeno, ustvarjeno ali razstavljeno.</w:t>
            </w:r>
          </w:p>
          <w:p w14:paraId="330842CE" w14:textId="77777777" w:rsidR="00080BF0" w:rsidRDefault="00000000">
            <w:pPr>
              <w:spacing w:after="80" w:line="245" w:lineRule="auto"/>
            </w:pPr>
            <w:r>
              <w:rPr>
                <w:color w:val="000000"/>
                <w:sz w:val="15"/>
              </w:rPr>
              <w:t>Predstavi izbrani procesni ali izdelkovni dokaz ter pove, katero merilo z njim pokaže.</w:t>
            </w:r>
          </w:p>
          <w:p w14:paraId="5EF7B718" w14:textId="77777777" w:rsidR="00080BF0" w:rsidRDefault="00000000">
            <w:pPr>
              <w:spacing w:after="80" w:line="245" w:lineRule="auto"/>
            </w:pPr>
            <w:r>
              <w:rPr>
                <w:color w:val="000000"/>
                <w:sz w:val="15"/>
              </w:rPr>
              <w:t>Tiho opazuje vrstnikovo delo, opiše eno konkretno likovno rešitev in poda prijazen predlog.</w:t>
            </w:r>
          </w:p>
          <w:p w14:paraId="603800E3" w14:textId="77777777" w:rsidR="00080BF0" w:rsidRDefault="00000000">
            <w:pPr>
              <w:spacing w:after="80" w:line="245" w:lineRule="auto"/>
            </w:pPr>
            <w:r>
              <w:rPr>
                <w:color w:val="000000"/>
                <w:sz w:val="15"/>
              </w:rPr>
              <w:t>Po povratni informaciji po želji ponovi poskus, spremeni podrobnost, izboljša spoj, razporeditev ali razlago.</w:t>
            </w:r>
          </w:p>
          <w:p w14:paraId="5F86F741" w14:textId="77777777" w:rsidR="00080BF0" w:rsidRDefault="00000000">
            <w:pPr>
              <w:spacing w:after="100" w:line="245" w:lineRule="auto"/>
            </w:pPr>
            <w:r>
              <w:rPr>
                <w:color w:val="000000"/>
                <w:sz w:val="15"/>
              </w:rPr>
              <w:t>Izbere raven samostojnosti ter določi majhen in izvedljiv naslednji ustvarjalni korak.</w:t>
            </w:r>
          </w:p>
          <w:p w14:paraId="57C85CF1" w14:textId="77777777" w:rsidR="00080BF0" w:rsidRDefault="00000000">
            <w:pPr>
              <w:spacing w:after="20" w:line="245" w:lineRule="auto"/>
            </w:pPr>
            <w:r>
              <w:rPr>
                <w:b/>
                <w:color w:val="D95BC6"/>
                <w:sz w:val="17"/>
              </w:rPr>
              <w:t>DOKAZ O UČENJU</w:t>
            </w:r>
          </w:p>
          <w:p w14:paraId="3CA26BB5"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40D95441"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5522114C" w14:textId="77777777">
        <w:trPr>
          <w:cantSplit/>
          <w:jc w:val="center"/>
        </w:trPr>
        <w:tc>
          <w:tcPr>
            <w:tcW w:w="14060" w:type="dxa"/>
            <w:gridSpan w:val="6"/>
            <w:tcMar>
              <w:top w:w="70" w:type="dxa"/>
              <w:left w:w="90" w:type="dxa"/>
              <w:bottom w:w="70" w:type="dxa"/>
              <w:right w:w="90" w:type="dxa"/>
            </w:tcMar>
            <w:vAlign w:val="center"/>
          </w:tcPr>
          <w:p w14:paraId="6C82130F" w14:textId="77777777" w:rsidR="00080BF0" w:rsidRDefault="00000000">
            <w:pPr>
              <w:jc w:val="center"/>
            </w:pPr>
            <w:r>
              <w:rPr>
                <w:b/>
                <w:color w:val="000000"/>
                <w:sz w:val="24"/>
              </w:rPr>
              <w:lastRenderedPageBreak/>
              <w:t>UČNA PRIPRAVA 22/39</w:t>
            </w:r>
          </w:p>
        </w:tc>
      </w:tr>
      <w:tr w:rsidR="00080BF0" w14:paraId="57E0DF54" w14:textId="77777777">
        <w:trPr>
          <w:jc w:val="center"/>
        </w:trPr>
        <w:tc>
          <w:tcPr>
            <w:tcW w:w="2665" w:type="dxa"/>
            <w:tcMar>
              <w:top w:w="70" w:type="dxa"/>
              <w:left w:w="90" w:type="dxa"/>
              <w:bottom w:w="70" w:type="dxa"/>
              <w:right w:w="90" w:type="dxa"/>
            </w:tcMar>
            <w:vAlign w:val="center"/>
          </w:tcPr>
          <w:p w14:paraId="16FE6B5A"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9690DE6"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0E46FEDC"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4ABEA47" w14:textId="77777777" w:rsidR="00080BF0" w:rsidRDefault="00000000">
            <w:r>
              <w:rPr>
                <w:b/>
                <w:color w:val="000000"/>
                <w:sz w:val="16"/>
              </w:rPr>
              <w:t xml:space="preserve">NAČRTOVANI TERMIN: </w:t>
            </w:r>
            <w:r>
              <w:rPr>
                <w:color w:val="000000"/>
                <w:sz w:val="16"/>
              </w:rPr>
              <w:t>22. teden • 9.–12. 2. 2027</w:t>
            </w:r>
          </w:p>
        </w:tc>
        <w:tc>
          <w:tcPr>
            <w:tcW w:w="2268" w:type="dxa"/>
            <w:tcMar>
              <w:top w:w="70" w:type="dxa"/>
              <w:left w:w="90" w:type="dxa"/>
              <w:bottom w:w="70" w:type="dxa"/>
              <w:right w:w="90" w:type="dxa"/>
            </w:tcMar>
            <w:vAlign w:val="center"/>
          </w:tcPr>
          <w:p w14:paraId="62479403"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F061858" w14:textId="77777777" w:rsidR="00080BF0" w:rsidRDefault="00000000">
            <w:r>
              <w:rPr>
                <w:b/>
                <w:color w:val="000000"/>
                <w:sz w:val="16"/>
              </w:rPr>
              <w:t xml:space="preserve">ŠTEVILO UR: </w:t>
            </w:r>
            <w:r>
              <w:rPr>
                <w:color w:val="000000"/>
                <w:sz w:val="16"/>
              </w:rPr>
              <w:t>1</w:t>
            </w:r>
          </w:p>
        </w:tc>
      </w:tr>
      <w:tr w:rsidR="00080BF0" w14:paraId="21356432" w14:textId="77777777">
        <w:trPr>
          <w:jc w:val="center"/>
        </w:trPr>
        <w:tc>
          <w:tcPr>
            <w:tcW w:w="14061" w:type="dxa"/>
            <w:gridSpan w:val="6"/>
            <w:tcMar>
              <w:top w:w="70" w:type="dxa"/>
              <w:left w:w="90" w:type="dxa"/>
              <w:bottom w:w="70" w:type="dxa"/>
              <w:right w:w="90" w:type="dxa"/>
            </w:tcMar>
            <w:vAlign w:val="center"/>
          </w:tcPr>
          <w:p w14:paraId="68E480FD"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04793627" w14:textId="77777777">
        <w:trPr>
          <w:cantSplit/>
          <w:jc w:val="center"/>
        </w:trPr>
        <w:tc>
          <w:tcPr>
            <w:tcW w:w="14060" w:type="dxa"/>
            <w:gridSpan w:val="6"/>
            <w:tcMar>
              <w:top w:w="70" w:type="dxa"/>
              <w:left w:w="90" w:type="dxa"/>
              <w:bottom w:w="70" w:type="dxa"/>
              <w:right w:w="90" w:type="dxa"/>
            </w:tcMar>
            <w:vAlign w:val="center"/>
          </w:tcPr>
          <w:p w14:paraId="1851966D" w14:textId="77777777" w:rsidR="00080BF0" w:rsidRDefault="00080BF0"/>
          <w:p w14:paraId="0D049949" w14:textId="77777777" w:rsidR="00080BF0" w:rsidRDefault="00000000">
            <w:pPr>
              <w:spacing w:line="245" w:lineRule="auto"/>
            </w:pPr>
            <w:r>
              <w:rPr>
                <w:b/>
                <w:color w:val="000000"/>
                <w:sz w:val="15"/>
              </w:rPr>
              <w:t xml:space="preserve">UČNI SKLOP: </w:t>
            </w:r>
            <w:r>
              <w:rPr>
                <w:color w:val="000000"/>
                <w:sz w:val="15"/>
              </w:rPr>
              <w:t>NEKOČ IN DANES – ČAS IN DEDIŠČINA</w:t>
            </w:r>
          </w:p>
        </w:tc>
      </w:tr>
      <w:tr w:rsidR="00080BF0" w14:paraId="11EBA8E1" w14:textId="77777777">
        <w:trPr>
          <w:cantSplit/>
          <w:jc w:val="center"/>
        </w:trPr>
        <w:tc>
          <w:tcPr>
            <w:tcW w:w="14060" w:type="dxa"/>
            <w:gridSpan w:val="6"/>
            <w:tcMar>
              <w:top w:w="70" w:type="dxa"/>
              <w:left w:w="90" w:type="dxa"/>
              <w:bottom w:w="70" w:type="dxa"/>
              <w:right w:w="90" w:type="dxa"/>
            </w:tcMar>
            <w:vAlign w:val="center"/>
          </w:tcPr>
          <w:p w14:paraId="391F2539" w14:textId="77777777" w:rsidR="00080BF0" w:rsidRDefault="00080BF0"/>
          <w:p w14:paraId="7AE3D83D" w14:textId="77777777" w:rsidR="00080BF0" w:rsidRDefault="00000000">
            <w:pPr>
              <w:spacing w:line="245" w:lineRule="auto"/>
            </w:pPr>
            <w:r>
              <w:rPr>
                <w:b/>
                <w:color w:val="000000"/>
                <w:sz w:val="15"/>
              </w:rPr>
              <w:t xml:space="preserve">UČNA TEMA: </w:t>
            </w:r>
            <w:r>
              <w:rPr>
                <w:color w:val="000000"/>
                <w:sz w:val="15"/>
              </w:rPr>
              <w:t>KULTURNI PLAKAT</w:t>
            </w:r>
          </w:p>
        </w:tc>
      </w:tr>
      <w:tr w:rsidR="00080BF0" w14:paraId="01EC1710" w14:textId="77777777">
        <w:trPr>
          <w:cantSplit/>
          <w:jc w:val="center"/>
        </w:trPr>
        <w:tc>
          <w:tcPr>
            <w:tcW w:w="14060" w:type="dxa"/>
            <w:gridSpan w:val="6"/>
            <w:tcMar>
              <w:top w:w="70" w:type="dxa"/>
              <w:left w:w="90" w:type="dxa"/>
              <w:bottom w:w="70" w:type="dxa"/>
              <w:right w:w="90" w:type="dxa"/>
            </w:tcMar>
            <w:vAlign w:val="center"/>
          </w:tcPr>
          <w:p w14:paraId="18BA7803" w14:textId="77777777" w:rsidR="00080BF0" w:rsidRDefault="00080BF0"/>
          <w:p w14:paraId="449ACE60" w14:textId="77777777" w:rsidR="00080BF0" w:rsidRDefault="00000000">
            <w:pPr>
              <w:spacing w:line="245" w:lineRule="auto"/>
            </w:pPr>
            <w:r>
              <w:rPr>
                <w:b/>
                <w:color w:val="000000"/>
                <w:sz w:val="15"/>
              </w:rPr>
              <w:t xml:space="preserve">KNJIŽEVNO / MOTIVNO IZHODIŠČE: </w:t>
            </w:r>
            <w:r>
              <w:rPr>
                <w:color w:val="000000"/>
                <w:sz w:val="15"/>
              </w:rPr>
              <w:t>»Ciciban in čebela« – Oton Župančič • slovenska poezija, kulturna dediščina in skrb za naravo</w:t>
            </w:r>
          </w:p>
        </w:tc>
      </w:tr>
      <w:tr w:rsidR="00080BF0" w14:paraId="0E87D3F1" w14:textId="77777777">
        <w:trPr>
          <w:cantSplit/>
          <w:jc w:val="center"/>
        </w:trPr>
        <w:tc>
          <w:tcPr>
            <w:tcW w:w="14060" w:type="dxa"/>
            <w:gridSpan w:val="6"/>
            <w:tcMar>
              <w:top w:w="70" w:type="dxa"/>
              <w:left w:w="90" w:type="dxa"/>
              <w:bottom w:w="70" w:type="dxa"/>
              <w:right w:w="90" w:type="dxa"/>
            </w:tcMar>
            <w:vAlign w:val="center"/>
          </w:tcPr>
          <w:p w14:paraId="593D80A6" w14:textId="77777777" w:rsidR="00080BF0" w:rsidRDefault="00080BF0"/>
          <w:p w14:paraId="277D5738" w14:textId="77777777" w:rsidR="00080BF0" w:rsidRDefault="00000000">
            <w:pPr>
              <w:spacing w:line="245" w:lineRule="auto"/>
            </w:pPr>
            <w:r>
              <w:rPr>
                <w:b/>
                <w:color w:val="000000"/>
                <w:sz w:val="15"/>
              </w:rPr>
              <w:t xml:space="preserve">LIKOVNO IZHODIŠČE / MOTIVACIJA: </w:t>
            </w:r>
            <w:r>
              <w:rPr>
                <w:color w:val="000000"/>
                <w:sz w:val="15"/>
              </w:rPr>
              <w:t>iz skrivnostne ovojnice padejo razpršene oblike; učenci jih brez lepljenja premikajo, sestavljajo in iščejo jasno sporočilo za nalogo »kulturni plakat«. Tematska rešitev: oblikuje kulturni plakat s čebeljim znakom.</w:t>
            </w:r>
          </w:p>
        </w:tc>
      </w:tr>
      <w:tr w:rsidR="00080BF0" w14:paraId="0F604354" w14:textId="77777777">
        <w:trPr>
          <w:cantSplit/>
          <w:jc w:val="center"/>
        </w:trPr>
        <w:tc>
          <w:tcPr>
            <w:tcW w:w="14060" w:type="dxa"/>
            <w:gridSpan w:val="6"/>
            <w:tcMar>
              <w:top w:w="70" w:type="dxa"/>
              <w:left w:w="90" w:type="dxa"/>
              <w:bottom w:w="70" w:type="dxa"/>
              <w:right w:w="90" w:type="dxa"/>
            </w:tcMar>
            <w:vAlign w:val="center"/>
          </w:tcPr>
          <w:p w14:paraId="0BDA7ACD" w14:textId="77777777" w:rsidR="00080BF0" w:rsidRDefault="00080BF0"/>
          <w:p w14:paraId="57A5D16E" w14:textId="77777777" w:rsidR="00080BF0" w:rsidRDefault="00000000">
            <w:pPr>
              <w:spacing w:line="245" w:lineRule="auto"/>
            </w:pPr>
            <w:r>
              <w:rPr>
                <w:b/>
                <w:color w:val="000000"/>
                <w:sz w:val="15"/>
              </w:rPr>
              <w:t xml:space="preserve">UČNE ENOTE: </w:t>
            </w:r>
            <w:r>
              <w:rPr>
                <w:color w:val="000000"/>
                <w:sz w:val="15"/>
              </w:rPr>
              <w:t>1. ura – Kulturni plakat – Ustvarjam, predstavim, izboljšam</w:t>
            </w:r>
          </w:p>
        </w:tc>
      </w:tr>
      <w:tr w:rsidR="00080BF0" w14:paraId="194BE307" w14:textId="77777777">
        <w:trPr>
          <w:cantSplit/>
          <w:jc w:val="center"/>
        </w:trPr>
        <w:tc>
          <w:tcPr>
            <w:tcW w:w="14060" w:type="dxa"/>
            <w:gridSpan w:val="6"/>
            <w:tcMar>
              <w:top w:w="70" w:type="dxa"/>
              <w:left w:w="90" w:type="dxa"/>
              <w:bottom w:w="70" w:type="dxa"/>
              <w:right w:w="90" w:type="dxa"/>
            </w:tcMar>
            <w:vAlign w:val="center"/>
          </w:tcPr>
          <w:p w14:paraId="7B03A33C" w14:textId="77777777" w:rsidR="00080BF0" w:rsidRDefault="00080BF0"/>
          <w:p w14:paraId="559A3E11"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50925F58" w14:textId="77777777">
        <w:trPr>
          <w:cantSplit/>
          <w:jc w:val="center"/>
        </w:trPr>
        <w:tc>
          <w:tcPr>
            <w:tcW w:w="14060" w:type="dxa"/>
            <w:gridSpan w:val="6"/>
            <w:tcMar>
              <w:top w:w="70" w:type="dxa"/>
              <w:left w:w="90" w:type="dxa"/>
              <w:bottom w:w="70" w:type="dxa"/>
              <w:right w:w="90" w:type="dxa"/>
            </w:tcMar>
            <w:vAlign w:val="center"/>
          </w:tcPr>
          <w:p w14:paraId="0F5136A6" w14:textId="77777777" w:rsidR="00080BF0" w:rsidRDefault="00080BF0"/>
          <w:p w14:paraId="39AA2D23"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705A4219" w14:textId="77777777">
        <w:trPr>
          <w:cantSplit/>
          <w:jc w:val="center"/>
        </w:trPr>
        <w:tc>
          <w:tcPr>
            <w:tcW w:w="14060" w:type="dxa"/>
            <w:gridSpan w:val="6"/>
            <w:tcMar>
              <w:top w:w="70" w:type="dxa"/>
              <w:left w:w="90" w:type="dxa"/>
              <w:bottom w:w="70" w:type="dxa"/>
              <w:right w:w="90" w:type="dxa"/>
            </w:tcMar>
            <w:vAlign w:val="center"/>
          </w:tcPr>
          <w:p w14:paraId="1A60A5B0" w14:textId="77777777" w:rsidR="00080BF0" w:rsidRDefault="00080BF0"/>
          <w:p w14:paraId="08C107F0"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58771994" w14:textId="77777777">
        <w:trPr>
          <w:cantSplit/>
          <w:jc w:val="center"/>
        </w:trPr>
        <w:tc>
          <w:tcPr>
            <w:tcW w:w="14060" w:type="dxa"/>
            <w:gridSpan w:val="6"/>
            <w:tcMar>
              <w:top w:w="70" w:type="dxa"/>
              <w:left w:w="90" w:type="dxa"/>
              <w:bottom w:w="70" w:type="dxa"/>
              <w:right w:w="90" w:type="dxa"/>
            </w:tcMar>
            <w:vAlign w:val="center"/>
          </w:tcPr>
          <w:p w14:paraId="51A6B6F6" w14:textId="77777777" w:rsidR="00080BF0" w:rsidRDefault="00080BF0"/>
          <w:p w14:paraId="03C5DB34" w14:textId="77777777" w:rsidR="00080BF0" w:rsidRDefault="00000000">
            <w:pPr>
              <w:spacing w:line="245" w:lineRule="auto"/>
            </w:pPr>
            <w:r>
              <w:rPr>
                <w:b/>
                <w:color w:val="000000"/>
                <w:sz w:val="15"/>
              </w:rPr>
              <w:t xml:space="preserve">MEDPREDMETNE POVEZAVE: </w:t>
            </w:r>
            <w:r>
              <w:rPr>
                <w:color w:val="000000"/>
                <w:sz w:val="15"/>
              </w:rPr>
              <w:t>SPO – slovenska poezija, kulturna dediščina in skrb za naravo; SLJ – poslušanje, opis opažanja, poimenovanje postopka in predstavitev; MAT – oblike, razvrščanje, vzorci in prostorski odnosi; ŠPO – gibalna črta, telesna skulptura, smer in ravnotežje; GUM – ritem, ponavljanje.</w:t>
            </w:r>
          </w:p>
        </w:tc>
      </w:tr>
      <w:tr w:rsidR="00080BF0" w14:paraId="1902FF7D" w14:textId="77777777">
        <w:trPr>
          <w:cantSplit/>
          <w:jc w:val="center"/>
        </w:trPr>
        <w:tc>
          <w:tcPr>
            <w:tcW w:w="14060" w:type="dxa"/>
            <w:gridSpan w:val="6"/>
            <w:tcMar>
              <w:top w:w="70" w:type="dxa"/>
              <w:left w:w="90" w:type="dxa"/>
              <w:bottom w:w="70" w:type="dxa"/>
              <w:right w:w="90" w:type="dxa"/>
            </w:tcMar>
            <w:vAlign w:val="center"/>
          </w:tcPr>
          <w:p w14:paraId="6C1D2BBD" w14:textId="77777777" w:rsidR="00080BF0" w:rsidRDefault="00080BF0"/>
          <w:p w14:paraId="3623DDDC" w14:textId="77777777" w:rsidR="00080BF0" w:rsidRDefault="00000000">
            <w:pPr>
              <w:spacing w:line="245" w:lineRule="auto"/>
            </w:pPr>
            <w:r>
              <w:rPr>
                <w:b/>
                <w:color w:val="000000"/>
                <w:sz w:val="15"/>
              </w:rPr>
              <w:t xml:space="preserve">UČNA SREDSTVA IN PRIPOMOČKI: </w:t>
            </w:r>
            <w:r>
              <w:rPr>
                <w:color w:val="000000"/>
                <w:sz w:val="15"/>
              </w:rPr>
              <w:t>barvni in ponovno uporabljeni papirji, karton, revije, varne škarje, lepilo v stiku, tekstilni ostanki, vrvice in podlage; fotografija, reprodukcija ali resnični predmet za opazovanje; kartice namena in meril; talne oznake štirih postaj; mapa dokazov; sredstva za čiščenje in pospravljanje</w:t>
            </w:r>
          </w:p>
        </w:tc>
      </w:tr>
      <w:tr w:rsidR="00080BF0" w14:paraId="425C0F9A" w14:textId="77777777">
        <w:trPr>
          <w:cantSplit/>
          <w:jc w:val="center"/>
        </w:trPr>
        <w:tc>
          <w:tcPr>
            <w:tcW w:w="14060" w:type="dxa"/>
            <w:gridSpan w:val="6"/>
            <w:tcMar>
              <w:top w:w="70" w:type="dxa"/>
              <w:left w:w="90" w:type="dxa"/>
              <w:bottom w:w="70" w:type="dxa"/>
              <w:right w:w="90" w:type="dxa"/>
            </w:tcMar>
            <w:vAlign w:val="center"/>
          </w:tcPr>
          <w:p w14:paraId="23102B97" w14:textId="77777777" w:rsidR="00080BF0" w:rsidRDefault="00080BF0"/>
          <w:p w14:paraId="3E64F6C7"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6CACDD10" w14:textId="77777777">
        <w:trPr>
          <w:cantSplit/>
          <w:jc w:val="center"/>
        </w:trPr>
        <w:tc>
          <w:tcPr>
            <w:tcW w:w="14060" w:type="dxa"/>
            <w:gridSpan w:val="6"/>
            <w:tcMar>
              <w:top w:w="70" w:type="dxa"/>
              <w:left w:w="90" w:type="dxa"/>
              <w:bottom w:w="70" w:type="dxa"/>
              <w:right w:w="90" w:type="dxa"/>
            </w:tcMar>
            <w:vAlign w:val="center"/>
          </w:tcPr>
          <w:p w14:paraId="60CF6295" w14:textId="77777777" w:rsidR="00080BF0" w:rsidRDefault="00080BF0"/>
          <w:p w14:paraId="0F05CD97" w14:textId="77777777" w:rsidR="00080BF0" w:rsidRDefault="00000000">
            <w:pPr>
              <w:spacing w:line="245" w:lineRule="auto"/>
            </w:pPr>
            <w:r>
              <w:rPr>
                <w:b/>
                <w:color w:val="000000"/>
                <w:sz w:val="15"/>
              </w:rPr>
              <w:t xml:space="preserve">OCENJEVANJE / DAN DEJAVNOSTI: </w:t>
            </w:r>
            <w:r>
              <w:rPr>
                <w:color w:val="000000"/>
                <w:sz w:val="15"/>
              </w:rPr>
              <w:t>KULTURNI DAN</w:t>
            </w:r>
          </w:p>
        </w:tc>
      </w:tr>
      <w:tr w:rsidR="00080BF0" w14:paraId="63A070D7" w14:textId="77777777">
        <w:trPr>
          <w:cantSplit/>
          <w:jc w:val="center"/>
        </w:trPr>
        <w:tc>
          <w:tcPr>
            <w:tcW w:w="14060" w:type="dxa"/>
            <w:gridSpan w:val="6"/>
            <w:tcMar>
              <w:top w:w="70" w:type="dxa"/>
              <w:left w:w="90" w:type="dxa"/>
              <w:bottom w:w="70" w:type="dxa"/>
              <w:right w:w="90" w:type="dxa"/>
            </w:tcMar>
            <w:vAlign w:val="center"/>
          </w:tcPr>
          <w:p w14:paraId="3EA9AC65" w14:textId="77777777" w:rsidR="00080BF0" w:rsidRDefault="00080BF0"/>
          <w:p w14:paraId="0E4762A8"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1D15CF9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1D61A3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8C95B0C"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FB6C5FC" w14:textId="77777777" w:rsidR="00080BF0" w:rsidRDefault="00000000">
            <w:pPr>
              <w:jc w:val="center"/>
            </w:pPr>
            <w:r>
              <w:rPr>
                <w:b/>
                <w:color w:val="000000"/>
                <w:sz w:val="20"/>
              </w:rPr>
              <w:t>UČNE DEJAVNOSTI, METODE IN FORMATIVNO SPREMLJANJE</w:t>
            </w:r>
          </w:p>
        </w:tc>
      </w:tr>
      <w:tr w:rsidR="00080BF0" w14:paraId="79FE1E27" w14:textId="77777777">
        <w:trPr>
          <w:tblHeader/>
          <w:jc w:val="center"/>
        </w:trPr>
        <w:tc>
          <w:tcPr>
            <w:tcW w:w="4422" w:type="dxa"/>
            <w:vMerge/>
            <w:tcMar>
              <w:top w:w="70" w:type="dxa"/>
              <w:left w:w="90" w:type="dxa"/>
              <w:bottom w:w="70" w:type="dxa"/>
              <w:right w:w="90" w:type="dxa"/>
            </w:tcMar>
            <w:vAlign w:val="center"/>
          </w:tcPr>
          <w:p w14:paraId="3DB9206D" w14:textId="77777777" w:rsidR="00080BF0" w:rsidRDefault="00080BF0"/>
        </w:tc>
        <w:tc>
          <w:tcPr>
            <w:tcW w:w="7087" w:type="dxa"/>
            <w:shd w:val="clear" w:color="auto" w:fill="FFFFFF"/>
            <w:tcMar>
              <w:top w:w="70" w:type="dxa"/>
              <w:left w:w="90" w:type="dxa"/>
              <w:bottom w:w="70" w:type="dxa"/>
              <w:right w:w="90" w:type="dxa"/>
            </w:tcMar>
            <w:vAlign w:val="center"/>
          </w:tcPr>
          <w:p w14:paraId="021DCB1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C0514DC" w14:textId="77777777" w:rsidR="00080BF0" w:rsidRDefault="00000000">
            <w:pPr>
              <w:jc w:val="center"/>
            </w:pPr>
            <w:r>
              <w:rPr>
                <w:b/>
                <w:color w:val="000000"/>
              </w:rPr>
              <w:t>UČENEC</w:t>
            </w:r>
          </w:p>
        </w:tc>
      </w:tr>
      <w:tr w:rsidR="00080BF0" w14:paraId="207DE645" w14:textId="77777777">
        <w:trPr>
          <w:jc w:val="center"/>
        </w:trPr>
        <w:tc>
          <w:tcPr>
            <w:tcW w:w="4422" w:type="dxa"/>
            <w:tcMar>
              <w:top w:w="70" w:type="dxa"/>
              <w:left w:w="90" w:type="dxa"/>
              <w:bottom w:w="70" w:type="dxa"/>
              <w:right w:w="90" w:type="dxa"/>
            </w:tcMar>
          </w:tcPr>
          <w:p w14:paraId="24D7B408" w14:textId="77777777" w:rsidR="00080BF0" w:rsidRDefault="00080BF0"/>
          <w:p w14:paraId="0222661C" w14:textId="77777777" w:rsidR="00080BF0" w:rsidRDefault="00000000">
            <w:pPr>
              <w:spacing w:after="60" w:line="245" w:lineRule="auto"/>
            </w:pPr>
            <w:r>
              <w:rPr>
                <w:b/>
                <w:color w:val="000000"/>
              </w:rPr>
              <w:t>UČNI CILJI</w:t>
            </w:r>
          </w:p>
          <w:p w14:paraId="7CB3F36B" w14:textId="77777777" w:rsidR="00080BF0" w:rsidRDefault="00000000">
            <w:pPr>
              <w:spacing w:after="20" w:line="245" w:lineRule="auto"/>
            </w:pPr>
            <w:r>
              <w:rPr>
                <w:b/>
                <w:color w:val="000000"/>
                <w:sz w:val="17"/>
              </w:rPr>
              <w:t>SPLOŠNI</w:t>
            </w:r>
          </w:p>
          <w:p w14:paraId="1E8E595F"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5607418A"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6F6A3587"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5894798C"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5307D34A" w14:textId="77777777" w:rsidR="00080BF0" w:rsidRDefault="00000000">
            <w:pPr>
              <w:spacing w:before="40" w:after="20" w:line="245" w:lineRule="auto"/>
            </w:pPr>
            <w:r>
              <w:rPr>
                <w:b/>
                <w:color w:val="000000"/>
                <w:sz w:val="17"/>
              </w:rPr>
              <w:t>OPERATIVNI</w:t>
            </w:r>
          </w:p>
          <w:p w14:paraId="6E419925" w14:textId="77777777" w:rsidR="00080BF0" w:rsidRDefault="00000000">
            <w:pPr>
              <w:pStyle w:val="Oznaenseznam"/>
              <w:spacing w:after="16"/>
            </w:pPr>
            <w:r>
              <w:rPr>
                <w:color w:val="000000"/>
                <w:sz w:val="16"/>
              </w:rPr>
              <w:t>uporabi črko kot likovni znak</w:t>
            </w:r>
          </w:p>
          <w:p w14:paraId="659D036B" w14:textId="77777777" w:rsidR="00080BF0" w:rsidRDefault="00000000">
            <w:pPr>
              <w:pStyle w:val="Oznaenseznam"/>
              <w:spacing w:after="16"/>
            </w:pPr>
            <w:r>
              <w:rPr>
                <w:color w:val="000000"/>
                <w:sz w:val="16"/>
              </w:rPr>
              <w:t>poveže podobo in sporočilo</w:t>
            </w:r>
          </w:p>
          <w:p w14:paraId="53991E20" w14:textId="77777777" w:rsidR="00080BF0" w:rsidRDefault="00000000">
            <w:pPr>
              <w:pStyle w:val="Oznaenseznam"/>
              <w:spacing w:after="16"/>
            </w:pPr>
            <w:r>
              <w:rPr>
                <w:color w:val="000000"/>
                <w:sz w:val="16"/>
              </w:rPr>
              <w:t>sodeluje v skupini</w:t>
            </w:r>
          </w:p>
          <w:p w14:paraId="34258DF0" w14:textId="77777777" w:rsidR="00080BF0" w:rsidRDefault="00000000">
            <w:pPr>
              <w:spacing w:before="40" w:after="20" w:line="245" w:lineRule="auto"/>
            </w:pPr>
            <w:r>
              <w:rPr>
                <w:b/>
                <w:color w:val="000000"/>
                <w:sz w:val="17"/>
              </w:rPr>
              <w:t>PRIČAKOVANI DOSEŽKI / MINIMALNI POUDARKI</w:t>
            </w:r>
          </w:p>
          <w:p w14:paraId="1FC301A3" w14:textId="77777777" w:rsidR="00080BF0" w:rsidRDefault="00000000">
            <w:pPr>
              <w:pStyle w:val="Oznaenseznam"/>
              <w:spacing w:after="16"/>
            </w:pPr>
            <w:r>
              <w:rPr>
                <w:color w:val="000000"/>
                <w:sz w:val="15"/>
              </w:rPr>
              <w:t>samostojno oziroma z dogovorjeno oporo uporabi črko kot likovni znak</w:t>
            </w:r>
          </w:p>
          <w:p w14:paraId="17228EB4" w14:textId="77777777" w:rsidR="00080BF0" w:rsidRDefault="00000000">
            <w:pPr>
              <w:pStyle w:val="Oznaenseznam"/>
              <w:spacing w:after="16"/>
            </w:pPr>
            <w:r>
              <w:rPr>
                <w:color w:val="000000"/>
                <w:sz w:val="15"/>
              </w:rPr>
              <w:t>samostojno oziroma z dogovorjeno oporo poveže podobo in sporočilo</w:t>
            </w:r>
          </w:p>
          <w:p w14:paraId="23C9439E" w14:textId="77777777" w:rsidR="00080BF0" w:rsidRDefault="00000000">
            <w:pPr>
              <w:pStyle w:val="Oznaenseznam"/>
              <w:spacing w:after="16"/>
            </w:pPr>
            <w:r>
              <w:rPr>
                <w:color w:val="000000"/>
                <w:sz w:val="15"/>
              </w:rPr>
              <w:t>samostojno oziroma z dogovorjeno oporo sodeluje v skupini</w:t>
            </w:r>
          </w:p>
        </w:tc>
        <w:tc>
          <w:tcPr>
            <w:tcW w:w="7087" w:type="dxa"/>
            <w:tcMar>
              <w:top w:w="70" w:type="dxa"/>
              <w:left w:w="90" w:type="dxa"/>
              <w:bottom w:w="70" w:type="dxa"/>
              <w:right w:w="90" w:type="dxa"/>
            </w:tcMar>
          </w:tcPr>
          <w:p w14:paraId="7B33CF0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B4E1C09" w14:textId="77777777">
              <w:trPr>
                <w:jc w:val="center"/>
              </w:trPr>
              <w:tc>
                <w:tcPr>
                  <w:tcW w:w="7087" w:type="dxa"/>
                  <w:shd w:val="clear" w:color="auto" w:fill="C6E7F3"/>
                  <w:tcMar>
                    <w:top w:w="45" w:type="dxa"/>
                    <w:left w:w="70" w:type="dxa"/>
                    <w:bottom w:w="45" w:type="dxa"/>
                    <w:right w:w="70" w:type="dxa"/>
                  </w:tcMar>
                </w:tcPr>
                <w:p w14:paraId="0D9A1617" w14:textId="77777777" w:rsidR="00080BF0" w:rsidRDefault="00000000">
                  <w:pPr>
                    <w:keepNext/>
                  </w:pPr>
                  <w:r>
                    <w:rPr>
                      <w:b/>
                      <w:color w:val="000000"/>
                    </w:rPr>
                    <w:t>UVODNI DEL – likovna uganka, opazovanje, aktivacija predznanja in namen učenja (8–12 min)</w:t>
                  </w:r>
                </w:p>
              </w:tc>
            </w:tr>
          </w:tbl>
          <w:p w14:paraId="2E968181" w14:textId="77777777" w:rsidR="00080BF0" w:rsidRDefault="00080BF0">
            <w:pPr>
              <w:spacing w:line="20" w:lineRule="exact"/>
            </w:pPr>
          </w:p>
          <w:p w14:paraId="5EF2EBA2" w14:textId="77777777" w:rsidR="00080BF0" w:rsidRDefault="00000000">
            <w:pPr>
              <w:spacing w:before="40" w:after="60" w:line="245" w:lineRule="auto"/>
            </w:pPr>
            <w:r>
              <w:rPr>
                <w:color w:val="000000"/>
                <w:sz w:val="16"/>
              </w:rPr>
              <w:t>Ob književnem motivu »Ciciban in čebela« – Oton Župančič učenci vstopijo v temo slovenska poezija, kulturna dediščina in skrb za naravo. Učiteljica pokaže fotografijo, reprodukcijo, predmet ali material in pove kratko likovno zgodbo: iz skrivnostne ovojnice padejo razpršene oblike; učenci jih brez lepljenja premikajo, sestavljajo in iščejo jasno sporočilo za nalogo »kulturni plakat«. Tematska rešitev: oblikuje kulturni plakat s čebeljim znakom.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33DF9800" w14:textId="77777777">
              <w:trPr>
                <w:jc w:val="center"/>
              </w:trPr>
              <w:tc>
                <w:tcPr>
                  <w:tcW w:w="7087" w:type="dxa"/>
                  <w:shd w:val="clear" w:color="auto" w:fill="EDC9EA"/>
                  <w:tcMar>
                    <w:top w:w="45" w:type="dxa"/>
                    <w:left w:w="70" w:type="dxa"/>
                    <w:bottom w:w="45" w:type="dxa"/>
                    <w:right w:w="70" w:type="dxa"/>
                  </w:tcMar>
                </w:tcPr>
                <w:p w14:paraId="2846816A" w14:textId="77777777" w:rsidR="00080BF0" w:rsidRDefault="00000000">
                  <w:pPr>
                    <w:keepNext/>
                  </w:pPr>
                  <w:r>
                    <w:rPr>
                      <w:b/>
                      <w:color w:val="000000"/>
                    </w:rPr>
                    <w:t>NAMENI UČENJA</w:t>
                  </w:r>
                </w:p>
              </w:tc>
            </w:tr>
          </w:tbl>
          <w:p w14:paraId="23D6FF55" w14:textId="77777777" w:rsidR="00080BF0" w:rsidRDefault="00080BF0">
            <w:pPr>
              <w:spacing w:line="20" w:lineRule="exact"/>
            </w:pPr>
          </w:p>
          <w:p w14:paraId="0A0E36B9"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5E561EB0" w14:textId="77777777" w:rsidR="00080BF0" w:rsidRDefault="00000000">
            <w:pPr>
              <w:pStyle w:val="Oznaenseznam"/>
              <w:spacing w:after="16"/>
            </w:pPr>
            <w:r>
              <w:rPr>
                <w:color w:val="000000"/>
                <w:sz w:val="16"/>
              </w:rPr>
              <w:t>uporabim črko kot likovni znak</w:t>
            </w:r>
          </w:p>
          <w:p w14:paraId="28E42AB8" w14:textId="77777777" w:rsidR="00080BF0" w:rsidRDefault="00000000">
            <w:pPr>
              <w:pStyle w:val="Oznaenseznam"/>
              <w:spacing w:after="16"/>
            </w:pPr>
            <w:r>
              <w:rPr>
                <w:color w:val="000000"/>
                <w:sz w:val="16"/>
              </w:rPr>
              <w:t>povežem podobo in sporočilo</w:t>
            </w:r>
          </w:p>
          <w:p w14:paraId="54479415" w14:textId="77777777" w:rsidR="00080BF0" w:rsidRDefault="00000000">
            <w:pPr>
              <w:pStyle w:val="Oznaenseznam"/>
              <w:spacing w:after="16"/>
            </w:pPr>
            <w:r>
              <w:rPr>
                <w:color w:val="000000"/>
                <w:sz w:val="16"/>
              </w:rPr>
              <w:t>sodelujem v skupini</w:t>
            </w:r>
          </w:p>
          <w:tbl>
            <w:tblPr>
              <w:tblStyle w:val="Tabelamrea"/>
              <w:tblW w:w="0" w:type="auto"/>
              <w:jc w:val="center"/>
              <w:tblLayout w:type="fixed"/>
              <w:tblLook w:val="04A0" w:firstRow="1" w:lastRow="0" w:firstColumn="1" w:lastColumn="0" w:noHBand="0" w:noVBand="1"/>
            </w:tblPr>
            <w:tblGrid>
              <w:gridCol w:w="7087"/>
            </w:tblGrid>
            <w:tr w:rsidR="00080BF0" w14:paraId="42001017" w14:textId="77777777">
              <w:trPr>
                <w:jc w:val="center"/>
              </w:trPr>
              <w:tc>
                <w:tcPr>
                  <w:tcW w:w="7087" w:type="dxa"/>
                  <w:shd w:val="clear" w:color="auto" w:fill="EDC9EA"/>
                  <w:tcMar>
                    <w:top w:w="45" w:type="dxa"/>
                    <w:left w:w="70" w:type="dxa"/>
                    <w:bottom w:w="45" w:type="dxa"/>
                    <w:right w:w="70" w:type="dxa"/>
                  </w:tcMar>
                </w:tcPr>
                <w:p w14:paraId="5908CF28" w14:textId="77777777" w:rsidR="00080BF0" w:rsidRDefault="00000000">
                  <w:pPr>
                    <w:keepNext/>
                  </w:pPr>
                  <w:r>
                    <w:rPr>
                      <w:b/>
                      <w:color w:val="000000"/>
                    </w:rPr>
                    <w:t>PREVERJANJE PREDZNANJA</w:t>
                  </w:r>
                </w:p>
              </w:tc>
            </w:tr>
          </w:tbl>
          <w:p w14:paraId="1776250A" w14:textId="77777777" w:rsidR="00080BF0" w:rsidRDefault="00080BF0">
            <w:pPr>
              <w:spacing w:line="20" w:lineRule="exact"/>
            </w:pPr>
          </w:p>
          <w:p w14:paraId="2A77AC94" w14:textId="77777777" w:rsidR="00080BF0" w:rsidRDefault="00000000">
            <w:pPr>
              <w:pStyle w:val="Oznaenseznam"/>
              <w:spacing w:after="16"/>
            </w:pPr>
            <w:r>
              <w:rPr>
                <w:color w:val="000000"/>
                <w:sz w:val="16"/>
              </w:rPr>
              <w:t>Kaj najprej opazim pri motivu, predmetu ali materialu, povezanem s temo »KULTURNI PLAKAT«?</w:t>
            </w:r>
          </w:p>
          <w:p w14:paraId="4C24693B"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2BE5D081"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0D879E42" w14:textId="77777777">
              <w:trPr>
                <w:jc w:val="center"/>
              </w:trPr>
              <w:tc>
                <w:tcPr>
                  <w:tcW w:w="7087" w:type="dxa"/>
                  <w:shd w:val="clear" w:color="auto" w:fill="EDC9EA"/>
                  <w:tcMar>
                    <w:top w:w="45" w:type="dxa"/>
                    <w:left w:w="70" w:type="dxa"/>
                    <w:bottom w:w="45" w:type="dxa"/>
                    <w:right w:w="70" w:type="dxa"/>
                  </w:tcMar>
                </w:tcPr>
                <w:p w14:paraId="2A7CB710" w14:textId="77777777" w:rsidR="00080BF0" w:rsidRDefault="00000000">
                  <w:pPr>
                    <w:keepNext/>
                  </w:pPr>
                  <w:r>
                    <w:rPr>
                      <w:b/>
                      <w:color w:val="000000"/>
                    </w:rPr>
                    <w:t>KRITERIJI USPEŠNOSTI</w:t>
                  </w:r>
                </w:p>
              </w:tc>
            </w:tr>
          </w:tbl>
          <w:p w14:paraId="26CEFB5B" w14:textId="77777777" w:rsidR="00080BF0" w:rsidRDefault="00080BF0"/>
          <w:p w14:paraId="6D8DA06E" w14:textId="77777777" w:rsidR="00080BF0" w:rsidRDefault="00000000">
            <w:pPr>
              <w:spacing w:before="20" w:after="20" w:line="245" w:lineRule="auto"/>
            </w:pPr>
            <w:r>
              <w:rPr>
                <w:b/>
                <w:color w:val="000000"/>
                <w:sz w:val="16"/>
              </w:rPr>
              <w:t>Uspešen/-na bom, ko:</w:t>
            </w:r>
          </w:p>
          <w:p w14:paraId="6D509C03" w14:textId="77777777" w:rsidR="00080BF0" w:rsidRDefault="00000000">
            <w:pPr>
              <w:pStyle w:val="Oznaenseznam"/>
              <w:spacing w:after="16"/>
            </w:pPr>
            <w:r>
              <w:rPr>
                <w:color w:val="000000"/>
                <w:sz w:val="16"/>
              </w:rPr>
              <w:t>uporabim črko kot likovni znak</w:t>
            </w:r>
          </w:p>
          <w:p w14:paraId="487E0943" w14:textId="77777777" w:rsidR="00080BF0" w:rsidRDefault="00000000">
            <w:pPr>
              <w:pStyle w:val="Oznaenseznam"/>
              <w:spacing w:after="16"/>
            </w:pPr>
            <w:r>
              <w:rPr>
                <w:color w:val="000000"/>
                <w:sz w:val="16"/>
              </w:rPr>
              <w:t>povežem podobo in sporočilo</w:t>
            </w:r>
          </w:p>
          <w:p w14:paraId="26363804" w14:textId="77777777" w:rsidR="00080BF0" w:rsidRDefault="00000000">
            <w:pPr>
              <w:pStyle w:val="Oznaenseznam"/>
              <w:spacing w:after="16"/>
            </w:pPr>
            <w:r>
              <w:rPr>
                <w:color w:val="000000"/>
                <w:sz w:val="16"/>
              </w:rPr>
              <w:t>sodelujem v skupini</w:t>
            </w:r>
          </w:p>
          <w:p w14:paraId="090FC1C8" w14:textId="77777777" w:rsidR="00080BF0" w:rsidRDefault="00000000">
            <w:pPr>
              <w:pStyle w:val="Oznaenseznam"/>
              <w:spacing w:after="16"/>
            </w:pPr>
            <w:r>
              <w:rPr>
                <w:color w:val="000000"/>
                <w:sz w:val="15"/>
              </w:rPr>
              <w:t>varno in namensko uporabim material, zaščitim prostor ter po delu uredim svojo postajo</w:t>
            </w:r>
          </w:p>
          <w:p w14:paraId="3C89BE58"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0B5801A6" w14:textId="77777777" w:rsidR="00080BF0" w:rsidRDefault="00080BF0"/>
          <w:p w14:paraId="4A440250"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2E199C11" w14:textId="77777777" w:rsidR="00080BF0" w:rsidRDefault="00000000">
            <w:pPr>
              <w:spacing w:after="80" w:line="245" w:lineRule="auto"/>
            </w:pPr>
            <w:r>
              <w:rPr>
                <w:color w:val="000000"/>
                <w:sz w:val="16"/>
              </w:rPr>
              <w:t>Pove ali pokaže, kaj že zna opaziti in katero likovno možnost bi najprej preizkusil.</w:t>
            </w:r>
          </w:p>
          <w:p w14:paraId="27850C52" w14:textId="77777777" w:rsidR="00080BF0" w:rsidRDefault="00000000">
            <w:pPr>
              <w:spacing w:after="100" w:line="245" w:lineRule="auto"/>
            </w:pPr>
            <w:r>
              <w:rPr>
                <w:color w:val="000000"/>
                <w:sz w:val="16"/>
              </w:rPr>
              <w:t>Sodeluje pri razumevanju namena, meril uspešnosti, varne rabe pripomočkov in načina dokazovanja.</w:t>
            </w:r>
          </w:p>
          <w:p w14:paraId="36367EF4" w14:textId="77777777" w:rsidR="00080BF0" w:rsidRDefault="00000000">
            <w:pPr>
              <w:spacing w:after="20" w:line="245" w:lineRule="auto"/>
            </w:pPr>
            <w:r>
              <w:rPr>
                <w:b/>
                <w:color w:val="D95BC6"/>
                <w:sz w:val="17"/>
              </w:rPr>
              <w:t>DOKAZ O UČENJU</w:t>
            </w:r>
          </w:p>
          <w:p w14:paraId="63B13652"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18F7AFEC"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5C28DA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124B5D1"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85FFEE6" w14:textId="77777777" w:rsidR="00080BF0" w:rsidRDefault="00000000">
            <w:pPr>
              <w:jc w:val="center"/>
            </w:pPr>
            <w:r>
              <w:rPr>
                <w:b/>
                <w:color w:val="000000"/>
                <w:sz w:val="20"/>
              </w:rPr>
              <w:t>UČNE DEJAVNOSTI, METODE IN FORMATIVNO SPREMLJANJE</w:t>
            </w:r>
          </w:p>
        </w:tc>
      </w:tr>
      <w:tr w:rsidR="00080BF0" w14:paraId="588E2D56" w14:textId="77777777">
        <w:trPr>
          <w:tblHeader/>
          <w:jc w:val="center"/>
        </w:trPr>
        <w:tc>
          <w:tcPr>
            <w:tcW w:w="4422" w:type="dxa"/>
            <w:vMerge/>
            <w:tcMar>
              <w:top w:w="70" w:type="dxa"/>
              <w:left w:w="90" w:type="dxa"/>
              <w:bottom w:w="70" w:type="dxa"/>
              <w:right w:w="90" w:type="dxa"/>
            </w:tcMar>
            <w:vAlign w:val="center"/>
          </w:tcPr>
          <w:p w14:paraId="13C1202E" w14:textId="77777777" w:rsidR="00080BF0" w:rsidRDefault="00080BF0"/>
        </w:tc>
        <w:tc>
          <w:tcPr>
            <w:tcW w:w="7087" w:type="dxa"/>
            <w:shd w:val="clear" w:color="auto" w:fill="FFFFFF"/>
            <w:tcMar>
              <w:top w:w="70" w:type="dxa"/>
              <w:left w:w="90" w:type="dxa"/>
              <w:bottom w:w="70" w:type="dxa"/>
              <w:right w:w="90" w:type="dxa"/>
            </w:tcMar>
            <w:vAlign w:val="center"/>
          </w:tcPr>
          <w:p w14:paraId="72FC3663"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0BF5E36" w14:textId="77777777" w:rsidR="00080BF0" w:rsidRDefault="00000000">
            <w:pPr>
              <w:jc w:val="center"/>
            </w:pPr>
            <w:r>
              <w:rPr>
                <w:b/>
                <w:color w:val="000000"/>
              </w:rPr>
              <w:t>UČENEC</w:t>
            </w:r>
          </w:p>
        </w:tc>
      </w:tr>
      <w:tr w:rsidR="00080BF0" w14:paraId="4E4A392E" w14:textId="77777777">
        <w:trPr>
          <w:jc w:val="center"/>
        </w:trPr>
        <w:tc>
          <w:tcPr>
            <w:tcW w:w="4422" w:type="dxa"/>
            <w:tcMar>
              <w:top w:w="70" w:type="dxa"/>
              <w:left w:w="90" w:type="dxa"/>
              <w:bottom w:w="70" w:type="dxa"/>
              <w:right w:w="90" w:type="dxa"/>
            </w:tcMar>
          </w:tcPr>
          <w:p w14:paraId="616E0F69" w14:textId="77777777" w:rsidR="00080BF0" w:rsidRDefault="00080BF0"/>
          <w:p w14:paraId="565220CF" w14:textId="77777777" w:rsidR="00080BF0" w:rsidRDefault="00000000">
            <w:pPr>
              <w:spacing w:after="40" w:line="245" w:lineRule="auto"/>
            </w:pPr>
            <w:r>
              <w:rPr>
                <w:b/>
                <w:color w:val="000000"/>
              </w:rPr>
              <w:t>KLJUČNI LIKOVNI POJMI</w:t>
            </w:r>
          </w:p>
          <w:p w14:paraId="27C19418"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trganje, rezanje, lepljenje, kontrast, znak, sporočilo, razporeditev</w:t>
            </w:r>
          </w:p>
          <w:p w14:paraId="485B2FF7" w14:textId="77777777" w:rsidR="00080BF0" w:rsidRDefault="00000000">
            <w:pPr>
              <w:spacing w:after="20" w:line="245" w:lineRule="auto"/>
            </w:pPr>
            <w:r>
              <w:rPr>
                <w:b/>
                <w:color w:val="000000"/>
                <w:sz w:val="17"/>
              </w:rPr>
              <w:t>DOKAZI O UČENJU</w:t>
            </w:r>
          </w:p>
          <w:p w14:paraId="6D4BE900" w14:textId="77777777" w:rsidR="00080BF0" w:rsidRDefault="00000000">
            <w:pPr>
              <w:pStyle w:val="Oznaenseznam"/>
              <w:spacing w:after="9"/>
            </w:pPr>
            <w:r>
              <w:rPr>
                <w:color w:val="000000"/>
                <w:sz w:val="15"/>
              </w:rPr>
              <w:t>likovni proces in izdelek, fotografija faze, učenčeva razlaga ter samovrednotenje v mapi.</w:t>
            </w:r>
          </w:p>
          <w:p w14:paraId="14368FC7" w14:textId="77777777" w:rsidR="00080BF0" w:rsidRDefault="00000000">
            <w:pPr>
              <w:spacing w:before="40" w:after="20" w:line="245" w:lineRule="auto"/>
            </w:pPr>
            <w:r>
              <w:rPr>
                <w:b/>
                <w:color w:val="000000"/>
                <w:sz w:val="17"/>
              </w:rPr>
              <w:t>LIKOVNO DOŽIVETJE IN IZKUŠENJSKI POUK</w:t>
            </w:r>
          </w:p>
          <w:p w14:paraId="0C3672A1"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1FD839D8" w14:textId="77777777" w:rsidR="00080BF0" w:rsidRDefault="00000000">
            <w:pPr>
              <w:spacing w:after="20" w:line="245" w:lineRule="auto"/>
            </w:pPr>
            <w:r>
              <w:rPr>
                <w:b/>
                <w:color w:val="000000"/>
                <w:sz w:val="17"/>
              </w:rPr>
              <w:t>POUČEVANJE V GIBANJU</w:t>
            </w:r>
          </w:p>
          <w:p w14:paraId="452FE584"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5984CED2" w14:textId="77777777" w:rsidR="00080BF0" w:rsidRDefault="00000000">
            <w:pPr>
              <w:spacing w:after="20" w:line="245" w:lineRule="auto"/>
            </w:pPr>
            <w:r>
              <w:rPr>
                <w:b/>
                <w:color w:val="000000"/>
                <w:sz w:val="17"/>
              </w:rPr>
              <w:t>DELO PO POSTAJAH</w:t>
            </w:r>
          </w:p>
          <w:p w14:paraId="56FF2E45"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169F010F" w14:textId="77777777" w:rsidR="00080BF0" w:rsidRDefault="00000000">
            <w:pPr>
              <w:spacing w:after="9" w:line="245" w:lineRule="auto"/>
            </w:pPr>
            <w:r>
              <w:rPr>
                <w:color w:val="000000"/>
                <w:sz w:val="14"/>
              </w:rPr>
              <w:t>1. Kompozicijska: brez lepljenja premikam oblike ter primerjam dve razporeditvi glede na sporočilo.</w:t>
            </w:r>
          </w:p>
          <w:p w14:paraId="6CF856D1" w14:textId="77777777" w:rsidR="00080BF0" w:rsidRDefault="00000000">
            <w:pPr>
              <w:spacing w:after="9" w:line="245" w:lineRule="auto"/>
            </w:pPr>
            <w:r>
              <w:rPr>
                <w:color w:val="000000"/>
                <w:sz w:val="14"/>
              </w:rPr>
              <w:t>2. Materialna: preizkusim trganje, pregibanje, rezanje in lepljenje ter izberem varen postopek.</w:t>
            </w:r>
          </w:p>
          <w:p w14:paraId="0E277CE0" w14:textId="77777777" w:rsidR="00080BF0" w:rsidRDefault="00000000">
            <w:pPr>
              <w:spacing w:after="9" w:line="245" w:lineRule="auto"/>
            </w:pPr>
            <w:r>
              <w:rPr>
                <w:color w:val="000000"/>
                <w:sz w:val="14"/>
              </w:rPr>
              <w:t>3. Gibalno-prostorska: s telesi ali talnimi oblikami sestavimo veliko kompozicijo in preverimo ravnotežje praznega ter polnega prostora.</w:t>
            </w:r>
          </w:p>
          <w:p w14:paraId="1BEE550D" w14:textId="77777777" w:rsidR="00080BF0" w:rsidRDefault="00000000">
            <w:pPr>
              <w:spacing w:after="9" w:line="245" w:lineRule="auto"/>
            </w:pPr>
            <w:r>
              <w:rPr>
                <w:color w:val="000000"/>
                <w:sz w:val="14"/>
              </w:rPr>
              <w:t>4. Sporočilna: izdelam kolaž, plakat ali znak, gledalcu razložim namen in po povratni informaciji izboljšam jasnost.</w:t>
            </w:r>
          </w:p>
          <w:p w14:paraId="214185A1" w14:textId="77777777" w:rsidR="00080BF0" w:rsidRDefault="00000000">
            <w:pPr>
              <w:spacing w:after="20" w:line="245" w:lineRule="auto"/>
            </w:pPr>
            <w:r>
              <w:rPr>
                <w:b/>
                <w:color w:val="000000"/>
                <w:sz w:val="17"/>
              </w:rPr>
              <w:t>DIFERENCIACIJA IN VKLJUČEVANJE</w:t>
            </w:r>
          </w:p>
          <w:p w14:paraId="69B023EA"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255EAB37" w14:textId="77777777" w:rsidR="00080BF0" w:rsidRDefault="00000000">
            <w:pPr>
              <w:spacing w:after="20" w:line="245" w:lineRule="auto"/>
            </w:pPr>
            <w:r>
              <w:rPr>
                <w:b/>
                <w:color w:val="000000"/>
                <w:sz w:val="17"/>
              </w:rPr>
              <w:t>SPREMLJANJE</w:t>
            </w:r>
          </w:p>
          <w:p w14:paraId="3BDB2357"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60E78995"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1DDE8FB" w14:textId="77777777">
              <w:trPr>
                <w:jc w:val="center"/>
              </w:trPr>
              <w:tc>
                <w:tcPr>
                  <w:tcW w:w="7087" w:type="dxa"/>
                  <w:shd w:val="clear" w:color="auto" w:fill="C6E7F3"/>
                  <w:tcMar>
                    <w:top w:w="45" w:type="dxa"/>
                    <w:left w:w="70" w:type="dxa"/>
                    <w:bottom w:w="45" w:type="dxa"/>
                    <w:right w:w="70" w:type="dxa"/>
                  </w:tcMar>
                </w:tcPr>
                <w:p w14:paraId="2D961630" w14:textId="77777777" w:rsidR="00080BF0" w:rsidRDefault="00000000">
                  <w:pPr>
                    <w:keepNext/>
                  </w:pPr>
                  <w:r>
                    <w:rPr>
                      <w:b/>
                      <w:color w:val="000000"/>
                      <w:sz w:val="17"/>
                    </w:rPr>
                    <w:t>GLAVNI DEL – OPAZOVANJE, MATERIALNI PREIZKUS, USTVARJANJE IN GALERIJA (1 šolska ura)</w:t>
                  </w:r>
                </w:p>
              </w:tc>
            </w:tr>
          </w:tbl>
          <w:p w14:paraId="693FD234" w14:textId="77777777" w:rsidR="00080BF0" w:rsidRDefault="00080BF0">
            <w:pPr>
              <w:spacing w:line="20" w:lineRule="exact"/>
            </w:pPr>
          </w:p>
          <w:p w14:paraId="506FF9D1" w14:textId="77777777" w:rsidR="00080BF0" w:rsidRDefault="00000000">
            <w:pPr>
              <w:keepNext/>
              <w:spacing w:before="22" w:after="8" w:line="245" w:lineRule="auto"/>
            </w:pPr>
            <w:r>
              <w:rPr>
                <w:b/>
                <w:color w:val="000000"/>
                <w:sz w:val="16"/>
              </w:rPr>
              <w:t>1. URA – Kulturni plakat – Ustvarjam, predstavim, izboljšam</w:t>
            </w:r>
          </w:p>
          <w:p w14:paraId="72CFBA76"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»KULTURNI PLAKAT«; postavlja vprašanja o nameri, nudi tehnično oporo in omogoči izboljšavo. Zaključek 10': 10' – Izvede tiho galerijo; modelira odziv »Opazim … / Učinkuje … / Lahko poskusiš …« ter vodi pospravljanje.</w:t>
            </w:r>
          </w:p>
          <w:p w14:paraId="26314485"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4B1E5B56"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0FCC642C" w14:textId="77777777">
              <w:trPr>
                <w:jc w:val="center"/>
              </w:trPr>
              <w:tc>
                <w:tcPr>
                  <w:tcW w:w="7087" w:type="dxa"/>
                  <w:shd w:val="clear" w:color="auto" w:fill="EDC9EA"/>
                  <w:tcMar>
                    <w:top w:w="45" w:type="dxa"/>
                    <w:left w:w="70" w:type="dxa"/>
                    <w:bottom w:w="45" w:type="dxa"/>
                    <w:right w:w="70" w:type="dxa"/>
                  </w:tcMar>
                </w:tcPr>
                <w:p w14:paraId="66A2D4D9" w14:textId="77777777" w:rsidR="00080BF0" w:rsidRDefault="00000000">
                  <w:pPr>
                    <w:keepNext/>
                  </w:pPr>
                  <w:r>
                    <w:rPr>
                      <w:b/>
                      <w:color w:val="000000"/>
                      <w:sz w:val="17"/>
                    </w:rPr>
                    <w:t>ORGANIZACIJA POSTAJ IN PREHODOV</w:t>
                  </w:r>
                </w:p>
              </w:tc>
            </w:tr>
          </w:tbl>
          <w:p w14:paraId="2F2BAF92" w14:textId="77777777" w:rsidR="00080BF0" w:rsidRDefault="00080BF0"/>
          <w:p w14:paraId="39FB47BC" w14:textId="77777777" w:rsidR="00080BF0" w:rsidRDefault="00000000">
            <w:pPr>
              <w:spacing w:before="8" w:after="8" w:line="245" w:lineRule="auto"/>
            </w:pPr>
            <w:r>
              <w:rPr>
                <w:color w:val="000000"/>
                <w:sz w:val="14"/>
              </w:rPr>
              <w:t>Postaja 1: Kompozicijska: brez lepljenja premikam oblike ter primerjam dve razporeditvi glede na sporočilo.</w:t>
            </w:r>
          </w:p>
          <w:p w14:paraId="77FBCD03" w14:textId="77777777" w:rsidR="00080BF0" w:rsidRDefault="00000000">
            <w:pPr>
              <w:spacing w:before="8" w:after="8" w:line="245" w:lineRule="auto"/>
            </w:pPr>
            <w:r>
              <w:rPr>
                <w:color w:val="000000"/>
                <w:sz w:val="14"/>
              </w:rPr>
              <w:t>Postaja 2: Materialna: preizkusim trganje, pregibanje, rezanje in lepljenje ter izberem varen postopek.</w:t>
            </w:r>
          </w:p>
          <w:p w14:paraId="11F4E481" w14:textId="77777777" w:rsidR="00080BF0" w:rsidRDefault="00000000">
            <w:pPr>
              <w:spacing w:before="8" w:after="8" w:line="245" w:lineRule="auto"/>
            </w:pPr>
            <w:r>
              <w:rPr>
                <w:color w:val="000000"/>
                <w:sz w:val="14"/>
              </w:rPr>
              <w:t>Postaja 3: Gibalno-prostorska: s telesi ali talnimi oblikami sestavimo veliko kompozicijo in preverimo ravnotežje praznega ter polnega prostora.</w:t>
            </w:r>
          </w:p>
          <w:p w14:paraId="7AEED871" w14:textId="77777777" w:rsidR="00080BF0" w:rsidRDefault="00000000">
            <w:pPr>
              <w:spacing w:before="8" w:after="8" w:line="245" w:lineRule="auto"/>
            </w:pPr>
            <w:r>
              <w:rPr>
                <w:color w:val="000000"/>
                <w:sz w:val="14"/>
              </w:rPr>
              <w:t>Postaja 4: Sporočilna: izdelam kolaž, plakat ali znak, gledalcu razložim namen in po povratni informaciji izboljšam jasnost.</w:t>
            </w:r>
          </w:p>
          <w:p w14:paraId="37F24E01"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65A74604" w14:textId="77777777" w:rsidR="00080BF0" w:rsidRDefault="00080BF0"/>
          <w:p w14:paraId="5D35F67F" w14:textId="77777777" w:rsidR="00080BF0" w:rsidRDefault="00000000">
            <w:pPr>
              <w:spacing w:after="6" w:line="245" w:lineRule="auto"/>
            </w:pPr>
            <w:r>
              <w:rPr>
                <w:b/>
                <w:color w:val="000000"/>
                <w:sz w:val="15"/>
              </w:rPr>
              <w:t>1. URA – Kulturni plakat – Ustvarjam, predstavim, izboljšam</w:t>
            </w:r>
          </w:p>
          <w:p w14:paraId="7A3E4751"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4242DED2" w14:textId="77777777" w:rsidR="00080BF0" w:rsidRDefault="00000000">
            <w:pPr>
              <w:spacing w:after="20" w:line="245" w:lineRule="auto"/>
            </w:pPr>
            <w:r>
              <w:rPr>
                <w:color w:val="D95BC6"/>
                <w:sz w:val="14"/>
              </w:rPr>
              <w:t>Dokaz: likovni proces in izdelek, fotografija faze, učenčeva razlaga ter samovrednotenje v mapi.</w:t>
            </w:r>
          </w:p>
          <w:p w14:paraId="1A6AE373" w14:textId="77777777" w:rsidR="00080BF0" w:rsidRDefault="00000000">
            <w:pPr>
              <w:spacing w:before="40" w:after="20" w:line="245" w:lineRule="auto"/>
            </w:pPr>
            <w:r>
              <w:rPr>
                <w:b/>
                <w:color w:val="D95BC6"/>
                <w:sz w:val="16"/>
              </w:rPr>
              <w:t>MOJ KROG POSTAJ</w:t>
            </w:r>
          </w:p>
          <w:p w14:paraId="11A47F5B" w14:textId="77777777" w:rsidR="00080BF0" w:rsidRDefault="00000000">
            <w:pPr>
              <w:spacing w:after="11" w:line="245" w:lineRule="auto"/>
            </w:pPr>
            <w:r>
              <w:rPr>
                <w:color w:val="000000"/>
                <w:sz w:val="13"/>
              </w:rPr>
              <w:t>1. Kompozicijska: brez lepljenja premikam oblike ter primerjam dve razporeditvi glede na.</w:t>
            </w:r>
          </w:p>
          <w:p w14:paraId="6EB691F5" w14:textId="77777777" w:rsidR="00080BF0" w:rsidRDefault="00000000">
            <w:pPr>
              <w:spacing w:after="11" w:line="245" w:lineRule="auto"/>
            </w:pPr>
            <w:r>
              <w:rPr>
                <w:color w:val="000000"/>
                <w:sz w:val="13"/>
              </w:rPr>
              <w:t>2. Materialna: preizkusim trganje, pregibanje, rezanje in lepljenje ter izberem varen postopek.</w:t>
            </w:r>
          </w:p>
          <w:p w14:paraId="6D0A6447" w14:textId="77777777" w:rsidR="00080BF0" w:rsidRDefault="00000000">
            <w:pPr>
              <w:spacing w:after="11" w:line="245" w:lineRule="auto"/>
            </w:pPr>
            <w:r>
              <w:rPr>
                <w:color w:val="000000"/>
                <w:sz w:val="13"/>
              </w:rPr>
              <w:t>3. Gibalno-prostorska: s telesi ali talnimi oblikami sestavimo veliko kompozicijo in preverimo.</w:t>
            </w:r>
          </w:p>
          <w:p w14:paraId="42B5F6CC" w14:textId="77777777" w:rsidR="00080BF0" w:rsidRDefault="00000000">
            <w:pPr>
              <w:spacing w:after="11" w:line="245" w:lineRule="auto"/>
            </w:pPr>
            <w:r>
              <w:rPr>
                <w:color w:val="000000"/>
                <w:sz w:val="13"/>
              </w:rPr>
              <w:t>4. Sporočilna: izdelam kolaž, plakat ali znak, gledalcu razložim namen in po povratni.</w:t>
            </w:r>
          </w:p>
          <w:p w14:paraId="59C9C574"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2CA8C8B6" w14:textId="77777777" w:rsidR="00080BF0" w:rsidRDefault="00000000">
            <w:pPr>
              <w:spacing w:after="20" w:line="245" w:lineRule="auto"/>
            </w:pPr>
            <w:r>
              <w:rPr>
                <w:b/>
                <w:color w:val="D95BC6"/>
                <w:sz w:val="17"/>
              </w:rPr>
              <w:t>DOKAZ O UČENJU</w:t>
            </w:r>
          </w:p>
          <w:p w14:paraId="6228B23A"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108078F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9A333F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BACB096"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AFF27B6" w14:textId="77777777" w:rsidR="00080BF0" w:rsidRDefault="00000000">
            <w:pPr>
              <w:jc w:val="center"/>
            </w:pPr>
            <w:r>
              <w:rPr>
                <w:b/>
                <w:color w:val="000000"/>
                <w:sz w:val="20"/>
              </w:rPr>
              <w:t>UČNE DEJAVNOSTI, METODE IN FORMATIVNO SPREMLJANJE</w:t>
            </w:r>
          </w:p>
        </w:tc>
      </w:tr>
      <w:tr w:rsidR="00080BF0" w14:paraId="500ACD6F" w14:textId="77777777">
        <w:trPr>
          <w:tblHeader/>
          <w:jc w:val="center"/>
        </w:trPr>
        <w:tc>
          <w:tcPr>
            <w:tcW w:w="4422" w:type="dxa"/>
            <w:vMerge/>
            <w:tcMar>
              <w:top w:w="70" w:type="dxa"/>
              <w:left w:w="90" w:type="dxa"/>
              <w:bottom w:w="70" w:type="dxa"/>
              <w:right w:w="90" w:type="dxa"/>
            </w:tcMar>
            <w:vAlign w:val="center"/>
          </w:tcPr>
          <w:p w14:paraId="150CF262" w14:textId="77777777" w:rsidR="00080BF0" w:rsidRDefault="00080BF0"/>
        </w:tc>
        <w:tc>
          <w:tcPr>
            <w:tcW w:w="7087" w:type="dxa"/>
            <w:shd w:val="clear" w:color="auto" w:fill="FFFFFF"/>
            <w:tcMar>
              <w:top w:w="70" w:type="dxa"/>
              <w:left w:w="90" w:type="dxa"/>
              <w:bottom w:w="70" w:type="dxa"/>
              <w:right w:w="90" w:type="dxa"/>
            </w:tcMar>
            <w:vAlign w:val="center"/>
          </w:tcPr>
          <w:p w14:paraId="2CBB4BCE"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857EC23" w14:textId="77777777" w:rsidR="00080BF0" w:rsidRDefault="00000000">
            <w:pPr>
              <w:jc w:val="center"/>
            </w:pPr>
            <w:r>
              <w:rPr>
                <w:b/>
                <w:color w:val="000000"/>
              </w:rPr>
              <w:t>UČENEC</w:t>
            </w:r>
          </w:p>
        </w:tc>
      </w:tr>
      <w:tr w:rsidR="00080BF0" w14:paraId="433ACFB4" w14:textId="77777777">
        <w:trPr>
          <w:jc w:val="center"/>
        </w:trPr>
        <w:tc>
          <w:tcPr>
            <w:tcW w:w="4422" w:type="dxa"/>
            <w:tcMar>
              <w:top w:w="70" w:type="dxa"/>
              <w:left w:w="90" w:type="dxa"/>
              <w:bottom w:w="70" w:type="dxa"/>
              <w:right w:w="90" w:type="dxa"/>
            </w:tcMar>
          </w:tcPr>
          <w:p w14:paraId="4978098B" w14:textId="77777777" w:rsidR="00080BF0" w:rsidRDefault="00080BF0"/>
          <w:p w14:paraId="1D12FAC1" w14:textId="77777777" w:rsidR="00080BF0" w:rsidRDefault="00000000">
            <w:pPr>
              <w:spacing w:after="40" w:line="245" w:lineRule="auto"/>
            </w:pPr>
            <w:r>
              <w:rPr>
                <w:b/>
                <w:color w:val="000000"/>
              </w:rPr>
              <w:t>FORMATIVNO SPREMLJANJE</w:t>
            </w:r>
          </w:p>
          <w:p w14:paraId="7C2A8F1B" w14:textId="77777777" w:rsidR="00080BF0" w:rsidRDefault="00000000">
            <w:pPr>
              <w:pStyle w:val="Oznaenseznam"/>
              <w:spacing w:after="16"/>
            </w:pPr>
            <w:r>
              <w:rPr>
                <w:color w:val="000000"/>
                <w:sz w:val="15"/>
              </w:rPr>
              <w:t>predznanje: opažanje, gibalna ponazoritev, izbira kartice, razvrstitev materialov, poskusna sled ali skica</w:t>
            </w:r>
          </w:p>
          <w:p w14:paraId="07C10C94"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140C305B"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32A7DB71" w14:textId="77777777" w:rsidR="00080BF0" w:rsidRDefault="00000000">
            <w:pPr>
              <w:pStyle w:val="Oznaenseznam"/>
              <w:spacing w:after="16"/>
            </w:pPr>
            <w:r>
              <w:rPr>
                <w:color w:val="000000"/>
                <w:sz w:val="15"/>
              </w:rPr>
              <w:t>povratna informacija: opis vidne likovne odločitve, povezava z enim merilom in izvedljiv naslednji korak</w:t>
            </w:r>
          </w:p>
          <w:p w14:paraId="6C9A435B" w14:textId="77777777" w:rsidR="00080BF0" w:rsidRDefault="00000000">
            <w:pPr>
              <w:pStyle w:val="Oznaenseznam"/>
              <w:spacing w:after="16"/>
            </w:pPr>
            <w:r>
              <w:rPr>
                <w:color w:val="000000"/>
                <w:sz w:val="15"/>
              </w:rPr>
              <w:t>samovrednotenje: likovni semafor, lestvica samostojnosti, izbran dokaz, galerijski odziv in izboljšava</w:t>
            </w:r>
          </w:p>
          <w:p w14:paraId="7516FAEF" w14:textId="77777777" w:rsidR="00080BF0" w:rsidRDefault="00000000">
            <w:pPr>
              <w:spacing w:before="40" w:after="20" w:line="245" w:lineRule="auto"/>
            </w:pPr>
            <w:r>
              <w:rPr>
                <w:b/>
                <w:color w:val="000000"/>
                <w:sz w:val="17"/>
              </w:rPr>
              <w:t>VARNOST, HIGIENA IN UREDITEV PROSTORA</w:t>
            </w:r>
          </w:p>
          <w:p w14:paraId="0DA58CDA"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Škarje so prilagojene starosti, rezanje poteka sede in vedno stran od telesa.</w:t>
            </w:r>
          </w:p>
          <w:p w14:paraId="23193B93" w14:textId="77777777" w:rsidR="00080BF0" w:rsidRDefault="00000000">
            <w:pPr>
              <w:spacing w:after="20" w:line="245" w:lineRule="auto"/>
            </w:pPr>
            <w:r>
              <w:rPr>
                <w:b/>
                <w:color w:val="000000"/>
                <w:sz w:val="17"/>
              </w:rPr>
              <w:t>EVIDENCA PO IZVEDBI</w:t>
            </w:r>
          </w:p>
          <w:p w14:paraId="1A0F289B"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5295909C" w14:textId="77777777" w:rsidR="00080BF0" w:rsidRDefault="00000000">
            <w:pPr>
              <w:spacing w:before="40" w:after="20" w:line="245" w:lineRule="auto"/>
            </w:pPr>
            <w:r>
              <w:rPr>
                <w:b/>
                <w:color w:val="000000"/>
                <w:sz w:val="17"/>
              </w:rPr>
              <w:t>RAVEN DOSEGANJA</w:t>
            </w:r>
          </w:p>
          <w:p w14:paraId="4ED98364"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0992818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94A84E5" w14:textId="77777777">
              <w:trPr>
                <w:jc w:val="center"/>
              </w:trPr>
              <w:tc>
                <w:tcPr>
                  <w:tcW w:w="7087" w:type="dxa"/>
                  <w:shd w:val="clear" w:color="auto" w:fill="EDC9EA"/>
                  <w:tcMar>
                    <w:top w:w="45" w:type="dxa"/>
                    <w:left w:w="70" w:type="dxa"/>
                    <w:bottom w:w="45" w:type="dxa"/>
                    <w:right w:w="70" w:type="dxa"/>
                  </w:tcMar>
                </w:tcPr>
                <w:p w14:paraId="5480B91E" w14:textId="77777777" w:rsidR="00080BF0" w:rsidRDefault="00000000">
                  <w:pPr>
                    <w:keepNext/>
                  </w:pPr>
                  <w:r>
                    <w:rPr>
                      <w:b/>
                      <w:color w:val="000000"/>
                    </w:rPr>
                    <w:t>VPRAŠANJA V PODPORO LIKOVNEMU UČENJU</w:t>
                  </w:r>
                </w:p>
              </w:tc>
            </w:tr>
          </w:tbl>
          <w:p w14:paraId="6AD92C97" w14:textId="77777777" w:rsidR="00080BF0" w:rsidRDefault="00080BF0">
            <w:pPr>
              <w:spacing w:line="20" w:lineRule="exact"/>
            </w:pPr>
          </w:p>
          <w:p w14:paraId="2890902C" w14:textId="77777777" w:rsidR="00080BF0" w:rsidRDefault="00000000">
            <w:pPr>
              <w:pStyle w:val="Oznaenseznam"/>
              <w:spacing w:after="16"/>
            </w:pPr>
            <w:r>
              <w:rPr>
                <w:color w:val="000000"/>
                <w:sz w:val="16"/>
              </w:rPr>
              <w:t>Kaj si najprej opazil/-a in katera likovna prvina je zate najpomembnejša?</w:t>
            </w:r>
          </w:p>
          <w:p w14:paraId="4CF7B071" w14:textId="77777777" w:rsidR="00080BF0" w:rsidRDefault="00000000">
            <w:pPr>
              <w:pStyle w:val="Oznaenseznam"/>
              <w:spacing w:after="16"/>
            </w:pPr>
            <w:r>
              <w:rPr>
                <w:color w:val="000000"/>
                <w:sz w:val="16"/>
              </w:rPr>
              <w:t>Kako je material ali postopek vplival na črto, barvo, obliko, površino, prostor oziroma delovanje izdelka?</w:t>
            </w:r>
          </w:p>
          <w:p w14:paraId="5538AB54" w14:textId="77777777" w:rsidR="00080BF0" w:rsidRDefault="00000000">
            <w:pPr>
              <w:pStyle w:val="Oznaenseznam"/>
              <w:spacing w:after="16"/>
            </w:pPr>
            <w:r>
              <w:rPr>
                <w:color w:val="000000"/>
                <w:sz w:val="16"/>
              </w:rPr>
              <w:t>Katero možnost si preizkusil/-a, zakaj si jo izbral/-a in kaj si ob poskusu spremenil/-a?</w:t>
            </w:r>
          </w:p>
          <w:p w14:paraId="7A118BE8" w14:textId="77777777" w:rsidR="00080BF0" w:rsidRDefault="00000000">
            <w:pPr>
              <w:pStyle w:val="Oznaenseznam"/>
              <w:spacing w:after="16"/>
            </w:pPr>
            <w:r>
              <w:rPr>
                <w:color w:val="000000"/>
                <w:sz w:val="16"/>
              </w:rPr>
              <w:t>Kateri del tvojega procesa ali izdelka najjasneje pokaže dogovorjeno merilo?</w:t>
            </w:r>
          </w:p>
          <w:p w14:paraId="0E312DAF"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44CEB70D" w14:textId="77777777">
              <w:trPr>
                <w:jc w:val="center"/>
              </w:trPr>
              <w:tc>
                <w:tcPr>
                  <w:tcW w:w="7087" w:type="dxa"/>
                  <w:shd w:val="clear" w:color="auto" w:fill="C6E7F3"/>
                  <w:tcMar>
                    <w:top w:w="45" w:type="dxa"/>
                    <w:left w:w="70" w:type="dxa"/>
                    <w:bottom w:w="45" w:type="dxa"/>
                    <w:right w:w="70" w:type="dxa"/>
                  </w:tcMar>
                </w:tcPr>
                <w:p w14:paraId="0FB2435B" w14:textId="77777777" w:rsidR="00080BF0" w:rsidRDefault="00000000">
                  <w:pPr>
                    <w:keepNext/>
                  </w:pPr>
                  <w:r>
                    <w:rPr>
                      <w:b/>
                      <w:color w:val="000000"/>
                    </w:rPr>
                    <w:t>ZAKLJUČNI DEL – TIHA GALERIJA, RAZLAGA IN REFLEKSIJA (8–12 min)</w:t>
                  </w:r>
                </w:p>
              </w:tc>
            </w:tr>
          </w:tbl>
          <w:p w14:paraId="49514204" w14:textId="77777777" w:rsidR="00080BF0" w:rsidRDefault="00080BF0">
            <w:pPr>
              <w:spacing w:line="20" w:lineRule="exact"/>
            </w:pPr>
          </w:p>
          <w:p w14:paraId="4D5E7A8E"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0C4CF269" w14:textId="77777777">
              <w:trPr>
                <w:jc w:val="center"/>
              </w:trPr>
              <w:tc>
                <w:tcPr>
                  <w:tcW w:w="7087" w:type="dxa"/>
                  <w:shd w:val="clear" w:color="auto" w:fill="EDC9EA"/>
                  <w:tcMar>
                    <w:top w:w="45" w:type="dxa"/>
                    <w:left w:w="70" w:type="dxa"/>
                    <w:bottom w:w="45" w:type="dxa"/>
                    <w:right w:w="70" w:type="dxa"/>
                  </w:tcMar>
                </w:tcPr>
                <w:p w14:paraId="3C907107" w14:textId="77777777" w:rsidR="00080BF0" w:rsidRDefault="00000000">
                  <w:pPr>
                    <w:keepNext/>
                  </w:pPr>
                  <w:r>
                    <w:rPr>
                      <w:b/>
                      <w:color w:val="000000"/>
                    </w:rPr>
                    <w:t>SAMOVREDNOTENJE</w:t>
                  </w:r>
                </w:p>
              </w:tc>
            </w:tr>
          </w:tbl>
          <w:p w14:paraId="7EFC69F3" w14:textId="77777777" w:rsidR="00080BF0" w:rsidRDefault="00080BF0">
            <w:pPr>
              <w:spacing w:line="20" w:lineRule="exact"/>
            </w:pPr>
          </w:p>
          <w:p w14:paraId="34799E3E"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18287FE9" w14:textId="77777777">
              <w:trPr>
                <w:jc w:val="center"/>
              </w:trPr>
              <w:tc>
                <w:tcPr>
                  <w:tcW w:w="7087" w:type="dxa"/>
                  <w:shd w:val="clear" w:color="auto" w:fill="EDC9EA"/>
                  <w:tcMar>
                    <w:top w:w="45" w:type="dxa"/>
                    <w:left w:w="70" w:type="dxa"/>
                    <w:bottom w:w="45" w:type="dxa"/>
                    <w:right w:w="70" w:type="dxa"/>
                  </w:tcMar>
                </w:tcPr>
                <w:p w14:paraId="38B879E1" w14:textId="77777777" w:rsidR="00080BF0" w:rsidRDefault="00000000">
                  <w:pPr>
                    <w:keepNext/>
                  </w:pPr>
                  <w:r>
                    <w:rPr>
                      <w:b/>
                      <w:color w:val="000000"/>
                    </w:rPr>
                    <w:t>VRSTNIŠKO VREDNOTENJE</w:t>
                  </w:r>
                </w:p>
              </w:tc>
            </w:tr>
          </w:tbl>
          <w:p w14:paraId="64BFD8F2" w14:textId="77777777" w:rsidR="00080BF0" w:rsidRDefault="00080BF0">
            <w:pPr>
              <w:spacing w:line="20" w:lineRule="exact"/>
            </w:pPr>
          </w:p>
          <w:p w14:paraId="2EF2AACF"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5624D9AF" w14:textId="77777777">
              <w:trPr>
                <w:jc w:val="center"/>
              </w:trPr>
              <w:tc>
                <w:tcPr>
                  <w:tcW w:w="7087" w:type="dxa"/>
                  <w:shd w:val="clear" w:color="auto" w:fill="EDC9EA"/>
                  <w:tcMar>
                    <w:top w:w="45" w:type="dxa"/>
                    <w:left w:w="70" w:type="dxa"/>
                    <w:bottom w:w="45" w:type="dxa"/>
                    <w:right w:w="70" w:type="dxa"/>
                  </w:tcMar>
                </w:tcPr>
                <w:p w14:paraId="2E8F9A72" w14:textId="77777777" w:rsidR="00080BF0" w:rsidRDefault="00000000">
                  <w:pPr>
                    <w:keepNext/>
                  </w:pPr>
                  <w:r>
                    <w:rPr>
                      <w:b/>
                      <w:color w:val="000000"/>
                    </w:rPr>
                    <w:t>SKUPNI POVZETEK</w:t>
                  </w:r>
                </w:p>
              </w:tc>
            </w:tr>
          </w:tbl>
          <w:p w14:paraId="5EBFF958" w14:textId="77777777" w:rsidR="00080BF0" w:rsidRDefault="00080BF0"/>
          <w:p w14:paraId="05CD9EF5" w14:textId="77777777" w:rsidR="00080BF0" w:rsidRDefault="00000000">
            <w:pPr>
              <w:spacing w:before="20" w:after="40" w:line="245" w:lineRule="auto"/>
            </w:pPr>
            <w:r>
              <w:rPr>
                <w:b/>
                <w:color w:val="000000"/>
                <w:sz w:val="16"/>
              </w:rPr>
              <w:t>uporabim črko kot likovni znak; povežem podobo in sporočilo; sodelujem v skupini. Izbrani dokaz pojasnim in po povratni informaciji izboljšam.</w:t>
            </w:r>
          </w:p>
        </w:tc>
        <w:tc>
          <w:tcPr>
            <w:tcW w:w="2551" w:type="dxa"/>
            <w:tcMar>
              <w:top w:w="70" w:type="dxa"/>
              <w:left w:w="90" w:type="dxa"/>
              <w:bottom w:w="70" w:type="dxa"/>
              <w:right w:w="90" w:type="dxa"/>
            </w:tcMar>
          </w:tcPr>
          <w:p w14:paraId="3C57C564" w14:textId="77777777" w:rsidR="00080BF0" w:rsidRDefault="00080BF0"/>
          <w:p w14:paraId="0E3C6380" w14:textId="77777777" w:rsidR="00080BF0" w:rsidRDefault="00000000">
            <w:pPr>
              <w:spacing w:after="80" w:line="245" w:lineRule="auto"/>
            </w:pPr>
            <w:r>
              <w:rPr>
                <w:color w:val="000000"/>
                <w:sz w:val="15"/>
              </w:rPr>
              <w:t>Odgovarja na podporna vprašanja in se sklicuje na opaženo, preizkušeno, ustvarjeno ali razstavljeno.</w:t>
            </w:r>
          </w:p>
          <w:p w14:paraId="3DC1D4A1" w14:textId="77777777" w:rsidR="00080BF0" w:rsidRDefault="00000000">
            <w:pPr>
              <w:spacing w:after="80" w:line="245" w:lineRule="auto"/>
            </w:pPr>
            <w:r>
              <w:rPr>
                <w:color w:val="000000"/>
                <w:sz w:val="15"/>
              </w:rPr>
              <w:t>Predstavi izbrani procesni ali izdelkovni dokaz ter pove, katero merilo z njim pokaže.</w:t>
            </w:r>
          </w:p>
          <w:p w14:paraId="500707FE" w14:textId="77777777" w:rsidR="00080BF0" w:rsidRDefault="00000000">
            <w:pPr>
              <w:spacing w:after="80" w:line="245" w:lineRule="auto"/>
            </w:pPr>
            <w:r>
              <w:rPr>
                <w:color w:val="000000"/>
                <w:sz w:val="15"/>
              </w:rPr>
              <w:t>Tiho opazuje vrstnikovo delo, opiše eno konkretno likovno rešitev in poda prijazen predlog.</w:t>
            </w:r>
          </w:p>
          <w:p w14:paraId="38CA7D81" w14:textId="77777777" w:rsidR="00080BF0" w:rsidRDefault="00000000">
            <w:pPr>
              <w:spacing w:after="80" w:line="245" w:lineRule="auto"/>
            </w:pPr>
            <w:r>
              <w:rPr>
                <w:color w:val="000000"/>
                <w:sz w:val="15"/>
              </w:rPr>
              <w:t>Po povratni informaciji po želji ponovi poskus, spremeni podrobnost, izboljša spoj, razporeditev ali razlago.</w:t>
            </w:r>
          </w:p>
          <w:p w14:paraId="4B3D9CB9" w14:textId="77777777" w:rsidR="00080BF0" w:rsidRDefault="00000000">
            <w:pPr>
              <w:spacing w:after="100" w:line="245" w:lineRule="auto"/>
            </w:pPr>
            <w:r>
              <w:rPr>
                <w:color w:val="000000"/>
                <w:sz w:val="15"/>
              </w:rPr>
              <w:t>Izbere raven samostojnosti ter določi majhen in izvedljiv naslednji ustvarjalni korak.</w:t>
            </w:r>
          </w:p>
          <w:p w14:paraId="15B23D67" w14:textId="77777777" w:rsidR="00080BF0" w:rsidRDefault="00000000">
            <w:pPr>
              <w:spacing w:after="20" w:line="245" w:lineRule="auto"/>
            </w:pPr>
            <w:r>
              <w:rPr>
                <w:b/>
                <w:color w:val="D95BC6"/>
                <w:sz w:val="17"/>
              </w:rPr>
              <w:t>DOKAZ O UČENJU</w:t>
            </w:r>
          </w:p>
          <w:p w14:paraId="71EA43E0"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423EF27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7551CD0F" w14:textId="77777777">
        <w:trPr>
          <w:cantSplit/>
          <w:jc w:val="center"/>
        </w:trPr>
        <w:tc>
          <w:tcPr>
            <w:tcW w:w="14060" w:type="dxa"/>
            <w:gridSpan w:val="6"/>
            <w:tcMar>
              <w:top w:w="70" w:type="dxa"/>
              <w:left w:w="90" w:type="dxa"/>
              <w:bottom w:w="70" w:type="dxa"/>
              <w:right w:w="90" w:type="dxa"/>
            </w:tcMar>
            <w:vAlign w:val="center"/>
          </w:tcPr>
          <w:p w14:paraId="03E7F940" w14:textId="77777777" w:rsidR="00080BF0" w:rsidRDefault="00000000">
            <w:pPr>
              <w:jc w:val="center"/>
            </w:pPr>
            <w:r>
              <w:rPr>
                <w:b/>
                <w:color w:val="000000"/>
                <w:sz w:val="24"/>
              </w:rPr>
              <w:lastRenderedPageBreak/>
              <w:t>UČNA PRIPRAVA 23/39</w:t>
            </w:r>
          </w:p>
        </w:tc>
      </w:tr>
      <w:tr w:rsidR="00080BF0" w14:paraId="0BB589FB" w14:textId="77777777">
        <w:trPr>
          <w:jc w:val="center"/>
        </w:trPr>
        <w:tc>
          <w:tcPr>
            <w:tcW w:w="2665" w:type="dxa"/>
            <w:tcMar>
              <w:top w:w="70" w:type="dxa"/>
              <w:left w:w="90" w:type="dxa"/>
              <w:bottom w:w="70" w:type="dxa"/>
              <w:right w:w="90" w:type="dxa"/>
            </w:tcMar>
            <w:vAlign w:val="center"/>
          </w:tcPr>
          <w:p w14:paraId="5E34BD38"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84C0874"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07ED0E54"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C4B6B3B" w14:textId="77777777" w:rsidR="00080BF0" w:rsidRDefault="00000000">
            <w:r>
              <w:rPr>
                <w:b/>
                <w:color w:val="000000"/>
                <w:sz w:val="16"/>
              </w:rPr>
              <w:t xml:space="preserve">NAČRTOVANI TERMIN: </w:t>
            </w:r>
            <w:r>
              <w:rPr>
                <w:color w:val="000000"/>
                <w:sz w:val="16"/>
              </w:rPr>
              <w:t>23. teden • 15.–19. 2. 2027</w:t>
            </w:r>
          </w:p>
        </w:tc>
        <w:tc>
          <w:tcPr>
            <w:tcW w:w="2268" w:type="dxa"/>
            <w:tcMar>
              <w:top w:w="70" w:type="dxa"/>
              <w:left w:w="90" w:type="dxa"/>
              <w:bottom w:w="70" w:type="dxa"/>
              <w:right w:w="90" w:type="dxa"/>
            </w:tcMar>
            <w:vAlign w:val="center"/>
          </w:tcPr>
          <w:p w14:paraId="645D918B"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4A57CE6" w14:textId="77777777" w:rsidR="00080BF0" w:rsidRDefault="00000000">
            <w:r>
              <w:rPr>
                <w:b/>
                <w:color w:val="000000"/>
                <w:sz w:val="16"/>
              </w:rPr>
              <w:t xml:space="preserve">ŠTEVILO UR: </w:t>
            </w:r>
            <w:r>
              <w:rPr>
                <w:color w:val="000000"/>
                <w:sz w:val="16"/>
              </w:rPr>
              <w:t>2</w:t>
            </w:r>
          </w:p>
        </w:tc>
      </w:tr>
      <w:tr w:rsidR="00080BF0" w14:paraId="62374EDC" w14:textId="77777777">
        <w:trPr>
          <w:jc w:val="center"/>
        </w:trPr>
        <w:tc>
          <w:tcPr>
            <w:tcW w:w="14061" w:type="dxa"/>
            <w:gridSpan w:val="6"/>
            <w:tcMar>
              <w:top w:w="70" w:type="dxa"/>
              <w:left w:w="90" w:type="dxa"/>
              <w:bottom w:w="70" w:type="dxa"/>
              <w:right w:w="90" w:type="dxa"/>
            </w:tcMar>
            <w:vAlign w:val="center"/>
          </w:tcPr>
          <w:p w14:paraId="4E7B1090"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576EC794" w14:textId="77777777">
        <w:trPr>
          <w:cantSplit/>
          <w:jc w:val="center"/>
        </w:trPr>
        <w:tc>
          <w:tcPr>
            <w:tcW w:w="14060" w:type="dxa"/>
            <w:gridSpan w:val="6"/>
            <w:tcMar>
              <w:top w:w="70" w:type="dxa"/>
              <w:left w:w="90" w:type="dxa"/>
              <w:bottom w:w="70" w:type="dxa"/>
              <w:right w:w="90" w:type="dxa"/>
            </w:tcMar>
            <w:vAlign w:val="center"/>
          </w:tcPr>
          <w:p w14:paraId="7ED932FF" w14:textId="77777777" w:rsidR="00080BF0" w:rsidRDefault="00080BF0"/>
          <w:p w14:paraId="6D86621C" w14:textId="77777777" w:rsidR="00080BF0" w:rsidRDefault="00000000">
            <w:pPr>
              <w:spacing w:line="245" w:lineRule="auto"/>
            </w:pPr>
            <w:r>
              <w:rPr>
                <w:b/>
                <w:color w:val="000000"/>
                <w:sz w:val="15"/>
              </w:rPr>
              <w:t xml:space="preserve">UČNI SKLOP: </w:t>
            </w:r>
            <w:r>
              <w:rPr>
                <w:color w:val="000000"/>
                <w:sz w:val="15"/>
              </w:rPr>
              <w:t>NEKOČ IN DANES – ČAS IN DEDIŠČINA</w:t>
            </w:r>
          </w:p>
        </w:tc>
      </w:tr>
      <w:tr w:rsidR="00080BF0" w14:paraId="29549664" w14:textId="77777777">
        <w:trPr>
          <w:cantSplit/>
          <w:jc w:val="center"/>
        </w:trPr>
        <w:tc>
          <w:tcPr>
            <w:tcW w:w="14060" w:type="dxa"/>
            <w:gridSpan w:val="6"/>
            <w:tcMar>
              <w:top w:w="70" w:type="dxa"/>
              <w:left w:w="90" w:type="dxa"/>
              <w:bottom w:w="70" w:type="dxa"/>
              <w:right w:w="90" w:type="dxa"/>
            </w:tcMar>
            <w:vAlign w:val="center"/>
          </w:tcPr>
          <w:p w14:paraId="4FEB58E6" w14:textId="77777777" w:rsidR="00080BF0" w:rsidRDefault="00080BF0"/>
          <w:p w14:paraId="12BE4B1F" w14:textId="77777777" w:rsidR="00080BF0" w:rsidRDefault="00000000">
            <w:pPr>
              <w:spacing w:line="245" w:lineRule="auto"/>
            </w:pPr>
            <w:r>
              <w:rPr>
                <w:b/>
                <w:color w:val="000000"/>
                <w:sz w:val="15"/>
              </w:rPr>
              <w:t xml:space="preserve">UČNA TEMA: </w:t>
            </w:r>
            <w:r>
              <w:rPr>
                <w:color w:val="000000"/>
                <w:sz w:val="15"/>
              </w:rPr>
              <w:t>MUZEJSKI KOTIČEK</w:t>
            </w:r>
          </w:p>
        </w:tc>
      </w:tr>
      <w:tr w:rsidR="00080BF0" w14:paraId="6CC936A4" w14:textId="77777777">
        <w:trPr>
          <w:cantSplit/>
          <w:jc w:val="center"/>
        </w:trPr>
        <w:tc>
          <w:tcPr>
            <w:tcW w:w="14060" w:type="dxa"/>
            <w:gridSpan w:val="6"/>
            <w:tcMar>
              <w:top w:w="70" w:type="dxa"/>
              <w:left w:w="90" w:type="dxa"/>
              <w:bottom w:w="70" w:type="dxa"/>
              <w:right w:w="90" w:type="dxa"/>
            </w:tcMar>
            <w:vAlign w:val="center"/>
          </w:tcPr>
          <w:p w14:paraId="2D1A41A9" w14:textId="77777777" w:rsidR="00080BF0" w:rsidRDefault="00080BF0"/>
          <w:p w14:paraId="6355C73C" w14:textId="77777777" w:rsidR="00080BF0" w:rsidRDefault="00000000">
            <w:pPr>
              <w:spacing w:line="245" w:lineRule="auto"/>
            </w:pPr>
            <w:r>
              <w:rPr>
                <w:b/>
                <w:color w:val="000000"/>
                <w:sz w:val="15"/>
              </w:rPr>
              <w:t xml:space="preserve">KNJIŽEVNO / MOTIVNO IZHODIŠČE: </w:t>
            </w:r>
            <w:r>
              <w:rPr>
                <w:color w:val="000000"/>
                <w:sz w:val="15"/>
              </w:rPr>
              <w:t>»Mojca Pokrajculja« – slovenska ljudska pravljica • stari predmeti, skupno bivanje in ustno izročilo</w:t>
            </w:r>
          </w:p>
        </w:tc>
      </w:tr>
      <w:tr w:rsidR="00080BF0" w14:paraId="3A1DC6DE" w14:textId="77777777">
        <w:trPr>
          <w:cantSplit/>
          <w:jc w:val="center"/>
        </w:trPr>
        <w:tc>
          <w:tcPr>
            <w:tcW w:w="14060" w:type="dxa"/>
            <w:gridSpan w:val="6"/>
            <w:tcMar>
              <w:top w:w="70" w:type="dxa"/>
              <w:left w:w="90" w:type="dxa"/>
              <w:bottom w:w="70" w:type="dxa"/>
              <w:right w:w="90" w:type="dxa"/>
            </w:tcMar>
            <w:vAlign w:val="center"/>
          </w:tcPr>
          <w:p w14:paraId="7E42165A" w14:textId="77777777" w:rsidR="00080BF0" w:rsidRDefault="00080BF0"/>
          <w:p w14:paraId="486086BC" w14:textId="77777777" w:rsidR="00080BF0" w:rsidRDefault="00000000">
            <w:pPr>
              <w:spacing w:line="245" w:lineRule="auto"/>
            </w:pPr>
            <w:r>
              <w:rPr>
                <w:b/>
                <w:color w:val="000000"/>
                <w:sz w:val="15"/>
              </w:rPr>
              <w:t xml:space="preserve">LIKOVNO IZHODIŠČE / MOTIVACIJA: </w:t>
            </w:r>
            <w:r>
              <w:rPr>
                <w:color w:val="000000"/>
                <w:sz w:val="15"/>
              </w:rPr>
              <w:t>v razredu se pojavi prazna razstavna oznaka; učenci poiščejo delo, ki bi mu pripadala, in utemeljijo, kako bi gledalcu predstavili temo »muzejski kotiček«. Tematska rešitev: oblikuje muzejski kotiček s piskrčkom in oznakami.</w:t>
            </w:r>
          </w:p>
        </w:tc>
      </w:tr>
      <w:tr w:rsidR="00080BF0" w14:paraId="02DC6AFB" w14:textId="77777777">
        <w:trPr>
          <w:cantSplit/>
          <w:jc w:val="center"/>
        </w:trPr>
        <w:tc>
          <w:tcPr>
            <w:tcW w:w="14060" w:type="dxa"/>
            <w:gridSpan w:val="6"/>
            <w:tcMar>
              <w:top w:w="70" w:type="dxa"/>
              <w:left w:w="90" w:type="dxa"/>
              <w:bottom w:w="70" w:type="dxa"/>
              <w:right w:w="90" w:type="dxa"/>
            </w:tcMar>
            <w:vAlign w:val="center"/>
          </w:tcPr>
          <w:p w14:paraId="2363140F" w14:textId="77777777" w:rsidR="00080BF0" w:rsidRDefault="00080BF0"/>
          <w:p w14:paraId="2B053C06" w14:textId="77777777" w:rsidR="00080BF0" w:rsidRDefault="00000000">
            <w:pPr>
              <w:spacing w:line="245" w:lineRule="auto"/>
            </w:pPr>
            <w:r>
              <w:rPr>
                <w:b/>
                <w:color w:val="000000"/>
                <w:sz w:val="15"/>
              </w:rPr>
              <w:t xml:space="preserve">UČNE ENOTE: </w:t>
            </w:r>
            <w:r>
              <w:rPr>
                <w:color w:val="000000"/>
                <w:sz w:val="15"/>
              </w:rPr>
              <w:t>1. ura – Muzejski kotiček – Opazujem, preizkušam, načrtujem • 2. ura – Muzejski kotiček – Ustvarjam, predstavim, izboljšam</w:t>
            </w:r>
          </w:p>
        </w:tc>
      </w:tr>
      <w:tr w:rsidR="00080BF0" w14:paraId="2788CD48" w14:textId="77777777">
        <w:trPr>
          <w:cantSplit/>
          <w:jc w:val="center"/>
        </w:trPr>
        <w:tc>
          <w:tcPr>
            <w:tcW w:w="14060" w:type="dxa"/>
            <w:gridSpan w:val="6"/>
            <w:tcMar>
              <w:top w:w="70" w:type="dxa"/>
              <w:left w:w="90" w:type="dxa"/>
              <w:bottom w:w="70" w:type="dxa"/>
              <w:right w:w="90" w:type="dxa"/>
            </w:tcMar>
            <w:vAlign w:val="center"/>
          </w:tcPr>
          <w:p w14:paraId="5D00C685" w14:textId="77777777" w:rsidR="00080BF0" w:rsidRDefault="00080BF0"/>
          <w:p w14:paraId="01CCC406"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50F1672A" w14:textId="77777777">
        <w:trPr>
          <w:cantSplit/>
          <w:jc w:val="center"/>
        </w:trPr>
        <w:tc>
          <w:tcPr>
            <w:tcW w:w="14060" w:type="dxa"/>
            <w:gridSpan w:val="6"/>
            <w:tcMar>
              <w:top w:w="70" w:type="dxa"/>
              <w:left w:w="90" w:type="dxa"/>
              <w:bottom w:w="70" w:type="dxa"/>
              <w:right w:w="90" w:type="dxa"/>
            </w:tcMar>
            <w:vAlign w:val="center"/>
          </w:tcPr>
          <w:p w14:paraId="4638185A" w14:textId="77777777" w:rsidR="00080BF0" w:rsidRDefault="00080BF0"/>
          <w:p w14:paraId="710B1354"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4F96F6F1" w14:textId="77777777">
        <w:trPr>
          <w:cantSplit/>
          <w:jc w:val="center"/>
        </w:trPr>
        <w:tc>
          <w:tcPr>
            <w:tcW w:w="14060" w:type="dxa"/>
            <w:gridSpan w:val="6"/>
            <w:tcMar>
              <w:top w:w="70" w:type="dxa"/>
              <w:left w:w="90" w:type="dxa"/>
              <w:bottom w:w="70" w:type="dxa"/>
              <w:right w:w="90" w:type="dxa"/>
            </w:tcMar>
            <w:vAlign w:val="center"/>
          </w:tcPr>
          <w:p w14:paraId="580F9497" w14:textId="77777777" w:rsidR="00080BF0" w:rsidRDefault="00080BF0"/>
          <w:p w14:paraId="68C458FE"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138C669D" w14:textId="77777777">
        <w:trPr>
          <w:cantSplit/>
          <w:jc w:val="center"/>
        </w:trPr>
        <w:tc>
          <w:tcPr>
            <w:tcW w:w="14060" w:type="dxa"/>
            <w:gridSpan w:val="6"/>
            <w:tcMar>
              <w:top w:w="70" w:type="dxa"/>
              <w:left w:w="90" w:type="dxa"/>
              <w:bottom w:w="70" w:type="dxa"/>
              <w:right w:w="90" w:type="dxa"/>
            </w:tcMar>
            <w:vAlign w:val="center"/>
          </w:tcPr>
          <w:p w14:paraId="6D8C6040" w14:textId="77777777" w:rsidR="00080BF0" w:rsidRDefault="00080BF0"/>
          <w:p w14:paraId="3D557C40" w14:textId="77777777" w:rsidR="00080BF0" w:rsidRDefault="00000000">
            <w:pPr>
              <w:spacing w:line="245" w:lineRule="auto"/>
            </w:pPr>
            <w:r>
              <w:rPr>
                <w:b/>
                <w:color w:val="000000"/>
                <w:sz w:val="15"/>
              </w:rPr>
              <w:t xml:space="preserve">MEDPREDMETNE POVEZAVE: </w:t>
            </w:r>
            <w:r>
              <w:rPr>
                <w:color w:val="000000"/>
                <w:sz w:val="15"/>
              </w:rPr>
              <w:t>SPO – stari predmeti, skupno bivanje in ustno izročilo; SLJ – poslušanje, opis opažanja, poimenovanje postopka in predstavitev; MAT – oblike, razvrščanje, vzorci in prostorski odnosi; ŠPO – gibalna črta, telesna skulptura, smer in ravnotežje; GUM – ritem, ponavljanje.</w:t>
            </w:r>
          </w:p>
        </w:tc>
      </w:tr>
      <w:tr w:rsidR="00080BF0" w14:paraId="4A2CA838" w14:textId="77777777">
        <w:trPr>
          <w:cantSplit/>
          <w:jc w:val="center"/>
        </w:trPr>
        <w:tc>
          <w:tcPr>
            <w:tcW w:w="14060" w:type="dxa"/>
            <w:gridSpan w:val="6"/>
            <w:tcMar>
              <w:top w:w="70" w:type="dxa"/>
              <w:left w:w="90" w:type="dxa"/>
              <w:bottom w:w="70" w:type="dxa"/>
              <w:right w:w="90" w:type="dxa"/>
            </w:tcMar>
            <w:vAlign w:val="center"/>
          </w:tcPr>
          <w:p w14:paraId="0C4953D4" w14:textId="77777777" w:rsidR="00080BF0" w:rsidRDefault="00080BF0"/>
          <w:p w14:paraId="7421A7BB" w14:textId="77777777" w:rsidR="00080BF0" w:rsidRDefault="00000000">
            <w:pPr>
              <w:spacing w:line="245" w:lineRule="auto"/>
            </w:pPr>
            <w:r>
              <w:rPr>
                <w:b/>
                <w:color w:val="000000"/>
                <w:sz w:val="15"/>
              </w:rPr>
              <w:t xml:space="preserve">UČNA SREDSTVA IN PRIPOMOČKI: </w:t>
            </w:r>
            <w:r>
              <w:rPr>
                <w:color w:val="000000"/>
                <w:sz w:val="15"/>
              </w:rPr>
              <w:t>likovna mapa, izbrana dela, podlage, ščipalke ali lepilni trak, prazne oznake, simboli meril, fotografije procesa in razstavni načrt; fotografija, reprodukcija ali resnični predmet za opazovanje; kartice namena in meril; talne oznake štirih postaj; mapa dokazov; sredstva za čiščenje in pospravljanje</w:t>
            </w:r>
          </w:p>
        </w:tc>
      </w:tr>
      <w:tr w:rsidR="00080BF0" w14:paraId="4ECFC127" w14:textId="77777777">
        <w:trPr>
          <w:cantSplit/>
          <w:jc w:val="center"/>
        </w:trPr>
        <w:tc>
          <w:tcPr>
            <w:tcW w:w="14060" w:type="dxa"/>
            <w:gridSpan w:val="6"/>
            <w:tcMar>
              <w:top w:w="70" w:type="dxa"/>
              <w:left w:w="90" w:type="dxa"/>
              <w:bottom w:w="70" w:type="dxa"/>
              <w:right w:w="90" w:type="dxa"/>
            </w:tcMar>
            <w:vAlign w:val="center"/>
          </w:tcPr>
          <w:p w14:paraId="2E3E4CC7" w14:textId="77777777" w:rsidR="00080BF0" w:rsidRDefault="00080BF0"/>
          <w:p w14:paraId="27143F5E"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6EA67248" w14:textId="77777777">
        <w:trPr>
          <w:cantSplit/>
          <w:jc w:val="center"/>
        </w:trPr>
        <w:tc>
          <w:tcPr>
            <w:tcW w:w="14060" w:type="dxa"/>
            <w:gridSpan w:val="6"/>
            <w:tcMar>
              <w:top w:w="70" w:type="dxa"/>
              <w:left w:w="90" w:type="dxa"/>
              <w:bottom w:w="70" w:type="dxa"/>
              <w:right w:w="90" w:type="dxa"/>
            </w:tcMar>
            <w:vAlign w:val="center"/>
          </w:tcPr>
          <w:p w14:paraId="1331E45D" w14:textId="77777777" w:rsidR="00080BF0" w:rsidRDefault="00080BF0"/>
          <w:p w14:paraId="7C128C8A" w14:textId="77777777" w:rsidR="00080BF0" w:rsidRDefault="00000000">
            <w:pPr>
              <w:spacing w:line="245" w:lineRule="auto"/>
            </w:pPr>
            <w:r>
              <w:rPr>
                <w:b/>
                <w:color w:val="000000"/>
                <w:sz w:val="15"/>
              </w:rPr>
              <w:t xml:space="preserve">OCENJEVANJE / DAN DEJAVNOSTI: </w:t>
            </w:r>
            <w:r>
              <w:rPr>
                <w:color w:val="000000"/>
                <w:sz w:val="15"/>
              </w:rPr>
              <w:t>KULTURNI DAN</w:t>
            </w:r>
          </w:p>
        </w:tc>
      </w:tr>
      <w:tr w:rsidR="00080BF0" w14:paraId="624241D8" w14:textId="77777777">
        <w:trPr>
          <w:cantSplit/>
          <w:jc w:val="center"/>
        </w:trPr>
        <w:tc>
          <w:tcPr>
            <w:tcW w:w="14060" w:type="dxa"/>
            <w:gridSpan w:val="6"/>
            <w:tcMar>
              <w:top w:w="70" w:type="dxa"/>
              <w:left w:w="90" w:type="dxa"/>
              <w:bottom w:w="70" w:type="dxa"/>
              <w:right w:w="90" w:type="dxa"/>
            </w:tcMar>
            <w:vAlign w:val="center"/>
          </w:tcPr>
          <w:p w14:paraId="027B2095" w14:textId="77777777" w:rsidR="00080BF0" w:rsidRDefault="00080BF0"/>
          <w:p w14:paraId="489DA14F"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22E4ECC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7B62D9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35BC0E4"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203D2AE" w14:textId="77777777" w:rsidR="00080BF0" w:rsidRDefault="00000000">
            <w:pPr>
              <w:jc w:val="center"/>
            </w:pPr>
            <w:r>
              <w:rPr>
                <w:b/>
                <w:color w:val="000000"/>
                <w:sz w:val="20"/>
              </w:rPr>
              <w:t>UČNE DEJAVNOSTI, METODE IN FORMATIVNO SPREMLJANJE</w:t>
            </w:r>
          </w:p>
        </w:tc>
      </w:tr>
      <w:tr w:rsidR="00080BF0" w14:paraId="693391D2" w14:textId="77777777">
        <w:trPr>
          <w:tblHeader/>
          <w:jc w:val="center"/>
        </w:trPr>
        <w:tc>
          <w:tcPr>
            <w:tcW w:w="4422" w:type="dxa"/>
            <w:vMerge/>
            <w:tcMar>
              <w:top w:w="70" w:type="dxa"/>
              <w:left w:w="90" w:type="dxa"/>
              <w:bottom w:w="70" w:type="dxa"/>
              <w:right w:w="90" w:type="dxa"/>
            </w:tcMar>
            <w:vAlign w:val="center"/>
          </w:tcPr>
          <w:p w14:paraId="03008FB2" w14:textId="77777777" w:rsidR="00080BF0" w:rsidRDefault="00080BF0"/>
        </w:tc>
        <w:tc>
          <w:tcPr>
            <w:tcW w:w="7087" w:type="dxa"/>
            <w:shd w:val="clear" w:color="auto" w:fill="FFFFFF"/>
            <w:tcMar>
              <w:top w:w="70" w:type="dxa"/>
              <w:left w:w="90" w:type="dxa"/>
              <w:bottom w:w="70" w:type="dxa"/>
              <w:right w:w="90" w:type="dxa"/>
            </w:tcMar>
            <w:vAlign w:val="center"/>
          </w:tcPr>
          <w:p w14:paraId="479540DB"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3E5FD4F" w14:textId="77777777" w:rsidR="00080BF0" w:rsidRDefault="00000000">
            <w:pPr>
              <w:jc w:val="center"/>
            </w:pPr>
            <w:r>
              <w:rPr>
                <w:b/>
                <w:color w:val="000000"/>
              </w:rPr>
              <w:t>UČENEC</w:t>
            </w:r>
          </w:p>
        </w:tc>
      </w:tr>
      <w:tr w:rsidR="00080BF0" w14:paraId="593E7051" w14:textId="77777777">
        <w:trPr>
          <w:jc w:val="center"/>
        </w:trPr>
        <w:tc>
          <w:tcPr>
            <w:tcW w:w="4422" w:type="dxa"/>
            <w:tcMar>
              <w:top w:w="70" w:type="dxa"/>
              <w:left w:w="90" w:type="dxa"/>
              <w:bottom w:w="70" w:type="dxa"/>
              <w:right w:w="90" w:type="dxa"/>
            </w:tcMar>
          </w:tcPr>
          <w:p w14:paraId="7A6E021F" w14:textId="77777777" w:rsidR="00080BF0" w:rsidRDefault="00080BF0"/>
          <w:p w14:paraId="6954617C" w14:textId="77777777" w:rsidR="00080BF0" w:rsidRDefault="00000000">
            <w:pPr>
              <w:spacing w:after="60" w:line="245" w:lineRule="auto"/>
            </w:pPr>
            <w:r>
              <w:rPr>
                <w:b/>
                <w:color w:val="000000"/>
              </w:rPr>
              <w:t>UČNI CILJI</w:t>
            </w:r>
          </w:p>
          <w:p w14:paraId="652CC68F" w14:textId="77777777" w:rsidR="00080BF0" w:rsidRDefault="00000000">
            <w:pPr>
              <w:spacing w:after="20" w:line="245" w:lineRule="auto"/>
            </w:pPr>
            <w:r>
              <w:rPr>
                <w:b/>
                <w:color w:val="000000"/>
                <w:sz w:val="17"/>
              </w:rPr>
              <w:t>SPLOŠNI</w:t>
            </w:r>
          </w:p>
          <w:p w14:paraId="01CA471A"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48165A2E"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1C8E7739"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20808E64"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7EE34D25" w14:textId="77777777" w:rsidR="00080BF0" w:rsidRDefault="00000000">
            <w:pPr>
              <w:spacing w:before="40" w:after="20" w:line="245" w:lineRule="auto"/>
            </w:pPr>
            <w:r>
              <w:rPr>
                <w:b/>
                <w:color w:val="000000"/>
                <w:sz w:val="17"/>
              </w:rPr>
              <w:t>OPERATIVNI</w:t>
            </w:r>
          </w:p>
          <w:p w14:paraId="711374D5" w14:textId="77777777" w:rsidR="00080BF0" w:rsidRDefault="00000000">
            <w:pPr>
              <w:pStyle w:val="Oznaenseznam"/>
              <w:spacing w:after="16"/>
            </w:pPr>
            <w:r>
              <w:rPr>
                <w:color w:val="000000"/>
                <w:sz w:val="16"/>
              </w:rPr>
              <w:t>izbere in razporedi izdelke</w:t>
            </w:r>
          </w:p>
          <w:p w14:paraId="1275FAE7" w14:textId="77777777" w:rsidR="00080BF0" w:rsidRDefault="00000000">
            <w:pPr>
              <w:pStyle w:val="Oznaenseznam"/>
              <w:spacing w:after="16"/>
            </w:pPr>
            <w:r>
              <w:rPr>
                <w:color w:val="000000"/>
                <w:sz w:val="16"/>
              </w:rPr>
              <w:t>doda oznako</w:t>
            </w:r>
          </w:p>
          <w:p w14:paraId="53273C92" w14:textId="77777777" w:rsidR="00080BF0" w:rsidRDefault="00000000">
            <w:pPr>
              <w:pStyle w:val="Oznaenseznam"/>
              <w:spacing w:after="16"/>
            </w:pPr>
            <w:r>
              <w:rPr>
                <w:color w:val="000000"/>
                <w:sz w:val="16"/>
              </w:rPr>
              <w:t>pojasni namen razstave</w:t>
            </w:r>
          </w:p>
          <w:p w14:paraId="234B7FE9" w14:textId="77777777" w:rsidR="00080BF0" w:rsidRDefault="00000000">
            <w:pPr>
              <w:spacing w:before="40" w:after="20" w:line="245" w:lineRule="auto"/>
            </w:pPr>
            <w:r>
              <w:rPr>
                <w:b/>
                <w:color w:val="000000"/>
                <w:sz w:val="17"/>
              </w:rPr>
              <w:t>PRIČAKOVANI DOSEŽKI / MINIMALNI POUDARKI</w:t>
            </w:r>
          </w:p>
          <w:p w14:paraId="2276E371" w14:textId="77777777" w:rsidR="00080BF0" w:rsidRDefault="00000000">
            <w:pPr>
              <w:pStyle w:val="Oznaenseznam"/>
              <w:spacing w:after="16"/>
            </w:pPr>
            <w:r>
              <w:rPr>
                <w:color w:val="000000"/>
                <w:sz w:val="15"/>
              </w:rPr>
              <w:t>samostojno oziroma z dogovorjeno oporo izbere in razporedi izdelke</w:t>
            </w:r>
          </w:p>
          <w:p w14:paraId="460018B4" w14:textId="77777777" w:rsidR="00080BF0" w:rsidRDefault="00000000">
            <w:pPr>
              <w:pStyle w:val="Oznaenseznam"/>
              <w:spacing w:after="16"/>
            </w:pPr>
            <w:r>
              <w:rPr>
                <w:color w:val="000000"/>
                <w:sz w:val="15"/>
              </w:rPr>
              <w:t>samostojno oziroma z dogovorjeno oporo doda oznako</w:t>
            </w:r>
          </w:p>
          <w:p w14:paraId="0CC08324" w14:textId="77777777" w:rsidR="00080BF0" w:rsidRDefault="00000000">
            <w:pPr>
              <w:pStyle w:val="Oznaenseznam"/>
              <w:spacing w:after="16"/>
            </w:pPr>
            <w:r>
              <w:rPr>
                <w:color w:val="000000"/>
                <w:sz w:val="15"/>
              </w:rPr>
              <w:t>samostojno oziroma z dogovorjeno oporo pojasni namen razstave</w:t>
            </w:r>
          </w:p>
        </w:tc>
        <w:tc>
          <w:tcPr>
            <w:tcW w:w="7087" w:type="dxa"/>
            <w:tcMar>
              <w:top w:w="70" w:type="dxa"/>
              <w:left w:w="90" w:type="dxa"/>
              <w:bottom w:w="70" w:type="dxa"/>
              <w:right w:w="90" w:type="dxa"/>
            </w:tcMar>
          </w:tcPr>
          <w:p w14:paraId="5073B612"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242535DB" w14:textId="77777777">
              <w:trPr>
                <w:jc w:val="center"/>
              </w:trPr>
              <w:tc>
                <w:tcPr>
                  <w:tcW w:w="7087" w:type="dxa"/>
                  <w:shd w:val="clear" w:color="auto" w:fill="C6E7F3"/>
                  <w:tcMar>
                    <w:top w:w="45" w:type="dxa"/>
                    <w:left w:w="70" w:type="dxa"/>
                    <w:bottom w:w="45" w:type="dxa"/>
                    <w:right w:w="70" w:type="dxa"/>
                  </w:tcMar>
                </w:tcPr>
                <w:p w14:paraId="021CC103" w14:textId="77777777" w:rsidR="00080BF0" w:rsidRDefault="00000000">
                  <w:pPr>
                    <w:keepNext/>
                  </w:pPr>
                  <w:r>
                    <w:rPr>
                      <w:b/>
                      <w:color w:val="000000"/>
                    </w:rPr>
                    <w:t>UVODNI DEL – likovna uganka, opazovanje, aktivacija predznanja in namen učenja (8–12 min)</w:t>
                  </w:r>
                </w:p>
              </w:tc>
            </w:tr>
          </w:tbl>
          <w:p w14:paraId="428FDB04" w14:textId="77777777" w:rsidR="00080BF0" w:rsidRDefault="00080BF0">
            <w:pPr>
              <w:spacing w:line="20" w:lineRule="exact"/>
            </w:pPr>
          </w:p>
          <w:p w14:paraId="23D20BBC" w14:textId="77777777" w:rsidR="00080BF0" w:rsidRDefault="00000000">
            <w:pPr>
              <w:spacing w:before="40" w:after="60" w:line="245" w:lineRule="auto"/>
            </w:pPr>
            <w:r>
              <w:rPr>
                <w:color w:val="000000"/>
                <w:sz w:val="16"/>
              </w:rPr>
              <w:t>Ob književnem motivu »Mojca Pokrajculja« – slovenska ljudska pravljica učenci vstopijo v temo stari predmeti, skupno bivanje in ustno izročilo. Učiteljica pokaže fotografijo, reprodukcijo, predmet ali material in pove kratko likovno zgodbo: v razredu se pojavi prazna razstavna oznaka; učenci poiščejo delo, ki bi mu pripadala, in utemeljijo, kako bi gledalcu predstavili temo »muzejski kotiček«. Tematska rešitev: oblikuje muzejski kotiček s piskrčkom in oznakami.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7506D6FB" w14:textId="77777777">
              <w:trPr>
                <w:jc w:val="center"/>
              </w:trPr>
              <w:tc>
                <w:tcPr>
                  <w:tcW w:w="7087" w:type="dxa"/>
                  <w:shd w:val="clear" w:color="auto" w:fill="EDC9EA"/>
                  <w:tcMar>
                    <w:top w:w="45" w:type="dxa"/>
                    <w:left w:w="70" w:type="dxa"/>
                    <w:bottom w:w="45" w:type="dxa"/>
                    <w:right w:w="70" w:type="dxa"/>
                  </w:tcMar>
                </w:tcPr>
                <w:p w14:paraId="4C18F89F" w14:textId="77777777" w:rsidR="00080BF0" w:rsidRDefault="00000000">
                  <w:pPr>
                    <w:keepNext/>
                  </w:pPr>
                  <w:r>
                    <w:rPr>
                      <w:b/>
                      <w:color w:val="000000"/>
                    </w:rPr>
                    <w:t>NAMENI UČENJA</w:t>
                  </w:r>
                </w:p>
              </w:tc>
            </w:tr>
          </w:tbl>
          <w:p w14:paraId="2272589E" w14:textId="77777777" w:rsidR="00080BF0" w:rsidRDefault="00080BF0">
            <w:pPr>
              <w:spacing w:line="20" w:lineRule="exact"/>
            </w:pPr>
          </w:p>
          <w:p w14:paraId="17BE5B93"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7CCBD663" w14:textId="77777777" w:rsidR="00080BF0" w:rsidRDefault="00000000">
            <w:pPr>
              <w:pStyle w:val="Oznaenseznam"/>
              <w:spacing w:after="16"/>
            </w:pPr>
            <w:r>
              <w:rPr>
                <w:color w:val="000000"/>
                <w:sz w:val="16"/>
              </w:rPr>
              <w:t>izberem in razporedi izdelke</w:t>
            </w:r>
          </w:p>
          <w:p w14:paraId="32EC98D0" w14:textId="77777777" w:rsidR="00080BF0" w:rsidRDefault="00000000">
            <w:pPr>
              <w:pStyle w:val="Oznaenseznam"/>
              <w:spacing w:after="16"/>
            </w:pPr>
            <w:r>
              <w:rPr>
                <w:color w:val="000000"/>
                <w:sz w:val="16"/>
              </w:rPr>
              <w:t>dodam oznako</w:t>
            </w:r>
          </w:p>
          <w:p w14:paraId="39AF3F5A" w14:textId="77777777" w:rsidR="00080BF0" w:rsidRDefault="00000000">
            <w:pPr>
              <w:pStyle w:val="Oznaenseznam"/>
              <w:spacing w:after="16"/>
            </w:pPr>
            <w:r>
              <w:rPr>
                <w:color w:val="000000"/>
                <w:sz w:val="16"/>
              </w:rPr>
              <w:t>pojasnim namen razstave</w:t>
            </w:r>
          </w:p>
          <w:tbl>
            <w:tblPr>
              <w:tblStyle w:val="Tabelamrea"/>
              <w:tblW w:w="0" w:type="auto"/>
              <w:jc w:val="center"/>
              <w:tblLayout w:type="fixed"/>
              <w:tblLook w:val="04A0" w:firstRow="1" w:lastRow="0" w:firstColumn="1" w:lastColumn="0" w:noHBand="0" w:noVBand="1"/>
            </w:tblPr>
            <w:tblGrid>
              <w:gridCol w:w="7087"/>
            </w:tblGrid>
            <w:tr w:rsidR="00080BF0" w14:paraId="06C08EE8" w14:textId="77777777">
              <w:trPr>
                <w:jc w:val="center"/>
              </w:trPr>
              <w:tc>
                <w:tcPr>
                  <w:tcW w:w="7087" w:type="dxa"/>
                  <w:shd w:val="clear" w:color="auto" w:fill="EDC9EA"/>
                  <w:tcMar>
                    <w:top w:w="45" w:type="dxa"/>
                    <w:left w:w="70" w:type="dxa"/>
                    <w:bottom w:w="45" w:type="dxa"/>
                    <w:right w:w="70" w:type="dxa"/>
                  </w:tcMar>
                </w:tcPr>
                <w:p w14:paraId="131E26BB" w14:textId="77777777" w:rsidR="00080BF0" w:rsidRDefault="00000000">
                  <w:pPr>
                    <w:keepNext/>
                  </w:pPr>
                  <w:r>
                    <w:rPr>
                      <w:b/>
                      <w:color w:val="000000"/>
                    </w:rPr>
                    <w:t>PREVERJANJE PREDZNANJA</w:t>
                  </w:r>
                </w:p>
              </w:tc>
            </w:tr>
          </w:tbl>
          <w:p w14:paraId="24370BE3" w14:textId="77777777" w:rsidR="00080BF0" w:rsidRDefault="00080BF0">
            <w:pPr>
              <w:spacing w:line="20" w:lineRule="exact"/>
            </w:pPr>
          </w:p>
          <w:p w14:paraId="6ECFC061" w14:textId="77777777" w:rsidR="00080BF0" w:rsidRDefault="00000000">
            <w:pPr>
              <w:pStyle w:val="Oznaenseznam"/>
              <w:spacing w:after="16"/>
            </w:pPr>
            <w:r>
              <w:rPr>
                <w:color w:val="000000"/>
                <w:sz w:val="16"/>
              </w:rPr>
              <w:t>Kaj najprej opazim pri motivu, predmetu ali materialu, povezanem s temo »MUZEJSKI KOTIČEK«?</w:t>
            </w:r>
          </w:p>
          <w:p w14:paraId="33143CEE"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2A723B52"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5C4DA0F2" w14:textId="77777777">
              <w:trPr>
                <w:jc w:val="center"/>
              </w:trPr>
              <w:tc>
                <w:tcPr>
                  <w:tcW w:w="7087" w:type="dxa"/>
                  <w:shd w:val="clear" w:color="auto" w:fill="EDC9EA"/>
                  <w:tcMar>
                    <w:top w:w="45" w:type="dxa"/>
                    <w:left w:w="70" w:type="dxa"/>
                    <w:bottom w:w="45" w:type="dxa"/>
                    <w:right w:w="70" w:type="dxa"/>
                  </w:tcMar>
                </w:tcPr>
                <w:p w14:paraId="7B5A8FDA" w14:textId="77777777" w:rsidR="00080BF0" w:rsidRDefault="00000000">
                  <w:pPr>
                    <w:keepNext/>
                  </w:pPr>
                  <w:r>
                    <w:rPr>
                      <w:b/>
                      <w:color w:val="000000"/>
                    </w:rPr>
                    <w:t>KRITERIJI USPEŠNOSTI</w:t>
                  </w:r>
                </w:p>
              </w:tc>
            </w:tr>
          </w:tbl>
          <w:p w14:paraId="29243C68" w14:textId="77777777" w:rsidR="00080BF0" w:rsidRDefault="00080BF0"/>
          <w:p w14:paraId="6E2E291C" w14:textId="77777777" w:rsidR="00080BF0" w:rsidRDefault="00000000">
            <w:pPr>
              <w:spacing w:before="20" w:after="20" w:line="245" w:lineRule="auto"/>
            </w:pPr>
            <w:r>
              <w:rPr>
                <w:b/>
                <w:color w:val="000000"/>
                <w:sz w:val="16"/>
              </w:rPr>
              <w:t>Uspešen/-na bom, ko:</w:t>
            </w:r>
          </w:p>
          <w:p w14:paraId="7BEC1460" w14:textId="77777777" w:rsidR="00080BF0" w:rsidRDefault="00000000">
            <w:pPr>
              <w:pStyle w:val="Oznaenseznam"/>
              <w:spacing w:after="16"/>
            </w:pPr>
            <w:r>
              <w:rPr>
                <w:color w:val="000000"/>
                <w:sz w:val="16"/>
              </w:rPr>
              <w:t>izberem in razporedi izdelke</w:t>
            </w:r>
          </w:p>
          <w:p w14:paraId="2AD694CC" w14:textId="77777777" w:rsidR="00080BF0" w:rsidRDefault="00000000">
            <w:pPr>
              <w:pStyle w:val="Oznaenseznam"/>
              <w:spacing w:after="16"/>
            </w:pPr>
            <w:r>
              <w:rPr>
                <w:color w:val="000000"/>
                <w:sz w:val="16"/>
              </w:rPr>
              <w:t>dodam oznako</w:t>
            </w:r>
          </w:p>
          <w:p w14:paraId="05171B92" w14:textId="77777777" w:rsidR="00080BF0" w:rsidRDefault="00000000">
            <w:pPr>
              <w:pStyle w:val="Oznaenseznam"/>
              <w:spacing w:after="16"/>
            </w:pPr>
            <w:r>
              <w:rPr>
                <w:color w:val="000000"/>
                <w:sz w:val="16"/>
              </w:rPr>
              <w:t>pojasnim namen razstave</w:t>
            </w:r>
          </w:p>
          <w:p w14:paraId="62897220" w14:textId="77777777" w:rsidR="00080BF0" w:rsidRDefault="00000000">
            <w:pPr>
              <w:pStyle w:val="Oznaenseznam"/>
              <w:spacing w:after="16"/>
            </w:pPr>
            <w:r>
              <w:rPr>
                <w:color w:val="000000"/>
                <w:sz w:val="15"/>
              </w:rPr>
              <w:t>varno in namensko uporabim material, zaščitim prostor ter po delu uredim svojo postajo</w:t>
            </w:r>
          </w:p>
          <w:p w14:paraId="4DEC1768"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754ACC31" w14:textId="77777777" w:rsidR="00080BF0" w:rsidRDefault="00080BF0"/>
          <w:p w14:paraId="518864B8"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88CB67D" w14:textId="77777777" w:rsidR="00080BF0" w:rsidRDefault="00000000">
            <w:pPr>
              <w:spacing w:after="80" w:line="245" w:lineRule="auto"/>
            </w:pPr>
            <w:r>
              <w:rPr>
                <w:color w:val="000000"/>
                <w:sz w:val="16"/>
              </w:rPr>
              <w:t>Pove ali pokaže, kaj že zna opaziti in katero likovno možnost bi najprej preizkusil.</w:t>
            </w:r>
          </w:p>
          <w:p w14:paraId="4941DCD6" w14:textId="77777777" w:rsidR="00080BF0" w:rsidRDefault="00000000">
            <w:pPr>
              <w:spacing w:after="100" w:line="245" w:lineRule="auto"/>
            </w:pPr>
            <w:r>
              <w:rPr>
                <w:color w:val="000000"/>
                <w:sz w:val="16"/>
              </w:rPr>
              <w:t>Sodeluje pri razumevanju namena, meril uspešnosti, varne rabe pripomočkov in načina dokazovanja.</w:t>
            </w:r>
          </w:p>
          <w:p w14:paraId="7EC1C84B" w14:textId="77777777" w:rsidR="00080BF0" w:rsidRDefault="00000000">
            <w:pPr>
              <w:spacing w:after="20" w:line="245" w:lineRule="auto"/>
            </w:pPr>
            <w:r>
              <w:rPr>
                <w:b/>
                <w:color w:val="D95BC6"/>
                <w:sz w:val="17"/>
              </w:rPr>
              <w:t>DOKAZ O UČENJU</w:t>
            </w:r>
          </w:p>
          <w:p w14:paraId="6B2DDB2E"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4B67AFF6"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458053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D656B8"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0C9AF54" w14:textId="77777777" w:rsidR="00080BF0" w:rsidRDefault="00000000">
            <w:pPr>
              <w:jc w:val="center"/>
            </w:pPr>
            <w:r>
              <w:rPr>
                <w:b/>
                <w:color w:val="000000"/>
                <w:sz w:val="20"/>
              </w:rPr>
              <w:t>UČNE DEJAVNOSTI, METODE IN FORMATIVNO SPREMLJANJE</w:t>
            </w:r>
          </w:p>
        </w:tc>
      </w:tr>
      <w:tr w:rsidR="00080BF0" w14:paraId="1C2370F6" w14:textId="77777777">
        <w:trPr>
          <w:tblHeader/>
          <w:jc w:val="center"/>
        </w:trPr>
        <w:tc>
          <w:tcPr>
            <w:tcW w:w="4422" w:type="dxa"/>
            <w:vMerge/>
            <w:tcMar>
              <w:top w:w="70" w:type="dxa"/>
              <w:left w:w="90" w:type="dxa"/>
              <w:bottom w:w="70" w:type="dxa"/>
              <w:right w:w="90" w:type="dxa"/>
            </w:tcMar>
            <w:vAlign w:val="center"/>
          </w:tcPr>
          <w:p w14:paraId="7FCD687E" w14:textId="77777777" w:rsidR="00080BF0" w:rsidRDefault="00080BF0"/>
        </w:tc>
        <w:tc>
          <w:tcPr>
            <w:tcW w:w="7087" w:type="dxa"/>
            <w:shd w:val="clear" w:color="auto" w:fill="FFFFFF"/>
            <w:tcMar>
              <w:top w:w="70" w:type="dxa"/>
              <w:left w:w="90" w:type="dxa"/>
              <w:bottom w:w="70" w:type="dxa"/>
              <w:right w:w="90" w:type="dxa"/>
            </w:tcMar>
            <w:vAlign w:val="center"/>
          </w:tcPr>
          <w:p w14:paraId="062EB59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8F93999" w14:textId="77777777" w:rsidR="00080BF0" w:rsidRDefault="00000000">
            <w:pPr>
              <w:jc w:val="center"/>
            </w:pPr>
            <w:r>
              <w:rPr>
                <w:b/>
                <w:color w:val="000000"/>
              </w:rPr>
              <w:t>UČENEC</w:t>
            </w:r>
          </w:p>
        </w:tc>
      </w:tr>
      <w:tr w:rsidR="00080BF0" w14:paraId="03F44735" w14:textId="77777777">
        <w:trPr>
          <w:jc w:val="center"/>
        </w:trPr>
        <w:tc>
          <w:tcPr>
            <w:tcW w:w="4422" w:type="dxa"/>
            <w:tcMar>
              <w:top w:w="70" w:type="dxa"/>
              <w:left w:w="90" w:type="dxa"/>
              <w:bottom w:w="70" w:type="dxa"/>
              <w:right w:w="90" w:type="dxa"/>
            </w:tcMar>
          </w:tcPr>
          <w:p w14:paraId="16B140B2" w14:textId="77777777" w:rsidR="00080BF0" w:rsidRDefault="00080BF0"/>
          <w:p w14:paraId="290BB067" w14:textId="77777777" w:rsidR="00080BF0" w:rsidRDefault="00000000">
            <w:pPr>
              <w:spacing w:after="40" w:line="245" w:lineRule="auto"/>
            </w:pPr>
            <w:r>
              <w:rPr>
                <w:b/>
                <w:color w:val="000000"/>
              </w:rPr>
              <w:t>KLJUČNI LIKOVNI POJMI</w:t>
            </w:r>
          </w:p>
          <w:p w14:paraId="407B1AB0"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izbor, razstavna oznaka, postavitev, gledalec, likovna mapa, napredek</w:t>
            </w:r>
          </w:p>
          <w:p w14:paraId="4DBB9F6A" w14:textId="77777777" w:rsidR="00080BF0" w:rsidRDefault="00000000">
            <w:pPr>
              <w:spacing w:after="20" w:line="245" w:lineRule="auto"/>
            </w:pPr>
            <w:r>
              <w:rPr>
                <w:b/>
                <w:color w:val="000000"/>
                <w:sz w:val="17"/>
              </w:rPr>
              <w:t>DOKAZI O UČENJU</w:t>
            </w:r>
          </w:p>
          <w:p w14:paraId="31DF784E" w14:textId="77777777" w:rsidR="00080BF0" w:rsidRDefault="00000000">
            <w:pPr>
              <w:pStyle w:val="Oznaenseznam"/>
              <w:spacing w:after="9"/>
            </w:pPr>
            <w:r>
              <w:rPr>
                <w:color w:val="000000"/>
                <w:sz w:val="15"/>
              </w:rPr>
              <w:t>list materialnih poskusov, skica/načrt, učenčeva razlaga in učiteljev zapis o varni rabi pripomočkov.</w:t>
            </w:r>
          </w:p>
          <w:p w14:paraId="65171729" w14:textId="77777777" w:rsidR="00080BF0" w:rsidRDefault="00000000">
            <w:pPr>
              <w:pStyle w:val="Oznaenseznam"/>
              <w:spacing w:after="9"/>
            </w:pPr>
            <w:r>
              <w:rPr>
                <w:color w:val="000000"/>
                <w:sz w:val="15"/>
              </w:rPr>
              <w:t>likovni proces in izdelek, fotografija faze, učenčeva razlaga ter samovrednotenje v mapi.</w:t>
            </w:r>
          </w:p>
          <w:p w14:paraId="41E05D08" w14:textId="77777777" w:rsidR="00080BF0" w:rsidRDefault="00000000">
            <w:pPr>
              <w:spacing w:before="40" w:after="20" w:line="245" w:lineRule="auto"/>
            </w:pPr>
            <w:r>
              <w:rPr>
                <w:b/>
                <w:color w:val="000000"/>
                <w:sz w:val="17"/>
              </w:rPr>
              <w:t>LIKOVNO DOŽIVETJE IN IZKUŠENJSKI POUK</w:t>
            </w:r>
          </w:p>
          <w:p w14:paraId="575DCD47"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449900AC" w14:textId="77777777" w:rsidR="00080BF0" w:rsidRDefault="00000000">
            <w:pPr>
              <w:spacing w:after="20" w:line="245" w:lineRule="auto"/>
            </w:pPr>
            <w:r>
              <w:rPr>
                <w:b/>
                <w:color w:val="000000"/>
                <w:sz w:val="17"/>
              </w:rPr>
              <w:t>POUČEVANJE V GIBANJU</w:t>
            </w:r>
          </w:p>
          <w:p w14:paraId="3CBBA532"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05BD396C" w14:textId="77777777" w:rsidR="00080BF0" w:rsidRDefault="00000000">
            <w:pPr>
              <w:spacing w:after="20" w:line="245" w:lineRule="auto"/>
            </w:pPr>
            <w:r>
              <w:rPr>
                <w:b/>
                <w:color w:val="000000"/>
                <w:sz w:val="17"/>
              </w:rPr>
              <w:t>DELO PO POSTAJAH</w:t>
            </w:r>
          </w:p>
          <w:p w14:paraId="475097EF"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79E19266" w14:textId="77777777" w:rsidR="00080BF0" w:rsidRDefault="00000000">
            <w:pPr>
              <w:spacing w:after="9" w:line="245" w:lineRule="auto"/>
            </w:pPr>
            <w:r>
              <w:rPr>
                <w:color w:val="000000"/>
                <w:sz w:val="14"/>
              </w:rPr>
              <w:t>1. Izbirna: iz mape izberem delo po dogovorjenem merilu in svojo odločitev utemeljim.</w:t>
            </w:r>
          </w:p>
          <w:p w14:paraId="5DBA4671" w14:textId="77777777" w:rsidR="00080BF0" w:rsidRDefault="00000000">
            <w:pPr>
              <w:spacing w:after="9" w:line="245" w:lineRule="auto"/>
            </w:pPr>
            <w:r>
              <w:rPr>
                <w:color w:val="000000"/>
                <w:sz w:val="14"/>
              </w:rPr>
              <w:t>2. Kuratorska: preizkusim razporeditev, višino, zaporedje in razdaljo med deli ter varno uredim postavitev.</w:t>
            </w:r>
          </w:p>
          <w:p w14:paraId="4E2D52C3" w14:textId="77777777" w:rsidR="00080BF0" w:rsidRDefault="00000000">
            <w:pPr>
              <w:spacing w:after="9" w:line="245" w:lineRule="auto"/>
            </w:pPr>
            <w:r>
              <w:rPr>
                <w:color w:val="000000"/>
                <w:sz w:val="14"/>
              </w:rPr>
              <w:t>3. Označevalna: izdelam naslov, simbol ali kratko oznako, ki gledalcu pomaga razumeti delo.</w:t>
            </w:r>
          </w:p>
          <w:p w14:paraId="3BCCEA64" w14:textId="77777777" w:rsidR="00080BF0" w:rsidRDefault="00000000">
            <w:pPr>
              <w:spacing w:after="9" w:line="245" w:lineRule="auto"/>
            </w:pPr>
            <w:r>
              <w:rPr>
                <w:color w:val="000000"/>
                <w:sz w:val="14"/>
              </w:rPr>
              <w:t>4. Galerijska: prevzamem vlogo avtorja, vodnika ali obiskovalca, podam opisni odziv in določim naslednji korak.</w:t>
            </w:r>
          </w:p>
          <w:p w14:paraId="3F48D937" w14:textId="77777777" w:rsidR="00080BF0" w:rsidRDefault="00000000">
            <w:pPr>
              <w:spacing w:after="20" w:line="245" w:lineRule="auto"/>
            </w:pPr>
            <w:r>
              <w:rPr>
                <w:b/>
                <w:color w:val="000000"/>
                <w:sz w:val="17"/>
              </w:rPr>
              <w:t>DIFERENCIACIJA IN VKLJUČEVANJE</w:t>
            </w:r>
          </w:p>
          <w:p w14:paraId="68C1F97B"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748CD01A" w14:textId="77777777" w:rsidR="00080BF0" w:rsidRDefault="00000000">
            <w:pPr>
              <w:spacing w:after="20" w:line="245" w:lineRule="auto"/>
            </w:pPr>
            <w:r>
              <w:rPr>
                <w:b/>
                <w:color w:val="000000"/>
                <w:sz w:val="17"/>
              </w:rPr>
              <w:t>SPREMLJANJE</w:t>
            </w:r>
          </w:p>
          <w:p w14:paraId="59186F47"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1971DE1F"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3996A64" w14:textId="77777777">
              <w:trPr>
                <w:jc w:val="center"/>
              </w:trPr>
              <w:tc>
                <w:tcPr>
                  <w:tcW w:w="7087" w:type="dxa"/>
                  <w:shd w:val="clear" w:color="auto" w:fill="C6E7F3"/>
                  <w:tcMar>
                    <w:top w:w="45" w:type="dxa"/>
                    <w:left w:w="70" w:type="dxa"/>
                    <w:bottom w:w="45" w:type="dxa"/>
                    <w:right w:w="70" w:type="dxa"/>
                  </w:tcMar>
                </w:tcPr>
                <w:p w14:paraId="4063113F" w14:textId="77777777" w:rsidR="00080BF0" w:rsidRDefault="00000000">
                  <w:pPr>
                    <w:keepNext/>
                  </w:pPr>
                  <w:r>
                    <w:rPr>
                      <w:b/>
                      <w:color w:val="000000"/>
                      <w:sz w:val="17"/>
                    </w:rPr>
                    <w:t>GLAVNI DEL – OPAZOVANJE, MATERIALNI PREIZKUS, USTVARJANJE IN GALERIJA (2 šolski uri)</w:t>
                  </w:r>
                </w:p>
              </w:tc>
            </w:tr>
          </w:tbl>
          <w:p w14:paraId="1F934344" w14:textId="77777777" w:rsidR="00080BF0" w:rsidRDefault="00080BF0">
            <w:pPr>
              <w:spacing w:line="20" w:lineRule="exact"/>
            </w:pPr>
          </w:p>
          <w:p w14:paraId="6F883F5F" w14:textId="77777777" w:rsidR="00080BF0" w:rsidRDefault="00000000">
            <w:pPr>
              <w:keepNext/>
              <w:spacing w:before="22" w:after="8" w:line="245" w:lineRule="auto"/>
            </w:pPr>
            <w:r>
              <w:rPr>
                <w:b/>
                <w:color w:val="000000"/>
                <w:sz w:val="16"/>
              </w:rPr>
              <w:t>1. URA – Muzejski kotiček – Opazujem, preizkušam, načrtujem</w:t>
            </w:r>
          </w:p>
          <w:p w14:paraId="58F41E24"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»MUZEJSKI KOTIČEK«.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28352405"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19B39E99"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1AD811B3" w14:textId="77777777" w:rsidR="00080BF0" w:rsidRDefault="00000000">
            <w:pPr>
              <w:keepNext/>
              <w:spacing w:before="22" w:after="8" w:line="245" w:lineRule="auto"/>
            </w:pPr>
            <w:r>
              <w:rPr>
                <w:b/>
                <w:color w:val="000000"/>
                <w:sz w:val="16"/>
              </w:rPr>
              <w:t>2. URA – Muzejski kotiček – Ustvarjam, predstavim, izboljšam</w:t>
            </w:r>
          </w:p>
          <w:p w14:paraId="6E2BC9C1"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»MUZEJSKI KOTIČEK«; postavlja vprašanja o nameri, nudi tehnično oporo in omogoči izboljšavo. Zaključek 10': 10' – Izvede tiho galerijo; modelira odziv »Opazim … / Učinkuje … / Lahko poskusiš …« ter vodi pospravljanje.</w:t>
            </w:r>
          </w:p>
          <w:p w14:paraId="20E7E721"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7B9A93C2"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0EBB08A6" w14:textId="77777777">
              <w:trPr>
                <w:jc w:val="center"/>
              </w:trPr>
              <w:tc>
                <w:tcPr>
                  <w:tcW w:w="7087" w:type="dxa"/>
                  <w:shd w:val="clear" w:color="auto" w:fill="EDC9EA"/>
                  <w:tcMar>
                    <w:top w:w="45" w:type="dxa"/>
                    <w:left w:w="70" w:type="dxa"/>
                    <w:bottom w:w="45" w:type="dxa"/>
                    <w:right w:w="70" w:type="dxa"/>
                  </w:tcMar>
                </w:tcPr>
                <w:p w14:paraId="74237136" w14:textId="77777777" w:rsidR="00080BF0" w:rsidRDefault="00000000">
                  <w:pPr>
                    <w:keepNext/>
                  </w:pPr>
                  <w:r>
                    <w:rPr>
                      <w:b/>
                      <w:color w:val="000000"/>
                      <w:sz w:val="17"/>
                    </w:rPr>
                    <w:t>ORGANIZACIJA POSTAJ IN PREHODOV</w:t>
                  </w:r>
                </w:p>
              </w:tc>
            </w:tr>
          </w:tbl>
          <w:p w14:paraId="38478EAA" w14:textId="77777777" w:rsidR="00080BF0" w:rsidRDefault="00080BF0"/>
          <w:p w14:paraId="2C38D8BD" w14:textId="77777777" w:rsidR="00080BF0" w:rsidRDefault="00000000">
            <w:pPr>
              <w:spacing w:before="8" w:after="8" w:line="245" w:lineRule="auto"/>
            </w:pPr>
            <w:r>
              <w:rPr>
                <w:color w:val="000000"/>
                <w:sz w:val="14"/>
              </w:rPr>
              <w:t>Postaja 1: Izbirna: iz mape izberem delo po dogovorjenem merilu in svojo odločitev utemeljim.</w:t>
            </w:r>
          </w:p>
          <w:p w14:paraId="1BDFA15B" w14:textId="77777777" w:rsidR="00080BF0" w:rsidRDefault="00000000">
            <w:pPr>
              <w:spacing w:before="8" w:after="8" w:line="245" w:lineRule="auto"/>
            </w:pPr>
            <w:r>
              <w:rPr>
                <w:color w:val="000000"/>
                <w:sz w:val="14"/>
              </w:rPr>
              <w:t>Postaja 2: Kuratorska: preizkusim razporeditev, višino, zaporedje in razdaljo med deli ter varno uredim postavitev.</w:t>
            </w:r>
          </w:p>
          <w:p w14:paraId="6D3DD99A" w14:textId="77777777" w:rsidR="00080BF0" w:rsidRDefault="00000000">
            <w:pPr>
              <w:spacing w:before="8" w:after="8" w:line="245" w:lineRule="auto"/>
            </w:pPr>
            <w:r>
              <w:rPr>
                <w:color w:val="000000"/>
                <w:sz w:val="14"/>
              </w:rPr>
              <w:t>Postaja 3: Označevalna: izdelam naslov, simbol ali kratko oznako, ki gledalcu pomaga razumeti delo.</w:t>
            </w:r>
          </w:p>
          <w:p w14:paraId="78D1D5F6" w14:textId="77777777" w:rsidR="00080BF0" w:rsidRDefault="00000000">
            <w:pPr>
              <w:spacing w:before="8" w:after="8" w:line="245" w:lineRule="auto"/>
            </w:pPr>
            <w:r>
              <w:rPr>
                <w:color w:val="000000"/>
                <w:sz w:val="14"/>
              </w:rPr>
              <w:t>Postaja 4: Galerijska: prevzamem vlogo avtorja, vodnika ali obiskovalca, podam opisni odziv in določim naslednji korak.</w:t>
            </w:r>
          </w:p>
          <w:p w14:paraId="250A49A9"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6B8A5A6" w14:textId="77777777" w:rsidR="00080BF0" w:rsidRDefault="00080BF0"/>
          <w:p w14:paraId="44B78F32" w14:textId="77777777" w:rsidR="00080BF0" w:rsidRDefault="00000000">
            <w:pPr>
              <w:spacing w:after="6" w:line="245" w:lineRule="auto"/>
            </w:pPr>
            <w:r>
              <w:rPr>
                <w:b/>
                <w:color w:val="000000"/>
                <w:sz w:val="15"/>
              </w:rPr>
              <w:t>1. URA – Muzejski kotiček – Opazujem, preizkušam, načrtujem</w:t>
            </w:r>
          </w:p>
          <w:p w14:paraId="50FD4C5A"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2066F4B6" w14:textId="77777777" w:rsidR="00080BF0" w:rsidRDefault="00000000">
            <w:pPr>
              <w:spacing w:after="20" w:line="245" w:lineRule="auto"/>
            </w:pPr>
            <w:r>
              <w:rPr>
                <w:color w:val="D95BC6"/>
                <w:sz w:val="14"/>
              </w:rPr>
              <w:t>Dokaz: list materialnih poskusov, skica/načrt, učenčeva razlaga in učiteljev zapis o varni rabi.</w:t>
            </w:r>
          </w:p>
          <w:p w14:paraId="28C69FB1" w14:textId="77777777" w:rsidR="00080BF0" w:rsidRDefault="00000000">
            <w:pPr>
              <w:spacing w:after="6" w:line="245" w:lineRule="auto"/>
            </w:pPr>
            <w:r>
              <w:rPr>
                <w:b/>
                <w:color w:val="000000"/>
                <w:sz w:val="15"/>
              </w:rPr>
              <w:t>2. URA – Muzejski kotiček – Ustvarjam, predstavim, izboljšam</w:t>
            </w:r>
          </w:p>
          <w:p w14:paraId="66E91E44"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183B1629" w14:textId="77777777" w:rsidR="00080BF0" w:rsidRDefault="00000000">
            <w:pPr>
              <w:spacing w:after="20" w:line="245" w:lineRule="auto"/>
            </w:pPr>
            <w:r>
              <w:rPr>
                <w:color w:val="D95BC6"/>
                <w:sz w:val="14"/>
              </w:rPr>
              <w:t>Dokaz: likovni proces in izdelek, fotografija faze, učenčeva razlaga ter samovrednotenje v mapi.</w:t>
            </w:r>
          </w:p>
          <w:p w14:paraId="2DCDD53F" w14:textId="77777777" w:rsidR="00080BF0" w:rsidRDefault="00000000">
            <w:pPr>
              <w:spacing w:before="40" w:after="20" w:line="245" w:lineRule="auto"/>
            </w:pPr>
            <w:r>
              <w:rPr>
                <w:b/>
                <w:color w:val="D95BC6"/>
                <w:sz w:val="16"/>
              </w:rPr>
              <w:t>MOJ KROG POSTAJ</w:t>
            </w:r>
          </w:p>
          <w:p w14:paraId="4C7AAE1F" w14:textId="77777777" w:rsidR="00080BF0" w:rsidRDefault="00000000">
            <w:pPr>
              <w:spacing w:after="11" w:line="245" w:lineRule="auto"/>
            </w:pPr>
            <w:r>
              <w:rPr>
                <w:color w:val="000000"/>
                <w:sz w:val="13"/>
              </w:rPr>
              <w:t>1. Izbirna: iz mape izberem delo po dogovorjenem merilu in svojo odločitev utemeljim.</w:t>
            </w:r>
          </w:p>
          <w:p w14:paraId="1976CC1B" w14:textId="77777777" w:rsidR="00080BF0" w:rsidRDefault="00000000">
            <w:pPr>
              <w:spacing w:after="11" w:line="245" w:lineRule="auto"/>
            </w:pPr>
            <w:r>
              <w:rPr>
                <w:color w:val="000000"/>
                <w:sz w:val="13"/>
              </w:rPr>
              <w:t>2. Kuratorska: preizkusim razporeditev, višino, zaporedje in razdaljo med deli ter varno uredim.</w:t>
            </w:r>
          </w:p>
          <w:p w14:paraId="7D80F069" w14:textId="77777777" w:rsidR="00080BF0" w:rsidRDefault="00000000">
            <w:pPr>
              <w:spacing w:after="11" w:line="245" w:lineRule="auto"/>
            </w:pPr>
            <w:r>
              <w:rPr>
                <w:color w:val="000000"/>
                <w:sz w:val="13"/>
              </w:rPr>
              <w:t>3. Označevalna: izdelam naslov, simbol ali kratko oznako, ki gledalcu pomaga razumeti delo.</w:t>
            </w:r>
          </w:p>
          <w:p w14:paraId="5693ECB8" w14:textId="77777777" w:rsidR="00080BF0" w:rsidRDefault="00000000">
            <w:pPr>
              <w:spacing w:after="11" w:line="245" w:lineRule="auto"/>
            </w:pPr>
            <w:r>
              <w:rPr>
                <w:color w:val="000000"/>
                <w:sz w:val="13"/>
              </w:rPr>
              <w:t>4. Galerijska: prevzamem vlogo avtorja, vodnika ali obiskovalca.</w:t>
            </w:r>
          </w:p>
          <w:p w14:paraId="03ED435C"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403DE535" w14:textId="77777777" w:rsidR="00080BF0" w:rsidRDefault="00000000">
            <w:pPr>
              <w:spacing w:after="20" w:line="245" w:lineRule="auto"/>
            </w:pPr>
            <w:r>
              <w:rPr>
                <w:b/>
                <w:color w:val="D95BC6"/>
                <w:sz w:val="17"/>
              </w:rPr>
              <w:t>DOKAZ O UČENJU</w:t>
            </w:r>
          </w:p>
          <w:p w14:paraId="218EF25B"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4D5C6DEE"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1C3EFD7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DF22DB5"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ED06852" w14:textId="77777777" w:rsidR="00080BF0" w:rsidRDefault="00000000">
            <w:pPr>
              <w:jc w:val="center"/>
            </w:pPr>
            <w:r>
              <w:rPr>
                <w:b/>
                <w:color w:val="000000"/>
                <w:sz w:val="20"/>
              </w:rPr>
              <w:t>UČNE DEJAVNOSTI, METODE IN FORMATIVNO SPREMLJANJE</w:t>
            </w:r>
          </w:p>
        </w:tc>
      </w:tr>
      <w:tr w:rsidR="00080BF0" w14:paraId="09F4FE3E" w14:textId="77777777">
        <w:trPr>
          <w:tblHeader/>
          <w:jc w:val="center"/>
        </w:trPr>
        <w:tc>
          <w:tcPr>
            <w:tcW w:w="4422" w:type="dxa"/>
            <w:vMerge/>
            <w:tcMar>
              <w:top w:w="70" w:type="dxa"/>
              <w:left w:w="90" w:type="dxa"/>
              <w:bottom w:w="70" w:type="dxa"/>
              <w:right w:w="90" w:type="dxa"/>
            </w:tcMar>
            <w:vAlign w:val="center"/>
          </w:tcPr>
          <w:p w14:paraId="378E7275" w14:textId="77777777" w:rsidR="00080BF0" w:rsidRDefault="00080BF0"/>
        </w:tc>
        <w:tc>
          <w:tcPr>
            <w:tcW w:w="7087" w:type="dxa"/>
            <w:shd w:val="clear" w:color="auto" w:fill="FFFFFF"/>
            <w:tcMar>
              <w:top w:w="70" w:type="dxa"/>
              <w:left w:w="90" w:type="dxa"/>
              <w:bottom w:w="70" w:type="dxa"/>
              <w:right w:w="90" w:type="dxa"/>
            </w:tcMar>
            <w:vAlign w:val="center"/>
          </w:tcPr>
          <w:p w14:paraId="6EC9BD21"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C6997E5" w14:textId="77777777" w:rsidR="00080BF0" w:rsidRDefault="00000000">
            <w:pPr>
              <w:jc w:val="center"/>
            </w:pPr>
            <w:r>
              <w:rPr>
                <w:b/>
                <w:color w:val="000000"/>
              </w:rPr>
              <w:t>UČENEC</w:t>
            </w:r>
          </w:p>
        </w:tc>
      </w:tr>
      <w:tr w:rsidR="00080BF0" w14:paraId="5824A5F5" w14:textId="77777777">
        <w:trPr>
          <w:jc w:val="center"/>
        </w:trPr>
        <w:tc>
          <w:tcPr>
            <w:tcW w:w="4422" w:type="dxa"/>
            <w:tcMar>
              <w:top w:w="70" w:type="dxa"/>
              <w:left w:w="90" w:type="dxa"/>
              <w:bottom w:w="70" w:type="dxa"/>
              <w:right w:w="90" w:type="dxa"/>
            </w:tcMar>
          </w:tcPr>
          <w:p w14:paraId="16CA4008" w14:textId="77777777" w:rsidR="00080BF0" w:rsidRDefault="00080BF0"/>
          <w:p w14:paraId="68072C86" w14:textId="77777777" w:rsidR="00080BF0" w:rsidRDefault="00000000">
            <w:pPr>
              <w:spacing w:after="40" w:line="245" w:lineRule="auto"/>
            </w:pPr>
            <w:r>
              <w:rPr>
                <w:b/>
                <w:color w:val="000000"/>
              </w:rPr>
              <w:t>FORMATIVNO SPREMLJANJE</w:t>
            </w:r>
          </w:p>
          <w:p w14:paraId="764404AA" w14:textId="77777777" w:rsidR="00080BF0" w:rsidRDefault="00000000">
            <w:pPr>
              <w:pStyle w:val="Oznaenseznam"/>
              <w:spacing w:after="16"/>
            </w:pPr>
            <w:r>
              <w:rPr>
                <w:color w:val="000000"/>
                <w:sz w:val="15"/>
              </w:rPr>
              <w:t>predznanje: opažanje, gibalna ponazoritev, izbira kartice, razvrstitev materialov, poskusna sled ali skica</w:t>
            </w:r>
          </w:p>
          <w:p w14:paraId="2A73F4DB"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3D853C37"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3B63EED6" w14:textId="77777777" w:rsidR="00080BF0" w:rsidRDefault="00000000">
            <w:pPr>
              <w:pStyle w:val="Oznaenseznam"/>
              <w:spacing w:after="16"/>
            </w:pPr>
            <w:r>
              <w:rPr>
                <w:color w:val="000000"/>
                <w:sz w:val="15"/>
              </w:rPr>
              <w:t>povratna informacija: opis vidne likovne odločitve, povezava z enim merilom in izvedljiv naslednji korak</w:t>
            </w:r>
          </w:p>
          <w:p w14:paraId="03CE4DF4" w14:textId="77777777" w:rsidR="00080BF0" w:rsidRDefault="00000000">
            <w:pPr>
              <w:pStyle w:val="Oznaenseznam"/>
              <w:spacing w:after="16"/>
            </w:pPr>
            <w:r>
              <w:rPr>
                <w:color w:val="000000"/>
                <w:sz w:val="15"/>
              </w:rPr>
              <w:t>samovrednotenje: likovni semafor, lestvica samostojnosti, izbran dokaz, galerijski odziv in izboljšava</w:t>
            </w:r>
          </w:p>
          <w:p w14:paraId="1C9144B0" w14:textId="77777777" w:rsidR="00080BF0" w:rsidRDefault="00000000">
            <w:pPr>
              <w:spacing w:before="40" w:after="20" w:line="245" w:lineRule="auto"/>
            </w:pPr>
            <w:r>
              <w:rPr>
                <w:b/>
                <w:color w:val="000000"/>
                <w:sz w:val="17"/>
              </w:rPr>
              <w:t>VARNOST, HIGIENA IN UREDITEV PROSTORA</w:t>
            </w:r>
          </w:p>
          <w:p w14:paraId="0C04CC83"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Razstavljanje poteka na dosegljivi višini; učenci ne plezajo na pohištvo in ne zakrivajo prehodov.</w:t>
            </w:r>
          </w:p>
          <w:p w14:paraId="2F267663" w14:textId="77777777" w:rsidR="00080BF0" w:rsidRDefault="00000000">
            <w:pPr>
              <w:spacing w:after="20" w:line="245" w:lineRule="auto"/>
            </w:pPr>
            <w:r>
              <w:rPr>
                <w:b/>
                <w:color w:val="000000"/>
                <w:sz w:val="17"/>
              </w:rPr>
              <w:t>EVIDENCA PO IZVEDBI</w:t>
            </w:r>
          </w:p>
          <w:p w14:paraId="719881AA"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02B33E76" w14:textId="77777777" w:rsidR="00080BF0" w:rsidRDefault="00000000">
            <w:pPr>
              <w:spacing w:before="40" w:after="20" w:line="245" w:lineRule="auto"/>
            </w:pPr>
            <w:r>
              <w:rPr>
                <w:b/>
                <w:color w:val="000000"/>
                <w:sz w:val="17"/>
              </w:rPr>
              <w:t>RAVEN DOSEGANJA</w:t>
            </w:r>
          </w:p>
          <w:p w14:paraId="316FF754"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2F702FC7"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27AA62B" w14:textId="77777777">
              <w:trPr>
                <w:jc w:val="center"/>
              </w:trPr>
              <w:tc>
                <w:tcPr>
                  <w:tcW w:w="7087" w:type="dxa"/>
                  <w:shd w:val="clear" w:color="auto" w:fill="EDC9EA"/>
                  <w:tcMar>
                    <w:top w:w="45" w:type="dxa"/>
                    <w:left w:w="70" w:type="dxa"/>
                    <w:bottom w:w="45" w:type="dxa"/>
                    <w:right w:w="70" w:type="dxa"/>
                  </w:tcMar>
                </w:tcPr>
                <w:p w14:paraId="7DE5C31A" w14:textId="77777777" w:rsidR="00080BF0" w:rsidRDefault="00000000">
                  <w:pPr>
                    <w:keepNext/>
                  </w:pPr>
                  <w:r>
                    <w:rPr>
                      <w:b/>
                      <w:color w:val="000000"/>
                    </w:rPr>
                    <w:t>VPRAŠANJA V PODPORO LIKOVNEMU UČENJU</w:t>
                  </w:r>
                </w:p>
              </w:tc>
            </w:tr>
          </w:tbl>
          <w:p w14:paraId="6645A4D9" w14:textId="77777777" w:rsidR="00080BF0" w:rsidRDefault="00080BF0">
            <w:pPr>
              <w:spacing w:line="20" w:lineRule="exact"/>
            </w:pPr>
          </w:p>
          <w:p w14:paraId="18D201F6" w14:textId="77777777" w:rsidR="00080BF0" w:rsidRDefault="00000000">
            <w:pPr>
              <w:pStyle w:val="Oznaenseznam"/>
              <w:spacing w:after="16"/>
            </w:pPr>
            <w:r>
              <w:rPr>
                <w:color w:val="000000"/>
                <w:sz w:val="16"/>
              </w:rPr>
              <w:t>Kaj si najprej opazil/-a in katera likovna prvina je zate najpomembnejša?</w:t>
            </w:r>
          </w:p>
          <w:p w14:paraId="4BA1E7C6" w14:textId="77777777" w:rsidR="00080BF0" w:rsidRDefault="00000000">
            <w:pPr>
              <w:pStyle w:val="Oznaenseznam"/>
              <w:spacing w:after="16"/>
            </w:pPr>
            <w:r>
              <w:rPr>
                <w:color w:val="000000"/>
                <w:sz w:val="16"/>
              </w:rPr>
              <w:t>Kako je material ali postopek vplival na črto, barvo, obliko, površino, prostor oziroma delovanje izdelka?</w:t>
            </w:r>
          </w:p>
          <w:p w14:paraId="1D45739E" w14:textId="77777777" w:rsidR="00080BF0" w:rsidRDefault="00000000">
            <w:pPr>
              <w:pStyle w:val="Oznaenseznam"/>
              <w:spacing w:after="16"/>
            </w:pPr>
            <w:r>
              <w:rPr>
                <w:color w:val="000000"/>
                <w:sz w:val="16"/>
              </w:rPr>
              <w:t>Katero možnost si preizkusil/-a, zakaj si jo izbral/-a in kaj si ob poskusu spremenil/-a?</w:t>
            </w:r>
          </w:p>
          <w:p w14:paraId="0C714254" w14:textId="77777777" w:rsidR="00080BF0" w:rsidRDefault="00000000">
            <w:pPr>
              <w:pStyle w:val="Oznaenseznam"/>
              <w:spacing w:after="16"/>
            </w:pPr>
            <w:r>
              <w:rPr>
                <w:color w:val="000000"/>
                <w:sz w:val="16"/>
              </w:rPr>
              <w:t>Kateri del tvojega procesa ali izdelka najjasneje pokaže dogovorjeno merilo?</w:t>
            </w:r>
          </w:p>
          <w:p w14:paraId="700A4064"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65649AB3" w14:textId="77777777">
              <w:trPr>
                <w:jc w:val="center"/>
              </w:trPr>
              <w:tc>
                <w:tcPr>
                  <w:tcW w:w="7087" w:type="dxa"/>
                  <w:shd w:val="clear" w:color="auto" w:fill="C6E7F3"/>
                  <w:tcMar>
                    <w:top w:w="45" w:type="dxa"/>
                    <w:left w:w="70" w:type="dxa"/>
                    <w:bottom w:w="45" w:type="dxa"/>
                    <w:right w:w="70" w:type="dxa"/>
                  </w:tcMar>
                </w:tcPr>
                <w:p w14:paraId="54553F27" w14:textId="77777777" w:rsidR="00080BF0" w:rsidRDefault="00000000">
                  <w:pPr>
                    <w:keepNext/>
                  </w:pPr>
                  <w:r>
                    <w:rPr>
                      <w:b/>
                      <w:color w:val="000000"/>
                    </w:rPr>
                    <w:t>ZAKLJUČNI DEL – TIHA GALERIJA, RAZLAGA IN REFLEKSIJA (8–12 min)</w:t>
                  </w:r>
                </w:p>
              </w:tc>
            </w:tr>
          </w:tbl>
          <w:p w14:paraId="5F8FB591" w14:textId="77777777" w:rsidR="00080BF0" w:rsidRDefault="00080BF0">
            <w:pPr>
              <w:spacing w:line="20" w:lineRule="exact"/>
            </w:pPr>
          </w:p>
          <w:p w14:paraId="27357523"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2865B360" w14:textId="77777777">
              <w:trPr>
                <w:jc w:val="center"/>
              </w:trPr>
              <w:tc>
                <w:tcPr>
                  <w:tcW w:w="7087" w:type="dxa"/>
                  <w:shd w:val="clear" w:color="auto" w:fill="EDC9EA"/>
                  <w:tcMar>
                    <w:top w:w="45" w:type="dxa"/>
                    <w:left w:w="70" w:type="dxa"/>
                    <w:bottom w:w="45" w:type="dxa"/>
                    <w:right w:w="70" w:type="dxa"/>
                  </w:tcMar>
                </w:tcPr>
                <w:p w14:paraId="48DB840D" w14:textId="77777777" w:rsidR="00080BF0" w:rsidRDefault="00000000">
                  <w:pPr>
                    <w:keepNext/>
                  </w:pPr>
                  <w:r>
                    <w:rPr>
                      <w:b/>
                      <w:color w:val="000000"/>
                    </w:rPr>
                    <w:t>SAMOVREDNOTENJE</w:t>
                  </w:r>
                </w:p>
              </w:tc>
            </w:tr>
          </w:tbl>
          <w:p w14:paraId="609F3CBE" w14:textId="77777777" w:rsidR="00080BF0" w:rsidRDefault="00080BF0">
            <w:pPr>
              <w:spacing w:line="20" w:lineRule="exact"/>
            </w:pPr>
          </w:p>
          <w:p w14:paraId="57EA412E"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574C6351" w14:textId="77777777">
              <w:trPr>
                <w:jc w:val="center"/>
              </w:trPr>
              <w:tc>
                <w:tcPr>
                  <w:tcW w:w="7087" w:type="dxa"/>
                  <w:shd w:val="clear" w:color="auto" w:fill="EDC9EA"/>
                  <w:tcMar>
                    <w:top w:w="45" w:type="dxa"/>
                    <w:left w:w="70" w:type="dxa"/>
                    <w:bottom w:w="45" w:type="dxa"/>
                    <w:right w:w="70" w:type="dxa"/>
                  </w:tcMar>
                </w:tcPr>
                <w:p w14:paraId="50D35ABA" w14:textId="77777777" w:rsidR="00080BF0" w:rsidRDefault="00000000">
                  <w:pPr>
                    <w:keepNext/>
                  </w:pPr>
                  <w:r>
                    <w:rPr>
                      <w:b/>
                      <w:color w:val="000000"/>
                    </w:rPr>
                    <w:t>VRSTNIŠKO VREDNOTENJE</w:t>
                  </w:r>
                </w:p>
              </w:tc>
            </w:tr>
          </w:tbl>
          <w:p w14:paraId="288AFAC9" w14:textId="77777777" w:rsidR="00080BF0" w:rsidRDefault="00080BF0">
            <w:pPr>
              <w:spacing w:line="20" w:lineRule="exact"/>
            </w:pPr>
          </w:p>
          <w:p w14:paraId="76C3BB1F"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52B46291" w14:textId="77777777">
              <w:trPr>
                <w:jc w:val="center"/>
              </w:trPr>
              <w:tc>
                <w:tcPr>
                  <w:tcW w:w="7087" w:type="dxa"/>
                  <w:shd w:val="clear" w:color="auto" w:fill="EDC9EA"/>
                  <w:tcMar>
                    <w:top w:w="45" w:type="dxa"/>
                    <w:left w:w="70" w:type="dxa"/>
                    <w:bottom w:w="45" w:type="dxa"/>
                    <w:right w:w="70" w:type="dxa"/>
                  </w:tcMar>
                </w:tcPr>
                <w:p w14:paraId="4DEE86C0" w14:textId="77777777" w:rsidR="00080BF0" w:rsidRDefault="00000000">
                  <w:pPr>
                    <w:keepNext/>
                  </w:pPr>
                  <w:r>
                    <w:rPr>
                      <w:b/>
                      <w:color w:val="000000"/>
                    </w:rPr>
                    <w:t>SKUPNI POVZETEK</w:t>
                  </w:r>
                </w:p>
              </w:tc>
            </w:tr>
          </w:tbl>
          <w:p w14:paraId="6D364750" w14:textId="77777777" w:rsidR="00080BF0" w:rsidRDefault="00080BF0"/>
          <w:p w14:paraId="565AC4D1" w14:textId="77777777" w:rsidR="00080BF0" w:rsidRDefault="00000000">
            <w:pPr>
              <w:spacing w:before="20" w:after="40" w:line="245" w:lineRule="auto"/>
            </w:pPr>
            <w:r>
              <w:rPr>
                <w:b/>
                <w:color w:val="000000"/>
                <w:sz w:val="16"/>
              </w:rPr>
              <w:t>izberem in razporedi izdelke; dodam oznako; pojasnim namen razstave. Izbrani dokaz pojasnim in po povratni informaciji izboljšam.</w:t>
            </w:r>
          </w:p>
        </w:tc>
        <w:tc>
          <w:tcPr>
            <w:tcW w:w="2551" w:type="dxa"/>
            <w:tcMar>
              <w:top w:w="70" w:type="dxa"/>
              <w:left w:w="90" w:type="dxa"/>
              <w:bottom w:w="70" w:type="dxa"/>
              <w:right w:w="90" w:type="dxa"/>
            </w:tcMar>
          </w:tcPr>
          <w:p w14:paraId="733D7065" w14:textId="77777777" w:rsidR="00080BF0" w:rsidRDefault="00080BF0"/>
          <w:p w14:paraId="170DD72B" w14:textId="77777777" w:rsidR="00080BF0" w:rsidRDefault="00000000">
            <w:pPr>
              <w:spacing w:after="80" w:line="245" w:lineRule="auto"/>
            </w:pPr>
            <w:r>
              <w:rPr>
                <w:color w:val="000000"/>
                <w:sz w:val="15"/>
              </w:rPr>
              <w:t>Odgovarja na podporna vprašanja in se sklicuje na opaženo, preizkušeno, ustvarjeno ali razstavljeno.</w:t>
            </w:r>
          </w:p>
          <w:p w14:paraId="0904457F" w14:textId="77777777" w:rsidR="00080BF0" w:rsidRDefault="00000000">
            <w:pPr>
              <w:spacing w:after="80" w:line="245" w:lineRule="auto"/>
            </w:pPr>
            <w:r>
              <w:rPr>
                <w:color w:val="000000"/>
                <w:sz w:val="15"/>
              </w:rPr>
              <w:t>Predstavi izbrani procesni ali izdelkovni dokaz ter pove, katero merilo z njim pokaže.</w:t>
            </w:r>
          </w:p>
          <w:p w14:paraId="03EAC772" w14:textId="77777777" w:rsidR="00080BF0" w:rsidRDefault="00000000">
            <w:pPr>
              <w:spacing w:after="80" w:line="245" w:lineRule="auto"/>
            </w:pPr>
            <w:r>
              <w:rPr>
                <w:color w:val="000000"/>
                <w:sz w:val="15"/>
              </w:rPr>
              <w:t>Tiho opazuje vrstnikovo delo, opiše eno konkretno likovno rešitev in poda prijazen predlog.</w:t>
            </w:r>
          </w:p>
          <w:p w14:paraId="60F21DA1" w14:textId="77777777" w:rsidR="00080BF0" w:rsidRDefault="00000000">
            <w:pPr>
              <w:spacing w:after="80" w:line="245" w:lineRule="auto"/>
            </w:pPr>
            <w:r>
              <w:rPr>
                <w:color w:val="000000"/>
                <w:sz w:val="15"/>
              </w:rPr>
              <w:t>Po povratni informaciji po želji ponovi poskus, spremeni podrobnost, izboljša spoj, razporeditev ali razlago.</w:t>
            </w:r>
          </w:p>
          <w:p w14:paraId="436792B0" w14:textId="77777777" w:rsidR="00080BF0" w:rsidRDefault="00000000">
            <w:pPr>
              <w:spacing w:after="100" w:line="245" w:lineRule="auto"/>
            </w:pPr>
            <w:r>
              <w:rPr>
                <w:color w:val="000000"/>
                <w:sz w:val="15"/>
              </w:rPr>
              <w:t>Izbere raven samostojnosti ter določi majhen in izvedljiv naslednji ustvarjalni korak.</w:t>
            </w:r>
          </w:p>
          <w:p w14:paraId="777344AC" w14:textId="77777777" w:rsidR="00080BF0" w:rsidRDefault="00000000">
            <w:pPr>
              <w:spacing w:after="20" w:line="245" w:lineRule="auto"/>
            </w:pPr>
            <w:r>
              <w:rPr>
                <w:b/>
                <w:color w:val="D95BC6"/>
                <w:sz w:val="17"/>
              </w:rPr>
              <w:t>DOKAZ O UČENJU</w:t>
            </w:r>
          </w:p>
          <w:p w14:paraId="1C1E796A"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10FF88AA"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1C7D9B85" w14:textId="77777777">
        <w:trPr>
          <w:cantSplit/>
          <w:jc w:val="center"/>
        </w:trPr>
        <w:tc>
          <w:tcPr>
            <w:tcW w:w="14060" w:type="dxa"/>
            <w:gridSpan w:val="6"/>
            <w:tcMar>
              <w:top w:w="70" w:type="dxa"/>
              <w:left w:w="90" w:type="dxa"/>
              <w:bottom w:w="70" w:type="dxa"/>
              <w:right w:w="90" w:type="dxa"/>
            </w:tcMar>
            <w:vAlign w:val="center"/>
          </w:tcPr>
          <w:p w14:paraId="362AA15F" w14:textId="77777777" w:rsidR="00080BF0" w:rsidRDefault="00000000">
            <w:pPr>
              <w:jc w:val="center"/>
            </w:pPr>
            <w:r>
              <w:rPr>
                <w:b/>
                <w:color w:val="000000"/>
                <w:sz w:val="24"/>
              </w:rPr>
              <w:lastRenderedPageBreak/>
              <w:t>UČNA PRIPRAVA 24/39</w:t>
            </w:r>
          </w:p>
        </w:tc>
      </w:tr>
      <w:tr w:rsidR="00080BF0" w14:paraId="7D62AA67" w14:textId="77777777">
        <w:trPr>
          <w:jc w:val="center"/>
        </w:trPr>
        <w:tc>
          <w:tcPr>
            <w:tcW w:w="2665" w:type="dxa"/>
            <w:tcMar>
              <w:top w:w="70" w:type="dxa"/>
              <w:left w:w="90" w:type="dxa"/>
              <w:bottom w:w="70" w:type="dxa"/>
              <w:right w:w="90" w:type="dxa"/>
            </w:tcMar>
            <w:vAlign w:val="center"/>
          </w:tcPr>
          <w:p w14:paraId="19C40746"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057C6A0"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126B9276"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3DE8465" w14:textId="77777777" w:rsidR="00080BF0" w:rsidRDefault="00000000">
            <w:r>
              <w:rPr>
                <w:b/>
                <w:color w:val="000000"/>
                <w:sz w:val="16"/>
              </w:rPr>
              <w:t xml:space="preserve">NAČRTOVANI TERMIN: </w:t>
            </w:r>
            <w:r>
              <w:rPr>
                <w:color w:val="000000"/>
                <w:sz w:val="16"/>
              </w:rPr>
              <w:t>24. teden • 1.–5. 3. 2027</w:t>
            </w:r>
          </w:p>
        </w:tc>
        <w:tc>
          <w:tcPr>
            <w:tcW w:w="2268" w:type="dxa"/>
            <w:tcMar>
              <w:top w:w="70" w:type="dxa"/>
              <w:left w:w="90" w:type="dxa"/>
              <w:bottom w:w="70" w:type="dxa"/>
              <w:right w:w="90" w:type="dxa"/>
            </w:tcMar>
            <w:vAlign w:val="center"/>
          </w:tcPr>
          <w:p w14:paraId="4A89F420"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9675CDF" w14:textId="77777777" w:rsidR="00080BF0" w:rsidRDefault="00000000">
            <w:r>
              <w:rPr>
                <w:b/>
                <w:color w:val="000000"/>
                <w:sz w:val="16"/>
              </w:rPr>
              <w:t xml:space="preserve">ŠTEVILO UR: </w:t>
            </w:r>
            <w:r>
              <w:rPr>
                <w:color w:val="000000"/>
                <w:sz w:val="16"/>
              </w:rPr>
              <w:t>2</w:t>
            </w:r>
          </w:p>
        </w:tc>
      </w:tr>
      <w:tr w:rsidR="00080BF0" w14:paraId="4DE0C771" w14:textId="77777777">
        <w:trPr>
          <w:jc w:val="center"/>
        </w:trPr>
        <w:tc>
          <w:tcPr>
            <w:tcW w:w="14061" w:type="dxa"/>
            <w:gridSpan w:val="6"/>
            <w:tcMar>
              <w:top w:w="70" w:type="dxa"/>
              <w:left w:w="90" w:type="dxa"/>
              <w:bottom w:w="70" w:type="dxa"/>
              <w:right w:w="90" w:type="dxa"/>
            </w:tcMar>
            <w:vAlign w:val="center"/>
          </w:tcPr>
          <w:p w14:paraId="4D3037FD"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276B4CDF" w14:textId="77777777">
        <w:trPr>
          <w:cantSplit/>
          <w:jc w:val="center"/>
        </w:trPr>
        <w:tc>
          <w:tcPr>
            <w:tcW w:w="14060" w:type="dxa"/>
            <w:gridSpan w:val="6"/>
            <w:tcMar>
              <w:top w:w="70" w:type="dxa"/>
              <w:left w:w="90" w:type="dxa"/>
              <w:bottom w:w="70" w:type="dxa"/>
              <w:right w:w="90" w:type="dxa"/>
            </w:tcMar>
            <w:vAlign w:val="center"/>
          </w:tcPr>
          <w:p w14:paraId="43500E6C" w14:textId="77777777" w:rsidR="00080BF0" w:rsidRDefault="00080BF0"/>
          <w:p w14:paraId="71460CF0" w14:textId="77777777" w:rsidR="00080BF0" w:rsidRDefault="00000000">
            <w:pPr>
              <w:spacing w:line="245" w:lineRule="auto"/>
            </w:pPr>
            <w:r>
              <w:rPr>
                <w:b/>
                <w:color w:val="000000"/>
                <w:sz w:val="15"/>
              </w:rPr>
              <w:t xml:space="preserve">UČNI SKLOP: </w:t>
            </w:r>
            <w:r>
              <w:rPr>
                <w:color w:val="000000"/>
                <w:sz w:val="15"/>
              </w:rPr>
              <w:t>ŽIVIM ZDRAVO – JAZ IN DOBRO POČUTJE</w:t>
            </w:r>
          </w:p>
        </w:tc>
      </w:tr>
      <w:tr w:rsidR="00080BF0" w14:paraId="40E8BAEA" w14:textId="77777777">
        <w:trPr>
          <w:cantSplit/>
          <w:jc w:val="center"/>
        </w:trPr>
        <w:tc>
          <w:tcPr>
            <w:tcW w:w="14060" w:type="dxa"/>
            <w:gridSpan w:val="6"/>
            <w:tcMar>
              <w:top w:w="70" w:type="dxa"/>
              <w:left w:w="90" w:type="dxa"/>
              <w:bottom w:w="70" w:type="dxa"/>
              <w:right w:w="90" w:type="dxa"/>
            </w:tcMar>
            <w:vAlign w:val="center"/>
          </w:tcPr>
          <w:p w14:paraId="5A70E040" w14:textId="77777777" w:rsidR="00080BF0" w:rsidRDefault="00080BF0"/>
          <w:p w14:paraId="3757DDE7" w14:textId="77777777" w:rsidR="00080BF0" w:rsidRDefault="00000000">
            <w:pPr>
              <w:spacing w:line="245" w:lineRule="auto"/>
            </w:pPr>
            <w:r>
              <w:rPr>
                <w:b/>
                <w:color w:val="000000"/>
                <w:sz w:val="15"/>
              </w:rPr>
              <w:t xml:space="preserve">UČNA TEMA: </w:t>
            </w:r>
            <w:r>
              <w:rPr>
                <w:color w:val="000000"/>
                <w:sz w:val="15"/>
              </w:rPr>
              <w:t>FIGURA V GIBANJU</w:t>
            </w:r>
          </w:p>
        </w:tc>
      </w:tr>
      <w:tr w:rsidR="00080BF0" w14:paraId="67F61F92" w14:textId="77777777">
        <w:trPr>
          <w:cantSplit/>
          <w:jc w:val="center"/>
        </w:trPr>
        <w:tc>
          <w:tcPr>
            <w:tcW w:w="14060" w:type="dxa"/>
            <w:gridSpan w:val="6"/>
            <w:tcMar>
              <w:top w:w="70" w:type="dxa"/>
              <w:left w:w="90" w:type="dxa"/>
              <w:bottom w:w="70" w:type="dxa"/>
              <w:right w:w="90" w:type="dxa"/>
            </w:tcMar>
            <w:vAlign w:val="center"/>
          </w:tcPr>
          <w:p w14:paraId="3B576E3D" w14:textId="77777777" w:rsidR="00080BF0" w:rsidRDefault="00080BF0"/>
          <w:p w14:paraId="242CDBB9" w14:textId="77777777" w:rsidR="00080BF0" w:rsidRDefault="00000000">
            <w:pPr>
              <w:spacing w:line="245" w:lineRule="auto"/>
            </w:pPr>
            <w:r>
              <w:rPr>
                <w:b/>
                <w:color w:val="000000"/>
                <w:sz w:val="15"/>
              </w:rPr>
              <w:t xml:space="preserve">KNJIŽEVNO / MOTIVNO IZHODIŠČE: </w:t>
            </w:r>
            <w:r>
              <w:rPr>
                <w:color w:val="000000"/>
                <w:sz w:val="15"/>
              </w:rPr>
              <w:t>»Sapramiška« – Svetlana Makarovič • telo, zobje, čutila, pomoč in vztrajnost</w:t>
            </w:r>
          </w:p>
        </w:tc>
      </w:tr>
      <w:tr w:rsidR="00080BF0" w14:paraId="5BA2EF24" w14:textId="77777777">
        <w:trPr>
          <w:cantSplit/>
          <w:jc w:val="center"/>
        </w:trPr>
        <w:tc>
          <w:tcPr>
            <w:tcW w:w="14060" w:type="dxa"/>
            <w:gridSpan w:val="6"/>
            <w:tcMar>
              <w:top w:w="70" w:type="dxa"/>
              <w:left w:w="90" w:type="dxa"/>
              <w:bottom w:w="70" w:type="dxa"/>
              <w:right w:w="90" w:type="dxa"/>
            </w:tcMar>
            <w:vAlign w:val="center"/>
          </w:tcPr>
          <w:p w14:paraId="68261C4C" w14:textId="77777777" w:rsidR="00080BF0" w:rsidRDefault="00080BF0"/>
          <w:p w14:paraId="19187DE8" w14:textId="77777777" w:rsidR="00080BF0" w:rsidRDefault="00000000">
            <w:pPr>
              <w:spacing w:line="245" w:lineRule="auto"/>
            </w:pPr>
            <w:r>
              <w:rPr>
                <w:b/>
                <w:color w:val="000000"/>
                <w:sz w:val="15"/>
              </w:rPr>
              <w:t xml:space="preserve">LIKOVNO IZHODIŠČE / MOTIVACIJA: </w:t>
            </w:r>
            <w:r>
              <w:rPr>
                <w:color w:val="000000"/>
                <w:sz w:val="15"/>
              </w:rPr>
              <w:t>likovni detektiv odkrije nepopolno risbo na temo »figura v gibanju« in prosi učence, naj z različnimi črtami, pogledi ali podrobnostmi poiščejo več možnih rešitev. Tematska rešitev: nariše figuro Sapramiške v gibanju.</w:t>
            </w:r>
          </w:p>
        </w:tc>
      </w:tr>
      <w:tr w:rsidR="00080BF0" w14:paraId="31155652" w14:textId="77777777">
        <w:trPr>
          <w:cantSplit/>
          <w:jc w:val="center"/>
        </w:trPr>
        <w:tc>
          <w:tcPr>
            <w:tcW w:w="14060" w:type="dxa"/>
            <w:gridSpan w:val="6"/>
            <w:tcMar>
              <w:top w:w="70" w:type="dxa"/>
              <w:left w:w="90" w:type="dxa"/>
              <w:bottom w:w="70" w:type="dxa"/>
              <w:right w:w="90" w:type="dxa"/>
            </w:tcMar>
            <w:vAlign w:val="center"/>
          </w:tcPr>
          <w:p w14:paraId="14BD2B52" w14:textId="77777777" w:rsidR="00080BF0" w:rsidRDefault="00080BF0"/>
          <w:p w14:paraId="3833AA34" w14:textId="77777777" w:rsidR="00080BF0" w:rsidRDefault="00000000">
            <w:pPr>
              <w:spacing w:line="245" w:lineRule="auto"/>
            </w:pPr>
            <w:r>
              <w:rPr>
                <w:b/>
                <w:color w:val="000000"/>
                <w:sz w:val="15"/>
              </w:rPr>
              <w:t xml:space="preserve">UČNE ENOTE: </w:t>
            </w:r>
            <w:r>
              <w:rPr>
                <w:color w:val="000000"/>
                <w:sz w:val="15"/>
              </w:rPr>
              <w:t>1. ura – Figura v gibanju – Opazujem, preizkušam, načrtujem • 2. ura – Figura v gibanju – Ustvarjam, predstavim, izboljšam</w:t>
            </w:r>
          </w:p>
        </w:tc>
      </w:tr>
      <w:tr w:rsidR="00080BF0" w14:paraId="21B2B8D9" w14:textId="77777777">
        <w:trPr>
          <w:cantSplit/>
          <w:jc w:val="center"/>
        </w:trPr>
        <w:tc>
          <w:tcPr>
            <w:tcW w:w="14060" w:type="dxa"/>
            <w:gridSpan w:val="6"/>
            <w:tcMar>
              <w:top w:w="70" w:type="dxa"/>
              <w:left w:w="90" w:type="dxa"/>
              <w:bottom w:w="70" w:type="dxa"/>
              <w:right w:w="90" w:type="dxa"/>
            </w:tcMar>
            <w:vAlign w:val="center"/>
          </w:tcPr>
          <w:p w14:paraId="1A9D61EE" w14:textId="77777777" w:rsidR="00080BF0" w:rsidRDefault="00080BF0"/>
          <w:p w14:paraId="22C2AEA5"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72C89EAE" w14:textId="77777777">
        <w:trPr>
          <w:cantSplit/>
          <w:jc w:val="center"/>
        </w:trPr>
        <w:tc>
          <w:tcPr>
            <w:tcW w:w="14060" w:type="dxa"/>
            <w:gridSpan w:val="6"/>
            <w:tcMar>
              <w:top w:w="70" w:type="dxa"/>
              <w:left w:w="90" w:type="dxa"/>
              <w:bottom w:w="70" w:type="dxa"/>
              <w:right w:w="90" w:type="dxa"/>
            </w:tcMar>
            <w:vAlign w:val="center"/>
          </w:tcPr>
          <w:p w14:paraId="606A2C8E" w14:textId="77777777" w:rsidR="00080BF0" w:rsidRDefault="00080BF0"/>
          <w:p w14:paraId="643C279D"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46D479BD" w14:textId="77777777">
        <w:trPr>
          <w:cantSplit/>
          <w:jc w:val="center"/>
        </w:trPr>
        <w:tc>
          <w:tcPr>
            <w:tcW w:w="14060" w:type="dxa"/>
            <w:gridSpan w:val="6"/>
            <w:tcMar>
              <w:top w:w="70" w:type="dxa"/>
              <w:left w:w="90" w:type="dxa"/>
              <w:bottom w:w="70" w:type="dxa"/>
              <w:right w:w="90" w:type="dxa"/>
            </w:tcMar>
            <w:vAlign w:val="center"/>
          </w:tcPr>
          <w:p w14:paraId="157C6197" w14:textId="77777777" w:rsidR="00080BF0" w:rsidRDefault="00080BF0"/>
          <w:p w14:paraId="5FB89261"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3267EF42" w14:textId="77777777">
        <w:trPr>
          <w:cantSplit/>
          <w:jc w:val="center"/>
        </w:trPr>
        <w:tc>
          <w:tcPr>
            <w:tcW w:w="14060" w:type="dxa"/>
            <w:gridSpan w:val="6"/>
            <w:tcMar>
              <w:top w:w="70" w:type="dxa"/>
              <w:left w:w="90" w:type="dxa"/>
              <w:bottom w:w="70" w:type="dxa"/>
              <w:right w:w="90" w:type="dxa"/>
            </w:tcMar>
            <w:vAlign w:val="center"/>
          </w:tcPr>
          <w:p w14:paraId="604F3414" w14:textId="77777777" w:rsidR="00080BF0" w:rsidRDefault="00080BF0"/>
          <w:p w14:paraId="598DDD19" w14:textId="77777777" w:rsidR="00080BF0" w:rsidRDefault="00000000">
            <w:pPr>
              <w:spacing w:line="245" w:lineRule="auto"/>
            </w:pPr>
            <w:r>
              <w:rPr>
                <w:b/>
                <w:color w:val="000000"/>
                <w:sz w:val="15"/>
              </w:rPr>
              <w:t xml:space="preserve">MEDPREDMETNE POVEZAVE: </w:t>
            </w:r>
            <w:r>
              <w:rPr>
                <w:color w:val="000000"/>
                <w:sz w:val="15"/>
              </w:rPr>
              <w:t>SPO – telo, zobje, čutila, pomoč in vztrajnost; SLJ – poslušanje, opis opažanja, poimenovanje postopka in predstavitev; MAT – oblike, razvrščanje, vzorci in prostorski odnosi; ŠPO – gibalna črta, telesna skulptura, smer in ravnotežje; GUM – ritem, ponavljanje, kontrast in razpoloženje</w:t>
            </w:r>
          </w:p>
        </w:tc>
      </w:tr>
      <w:tr w:rsidR="00080BF0" w14:paraId="0B48C94E" w14:textId="77777777">
        <w:trPr>
          <w:cantSplit/>
          <w:jc w:val="center"/>
        </w:trPr>
        <w:tc>
          <w:tcPr>
            <w:tcW w:w="14060" w:type="dxa"/>
            <w:gridSpan w:val="6"/>
            <w:tcMar>
              <w:top w:w="70" w:type="dxa"/>
              <w:left w:w="90" w:type="dxa"/>
              <w:bottom w:w="70" w:type="dxa"/>
              <w:right w:w="90" w:type="dxa"/>
            </w:tcMar>
            <w:vAlign w:val="center"/>
          </w:tcPr>
          <w:p w14:paraId="58529563" w14:textId="77777777" w:rsidR="00080BF0" w:rsidRDefault="00080BF0"/>
          <w:p w14:paraId="7339CBB5" w14:textId="77777777" w:rsidR="00080BF0" w:rsidRDefault="00000000">
            <w:pPr>
              <w:spacing w:line="245" w:lineRule="auto"/>
            </w:pPr>
            <w:r>
              <w:rPr>
                <w:b/>
                <w:color w:val="000000"/>
                <w:sz w:val="15"/>
              </w:rPr>
              <w:t xml:space="preserve">UČNA SREDSTVA IN PRIPOMOČKI: </w:t>
            </w:r>
            <w:r>
              <w:rPr>
                <w:color w:val="000000"/>
                <w:sz w:val="15"/>
              </w:rPr>
              <w:t>risalni papir različnih velikosti, mehki grafitni svinčniki, voščenke, barvice, flomastri, ogledalca ali opazovani predmeti; fotografija, reprodukcija ali resnični predmet za opazovanje; kartice namena in meril; talne oznake štirih postaj; mapa dokazov; sredstva za čiščenje in pospravljanje</w:t>
            </w:r>
          </w:p>
        </w:tc>
      </w:tr>
      <w:tr w:rsidR="00080BF0" w14:paraId="601E4791" w14:textId="77777777">
        <w:trPr>
          <w:cantSplit/>
          <w:jc w:val="center"/>
        </w:trPr>
        <w:tc>
          <w:tcPr>
            <w:tcW w:w="14060" w:type="dxa"/>
            <w:gridSpan w:val="6"/>
            <w:tcMar>
              <w:top w:w="70" w:type="dxa"/>
              <w:left w:w="90" w:type="dxa"/>
              <w:bottom w:w="70" w:type="dxa"/>
              <w:right w:w="90" w:type="dxa"/>
            </w:tcMar>
            <w:vAlign w:val="center"/>
          </w:tcPr>
          <w:p w14:paraId="025F7434" w14:textId="77777777" w:rsidR="00080BF0" w:rsidRDefault="00080BF0"/>
          <w:p w14:paraId="22F9B194"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693173C7" w14:textId="77777777">
        <w:trPr>
          <w:cantSplit/>
          <w:jc w:val="center"/>
        </w:trPr>
        <w:tc>
          <w:tcPr>
            <w:tcW w:w="14060" w:type="dxa"/>
            <w:gridSpan w:val="6"/>
            <w:tcMar>
              <w:top w:w="70" w:type="dxa"/>
              <w:left w:w="90" w:type="dxa"/>
              <w:bottom w:w="70" w:type="dxa"/>
              <w:right w:w="90" w:type="dxa"/>
            </w:tcMar>
            <w:vAlign w:val="center"/>
          </w:tcPr>
          <w:p w14:paraId="04AC7D7D" w14:textId="77777777" w:rsidR="00080BF0" w:rsidRDefault="00080BF0"/>
          <w:p w14:paraId="6856E8E4"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5695DCC8" w14:textId="77777777">
        <w:trPr>
          <w:cantSplit/>
          <w:jc w:val="center"/>
        </w:trPr>
        <w:tc>
          <w:tcPr>
            <w:tcW w:w="14060" w:type="dxa"/>
            <w:gridSpan w:val="6"/>
            <w:tcMar>
              <w:top w:w="70" w:type="dxa"/>
              <w:left w:w="90" w:type="dxa"/>
              <w:bottom w:w="70" w:type="dxa"/>
              <w:right w:w="90" w:type="dxa"/>
            </w:tcMar>
            <w:vAlign w:val="center"/>
          </w:tcPr>
          <w:p w14:paraId="29338A49" w14:textId="77777777" w:rsidR="00080BF0" w:rsidRDefault="00080BF0"/>
          <w:p w14:paraId="394CE910"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4E43D9E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81AD64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C0BF07A"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1154593" w14:textId="77777777" w:rsidR="00080BF0" w:rsidRDefault="00000000">
            <w:pPr>
              <w:jc w:val="center"/>
            </w:pPr>
            <w:r>
              <w:rPr>
                <w:b/>
                <w:color w:val="000000"/>
                <w:sz w:val="20"/>
              </w:rPr>
              <w:t>UČNE DEJAVNOSTI, METODE IN FORMATIVNO SPREMLJANJE</w:t>
            </w:r>
          </w:p>
        </w:tc>
      </w:tr>
      <w:tr w:rsidR="00080BF0" w14:paraId="0277A293" w14:textId="77777777">
        <w:trPr>
          <w:tblHeader/>
          <w:jc w:val="center"/>
        </w:trPr>
        <w:tc>
          <w:tcPr>
            <w:tcW w:w="4422" w:type="dxa"/>
            <w:vMerge/>
            <w:tcMar>
              <w:top w:w="70" w:type="dxa"/>
              <w:left w:w="90" w:type="dxa"/>
              <w:bottom w:w="70" w:type="dxa"/>
              <w:right w:w="90" w:type="dxa"/>
            </w:tcMar>
            <w:vAlign w:val="center"/>
          </w:tcPr>
          <w:p w14:paraId="389BD66F" w14:textId="77777777" w:rsidR="00080BF0" w:rsidRDefault="00080BF0"/>
        </w:tc>
        <w:tc>
          <w:tcPr>
            <w:tcW w:w="7087" w:type="dxa"/>
            <w:shd w:val="clear" w:color="auto" w:fill="FFFFFF"/>
            <w:tcMar>
              <w:top w:w="70" w:type="dxa"/>
              <w:left w:w="90" w:type="dxa"/>
              <w:bottom w:w="70" w:type="dxa"/>
              <w:right w:w="90" w:type="dxa"/>
            </w:tcMar>
            <w:vAlign w:val="center"/>
          </w:tcPr>
          <w:p w14:paraId="4D7E3C69"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EE06B0C" w14:textId="77777777" w:rsidR="00080BF0" w:rsidRDefault="00000000">
            <w:pPr>
              <w:jc w:val="center"/>
            </w:pPr>
            <w:r>
              <w:rPr>
                <w:b/>
                <w:color w:val="000000"/>
              </w:rPr>
              <w:t>UČENEC</w:t>
            </w:r>
          </w:p>
        </w:tc>
      </w:tr>
      <w:tr w:rsidR="00080BF0" w14:paraId="4AB320C6" w14:textId="77777777">
        <w:trPr>
          <w:jc w:val="center"/>
        </w:trPr>
        <w:tc>
          <w:tcPr>
            <w:tcW w:w="4422" w:type="dxa"/>
            <w:tcMar>
              <w:top w:w="70" w:type="dxa"/>
              <w:left w:w="90" w:type="dxa"/>
              <w:bottom w:w="70" w:type="dxa"/>
              <w:right w:w="90" w:type="dxa"/>
            </w:tcMar>
          </w:tcPr>
          <w:p w14:paraId="42A49494" w14:textId="77777777" w:rsidR="00080BF0" w:rsidRDefault="00080BF0"/>
          <w:p w14:paraId="3EE4CDEE" w14:textId="77777777" w:rsidR="00080BF0" w:rsidRDefault="00000000">
            <w:pPr>
              <w:spacing w:after="60" w:line="245" w:lineRule="auto"/>
            </w:pPr>
            <w:r>
              <w:rPr>
                <w:b/>
                <w:color w:val="000000"/>
              </w:rPr>
              <w:t>UČNI CILJI</w:t>
            </w:r>
          </w:p>
          <w:p w14:paraId="6ABCFDF9" w14:textId="77777777" w:rsidR="00080BF0" w:rsidRDefault="00000000">
            <w:pPr>
              <w:spacing w:after="20" w:line="245" w:lineRule="auto"/>
            </w:pPr>
            <w:r>
              <w:rPr>
                <w:b/>
                <w:color w:val="000000"/>
                <w:sz w:val="17"/>
              </w:rPr>
              <w:t>SPLOŠNI</w:t>
            </w:r>
          </w:p>
          <w:p w14:paraId="6F68237A"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0926005A"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11E82815"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125667A0"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17D22F3B" w14:textId="77777777" w:rsidR="00080BF0" w:rsidRDefault="00000000">
            <w:pPr>
              <w:spacing w:before="40" w:after="20" w:line="245" w:lineRule="auto"/>
            </w:pPr>
            <w:r>
              <w:rPr>
                <w:b/>
                <w:color w:val="000000"/>
                <w:sz w:val="17"/>
              </w:rPr>
              <w:t>OPERATIVNI</w:t>
            </w:r>
          </w:p>
          <w:p w14:paraId="756AB68F" w14:textId="77777777" w:rsidR="00080BF0" w:rsidRDefault="00000000">
            <w:pPr>
              <w:pStyle w:val="Oznaenseznam"/>
              <w:spacing w:after="16"/>
            </w:pPr>
            <w:r>
              <w:rPr>
                <w:color w:val="000000"/>
                <w:sz w:val="16"/>
              </w:rPr>
              <w:t>opazuje položaje telesa</w:t>
            </w:r>
          </w:p>
          <w:p w14:paraId="19EA7AC5" w14:textId="77777777" w:rsidR="00080BF0" w:rsidRDefault="00000000">
            <w:pPr>
              <w:pStyle w:val="Oznaenseznam"/>
              <w:spacing w:after="16"/>
            </w:pPr>
            <w:r>
              <w:rPr>
                <w:color w:val="000000"/>
                <w:sz w:val="16"/>
              </w:rPr>
              <w:t>riše figuro</w:t>
            </w:r>
          </w:p>
          <w:p w14:paraId="5374A3EB" w14:textId="77777777" w:rsidR="00080BF0" w:rsidRDefault="00000000">
            <w:pPr>
              <w:pStyle w:val="Oznaenseznam"/>
              <w:spacing w:after="16"/>
            </w:pPr>
            <w:r>
              <w:rPr>
                <w:color w:val="000000"/>
                <w:sz w:val="16"/>
              </w:rPr>
              <w:t>uporabi črto za gibanje</w:t>
            </w:r>
          </w:p>
          <w:p w14:paraId="3CC14BBB" w14:textId="77777777" w:rsidR="00080BF0" w:rsidRDefault="00000000">
            <w:pPr>
              <w:spacing w:before="40" w:after="20" w:line="245" w:lineRule="auto"/>
            </w:pPr>
            <w:r>
              <w:rPr>
                <w:b/>
                <w:color w:val="000000"/>
                <w:sz w:val="17"/>
              </w:rPr>
              <w:t>PRIČAKOVANI DOSEŽKI / MINIMALNI POUDARKI</w:t>
            </w:r>
          </w:p>
          <w:p w14:paraId="5E832B36" w14:textId="77777777" w:rsidR="00080BF0" w:rsidRDefault="00000000">
            <w:pPr>
              <w:pStyle w:val="Oznaenseznam"/>
              <w:spacing w:after="16"/>
            </w:pPr>
            <w:r>
              <w:rPr>
                <w:color w:val="000000"/>
                <w:sz w:val="15"/>
              </w:rPr>
              <w:t>samostojno oziroma z dogovorjeno oporo opazuje položaje telesa</w:t>
            </w:r>
          </w:p>
          <w:p w14:paraId="691D8E22" w14:textId="77777777" w:rsidR="00080BF0" w:rsidRDefault="00000000">
            <w:pPr>
              <w:pStyle w:val="Oznaenseznam"/>
              <w:spacing w:after="16"/>
            </w:pPr>
            <w:r>
              <w:rPr>
                <w:color w:val="000000"/>
                <w:sz w:val="15"/>
              </w:rPr>
              <w:t>samostojno oziroma z dogovorjeno oporo riše figuro</w:t>
            </w:r>
          </w:p>
          <w:p w14:paraId="2DE28E30" w14:textId="77777777" w:rsidR="00080BF0" w:rsidRDefault="00000000">
            <w:pPr>
              <w:pStyle w:val="Oznaenseznam"/>
              <w:spacing w:after="16"/>
            </w:pPr>
            <w:r>
              <w:rPr>
                <w:color w:val="000000"/>
                <w:sz w:val="15"/>
              </w:rPr>
              <w:t>samostojno oziroma z dogovorjeno oporo uporabi črto za gibanje</w:t>
            </w:r>
          </w:p>
        </w:tc>
        <w:tc>
          <w:tcPr>
            <w:tcW w:w="7087" w:type="dxa"/>
            <w:tcMar>
              <w:top w:w="70" w:type="dxa"/>
              <w:left w:w="90" w:type="dxa"/>
              <w:bottom w:w="70" w:type="dxa"/>
              <w:right w:w="90" w:type="dxa"/>
            </w:tcMar>
          </w:tcPr>
          <w:p w14:paraId="67758720"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A3C3CC7" w14:textId="77777777">
              <w:trPr>
                <w:jc w:val="center"/>
              </w:trPr>
              <w:tc>
                <w:tcPr>
                  <w:tcW w:w="7087" w:type="dxa"/>
                  <w:shd w:val="clear" w:color="auto" w:fill="C6E7F3"/>
                  <w:tcMar>
                    <w:top w:w="45" w:type="dxa"/>
                    <w:left w:w="70" w:type="dxa"/>
                    <w:bottom w:w="45" w:type="dxa"/>
                    <w:right w:w="70" w:type="dxa"/>
                  </w:tcMar>
                </w:tcPr>
                <w:p w14:paraId="22CDBF9A" w14:textId="77777777" w:rsidR="00080BF0" w:rsidRDefault="00000000">
                  <w:pPr>
                    <w:keepNext/>
                  </w:pPr>
                  <w:r>
                    <w:rPr>
                      <w:b/>
                      <w:color w:val="000000"/>
                    </w:rPr>
                    <w:t>UVODNI DEL – likovna uganka, opazovanje, aktivacija predznanja in namen učenja (8–12 min)</w:t>
                  </w:r>
                </w:p>
              </w:tc>
            </w:tr>
          </w:tbl>
          <w:p w14:paraId="03F4833A" w14:textId="77777777" w:rsidR="00080BF0" w:rsidRDefault="00080BF0">
            <w:pPr>
              <w:spacing w:line="20" w:lineRule="exact"/>
            </w:pPr>
          </w:p>
          <w:p w14:paraId="565AEEE2" w14:textId="77777777" w:rsidR="00080BF0" w:rsidRDefault="00000000">
            <w:pPr>
              <w:spacing w:before="40" w:after="60" w:line="245" w:lineRule="auto"/>
            </w:pPr>
            <w:r>
              <w:rPr>
                <w:color w:val="000000"/>
                <w:sz w:val="16"/>
              </w:rPr>
              <w:t>Ob književnem motivu »Sapramiška« – Svetlana Makarovič učenci vstopijo v temo telo, zobje, čutila, pomoč in vztrajnost. Učiteljica pokaže fotografijo, reprodukcijo, predmet ali material in pove kratko likovno zgodbo: likovni detektiv odkrije nepopolno risbo na temo »figura v gibanju« in prosi učence, naj z različnimi črtami, pogledi ali podrobnostmi poiščejo več možnih rešitev. Tematska rešitev: nariše figuro Sapramiške v gibanju.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6BF28245" w14:textId="77777777">
              <w:trPr>
                <w:jc w:val="center"/>
              </w:trPr>
              <w:tc>
                <w:tcPr>
                  <w:tcW w:w="7087" w:type="dxa"/>
                  <w:shd w:val="clear" w:color="auto" w:fill="EDC9EA"/>
                  <w:tcMar>
                    <w:top w:w="45" w:type="dxa"/>
                    <w:left w:w="70" w:type="dxa"/>
                    <w:bottom w:w="45" w:type="dxa"/>
                    <w:right w:w="70" w:type="dxa"/>
                  </w:tcMar>
                </w:tcPr>
                <w:p w14:paraId="798B3162" w14:textId="77777777" w:rsidR="00080BF0" w:rsidRDefault="00000000">
                  <w:pPr>
                    <w:keepNext/>
                  </w:pPr>
                  <w:r>
                    <w:rPr>
                      <w:b/>
                      <w:color w:val="000000"/>
                    </w:rPr>
                    <w:t>NAMENI UČENJA</w:t>
                  </w:r>
                </w:p>
              </w:tc>
            </w:tr>
          </w:tbl>
          <w:p w14:paraId="517C9311" w14:textId="77777777" w:rsidR="00080BF0" w:rsidRDefault="00080BF0">
            <w:pPr>
              <w:spacing w:line="20" w:lineRule="exact"/>
            </w:pPr>
          </w:p>
          <w:p w14:paraId="3322D2B6"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59FA5A4C" w14:textId="77777777" w:rsidR="00080BF0" w:rsidRDefault="00000000">
            <w:pPr>
              <w:pStyle w:val="Oznaenseznam"/>
              <w:spacing w:after="16"/>
            </w:pPr>
            <w:r>
              <w:rPr>
                <w:color w:val="000000"/>
                <w:sz w:val="16"/>
              </w:rPr>
              <w:t>opazujem položaje telesa</w:t>
            </w:r>
          </w:p>
          <w:p w14:paraId="7466E8B4" w14:textId="77777777" w:rsidR="00080BF0" w:rsidRDefault="00000000">
            <w:pPr>
              <w:pStyle w:val="Oznaenseznam"/>
              <w:spacing w:after="16"/>
            </w:pPr>
            <w:r>
              <w:rPr>
                <w:color w:val="000000"/>
                <w:sz w:val="16"/>
              </w:rPr>
              <w:t>rišem figuro</w:t>
            </w:r>
          </w:p>
          <w:p w14:paraId="2AFA2C17" w14:textId="77777777" w:rsidR="00080BF0" w:rsidRDefault="00000000">
            <w:pPr>
              <w:pStyle w:val="Oznaenseznam"/>
              <w:spacing w:after="16"/>
            </w:pPr>
            <w:r>
              <w:rPr>
                <w:color w:val="000000"/>
                <w:sz w:val="16"/>
              </w:rPr>
              <w:t>uporabim črto za gibanje</w:t>
            </w:r>
          </w:p>
          <w:tbl>
            <w:tblPr>
              <w:tblStyle w:val="Tabelamrea"/>
              <w:tblW w:w="0" w:type="auto"/>
              <w:jc w:val="center"/>
              <w:tblLayout w:type="fixed"/>
              <w:tblLook w:val="04A0" w:firstRow="1" w:lastRow="0" w:firstColumn="1" w:lastColumn="0" w:noHBand="0" w:noVBand="1"/>
            </w:tblPr>
            <w:tblGrid>
              <w:gridCol w:w="7087"/>
            </w:tblGrid>
            <w:tr w:rsidR="00080BF0" w14:paraId="1E368E9A" w14:textId="77777777">
              <w:trPr>
                <w:jc w:val="center"/>
              </w:trPr>
              <w:tc>
                <w:tcPr>
                  <w:tcW w:w="7087" w:type="dxa"/>
                  <w:shd w:val="clear" w:color="auto" w:fill="EDC9EA"/>
                  <w:tcMar>
                    <w:top w:w="45" w:type="dxa"/>
                    <w:left w:w="70" w:type="dxa"/>
                    <w:bottom w:w="45" w:type="dxa"/>
                    <w:right w:w="70" w:type="dxa"/>
                  </w:tcMar>
                </w:tcPr>
                <w:p w14:paraId="5A7A3B01" w14:textId="77777777" w:rsidR="00080BF0" w:rsidRDefault="00000000">
                  <w:pPr>
                    <w:keepNext/>
                  </w:pPr>
                  <w:r>
                    <w:rPr>
                      <w:b/>
                      <w:color w:val="000000"/>
                    </w:rPr>
                    <w:t>PREVERJANJE PREDZNANJA</w:t>
                  </w:r>
                </w:p>
              </w:tc>
            </w:tr>
          </w:tbl>
          <w:p w14:paraId="2E095960" w14:textId="77777777" w:rsidR="00080BF0" w:rsidRDefault="00080BF0">
            <w:pPr>
              <w:spacing w:line="20" w:lineRule="exact"/>
            </w:pPr>
          </w:p>
          <w:p w14:paraId="37B690E4" w14:textId="77777777" w:rsidR="00080BF0" w:rsidRDefault="00000000">
            <w:pPr>
              <w:pStyle w:val="Oznaenseznam"/>
              <w:spacing w:after="16"/>
            </w:pPr>
            <w:r>
              <w:rPr>
                <w:color w:val="000000"/>
                <w:sz w:val="16"/>
              </w:rPr>
              <w:t>Kaj najprej opazim pri motivu, predmetu ali materialu, povezanem s temo »FIGURA V GIBANJU«?</w:t>
            </w:r>
          </w:p>
          <w:p w14:paraId="71E14C92"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6B4383C2"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027E64DD" w14:textId="77777777">
              <w:trPr>
                <w:jc w:val="center"/>
              </w:trPr>
              <w:tc>
                <w:tcPr>
                  <w:tcW w:w="7087" w:type="dxa"/>
                  <w:shd w:val="clear" w:color="auto" w:fill="EDC9EA"/>
                  <w:tcMar>
                    <w:top w:w="45" w:type="dxa"/>
                    <w:left w:w="70" w:type="dxa"/>
                    <w:bottom w:w="45" w:type="dxa"/>
                    <w:right w:w="70" w:type="dxa"/>
                  </w:tcMar>
                </w:tcPr>
                <w:p w14:paraId="18229A19" w14:textId="77777777" w:rsidR="00080BF0" w:rsidRDefault="00000000">
                  <w:pPr>
                    <w:keepNext/>
                  </w:pPr>
                  <w:r>
                    <w:rPr>
                      <w:b/>
                      <w:color w:val="000000"/>
                    </w:rPr>
                    <w:t>KRITERIJI USPEŠNOSTI</w:t>
                  </w:r>
                </w:p>
              </w:tc>
            </w:tr>
          </w:tbl>
          <w:p w14:paraId="45F0131B" w14:textId="77777777" w:rsidR="00080BF0" w:rsidRDefault="00080BF0"/>
          <w:p w14:paraId="2619BBB8" w14:textId="77777777" w:rsidR="00080BF0" w:rsidRDefault="00000000">
            <w:pPr>
              <w:spacing w:before="20" w:after="20" w:line="245" w:lineRule="auto"/>
            </w:pPr>
            <w:r>
              <w:rPr>
                <w:b/>
                <w:color w:val="000000"/>
                <w:sz w:val="16"/>
              </w:rPr>
              <w:t>Uspešen/-na bom, ko:</w:t>
            </w:r>
          </w:p>
          <w:p w14:paraId="44434235" w14:textId="77777777" w:rsidR="00080BF0" w:rsidRDefault="00000000">
            <w:pPr>
              <w:pStyle w:val="Oznaenseznam"/>
              <w:spacing w:after="16"/>
            </w:pPr>
            <w:r>
              <w:rPr>
                <w:color w:val="000000"/>
                <w:sz w:val="16"/>
              </w:rPr>
              <w:t>opazujem položaje telesa</w:t>
            </w:r>
          </w:p>
          <w:p w14:paraId="634FC637" w14:textId="77777777" w:rsidR="00080BF0" w:rsidRDefault="00000000">
            <w:pPr>
              <w:pStyle w:val="Oznaenseznam"/>
              <w:spacing w:after="16"/>
            </w:pPr>
            <w:r>
              <w:rPr>
                <w:color w:val="000000"/>
                <w:sz w:val="16"/>
              </w:rPr>
              <w:t>rišem figuro</w:t>
            </w:r>
          </w:p>
          <w:p w14:paraId="06741974" w14:textId="77777777" w:rsidR="00080BF0" w:rsidRDefault="00000000">
            <w:pPr>
              <w:pStyle w:val="Oznaenseznam"/>
              <w:spacing w:after="16"/>
            </w:pPr>
            <w:r>
              <w:rPr>
                <w:color w:val="000000"/>
                <w:sz w:val="16"/>
              </w:rPr>
              <w:t>uporabim črto za gibanje</w:t>
            </w:r>
          </w:p>
          <w:p w14:paraId="2F013914" w14:textId="77777777" w:rsidR="00080BF0" w:rsidRDefault="00000000">
            <w:pPr>
              <w:pStyle w:val="Oznaenseznam"/>
              <w:spacing w:after="16"/>
            </w:pPr>
            <w:r>
              <w:rPr>
                <w:color w:val="000000"/>
                <w:sz w:val="15"/>
              </w:rPr>
              <w:t>varno in namensko uporabim material, zaščitim prostor ter po delu uredim svojo postajo</w:t>
            </w:r>
          </w:p>
          <w:p w14:paraId="5CF7881C"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1F2D7DD4" w14:textId="77777777" w:rsidR="00080BF0" w:rsidRDefault="00080BF0"/>
          <w:p w14:paraId="2F40F7D2"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6A7009E7" w14:textId="77777777" w:rsidR="00080BF0" w:rsidRDefault="00000000">
            <w:pPr>
              <w:spacing w:after="80" w:line="245" w:lineRule="auto"/>
            </w:pPr>
            <w:r>
              <w:rPr>
                <w:color w:val="000000"/>
                <w:sz w:val="16"/>
              </w:rPr>
              <w:t>Pove ali pokaže, kaj že zna opaziti in katero likovno možnost bi najprej preizkusil.</w:t>
            </w:r>
          </w:p>
          <w:p w14:paraId="6738E238" w14:textId="77777777" w:rsidR="00080BF0" w:rsidRDefault="00000000">
            <w:pPr>
              <w:spacing w:after="100" w:line="245" w:lineRule="auto"/>
            </w:pPr>
            <w:r>
              <w:rPr>
                <w:color w:val="000000"/>
                <w:sz w:val="16"/>
              </w:rPr>
              <w:t>Sodeluje pri razumevanju namena, meril uspešnosti, varne rabe pripomočkov in načina dokazovanja.</w:t>
            </w:r>
          </w:p>
          <w:p w14:paraId="0C4B6F7D" w14:textId="77777777" w:rsidR="00080BF0" w:rsidRDefault="00000000">
            <w:pPr>
              <w:spacing w:after="20" w:line="245" w:lineRule="auto"/>
            </w:pPr>
            <w:r>
              <w:rPr>
                <w:b/>
                <w:color w:val="D95BC6"/>
                <w:sz w:val="17"/>
              </w:rPr>
              <w:t>DOKAZ O UČENJU</w:t>
            </w:r>
          </w:p>
          <w:p w14:paraId="4500CC87"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54FD1B9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617544D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D17D9D4"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70C646B" w14:textId="77777777" w:rsidR="00080BF0" w:rsidRDefault="00000000">
            <w:pPr>
              <w:jc w:val="center"/>
            </w:pPr>
            <w:r>
              <w:rPr>
                <w:b/>
                <w:color w:val="000000"/>
                <w:sz w:val="20"/>
              </w:rPr>
              <w:t>UČNE DEJAVNOSTI, METODE IN FORMATIVNO SPREMLJANJE</w:t>
            </w:r>
          </w:p>
        </w:tc>
      </w:tr>
      <w:tr w:rsidR="00080BF0" w14:paraId="008DF3C5" w14:textId="77777777">
        <w:trPr>
          <w:tblHeader/>
          <w:jc w:val="center"/>
        </w:trPr>
        <w:tc>
          <w:tcPr>
            <w:tcW w:w="4422" w:type="dxa"/>
            <w:vMerge/>
            <w:tcMar>
              <w:top w:w="70" w:type="dxa"/>
              <w:left w:w="90" w:type="dxa"/>
              <w:bottom w:w="70" w:type="dxa"/>
              <w:right w:w="90" w:type="dxa"/>
            </w:tcMar>
            <w:vAlign w:val="center"/>
          </w:tcPr>
          <w:p w14:paraId="6ADFFD58" w14:textId="77777777" w:rsidR="00080BF0" w:rsidRDefault="00080BF0"/>
        </w:tc>
        <w:tc>
          <w:tcPr>
            <w:tcW w:w="7087" w:type="dxa"/>
            <w:shd w:val="clear" w:color="auto" w:fill="FFFFFF"/>
            <w:tcMar>
              <w:top w:w="70" w:type="dxa"/>
              <w:left w:w="90" w:type="dxa"/>
              <w:bottom w:w="70" w:type="dxa"/>
              <w:right w:w="90" w:type="dxa"/>
            </w:tcMar>
            <w:vAlign w:val="center"/>
          </w:tcPr>
          <w:p w14:paraId="2E070D1C"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F8EB3A0" w14:textId="77777777" w:rsidR="00080BF0" w:rsidRDefault="00000000">
            <w:pPr>
              <w:jc w:val="center"/>
            </w:pPr>
            <w:r>
              <w:rPr>
                <w:b/>
                <w:color w:val="000000"/>
              </w:rPr>
              <w:t>UČENEC</w:t>
            </w:r>
          </w:p>
        </w:tc>
      </w:tr>
      <w:tr w:rsidR="00080BF0" w14:paraId="2D6F0E8C" w14:textId="77777777">
        <w:trPr>
          <w:jc w:val="center"/>
        </w:trPr>
        <w:tc>
          <w:tcPr>
            <w:tcW w:w="4422" w:type="dxa"/>
            <w:tcMar>
              <w:top w:w="70" w:type="dxa"/>
              <w:left w:w="90" w:type="dxa"/>
              <w:bottom w:w="70" w:type="dxa"/>
              <w:right w:w="90" w:type="dxa"/>
            </w:tcMar>
          </w:tcPr>
          <w:p w14:paraId="60CD7C98" w14:textId="77777777" w:rsidR="00080BF0" w:rsidRDefault="00080BF0"/>
          <w:p w14:paraId="4631BD9E" w14:textId="77777777" w:rsidR="00080BF0" w:rsidRDefault="00000000">
            <w:pPr>
              <w:spacing w:after="40" w:line="245" w:lineRule="auto"/>
            </w:pPr>
            <w:r>
              <w:rPr>
                <w:b/>
                <w:color w:val="000000"/>
              </w:rPr>
              <w:t>KLJUČNI LIKOVNI POJMI</w:t>
            </w:r>
          </w:p>
          <w:p w14:paraId="7D443900"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pika, ravna in kriva črta, sklenjena oblika, podrobnost, razmerje, simbol</w:t>
            </w:r>
          </w:p>
          <w:p w14:paraId="3D4BB6B4" w14:textId="77777777" w:rsidR="00080BF0" w:rsidRDefault="00000000">
            <w:pPr>
              <w:spacing w:after="20" w:line="245" w:lineRule="auto"/>
            </w:pPr>
            <w:r>
              <w:rPr>
                <w:b/>
                <w:color w:val="000000"/>
                <w:sz w:val="17"/>
              </w:rPr>
              <w:t>DOKAZI O UČENJU</w:t>
            </w:r>
          </w:p>
          <w:p w14:paraId="1CACDB0E" w14:textId="77777777" w:rsidR="00080BF0" w:rsidRDefault="00000000">
            <w:pPr>
              <w:pStyle w:val="Oznaenseznam"/>
              <w:spacing w:after="9"/>
            </w:pPr>
            <w:r>
              <w:rPr>
                <w:color w:val="000000"/>
                <w:sz w:val="15"/>
              </w:rPr>
              <w:t>list materialnih poskusov, skica/načrt, učenčeva razlaga in učiteljev zapis o varni rabi pripomočkov.</w:t>
            </w:r>
          </w:p>
          <w:p w14:paraId="2E5C5C63" w14:textId="77777777" w:rsidR="00080BF0" w:rsidRDefault="00000000">
            <w:pPr>
              <w:pStyle w:val="Oznaenseznam"/>
              <w:spacing w:after="9"/>
            </w:pPr>
            <w:r>
              <w:rPr>
                <w:color w:val="000000"/>
                <w:sz w:val="15"/>
              </w:rPr>
              <w:t>likovni proces in izdelek, fotografija faze, učenčeva razlaga ter samovrednotenje v mapi.</w:t>
            </w:r>
          </w:p>
          <w:p w14:paraId="28511390" w14:textId="77777777" w:rsidR="00080BF0" w:rsidRDefault="00000000">
            <w:pPr>
              <w:spacing w:before="40" w:after="20" w:line="245" w:lineRule="auto"/>
            </w:pPr>
            <w:r>
              <w:rPr>
                <w:b/>
                <w:color w:val="000000"/>
                <w:sz w:val="17"/>
              </w:rPr>
              <w:t>LIKOVNO DOŽIVETJE IN IZKUŠENJSKI POUK</w:t>
            </w:r>
          </w:p>
          <w:p w14:paraId="49684DBC"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417AF7A5" w14:textId="77777777" w:rsidR="00080BF0" w:rsidRDefault="00000000">
            <w:pPr>
              <w:spacing w:after="20" w:line="245" w:lineRule="auto"/>
            </w:pPr>
            <w:r>
              <w:rPr>
                <w:b/>
                <w:color w:val="000000"/>
                <w:sz w:val="17"/>
              </w:rPr>
              <w:t>POUČEVANJE V GIBANJU</w:t>
            </w:r>
          </w:p>
          <w:p w14:paraId="257B4052"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045F594B" w14:textId="77777777" w:rsidR="00080BF0" w:rsidRDefault="00000000">
            <w:pPr>
              <w:spacing w:after="20" w:line="245" w:lineRule="auto"/>
            </w:pPr>
            <w:r>
              <w:rPr>
                <w:b/>
                <w:color w:val="000000"/>
                <w:sz w:val="17"/>
              </w:rPr>
              <w:t>DELO PO POSTAJAH</w:t>
            </w:r>
          </w:p>
          <w:p w14:paraId="58F13B02"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39718E60" w14:textId="77777777" w:rsidR="00080BF0" w:rsidRDefault="00000000">
            <w:pPr>
              <w:spacing w:after="9" w:line="245" w:lineRule="auto"/>
            </w:pPr>
            <w:r>
              <w:rPr>
                <w:color w:val="000000"/>
                <w:sz w:val="14"/>
              </w:rPr>
              <w:t>1. Opazovalna: predmet, obraz, figuro ali motiv opazujem z okvirjem ter poiščem tri pomembne črte, oblike ali podrobnosti.</w:t>
            </w:r>
          </w:p>
          <w:p w14:paraId="546FB9C3" w14:textId="77777777" w:rsidR="00080BF0" w:rsidRDefault="00000000">
            <w:pPr>
              <w:spacing w:after="9" w:line="245" w:lineRule="auto"/>
            </w:pPr>
            <w:r>
              <w:rPr>
                <w:color w:val="000000"/>
                <w:sz w:val="14"/>
              </w:rPr>
              <w:t>2. Risarski laboratorij: na poskusnem listu primerjam sledi različnih risal, pritisk, smer in gostoto črt.</w:t>
            </w:r>
          </w:p>
          <w:p w14:paraId="5D365337" w14:textId="77777777" w:rsidR="00080BF0" w:rsidRDefault="00000000">
            <w:pPr>
              <w:spacing w:after="9" w:line="245" w:lineRule="auto"/>
            </w:pPr>
            <w:r>
              <w:rPr>
                <w:color w:val="000000"/>
                <w:sz w:val="14"/>
              </w:rPr>
              <w:t>3. Gibalna črta: z vrvjo, korakom, roko ali celim telesom oblikujem ravno, krivo, sklenjeno in nesklenjeno pot.</w:t>
            </w:r>
          </w:p>
          <w:p w14:paraId="08235BF8" w14:textId="77777777" w:rsidR="00080BF0" w:rsidRDefault="00000000">
            <w:pPr>
              <w:spacing w:after="9" w:line="245" w:lineRule="auto"/>
            </w:pPr>
            <w:r>
              <w:rPr>
                <w:color w:val="000000"/>
                <w:sz w:val="14"/>
              </w:rPr>
              <w:t>4. Ustvarjalno-refleksivna: izdelam osebno rešitev, izberem dokaz, ga pojasnim in po odzivu izboljšam.</w:t>
            </w:r>
          </w:p>
          <w:p w14:paraId="4F8BFDA7" w14:textId="77777777" w:rsidR="00080BF0" w:rsidRDefault="00000000">
            <w:pPr>
              <w:spacing w:after="20" w:line="245" w:lineRule="auto"/>
            </w:pPr>
            <w:r>
              <w:rPr>
                <w:b/>
                <w:color w:val="000000"/>
                <w:sz w:val="17"/>
              </w:rPr>
              <w:t>DIFERENCIACIJA IN VKLJUČEVANJE</w:t>
            </w:r>
          </w:p>
          <w:p w14:paraId="488ED139"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29FD6494" w14:textId="77777777" w:rsidR="00080BF0" w:rsidRDefault="00000000">
            <w:pPr>
              <w:spacing w:after="20" w:line="245" w:lineRule="auto"/>
            </w:pPr>
            <w:r>
              <w:rPr>
                <w:b/>
                <w:color w:val="000000"/>
                <w:sz w:val="17"/>
              </w:rPr>
              <w:t>SPREMLJANJE</w:t>
            </w:r>
          </w:p>
          <w:p w14:paraId="790858AE"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503F000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F0BC596" w14:textId="77777777">
              <w:trPr>
                <w:jc w:val="center"/>
              </w:trPr>
              <w:tc>
                <w:tcPr>
                  <w:tcW w:w="7087" w:type="dxa"/>
                  <w:shd w:val="clear" w:color="auto" w:fill="C6E7F3"/>
                  <w:tcMar>
                    <w:top w:w="45" w:type="dxa"/>
                    <w:left w:w="70" w:type="dxa"/>
                    <w:bottom w:w="45" w:type="dxa"/>
                    <w:right w:w="70" w:type="dxa"/>
                  </w:tcMar>
                </w:tcPr>
                <w:p w14:paraId="1BF0C6EA" w14:textId="77777777" w:rsidR="00080BF0" w:rsidRDefault="00000000">
                  <w:pPr>
                    <w:keepNext/>
                  </w:pPr>
                  <w:r>
                    <w:rPr>
                      <w:b/>
                      <w:color w:val="000000"/>
                      <w:sz w:val="17"/>
                    </w:rPr>
                    <w:t>GLAVNI DEL – OPAZOVANJE, MATERIALNI PREIZKUS, USTVARJANJE IN GALERIJA (2 šolski uri)</w:t>
                  </w:r>
                </w:p>
              </w:tc>
            </w:tr>
          </w:tbl>
          <w:p w14:paraId="01A80FBF" w14:textId="77777777" w:rsidR="00080BF0" w:rsidRDefault="00080BF0">
            <w:pPr>
              <w:spacing w:line="20" w:lineRule="exact"/>
            </w:pPr>
          </w:p>
          <w:p w14:paraId="2770B66E" w14:textId="77777777" w:rsidR="00080BF0" w:rsidRDefault="00000000">
            <w:pPr>
              <w:keepNext/>
              <w:spacing w:before="22" w:after="8" w:line="245" w:lineRule="auto"/>
            </w:pPr>
            <w:r>
              <w:rPr>
                <w:b/>
                <w:color w:val="000000"/>
                <w:sz w:val="16"/>
              </w:rPr>
              <w:t>1. URA – Figura v gibanju – Opazujem, preizkušam, načrtujem</w:t>
            </w:r>
          </w:p>
          <w:p w14:paraId="2A135B9A"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»FIGURA V GIBANJU«.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43ADE66B"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016D734D"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5EECF34A" w14:textId="77777777" w:rsidR="00080BF0" w:rsidRDefault="00000000">
            <w:pPr>
              <w:keepNext/>
              <w:spacing w:before="22" w:after="8" w:line="245" w:lineRule="auto"/>
            </w:pPr>
            <w:r>
              <w:rPr>
                <w:b/>
                <w:color w:val="000000"/>
                <w:sz w:val="16"/>
              </w:rPr>
              <w:t>2. URA – Figura v gibanju – Ustvarjam, predstavim, izboljšam</w:t>
            </w:r>
          </w:p>
          <w:p w14:paraId="433E3F11"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»FIGURA V GIBANJU«; postavlja vprašanja o nameri, nudi tehnično oporo in omogoči izboljšavo. Zaključek 10': 10' – Izvede tiho galerijo; modelira odziv »Opazim … / Učinkuje … / Lahko poskusiš …« ter vodi pospravljanje.</w:t>
            </w:r>
          </w:p>
          <w:p w14:paraId="460644AB"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7985379F"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3C599CFE" w14:textId="77777777">
              <w:trPr>
                <w:jc w:val="center"/>
              </w:trPr>
              <w:tc>
                <w:tcPr>
                  <w:tcW w:w="7087" w:type="dxa"/>
                  <w:shd w:val="clear" w:color="auto" w:fill="EDC9EA"/>
                  <w:tcMar>
                    <w:top w:w="45" w:type="dxa"/>
                    <w:left w:w="70" w:type="dxa"/>
                    <w:bottom w:w="45" w:type="dxa"/>
                    <w:right w:w="70" w:type="dxa"/>
                  </w:tcMar>
                </w:tcPr>
                <w:p w14:paraId="06B3D75C" w14:textId="77777777" w:rsidR="00080BF0" w:rsidRDefault="00000000">
                  <w:pPr>
                    <w:keepNext/>
                  </w:pPr>
                  <w:r>
                    <w:rPr>
                      <w:b/>
                      <w:color w:val="000000"/>
                      <w:sz w:val="17"/>
                    </w:rPr>
                    <w:t>ORGANIZACIJA POSTAJ IN PREHODOV</w:t>
                  </w:r>
                </w:p>
              </w:tc>
            </w:tr>
          </w:tbl>
          <w:p w14:paraId="54E89B6E" w14:textId="77777777" w:rsidR="00080BF0" w:rsidRDefault="00080BF0"/>
          <w:p w14:paraId="7A9FBF06" w14:textId="77777777" w:rsidR="00080BF0" w:rsidRDefault="00000000">
            <w:pPr>
              <w:spacing w:before="8" w:after="8" w:line="245" w:lineRule="auto"/>
            </w:pPr>
            <w:r>
              <w:rPr>
                <w:color w:val="000000"/>
                <w:sz w:val="14"/>
              </w:rPr>
              <w:t>Postaja 1: Opazovalna: predmet, obraz, figuro ali motiv opazujem z okvirjem ter poiščem tri pomembne črte, oblike ali podrobnosti.</w:t>
            </w:r>
          </w:p>
          <w:p w14:paraId="5D7030E1" w14:textId="77777777" w:rsidR="00080BF0" w:rsidRDefault="00000000">
            <w:pPr>
              <w:spacing w:before="8" w:after="8" w:line="245" w:lineRule="auto"/>
            </w:pPr>
            <w:r>
              <w:rPr>
                <w:color w:val="000000"/>
                <w:sz w:val="14"/>
              </w:rPr>
              <w:t>Postaja 2: Risarski laboratorij: na poskusnem listu primerjam sledi različnih risal, pritisk, smer in gostoto črt.</w:t>
            </w:r>
          </w:p>
          <w:p w14:paraId="34101090" w14:textId="77777777" w:rsidR="00080BF0" w:rsidRDefault="00000000">
            <w:pPr>
              <w:spacing w:before="8" w:after="8" w:line="245" w:lineRule="auto"/>
            </w:pPr>
            <w:r>
              <w:rPr>
                <w:color w:val="000000"/>
                <w:sz w:val="14"/>
              </w:rPr>
              <w:t>Postaja 3: Gibalna črta: z vrvjo, korakom, roko ali celim telesom oblikujem ravno, krivo, sklenjeno in nesklenjeno pot.</w:t>
            </w:r>
          </w:p>
          <w:p w14:paraId="67584292" w14:textId="77777777" w:rsidR="00080BF0" w:rsidRDefault="00000000">
            <w:pPr>
              <w:spacing w:before="8" w:after="8" w:line="245" w:lineRule="auto"/>
            </w:pPr>
            <w:r>
              <w:rPr>
                <w:color w:val="000000"/>
                <w:sz w:val="14"/>
              </w:rPr>
              <w:t>Postaja 4: Ustvarjalno-refleksivna: izdelam osebno rešitev, izberem dokaz, ga pojasnim in po odzivu izboljšam.</w:t>
            </w:r>
          </w:p>
          <w:p w14:paraId="3FFEC836"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2C538C0C" w14:textId="77777777" w:rsidR="00080BF0" w:rsidRDefault="00080BF0"/>
          <w:p w14:paraId="1C306654" w14:textId="77777777" w:rsidR="00080BF0" w:rsidRDefault="00000000">
            <w:pPr>
              <w:spacing w:after="6" w:line="245" w:lineRule="auto"/>
            </w:pPr>
            <w:r>
              <w:rPr>
                <w:b/>
                <w:color w:val="000000"/>
                <w:sz w:val="15"/>
              </w:rPr>
              <w:t>1. URA – Figura v gibanju – Opazujem, preizkušam, načrtujem</w:t>
            </w:r>
          </w:p>
          <w:p w14:paraId="07D26050"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2CC58E97" w14:textId="77777777" w:rsidR="00080BF0" w:rsidRDefault="00000000">
            <w:pPr>
              <w:spacing w:after="20" w:line="245" w:lineRule="auto"/>
            </w:pPr>
            <w:r>
              <w:rPr>
                <w:color w:val="D95BC6"/>
                <w:sz w:val="14"/>
              </w:rPr>
              <w:t>Dokaz: list materialnih poskusov, skica/načrt, učenčeva razlaga in učiteljev zapis o varni rabi.</w:t>
            </w:r>
          </w:p>
          <w:p w14:paraId="31FC132B" w14:textId="77777777" w:rsidR="00080BF0" w:rsidRDefault="00000000">
            <w:pPr>
              <w:spacing w:after="6" w:line="245" w:lineRule="auto"/>
            </w:pPr>
            <w:r>
              <w:rPr>
                <w:b/>
                <w:color w:val="000000"/>
                <w:sz w:val="15"/>
              </w:rPr>
              <w:t>2. URA – Figura v gibanju – Ustvarjam, predstavim, izboljšam</w:t>
            </w:r>
          </w:p>
          <w:p w14:paraId="2E782A12"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52F2B906" w14:textId="77777777" w:rsidR="00080BF0" w:rsidRDefault="00000000">
            <w:pPr>
              <w:spacing w:after="20" w:line="245" w:lineRule="auto"/>
            </w:pPr>
            <w:r>
              <w:rPr>
                <w:color w:val="D95BC6"/>
                <w:sz w:val="14"/>
              </w:rPr>
              <w:t>Dokaz: likovni proces in izdelek, fotografija faze, učenčeva razlaga ter samovrednotenje v mapi.</w:t>
            </w:r>
          </w:p>
          <w:p w14:paraId="44B0F5C5" w14:textId="77777777" w:rsidR="00080BF0" w:rsidRDefault="00000000">
            <w:pPr>
              <w:spacing w:before="40" w:after="20" w:line="245" w:lineRule="auto"/>
            </w:pPr>
            <w:r>
              <w:rPr>
                <w:b/>
                <w:color w:val="D95BC6"/>
                <w:sz w:val="16"/>
              </w:rPr>
              <w:t>MOJ KROG POSTAJ</w:t>
            </w:r>
          </w:p>
          <w:p w14:paraId="53D15132" w14:textId="77777777" w:rsidR="00080BF0" w:rsidRDefault="00000000">
            <w:pPr>
              <w:spacing w:after="11" w:line="245" w:lineRule="auto"/>
            </w:pPr>
            <w:r>
              <w:rPr>
                <w:color w:val="000000"/>
                <w:sz w:val="13"/>
              </w:rPr>
              <w:t>1. Opazovalna: predmet, obraz, figuro ali motiv opazujem z okvirjem ter poiščem tri pomembne.</w:t>
            </w:r>
          </w:p>
          <w:p w14:paraId="2024C1B5" w14:textId="77777777" w:rsidR="00080BF0" w:rsidRDefault="00000000">
            <w:pPr>
              <w:spacing w:after="11" w:line="245" w:lineRule="auto"/>
            </w:pPr>
            <w:r>
              <w:rPr>
                <w:color w:val="000000"/>
                <w:sz w:val="13"/>
              </w:rPr>
              <w:t>2. Risarski laboratorij: na poskusnem listu primerjam sledi različnih risal, pritisk.</w:t>
            </w:r>
          </w:p>
          <w:p w14:paraId="3D280EBA" w14:textId="77777777" w:rsidR="00080BF0" w:rsidRDefault="00000000">
            <w:pPr>
              <w:spacing w:after="11" w:line="245" w:lineRule="auto"/>
            </w:pPr>
            <w:r>
              <w:rPr>
                <w:color w:val="000000"/>
                <w:sz w:val="13"/>
              </w:rPr>
              <w:t>3. Gibalna črta: z vrvjo, korakom, roko ali celim telesom oblikujem ravno, krivo.</w:t>
            </w:r>
          </w:p>
          <w:p w14:paraId="44C9C478" w14:textId="77777777" w:rsidR="00080BF0" w:rsidRDefault="00000000">
            <w:pPr>
              <w:spacing w:after="11" w:line="245" w:lineRule="auto"/>
            </w:pPr>
            <w:r>
              <w:rPr>
                <w:color w:val="000000"/>
                <w:sz w:val="13"/>
              </w:rPr>
              <w:t>4. Ustvarjalno-refleksivna: izdelam osebno rešitev, izberem dokaz.</w:t>
            </w:r>
          </w:p>
          <w:p w14:paraId="0B8313B4"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3E978747" w14:textId="77777777" w:rsidR="00080BF0" w:rsidRDefault="00000000">
            <w:pPr>
              <w:spacing w:after="20" w:line="245" w:lineRule="auto"/>
            </w:pPr>
            <w:r>
              <w:rPr>
                <w:b/>
                <w:color w:val="D95BC6"/>
                <w:sz w:val="17"/>
              </w:rPr>
              <w:t>DOKAZ O UČENJU</w:t>
            </w:r>
          </w:p>
          <w:p w14:paraId="562D930C"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188DECE0"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657CBEF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7C502F4"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C0EF93E" w14:textId="77777777" w:rsidR="00080BF0" w:rsidRDefault="00000000">
            <w:pPr>
              <w:jc w:val="center"/>
            </w:pPr>
            <w:r>
              <w:rPr>
                <w:b/>
                <w:color w:val="000000"/>
                <w:sz w:val="20"/>
              </w:rPr>
              <w:t>UČNE DEJAVNOSTI, METODE IN FORMATIVNO SPREMLJANJE</w:t>
            </w:r>
          </w:p>
        </w:tc>
      </w:tr>
      <w:tr w:rsidR="00080BF0" w14:paraId="31949223" w14:textId="77777777">
        <w:trPr>
          <w:tblHeader/>
          <w:jc w:val="center"/>
        </w:trPr>
        <w:tc>
          <w:tcPr>
            <w:tcW w:w="4422" w:type="dxa"/>
            <w:vMerge/>
            <w:tcMar>
              <w:top w:w="70" w:type="dxa"/>
              <w:left w:w="90" w:type="dxa"/>
              <w:bottom w:w="70" w:type="dxa"/>
              <w:right w:w="90" w:type="dxa"/>
            </w:tcMar>
            <w:vAlign w:val="center"/>
          </w:tcPr>
          <w:p w14:paraId="7DB7559B" w14:textId="77777777" w:rsidR="00080BF0" w:rsidRDefault="00080BF0"/>
        </w:tc>
        <w:tc>
          <w:tcPr>
            <w:tcW w:w="7087" w:type="dxa"/>
            <w:shd w:val="clear" w:color="auto" w:fill="FFFFFF"/>
            <w:tcMar>
              <w:top w:w="70" w:type="dxa"/>
              <w:left w:w="90" w:type="dxa"/>
              <w:bottom w:w="70" w:type="dxa"/>
              <w:right w:w="90" w:type="dxa"/>
            </w:tcMar>
            <w:vAlign w:val="center"/>
          </w:tcPr>
          <w:p w14:paraId="7D5C24E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2FF9218" w14:textId="77777777" w:rsidR="00080BF0" w:rsidRDefault="00000000">
            <w:pPr>
              <w:jc w:val="center"/>
            </w:pPr>
            <w:r>
              <w:rPr>
                <w:b/>
                <w:color w:val="000000"/>
              </w:rPr>
              <w:t>UČENEC</w:t>
            </w:r>
          </w:p>
        </w:tc>
      </w:tr>
      <w:tr w:rsidR="00080BF0" w14:paraId="1ACC943A" w14:textId="77777777">
        <w:trPr>
          <w:jc w:val="center"/>
        </w:trPr>
        <w:tc>
          <w:tcPr>
            <w:tcW w:w="4422" w:type="dxa"/>
            <w:tcMar>
              <w:top w:w="70" w:type="dxa"/>
              <w:left w:w="90" w:type="dxa"/>
              <w:bottom w:w="70" w:type="dxa"/>
              <w:right w:w="90" w:type="dxa"/>
            </w:tcMar>
          </w:tcPr>
          <w:p w14:paraId="2BB72660" w14:textId="77777777" w:rsidR="00080BF0" w:rsidRDefault="00080BF0"/>
          <w:p w14:paraId="2C480CAA" w14:textId="77777777" w:rsidR="00080BF0" w:rsidRDefault="00000000">
            <w:pPr>
              <w:spacing w:after="40" w:line="245" w:lineRule="auto"/>
            </w:pPr>
            <w:r>
              <w:rPr>
                <w:b/>
                <w:color w:val="000000"/>
              </w:rPr>
              <w:t>FORMATIVNO SPREMLJANJE</w:t>
            </w:r>
          </w:p>
          <w:p w14:paraId="631A9CCA" w14:textId="77777777" w:rsidR="00080BF0" w:rsidRDefault="00000000">
            <w:pPr>
              <w:pStyle w:val="Oznaenseznam"/>
              <w:spacing w:after="16"/>
            </w:pPr>
            <w:r>
              <w:rPr>
                <w:color w:val="000000"/>
                <w:sz w:val="15"/>
              </w:rPr>
              <w:t>predznanje: opažanje, gibalna ponazoritev, izbira kartice, razvrstitev materialov, poskusna sled ali skica</w:t>
            </w:r>
          </w:p>
          <w:p w14:paraId="0EFDD2B8"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3A898E72"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4A2A8EB2" w14:textId="77777777" w:rsidR="00080BF0" w:rsidRDefault="00000000">
            <w:pPr>
              <w:pStyle w:val="Oznaenseznam"/>
              <w:spacing w:after="16"/>
            </w:pPr>
            <w:r>
              <w:rPr>
                <w:color w:val="000000"/>
                <w:sz w:val="15"/>
              </w:rPr>
              <w:t>povratna informacija: opis vidne likovne odločitve, povezava z enim merilom in izvedljiv naslednji korak</w:t>
            </w:r>
          </w:p>
          <w:p w14:paraId="5DB10FFD" w14:textId="77777777" w:rsidR="00080BF0" w:rsidRDefault="00000000">
            <w:pPr>
              <w:pStyle w:val="Oznaenseznam"/>
              <w:spacing w:after="16"/>
            </w:pPr>
            <w:r>
              <w:rPr>
                <w:color w:val="000000"/>
                <w:sz w:val="15"/>
              </w:rPr>
              <w:t>samovrednotenje: likovni semafor, lestvica samostojnosti, izbran dokaz, galerijski odziv in izboljšava</w:t>
            </w:r>
          </w:p>
          <w:p w14:paraId="6CBF4821" w14:textId="77777777" w:rsidR="00080BF0" w:rsidRDefault="00000000">
            <w:pPr>
              <w:spacing w:before="40" w:after="20" w:line="245" w:lineRule="auto"/>
            </w:pPr>
            <w:r>
              <w:rPr>
                <w:b/>
                <w:color w:val="000000"/>
                <w:sz w:val="17"/>
              </w:rPr>
              <w:t>VARNOST, HIGIENA IN UREDITEV PROSTORA</w:t>
            </w:r>
          </w:p>
          <w:p w14:paraId="013F176C"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Pri delu na velikem formatu so razdalje označene, pripomočki pa odloženi v skupno posodico.</w:t>
            </w:r>
          </w:p>
          <w:p w14:paraId="6C724068" w14:textId="77777777" w:rsidR="00080BF0" w:rsidRDefault="00000000">
            <w:pPr>
              <w:spacing w:after="20" w:line="245" w:lineRule="auto"/>
            </w:pPr>
            <w:r>
              <w:rPr>
                <w:b/>
                <w:color w:val="000000"/>
                <w:sz w:val="17"/>
              </w:rPr>
              <w:t>EVIDENCA PO IZVEDBI</w:t>
            </w:r>
          </w:p>
          <w:p w14:paraId="761DBC22"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6DC74E5F" w14:textId="77777777" w:rsidR="00080BF0" w:rsidRDefault="00000000">
            <w:pPr>
              <w:spacing w:before="40" w:after="20" w:line="245" w:lineRule="auto"/>
            </w:pPr>
            <w:r>
              <w:rPr>
                <w:b/>
                <w:color w:val="000000"/>
                <w:sz w:val="17"/>
              </w:rPr>
              <w:t>RAVEN DOSEGANJA</w:t>
            </w:r>
          </w:p>
          <w:p w14:paraId="1216939E"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0729C6AE"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9EC3D7F" w14:textId="77777777">
              <w:trPr>
                <w:jc w:val="center"/>
              </w:trPr>
              <w:tc>
                <w:tcPr>
                  <w:tcW w:w="7087" w:type="dxa"/>
                  <w:shd w:val="clear" w:color="auto" w:fill="EDC9EA"/>
                  <w:tcMar>
                    <w:top w:w="45" w:type="dxa"/>
                    <w:left w:w="70" w:type="dxa"/>
                    <w:bottom w:w="45" w:type="dxa"/>
                    <w:right w:w="70" w:type="dxa"/>
                  </w:tcMar>
                </w:tcPr>
                <w:p w14:paraId="68B7B01D" w14:textId="77777777" w:rsidR="00080BF0" w:rsidRDefault="00000000">
                  <w:pPr>
                    <w:keepNext/>
                  </w:pPr>
                  <w:r>
                    <w:rPr>
                      <w:b/>
                      <w:color w:val="000000"/>
                    </w:rPr>
                    <w:t>VPRAŠANJA V PODPORO LIKOVNEMU UČENJU</w:t>
                  </w:r>
                </w:p>
              </w:tc>
            </w:tr>
          </w:tbl>
          <w:p w14:paraId="27001FBC" w14:textId="77777777" w:rsidR="00080BF0" w:rsidRDefault="00080BF0">
            <w:pPr>
              <w:spacing w:line="20" w:lineRule="exact"/>
            </w:pPr>
          </w:p>
          <w:p w14:paraId="4ACE26AB" w14:textId="77777777" w:rsidR="00080BF0" w:rsidRDefault="00000000">
            <w:pPr>
              <w:pStyle w:val="Oznaenseznam"/>
              <w:spacing w:after="16"/>
            </w:pPr>
            <w:r>
              <w:rPr>
                <w:color w:val="000000"/>
                <w:sz w:val="16"/>
              </w:rPr>
              <w:t>Kaj si najprej opazil/-a in katera likovna prvina je zate najpomembnejša?</w:t>
            </w:r>
          </w:p>
          <w:p w14:paraId="61AE50E0" w14:textId="77777777" w:rsidR="00080BF0" w:rsidRDefault="00000000">
            <w:pPr>
              <w:pStyle w:val="Oznaenseznam"/>
              <w:spacing w:after="16"/>
            </w:pPr>
            <w:r>
              <w:rPr>
                <w:color w:val="000000"/>
                <w:sz w:val="16"/>
              </w:rPr>
              <w:t>Kako je material ali postopek vplival na črto, barvo, obliko, površino, prostor oziroma delovanje izdelka?</w:t>
            </w:r>
          </w:p>
          <w:p w14:paraId="77618AA5" w14:textId="77777777" w:rsidR="00080BF0" w:rsidRDefault="00000000">
            <w:pPr>
              <w:pStyle w:val="Oznaenseznam"/>
              <w:spacing w:after="16"/>
            </w:pPr>
            <w:r>
              <w:rPr>
                <w:color w:val="000000"/>
                <w:sz w:val="16"/>
              </w:rPr>
              <w:t>Katero možnost si preizkusil/-a, zakaj si jo izbral/-a in kaj si ob poskusu spremenil/-a?</w:t>
            </w:r>
          </w:p>
          <w:p w14:paraId="7410E402" w14:textId="77777777" w:rsidR="00080BF0" w:rsidRDefault="00000000">
            <w:pPr>
              <w:pStyle w:val="Oznaenseznam"/>
              <w:spacing w:after="16"/>
            </w:pPr>
            <w:r>
              <w:rPr>
                <w:color w:val="000000"/>
                <w:sz w:val="16"/>
              </w:rPr>
              <w:t>Kateri del tvojega procesa ali izdelka najjasneje pokaže dogovorjeno merilo?</w:t>
            </w:r>
          </w:p>
          <w:p w14:paraId="47081B89"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4F4D357C" w14:textId="77777777">
              <w:trPr>
                <w:jc w:val="center"/>
              </w:trPr>
              <w:tc>
                <w:tcPr>
                  <w:tcW w:w="7087" w:type="dxa"/>
                  <w:shd w:val="clear" w:color="auto" w:fill="C6E7F3"/>
                  <w:tcMar>
                    <w:top w:w="45" w:type="dxa"/>
                    <w:left w:w="70" w:type="dxa"/>
                    <w:bottom w:w="45" w:type="dxa"/>
                    <w:right w:w="70" w:type="dxa"/>
                  </w:tcMar>
                </w:tcPr>
                <w:p w14:paraId="1D152586" w14:textId="77777777" w:rsidR="00080BF0" w:rsidRDefault="00000000">
                  <w:pPr>
                    <w:keepNext/>
                  </w:pPr>
                  <w:r>
                    <w:rPr>
                      <w:b/>
                      <w:color w:val="000000"/>
                    </w:rPr>
                    <w:t>ZAKLJUČNI DEL – TIHA GALERIJA, RAZLAGA IN REFLEKSIJA (8–12 min)</w:t>
                  </w:r>
                </w:p>
              </w:tc>
            </w:tr>
          </w:tbl>
          <w:p w14:paraId="6009AB8A" w14:textId="77777777" w:rsidR="00080BF0" w:rsidRDefault="00080BF0">
            <w:pPr>
              <w:spacing w:line="20" w:lineRule="exact"/>
            </w:pPr>
          </w:p>
          <w:p w14:paraId="6E06B0A3"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2495D75A" w14:textId="77777777">
              <w:trPr>
                <w:jc w:val="center"/>
              </w:trPr>
              <w:tc>
                <w:tcPr>
                  <w:tcW w:w="7087" w:type="dxa"/>
                  <w:shd w:val="clear" w:color="auto" w:fill="EDC9EA"/>
                  <w:tcMar>
                    <w:top w:w="45" w:type="dxa"/>
                    <w:left w:w="70" w:type="dxa"/>
                    <w:bottom w:w="45" w:type="dxa"/>
                    <w:right w:w="70" w:type="dxa"/>
                  </w:tcMar>
                </w:tcPr>
                <w:p w14:paraId="11B33F73" w14:textId="77777777" w:rsidR="00080BF0" w:rsidRDefault="00000000">
                  <w:pPr>
                    <w:keepNext/>
                  </w:pPr>
                  <w:r>
                    <w:rPr>
                      <w:b/>
                      <w:color w:val="000000"/>
                    </w:rPr>
                    <w:t>SAMOVREDNOTENJE</w:t>
                  </w:r>
                </w:p>
              </w:tc>
            </w:tr>
          </w:tbl>
          <w:p w14:paraId="2373507E" w14:textId="77777777" w:rsidR="00080BF0" w:rsidRDefault="00080BF0">
            <w:pPr>
              <w:spacing w:line="20" w:lineRule="exact"/>
            </w:pPr>
          </w:p>
          <w:p w14:paraId="19E3BF7A"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099651DC" w14:textId="77777777">
              <w:trPr>
                <w:jc w:val="center"/>
              </w:trPr>
              <w:tc>
                <w:tcPr>
                  <w:tcW w:w="7087" w:type="dxa"/>
                  <w:shd w:val="clear" w:color="auto" w:fill="EDC9EA"/>
                  <w:tcMar>
                    <w:top w:w="45" w:type="dxa"/>
                    <w:left w:w="70" w:type="dxa"/>
                    <w:bottom w:w="45" w:type="dxa"/>
                    <w:right w:w="70" w:type="dxa"/>
                  </w:tcMar>
                </w:tcPr>
                <w:p w14:paraId="51356CA8" w14:textId="77777777" w:rsidR="00080BF0" w:rsidRDefault="00000000">
                  <w:pPr>
                    <w:keepNext/>
                  </w:pPr>
                  <w:r>
                    <w:rPr>
                      <w:b/>
                      <w:color w:val="000000"/>
                    </w:rPr>
                    <w:t>VRSTNIŠKO VREDNOTENJE</w:t>
                  </w:r>
                </w:p>
              </w:tc>
            </w:tr>
          </w:tbl>
          <w:p w14:paraId="66CF1CD1" w14:textId="77777777" w:rsidR="00080BF0" w:rsidRDefault="00080BF0">
            <w:pPr>
              <w:spacing w:line="20" w:lineRule="exact"/>
            </w:pPr>
          </w:p>
          <w:p w14:paraId="32916B19"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49F0E18E" w14:textId="77777777">
              <w:trPr>
                <w:jc w:val="center"/>
              </w:trPr>
              <w:tc>
                <w:tcPr>
                  <w:tcW w:w="7087" w:type="dxa"/>
                  <w:shd w:val="clear" w:color="auto" w:fill="EDC9EA"/>
                  <w:tcMar>
                    <w:top w:w="45" w:type="dxa"/>
                    <w:left w:w="70" w:type="dxa"/>
                    <w:bottom w:w="45" w:type="dxa"/>
                    <w:right w:w="70" w:type="dxa"/>
                  </w:tcMar>
                </w:tcPr>
                <w:p w14:paraId="0FC66A83" w14:textId="77777777" w:rsidR="00080BF0" w:rsidRDefault="00000000">
                  <w:pPr>
                    <w:keepNext/>
                  </w:pPr>
                  <w:r>
                    <w:rPr>
                      <w:b/>
                      <w:color w:val="000000"/>
                    </w:rPr>
                    <w:t>SKUPNI POVZETEK</w:t>
                  </w:r>
                </w:p>
              </w:tc>
            </w:tr>
          </w:tbl>
          <w:p w14:paraId="3909E6BE" w14:textId="77777777" w:rsidR="00080BF0" w:rsidRDefault="00080BF0"/>
          <w:p w14:paraId="4BE5DEEA" w14:textId="77777777" w:rsidR="00080BF0" w:rsidRDefault="00000000">
            <w:pPr>
              <w:spacing w:before="20" w:after="40" w:line="245" w:lineRule="auto"/>
            </w:pPr>
            <w:r>
              <w:rPr>
                <w:b/>
                <w:color w:val="000000"/>
                <w:sz w:val="16"/>
              </w:rPr>
              <w:t>opazujem položaje telesa; rišem figuro; uporabim črto za gibanje. Izbrani dokaz pojasnim in po povratni informaciji izboljšam.</w:t>
            </w:r>
          </w:p>
        </w:tc>
        <w:tc>
          <w:tcPr>
            <w:tcW w:w="2551" w:type="dxa"/>
            <w:tcMar>
              <w:top w:w="70" w:type="dxa"/>
              <w:left w:w="90" w:type="dxa"/>
              <w:bottom w:w="70" w:type="dxa"/>
              <w:right w:w="90" w:type="dxa"/>
            </w:tcMar>
          </w:tcPr>
          <w:p w14:paraId="4CA59352" w14:textId="77777777" w:rsidR="00080BF0" w:rsidRDefault="00080BF0"/>
          <w:p w14:paraId="0711823D" w14:textId="77777777" w:rsidR="00080BF0" w:rsidRDefault="00000000">
            <w:pPr>
              <w:spacing w:after="80" w:line="245" w:lineRule="auto"/>
            </w:pPr>
            <w:r>
              <w:rPr>
                <w:color w:val="000000"/>
                <w:sz w:val="15"/>
              </w:rPr>
              <w:t>Odgovarja na podporna vprašanja in se sklicuje na opaženo, preizkušeno, ustvarjeno ali razstavljeno.</w:t>
            </w:r>
          </w:p>
          <w:p w14:paraId="45BE22A5" w14:textId="77777777" w:rsidR="00080BF0" w:rsidRDefault="00000000">
            <w:pPr>
              <w:spacing w:after="80" w:line="245" w:lineRule="auto"/>
            </w:pPr>
            <w:r>
              <w:rPr>
                <w:color w:val="000000"/>
                <w:sz w:val="15"/>
              </w:rPr>
              <w:t>Predstavi izbrani procesni ali izdelkovni dokaz ter pove, katero merilo z njim pokaže.</w:t>
            </w:r>
          </w:p>
          <w:p w14:paraId="2A43EE88" w14:textId="77777777" w:rsidR="00080BF0" w:rsidRDefault="00000000">
            <w:pPr>
              <w:spacing w:after="80" w:line="245" w:lineRule="auto"/>
            </w:pPr>
            <w:r>
              <w:rPr>
                <w:color w:val="000000"/>
                <w:sz w:val="15"/>
              </w:rPr>
              <w:t>Tiho opazuje vrstnikovo delo, opiše eno konkretno likovno rešitev in poda prijazen predlog.</w:t>
            </w:r>
          </w:p>
          <w:p w14:paraId="0B22A20A" w14:textId="77777777" w:rsidR="00080BF0" w:rsidRDefault="00000000">
            <w:pPr>
              <w:spacing w:after="80" w:line="245" w:lineRule="auto"/>
            </w:pPr>
            <w:r>
              <w:rPr>
                <w:color w:val="000000"/>
                <w:sz w:val="15"/>
              </w:rPr>
              <w:t>Po povratni informaciji po želji ponovi poskus, spremeni podrobnost, izboljša spoj, razporeditev ali razlago.</w:t>
            </w:r>
          </w:p>
          <w:p w14:paraId="4AAF09D0" w14:textId="77777777" w:rsidR="00080BF0" w:rsidRDefault="00000000">
            <w:pPr>
              <w:spacing w:after="100" w:line="245" w:lineRule="auto"/>
            </w:pPr>
            <w:r>
              <w:rPr>
                <w:color w:val="000000"/>
                <w:sz w:val="15"/>
              </w:rPr>
              <w:t>Izbere raven samostojnosti ter določi majhen in izvedljiv naslednji ustvarjalni korak.</w:t>
            </w:r>
          </w:p>
          <w:p w14:paraId="38184289" w14:textId="77777777" w:rsidR="00080BF0" w:rsidRDefault="00000000">
            <w:pPr>
              <w:spacing w:after="20" w:line="245" w:lineRule="auto"/>
            </w:pPr>
            <w:r>
              <w:rPr>
                <w:b/>
                <w:color w:val="D95BC6"/>
                <w:sz w:val="17"/>
              </w:rPr>
              <w:t>DOKAZ O UČENJU</w:t>
            </w:r>
          </w:p>
          <w:p w14:paraId="15BD50AC"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355F425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298D092F" w14:textId="77777777">
        <w:trPr>
          <w:cantSplit/>
          <w:jc w:val="center"/>
        </w:trPr>
        <w:tc>
          <w:tcPr>
            <w:tcW w:w="14060" w:type="dxa"/>
            <w:gridSpan w:val="6"/>
            <w:tcMar>
              <w:top w:w="70" w:type="dxa"/>
              <w:left w:w="90" w:type="dxa"/>
              <w:bottom w:w="70" w:type="dxa"/>
              <w:right w:w="90" w:type="dxa"/>
            </w:tcMar>
            <w:vAlign w:val="center"/>
          </w:tcPr>
          <w:p w14:paraId="2280280C" w14:textId="77777777" w:rsidR="00080BF0" w:rsidRDefault="00000000">
            <w:pPr>
              <w:jc w:val="center"/>
            </w:pPr>
            <w:r>
              <w:rPr>
                <w:b/>
                <w:color w:val="000000"/>
                <w:sz w:val="24"/>
              </w:rPr>
              <w:lastRenderedPageBreak/>
              <w:t>UČNA PRIPRAVA 25/39</w:t>
            </w:r>
          </w:p>
        </w:tc>
      </w:tr>
      <w:tr w:rsidR="00080BF0" w14:paraId="40070494" w14:textId="77777777">
        <w:trPr>
          <w:jc w:val="center"/>
        </w:trPr>
        <w:tc>
          <w:tcPr>
            <w:tcW w:w="2665" w:type="dxa"/>
            <w:tcMar>
              <w:top w:w="70" w:type="dxa"/>
              <w:left w:w="90" w:type="dxa"/>
              <w:bottom w:w="70" w:type="dxa"/>
              <w:right w:w="90" w:type="dxa"/>
            </w:tcMar>
            <w:vAlign w:val="center"/>
          </w:tcPr>
          <w:p w14:paraId="22A62C17"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BF623EE"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0CCD366F"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7ADF30D" w14:textId="77777777" w:rsidR="00080BF0" w:rsidRDefault="00000000">
            <w:r>
              <w:rPr>
                <w:b/>
                <w:color w:val="000000"/>
                <w:sz w:val="16"/>
              </w:rPr>
              <w:t xml:space="preserve">NAČRTOVANI TERMIN: </w:t>
            </w:r>
            <w:r>
              <w:rPr>
                <w:color w:val="000000"/>
                <w:sz w:val="16"/>
              </w:rPr>
              <w:t>25. teden • 8.–12. 3. 2027</w:t>
            </w:r>
          </w:p>
        </w:tc>
        <w:tc>
          <w:tcPr>
            <w:tcW w:w="2268" w:type="dxa"/>
            <w:tcMar>
              <w:top w:w="70" w:type="dxa"/>
              <w:left w:w="90" w:type="dxa"/>
              <w:bottom w:w="70" w:type="dxa"/>
              <w:right w:w="90" w:type="dxa"/>
            </w:tcMar>
            <w:vAlign w:val="center"/>
          </w:tcPr>
          <w:p w14:paraId="27521271"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29A2EED" w14:textId="77777777" w:rsidR="00080BF0" w:rsidRDefault="00000000">
            <w:r>
              <w:rPr>
                <w:b/>
                <w:color w:val="000000"/>
                <w:sz w:val="16"/>
              </w:rPr>
              <w:t xml:space="preserve">ŠTEVILO UR: </w:t>
            </w:r>
            <w:r>
              <w:rPr>
                <w:color w:val="000000"/>
                <w:sz w:val="16"/>
              </w:rPr>
              <w:t>2</w:t>
            </w:r>
          </w:p>
        </w:tc>
      </w:tr>
      <w:tr w:rsidR="00080BF0" w14:paraId="16C898BA" w14:textId="77777777">
        <w:trPr>
          <w:jc w:val="center"/>
        </w:trPr>
        <w:tc>
          <w:tcPr>
            <w:tcW w:w="14061" w:type="dxa"/>
            <w:gridSpan w:val="6"/>
            <w:tcMar>
              <w:top w:w="70" w:type="dxa"/>
              <w:left w:w="90" w:type="dxa"/>
              <w:bottom w:w="70" w:type="dxa"/>
              <w:right w:w="90" w:type="dxa"/>
            </w:tcMar>
            <w:vAlign w:val="center"/>
          </w:tcPr>
          <w:p w14:paraId="68476A5E"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59CA165F" w14:textId="77777777">
        <w:trPr>
          <w:cantSplit/>
          <w:jc w:val="center"/>
        </w:trPr>
        <w:tc>
          <w:tcPr>
            <w:tcW w:w="14060" w:type="dxa"/>
            <w:gridSpan w:val="6"/>
            <w:tcMar>
              <w:top w:w="70" w:type="dxa"/>
              <w:left w:w="90" w:type="dxa"/>
              <w:bottom w:w="70" w:type="dxa"/>
              <w:right w:w="90" w:type="dxa"/>
            </w:tcMar>
            <w:vAlign w:val="center"/>
          </w:tcPr>
          <w:p w14:paraId="2897E5B9" w14:textId="77777777" w:rsidR="00080BF0" w:rsidRDefault="00080BF0"/>
          <w:p w14:paraId="6654AEFD" w14:textId="77777777" w:rsidR="00080BF0" w:rsidRDefault="00000000">
            <w:pPr>
              <w:spacing w:line="245" w:lineRule="auto"/>
            </w:pPr>
            <w:r>
              <w:rPr>
                <w:b/>
                <w:color w:val="000000"/>
                <w:sz w:val="15"/>
              </w:rPr>
              <w:t xml:space="preserve">UČNI SKLOP: </w:t>
            </w:r>
            <w:r>
              <w:rPr>
                <w:color w:val="000000"/>
                <w:sz w:val="15"/>
              </w:rPr>
              <w:t>ŽIVIM ZDRAVO – JAZ IN DOBRO POČUTJE</w:t>
            </w:r>
          </w:p>
        </w:tc>
      </w:tr>
      <w:tr w:rsidR="00080BF0" w14:paraId="275CC9CF" w14:textId="77777777">
        <w:trPr>
          <w:cantSplit/>
          <w:jc w:val="center"/>
        </w:trPr>
        <w:tc>
          <w:tcPr>
            <w:tcW w:w="14060" w:type="dxa"/>
            <w:gridSpan w:val="6"/>
            <w:tcMar>
              <w:top w:w="70" w:type="dxa"/>
              <w:left w:w="90" w:type="dxa"/>
              <w:bottom w:w="70" w:type="dxa"/>
              <w:right w:w="90" w:type="dxa"/>
            </w:tcMar>
            <w:vAlign w:val="center"/>
          </w:tcPr>
          <w:p w14:paraId="38C91B05" w14:textId="77777777" w:rsidR="00080BF0" w:rsidRDefault="00080BF0"/>
          <w:p w14:paraId="161E66DC" w14:textId="77777777" w:rsidR="00080BF0" w:rsidRDefault="00000000">
            <w:pPr>
              <w:spacing w:line="245" w:lineRule="auto"/>
            </w:pPr>
            <w:r>
              <w:rPr>
                <w:b/>
                <w:color w:val="000000"/>
                <w:sz w:val="15"/>
              </w:rPr>
              <w:t xml:space="preserve">UČNA TEMA: </w:t>
            </w:r>
            <w:r>
              <w:rPr>
                <w:color w:val="000000"/>
                <w:sz w:val="15"/>
              </w:rPr>
              <w:t>PLAKAT ZDRAVJA</w:t>
            </w:r>
          </w:p>
        </w:tc>
      </w:tr>
      <w:tr w:rsidR="00080BF0" w14:paraId="752F26FF" w14:textId="77777777">
        <w:trPr>
          <w:cantSplit/>
          <w:jc w:val="center"/>
        </w:trPr>
        <w:tc>
          <w:tcPr>
            <w:tcW w:w="14060" w:type="dxa"/>
            <w:gridSpan w:val="6"/>
            <w:tcMar>
              <w:top w:w="70" w:type="dxa"/>
              <w:left w:w="90" w:type="dxa"/>
              <w:bottom w:w="70" w:type="dxa"/>
              <w:right w:w="90" w:type="dxa"/>
            </w:tcMar>
            <w:vAlign w:val="center"/>
          </w:tcPr>
          <w:p w14:paraId="2DB6D368" w14:textId="77777777" w:rsidR="00080BF0" w:rsidRDefault="00080BF0"/>
          <w:p w14:paraId="59D90204" w14:textId="77777777" w:rsidR="00080BF0" w:rsidRDefault="00000000">
            <w:pPr>
              <w:spacing w:line="245" w:lineRule="auto"/>
            </w:pPr>
            <w:r>
              <w:rPr>
                <w:b/>
                <w:color w:val="000000"/>
                <w:sz w:val="15"/>
              </w:rPr>
              <w:t xml:space="preserve">KNJIŽEVNO / MOTIVNO IZHODIŠČE: </w:t>
            </w:r>
            <w:r>
              <w:rPr>
                <w:color w:val="000000"/>
                <w:sz w:val="15"/>
              </w:rPr>
              <w:t>»Mislice« – Feri Lainšček • čustva, misli, zdrave navade in notranji svet</w:t>
            </w:r>
          </w:p>
        </w:tc>
      </w:tr>
      <w:tr w:rsidR="00080BF0" w14:paraId="3F4824C6" w14:textId="77777777">
        <w:trPr>
          <w:cantSplit/>
          <w:jc w:val="center"/>
        </w:trPr>
        <w:tc>
          <w:tcPr>
            <w:tcW w:w="14060" w:type="dxa"/>
            <w:gridSpan w:val="6"/>
            <w:tcMar>
              <w:top w:w="70" w:type="dxa"/>
              <w:left w:w="90" w:type="dxa"/>
              <w:bottom w:w="70" w:type="dxa"/>
              <w:right w:w="90" w:type="dxa"/>
            </w:tcMar>
            <w:vAlign w:val="center"/>
          </w:tcPr>
          <w:p w14:paraId="2CF7F2C8" w14:textId="77777777" w:rsidR="00080BF0" w:rsidRDefault="00080BF0"/>
          <w:p w14:paraId="3F29BD18" w14:textId="77777777" w:rsidR="00080BF0" w:rsidRDefault="00000000">
            <w:pPr>
              <w:spacing w:line="245" w:lineRule="auto"/>
            </w:pPr>
            <w:r>
              <w:rPr>
                <w:b/>
                <w:color w:val="000000"/>
                <w:sz w:val="15"/>
              </w:rPr>
              <w:t xml:space="preserve">LIKOVNO IZHODIŠČE / MOTIVACIJA: </w:t>
            </w:r>
            <w:r>
              <w:rPr>
                <w:color w:val="000000"/>
                <w:sz w:val="15"/>
              </w:rPr>
              <w:t>iz skrivnostne ovojnice padejo razpršene oblike; učenci jih brez lepljenja premikajo, sestavljajo in iščejo jasno sporočilo za nalogo »plakat zdravja«. Tematska rešitev: oblikuje barvni plakat misli in zdravih navad.</w:t>
            </w:r>
          </w:p>
        </w:tc>
      </w:tr>
      <w:tr w:rsidR="00080BF0" w14:paraId="68A50655" w14:textId="77777777">
        <w:trPr>
          <w:cantSplit/>
          <w:jc w:val="center"/>
        </w:trPr>
        <w:tc>
          <w:tcPr>
            <w:tcW w:w="14060" w:type="dxa"/>
            <w:gridSpan w:val="6"/>
            <w:tcMar>
              <w:top w:w="70" w:type="dxa"/>
              <w:left w:w="90" w:type="dxa"/>
              <w:bottom w:w="70" w:type="dxa"/>
              <w:right w:w="90" w:type="dxa"/>
            </w:tcMar>
            <w:vAlign w:val="center"/>
          </w:tcPr>
          <w:p w14:paraId="4DB79EB7" w14:textId="77777777" w:rsidR="00080BF0" w:rsidRDefault="00080BF0"/>
          <w:p w14:paraId="1850A3B5" w14:textId="77777777" w:rsidR="00080BF0" w:rsidRDefault="00000000">
            <w:pPr>
              <w:spacing w:line="245" w:lineRule="auto"/>
            </w:pPr>
            <w:r>
              <w:rPr>
                <w:b/>
                <w:color w:val="000000"/>
                <w:sz w:val="15"/>
              </w:rPr>
              <w:t xml:space="preserve">UČNE ENOTE: </w:t>
            </w:r>
            <w:r>
              <w:rPr>
                <w:color w:val="000000"/>
                <w:sz w:val="15"/>
              </w:rPr>
              <w:t>1. ura – Plakat zdravja – Opazujem, preizkušam, načrtujem • 2. ura – Plakat zdravja – Ustvarjam, predstavim, izboljšam</w:t>
            </w:r>
          </w:p>
        </w:tc>
      </w:tr>
      <w:tr w:rsidR="00080BF0" w14:paraId="58853C35" w14:textId="77777777">
        <w:trPr>
          <w:cantSplit/>
          <w:jc w:val="center"/>
        </w:trPr>
        <w:tc>
          <w:tcPr>
            <w:tcW w:w="14060" w:type="dxa"/>
            <w:gridSpan w:val="6"/>
            <w:tcMar>
              <w:top w:w="70" w:type="dxa"/>
              <w:left w:w="90" w:type="dxa"/>
              <w:bottom w:w="70" w:type="dxa"/>
              <w:right w:w="90" w:type="dxa"/>
            </w:tcMar>
            <w:vAlign w:val="center"/>
          </w:tcPr>
          <w:p w14:paraId="1DF0D1D5" w14:textId="77777777" w:rsidR="00080BF0" w:rsidRDefault="00080BF0"/>
          <w:p w14:paraId="3AAEA1E2"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50B0EFFA" w14:textId="77777777">
        <w:trPr>
          <w:cantSplit/>
          <w:jc w:val="center"/>
        </w:trPr>
        <w:tc>
          <w:tcPr>
            <w:tcW w:w="14060" w:type="dxa"/>
            <w:gridSpan w:val="6"/>
            <w:tcMar>
              <w:top w:w="70" w:type="dxa"/>
              <w:left w:w="90" w:type="dxa"/>
              <w:bottom w:w="70" w:type="dxa"/>
              <w:right w:w="90" w:type="dxa"/>
            </w:tcMar>
            <w:vAlign w:val="center"/>
          </w:tcPr>
          <w:p w14:paraId="0A63A6AE" w14:textId="77777777" w:rsidR="00080BF0" w:rsidRDefault="00080BF0"/>
          <w:p w14:paraId="2BFE2A7E"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3BEAD2C3" w14:textId="77777777">
        <w:trPr>
          <w:cantSplit/>
          <w:jc w:val="center"/>
        </w:trPr>
        <w:tc>
          <w:tcPr>
            <w:tcW w:w="14060" w:type="dxa"/>
            <w:gridSpan w:val="6"/>
            <w:tcMar>
              <w:top w:w="70" w:type="dxa"/>
              <w:left w:w="90" w:type="dxa"/>
              <w:bottom w:w="70" w:type="dxa"/>
              <w:right w:w="90" w:type="dxa"/>
            </w:tcMar>
            <w:vAlign w:val="center"/>
          </w:tcPr>
          <w:p w14:paraId="2EF3193F" w14:textId="77777777" w:rsidR="00080BF0" w:rsidRDefault="00080BF0"/>
          <w:p w14:paraId="3F1C4E0B"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38FBC078" w14:textId="77777777">
        <w:trPr>
          <w:cantSplit/>
          <w:jc w:val="center"/>
        </w:trPr>
        <w:tc>
          <w:tcPr>
            <w:tcW w:w="14060" w:type="dxa"/>
            <w:gridSpan w:val="6"/>
            <w:tcMar>
              <w:top w:w="70" w:type="dxa"/>
              <w:left w:w="90" w:type="dxa"/>
              <w:bottom w:w="70" w:type="dxa"/>
              <w:right w:w="90" w:type="dxa"/>
            </w:tcMar>
            <w:vAlign w:val="center"/>
          </w:tcPr>
          <w:p w14:paraId="3AA469B8" w14:textId="77777777" w:rsidR="00080BF0" w:rsidRDefault="00080BF0"/>
          <w:p w14:paraId="50787A61" w14:textId="77777777" w:rsidR="00080BF0" w:rsidRDefault="00000000">
            <w:pPr>
              <w:spacing w:line="245" w:lineRule="auto"/>
            </w:pPr>
            <w:r>
              <w:rPr>
                <w:b/>
                <w:color w:val="000000"/>
                <w:sz w:val="15"/>
              </w:rPr>
              <w:t xml:space="preserve">MEDPREDMETNE POVEZAVE: </w:t>
            </w:r>
            <w:r>
              <w:rPr>
                <w:color w:val="000000"/>
                <w:sz w:val="15"/>
              </w:rPr>
              <w:t>SPO – čustva, misli, zdrave navade in notranji svet; SLJ – poslušanje, opis opažanja, poimenovanje postopka in predstavitev; MAT – oblike, razvrščanje, vzorci in prostorski odnosi; ŠPO – gibalna črta, telesna skulptura, smer in ravnotežje; GUM – ritem, ponavljanje.</w:t>
            </w:r>
          </w:p>
        </w:tc>
      </w:tr>
      <w:tr w:rsidR="00080BF0" w14:paraId="3D5B03D0" w14:textId="77777777">
        <w:trPr>
          <w:cantSplit/>
          <w:jc w:val="center"/>
        </w:trPr>
        <w:tc>
          <w:tcPr>
            <w:tcW w:w="14060" w:type="dxa"/>
            <w:gridSpan w:val="6"/>
            <w:tcMar>
              <w:top w:w="70" w:type="dxa"/>
              <w:left w:w="90" w:type="dxa"/>
              <w:bottom w:w="70" w:type="dxa"/>
              <w:right w:w="90" w:type="dxa"/>
            </w:tcMar>
            <w:vAlign w:val="center"/>
          </w:tcPr>
          <w:p w14:paraId="2D137E48" w14:textId="77777777" w:rsidR="00080BF0" w:rsidRDefault="00080BF0"/>
          <w:p w14:paraId="5FE05CF5" w14:textId="77777777" w:rsidR="00080BF0" w:rsidRDefault="00000000">
            <w:pPr>
              <w:spacing w:line="245" w:lineRule="auto"/>
            </w:pPr>
            <w:r>
              <w:rPr>
                <w:b/>
                <w:color w:val="000000"/>
                <w:sz w:val="15"/>
              </w:rPr>
              <w:t xml:space="preserve">UČNA SREDSTVA IN PRIPOMOČKI: </w:t>
            </w:r>
            <w:r>
              <w:rPr>
                <w:color w:val="000000"/>
                <w:sz w:val="15"/>
              </w:rPr>
              <w:t>barvni in ponovno uporabljeni papirji, karton, revije, varne škarje, lepilo v stiku, tekstilni ostanki, vrvice in podlage; fotografija, reprodukcija ali resnični predmet za opazovanje; kartice namena in meril; talne oznake štirih postaj; mapa dokazov; sredstva za čiščenje in pospravljanje</w:t>
            </w:r>
          </w:p>
        </w:tc>
      </w:tr>
      <w:tr w:rsidR="00080BF0" w14:paraId="573E0EAD" w14:textId="77777777">
        <w:trPr>
          <w:cantSplit/>
          <w:jc w:val="center"/>
        </w:trPr>
        <w:tc>
          <w:tcPr>
            <w:tcW w:w="14060" w:type="dxa"/>
            <w:gridSpan w:val="6"/>
            <w:tcMar>
              <w:top w:w="70" w:type="dxa"/>
              <w:left w:w="90" w:type="dxa"/>
              <w:bottom w:w="70" w:type="dxa"/>
              <w:right w:w="90" w:type="dxa"/>
            </w:tcMar>
            <w:vAlign w:val="center"/>
          </w:tcPr>
          <w:p w14:paraId="67AE101C" w14:textId="77777777" w:rsidR="00080BF0" w:rsidRDefault="00080BF0"/>
          <w:p w14:paraId="1BAD024D"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49E707B5" w14:textId="77777777">
        <w:trPr>
          <w:cantSplit/>
          <w:jc w:val="center"/>
        </w:trPr>
        <w:tc>
          <w:tcPr>
            <w:tcW w:w="14060" w:type="dxa"/>
            <w:gridSpan w:val="6"/>
            <w:tcMar>
              <w:top w:w="70" w:type="dxa"/>
              <w:left w:w="90" w:type="dxa"/>
              <w:bottom w:w="70" w:type="dxa"/>
              <w:right w:w="90" w:type="dxa"/>
            </w:tcMar>
            <w:vAlign w:val="center"/>
          </w:tcPr>
          <w:p w14:paraId="02C5E05D" w14:textId="77777777" w:rsidR="00080BF0" w:rsidRDefault="00080BF0"/>
          <w:p w14:paraId="7C3CF745"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7484B8AE" w14:textId="77777777">
        <w:trPr>
          <w:cantSplit/>
          <w:jc w:val="center"/>
        </w:trPr>
        <w:tc>
          <w:tcPr>
            <w:tcW w:w="14060" w:type="dxa"/>
            <w:gridSpan w:val="6"/>
            <w:tcMar>
              <w:top w:w="70" w:type="dxa"/>
              <w:left w:w="90" w:type="dxa"/>
              <w:bottom w:w="70" w:type="dxa"/>
              <w:right w:w="90" w:type="dxa"/>
            </w:tcMar>
            <w:vAlign w:val="center"/>
          </w:tcPr>
          <w:p w14:paraId="3F1F7C0D" w14:textId="77777777" w:rsidR="00080BF0" w:rsidRDefault="00080BF0"/>
          <w:p w14:paraId="35E6DBA2"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22ADDB7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1E9BD4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2C8CEE1"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CB54A21" w14:textId="77777777" w:rsidR="00080BF0" w:rsidRDefault="00000000">
            <w:pPr>
              <w:jc w:val="center"/>
            </w:pPr>
            <w:r>
              <w:rPr>
                <w:b/>
                <w:color w:val="000000"/>
                <w:sz w:val="20"/>
              </w:rPr>
              <w:t>UČNE DEJAVNOSTI, METODE IN FORMATIVNO SPREMLJANJE</w:t>
            </w:r>
          </w:p>
        </w:tc>
      </w:tr>
      <w:tr w:rsidR="00080BF0" w14:paraId="06F25949" w14:textId="77777777">
        <w:trPr>
          <w:tblHeader/>
          <w:jc w:val="center"/>
        </w:trPr>
        <w:tc>
          <w:tcPr>
            <w:tcW w:w="4422" w:type="dxa"/>
            <w:vMerge/>
            <w:tcMar>
              <w:top w:w="70" w:type="dxa"/>
              <w:left w:w="90" w:type="dxa"/>
              <w:bottom w:w="70" w:type="dxa"/>
              <w:right w:w="90" w:type="dxa"/>
            </w:tcMar>
            <w:vAlign w:val="center"/>
          </w:tcPr>
          <w:p w14:paraId="7F0EAC0C" w14:textId="77777777" w:rsidR="00080BF0" w:rsidRDefault="00080BF0"/>
        </w:tc>
        <w:tc>
          <w:tcPr>
            <w:tcW w:w="7087" w:type="dxa"/>
            <w:shd w:val="clear" w:color="auto" w:fill="FFFFFF"/>
            <w:tcMar>
              <w:top w:w="70" w:type="dxa"/>
              <w:left w:w="90" w:type="dxa"/>
              <w:bottom w:w="70" w:type="dxa"/>
              <w:right w:w="90" w:type="dxa"/>
            </w:tcMar>
            <w:vAlign w:val="center"/>
          </w:tcPr>
          <w:p w14:paraId="70EB3A1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B20DE07" w14:textId="77777777" w:rsidR="00080BF0" w:rsidRDefault="00000000">
            <w:pPr>
              <w:jc w:val="center"/>
            </w:pPr>
            <w:r>
              <w:rPr>
                <w:b/>
                <w:color w:val="000000"/>
              </w:rPr>
              <w:t>UČENEC</w:t>
            </w:r>
          </w:p>
        </w:tc>
      </w:tr>
      <w:tr w:rsidR="00080BF0" w14:paraId="726220B9" w14:textId="77777777">
        <w:trPr>
          <w:jc w:val="center"/>
        </w:trPr>
        <w:tc>
          <w:tcPr>
            <w:tcW w:w="4422" w:type="dxa"/>
            <w:tcMar>
              <w:top w:w="70" w:type="dxa"/>
              <w:left w:w="90" w:type="dxa"/>
              <w:bottom w:w="70" w:type="dxa"/>
              <w:right w:w="90" w:type="dxa"/>
            </w:tcMar>
          </w:tcPr>
          <w:p w14:paraId="1A57F57A" w14:textId="77777777" w:rsidR="00080BF0" w:rsidRDefault="00080BF0"/>
          <w:p w14:paraId="3B710663" w14:textId="77777777" w:rsidR="00080BF0" w:rsidRDefault="00000000">
            <w:pPr>
              <w:spacing w:after="60" w:line="245" w:lineRule="auto"/>
            </w:pPr>
            <w:r>
              <w:rPr>
                <w:b/>
                <w:color w:val="000000"/>
              </w:rPr>
              <w:t>UČNI CILJI</w:t>
            </w:r>
          </w:p>
          <w:p w14:paraId="7A0EDF39" w14:textId="77777777" w:rsidR="00080BF0" w:rsidRDefault="00000000">
            <w:pPr>
              <w:spacing w:after="20" w:line="245" w:lineRule="auto"/>
            </w:pPr>
            <w:r>
              <w:rPr>
                <w:b/>
                <w:color w:val="000000"/>
                <w:sz w:val="17"/>
              </w:rPr>
              <w:t>SPLOŠNI</w:t>
            </w:r>
          </w:p>
          <w:p w14:paraId="2796970D"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572DA59D"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0D37545A"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1EABABC8"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3AE9DC24" w14:textId="77777777" w:rsidR="00080BF0" w:rsidRDefault="00000000">
            <w:pPr>
              <w:spacing w:before="40" w:after="20" w:line="245" w:lineRule="auto"/>
            </w:pPr>
            <w:r>
              <w:rPr>
                <w:b/>
                <w:color w:val="000000"/>
                <w:sz w:val="17"/>
              </w:rPr>
              <w:t>OPERATIVNI</w:t>
            </w:r>
          </w:p>
          <w:p w14:paraId="38AF2BAB" w14:textId="77777777" w:rsidR="00080BF0" w:rsidRDefault="00000000">
            <w:pPr>
              <w:pStyle w:val="Oznaenseznam"/>
              <w:spacing w:after="16"/>
            </w:pPr>
            <w:r>
              <w:rPr>
                <w:color w:val="000000"/>
                <w:sz w:val="16"/>
              </w:rPr>
              <w:t>izbira znake in podobe</w:t>
            </w:r>
          </w:p>
          <w:p w14:paraId="332B09C0" w14:textId="77777777" w:rsidR="00080BF0" w:rsidRDefault="00000000">
            <w:pPr>
              <w:pStyle w:val="Oznaenseznam"/>
              <w:spacing w:after="16"/>
            </w:pPr>
            <w:r>
              <w:rPr>
                <w:color w:val="000000"/>
                <w:sz w:val="16"/>
              </w:rPr>
              <w:t>uporabi kolaž</w:t>
            </w:r>
          </w:p>
          <w:p w14:paraId="1521E14C" w14:textId="77777777" w:rsidR="00080BF0" w:rsidRDefault="00000000">
            <w:pPr>
              <w:pStyle w:val="Oznaenseznam"/>
              <w:spacing w:after="16"/>
            </w:pPr>
            <w:r>
              <w:rPr>
                <w:color w:val="000000"/>
                <w:sz w:val="16"/>
              </w:rPr>
              <w:t>jasno posreduje sporočilo</w:t>
            </w:r>
          </w:p>
          <w:p w14:paraId="4FCCCC38" w14:textId="77777777" w:rsidR="00080BF0" w:rsidRDefault="00000000">
            <w:pPr>
              <w:spacing w:before="40" w:after="20" w:line="245" w:lineRule="auto"/>
            </w:pPr>
            <w:r>
              <w:rPr>
                <w:b/>
                <w:color w:val="000000"/>
                <w:sz w:val="17"/>
              </w:rPr>
              <w:t>PRIČAKOVANI DOSEŽKI / MINIMALNI POUDARKI</w:t>
            </w:r>
          </w:p>
          <w:p w14:paraId="7EC34F3D" w14:textId="77777777" w:rsidR="00080BF0" w:rsidRDefault="00000000">
            <w:pPr>
              <w:pStyle w:val="Oznaenseznam"/>
              <w:spacing w:after="16"/>
            </w:pPr>
            <w:r>
              <w:rPr>
                <w:color w:val="000000"/>
                <w:sz w:val="15"/>
              </w:rPr>
              <w:t>samostojno oziroma z dogovorjeno oporo izbira znake in podobe</w:t>
            </w:r>
          </w:p>
          <w:p w14:paraId="25C3E1A1" w14:textId="77777777" w:rsidR="00080BF0" w:rsidRDefault="00000000">
            <w:pPr>
              <w:pStyle w:val="Oznaenseznam"/>
              <w:spacing w:after="16"/>
            </w:pPr>
            <w:r>
              <w:rPr>
                <w:color w:val="000000"/>
                <w:sz w:val="15"/>
              </w:rPr>
              <w:t>samostojno oziroma z dogovorjeno oporo uporabi kolaž</w:t>
            </w:r>
          </w:p>
          <w:p w14:paraId="66B3AABD" w14:textId="77777777" w:rsidR="00080BF0" w:rsidRDefault="00000000">
            <w:pPr>
              <w:pStyle w:val="Oznaenseznam"/>
              <w:spacing w:after="16"/>
            </w:pPr>
            <w:r>
              <w:rPr>
                <w:color w:val="000000"/>
                <w:sz w:val="15"/>
              </w:rPr>
              <w:t>samostojno oziroma z dogovorjeno oporo jasno posreduje sporočilo</w:t>
            </w:r>
          </w:p>
        </w:tc>
        <w:tc>
          <w:tcPr>
            <w:tcW w:w="7087" w:type="dxa"/>
            <w:tcMar>
              <w:top w:w="70" w:type="dxa"/>
              <w:left w:w="90" w:type="dxa"/>
              <w:bottom w:w="70" w:type="dxa"/>
              <w:right w:w="90" w:type="dxa"/>
            </w:tcMar>
          </w:tcPr>
          <w:p w14:paraId="15A9F8EB"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F10CE2E" w14:textId="77777777">
              <w:trPr>
                <w:jc w:val="center"/>
              </w:trPr>
              <w:tc>
                <w:tcPr>
                  <w:tcW w:w="7087" w:type="dxa"/>
                  <w:shd w:val="clear" w:color="auto" w:fill="C6E7F3"/>
                  <w:tcMar>
                    <w:top w:w="45" w:type="dxa"/>
                    <w:left w:w="70" w:type="dxa"/>
                    <w:bottom w:w="45" w:type="dxa"/>
                    <w:right w:w="70" w:type="dxa"/>
                  </w:tcMar>
                </w:tcPr>
                <w:p w14:paraId="34BF0432" w14:textId="77777777" w:rsidR="00080BF0" w:rsidRDefault="00000000">
                  <w:pPr>
                    <w:keepNext/>
                  </w:pPr>
                  <w:r>
                    <w:rPr>
                      <w:b/>
                      <w:color w:val="000000"/>
                    </w:rPr>
                    <w:t>UVODNI DEL – likovna uganka, opazovanje, aktivacija predznanja in namen učenja (8–12 min)</w:t>
                  </w:r>
                </w:p>
              </w:tc>
            </w:tr>
          </w:tbl>
          <w:p w14:paraId="62C27048" w14:textId="77777777" w:rsidR="00080BF0" w:rsidRDefault="00080BF0">
            <w:pPr>
              <w:spacing w:line="20" w:lineRule="exact"/>
            </w:pPr>
          </w:p>
          <w:p w14:paraId="585A757D" w14:textId="77777777" w:rsidR="00080BF0" w:rsidRDefault="00000000">
            <w:pPr>
              <w:spacing w:before="40" w:after="60" w:line="245" w:lineRule="auto"/>
            </w:pPr>
            <w:r>
              <w:rPr>
                <w:color w:val="000000"/>
                <w:sz w:val="16"/>
              </w:rPr>
              <w:t>Ob književnem motivu »Mislice« – Feri Lainšček učenci vstopijo v temo čustva, misli, zdrave navade in notranji svet. Učiteljica pokaže fotografijo, reprodukcijo, predmet ali material in pove kratko likovno zgodbo: iz skrivnostne ovojnice padejo razpršene oblike; učenci jih brez lepljenja premikajo, sestavljajo in iščejo jasno sporočilo za nalogo »plakat zdravja«. Tematska rešitev: oblikuje barvni plakat misli in zdravih navad.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17F7A838" w14:textId="77777777">
              <w:trPr>
                <w:jc w:val="center"/>
              </w:trPr>
              <w:tc>
                <w:tcPr>
                  <w:tcW w:w="7087" w:type="dxa"/>
                  <w:shd w:val="clear" w:color="auto" w:fill="EDC9EA"/>
                  <w:tcMar>
                    <w:top w:w="45" w:type="dxa"/>
                    <w:left w:w="70" w:type="dxa"/>
                    <w:bottom w:w="45" w:type="dxa"/>
                    <w:right w:w="70" w:type="dxa"/>
                  </w:tcMar>
                </w:tcPr>
                <w:p w14:paraId="215A1581" w14:textId="77777777" w:rsidR="00080BF0" w:rsidRDefault="00000000">
                  <w:pPr>
                    <w:keepNext/>
                  </w:pPr>
                  <w:r>
                    <w:rPr>
                      <w:b/>
                      <w:color w:val="000000"/>
                    </w:rPr>
                    <w:t>NAMENI UČENJA</w:t>
                  </w:r>
                </w:p>
              </w:tc>
            </w:tr>
          </w:tbl>
          <w:p w14:paraId="12FD2238" w14:textId="77777777" w:rsidR="00080BF0" w:rsidRDefault="00080BF0">
            <w:pPr>
              <w:spacing w:line="20" w:lineRule="exact"/>
            </w:pPr>
          </w:p>
          <w:p w14:paraId="141688D3"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3F8BCF42" w14:textId="77777777" w:rsidR="00080BF0" w:rsidRDefault="00000000">
            <w:pPr>
              <w:pStyle w:val="Oznaenseznam"/>
              <w:spacing w:after="16"/>
            </w:pPr>
            <w:r>
              <w:rPr>
                <w:color w:val="000000"/>
                <w:sz w:val="16"/>
              </w:rPr>
              <w:t>izbira znake in podobe</w:t>
            </w:r>
          </w:p>
          <w:p w14:paraId="719AF130" w14:textId="77777777" w:rsidR="00080BF0" w:rsidRDefault="00000000">
            <w:pPr>
              <w:pStyle w:val="Oznaenseznam"/>
              <w:spacing w:after="16"/>
            </w:pPr>
            <w:r>
              <w:rPr>
                <w:color w:val="000000"/>
                <w:sz w:val="16"/>
              </w:rPr>
              <w:t>uporabim kolaž</w:t>
            </w:r>
          </w:p>
          <w:p w14:paraId="6023B2F3" w14:textId="77777777" w:rsidR="00080BF0" w:rsidRDefault="00000000">
            <w:pPr>
              <w:pStyle w:val="Oznaenseznam"/>
              <w:spacing w:after="16"/>
            </w:pPr>
            <w:r>
              <w:rPr>
                <w:color w:val="000000"/>
                <w:sz w:val="16"/>
              </w:rPr>
              <w:t>jasno posreduje sporočilo</w:t>
            </w:r>
          </w:p>
          <w:tbl>
            <w:tblPr>
              <w:tblStyle w:val="Tabelamrea"/>
              <w:tblW w:w="0" w:type="auto"/>
              <w:jc w:val="center"/>
              <w:tblLayout w:type="fixed"/>
              <w:tblLook w:val="04A0" w:firstRow="1" w:lastRow="0" w:firstColumn="1" w:lastColumn="0" w:noHBand="0" w:noVBand="1"/>
            </w:tblPr>
            <w:tblGrid>
              <w:gridCol w:w="7087"/>
            </w:tblGrid>
            <w:tr w:rsidR="00080BF0" w14:paraId="731AA890" w14:textId="77777777">
              <w:trPr>
                <w:jc w:val="center"/>
              </w:trPr>
              <w:tc>
                <w:tcPr>
                  <w:tcW w:w="7087" w:type="dxa"/>
                  <w:shd w:val="clear" w:color="auto" w:fill="EDC9EA"/>
                  <w:tcMar>
                    <w:top w:w="45" w:type="dxa"/>
                    <w:left w:w="70" w:type="dxa"/>
                    <w:bottom w:w="45" w:type="dxa"/>
                    <w:right w:w="70" w:type="dxa"/>
                  </w:tcMar>
                </w:tcPr>
                <w:p w14:paraId="5494FF80" w14:textId="77777777" w:rsidR="00080BF0" w:rsidRDefault="00000000">
                  <w:pPr>
                    <w:keepNext/>
                  </w:pPr>
                  <w:r>
                    <w:rPr>
                      <w:b/>
                      <w:color w:val="000000"/>
                    </w:rPr>
                    <w:t>PREVERJANJE PREDZNANJA</w:t>
                  </w:r>
                </w:p>
              </w:tc>
            </w:tr>
          </w:tbl>
          <w:p w14:paraId="60C19F10" w14:textId="77777777" w:rsidR="00080BF0" w:rsidRDefault="00080BF0">
            <w:pPr>
              <w:spacing w:line="20" w:lineRule="exact"/>
            </w:pPr>
          </w:p>
          <w:p w14:paraId="7F00014D" w14:textId="77777777" w:rsidR="00080BF0" w:rsidRDefault="00000000">
            <w:pPr>
              <w:pStyle w:val="Oznaenseznam"/>
              <w:spacing w:after="16"/>
            </w:pPr>
            <w:r>
              <w:rPr>
                <w:color w:val="000000"/>
                <w:sz w:val="16"/>
              </w:rPr>
              <w:t>Kaj najprej opazim pri motivu, predmetu ali materialu, povezanem s temo »PLAKAT ZDRAVJA«?</w:t>
            </w:r>
          </w:p>
          <w:p w14:paraId="3E3ED4AB"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0B717AF7"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29788566" w14:textId="77777777">
              <w:trPr>
                <w:jc w:val="center"/>
              </w:trPr>
              <w:tc>
                <w:tcPr>
                  <w:tcW w:w="7087" w:type="dxa"/>
                  <w:shd w:val="clear" w:color="auto" w:fill="EDC9EA"/>
                  <w:tcMar>
                    <w:top w:w="45" w:type="dxa"/>
                    <w:left w:w="70" w:type="dxa"/>
                    <w:bottom w:w="45" w:type="dxa"/>
                    <w:right w:w="70" w:type="dxa"/>
                  </w:tcMar>
                </w:tcPr>
                <w:p w14:paraId="1B871D37" w14:textId="77777777" w:rsidR="00080BF0" w:rsidRDefault="00000000">
                  <w:pPr>
                    <w:keepNext/>
                  </w:pPr>
                  <w:r>
                    <w:rPr>
                      <w:b/>
                      <w:color w:val="000000"/>
                    </w:rPr>
                    <w:t>KRITERIJI USPEŠNOSTI</w:t>
                  </w:r>
                </w:p>
              </w:tc>
            </w:tr>
          </w:tbl>
          <w:p w14:paraId="0FA2594C" w14:textId="77777777" w:rsidR="00080BF0" w:rsidRDefault="00080BF0"/>
          <w:p w14:paraId="624877C6" w14:textId="77777777" w:rsidR="00080BF0" w:rsidRDefault="00000000">
            <w:pPr>
              <w:spacing w:before="20" w:after="20" w:line="245" w:lineRule="auto"/>
            </w:pPr>
            <w:r>
              <w:rPr>
                <w:b/>
                <w:color w:val="000000"/>
                <w:sz w:val="16"/>
              </w:rPr>
              <w:t>Uspešen/-na bom, ko:</w:t>
            </w:r>
          </w:p>
          <w:p w14:paraId="1127C57E" w14:textId="77777777" w:rsidR="00080BF0" w:rsidRDefault="00000000">
            <w:pPr>
              <w:pStyle w:val="Oznaenseznam"/>
              <w:spacing w:after="16"/>
            </w:pPr>
            <w:r>
              <w:rPr>
                <w:color w:val="000000"/>
                <w:sz w:val="16"/>
              </w:rPr>
              <w:t>izbira znake in podobe</w:t>
            </w:r>
          </w:p>
          <w:p w14:paraId="3DD02F17" w14:textId="77777777" w:rsidR="00080BF0" w:rsidRDefault="00000000">
            <w:pPr>
              <w:pStyle w:val="Oznaenseznam"/>
              <w:spacing w:after="16"/>
            </w:pPr>
            <w:r>
              <w:rPr>
                <w:color w:val="000000"/>
                <w:sz w:val="16"/>
              </w:rPr>
              <w:t>uporabim kolaž</w:t>
            </w:r>
          </w:p>
          <w:p w14:paraId="76AB67A9" w14:textId="77777777" w:rsidR="00080BF0" w:rsidRDefault="00000000">
            <w:pPr>
              <w:pStyle w:val="Oznaenseznam"/>
              <w:spacing w:after="16"/>
            </w:pPr>
            <w:r>
              <w:rPr>
                <w:color w:val="000000"/>
                <w:sz w:val="16"/>
              </w:rPr>
              <w:t>jasno posreduje sporočilo</w:t>
            </w:r>
          </w:p>
          <w:p w14:paraId="28B4A439" w14:textId="77777777" w:rsidR="00080BF0" w:rsidRDefault="00000000">
            <w:pPr>
              <w:pStyle w:val="Oznaenseznam"/>
              <w:spacing w:after="16"/>
            </w:pPr>
            <w:r>
              <w:rPr>
                <w:color w:val="000000"/>
                <w:sz w:val="15"/>
              </w:rPr>
              <w:t>varno in namensko uporabim material, zaščitim prostor ter po delu uredim svojo postajo</w:t>
            </w:r>
          </w:p>
          <w:p w14:paraId="350CF2DA"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4CCD6E5C" w14:textId="77777777" w:rsidR="00080BF0" w:rsidRDefault="00080BF0"/>
          <w:p w14:paraId="000F9F1C"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257A6EC" w14:textId="77777777" w:rsidR="00080BF0" w:rsidRDefault="00000000">
            <w:pPr>
              <w:spacing w:after="80" w:line="245" w:lineRule="auto"/>
            </w:pPr>
            <w:r>
              <w:rPr>
                <w:color w:val="000000"/>
                <w:sz w:val="16"/>
              </w:rPr>
              <w:t>Pove ali pokaže, kaj že zna opaziti in katero likovno možnost bi najprej preizkusil.</w:t>
            </w:r>
          </w:p>
          <w:p w14:paraId="27AB9CF4" w14:textId="77777777" w:rsidR="00080BF0" w:rsidRDefault="00000000">
            <w:pPr>
              <w:spacing w:after="100" w:line="245" w:lineRule="auto"/>
            </w:pPr>
            <w:r>
              <w:rPr>
                <w:color w:val="000000"/>
                <w:sz w:val="16"/>
              </w:rPr>
              <w:t>Sodeluje pri razumevanju namena, meril uspešnosti, varne rabe pripomočkov in načina dokazovanja.</w:t>
            </w:r>
          </w:p>
          <w:p w14:paraId="7DB10F6F" w14:textId="77777777" w:rsidR="00080BF0" w:rsidRDefault="00000000">
            <w:pPr>
              <w:spacing w:after="20" w:line="245" w:lineRule="auto"/>
            </w:pPr>
            <w:r>
              <w:rPr>
                <w:b/>
                <w:color w:val="D95BC6"/>
                <w:sz w:val="17"/>
              </w:rPr>
              <w:t>DOKAZ O UČENJU</w:t>
            </w:r>
          </w:p>
          <w:p w14:paraId="0CAA0A84"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398E50F1"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1376F8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3C41195"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3E3476A" w14:textId="77777777" w:rsidR="00080BF0" w:rsidRDefault="00000000">
            <w:pPr>
              <w:jc w:val="center"/>
            </w:pPr>
            <w:r>
              <w:rPr>
                <w:b/>
                <w:color w:val="000000"/>
                <w:sz w:val="20"/>
              </w:rPr>
              <w:t>UČNE DEJAVNOSTI, METODE IN FORMATIVNO SPREMLJANJE</w:t>
            </w:r>
          </w:p>
        </w:tc>
      </w:tr>
      <w:tr w:rsidR="00080BF0" w14:paraId="59F31604" w14:textId="77777777">
        <w:trPr>
          <w:tblHeader/>
          <w:jc w:val="center"/>
        </w:trPr>
        <w:tc>
          <w:tcPr>
            <w:tcW w:w="4422" w:type="dxa"/>
            <w:vMerge/>
            <w:tcMar>
              <w:top w:w="70" w:type="dxa"/>
              <w:left w:w="90" w:type="dxa"/>
              <w:bottom w:w="70" w:type="dxa"/>
              <w:right w:w="90" w:type="dxa"/>
            </w:tcMar>
            <w:vAlign w:val="center"/>
          </w:tcPr>
          <w:p w14:paraId="36BE1C21" w14:textId="77777777" w:rsidR="00080BF0" w:rsidRDefault="00080BF0"/>
        </w:tc>
        <w:tc>
          <w:tcPr>
            <w:tcW w:w="7087" w:type="dxa"/>
            <w:shd w:val="clear" w:color="auto" w:fill="FFFFFF"/>
            <w:tcMar>
              <w:top w:w="70" w:type="dxa"/>
              <w:left w:w="90" w:type="dxa"/>
              <w:bottom w:w="70" w:type="dxa"/>
              <w:right w:w="90" w:type="dxa"/>
            </w:tcMar>
            <w:vAlign w:val="center"/>
          </w:tcPr>
          <w:p w14:paraId="3649FD8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F8FC7DC" w14:textId="77777777" w:rsidR="00080BF0" w:rsidRDefault="00000000">
            <w:pPr>
              <w:jc w:val="center"/>
            </w:pPr>
            <w:r>
              <w:rPr>
                <w:b/>
                <w:color w:val="000000"/>
              </w:rPr>
              <w:t>UČENEC</w:t>
            </w:r>
          </w:p>
        </w:tc>
      </w:tr>
      <w:tr w:rsidR="00080BF0" w14:paraId="35DAAA0B" w14:textId="77777777">
        <w:trPr>
          <w:jc w:val="center"/>
        </w:trPr>
        <w:tc>
          <w:tcPr>
            <w:tcW w:w="4422" w:type="dxa"/>
            <w:tcMar>
              <w:top w:w="70" w:type="dxa"/>
              <w:left w:w="90" w:type="dxa"/>
              <w:bottom w:w="70" w:type="dxa"/>
              <w:right w:w="90" w:type="dxa"/>
            </w:tcMar>
          </w:tcPr>
          <w:p w14:paraId="5DA08226" w14:textId="77777777" w:rsidR="00080BF0" w:rsidRDefault="00080BF0"/>
          <w:p w14:paraId="71ADDED1" w14:textId="77777777" w:rsidR="00080BF0" w:rsidRDefault="00000000">
            <w:pPr>
              <w:spacing w:after="40" w:line="245" w:lineRule="auto"/>
            </w:pPr>
            <w:r>
              <w:rPr>
                <w:b/>
                <w:color w:val="000000"/>
              </w:rPr>
              <w:t>KLJUČNI LIKOVNI POJMI</w:t>
            </w:r>
          </w:p>
          <w:p w14:paraId="3649F129"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trganje, rezanje, lepljenje, kontrast, znak, sporočilo, razporeditev</w:t>
            </w:r>
          </w:p>
          <w:p w14:paraId="4DB587D6" w14:textId="77777777" w:rsidR="00080BF0" w:rsidRDefault="00000000">
            <w:pPr>
              <w:spacing w:after="20" w:line="245" w:lineRule="auto"/>
            </w:pPr>
            <w:r>
              <w:rPr>
                <w:b/>
                <w:color w:val="000000"/>
                <w:sz w:val="17"/>
              </w:rPr>
              <w:t>DOKAZI O UČENJU</w:t>
            </w:r>
          </w:p>
          <w:p w14:paraId="482903B2" w14:textId="77777777" w:rsidR="00080BF0" w:rsidRDefault="00000000">
            <w:pPr>
              <w:pStyle w:val="Oznaenseznam"/>
              <w:spacing w:after="9"/>
            </w:pPr>
            <w:r>
              <w:rPr>
                <w:color w:val="000000"/>
                <w:sz w:val="15"/>
              </w:rPr>
              <w:t>list materialnih poskusov, skica/načrt, učenčeva razlaga in učiteljev zapis o varni rabi pripomočkov.</w:t>
            </w:r>
          </w:p>
          <w:p w14:paraId="687F8D2B" w14:textId="77777777" w:rsidR="00080BF0" w:rsidRDefault="00000000">
            <w:pPr>
              <w:pStyle w:val="Oznaenseznam"/>
              <w:spacing w:after="9"/>
            </w:pPr>
            <w:r>
              <w:rPr>
                <w:color w:val="000000"/>
                <w:sz w:val="15"/>
              </w:rPr>
              <w:t>likovni proces in izdelek, fotografija faze, učenčeva razlaga ter samovrednotenje v mapi.</w:t>
            </w:r>
          </w:p>
          <w:p w14:paraId="00578BBB" w14:textId="77777777" w:rsidR="00080BF0" w:rsidRDefault="00000000">
            <w:pPr>
              <w:spacing w:before="40" w:after="20" w:line="245" w:lineRule="auto"/>
            </w:pPr>
            <w:r>
              <w:rPr>
                <w:b/>
                <w:color w:val="000000"/>
                <w:sz w:val="17"/>
              </w:rPr>
              <w:t>LIKOVNO DOŽIVETJE IN IZKUŠENJSKI POUK</w:t>
            </w:r>
          </w:p>
          <w:p w14:paraId="399847FF"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220ECAEC" w14:textId="77777777" w:rsidR="00080BF0" w:rsidRDefault="00000000">
            <w:pPr>
              <w:spacing w:after="20" w:line="245" w:lineRule="auto"/>
            </w:pPr>
            <w:r>
              <w:rPr>
                <w:b/>
                <w:color w:val="000000"/>
                <w:sz w:val="17"/>
              </w:rPr>
              <w:t>POUČEVANJE V GIBANJU</w:t>
            </w:r>
          </w:p>
          <w:p w14:paraId="2C8B73F6"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7CEC6EFE" w14:textId="77777777" w:rsidR="00080BF0" w:rsidRDefault="00000000">
            <w:pPr>
              <w:spacing w:after="20" w:line="245" w:lineRule="auto"/>
            </w:pPr>
            <w:r>
              <w:rPr>
                <w:b/>
                <w:color w:val="000000"/>
                <w:sz w:val="17"/>
              </w:rPr>
              <w:t>DELO PO POSTAJAH</w:t>
            </w:r>
          </w:p>
          <w:p w14:paraId="156B032F"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4565CDC2" w14:textId="77777777" w:rsidR="00080BF0" w:rsidRDefault="00000000">
            <w:pPr>
              <w:spacing w:after="9" w:line="245" w:lineRule="auto"/>
            </w:pPr>
            <w:r>
              <w:rPr>
                <w:color w:val="000000"/>
                <w:sz w:val="14"/>
              </w:rPr>
              <w:t>1. Kompozicijska: brez lepljenja premikam oblike ter primerjam dve razporeditvi glede na sporočilo.</w:t>
            </w:r>
          </w:p>
          <w:p w14:paraId="6D936158" w14:textId="77777777" w:rsidR="00080BF0" w:rsidRDefault="00000000">
            <w:pPr>
              <w:spacing w:after="9" w:line="245" w:lineRule="auto"/>
            </w:pPr>
            <w:r>
              <w:rPr>
                <w:color w:val="000000"/>
                <w:sz w:val="14"/>
              </w:rPr>
              <w:t>2. Materialna: preizkusim trganje, pregibanje, rezanje in lepljenje ter izberem varen postopek.</w:t>
            </w:r>
          </w:p>
          <w:p w14:paraId="4A0A4CF4" w14:textId="77777777" w:rsidR="00080BF0" w:rsidRDefault="00000000">
            <w:pPr>
              <w:spacing w:after="9" w:line="245" w:lineRule="auto"/>
            </w:pPr>
            <w:r>
              <w:rPr>
                <w:color w:val="000000"/>
                <w:sz w:val="14"/>
              </w:rPr>
              <w:t>3. Gibalno-prostorska: s telesi ali talnimi oblikami sestavimo veliko kompozicijo in preverimo ravnotežje praznega ter polnega prostora.</w:t>
            </w:r>
          </w:p>
          <w:p w14:paraId="0836FA58" w14:textId="77777777" w:rsidR="00080BF0" w:rsidRDefault="00000000">
            <w:pPr>
              <w:spacing w:after="9" w:line="245" w:lineRule="auto"/>
            </w:pPr>
            <w:r>
              <w:rPr>
                <w:color w:val="000000"/>
                <w:sz w:val="14"/>
              </w:rPr>
              <w:t>4. Sporočilna: izdelam kolaž, plakat ali znak, gledalcu razložim namen in po povratni informaciji izboljšam jasnost.</w:t>
            </w:r>
          </w:p>
          <w:p w14:paraId="402EC34E" w14:textId="77777777" w:rsidR="00080BF0" w:rsidRDefault="00000000">
            <w:pPr>
              <w:spacing w:after="20" w:line="245" w:lineRule="auto"/>
            </w:pPr>
            <w:r>
              <w:rPr>
                <w:b/>
                <w:color w:val="000000"/>
                <w:sz w:val="17"/>
              </w:rPr>
              <w:t>DIFERENCIACIJA IN VKLJUČEVANJE</w:t>
            </w:r>
          </w:p>
          <w:p w14:paraId="5D077029"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0166B329" w14:textId="77777777" w:rsidR="00080BF0" w:rsidRDefault="00000000">
            <w:pPr>
              <w:spacing w:after="20" w:line="245" w:lineRule="auto"/>
            </w:pPr>
            <w:r>
              <w:rPr>
                <w:b/>
                <w:color w:val="000000"/>
                <w:sz w:val="17"/>
              </w:rPr>
              <w:t>SPREMLJANJE</w:t>
            </w:r>
          </w:p>
          <w:p w14:paraId="5BF3CC56"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32F2F209"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3C0092A" w14:textId="77777777">
              <w:trPr>
                <w:jc w:val="center"/>
              </w:trPr>
              <w:tc>
                <w:tcPr>
                  <w:tcW w:w="7087" w:type="dxa"/>
                  <w:shd w:val="clear" w:color="auto" w:fill="C6E7F3"/>
                  <w:tcMar>
                    <w:top w:w="45" w:type="dxa"/>
                    <w:left w:w="70" w:type="dxa"/>
                    <w:bottom w:w="45" w:type="dxa"/>
                    <w:right w:w="70" w:type="dxa"/>
                  </w:tcMar>
                </w:tcPr>
                <w:p w14:paraId="2D3C0CB3" w14:textId="77777777" w:rsidR="00080BF0" w:rsidRDefault="00000000">
                  <w:pPr>
                    <w:keepNext/>
                  </w:pPr>
                  <w:r>
                    <w:rPr>
                      <w:b/>
                      <w:color w:val="000000"/>
                      <w:sz w:val="17"/>
                    </w:rPr>
                    <w:t>GLAVNI DEL – OPAZOVANJE, MATERIALNI PREIZKUS, USTVARJANJE IN GALERIJA (2 šolski uri)</w:t>
                  </w:r>
                </w:p>
              </w:tc>
            </w:tr>
          </w:tbl>
          <w:p w14:paraId="292C7DCE" w14:textId="77777777" w:rsidR="00080BF0" w:rsidRDefault="00080BF0">
            <w:pPr>
              <w:spacing w:line="20" w:lineRule="exact"/>
            </w:pPr>
          </w:p>
          <w:p w14:paraId="2AE310E5" w14:textId="77777777" w:rsidR="00080BF0" w:rsidRDefault="00000000">
            <w:pPr>
              <w:keepNext/>
              <w:spacing w:before="22" w:after="8" w:line="245" w:lineRule="auto"/>
            </w:pPr>
            <w:r>
              <w:rPr>
                <w:b/>
                <w:color w:val="000000"/>
                <w:sz w:val="16"/>
              </w:rPr>
              <w:t>1. URA – Plakat zdravja – Opazujem, preizkušam, načrtujem</w:t>
            </w:r>
          </w:p>
          <w:p w14:paraId="640BD87D"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»PLAKAT ZDRAVJA«.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357D0F33"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19BCDE90"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7DB2F547" w14:textId="77777777" w:rsidR="00080BF0" w:rsidRDefault="00000000">
            <w:pPr>
              <w:keepNext/>
              <w:spacing w:before="22" w:after="8" w:line="245" w:lineRule="auto"/>
            </w:pPr>
            <w:r>
              <w:rPr>
                <w:b/>
                <w:color w:val="000000"/>
                <w:sz w:val="16"/>
              </w:rPr>
              <w:t>2. URA – Plakat zdravja – Ustvarjam, predstavim, izboljšam</w:t>
            </w:r>
          </w:p>
          <w:p w14:paraId="5578A31F"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»PLAKAT ZDRAVJA«; postavlja vprašanja o nameri, nudi tehnično oporo in omogoči izboljšavo. Zaključek 10': 10' – Izvede tiho galerijo; modelira odziv »Opazim … / Učinkuje … / Lahko poskusiš …« ter vodi pospravljanje.</w:t>
            </w:r>
          </w:p>
          <w:p w14:paraId="1016BFB2"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53C4C490"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5A793410" w14:textId="77777777">
              <w:trPr>
                <w:jc w:val="center"/>
              </w:trPr>
              <w:tc>
                <w:tcPr>
                  <w:tcW w:w="7087" w:type="dxa"/>
                  <w:shd w:val="clear" w:color="auto" w:fill="EDC9EA"/>
                  <w:tcMar>
                    <w:top w:w="45" w:type="dxa"/>
                    <w:left w:w="70" w:type="dxa"/>
                    <w:bottom w:w="45" w:type="dxa"/>
                    <w:right w:w="70" w:type="dxa"/>
                  </w:tcMar>
                </w:tcPr>
                <w:p w14:paraId="3EB5AB4B" w14:textId="77777777" w:rsidR="00080BF0" w:rsidRDefault="00000000">
                  <w:pPr>
                    <w:keepNext/>
                  </w:pPr>
                  <w:r>
                    <w:rPr>
                      <w:b/>
                      <w:color w:val="000000"/>
                      <w:sz w:val="17"/>
                    </w:rPr>
                    <w:t>ORGANIZACIJA POSTAJ IN PREHODOV</w:t>
                  </w:r>
                </w:p>
              </w:tc>
            </w:tr>
          </w:tbl>
          <w:p w14:paraId="76CF1F27" w14:textId="77777777" w:rsidR="00080BF0" w:rsidRDefault="00080BF0"/>
          <w:p w14:paraId="02EB171A" w14:textId="77777777" w:rsidR="00080BF0" w:rsidRDefault="00000000">
            <w:pPr>
              <w:spacing w:before="8" w:after="8" w:line="245" w:lineRule="auto"/>
            </w:pPr>
            <w:r>
              <w:rPr>
                <w:color w:val="000000"/>
                <w:sz w:val="14"/>
              </w:rPr>
              <w:t>Postaja 1: Kompozicijska: brez lepljenja premikam oblike ter primerjam dve razporeditvi glede na sporočilo.</w:t>
            </w:r>
          </w:p>
          <w:p w14:paraId="0FE204B5" w14:textId="77777777" w:rsidR="00080BF0" w:rsidRDefault="00000000">
            <w:pPr>
              <w:spacing w:before="8" w:after="8" w:line="245" w:lineRule="auto"/>
            </w:pPr>
            <w:r>
              <w:rPr>
                <w:color w:val="000000"/>
                <w:sz w:val="14"/>
              </w:rPr>
              <w:t>Postaja 2: Materialna: preizkusim trganje, pregibanje, rezanje in lepljenje ter izberem varen postopek.</w:t>
            </w:r>
          </w:p>
          <w:p w14:paraId="6CDB5970" w14:textId="77777777" w:rsidR="00080BF0" w:rsidRDefault="00000000">
            <w:pPr>
              <w:spacing w:before="8" w:after="8" w:line="245" w:lineRule="auto"/>
            </w:pPr>
            <w:r>
              <w:rPr>
                <w:color w:val="000000"/>
                <w:sz w:val="14"/>
              </w:rPr>
              <w:t>Postaja 3: Gibalno-prostorska: s telesi ali talnimi oblikami sestavimo veliko kompozicijo in preverimo ravnotežje praznega ter polnega prostora.</w:t>
            </w:r>
          </w:p>
          <w:p w14:paraId="36030BAF" w14:textId="77777777" w:rsidR="00080BF0" w:rsidRDefault="00000000">
            <w:pPr>
              <w:spacing w:before="8" w:after="8" w:line="245" w:lineRule="auto"/>
            </w:pPr>
            <w:r>
              <w:rPr>
                <w:color w:val="000000"/>
                <w:sz w:val="14"/>
              </w:rPr>
              <w:t>Postaja 4: Sporočilna: izdelam kolaž, plakat ali znak, gledalcu razložim namen in po povratni informaciji izboljšam jasnost.</w:t>
            </w:r>
          </w:p>
          <w:p w14:paraId="2DE404ED"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F9DD576" w14:textId="77777777" w:rsidR="00080BF0" w:rsidRDefault="00080BF0"/>
          <w:p w14:paraId="0512CFC9" w14:textId="77777777" w:rsidR="00080BF0" w:rsidRDefault="00000000">
            <w:pPr>
              <w:spacing w:after="6" w:line="245" w:lineRule="auto"/>
            </w:pPr>
            <w:r>
              <w:rPr>
                <w:b/>
                <w:color w:val="000000"/>
                <w:sz w:val="15"/>
              </w:rPr>
              <w:t>1. URA – Plakat zdravja – Opazujem, preizkušam, načrtujem</w:t>
            </w:r>
          </w:p>
          <w:p w14:paraId="3DBA032C"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24188ED2" w14:textId="77777777" w:rsidR="00080BF0" w:rsidRDefault="00000000">
            <w:pPr>
              <w:spacing w:after="20" w:line="245" w:lineRule="auto"/>
            </w:pPr>
            <w:r>
              <w:rPr>
                <w:color w:val="D95BC6"/>
                <w:sz w:val="14"/>
              </w:rPr>
              <w:t>Dokaz: list materialnih poskusov, skica/načrt, učenčeva razlaga in učiteljev zapis o varni rabi.</w:t>
            </w:r>
          </w:p>
          <w:p w14:paraId="5D2BCDFA" w14:textId="77777777" w:rsidR="00080BF0" w:rsidRDefault="00000000">
            <w:pPr>
              <w:spacing w:after="6" w:line="245" w:lineRule="auto"/>
            </w:pPr>
            <w:r>
              <w:rPr>
                <w:b/>
                <w:color w:val="000000"/>
                <w:sz w:val="15"/>
              </w:rPr>
              <w:t>2. URA – Plakat zdravja – Ustvarjam, predstavim, izboljšam</w:t>
            </w:r>
          </w:p>
          <w:p w14:paraId="7489D8CB"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674ECFF1" w14:textId="77777777" w:rsidR="00080BF0" w:rsidRDefault="00000000">
            <w:pPr>
              <w:spacing w:after="20" w:line="245" w:lineRule="auto"/>
            </w:pPr>
            <w:r>
              <w:rPr>
                <w:color w:val="D95BC6"/>
                <w:sz w:val="14"/>
              </w:rPr>
              <w:t>Dokaz: likovni proces in izdelek, fotografija faze, učenčeva razlaga ter samovrednotenje v mapi.</w:t>
            </w:r>
          </w:p>
          <w:p w14:paraId="558C357A" w14:textId="77777777" w:rsidR="00080BF0" w:rsidRDefault="00000000">
            <w:pPr>
              <w:spacing w:before="40" w:after="20" w:line="245" w:lineRule="auto"/>
            </w:pPr>
            <w:r>
              <w:rPr>
                <w:b/>
                <w:color w:val="D95BC6"/>
                <w:sz w:val="16"/>
              </w:rPr>
              <w:t>MOJ KROG POSTAJ</w:t>
            </w:r>
          </w:p>
          <w:p w14:paraId="7EEC7CDB" w14:textId="77777777" w:rsidR="00080BF0" w:rsidRDefault="00000000">
            <w:pPr>
              <w:spacing w:after="11" w:line="245" w:lineRule="auto"/>
            </w:pPr>
            <w:r>
              <w:rPr>
                <w:color w:val="000000"/>
                <w:sz w:val="13"/>
              </w:rPr>
              <w:t>1. Kompozicijska: brez lepljenja premikam oblike ter primerjam dve razporeditvi glede na.</w:t>
            </w:r>
          </w:p>
          <w:p w14:paraId="517EE135" w14:textId="77777777" w:rsidR="00080BF0" w:rsidRDefault="00000000">
            <w:pPr>
              <w:spacing w:after="11" w:line="245" w:lineRule="auto"/>
            </w:pPr>
            <w:r>
              <w:rPr>
                <w:color w:val="000000"/>
                <w:sz w:val="13"/>
              </w:rPr>
              <w:t>2. Materialna: preizkusim trganje, pregibanje, rezanje in lepljenje ter izberem varen postopek.</w:t>
            </w:r>
          </w:p>
          <w:p w14:paraId="0B928DA4" w14:textId="77777777" w:rsidR="00080BF0" w:rsidRDefault="00000000">
            <w:pPr>
              <w:spacing w:after="11" w:line="245" w:lineRule="auto"/>
            </w:pPr>
            <w:r>
              <w:rPr>
                <w:color w:val="000000"/>
                <w:sz w:val="13"/>
              </w:rPr>
              <w:t>3. Gibalno-prostorska: s telesi ali talnimi oblikami sestavimo veliko kompozicijo in preverimo.</w:t>
            </w:r>
          </w:p>
          <w:p w14:paraId="105088D3" w14:textId="77777777" w:rsidR="00080BF0" w:rsidRDefault="00000000">
            <w:pPr>
              <w:spacing w:after="11" w:line="245" w:lineRule="auto"/>
            </w:pPr>
            <w:r>
              <w:rPr>
                <w:color w:val="000000"/>
                <w:sz w:val="13"/>
              </w:rPr>
              <w:t>4. Sporočilna: izdelam kolaž, plakat ali znak, gledalcu razložim namen in po povratni.</w:t>
            </w:r>
          </w:p>
          <w:p w14:paraId="7C9DBBA0"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4A33D313" w14:textId="77777777" w:rsidR="00080BF0" w:rsidRDefault="00000000">
            <w:pPr>
              <w:spacing w:after="20" w:line="245" w:lineRule="auto"/>
            </w:pPr>
            <w:r>
              <w:rPr>
                <w:b/>
                <w:color w:val="D95BC6"/>
                <w:sz w:val="17"/>
              </w:rPr>
              <w:t>DOKAZ O UČENJU</w:t>
            </w:r>
          </w:p>
          <w:p w14:paraId="413553BF"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20BA31C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6D6A96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2155C18"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87AB74C" w14:textId="77777777" w:rsidR="00080BF0" w:rsidRDefault="00000000">
            <w:pPr>
              <w:jc w:val="center"/>
            </w:pPr>
            <w:r>
              <w:rPr>
                <w:b/>
                <w:color w:val="000000"/>
                <w:sz w:val="20"/>
              </w:rPr>
              <w:t>UČNE DEJAVNOSTI, METODE IN FORMATIVNO SPREMLJANJE</w:t>
            </w:r>
          </w:p>
        </w:tc>
      </w:tr>
      <w:tr w:rsidR="00080BF0" w14:paraId="756E106A" w14:textId="77777777">
        <w:trPr>
          <w:tblHeader/>
          <w:jc w:val="center"/>
        </w:trPr>
        <w:tc>
          <w:tcPr>
            <w:tcW w:w="4422" w:type="dxa"/>
            <w:vMerge/>
            <w:tcMar>
              <w:top w:w="70" w:type="dxa"/>
              <w:left w:w="90" w:type="dxa"/>
              <w:bottom w:w="70" w:type="dxa"/>
              <w:right w:w="90" w:type="dxa"/>
            </w:tcMar>
            <w:vAlign w:val="center"/>
          </w:tcPr>
          <w:p w14:paraId="742D1F71" w14:textId="77777777" w:rsidR="00080BF0" w:rsidRDefault="00080BF0"/>
        </w:tc>
        <w:tc>
          <w:tcPr>
            <w:tcW w:w="7087" w:type="dxa"/>
            <w:shd w:val="clear" w:color="auto" w:fill="FFFFFF"/>
            <w:tcMar>
              <w:top w:w="70" w:type="dxa"/>
              <w:left w:w="90" w:type="dxa"/>
              <w:bottom w:w="70" w:type="dxa"/>
              <w:right w:w="90" w:type="dxa"/>
            </w:tcMar>
            <w:vAlign w:val="center"/>
          </w:tcPr>
          <w:p w14:paraId="021C222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C56B518" w14:textId="77777777" w:rsidR="00080BF0" w:rsidRDefault="00000000">
            <w:pPr>
              <w:jc w:val="center"/>
            </w:pPr>
            <w:r>
              <w:rPr>
                <w:b/>
                <w:color w:val="000000"/>
              </w:rPr>
              <w:t>UČENEC</w:t>
            </w:r>
          </w:p>
        </w:tc>
      </w:tr>
      <w:tr w:rsidR="00080BF0" w14:paraId="1F355B1D" w14:textId="77777777">
        <w:trPr>
          <w:jc w:val="center"/>
        </w:trPr>
        <w:tc>
          <w:tcPr>
            <w:tcW w:w="4422" w:type="dxa"/>
            <w:tcMar>
              <w:top w:w="70" w:type="dxa"/>
              <w:left w:w="90" w:type="dxa"/>
              <w:bottom w:w="70" w:type="dxa"/>
              <w:right w:w="90" w:type="dxa"/>
            </w:tcMar>
          </w:tcPr>
          <w:p w14:paraId="1A78BA45" w14:textId="77777777" w:rsidR="00080BF0" w:rsidRDefault="00080BF0"/>
          <w:p w14:paraId="248EB8DE" w14:textId="77777777" w:rsidR="00080BF0" w:rsidRDefault="00000000">
            <w:pPr>
              <w:spacing w:after="40" w:line="245" w:lineRule="auto"/>
            </w:pPr>
            <w:r>
              <w:rPr>
                <w:b/>
                <w:color w:val="000000"/>
              </w:rPr>
              <w:t>FORMATIVNO SPREMLJANJE</w:t>
            </w:r>
          </w:p>
          <w:p w14:paraId="1256E149" w14:textId="77777777" w:rsidR="00080BF0" w:rsidRDefault="00000000">
            <w:pPr>
              <w:pStyle w:val="Oznaenseznam"/>
              <w:spacing w:after="16"/>
            </w:pPr>
            <w:r>
              <w:rPr>
                <w:color w:val="000000"/>
                <w:sz w:val="15"/>
              </w:rPr>
              <w:t>predznanje: opažanje, gibalna ponazoritev, izbira kartice, razvrstitev materialov, poskusna sled ali skica</w:t>
            </w:r>
          </w:p>
          <w:p w14:paraId="2A0D6FAF"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60824EF6"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021C0AAA" w14:textId="77777777" w:rsidR="00080BF0" w:rsidRDefault="00000000">
            <w:pPr>
              <w:pStyle w:val="Oznaenseznam"/>
              <w:spacing w:after="16"/>
            </w:pPr>
            <w:r>
              <w:rPr>
                <w:color w:val="000000"/>
                <w:sz w:val="15"/>
              </w:rPr>
              <w:t>povratna informacija: opis vidne likovne odločitve, povezava z enim merilom in izvedljiv naslednji korak</w:t>
            </w:r>
          </w:p>
          <w:p w14:paraId="08D1C054" w14:textId="77777777" w:rsidR="00080BF0" w:rsidRDefault="00000000">
            <w:pPr>
              <w:pStyle w:val="Oznaenseznam"/>
              <w:spacing w:after="16"/>
            </w:pPr>
            <w:r>
              <w:rPr>
                <w:color w:val="000000"/>
                <w:sz w:val="15"/>
              </w:rPr>
              <w:t>samovrednotenje: likovni semafor, lestvica samostojnosti, izbran dokaz, galerijski odziv in izboljšava</w:t>
            </w:r>
          </w:p>
          <w:p w14:paraId="71CBFC34" w14:textId="77777777" w:rsidR="00080BF0" w:rsidRDefault="00000000">
            <w:pPr>
              <w:spacing w:before="40" w:after="20" w:line="245" w:lineRule="auto"/>
            </w:pPr>
            <w:r>
              <w:rPr>
                <w:b/>
                <w:color w:val="000000"/>
                <w:sz w:val="17"/>
              </w:rPr>
              <w:t>VARNOST, HIGIENA IN UREDITEV PROSTORA</w:t>
            </w:r>
          </w:p>
          <w:p w14:paraId="399755BC"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Škarje so prilagojene starosti, rezanje poteka sede in vedno stran od telesa.</w:t>
            </w:r>
          </w:p>
          <w:p w14:paraId="7DC0EBC7" w14:textId="77777777" w:rsidR="00080BF0" w:rsidRDefault="00000000">
            <w:pPr>
              <w:spacing w:after="20" w:line="245" w:lineRule="auto"/>
            </w:pPr>
            <w:r>
              <w:rPr>
                <w:b/>
                <w:color w:val="000000"/>
                <w:sz w:val="17"/>
              </w:rPr>
              <w:t>EVIDENCA PO IZVEDBI</w:t>
            </w:r>
          </w:p>
          <w:p w14:paraId="6D22335E"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54198393" w14:textId="77777777" w:rsidR="00080BF0" w:rsidRDefault="00000000">
            <w:pPr>
              <w:spacing w:before="40" w:after="20" w:line="245" w:lineRule="auto"/>
            </w:pPr>
            <w:r>
              <w:rPr>
                <w:b/>
                <w:color w:val="000000"/>
                <w:sz w:val="17"/>
              </w:rPr>
              <w:t>RAVEN DOSEGANJA</w:t>
            </w:r>
          </w:p>
          <w:p w14:paraId="71D983ED"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40A72005"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AFDA42E" w14:textId="77777777">
              <w:trPr>
                <w:jc w:val="center"/>
              </w:trPr>
              <w:tc>
                <w:tcPr>
                  <w:tcW w:w="7087" w:type="dxa"/>
                  <w:shd w:val="clear" w:color="auto" w:fill="EDC9EA"/>
                  <w:tcMar>
                    <w:top w:w="45" w:type="dxa"/>
                    <w:left w:w="70" w:type="dxa"/>
                    <w:bottom w:w="45" w:type="dxa"/>
                    <w:right w:w="70" w:type="dxa"/>
                  </w:tcMar>
                </w:tcPr>
                <w:p w14:paraId="668442A5" w14:textId="77777777" w:rsidR="00080BF0" w:rsidRDefault="00000000">
                  <w:pPr>
                    <w:keepNext/>
                  </w:pPr>
                  <w:r>
                    <w:rPr>
                      <w:b/>
                      <w:color w:val="000000"/>
                    </w:rPr>
                    <w:t>VPRAŠANJA V PODPORO LIKOVNEMU UČENJU</w:t>
                  </w:r>
                </w:p>
              </w:tc>
            </w:tr>
          </w:tbl>
          <w:p w14:paraId="6F907CA8" w14:textId="77777777" w:rsidR="00080BF0" w:rsidRDefault="00080BF0">
            <w:pPr>
              <w:spacing w:line="20" w:lineRule="exact"/>
            </w:pPr>
          </w:p>
          <w:p w14:paraId="150B344B" w14:textId="77777777" w:rsidR="00080BF0" w:rsidRDefault="00000000">
            <w:pPr>
              <w:pStyle w:val="Oznaenseznam"/>
              <w:spacing w:after="16"/>
            </w:pPr>
            <w:r>
              <w:rPr>
                <w:color w:val="000000"/>
                <w:sz w:val="16"/>
              </w:rPr>
              <w:t>Kaj si najprej opazil/-a in katera likovna prvina je zate najpomembnejša?</w:t>
            </w:r>
          </w:p>
          <w:p w14:paraId="69E1CD14" w14:textId="77777777" w:rsidR="00080BF0" w:rsidRDefault="00000000">
            <w:pPr>
              <w:pStyle w:val="Oznaenseznam"/>
              <w:spacing w:after="16"/>
            </w:pPr>
            <w:r>
              <w:rPr>
                <w:color w:val="000000"/>
                <w:sz w:val="16"/>
              </w:rPr>
              <w:t>Kako je material ali postopek vplival na črto, barvo, obliko, površino, prostor oziroma delovanje izdelka?</w:t>
            </w:r>
          </w:p>
          <w:p w14:paraId="16855C13" w14:textId="77777777" w:rsidR="00080BF0" w:rsidRDefault="00000000">
            <w:pPr>
              <w:pStyle w:val="Oznaenseznam"/>
              <w:spacing w:after="16"/>
            </w:pPr>
            <w:r>
              <w:rPr>
                <w:color w:val="000000"/>
                <w:sz w:val="16"/>
              </w:rPr>
              <w:t>Katero možnost si preizkusil/-a, zakaj si jo izbral/-a in kaj si ob poskusu spremenil/-a?</w:t>
            </w:r>
          </w:p>
          <w:p w14:paraId="1529F648" w14:textId="77777777" w:rsidR="00080BF0" w:rsidRDefault="00000000">
            <w:pPr>
              <w:pStyle w:val="Oznaenseznam"/>
              <w:spacing w:after="16"/>
            </w:pPr>
            <w:r>
              <w:rPr>
                <w:color w:val="000000"/>
                <w:sz w:val="16"/>
              </w:rPr>
              <w:t>Kateri del tvojega procesa ali izdelka najjasneje pokaže dogovorjeno merilo?</w:t>
            </w:r>
          </w:p>
          <w:p w14:paraId="05D9F689"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71A517D1" w14:textId="77777777">
              <w:trPr>
                <w:jc w:val="center"/>
              </w:trPr>
              <w:tc>
                <w:tcPr>
                  <w:tcW w:w="7087" w:type="dxa"/>
                  <w:shd w:val="clear" w:color="auto" w:fill="C6E7F3"/>
                  <w:tcMar>
                    <w:top w:w="45" w:type="dxa"/>
                    <w:left w:w="70" w:type="dxa"/>
                    <w:bottom w:w="45" w:type="dxa"/>
                    <w:right w:w="70" w:type="dxa"/>
                  </w:tcMar>
                </w:tcPr>
                <w:p w14:paraId="15D39919" w14:textId="77777777" w:rsidR="00080BF0" w:rsidRDefault="00000000">
                  <w:pPr>
                    <w:keepNext/>
                  </w:pPr>
                  <w:r>
                    <w:rPr>
                      <w:b/>
                      <w:color w:val="000000"/>
                    </w:rPr>
                    <w:t>ZAKLJUČNI DEL – TIHA GALERIJA, RAZLAGA IN REFLEKSIJA (8–12 min)</w:t>
                  </w:r>
                </w:p>
              </w:tc>
            </w:tr>
          </w:tbl>
          <w:p w14:paraId="658F8E8E" w14:textId="77777777" w:rsidR="00080BF0" w:rsidRDefault="00080BF0">
            <w:pPr>
              <w:spacing w:line="20" w:lineRule="exact"/>
            </w:pPr>
          </w:p>
          <w:p w14:paraId="4F5CD180"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7C16FC67" w14:textId="77777777">
              <w:trPr>
                <w:jc w:val="center"/>
              </w:trPr>
              <w:tc>
                <w:tcPr>
                  <w:tcW w:w="7087" w:type="dxa"/>
                  <w:shd w:val="clear" w:color="auto" w:fill="EDC9EA"/>
                  <w:tcMar>
                    <w:top w:w="45" w:type="dxa"/>
                    <w:left w:w="70" w:type="dxa"/>
                    <w:bottom w:w="45" w:type="dxa"/>
                    <w:right w:w="70" w:type="dxa"/>
                  </w:tcMar>
                </w:tcPr>
                <w:p w14:paraId="36DDF544" w14:textId="77777777" w:rsidR="00080BF0" w:rsidRDefault="00000000">
                  <w:pPr>
                    <w:keepNext/>
                  </w:pPr>
                  <w:r>
                    <w:rPr>
                      <w:b/>
                      <w:color w:val="000000"/>
                    </w:rPr>
                    <w:t>SAMOVREDNOTENJE</w:t>
                  </w:r>
                </w:p>
              </w:tc>
            </w:tr>
          </w:tbl>
          <w:p w14:paraId="18DDFF4B" w14:textId="77777777" w:rsidR="00080BF0" w:rsidRDefault="00080BF0">
            <w:pPr>
              <w:spacing w:line="20" w:lineRule="exact"/>
            </w:pPr>
          </w:p>
          <w:p w14:paraId="1797AE19"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38BFB7A4" w14:textId="77777777">
              <w:trPr>
                <w:jc w:val="center"/>
              </w:trPr>
              <w:tc>
                <w:tcPr>
                  <w:tcW w:w="7087" w:type="dxa"/>
                  <w:shd w:val="clear" w:color="auto" w:fill="EDC9EA"/>
                  <w:tcMar>
                    <w:top w:w="45" w:type="dxa"/>
                    <w:left w:w="70" w:type="dxa"/>
                    <w:bottom w:w="45" w:type="dxa"/>
                    <w:right w:w="70" w:type="dxa"/>
                  </w:tcMar>
                </w:tcPr>
                <w:p w14:paraId="30FEC45B" w14:textId="77777777" w:rsidR="00080BF0" w:rsidRDefault="00000000">
                  <w:pPr>
                    <w:keepNext/>
                  </w:pPr>
                  <w:r>
                    <w:rPr>
                      <w:b/>
                      <w:color w:val="000000"/>
                    </w:rPr>
                    <w:t>VRSTNIŠKO VREDNOTENJE</w:t>
                  </w:r>
                </w:p>
              </w:tc>
            </w:tr>
          </w:tbl>
          <w:p w14:paraId="2DF4ED97" w14:textId="77777777" w:rsidR="00080BF0" w:rsidRDefault="00080BF0">
            <w:pPr>
              <w:spacing w:line="20" w:lineRule="exact"/>
            </w:pPr>
          </w:p>
          <w:p w14:paraId="284B799F"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094BFBAF" w14:textId="77777777">
              <w:trPr>
                <w:jc w:val="center"/>
              </w:trPr>
              <w:tc>
                <w:tcPr>
                  <w:tcW w:w="7087" w:type="dxa"/>
                  <w:shd w:val="clear" w:color="auto" w:fill="EDC9EA"/>
                  <w:tcMar>
                    <w:top w:w="45" w:type="dxa"/>
                    <w:left w:w="70" w:type="dxa"/>
                    <w:bottom w:w="45" w:type="dxa"/>
                    <w:right w:w="70" w:type="dxa"/>
                  </w:tcMar>
                </w:tcPr>
                <w:p w14:paraId="72859257" w14:textId="77777777" w:rsidR="00080BF0" w:rsidRDefault="00000000">
                  <w:pPr>
                    <w:keepNext/>
                  </w:pPr>
                  <w:r>
                    <w:rPr>
                      <w:b/>
                      <w:color w:val="000000"/>
                    </w:rPr>
                    <w:t>SKUPNI POVZETEK</w:t>
                  </w:r>
                </w:p>
              </w:tc>
            </w:tr>
          </w:tbl>
          <w:p w14:paraId="43032797" w14:textId="77777777" w:rsidR="00080BF0" w:rsidRDefault="00080BF0"/>
          <w:p w14:paraId="6B129C7A" w14:textId="77777777" w:rsidR="00080BF0" w:rsidRDefault="00000000">
            <w:pPr>
              <w:spacing w:before="20" w:after="40" w:line="245" w:lineRule="auto"/>
            </w:pPr>
            <w:r>
              <w:rPr>
                <w:b/>
                <w:color w:val="000000"/>
                <w:sz w:val="16"/>
              </w:rPr>
              <w:t>izbira znake in podobe; uporabim kolaž; jasno posreduje sporočilo. Izbrani dokaz pojasnim in po povratni informaciji izboljšam.</w:t>
            </w:r>
          </w:p>
        </w:tc>
        <w:tc>
          <w:tcPr>
            <w:tcW w:w="2551" w:type="dxa"/>
            <w:tcMar>
              <w:top w:w="70" w:type="dxa"/>
              <w:left w:w="90" w:type="dxa"/>
              <w:bottom w:w="70" w:type="dxa"/>
              <w:right w:w="90" w:type="dxa"/>
            </w:tcMar>
          </w:tcPr>
          <w:p w14:paraId="4409DF3E" w14:textId="77777777" w:rsidR="00080BF0" w:rsidRDefault="00080BF0"/>
          <w:p w14:paraId="49C62F28" w14:textId="77777777" w:rsidR="00080BF0" w:rsidRDefault="00000000">
            <w:pPr>
              <w:spacing w:after="80" w:line="245" w:lineRule="auto"/>
            </w:pPr>
            <w:r>
              <w:rPr>
                <w:color w:val="000000"/>
                <w:sz w:val="15"/>
              </w:rPr>
              <w:t>Odgovarja na podporna vprašanja in se sklicuje na opaženo, preizkušeno, ustvarjeno ali razstavljeno.</w:t>
            </w:r>
          </w:p>
          <w:p w14:paraId="530BDF02" w14:textId="77777777" w:rsidR="00080BF0" w:rsidRDefault="00000000">
            <w:pPr>
              <w:spacing w:after="80" w:line="245" w:lineRule="auto"/>
            </w:pPr>
            <w:r>
              <w:rPr>
                <w:color w:val="000000"/>
                <w:sz w:val="15"/>
              </w:rPr>
              <w:t>Predstavi izbrani procesni ali izdelkovni dokaz ter pove, katero merilo z njim pokaže.</w:t>
            </w:r>
          </w:p>
          <w:p w14:paraId="09772287" w14:textId="77777777" w:rsidR="00080BF0" w:rsidRDefault="00000000">
            <w:pPr>
              <w:spacing w:after="80" w:line="245" w:lineRule="auto"/>
            </w:pPr>
            <w:r>
              <w:rPr>
                <w:color w:val="000000"/>
                <w:sz w:val="15"/>
              </w:rPr>
              <w:t>Tiho opazuje vrstnikovo delo, opiše eno konkretno likovno rešitev in poda prijazen predlog.</w:t>
            </w:r>
          </w:p>
          <w:p w14:paraId="3A743D81" w14:textId="77777777" w:rsidR="00080BF0" w:rsidRDefault="00000000">
            <w:pPr>
              <w:spacing w:after="80" w:line="245" w:lineRule="auto"/>
            </w:pPr>
            <w:r>
              <w:rPr>
                <w:color w:val="000000"/>
                <w:sz w:val="15"/>
              </w:rPr>
              <w:t>Po povratni informaciji po želji ponovi poskus, spremeni podrobnost, izboljša spoj, razporeditev ali razlago.</w:t>
            </w:r>
          </w:p>
          <w:p w14:paraId="18685B00" w14:textId="77777777" w:rsidR="00080BF0" w:rsidRDefault="00000000">
            <w:pPr>
              <w:spacing w:after="100" w:line="245" w:lineRule="auto"/>
            </w:pPr>
            <w:r>
              <w:rPr>
                <w:color w:val="000000"/>
                <w:sz w:val="15"/>
              </w:rPr>
              <w:t>Izbere raven samostojnosti ter določi majhen in izvedljiv naslednji ustvarjalni korak.</w:t>
            </w:r>
          </w:p>
          <w:p w14:paraId="7677E05E" w14:textId="77777777" w:rsidR="00080BF0" w:rsidRDefault="00000000">
            <w:pPr>
              <w:spacing w:after="20" w:line="245" w:lineRule="auto"/>
            </w:pPr>
            <w:r>
              <w:rPr>
                <w:b/>
                <w:color w:val="D95BC6"/>
                <w:sz w:val="17"/>
              </w:rPr>
              <w:t>DOKAZ O UČENJU</w:t>
            </w:r>
          </w:p>
          <w:p w14:paraId="6FE78063"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5CF538D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6EED99B6" w14:textId="77777777">
        <w:trPr>
          <w:cantSplit/>
          <w:jc w:val="center"/>
        </w:trPr>
        <w:tc>
          <w:tcPr>
            <w:tcW w:w="14060" w:type="dxa"/>
            <w:gridSpan w:val="6"/>
            <w:tcMar>
              <w:top w:w="70" w:type="dxa"/>
              <w:left w:w="90" w:type="dxa"/>
              <w:bottom w:w="70" w:type="dxa"/>
              <w:right w:w="90" w:type="dxa"/>
            </w:tcMar>
            <w:vAlign w:val="center"/>
          </w:tcPr>
          <w:p w14:paraId="4692204A" w14:textId="77777777" w:rsidR="00080BF0" w:rsidRDefault="00000000">
            <w:pPr>
              <w:jc w:val="center"/>
            </w:pPr>
            <w:r>
              <w:rPr>
                <w:b/>
                <w:color w:val="000000"/>
                <w:sz w:val="24"/>
              </w:rPr>
              <w:lastRenderedPageBreak/>
              <w:t>UČNA PRIPRAVA 26/39</w:t>
            </w:r>
          </w:p>
        </w:tc>
      </w:tr>
      <w:tr w:rsidR="00080BF0" w14:paraId="00BBB82C" w14:textId="77777777">
        <w:trPr>
          <w:jc w:val="center"/>
        </w:trPr>
        <w:tc>
          <w:tcPr>
            <w:tcW w:w="2665" w:type="dxa"/>
            <w:tcMar>
              <w:top w:w="70" w:type="dxa"/>
              <w:left w:w="90" w:type="dxa"/>
              <w:bottom w:w="70" w:type="dxa"/>
              <w:right w:w="90" w:type="dxa"/>
            </w:tcMar>
            <w:vAlign w:val="center"/>
          </w:tcPr>
          <w:p w14:paraId="2C2ECB5C"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A3C6629"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1A27EF4A"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913ACCC" w14:textId="77777777" w:rsidR="00080BF0" w:rsidRDefault="00000000">
            <w:r>
              <w:rPr>
                <w:b/>
                <w:color w:val="000000"/>
                <w:sz w:val="16"/>
              </w:rPr>
              <w:t xml:space="preserve">NAČRTOVANI TERMIN: </w:t>
            </w:r>
            <w:r>
              <w:rPr>
                <w:color w:val="000000"/>
                <w:sz w:val="16"/>
              </w:rPr>
              <w:t>26. teden • 15.–19. 3. 2027</w:t>
            </w:r>
          </w:p>
        </w:tc>
        <w:tc>
          <w:tcPr>
            <w:tcW w:w="2268" w:type="dxa"/>
            <w:tcMar>
              <w:top w:w="70" w:type="dxa"/>
              <w:left w:w="90" w:type="dxa"/>
              <w:bottom w:w="70" w:type="dxa"/>
              <w:right w:w="90" w:type="dxa"/>
            </w:tcMar>
            <w:vAlign w:val="center"/>
          </w:tcPr>
          <w:p w14:paraId="52D8C974"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1B53B95" w14:textId="77777777" w:rsidR="00080BF0" w:rsidRDefault="00000000">
            <w:r>
              <w:rPr>
                <w:b/>
                <w:color w:val="000000"/>
                <w:sz w:val="16"/>
              </w:rPr>
              <w:t xml:space="preserve">ŠTEVILO UR: </w:t>
            </w:r>
            <w:r>
              <w:rPr>
                <w:color w:val="000000"/>
                <w:sz w:val="16"/>
              </w:rPr>
              <w:t>2</w:t>
            </w:r>
          </w:p>
        </w:tc>
      </w:tr>
      <w:tr w:rsidR="00080BF0" w14:paraId="3EE609E8" w14:textId="77777777">
        <w:trPr>
          <w:jc w:val="center"/>
        </w:trPr>
        <w:tc>
          <w:tcPr>
            <w:tcW w:w="14061" w:type="dxa"/>
            <w:gridSpan w:val="6"/>
            <w:tcMar>
              <w:top w:w="70" w:type="dxa"/>
              <w:left w:w="90" w:type="dxa"/>
              <w:bottom w:w="70" w:type="dxa"/>
              <w:right w:w="90" w:type="dxa"/>
            </w:tcMar>
            <w:vAlign w:val="center"/>
          </w:tcPr>
          <w:p w14:paraId="3C9518D2"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0BF88EE9" w14:textId="77777777">
        <w:trPr>
          <w:cantSplit/>
          <w:jc w:val="center"/>
        </w:trPr>
        <w:tc>
          <w:tcPr>
            <w:tcW w:w="14060" w:type="dxa"/>
            <w:gridSpan w:val="6"/>
            <w:tcMar>
              <w:top w:w="70" w:type="dxa"/>
              <w:left w:w="90" w:type="dxa"/>
              <w:bottom w:w="70" w:type="dxa"/>
              <w:right w:w="90" w:type="dxa"/>
            </w:tcMar>
            <w:vAlign w:val="center"/>
          </w:tcPr>
          <w:p w14:paraId="1A16D184" w14:textId="77777777" w:rsidR="00080BF0" w:rsidRDefault="00080BF0"/>
          <w:p w14:paraId="78706C52" w14:textId="77777777" w:rsidR="00080BF0" w:rsidRDefault="00000000">
            <w:pPr>
              <w:spacing w:line="245" w:lineRule="auto"/>
            </w:pPr>
            <w:r>
              <w:rPr>
                <w:b/>
                <w:color w:val="000000"/>
                <w:sz w:val="15"/>
              </w:rPr>
              <w:t xml:space="preserve">UČNI SKLOP: </w:t>
            </w:r>
            <w:r>
              <w:rPr>
                <w:color w:val="000000"/>
                <w:sz w:val="15"/>
              </w:rPr>
              <w:t>ŽIVIM ZDRAVO – JAZ IN DOBRO POČUTJE</w:t>
            </w:r>
          </w:p>
        </w:tc>
      </w:tr>
      <w:tr w:rsidR="00080BF0" w14:paraId="78166578" w14:textId="77777777">
        <w:trPr>
          <w:cantSplit/>
          <w:jc w:val="center"/>
        </w:trPr>
        <w:tc>
          <w:tcPr>
            <w:tcW w:w="14060" w:type="dxa"/>
            <w:gridSpan w:val="6"/>
            <w:tcMar>
              <w:top w:w="70" w:type="dxa"/>
              <w:left w:w="90" w:type="dxa"/>
              <w:bottom w:w="70" w:type="dxa"/>
              <w:right w:w="90" w:type="dxa"/>
            </w:tcMar>
            <w:vAlign w:val="center"/>
          </w:tcPr>
          <w:p w14:paraId="598F43B4" w14:textId="77777777" w:rsidR="00080BF0" w:rsidRDefault="00080BF0"/>
          <w:p w14:paraId="68254008" w14:textId="77777777" w:rsidR="00080BF0" w:rsidRDefault="00000000">
            <w:pPr>
              <w:spacing w:line="245" w:lineRule="auto"/>
            </w:pPr>
            <w:r>
              <w:rPr>
                <w:b/>
                <w:color w:val="000000"/>
                <w:sz w:val="15"/>
              </w:rPr>
              <w:t xml:space="preserve">UČNA TEMA: </w:t>
            </w:r>
            <w:r>
              <w:rPr>
                <w:color w:val="000000"/>
                <w:sz w:val="15"/>
              </w:rPr>
              <w:t>BARVA IN POČUTJE</w:t>
            </w:r>
          </w:p>
        </w:tc>
      </w:tr>
      <w:tr w:rsidR="00080BF0" w14:paraId="105E563F" w14:textId="77777777">
        <w:trPr>
          <w:cantSplit/>
          <w:jc w:val="center"/>
        </w:trPr>
        <w:tc>
          <w:tcPr>
            <w:tcW w:w="14060" w:type="dxa"/>
            <w:gridSpan w:val="6"/>
            <w:tcMar>
              <w:top w:w="70" w:type="dxa"/>
              <w:left w:w="90" w:type="dxa"/>
              <w:bottom w:w="70" w:type="dxa"/>
              <w:right w:w="90" w:type="dxa"/>
            </w:tcMar>
            <w:vAlign w:val="center"/>
          </w:tcPr>
          <w:p w14:paraId="0E3FA262" w14:textId="77777777" w:rsidR="00080BF0" w:rsidRDefault="00080BF0"/>
          <w:p w14:paraId="3A4551C2" w14:textId="77777777" w:rsidR="00080BF0" w:rsidRDefault="00000000">
            <w:pPr>
              <w:spacing w:line="245" w:lineRule="auto"/>
            </w:pPr>
            <w:r>
              <w:rPr>
                <w:b/>
                <w:color w:val="000000"/>
                <w:sz w:val="15"/>
              </w:rPr>
              <w:t xml:space="preserve">KNJIŽEVNO / MOTIVNO IZHODIŠČE: </w:t>
            </w:r>
            <w:r>
              <w:rPr>
                <w:color w:val="000000"/>
                <w:sz w:val="15"/>
              </w:rPr>
              <w:t>»Žabji kralj« – brata Grimm • obljuba, pomoč, občutki in sprememba</w:t>
            </w:r>
          </w:p>
        </w:tc>
      </w:tr>
      <w:tr w:rsidR="00080BF0" w14:paraId="405669DE" w14:textId="77777777">
        <w:trPr>
          <w:cantSplit/>
          <w:jc w:val="center"/>
        </w:trPr>
        <w:tc>
          <w:tcPr>
            <w:tcW w:w="14060" w:type="dxa"/>
            <w:gridSpan w:val="6"/>
            <w:tcMar>
              <w:top w:w="70" w:type="dxa"/>
              <w:left w:w="90" w:type="dxa"/>
              <w:bottom w:w="70" w:type="dxa"/>
              <w:right w:w="90" w:type="dxa"/>
            </w:tcMar>
            <w:vAlign w:val="center"/>
          </w:tcPr>
          <w:p w14:paraId="0E1F6F67" w14:textId="77777777" w:rsidR="00080BF0" w:rsidRDefault="00080BF0"/>
          <w:p w14:paraId="670184F4" w14:textId="77777777" w:rsidR="00080BF0" w:rsidRDefault="00000000">
            <w:pPr>
              <w:spacing w:line="245" w:lineRule="auto"/>
            </w:pPr>
            <w:r>
              <w:rPr>
                <w:b/>
                <w:color w:val="000000"/>
                <w:sz w:val="15"/>
              </w:rPr>
              <w:t xml:space="preserve">LIKOVNO IZHODIŠČE / MOTIVACIJA: </w:t>
            </w:r>
            <w:r>
              <w:rPr>
                <w:color w:val="000000"/>
                <w:sz w:val="15"/>
              </w:rPr>
              <w:t>barva iz zgodbe izgubi svoje razpoloženje; učenci z opazovanjem, mešanjem in gibalnim odzivom ugotavljajo, kako bi jo ponovno izrazili v motivu »barva in počutje«. Tematska rešitev: ustvari žabji lik in barvno prikaže počutje.</w:t>
            </w:r>
          </w:p>
        </w:tc>
      </w:tr>
      <w:tr w:rsidR="00080BF0" w14:paraId="2A5DCAD3" w14:textId="77777777">
        <w:trPr>
          <w:cantSplit/>
          <w:jc w:val="center"/>
        </w:trPr>
        <w:tc>
          <w:tcPr>
            <w:tcW w:w="14060" w:type="dxa"/>
            <w:gridSpan w:val="6"/>
            <w:tcMar>
              <w:top w:w="70" w:type="dxa"/>
              <w:left w:w="90" w:type="dxa"/>
              <w:bottom w:w="70" w:type="dxa"/>
              <w:right w:w="90" w:type="dxa"/>
            </w:tcMar>
            <w:vAlign w:val="center"/>
          </w:tcPr>
          <w:p w14:paraId="4E2852B3" w14:textId="77777777" w:rsidR="00080BF0" w:rsidRDefault="00080BF0"/>
          <w:p w14:paraId="7BF969D3" w14:textId="77777777" w:rsidR="00080BF0" w:rsidRDefault="00000000">
            <w:pPr>
              <w:spacing w:line="245" w:lineRule="auto"/>
            </w:pPr>
            <w:r>
              <w:rPr>
                <w:b/>
                <w:color w:val="000000"/>
                <w:sz w:val="15"/>
              </w:rPr>
              <w:t xml:space="preserve">UČNE ENOTE: </w:t>
            </w:r>
            <w:r>
              <w:rPr>
                <w:color w:val="000000"/>
                <w:sz w:val="15"/>
              </w:rPr>
              <w:t>1. ura – Barva in počutje – Opazujem, preizkušam, načrtujem • 2. ura – Barva in počutje – Ustvarjam, predstavim, izboljšam</w:t>
            </w:r>
          </w:p>
        </w:tc>
      </w:tr>
      <w:tr w:rsidR="00080BF0" w14:paraId="4F3F49E2" w14:textId="77777777">
        <w:trPr>
          <w:cantSplit/>
          <w:jc w:val="center"/>
        </w:trPr>
        <w:tc>
          <w:tcPr>
            <w:tcW w:w="14060" w:type="dxa"/>
            <w:gridSpan w:val="6"/>
            <w:tcMar>
              <w:top w:w="70" w:type="dxa"/>
              <w:left w:w="90" w:type="dxa"/>
              <w:bottom w:w="70" w:type="dxa"/>
              <w:right w:w="90" w:type="dxa"/>
            </w:tcMar>
            <w:vAlign w:val="center"/>
          </w:tcPr>
          <w:p w14:paraId="6B3ACE33" w14:textId="77777777" w:rsidR="00080BF0" w:rsidRDefault="00080BF0"/>
          <w:p w14:paraId="4A057AA8"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00068768" w14:textId="77777777">
        <w:trPr>
          <w:cantSplit/>
          <w:jc w:val="center"/>
        </w:trPr>
        <w:tc>
          <w:tcPr>
            <w:tcW w:w="14060" w:type="dxa"/>
            <w:gridSpan w:val="6"/>
            <w:tcMar>
              <w:top w:w="70" w:type="dxa"/>
              <w:left w:w="90" w:type="dxa"/>
              <w:bottom w:w="70" w:type="dxa"/>
              <w:right w:w="90" w:type="dxa"/>
            </w:tcMar>
            <w:vAlign w:val="center"/>
          </w:tcPr>
          <w:p w14:paraId="4A024E8C" w14:textId="77777777" w:rsidR="00080BF0" w:rsidRDefault="00080BF0"/>
          <w:p w14:paraId="558C3CD4"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18DCD4CA" w14:textId="77777777">
        <w:trPr>
          <w:cantSplit/>
          <w:jc w:val="center"/>
        </w:trPr>
        <w:tc>
          <w:tcPr>
            <w:tcW w:w="14060" w:type="dxa"/>
            <w:gridSpan w:val="6"/>
            <w:tcMar>
              <w:top w:w="70" w:type="dxa"/>
              <w:left w:w="90" w:type="dxa"/>
              <w:bottom w:w="70" w:type="dxa"/>
              <w:right w:w="90" w:type="dxa"/>
            </w:tcMar>
            <w:vAlign w:val="center"/>
          </w:tcPr>
          <w:p w14:paraId="158553F6" w14:textId="77777777" w:rsidR="00080BF0" w:rsidRDefault="00080BF0"/>
          <w:p w14:paraId="36F2BA2B"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7670E0F5" w14:textId="77777777">
        <w:trPr>
          <w:cantSplit/>
          <w:jc w:val="center"/>
        </w:trPr>
        <w:tc>
          <w:tcPr>
            <w:tcW w:w="14060" w:type="dxa"/>
            <w:gridSpan w:val="6"/>
            <w:tcMar>
              <w:top w:w="70" w:type="dxa"/>
              <w:left w:w="90" w:type="dxa"/>
              <w:bottom w:w="70" w:type="dxa"/>
              <w:right w:w="90" w:type="dxa"/>
            </w:tcMar>
            <w:vAlign w:val="center"/>
          </w:tcPr>
          <w:p w14:paraId="6ADC107D" w14:textId="77777777" w:rsidR="00080BF0" w:rsidRDefault="00080BF0"/>
          <w:p w14:paraId="177173B7" w14:textId="77777777" w:rsidR="00080BF0" w:rsidRDefault="00000000">
            <w:pPr>
              <w:spacing w:line="245" w:lineRule="auto"/>
            </w:pPr>
            <w:r>
              <w:rPr>
                <w:b/>
                <w:color w:val="000000"/>
                <w:sz w:val="15"/>
              </w:rPr>
              <w:t xml:space="preserve">MEDPREDMETNE POVEZAVE: </w:t>
            </w:r>
            <w:r>
              <w:rPr>
                <w:color w:val="000000"/>
                <w:sz w:val="15"/>
              </w:rPr>
              <w:t>SPO – obljuba, pomoč, občutki in sprememba; SLJ – poslušanje, opis opažanja, poimenovanje postopka in predstavitev; MAT – oblike, razvrščanje, vzorci in prostorski odnosi; ŠPO – gibalna črta, telesna skulptura, smer in ravnotežje; GUM – ritem, ponavljanje, kontrast in razpoloženje</w:t>
            </w:r>
          </w:p>
        </w:tc>
      </w:tr>
      <w:tr w:rsidR="00080BF0" w14:paraId="2AECD5E8" w14:textId="77777777">
        <w:trPr>
          <w:cantSplit/>
          <w:jc w:val="center"/>
        </w:trPr>
        <w:tc>
          <w:tcPr>
            <w:tcW w:w="14060" w:type="dxa"/>
            <w:gridSpan w:val="6"/>
            <w:tcMar>
              <w:top w:w="70" w:type="dxa"/>
              <w:left w:w="90" w:type="dxa"/>
              <w:bottom w:w="70" w:type="dxa"/>
              <w:right w:w="90" w:type="dxa"/>
            </w:tcMar>
            <w:vAlign w:val="center"/>
          </w:tcPr>
          <w:p w14:paraId="63732105" w14:textId="77777777" w:rsidR="00080BF0" w:rsidRDefault="00080BF0"/>
          <w:p w14:paraId="52C6AD22" w14:textId="77777777" w:rsidR="00080BF0" w:rsidRDefault="00000000">
            <w:pPr>
              <w:spacing w:line="245" w:lineRule="auto"/>
            </w:pPr>
            <w:r>
              <w:rPr>
                <w:b/>
                <w:color w:val="000000"/>
                <w:sz w:val="15"/>
              </w:rPr>
              <w:t xml:space="preserve">UČNA SREDSTVA IN PRIPOMOČKI: </w:t>
            </w:r>
            <w:r>
              <w:rPr>
                <w:color w:val="000000"/>
                <w:sz w:val="15"/>
              </w:rPr>
              <w:t>debelejši papir, tempera ali vodene barve, čopiči različnih širin, palete, lončki za vodo, gobice, krpe in zaščita miz; fotografija, reprodukcija ali resnični predmet za opazovanje; kartice namena in meril; talne oznake štirih postaj; mapa dokazov; sredstva za čiščenje in pospravljanje</w:t>
            </w:r>
          </w:p>
        </w:tc>
      </w:tr>
      <w:tr w:rsidR="00080BF0" w14:paraId="488F488D" w14:textId="77777777">
        <w:trPr>
          <w:cantSplit/>
          <w:jc w:val="center"/>
        </w:trPr>
        <w:tc>
          <w:tcPr>
            <w:tcW w:w="14060" w:type="dxa"/>
            <w:gridSpan w:val="6"/>
            <w:tcMar>
              <w:top w:w="70" w:type="dxa"/>
              <w:left w:w="90" w:type="dxa"/>
              <w:bottom w:w="70" w:type="dxa"/>
              <w:right w:w="90" w:type="dxa"/>
            </w:tcMar>
            <w:vAlign w:val="center"/>
          </w:tcPr>
          <w:p w14:paraId="5AD6F5FA" w14:textId="77777777" w:rsidR="00080BF0" w:rsidRDefault="00080BF0"/>
          <w:p w14:paraId="03A769B7"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1F17061F" w14:textId="77777777">
        <w:trPr>
          <w:cantSplit/>
          <w:jc w:val="center"/>
        </w:trPr>
        <w:tc>
          <w:tcPr>
            <w:tcW w:w="14060" w:type="dxa"/>
            <w:gridSpan w:val="6"/>
            <w:tcMar>
              <w:top w:w="70" w:type="dxa"/>
              <w:left w:w="90" w:type="dxa"/>
              <w:bottom w:w="70" w:type="dxa"/>
              <w:right w:w="90" w:type="dxa"/>
            </w:tcMar>
            <w:vAlign w:val="center"/>
          </w:tcPr>
          <w:p w14:paraId="3BDF3678" w14:textId="77777777" w:rsidR="00080BF0" w:rsidRDefault="00080BF0"/>
          <w:p w14:paraId="7D396CFC"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4D04DB96" w14:textId="77777777">
        <w:trPr>
          <w:cantSplit/>
          <w:jc w:val="center"/>
        </w:trPr>
        <w:tc>
          <w:tcPr>
            <w:tcW w:w="14060" w:type="dxa"/>
            <w:gridSpan w:val="6"/>
            <w:tcMar>
              <w:top w:w="70" w:type="dxa"/>
              <w:left w:w="90" w:type="dxa"/>
              <w:bottom w:w="70" w:type="dxa"/>
              <w:right w:w="90" w:type="dxa"/>
            </w:tcMar>
            <w:vAlign w:val="center"/>
          </w:tcPr>
          <w:p w14:paraId="51528F6E" w14:textId="77777777" w:rsidR="00080BF0" w:rsidRDefault="00080BF0"/>
          <w:p w14:paraId="67554354"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4E68DCD0"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BF3D2A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7EBF0CE"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181CF20" w14:textId="77777777" w:rsidR="00080BF0" w:rsidRDefault="00000000">
            <w:pPr>
              <w:jc w:val="center"/>
            </w:pPr>
            <w:r>
              <w:rPr>
                <w:b/>
                <w:color w:val="000000"/>
                <w:sz w:val="20"/>
              </w:rPr>
              <w:t>UČNE DEJAVNOSTI, METODE IN FORMATIVNO SPREMLJANJE</w:t>
            </w:r>
          </w:p>
        </w:tc>
      </w:tr>
      <w:tr w:rsidR="00080BF0" w14:paraId="6BDE4A37" w14:textId="77777777">
        <w:trPr>
          <w:tblHeader/>
          <w:jc w:val="center"/>
        </w:trPr>
        <w:tc>
          <w:tcPr>
            <w:tcW w:w="4422" w:type="dxa"/>
            <w:vMerge/>
            <w:tcMar>
              <w:top w:w="70" w:type="dxa"/>
              <w:left w:w="90" w:type="dxa"/>
              <w:bottom w:w="70" w:type="dxa"/>
              <w:right w:w="90" w:type="dxa"/>
            </w:tcMar>
            <w:vAlign w:val="center"/>
          </w:tcPr>
          <w:p w14:paraId="23E3E8FE" w14:textId="77777777" w:rsidR="00080BF0" w:rsidRDefault="00080BF0"/>
        </w:tc>
        <w:tc>
          <w:tcPr>
            <w:tcW w:w="7087" w:type="dxa"/>
            <w:shd w:val="clear" w:color="auto" w:fill="FFFFFF"/>
            <w:tcMar>
              <w:top w:w="70" w:type="dxa"/>
              <w:left w:w="90" w:type="dxa"/>
              <w:bottom w:w="70" w:type="dxa"/>
              <w:right w:w="90" w:type="dxa"/>
            </w:tcMar>
            <w:vAlign w:val="center"/>
          </w:tcPr>
          <w:p w14:paraId="796E19D5"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FE1FE1D" w14:textId="77777777" w:rsidR="00080BF0" w:rsidRDefault="00000000">
            <w:pPr>
              <w:jc w:val="center"/>
            </w:pPr>
            <w:r>
              <w:rPr>
                <w:b/>
                <w:color w:val="000000"/>
              </w:rPr>
              <w:t>UČENEC</w:t>
            </w:r>
          </w:p>
        </w:tc>
      </w:tr>
      <w:tr w:rsidR="00080BF0" w14:paraId="3C89921A" w14:textId="77777777">
        <w:trPr>
          <w:jc w:val="center"/>
        </w:trPr>
        <w:tc>
          <w:tcPr>
            <w:tcW w:w="4422" w:type="dxa"/>
            <w:tcMar>
              <w:top w:w="70" w:type="dxa"/>
              <w:left w:w="90" w:type="dxa"/>
              <w:bottom w:w="70" w:type="dxa"/>
              <w:right w:w="90" w:type="dxa"/>
            </w:tcMar>
          </w:tcPr>
          <w:p w14:paraId="49D21C36" w14:textId="77777777" w:rsidR="00080BF0" w:rsidRDefault="00080BF0"/>
          <w:p w14:paraId="1C9123C1" w14:textId="77777777" w:rsidR="00080BF0" w:rsidRDefault="00000000">
            <w:pPr>
              <w:spacing w:after="60" w:line="245" w:lineRule="auto"/>
            </w:pPr>
            <w:r>
              <w:rPr>
                <w:b/>
                <w:color w:val="000000"/>
              </w:rPr>
              <w:t>UČNI CILJI</w:t>
            </w:r>
          </w:p>
          <w:p w14:paraId="07155851" w14:textId="77777777" w:rsidR="00080BF0" w:rsidRDefault="00000000">
            <w:pPr>
              <w:spacing w:after="20" w:line="245" w:lineRule="auto"/>
            </w:pPr>
            <w:r>
              <w:rPr>
                <w:b/>
                <w:color w:val="000000"/>
                <w:sz w:val="17"/>
              </w:rPr>
              <w:t>SPLOŠNI</w:t>
            </w:r>
          </w:p>
          <w:p w14:paraId="58E9CD8D"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1C7F87EC"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638E1936"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5D6A1A76"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4A8605A5" w14:textId="77777777" w:rsidR="00080BF0" w:rsidRDefault="00000000">
            <w:pPr>
              <w:spacing w:before="40" w:after="20" w:line="245" w:lineRule="auto"/>
            </w:pPr>
            <w:r>
              <w:rPr>
                <w:b/>
                <w:color w:val="000000"/>
                <w:sz w:val="17"/>
              </w:rPr>
              <w:t>OPERATIVNI</w:t>
            </w:r>
          </w:p>
          <w:p w14:paraId="1293708C" w14:textId="77777777" w:rsidR="00080BF0" w:rsidRDefault="00000000">
            <w:pPr>
              <w:pStyle w:val="Oznaenseznam"/>
              <w:spacing w:after="16"/>
            </w:pPr>
            <w:r>
              <w:rPr>
                <w:color w:val="000000"/>
                <w:sz w:val="16"/>
              </w:rPr>
              <w:t>poveže barvo z doživetjem</w:t>
            </w:r>
          </w:p>
          <w:p w14:paraId="3D516A06" w14:textId="77777777" w:rsidR="00080BF0" w:rsidRDefault="00000000">
            <w:pPr>
              <w:pStyle w:val="Oznaenseznam"/>
              <w:spacing w:after="16"/>
            </w:pPr>
            <w:r>
              <w:rPr>
                <w:color w:val="000000"/>
                <w:sz w:val="16"/>
              </w:rPr>
              <w:t>ustvari osebni simbol</w:t>
            </w:r>
          </w:p>
          <w:p w14:paraId="775D46BC" w14:textId="77777777" w:rsidR="00080BF0" w:rsidRDefault="00000000">
            <w:pPr>
              <w:pStyle w:val="Oznaenseznam"/>
              <w:spacing w:after="16"/>
            </w:pPr>
            <w:r>
              <w:rPr>
                <w:color w:val="000000"/>
                <w:sz w:val="16"/>
              </w:rPr>
              <w:t>spoštljivo predstavi izdelek</w:t>
            </w:r>
          </w:p>
          <w:p w14:paraId="506FA357" w14:textId="77777777" w:rsidR="00080BF0" w:rsidRDefault="00000000">
            <w:pPr>
              <w:spacing w:before="40" w:after="20" w:line="245" w:lineRule="auto"/>
            </w:pPr>
            <w:r>
              <w:rPr>
                <w:b/>
                <w:color w:val="000000"/>
                <w:sz w:val="17"/>
              </w:rPr>
              <w:t>PRIČAKOVANI DOSEŽKI / MINIMALNI POUDARKI</w:t>
            </w:r>
          </w:p>
          <w:p w14:paraId="65DA22FC" w14:textId="77777777" w:rsidR="00080BF0" w:rsidRDefault="00000000">
            <w:pPr>
              <w:pStyle w:val="Oznaenseznam"/>
              <w:spacing w:after="16"/>
            </w:pPr>
            <w:r>
              <w:rPr>
                <w:color w:val="000000"/>
                <w:sz w:val="15"/>
              </w:rPr>
              <w:t>samostojno oziroma z dogovorjeno oporo poveže barvo z doživetjem</w:t>
            </w:r>
          </w:p>
          <w:p w14:paraId="7C7D0A57" w14:textId="77777777" w:rsidR="00080BF0" w:rsidRDefault="00000000">
            <w:pPr>
              <w:pStyle w:val="Oznaenseznam"/>
              <w:spacing w:after="16"/>
            </w:pPr>
            <w:r>
              <w:rPr>
                <w:color w:val="000000"/>
                <w:sz w:val="15"/>
              </w:rPr>
              <w:t>samostojno oziroma z dogovorjeno oporo ustvari osebni simbol</w:t>
            </w:r>
          </w:p>
          <w:p w14:paraId="6402A1EA" w14:textId="77777777" w:rsidR="00080BF0" w:rsidRDefault="00000000">
            <w:pPr>
              <w:pStyle w:val="Oznaenseznam"/>
              <w:spacing w:after="16"/>
            </w:pPr>
            <w:r>
              <w:rPr>
                <w:color w:val="000000"/>
                <w:sz w:val="15"/>
              </w:rPr>
              <w:t>samostojno oziroma z dogovorjeno oporo spoštljivo predstavi izdelek</w:t>
            </w:r>
          </w:p>
        </w:tc>
        <w:tc>
          <w:tcPr>
            <w:tcW w:w="7087" w:type="dxa"/>
            <w:tcMar>
              <w:top w:w="70" w:type="dxa"/>
              <w:left w:w="90" w:type="dxa"/>
              <w:bottom w:w="70" w:type="dxa"/>
              <w:right w:w="90" w:type="dxa"/>
            </w:tcMar>
          </w:tcPr>
          <w:p w14:paraId="540A8704"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AFE5DC4" w14:textId="77777777">
              <w:trPr>
                <w:jc w:val="center"/>
              </w:trPr>
              <w:tc>
                <w:tcPr>
                  <w:tcW w:w="7087" w:type="dxa"/>
                  <w:shd w:val="clear" w:color="auto" w:fill="C6E7F3"/>
                  <w:tcMar>
                    <w:top w:w="45" w:type="dxa"/>
                    <w:left w:w="70" w:type="dxa"/>
                    <w:bottom w:w="45" w:type="dxa"/>
                    <w:right w:w="70" w:type="dxa"/>
                  </w:tcMar>
                </w:tcPr>
                <w:p w14:paraId="32EA8BB5" w14:textId="77777777" w:rsidR="00080BF0" w:rsidRDefault="00000000">
                  <w:pPr>
                    <w:keepNext/>
                  </w:pPr>
                  <w:r>
                    <w:rPr>
                      <w:b/>
                      <w:color w:val="000000"/>
                    </w:rPr>
                    <w:t>UVODNI DEL – likovna uganka, opazovanje, aktivacija predznanja in namen učenja (8–12 min)</w:t>
                  </w:r>
                </w:p>
              </w:tc>
            </w:tr>
          </w:tbl>
          <w:p w14:paraId="3B601F31" w14:textId="77777777" w:rsidR="00080BF0" w:rsidRDefault="00080BF0">
            <w:pPr>
              <w:spacing w:line="20" w:lineRule="exact"/>
            </w:pPr>
          </w:p>
          <w:p w14:paraId="71995F5C" w14:textId="77777777" w:rsidR="00080BF0" w:rsidRDefault="00000000">
            <w:pPr>
              <w:spacing w:before="40" w:after="60" w:line="245" w:lineRule="auto"/>
            </w:pPr>
            <w:r>
              <w:rPr>
                <w:color w:val="000000"/>
                <w:sz w:val="16"/>
              </w:rPr>
              <w:t>Ob književnem motivu »Žabji kralj« – brata Grimm učenci vstopijo v temo obljuba, pomoč, občutki in sprememba. Učiteljica pokaže fotografijo, reprodukcijo, predmet ali material in pove kratko likovno zgodbo: barva iz zgodbe izgubi svoje razpoloženje; učenci z opazovanjem, mešanjem in gibalnim odzivom ugotavljajo, kako bi jo ponovno izrazili v motivu »barva in počutje«. Tematska rešitev: ustvari žabji lik in barvno prikaže počutje.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36ACBCD8" w14:textId="77777777">
              <w:trPr>
                <w:jc w:val="center"/>
              </w:trPr>
              <w:tc>
                <w:tcPr>
                  <w:tcW w:w="7087" w:type="dxa"/>
                  <w:shd w:val="clear" w:color="auto" w:fill="EDC9EA"/>
                  <w:tcMar>
                    <w:top w:w="45" w:type="dxa"/>
                    <w:left w:w="70" w:type="dxa"/>
                    <w:bottom w:w="45" w:type="dxa"/>
                    <w:right w:w="70" w:type="dxa"/>
                  </w:tcMar>
                </w:tcPr>
                <w:p w14:paraId="23EC2DFB" w14:textId="77777777" w:rsidR="00080BF0" w:rsidRDefault="00000000">
                  <w:pPr>
                    <w:keepNext/>
                  </w:pPr>
                  <w:r>
                    <w:rPr>
                      <w:b/>
                      <w:color w:val="000000"/>
                    </w:rPr>
                    <w:t>NAMENI UČENJA</w:t>
                  </w:r>
                </w:p>
              </w:tc>
            </w:tr>
          </w:tbl>
          <w:p w14:paraId="1BD568F6" w14:textId="77777777" w:rsidR="00080BF0" w:rsidRDefault="00080BF0">
            <w:pPr>
              <w:spacing w:line="20" w:lineRule="exact"/>
            </w:pPr>
          </w:p>
          <w:p w14:paraId="65286B93"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5AB3C7CF" w14:textId="77777777" w:rsidR="00080BF0" w:rsidRDefault="00000000">
            <w:pPr>
              <w:pStyle w:val="Oznaenseznam"/>
              <w:spacing w:after="16"/>
            </w:pPr>
            <w:r>
              <w:rPr>
                <w:color w:val="000000"/>
                <w:sz w:val="16"/>
              </w:rPr>
              <w:t>povežem barvo z doživetjem</w:t>
            </w:r>
          </w:p>
          <w:p w14:paraId="3E052F22" w14:textId="77777777" w:rsidR="00080BF0" w:rsidRDefault="00000000">
            <w:pPr>
              <w:pStyle w:val="Oznaenseznam"/>
              <w:spacing w:after="16"/>
            </w:pPr>
            <w:r>
              <w:rPr>
                <w:color w:val="000000"/>
                <w:sz w:val="16"/>
              </w:rPr>
              <w:t>ustvarim osebni simbol</w:t>
            </w:r>
          </w:p>
          <w:p w14:paraId="67EE0A82" w14:textId="77777777" w:rsidR="00080BF0" w:rsidRDefault="00000000">
            <w:pPr>
              <w:pStyle w:val="Oznaenseznam"/>
              <w:spacing w:after="16"/>
            </w:pPr>
            <w:r>
              <w:rPr>
                <w:color w:val="000000"/>
                <w:sz w:val="16"/>
              </w:rPr>
              <w:t>spoštljivo predstavim izdelek</w:t>
            </w:r>
          </w:p>
          <w:tbl>
            <w:tblPr>
              <w:tblStyle w:val="Tabelamrea"/>
              <w:tblW w:w="0" w:type="auto"/>
              <w:jc w:val="center"/>
              <w:tblLayout w:type="fixed"/>
              <w:tblLook w:val="04A0" w:firstRow="1" w:lastRow="0" w:firstColumn="1" w:lastColumn="0" w:noHBand="0" w:noVBand="1"/>
            </w:tblPr>
            <w:tblGrid>
              <w:gridCol w:w="7087"/>
            </w:tblGrid>
            <w:tr w:rsidR="00080BF0" w14:paraId="13A22B96" w14:textId="77777777">
              <w:trPr>
                <w:jc w:val="center"/>
              </w:trPr>
              <w:tc>
                <w:tcPr>
                  <w:tcW w:w="7087" w:type="dxa"/>
                  <w:shd w:val="clear" w:color="auto" w:fill="EDC9EA"/>
                  <w:tcMar>
                    <w:top w:w="45" w:type="dxa"/>
                    <w:left w:w="70" w:type="dxa"/>
                    <w:bottom w:w="45" w:type="dxa"/>
                    <w:right w:w="70" w:type="dxa"/>
                  </w:tcMar>
                </w:tcPr>
                <w:p w14:paraId="3216114B" w14:textId="77777777" w:rsidR="00080BF0" w:rsidRDefault="00000000">
                  <w:pPr>
                    <w:keepNext/>
                  </w:pPr>
                  <w:r>
                    <w:rPr>
                      <w:b/>
                      <w:color w:val="000000"/>
                    </w:rPr>
                    <w:t>PREVERJANJE PREDZNANJA</w:t>
                  </w:r>
                </w:p>
              </w:tc>
            </w:tr>
          </w:tbl>
          <w:p w14:paraId="4F6EDBF4" w14:textId="77777777" w:rsidR="00080BF0" w:rsidRDefault="00080BF0">
            <w:pPr>
              <w:spacing w:line="20" w:lineRule="exact"/>
            </w:pPr>
          </w:p>
          <w:p w14:paraId="6AF8FDE6" w14:textId="77777777" w:rsidR="00080BF0" w:rsidRDefault="00000000">
            <w:pPr>
              <w:pStyle w:val="Oznaenseznam"/>
              <w:spacing w:after="16"/>
            </w:pPr>
            <w:r>
              <w:rPr>
                <w:color w:val="000000"/>
                <w:sz w:val="16"/>
              </w:rPr>
              <w:t>Kaj najprej opazim pri motivu, predmetu ali materialu, povezanem s temo »BARVA IN POČUTJE«?</w:t>
            </w:r>
          </w:p>
          <w:p w14:paraId="6D314DB9"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177FA513"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0C3365A7" w14:textId="77777777">
              <w:trPr>
                <w:jc w:val="center"/>
              </w:trPr>
              <w:tc>
                <w:tcPr>
                  <w:tcW w:w="7087" w:type="dxa"/>
                  <w:shd w:val="clear" w:color="auto" w:fill="EDC9EA"/>
                  <w:tcMar>
                    <w:top w:w="45" w:type="dxa"/>
                    <w:left w:w="70" w:type="dxa"/>
                    <w:bottom w:w="45" w:type="dxa"/>
                    <w:right w:w="70" w:type="dxa"/>
                  </w:tcMar>
                </w:tcPr>
                <w:p w14:paraId="16EC8EEA" w14:textId="77777777" w:rsidR="00080BF0" w:rsidRDefault="00000000">
                  <w:pPr>
                    <w:keepNext/>
                  </w:pPr>
                  <w:r>
                    <w:rPr>
                      <w:b/>
                      <w:color w:val="000000"/>
                    </w:rPr>
                    <w:t>KRITERIJI USPEŠNOSTI</w:t>
                  </w:r>
                </w:p>
              </w:tc>
            </w:tr>
          </w:tbl>
          <w:p w14:paraId="2ACF6573" w14:textId="77777777" w:rsidR="00080BF0" w:rsidRDefault="00080BF0"/>
          <w:p w14:paraId="7173C5F0" w14:textId="77777777" w:rsidR="00080BF0" w:rsidRDefault="00000000">
            <w:pPr>
              <w:spacing w:before="20" w:after="20" w:line="245" w:lineRule="auto"/>
            </w:pPr>
            <w:r>
              <w:rPr>
                <w:b/>
                <w:color w:val="000000"/>
                <w:sz w:val="16"/>
              </w:rPr>
              <w:t>Uspešen/-na bom, ko:</w:t>
            </w:r>
          </w:p>
          <w:p w14:paraId="017D8E3D" w14:textId="77777777" w:rsidR="00080BF0" w:rsidRDefault="00000000">
            <w:pPr>
              <w:pStyle w:val="Oznaenseznam"/>
              <w:spacing w:after="16"/>
            </w:pPr>
            <w:r>
              <w:rPr>
                <w:color w:val="000000"/>
                <w:sz w:val="16"/>
              </w:rPr>
              <w:t>povežem barvo z doživetjem</w:t>
            </w:r>
          </w:p>
          <w:p w14:paraId="48C66BFD" w14:textId="77777777" w:rsidR="00080BF0" w:rsidRDefault="00000000">
            <w:pPr>
              <w:pStyle w:val="Oznaenseznam"/>
              <w:spacing w:after="16"/>
            </w:pPr>
            <w:r>
              <w:rPr>
                <w:color w:val="000000"/>
                <w:sz w:val="16"/>
              </w:rPr>
              <w:t>ustvarim osebni simbol</w:t>
            </w:r>
          </w:p>
          <w:p w14:paraId="7F299ABB" w14:textId="77777777" w:rsidR="00080BF0" w:rsidRDefault="00000000">
            <w:pPr>
              <w:pStyle w:val="Oznaenseznam"/>
              <w:spacing w:after="16"/>
            </w:pPr>
            <w:r>
              <w:rPr>
                <w:color w:val="000000"/>
                <w:sz w:val="16"/>
              </w:rPr>
              <w:t>spoštljivo predstavim izdelek</w:t>
            </w:r>
          </w:p>
          <w:p w14:paraId="7A21EAB8" w14:textId="77777777" w:rsidR="00080BF0" w:rsidRDefault="00000000">
            <w:pPr>
              <w:pStyle w:val="Oznaenseznam"/>
              <w:spacing w:after="16"/>
            </w:pPr>
            <w:r>
              <w:rPr>
                <w:color w:val="000000"/>
                <w:sz w:val="15"/>
              </w:rPr>
              <w:t>varno in namensko uporabim material, zaščitim prostor ter po delu uredim svojo postajo</w:t>
            </w:r>
          </w:p>
          <w:p w14:paraId="02369F8A"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04932D01" w14:textId="77777777" w:rsidR="00080BF0" w:rsidRDefault="00080BF0"/>
          <w:p w14:paraId="1D3237DD"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2A95E21C" w14:textId="77777777" w:rsidR="00080BF0" w:rsidRDefault="00000000">
            <w:pPr>
              <w:spacing w:after="80" w:line="245" w:lineRule="auto"/>
            </w:pPr>
            <w:r>
              <w:rPr>
                <w:color w:val="000000"/>
                <w:sz w:val="16"/>
              </w:rPr>
              <w:t>Pove ali pokaže, kaj že zna opaziti in katero likovno možnost bi najprej preizkusil.</w:t>
            </w:r>
          </w:p>
          <w:p w14:paraId="531005AE" w14:textId="77777777" w:rsidR="00080BF0" w:rsidRDefault="00000000">
            <w:pPr>
              <w:spacing w:after="100" w:line="245" w:lineRule="auto"/>
            </w:pPr>
            <w:r>
              <w:rPr>
                <w:color w:val="000000"/>
                <w:sz w:val="16"/>
              </w:rPr>
              <w:t>Sodeluje pri razumevanju namena, meril uspešnosti, varne rabe pripomočkov in načina dokazovanja.</w:t>
            </w:r>
          </w:p>
          <w:p w14:paraId="28B6BA91" w14:textId="77777777" w:rsidR="00080BF0" w:rsidRDefault="00000000">
            <w:pPr>
              <w:spacing w:after="20" w:line="245" w:lineRule="auto"/>
            </w:pPr>
            <w:r>
              <w:rPr>
                <w:b/>
                <w:color w:val="D95BC6"/>
                <w:sz w:val="17"/>
              </w:rPr>
              <w:t>DOKAZ O UČENJU</w:t>
            </w:r>
          </w:p>
          <w:p w14:paraId="05202073"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04B6BD60"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1C561F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18BBBC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8AEB794" w14:textId="77777777" w:rsidR="00080BF0" w:rsidRDefault="00000000">
            <w:pPr>
              <w:jc w:val="center"/>
            </w:pPr>
            <w:r>
              <w:rPr>
                <w:b/>
                <w:color w:val="000000"/>
                <w:sz w:val="20"/>
              </w:rPr>
              <w:t>UČNE DEJAVNOSTI, METODE IN FORMATIVNO SPREMLJANJE</w:t>
            </w:r>
          </w:p>
        </w:tc>
      </w:tr>
      <w:tr w:rsidR="00080BF0" w14:paraId="6C839BAE" w14:textId="77777777">
        <w:trPr>
          <w:tblHeader/>
          <w:jc w:val="center"/>
        </w:trPr>
        <w:tc>
          <w:tcPr>
            <w:tcW w:w="4422" w:type="dxa"/>
            <w:vMerge/>
            <w:tcMar>
              <w:top w:w="70" w:type="dxa"/>
              <w:left w:w="90" w:type="dxa"/>
              <w:bottom w:w="70" w:type="dxa"/>
              <w:right w:w="90" w:type="dxa"/>
            </w:tcMar>
            <w:vAlign w:val="center"/>
          </w:tcPr>
          <w:p w14:paraId="0C4AFE5F" w14:textId="77777777" w:rsidR="00080BF0" w:rsidRDefault="00080BF0"/>
        </w:tc>
        <w:tc>
          <w:tcPr>
            <w:tcW w:w="7087" w:type="dxa"/>
            <w:shd w:val="clear" w:color="auto" w:fill="FFFFFF"/>
            <w:tcMar>
              <w:top w:w="70" w:type="dxa"/>
              <w:left w:w="90" w:type="dxa"/>
              <w:bottom w:w="70" w:type="dxa"/>
              <w:right w:w="90" w:type="dxa"/>
            </w:tcMar>
            <w:vAlign w:val="center"/>
          </w:tcPr>
          <w:p w14:paraId="340D2F3F"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8DA5F36" w14:textId="77777777" w:rsidR="00080BF0" w:rsidRDefault="00000000">
            <w:pPr>
              <w:jc w:val="center"/>
            </w:pPr>
            <w:r>
              <w:rPr>
                <w:b/>
                <w:color w:val="000000"/>
              </w:rPr>
              <w:t>UČENEC</w:t>
            </w:r>
          </w:p>
        </w:tc>
      </w:tr>
      <w:tr w:rsidR="00080BF0" w14:paraId="23E39AAA" w14:textId="77777777">
        <w:trPr>
          <w:jc w:val="center"/>
        </w:trPr>
        <w:tc>
          <w:tcPr>
            <w:tcW w:w="4422" w:type="dxa"/>
            <w:tcMar>
              <w:top w:w="70" w:type="dxa"/>
              <w:left w:w="90" w:type="dxa"/>
              <w:bottom w:w="70" w:type="dxa"/>
              <w:right w:w="90" w:type="dxa"/>
            </w:tcMar>
          </w:tcPr>
          <w:p w14:paraId="0FF84A97" w14:textId="77777777" w:rsidR="00080BF0" w:rsidRDefault="00080BF0"/>
          <w:p w14:paraId="43523761" w14:textId="77777777" w:rsidR="00080BF0" w:rsidRDefault="00000000">
            <w:pPr>
              <w:spacing w:after="40" w:line="245" w:lineRule="auto"/>
            </w:pPr>
            <w:r>
              <w:rPr>
                <w:b/>
                <w:color w:val="000000"/>
              </w:rPr>
              <w:t>KLJUČNI LIKOVNI POJMI</w:t>
            </w:r>
          </w:p>
          <w:p w14:paraId="44236ABE"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osnovna barva, mešanje, topla in hladna barva, barvna ploskev, ospredje, ozadje</w:t>
            </w:r>
          </w:p>
          <w:p w14:paraId="1DC2C115" w14:textId="77777777" w:rsidR="00080BF0" w:rsidRDefault="00000000">
            <w:pPr>
              <w:spacing w:after="20" w:line="245" w:lineRule="auto"/>
            </w:pPr>
            <w:r>
              <w:rPr>
                <w:b/>
                <w:color w:val="000000"/>
                <w:sz w:val="17"/>
              </w:rPr>
              <w:t>DOKAZI O UČENJU</w:t>
            </w:r>
          </w:p>
          <w:p w14:paraId="53761619" w14:textId="77777777" w:rsidR="00080BF0" w:rsidRDefault="00000000">
            <w:pPr>
              <w:pStyle w:val="Oznaenseznam"/>
              <w:spacing w:after="9"/>
            </w:pPr>
            <w:r>
              <w:rPr>
                <w:color w:val="000000"/>
                <w:sz w:val="15"/>
              </w:rPr>
              <w:t>list materialnih poskusov, skica/načrt, učenčeva razlaga in učiteljev zapis o varni rabi pripomočkov.</w:t>
            </w:r>
          </w:p>
          <w:p w14:paraId="743AA441" w14:textId="77777777" w:rsidR="00080BF0" w:rsidRDefault="00000000">
            <w:pPr>
              <w:pStyle w:val="Oznaenseznam"/>
              <w:spacing w:after="9"/>
            </w:pPr>
            <w:r>
              <w:rPr>
                <w:color w:val="000000"/>
                <w:sz w:val="15"/>
              </w:rPr>
              <w:t>likovni proces in izdelek, fotografija faze, učenčeva razlaga ter samovrednotenje v mapi.</w:t>
            </w:r>
          </w:p>
          <w:p w14:paraId="08BC5664" w14:textId="77777777" w:rsidR="00080BF0" w:rsidRDefault="00000000">
            <w:pPr>
              <w:spacing w:before="40" w:after="20" w:line="245" w:lineRule="auto"/>
            </w:pPr>
            <w:r>
              <w:rPr>
                <w:b/>
                <w:color w:val="000000"/>
                <w:sz w:val="17"/>
              </w:rPr>
              <w:t>LIKOVNO DOŽIVETJE IN IZKUŠENJSKI POUK</w:t>
            </w:r>
          </w:p>
          <w:p w14:paraId="3C4AE8B6"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20CE524E" w14:textId="77777777" w:rsidR="00080BF0" w:rsidRDefault="00000000">
            <w:pPr>
              <w:spacing w:after="20" w:line="245" w:lineRule="auto"/>
            </w:pPr>
            <w:r>
              <w:rPr>
                <w:b/>
                <w:color w:val="000000"/>
                <w:sz w:val="17"/>
              </w:rPr>
              <w:t>POUČEVANJE V GIBANJU</w:t>
            </w:r>
          </w:p>
          <w:p w14:paraId="2638390E"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55F182D6" w14:textId="77777777" w:rsidR="00080BF0" w:rsidRDefault="00000000">
            <w:pPr>
              <w:spacing w:after="20" w:line="245" w:lineRule="auto"/>
            </w:pPr>
            <w:r>
              <w:rPr>
                <w:b/>
                <w:color w:val="000000"/>
                <w:sz w:val="17"/>
              </w:rPr>
              <w:t>DELO PO POSTAJAH</w:t>
            </w:r>
          </w:p>
          <w:p w14:paraId="2D3520CA"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6A379F13" w14:textId="77777777" w:rsidR="00080BF0" w:rsidRDefault="00000000">
            <w:pPr>
              <w:spacing w:after="9" w:line="245" w:lineRule="auto"/>
            </w:pPr>
            <w:r>
              <w:rPr>
                <w:color w:val="000000"/>
                <w:sz w:val="14"/>
              </w:rPr>
              <w:t>1. Barvno-opazovalna: v motivu poiščem barvne ploskve, kontraste, tople ali hladne odnose in razpoloženje.</w:t>
            </w:r>
          </w:p>
          <w:p w14:paraId="72DE96DB" w14:textId="77777777" w:rsidR="00080BF0" w:rsidRDefault="00000000">
            <w:pPr>
              <w:spacing w:after="9" w:line="245" w:lineRule="auto"/>
            </w:pPr>
            <w:r>
              <w:rPr>
                <w:color w:val="000000"/>
                <w:sz w:val="14"/>
              </w:rPr>
              <w:t>2. Mešalna: na paleti varno preizkusim najmanj dve mešanici, ju označim in izberem za svoj namen.</w:t>
            </w:r>
          </w:p>
          <w:p w14:paraId="604E5288" w14:textId="77777777" w:rsidR="00080BF0" w:rsidRDefault="00000000">
            <w:pPr>
              <w:spacing w:after="9" w:line="245" w:lineRule="auto"/>
            </w:pPr>
            <w:r>
              <w:rPr>
                <w:color w:val="000000"/>
                <w:sz w:val="14"/>
              </w:rPr>
              <w:t>3. Gibalna barva: z ruto, hojo, nivojem in hitrostjo telesa pokažem značaj izbrane barve ali poteze.</w:t>
            </w:r>
          </w:p>
          <w:p w14:paraId="37C118BA" w14:textId="77777777" w:rsidR="00080BF0" w:rsidRDefault="00000000">
            <w:pPr>
              <w:spacing w:after="9" w:line="245" w:lineRule="auto"/>
            </w:pPr>
            <w:r>
              <w:rPr>
                <w:color w:val="000000"/>
                <w:sz w:val="14"/>
              </w:rPr>
              <w:t>4. Slikarsko-galerijska: slikam osebno rešitev, jo pogledam od daleč, prejmem opisni odziv in izboljšam.</w:t>
            </w:r>
          </w:p>
          <w:p w14:paraId="05DE71F0" w14:textId="77777777" w:rsidR="00080BF0" w:rsidRDefault="00000000">
            <w:pPr>
              <w:spacing w:after="20" w:line="245" w:lineRule="auto"/>
            </w:pPr>
            <w:r>
              <w:rPr>
                <w:b/>
                <w:color w:val="000000"/>
                <w:sz w:val="17"/>
              </w:rPr>
              <w:t>DIFERENCIACIJA IN VKLJUČEVANJE</w:t>
            </w:r>
          </w:p>
          <w:p w14:paraId="41C5B9E9"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597A028C" w14:textId="77777777" w:rsidR="00080BF0" w:rsidRDefault="00000000">
            <w:pPr>
              <w:spacing w:after="20" w:line="245" w:lineRule="auto"/>
            </w:pPr>
            <w:r>
              <w:rPr>
                <w:b/>
                <w:color w:val="000000"/>
                <w:sz w:val="17"/>
              </w:rPr>
              <w:t>SPREMLJANJE</w:t>
            </w:r>
          </w:p>
          <w:p w14:paraId="38C0AC12"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52960801"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FCFAC94" w14:textId="77777777">
              <w:trPr>
                <w:jc w:val="center"/>
              </w:trPr>
              <w:tc>
                <w:tcPr>
                  <w:tcW w:w="7087" w:type="dxa"/>
                  <w:shd w:val="clear" w:color="auto" w:fill="C6E7F3"/>
                  <w:tcMar>
                    <w:top w:w="45" w:type="dxa"/>
                    <w:left w:w="70" w:type="dxa"/>
                    <w:bottom w:w="45" w:type="dxa"/>
                    <w:right w:w="70" w:type="dxa"/>
                  </w:tcMar>
                </w:tcPr>
                <w:p w14:paraId="60BDE38E" w14:textId="77777777" w:rsidR="00080BF0" w:rsidRDefault="00000000">
                  <w:pPr>
                    <w:keepNext/>
                  </w:pPr>
                  <w:r>
                    <w:rPr>
                      <w:b/>
                      <w:color w:val="000000"/>
                      <w:sz w:val="17"/>
                    </w:rPr>
                    <w:t>GLAVNI DEL – OPAZOVANJE, MATERIALNI PREIZKUS, USTVARJANJE IN GALERIJA (2 šolski uri)</w:t>
                  </w:r>
                </w:p>
              </w:tc>
            </w:tr>
          </w:tbl>
          <w:p w14:paraId="0D1C9C7C" w14:textId="77777777" w:rsidR="00080BF0" w:rsidRDefault="00080BF0">
            <w:pPr>
              <w:spacing w:line="20" w:lineRule="exact"/>
            </w:pPr>
          </w:p>
          <w:p w14:paraId="1DABF81F" w14:textId="77777777" w:rsidR="00080BF0" w:rsidRDefault="00000000">
            <w:pPr>
              <w:keepNext/>
              <w:spacing w:before="22" w:after="8" w:line="245" w:lineRule="auto"/>
            </w:pPr>
            <w:r>
              <w:rPr>
                <w:b/>
                <w:color w:val="000000"/>
                <w:sz w:val="16"/>
              </w:rPr>
              <w:t>1. URA – Barva in počutje – Opazujem, preizkušam, načrtujem</w:t>
            </w:r>
          </w:p>
          <w:p w14:paraId="695A8424"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»BARVA IN POČUTJE«.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508C52D6"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3252BBF4"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2B013BCF" w14:textId="77777777" w:rsidR="00080BF0" w:rsidRDefault="00000000">
            <w:pPr>
              <w:keepNext/>
              <w:spacing w:before="22" w:after="8" w:line="245" w:lineRule="auto"/>
            </w:pPr>
            <w:r>
              <w:rPr>
                <w:b/>
                <w:color w:val="000000"/>
                <w:sz w:val="16"/>
              </w:rPr>
              <w:t>2. URA – Barva in počutje – Ustvarjam, predstavim, izboljšam</w:t>
            </w:r>
          </w:p>
          <w:p w14:paraId="69604891"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»BARVA IN POČUTJE«; postavlja vprašanja o nameri, nudi tehnično oporo in omogoči izboljšavo. Zaključek 10': 10' – Izvede tiho galerijo; modelira odziv »Opazim … / Učinkuje … / Lahko poskusiš …« ter vodi pospravljanje.</w:t>
            </w:r>
          </w:p>
          <w:p w14:paraId="2DCCD0BF"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257102B5"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39BCA0ED" w14:textId="77777777">
              <w:trPr>
                <w:jc w:val="center"/>
              </w:trPr>
              <w:tc>
                <w:tcPr>
                  <w:tcW w:w="7087" w:type="dxa"/>
                  <w:shd w:val="clear" w:color="auto" w:fill="EDC9EA"/>
                  <w:tcMar>
                    <w:top w:w="45" w:type="dxa"/>
                    <w:left w:w="70" w:type="dxa"/>
                    <w:bottom w:w="45" w:type="dxa"/>
                    <w:right w:w="70" w:type="dxa"/>
                  </w:tcMar>
                </w:tcPr>
                <w:p w14:paraId="7B81B2FD" w14:textId="77777777" w:rsidR="00080BF0" w:rsidRDefault="00000000">
                  <w:pPr>
                    <w:keepNext/>
                  </w:pPr>
                  <w:r>
                    <w:rPr>
                      <w:b/>
                      <w:color w:val="000000"/>
                      <w:sz w:val="17"/>
                    </w:rPr>
                    <w:t>ORGANIZACIJA POSTAJ IN PREHODOV</w:t>
                  </w:r>
                </w:p>
              </w:tc>
            </w:tr>
          </w:tbl>
          <w:p w14:paraId="1476783F" w14:textId="77777777" w:rsidR="00080BF0" w:rsidRDefault="00080BF0"/>
          <w:p w14:paraId="1FEFBBB1" w14:textId="77777777" w:rsidR="00080BF0" w:rsidRDefault="00000000">
            <w:pPr>
              <w:spacing w:before="8" w:after="8" w:line="245" w:lineRule="auto"/>
            </w:pPr>
            <w:r>
              <w:rPr>
                <w:color w:val="000000"/>
                <w:sz w:val="14"/>
              </w:rPr>
              <w:t>Postaja 1: Barvno-opazovalna: v motivu poiščem barvne ploskve, kontraste, tople ali hladne odnose in razpoloženje.</w:t>
            </w:r>
          </w:p>
          <w:p w14:paraId="4B002E9F" w14:textId="77777777" w:rsidR="00080BF0" w:rsidRDefault="00000000">
            <w:pPr>
              <w:spacing w:before="8" w:after="8" w:line="245" w:lineRule="auto"/>
            </w:pPr>
            <w:r>
              <w:rPr>
                <w:color w:val="000000"/>
                <w:sz w:val="14"/>
              </w:rPr>
              <w:t>Postaja 2: Mešalna: na paleti varno preizkusim najmanj dve mešanici, ju označim in izberem za svoj namen.</w:t>
            </w:r>
          </w:p>
          <w:p w14:paraId="610961E0" w14:textId="77777777" w:rsidR="00080BF0" w:rsidRDefault="00000000">
            <w:pPr>
              <w:spacing w:before="8" w:after="8" w:line="245" w:lineRule="auto"/>
            </w:pPr>
            <w:r>
              <w:rPr>
                <w:color w:val="000000"/>
                <w:sz w:val="14"/>
              </w:rPr>
              <w:t>Postaja 3: Gibalna barva: z ruto, hojo, nivojem in hitrostjo telesa pokažem značaj izbrane barve ali poteze.</w:t>
            </w:r>
          </w:p>
          <w:p w14:paraId="3FFCBF98" w14:textId="77777777" w:rsidR="00080BF0" w:rsidRDefault="00000000">
            <w:pPr>
              <w:spacing w:before="8" w:after="8" w:line="245" w:lineRule="auto"/>
            </w:pPr>
            <w:r>
              <w:rPr>
                <w:color w:val="000000"/>
                <w:sz w:val="14"/>
              </w:rPr>
              <w:t>Postaja 4: Slikarsko-galerijska: slikam osebno rešitev, jo pogledam od daleč, prejmem opisni odziv in izboljšam.</w:t>
            </w:r>
          </w:p>
          <w:p w14:paraId="5E4EEF4D"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53F48F2" w14:textId="77777777" w:rsidR="00080BF0" w:rsidRDefault="00080BF0"/>
          <w:p w14:paraId="37DE3BF0" w14:textId="77777777" w:rsidR="00080BF0" w:rsidRDefault="00000000">
            <w:pPr>
              <w:spacing w:after="6" w:line="245" w:lineRule="auto"/>
            </w:pPr>
            <w:r>
              <w:rPr>
                <w:b/>
                <w:color w:val="000000"/>
                <w:sz w:val="15"/>
              </w:rPr>
              <w:t>1. URA – Barva in počutje – Opazujem, preizkušam, načrtujem</w:t>
            </w:r>
          </w:p>
          <w:p w14:paraId="63AE3FBA"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2ECF9EBC" w14:textId="77777777" w:rsidR="00080BF0" w:rsidRDefault="00000000">
            <w:pPr>
              <w:spacing w:after="20" w:line="245" w:lineRule="auto"/>
            </w:pPr>
            <w:r>
              <w:rPr>
                <w:color w:val="D95BC6"/>
                <w:sz w:val="14"/>
              </w:rPr>
              <w:t>Dokaz: list materialnih poskusov, skica/načrt, učenčeva razlaga in učiteljev zapis o varni rabi.</w:t>
            </w:r>
          </w:p>
          <w:p w14:paraId="6E0955CE" w14:textId="77777777" w:rsidR="00080BF0" w:rsidRDefault="00000000">
            <w:pPr>
              <w:spacing w:after="6" w:line="245" w:lineRule="auto"/>
            </w:pPr>
            <w:r>
              <w:rPr>
                <w:b/>
                <w:color w:val="000000"/>
                <w:sz w:val="15"/>
              </w:rPr>
              <w:t>2. URA – Barva in počutje – Ustvarjam, predstavim, izboljšam</w:t>
            </w:r>
          </w:p>
          <w:p w14:paraId="772DB2EC"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2F3607F0" w14:textId="77777777" w:rsidR="00080BF0" w:rsidRDefault="00000000">
            <w:pPr>
              <w:spacing w:after="20" w:line="245" w:lineRule="auto"/>
            </w:pPr>
            <w:r>
              <w:rPr>
                <w:color w:val="D95BC6"/>
                <w:sz w:val="14"/>
              </w:rPr>
              <w:t>Dokaz: likovni proces in izdelek, fotografija faze, učenčeva razlaga ter samovrednotenje v mapi.</w:t>
            </w:r>
          </w:p>
          <w:p w14:paraId="46DB53EF" w14:textId="77777777" w:rsidR="00080BF0" w:rsidRDefault="00000000">
            <w:pPr>
              <w:spacing w:before="40" w:after="20" w:line="245" w:lineRule="auto"/>
            </w:pPr>
            <w:r>
              <w:rPr>
                <w:b/>
                <w:color w:val="D95BC6"/>
                <w:sz w:val="16"/>
              </w:rPr>
              <w:t>MOJ KROG POSTAJ</w:t>
            </w:r>
          </w:p>
          <w:p w14:paraId="672FD82E" w14:textId="77777777" w:rsidR="00080BF0" w:rsidRDefault="00000000">
            <w:pPr>
              <w:spacing w:after="11" w:line="245" w:lineRule="auto"/>
            </w:pPr>
            <w:r>
              <w:rPr>
                <w:color w:val="000000"/>
                <w:sz w:val="13"/>
              </w:rPr>
              <w:t>1. Barvno-opazovalna: v motivu poiščem barvne ploskve, kontraste.</w:t>
            </w:r>
          </w:p>
          <w:p w14:paraId="31854D2E" w14:textId="77777777" w:rsidR="00080BF0" w:rsidRDefault="00000000">
            <w:pPr>
              <w:spacing w:after="11" w:line="245" w:lineRule="auto"/>
            </w:pPr>
            <w:r>
              <w:rPr>
                <w:color w:val="000000"/>
                <w:sz w:val="13"/>
              </w:rPr>
              <w:t>2. Mešalna: na paleti varno preizkusim najmanj dve mešanici.</w:t>
            </w:r>
          </w:p>
          <w:p w14:paraId="61EEA9D6" w14:textId="77777777" w:rsidR="00080BF0" w:rsidRDefault="00000000">
            <w:pPr>
              <w:spacing w:after="11" w:line="245" w:lineRule="auto"/>
            </w:pPr>
            <w:r>
              <w:rPr>
                <w:color w:val="000000"/>
                <w:sz w:val="13"/>
              </w:rPr>
              <w:t>3. Gibalna barva: z ruto, hojo, nivojem in hitrostjo telesa pokažem značaj izbrane barve ali.</w:t>
            </w:r>
          </w:p>
          <w:p w14:paraId="1BF66590" w14:textId="77777777" w:rsidR="00080BF0" w:rsidRDefault="00000000">
            <w:pPr>
              <w:spacing w:after="11" w:line="245" w:lineRule="auto"/>
            </w:pPr>
            <w:r>
              <w:rPr>
                <w:color w:val="000000"/>
                <w:sz w:val="13"/>
              </w:rPr>
              <w:t>4. Slikarsko-galerijska: slikam osebno rešitev, jo pogledam od daleč.</w:t>
            </w:r>
          </w:p>
          <w:p w14:paraId="56A31197"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48E6A43F" w14:textId="77777777" w:rsidR="00080BF0" w:rsidRDefault="00000000">
            <w:pPr>
              <w:spacing w:after="20" w:line="245" w:lineRule="auto"/>
            </w:pPr>
            <w:r>
              <w:rPr>
                <w:b/>
                <w:color w:val="D95BC6"/>
                <w:sz w:val="17"/>
              </w:rPr>
              <w:t>DOKAZ O UČENJU</w:t>
            </w:r>
          </w:p>
          <w:p w14:paraId="5337EF49"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6DB128BF"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C5C616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075220B"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8A7E72C" w14:textId="77777777" w:rsidR="00080BF0" w:rsidRDefault="00000000">
            <w:pPr>
              <w:jc w:val="center"/>
            </w:pPr>
            <w:r>
              <w:rPr>
                <w:b/>
                <w:color w:val="000000"/>
                <w:sz w:val="20"/>
              </w:rPr>
              <w:t>UČNE DEJAVNOSTI, METODE IN FORMATIVNO SPREMLJANJE</w:t>
            </w:r>
          </w:p>
        </w:tc>
      </w:tr>
      <w:tr w:rsidR="00080BF0" w14:paraId="41484D78" w14:textId="77777777">
        <w:trPr>
          <w:tblHeader/>
          <w:jc w:val="center"/>
        </w:trPr>
        <w:tc>
          <w:tcPr>
            <w:tcW w:w="4422" w:type="dxa"/>
            <w:vMerge/>
            <w:tcMar>
              <w:top w:w="70" w:type="dxa"/>
              <w:left w:w="90" w:type="dxa"/>
              <w:bottom w:w="70" w:type="dxa"/>
              <w:right w:w="90" w:type="dxa"/>
            </w:tcMar>
            <w:vAlign w:val="center"/>
          </w:tcPr>
          <w:p w14:paraId="4F11346F" w14:textId="77777777" w:rsidR="00080BF0" w:rsidRDefault="00080BF0"/>
        </w:tc>
        <w:tc>
          <w:tcPr>
            <w:tcW w:w="7087" w:type="dxa"/>
            <w:shd w:val="clear" w:color="auto" w:fill="FFFFFF"/>
            <w:tcMar>
              <w:top w:w="70" w:type="dxa"/>
              <w:left w:w="90" w:type="dxa"/>
              <w:bottom w:w="70" w:type="dxa"/>
              <w:right w:w="90" w:type="dxa"/>
            </w:tcMar>
            <w:vAlign w:val="center"/>
          </w:tcPr>
          <w:p w14:paraId="621570DF"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B980016" w14:textId="77777777" w:rsidR="00080BF0" w:rsidRDefault="00000000">
            <w:pPr>
              <w:jc w:val="center"/>
            </w:pPr>
            <w:r>
              <w:rPr>
                <w:b/>
                <w:color w:val="000000"/>
              </w:rPr>
              <w:t>UČENEC</w:t>
            </w:r>
          </w:p>
        </w:tc>
      </w:tr>
      <w:tr w:rsidR="00080BF0" w14:paraId="7AF7A962" w14:textId="77777777">
        <w:trPr>
          <w:jc w:val="center"/>
        </w:trPr>
        <w:tc>
          <w:tcPr>
            <w:tcW w:w="4422" w:type="dxa"/>
            <w:tcMar>
              <w:top w:w="70" w:type="dxa"/>
              <w:left w:w="90" w:type="dxa"/>
              <w:bottom w:w="70" w:type="dxa"/>
              <w:right w:w="90" w:type="dxa"/>
            </w:tcMar>
          </w:tcPr>
          <w:p w14:paraId="0DD0C9A4" w14:textId="77777777" w:rsidR="00080BF0" w:rsidRDefault="00080BF0"/>
          <w:p w14:paraId="1DD45246" w14:textId="77777777" w:rsidR="00080BF0" w:rsidRDefault="00000000">
            <w:pPr>
              <w:spacing w:after="40" w:line="245" w:lineRule="auto"/>
            </w:pPr>
            <w:r>
              <w:rPr>
                <w:b/>
                <w:color w:val="000000"/>
              </w:rPr>
              <w:t>FORMATIVNO SPREMLJANJE</w:t>
            </w:r>
          </w:p>
          <w:p w14:paraId="75651C05" w14:textId="77777777" w:rsidR="00080BF0" w:rsidRDefault="00000000">
            <w:pPr>
              <w:pStyle w:val="Oznaenseznam"/>
              <w:spacing w:after="16"/>
            </w:pPr>
            <w:r>
              <w:rPr>
                <w:color w:val="000000"/>
                <w:sz w:val="15"/>
              </w:rPr>
              <w:t>predznanje: opažanje, gibalna ponazoritev, izbira kartice, razvrstitev materialov, poskusna sled ali skica</w:t>
            </w:r>
          </w:p>
          <w:p w14:paraId="42F0EECB"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3005A8B4"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6425DBC1" w14:textId="77777777" w:rsidR="00080BF0" w:rsidRDefault="00000000">
            <w:pPr>
              <w:pStyle w:val="Oznaenseznam"/>
              <w:spacing w:after="16"/>
            </w:pPr>
            <w:r>
              <w:rPr>
                <w:color w:val="000000"/>
                <w:sz w:val="15"/>
              </w:rPr>
              <w:t>povratna informacija: opis vidne likovne odločitve, povezava z enim merilom in izvedljiv naslednji korak</w:t>
            </w:r>
          </w:p>
          <w:p w14:paraId="1B6C5734" w14:textId="77777777" w:rsidR="00080BF0" w:rsidRDefault="00000000">
            <w:pPr>
              <w:pStyle w:val="Oznaenseznam"/>
              <w:spacing w:after="16"/>
            </w:pPr>
            <w:r>
              <w:rPr>
                <w:color w:val="000000"/>
                <w:sz w:val="15"/>
              </w:rPr>
              <w:t>samovrednotenje: likovni semafor, lestvica samostojnosti, izbran dokaz, galerijski odziv in izboljšava</w:t>
            </w:r>
          </w:p>
          <w:p w14:paraId="265A226F" w14:textId="77777777" w:rsidR="00080BF0" w:rsidRDefault="00000000">
            <w:pPr>
              <w:spacing w:before="40" w:after="20" w:line="245" w:lineRule="auto"/>
            </w:pPr>
            <w:r>
              <w:rPr>
                <w:b/>
                <w:color w:val="000000"/>
                <w:sz w:val="17"/>
              </w:rPr>
              <w:t>VARNOST, HIGIENA IN UREDITEV PROSTORA</w:t>
            </w:r>
          </w:p>
          <w:p w14:paraId="6AE7CD2B"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Lončki so napolnjeni le do polovice in postavljeni stran od roba; mokra tla se takoj obrišejo.</w:t>
            </w:r>
          </w:p>
          <w:p w14:paraId="59B6EA73" w14:textId="77777777" w:rsidR="00080BF0" w:rsidRDefault="00000000">
            <w:pPr>
              <w:spacing w:after="20" w:line="245" w:lineRule="auto"/>
            </w:pPr>
            <w:r>
              <w:rPr>
                <w:b/>
                <w:color w:val="000000"/>
                <w:sz w:val="17"/>
              </w:rPr>
              <w:t>EVIDENCA PO IZVEDBI</w:t>
            </w:r>
          </w:p>
          <w:p w14:paraId="594D131F"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7CE361D4" w14:textId="77777777" w:rsidR="00080BF0" w:rsidRDefault="00000000">
            <w:pPr>
              <w:spacing w:before="40" w:after="20" w:line="245" w:lineRule="auto"/>
            </w:pPr>
            <w:r>
              <w:rPr>
                <w:b/>
                <w:color w:val="000000"/>
                <w:sz w:val="17"/>
              </w:rPr>
              <w:t>RAVEN DOSEGANJA</w:t>
            </w:r>
          </w:p>
          <w:p w14:paraId="3A2CEC7D"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68795598"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8C595C8" w14:textId="77777777">
              <w:trPr>
                <w:jc w:val="center"/>
              </w:trPr>
              <w:tc>
                <w:tcPr>
                  <w:tcW w:w="7087" w:type="dxa"/>
                  <w:shd w:val="clear" w:color="auto" w:fill="EDC9EA"/>
                  <w:tcMar>
                    <w:top w:w="45" w:type="dxa"/>
                    <w:left w:w="70" w:type="dxa"/>
                    <w:bottom w:w="45" w:type="dxa"/>
                    <w:right w:w="70" w:type="dxa"/>
                  </w:tcMar>
                </w:tcPr>
                <w:p w14:paraId="11D58E6D" w14:textId="77777777" w:rsidR="00080BF0" w:rsidRDefault="00000000">
                  <w:pPr>
                    <w:keepNext/>
                  </w:pPr>
                  <w:r>
                    <w:rPr>
                      <w:b/>
                      <w:color w:val="000000"/>
                    </w:rPr>
                    <w:t>VPRAŠANJA V PODPORO LIKOVNEMU UČENJU</w:t>
                  </w:r>
                </w:p>
              </w:tc>
            </w:tr>
          </w:tbl>
          <w:p w14:paraId="5F0FFD9C" w14:textId="77777777" w:rsidR="00080BF0" w:rsidRDefault="00080BF0">
            <w:pPr>
              <w:spacing w:line="20" w:lineRule="exact"/>
            </w:pPr>
          </w:p>
          <w:p w14:paraId="03812F5B" w14:textId="77777777" w:rsidR="00080BF0" w:rsidRDefault="00000000">
            <w:pPr>
              <w:pStyle w:val="Oznaenseznam"/>
              <w:spacing w:after="16"/>
            </w:pPr>
            <w:r>
              <w:rPr>
                <w:color w:val="000000"/>
                <w:sz w:val="16"/>
              </w:rPr>
              <w:t>Kaj si najprej opazil/-a in katera likovna prvina je zate najpomembnejša?</w:t>
            </w:r>
          </w:p>
          <w:p w14:paraId="0E0255D5" w14:textId="77777777" w:rsidR="00080BF0" w:rsidRDefault="00000000">
            <w:pPr>
              <w:pStyle w:val="Oznaenseznam"/>
              <w:spacing w:after="16"/>
            </w:pPr>
            <w:r>
              <w:rPr>
                <w:color w:val="000000"/>
                <w:sz w:val="16"/>
              </w:rPr>
              <w:t>Kako je material ali postopek vplival na črto, barvo, obliko, površino, prostor oziroma delovanje izdelka?</w:t>
            </w:r>
          </w:p>
          <w:p w14:paraId="0AA38075" w14:textId="77777777" w:rsidR="00080BF0" w:rsidRDefault="00000000">
            <w:pPr>
              <w:pStyle w:val="Oznaenseznam"/>
              <w:spacing w:after="16"/>
            </w:pPr>
            <w:r>
              <w:rPr>
                <w:color w:val="000000"/>
                <w:sz w:val="16"/>
              </w:rPr>
              <w:t>Katero možnost si preizkusil/-a, zakaj si jo izbral/-a in kaj si ob poskusu spremenil/-a?</w:t>
            </w:r>
          </w:p>
          <w:p w14:paraId="3D83C532" w14:textId="77777777" w:rsidR="00080BF0" w:rsidRDefault="00000000">
            <w:pPr>
              <w:pStyle w:val="Oznaenseznam"/>
              <w:spacing w:after="16"/>
            </w:pPr>
            <w:r>
              <w:rPr>
                <w:color w:val="000000"/>
                <w:sz w:val="16"/>
              </w:rPr>
              <w:t>Kateri del tvojega procesa ali izdelka najjasneje pokaže dogovorjeno merilo?</w:t>
            </w:r>
          </w:p>
          <w:p w14:paraId="0330EDF4"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3E278872" w14:textId="77777777">
              <w:trPr>
                <w:jc w:val="center"/>
              </w:trPr>
              <w:tc>
                <w:tcPr>
                  <w:tcW w:w="7087" w:type="dxa"/>
                  <w:shd w:val="clear" w:color="auto" w:fill="C6E7F3"/>
                  <w:tcMar>
                    <w:top w:w="45" w:type="dxa"/>
                    <w:left w:w="70" w:type="dxa"/>
                    <w:bottom w:w="45" w:type="dxa"/>
                    <w:right w:w="70" w:type="dxa"/>
                  </w:tcMar>
                </w:tcPr>
                <w:p w14:paraId="07255481" w14:textId="77777777" w:rsidR="00080BF0" w:rsidRDefault="00000000">
                  <w:pPr>
                    <w:keepNext/>
                  </w:pPr>
                  <w:r>
                    <w:rPr>
                      <w:b/>
                      <w:color w:val="000000"/>
                    </w:rPr>
                    <w:t>ZAKLJUČNI DEL – TIHA GALERIJA, RAZLAGA IN REFLEKSIJA (8–12 min)</w:t>
                  </w:r>
                </w:p>
              </w:tc>
            </w:tr>
          </w:tbl>
          <w:p w14:paraId="0DAA5500" w14:textId="77777777" w:rsidR="00080BF0" w:rsidRDefault="00080BF0">
            <w:pPr>
              <w:spacing w:line="20" w:lineRule="exact"/>
            </w:pPr>
          </w:p>
          <w:p w14:paraId="5A8B9227"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4889600D" w14:textId="77777777">
              <w:trPr>
                <w:jc w:val="center"/>
              </w:trPr>
              <w:tc>
                <w:tcPr>
                  <w:tcW w:w="7087" w:type="dxa"/>
                  <w:shd w:val="clear" w:color="auto" w:fill="EDC9EA"/>
                  <w:tcMar>
                    <w:top w:w="45" w:type="dxa"/>
                    <w:left w:w="70" w:type="dxa"/>
                    <w:bottom w:w="45" w:type="dxa"/>
                    <w:right w:w="70" w:type="dxa"/>
                  </w:tcMar>
                </w:tcPr>
                <w:p w14:paraId="3772C201" w14:textId="77777777" w:rsidR="00080BF0" w:rsidRDefault="00000000">
                  <w:pPr>
                    <w:keepNext/>
                  </w:pPr>
                  <w:r>
                    <w:rPr>
                      <w:b/>
                      <w:color w:val="000000"/>
                    </w:rPr>
                    <w:t>SAMOVREDNOTENJE</w:t>
                  </w:r>
                </w:p>
              </w:tc>
            </w:tr>
          </w:tbl>
          <w:p w14:paraId="5936BBB2" w14:textId="77777777" w:rsidR="00080BF0" w:rsidRDefault="00080BF0">
            <w:pPr>
              <w:spacing w:line="20" w:lineRule="exact"/>
            </w:pPr>
          </w:p>
          <w:p w14:paraId="23CB87DD"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5FF6635F" w14:textId="77777777">
              <w:trPr>
                <w:jc w:val="center"/>
              </w:trPr>
              <w:tc>
                <w:tcPr>
                  <w:tcW w:w="7087" w:type="dxa"/>
                  <w:shd w:val="clear" w:color="auto" w:fill="EDC9EA"/>
                  <w:tcMar>
                    <w:top w:w="45" w:type="dxa"/>
                    <w:left w:w="70" w:type="dxa"/>
                    <w:bottom w:w="45" w:type="dxa"/>
                    <w:right w:w="70" w:type="dxa"/>
                  </w:tcMar>
                </w:tcPr>
                <w:p w14:paraId="5227E7D9" w14:textId="77777777" w:rsidR="00080BF0" w:rsidRDefault="00000000">
                  <w:pPr>
                    <w:keepNext/>
                  </w:pPr>
                  <w:r>
                    <w:rPr>
                      <w:b/>
                      <w:color w:val="000000"/>
                    </w:rPr>
                    <w:t>VRSTNIŠKO VREDNOTENJE</w:t>
                  </w:r>
                </w:p>
              </w:tc>
            </w:tr>
          </w:tbl>
          <w:p w14:paraId="0A4F10CD" w14:textId="77777777" w:rsidR="00080BF0" w:rsidRDefault="00080BF0">
            <w:pPr>
              <w:spacing w:line="20" w:lineRule="exact"/>
            </w:pPr>
          </w:p>
          <w:p w14:paraId="1644416C"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1D0B37B0" w14:textId="77777777">
              <w:trPr>
                <w:jc w:val="center"/>
              </w:trPr>
              <w:tc>
                <w:tcPr>
                  <w:tcW w:w="7087" w:type="dxa"/>
                  <w:shd w:val="clear" w:color="auto" w:fill="EDC9EA"/>
                  <w:tcMar>
                    <w:top w:w="45" w:type="dxa"/>
                    <w:left w:w="70" w:type="dxa"/>
                    <w:bottom w:w="45" w:type="dxa"/>
                    <w:right w:w="70" w:type="dxa"/>
                  </w:tcMar>
                </w:tcPr>
                <w:p w14:paraId="538E8182" w14:textId="77777777" w:rsidR="00080BF0" w:rsidRDefault="00000000">
                  <w:pPr>
                    <w:keepNext/>
                  </w:pPr>
                  <w:r>
                    <w:rPr>
                      <w:b/>
                      <w:color w:val="000000"/>
                    </w:rPr>
                    <w:t>SKUPNI POVZETEK</w:t>
                  </w:r>
                </w:p>
              </w:tc>
            </w:tr>
          </w:tbl>
          <w:p w14:paraId="52641E26" w14:textId="77777777" w:rsidR="00080BF0" w:rsidRDefault="00080BF0"/>
          <w:p w14:paraId="65E56F05" w14:textId="77777777" w:rsidR="00080BF0" w:rsidRDefault="00000000">
            <w:pPr>
              <w:spacing w:before="20" w:after="40" w:line="245" w:lineRule="auto"/>
            </w:pPr>
            <w:r>
              <w:rPr>
                <w:b/>
                <w:color w:val="000000"/>
                <w:sz w:val="16"/>
              </w:rPr>
              <w:t>povežem barvo z doživetjem; ustvarim osebni simbol; spoštljivo predstavim izdelek. Izbrani dokaz pojasnim in po povratni informaciji izboljšam.</w:t>
            </w:r>
          </w:p>
        </w:tc>
        <w:tc>
          <w:tcPr>
            <w:tcW w:w="2551" w:type="dxa"/>
            <w:tcMar>
              <w:top w:w="70" w:type="dxa"/>
              <w:left w:w="90" w:type="dxa"/>
              <w:bottom w:w="70" w:type="dxa"/>
              <w:right w:w="90" w:type="dxa"/>
            </w:tcMar>
          </w:tcPr>
          <w:p w14:paraId="2DE0FD24" w14:textId="77777777" w:rsidR="00080BF0" w:rsidRDefault="00080BF0"/>
          <w:p w14:paraId="2B5C1E41" w14:textId="77777777" w:rsidR="00080BF0" w:rsidRDefault="00000000">
            <w:pPr>
              <w:spacing w:after="80" w:line="245" w:lineRule="auto"/>
            </w:pPr>
            <w:r>
              <w:rPr>
                <w:color w:val="000000"/>
                <w:sz w:val="15"/>
              </w:rPr>
              <w:t>Odgovarja na podporna vprašanja in se sklicuje na opaženo, preizkušeno, ustvarjeno ali razstavljeno.</w:t>
            </w:r>
          </w:p>
          <w:p w14:paraId="080164BB" w14:textId="77777777" w:rsidR="00080BF0" w:rsidRDefault="00000000">
            <w:pPr>
              <w:spacing w:after="80" w:line="245" w:lineRule="auto"/>
            </w:pPr>
            <w:r>
              <w:rPr>
                <w:color w:val="000000"/>
                <w:sz w:val="15"/>
              </w:rPr>
              <w:t>Predstavi izbrani procesni ali izdelkovni dokaz ter pove, katero merilo z njim pokaže.</w:t>
            </w:r>
          </w:p>
          <w:p w14:paraId="3882077E" w14:textId="77777777" w:rsidR="00080BF0" w:rsidRDefault="00000000">
            <w:pPr>
              <w:spacing w:after="80" w:line="245" w:lineRule="auto"/>
            </w:pPr>
            <w:r>
              <w:rPr>
                <w:color w:val="000000"/>
                <w:sz w:val="15"/>
              </w:rPr>
              <w:t>Tiho opazuje vrstnikovo delo, opiše eno konkretno likovno rešitev in poda prijazen predlog.</w:t>
            </w:r>
          </w:p>
          <w:p w14:paraId="6F663108" w14:textId="77777777" w:rsidR="00080BF0" w:rsidRDefault="00000000">
            <w:pPr>
              <w:spacing w:after="80" w:line="245" w:lineRule="auto"/>
            </w:pPr>
            <w:r>
              <w:rPr>
                <w:color w:val="000000"/>
                <w:sz w:val="15"/>
              </w:rPr>
              <w:t>Po povratni informaciji po želji ponovi poskus, spremeni podrobnost, izboljša spoj, razporeditev ali razlago.</w:t>
            </w:r>
          </w:p>
          <w:p w14:paraId="3E73EBF4" w14:textId="77777777" w:rsidR="00080BF0" w:rsidRDefault="00000000">
            <w:pPr>
              <w:spacing w:after="100" w:line="245" w:lineRule="auto"/>
            </w:pPr>
            <w:r>
              <w:rPr>
                <w:color w:val="000000"/>
                <w:sz w:val="15"/>
              </w:rPr>
              <w:t>Izbere raven samostojnosti ter določi majhen in izvedljiv naslednji ustvarjalni korak.</w:t>
            </w:r>
          </w:p>
          <w:p w14:paraId="002FC6C9" w14:textId="77777777" w:rsidR="00080BF0" w:rsidRDefault="00000000">
            <w:pPr>
              <w:spacing w:after="20" w:line="245" w:lineRule="auto"/>
            </w:pPr>
            <w:r>
              <w:rPr>
                <w:b/>
                <w:color w:val="D95BC6"/>
                <w:sz w:val="17"/>
              </w:rPr>
              <w:t>DOKAZ O UČENJU</w:t>
            </w:r>
          </w:p>
          <w:p w14:paraId="43E9CA03"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0A2A0A1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5497D240" w14:textId="77777777">
        <w:trPr>
          <w:cantSplit/>
          <w:jc w:val="center"/>
        </w:trPr>
        <w:tc>
          <w:tcPr>
            <w:tcW w:w="14060" w:type="dxa"/>
            <w:gridSpan w:val="6"/>
            <w:tcMar>
              <w:top w:w="70" w:type="dxa"/>
              <w:left w:w="90" w:type="dxa"/>
              <w:bottom w:w="70" w:type="dxa"/>
              <w:right w:w="90" w:type="dxa"/>
            </w:tcMar>
            <w:vAlign w:val="center"/>
          </w:tcPr>
          <w:p w14:paraId="09D1E701" w14:textId="77777777" w:rsidR="00080BF0" w:rsidRDefault="00000000">
            <w:pPr>
              <w:jc w:val="center"/>
            </w:pPr>
            <w:r>
              <w:rPr>
                <w:b/>
                <w:color w:val="000000"/>
                <w:sz w:val="24"/>
              </w:rPr>
              <w:lastRenderedPageBreak/>
              <w:t>UČNA PRIPRAVA 27/39</w:t>
            </w:r>
          </w:p>
        </w:tc>
      </w:tr>
      <w:tr w:rsidR="00080BF0" w14:paraId="79E3E57A" w14:textId="77777777">
        <w:trPr>
          <w:jc w:val="center"/>
        </w:trPr>
        <w:tc>
          <w:tcPr>
            <w:tcW w:w="2665" w:type="dxa"/>
            <w:tcMar>
              <w:top w:w="70" w:type="dxa"/>
              <w:left w:w="90" w:type="dxa"/>
              <w:bottom w:w="70" w:type="dxa"/>
              <w:right w:w="90" w:type="dxa"/>
            </w:tcMar>
            <w:vAlign w:val="center"/>
          </w:tcPr>
          <w:p w14:paraId="5F69C6A0"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7F5DF1C"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2E7D2019"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1451A5A" w14:textId="77777777" w:rsidR="00080BF0" w:rsidRDefault="00000000">
            <w:r>
              <w:rPr>
                <w:b/>
                <w:color w:val="000000"/>
                <w:sz w:val="16"/>
              </w:rPr>
              <w:t xml:space="preserve">NAČRTOVANI TERMIN: </w:t>
            </w:r>
            <w:r>
              <w:rPr>
                <w:color w:val="000000"/>
                <w:sz w:val="16"/>
              </w:rPr>
              <w:t>27. teden • 22.–26. 3. 2027</w:t>
            </w:r>
          </w:p>
        </w:tc>
        <w:tc>
          <w:tcPr>
            <w:tcW w:w="2268" w:type="dxa"/>
            <w:tcMar>
              <w:top w:w="70" w:type="dxa"/>
              <w:left w:w="90" w:type="dxa"/>
              <w:bottom w:w="70" w:type="dxa"/>
              <w:right w:w="90" w:type="dxa"/>
            </w:tcMar>
            <w:vAlign w:val="center"/>
          </w:tcPr>
          <w:p w14:paraId="2310BC2C"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40FB6C7" w14:textId="77777777" w:rsidR="00080BF0" w:rsidRDefault="00000000">
            <w:r>
              <w:rPr>
                <w:b/>
                <w:color w:val="000000"/>
                <w:sz w:val="16"/>
              </w:rPr>
              <w:t xml:space="preserve">ŠTEVILO UR: </w:t>
            </w:r>
            <w:r>
              <w:rPr>
                <w:color w:val="000000"/>
                <w:sz w:val="16"/>
              </w:rPr>
              <w:t>1</w:t>
            </w:r>
          </w:p>
        </w:tc>
      </w:tr>
      <w:tr w:rsidR="00080BF0" w14:paraId="69AC55BC" w14:textId="77777777">
        <w:trPr>
          <w:jc w:val="center"/>
        </w:trPr>
        <w:tc>
          <w:tcPr>
            <w:tcW w:w="14061" w:type="dxa"/>
            <w:gridSpan w:val="6"/>
            <w:tcMar>
              <w:top w:w="70" w:type="dxa"/>
              <w:left w:w="90" w:type="dxa"/>
              <w:bottom w:w="70" w:type="dxa"/>
              <w:right w:w="90" w:type="dxa"/>
            </w:tcMar>
            <w:vAlign w:val="center"/>
          </w:tcPr>
          <w:p w14:paraId="36E77CD2"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3FE4C389" w14:textId="77777777">
        <w:trPr>
          <w:cantSplit/>
          <w:jc w:val="center"/>
        </w:trPr>
        <w:tc>
          <w:tcPr>
            <w:tcW w:w="14060" w:type="dxa"/>
            <w:gridSpan w:val="6"/>
            <w:tcMar>
              <w:top w:w="70" w:type="dxa"/>
              <w:left w:w="90" w:type="dxa"/>
              <w:bottom w:w="70" w:type="dxa"/>
              <w:right w:w="90" w:type="dxa"/>
            </w:tcMar>
            <w:vAlign w:val="center"/>
          </w:tcPr>
          <w:p w14:paraId="1361F826" w14:textId="77777777" w:rsidR="00080BF0" w:rsidRDefault="00080BF0"/>
          <w:p w14:paraId="30797E08" w14:textId="77777777" w:rsidR="00080BF0" w:rsidRDefault="00000000">
            <w:pPr>
              <w:spacing w:line="245" w:lineRule="auto"/>
            </w:pPr>
            <w:r>
              <w:rPr>
                <w:b/>
                <w:color w:val="000000"/>
                <w:sz w:val="15"/>
              </w:rPr>
              <w:t xml:space="preserve">UČNI SKLOP: </w:t>
            </w:r>
            <w:r>
              <w:rPr>
                <w:color w:val="000000"/>
                <w:sz w:val="15"/>
              </w:rPr>
              <w:t>POMLAD, POJAVI IN ŽIVA BITJA</w:t>
            </w:r>
          </w:p>
        </w:tc>
      </w:tr>
      <w:tr w:rsidR="00080BF0" w14:paraId="6433F82B" w14:textId="77777777">
        <w:trPr>
          <w:cantSplit/>
          <w:jc w:val="center"/>
        </w:trPr>
        <w:tc>
          <w:tcPr>
            <w:tcW w:w="14060" w:type="dxa"/>
            <w:gridSpan w:val="6"/>
            <w:tcMar>
              <w:top w:w="70" w:type="dxa"/>
              <w:left w:w="90" w:type="dxa"/>
              <w:bottom w:w="70" w:type="dxa"/>
              <w:right w:w="90" w:type="dxa"/>
            </w:tcMar>
            <w:vAlign w:val="center"/>
          </w:tcPr>
          <w:p w14:paraId="462E3550" w14:textId="77777777" w:rsidR="00080BF0" w:rsidRDefault="00080BF0"/>
          <w:p w14:paraId="75C01008" w14:textId="77777777" w:rsidR="00080BF0" w:rsidRDefault="00000000">
            <w:pPr>
              <w:spacing w:line="245" w:lineRule="auto"/>
            </w:pPr>
            <w:r>
              <w:rPr>
                <w:b/>
                <w:color w:val="000000"/>
                <w:sz w:val="15"/>
              </w:rPr>
              <w:t xml:space="preserve">UČNA TEMA: </w:t>
            </w:r>
            <w:r>
              <w:rPr>
                <w:color w:val="000000"/>
                <w:sz w:val="15"/>
              </w:rPr>
              <w:t>ODTIS RASTLINE</w:t>
            </w:r>
          </w:p>
        </w:tc>
      </w:tr>
      <w:tr w:rsidR="00080BF0" w14:paraId="5A73D76F" w14:textId="77777777">
        <w:trPr>
          <w:cantSplit/>
          <w:jc w:val="center"/>
        </w:trPr>
        <w:tc>
          <w:tcPr>
            <w:tcW w:w="14060" w:type="dxa"/>
            <w:gridSpan w:val="6"/>
            <w:tcMar>
              <w:top w:w="70" w:type="dxa"/>
              <w:left w:w="90" w:type="dxa"/>
              <w:bottom w:w="70" w:type="dxa"/>
              <w:right w:w="90" w:type="dxa"/>
            </w:tcMar>
            <w:vAlign w:val="center"/>
          </w:tcPr>
          <w:p w14:paraId="38C46DCD" w14:textId="77777777" w:rsidR="00080BF0" w:rsidRDefault="00080BF0"/>
          <w:p w14:paraId="62B525B1" w14:textId="77777777" w:rsidR="00080BF0" w:rsidRDefault="00000000">
            <w:pPr>
              <w:spacing w:line="245" w:lineRule="auto"/>
            </w:pPr>
            <w:r>
              <w:rPr>
                <w:b/>
                <w:color w:val="000000"/>
                <w:sz w:val="15"/>
              </w:rPr>
              <w:t xml:space="preserve">KNJIŽEVNO / MOTIVNO IZHODIŠČE: </w:t>
            </w:r>
            <w:r>
              <w:rPr>
                <w:color w:val="000000"/>
                <w:sz w:val="15"/>
              </w:rPr>
              <w:t>»Majnice: fulaste pesmi« – Tone Pavček • pomlad, ritem, igriv jezik in opazovanje narave</w:t>
            </w:r>
          </w:p>
        </w:tc>
      </w:tr>
      <w:tr w:rsidR="00080BF0" w14:paraId="3B8AC256" w14:textId="77777777">
        <w:trPr>
          <w:cantSplit/>
          <w:jc w:val="center"/>
        </w:trPr>
        <w:tc>
          <w:tcPr>
            <w:tcW w:w="14060" w:type="dxa"/>
            <w:gridSpan w:val="6"/>
            <w:tcMar>
              <w:top w:w="70" w:type="dxa"/>
              <w:left w:w="90" w:type="dxa"/>
              <w:bottom w:w="70" w:type="dxa"/>
              <w:right w:w="90" w:type="dxa"/>
            </w:tcMar>
            <w:vAlign w:val="center"/>
          </w:tcPr>
          <w:p w14:paraId="291C98E3" w14:textId="77777777" w:rsidR="00080BF0" w:rsidRDefault="00080BF0"/>
          <w:p w14:paraId="492214F4" w14:textId="77777777" w:rsidR="00080BF0" w:rsidRDefault="00000000">
            <w:pPr>
              <w:spacing w:line="245" w:lineRule="auto"/>
            </w:pPr>
            <w:r>
              <w:rPr>
                <w:b/>
                <w:color w:val="000000"/>
                <w:sz w:val="15"/>
              </w:rPr>
              <w:t xml:space="preserve">LIKOVNO IZHODIŠČE / MOTIVACIJA: </w:t>
            </w:r>
            <w:r>
              <w:rPr>
                <w:color w:val="000000"/>
                <w:sz w:val="15"/>
              </w:rPr>
              <w:t>na papirju se pojavi skrivnostni odtis; učenci po teksturi, smeri in ponovitvi sklepajo, iz česa je nastal, nato načrtujejo svoj odtis na temo »odtis rastline«. Tematska rešitev: ustvari odtis rastline in pesniško ilustracijo.</w:t>
            </w:r>
          </w:p>
        </w:tc>
      </w:tr>
      <w:tr w:rsidR="00080BF0" w14:paraId="5592C1BC" w14:textId="77777777">
        <w:trPr>
          <w:cantSplit/>
          <w:jc w:val="center"/>
        </w:trPr>
        <w:tc>
          <w:tcPr>
            <w:tcW w:w="14060" w:type="dxa"/>
            <w:gridSpan w:val="6"/>
            <w:tcMar>
              <w:top w:w="70" w:type="dxa"/>
              <w:left w:w="90" w:type="dxa"/>
              <w:bottom w:w="70" w:type="dxa"/>
              <w:right w:w="90" w:type="dxa"/>
            </w:tcMar>
            <w:vAlign w:val="center"/>
          </w:tcPr>
          <w:p w14:paraId="554E3415" w14:textId="77777777" w:rsidR="00080BF0" w:rsidRDefault="00080BF0"/>
          <w:p w14:paraId="3430F77A" w14:textId="77777777" w:rsidR="00080BF0" w:rsidRDefault="00000000">
            <w:pPr>
              <w:spacing w:line="245" w:lineRule="auto"/>
            </w:pPr>
            <w:r>
              <w:rPr>
                <w:b/>
                <w:color w:val="000000"/>
                <w:sz w:val="15"/>
              </w:rPr>
              <w:t xml:space="preserve">UČNE ENOTE: </w:t>
            </w:r>
            <w:r>
              <w:rPr>
                <w:color w:val="000000"/>
                <w:sz w:val="15"/>
              </w:rPr>
              <w:t>1. ura – Odtis rastline – Ustvarjam, predstavim, izboljšam</w:t>
            </w:r>
          </w:p>
        </w:tc>
      </w:tr>
      <w:tr w:rsidR="00080BF0" w14:paraId="3C83EB44" w14:textId="77777777">
        <w:trPr>
          <w:cantSplit/>
          <w:jc w:val="center"/>
        </w:trPr>
        <w:tc>
          <w:tcPr>
            <w:tcW w:w="14060" w:type="dxa"/>
            <w:gridSpan w:val="6"/>
            <w:tcMar>
              <w:top w:w="70" w:type="dxa"/>
              <w:left w:w="90" w:type="dxa"/>
              <w:bottom w:w="70" w:type="dxa"/>
              <w:right w:w="90" w:type="dxa"/>
            </w:tcMar>
            <w:vAlign w:val="center"/>
          </w:tcPr>
          <w:p w14:paraId="7A1F2EE5" w14:textId="77777777" w:rsidR="00080BF0" w:rsidRDefault="00080BF0"/>
          <w:p w14:paraId="19571316"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78CA88EB" w14:textId="77777777">
        <w:trPr>
          <w:cantSplit/>
          <w:jc w:val="center"/>
        </w:trPr>
        <w:tc>
          <w:tcPr>
            <w:tcW w:w="14060" w:type="dxa"/>
            <w:gridSpan w:val="6"/>
            <w:tcMar>
              <w:top w:w="70" w:type="dxa"/>
              <w:left w:w="90" w:type="dxa"/>
              <w:bottom w:w="70" w:type="dxa"/>
              <w:right w:w="90" w:type="dxa"/>
            </w:tcMar>
            <w:vAlign w:val="center"/>
          </w:tcPr>
          <w:p w14:paraId="2BE552FE" w14:textId="77777777" w:rsidR="00080BF0" w:rsidRDefault="00080BF0"/>
          <w:p w14:paraId="17AD9219"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6180F3B8" w14:textId="77777777">
        <w:trPr>
          <w:cantSplit/>
          <w:jc w:val="center"/>
        </w:trPr>
        <w:tc>
          <w:tcPr>
            <w:tcW w:w="14060" w:type="dxa"/>
            <w:gridSpan w:val="6"/>
            <w:tcMar>
              <w:top w:w="70" w:type="dxa"/>
              <w:left w:w="90" w:type="dxa"/>
              <w:bottom w:w="70" w:type="dxa"/>
              <w:right w:w="90" w:type="dxa"/>
            </w:tcMar>
            <w:vAlign w:val="center"/>
          </w:tcPr>
          <w:p w14:paraId="0CF39649" w14:textId="77777777" w:rsidR="00080BF0" w:rsidRDefault="00080BF0"/>
          <w:p w14:paraId="77D92C2F"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5EA5E6D8" w14:textId="77777777">
        <w:trPr>
          <w:cantSplit/>
          <w:jc w:val="center"/>
        </w:trPr>
        <w:tc>
          <w:tcPr>
            <w:tcW w:w="14060" w:type="dxa"/>
            <w:gridSpan w:val="6"/>
            <w:tcMar>
              <w:top w:w="70" w:type="dxa"/>
              <w:left w:w="90" w:type="dxa"/>
              <w:bottom w:w="70" w:type="dxa"/>
              <w:right w:w="90" w:type="dxa"/>
            </w:tcMar>
            <w:vAlign w:val="center"/>
          </w:tcPr>
          <w:p w14:paraId="2B12C25F" w14:textId="77777777" w:rsidR="00080BF0" w:rsidRDefault="00080BF0"/>
          <w:p w14:paraId="09B778E7" w14:textId="77777777" w:rsidR="00080BF0" w:rsidRDefault="00000000">
            <w:pPr>
              <w:spacing w:line="245" w:lineRule="auto"/>
            </w:pPr>
            <w:r>
              <w:rPr>
                <w:b/>
                <w:color w:val="000000"/>
                <w:sz w:val="15"/>
              </w:rPr>
              <w:t xml:space="preserve">MEDPREDMETNE POVEZAVE: </w:t>
            </w:r>
            <w:r>
              <w:rPr>
                <w:color w:val="000000"/>
                <w:sz w:val="15"/>
              </w:rPr>
              <w:t>SPO – pomlad, ritem, igriv jezik in opazovanje narave; SLJ – poslušanje, opis opažanja, poimenovanje postopka in predstavitev; MAT – oblike, razvrščanje, vzorci in prostorski odnosi; ŠPO – gibalna črta, telesna skulptura, smer in ravnotežje; GUM – ritem, ponavljanje.</w:t>
            </w:r>
          </w:p>
        </w:tc>
      </w:tr>
      <w:tr w:rsidR="00080BF0" w14:paraId="77DE0BAD" w14:textId="77777777">
        <w:trPr>
          <w:cantSplit/>
          <w:jc w:val="center"/>
        </w:trPr>
        <w:tc>
          <w:tcPr>
            <w:tcW w:w="14060" w:type="dxa"/>
            <w:gridSpan w:val="6"/>
            <w:tcMar>
              <w:top w:w="70" w:type="dxa"/>
              <w:left w:w="90" w:type="dxa"/>
              <w:bottom w:w="70" w:type="dxa"/>
              <w:right w:w="90" w:type="dxa"/>
            </w:tcMar>
            <w:vAlign w:val="center"/>
          </w:tcPr>
          <w:p w14:paraId="1D95DDC3" w14:textId="77777777" w:rsidR="00080BF0" w:rsidRDefault="00080BF0"/>
          <w:p w14:paraId="19694DE5" w14:textId="77777777" w:rsidR="00080BF0" w:rsidRDefault="00000000">
            <w:pPr>
              <w:spacing w:line="245" w:lineRule="auto"/>
            </w:pPr>
            <w:r>
              <w:rPr>
                <w:b/>
                <w:color w:val="000000"/>
                <w:sz w:val="15"/>
              </w:rPr>
              <w:t xml:space="preserve">UČNA SREDSTVA IN PRIPOMOČKI: </w:t>
            </w:r>
            <w:r>
              <w:rPr>
                <w:color w:val="000000"/>
                <w:sz w:val="15"/>
              </w:rPr>
              <w:t>varne matrice iz pene, kartona, listov ali tekstur, tempera, gobice oziroma valjčki, zaščitne podlage in papir za poskusne ter končne odtise; fotografija, reprodukcija ali resnični predmet za opazovanje; kartice namena in meril; talne oznake štirih postaj; mapa dokazov.</w:t>
            </w:r>
          </w:p>
        </w:tc>
      </w:tr>
      <w:tr w:rsidR="00080BF0" w14:paraId="1C633DBB" w14:textId="77777777">
        <w:trPr>
          <w:cantSplit/>
          <w:jc w:val="center"/>
        </w:trPr>
        <w:tc>
          <w:tcPr>
            <w:tcW w:w="14060" w:type="dxa"/>
            <w:gridSpan w:val="6"/>
            <w:tcMar>
              <w:top w:w="70" w:type="dxa"/>
              <w:left w:w="90" w:type="dxa"/>
              <w:bottom w:w="70" w:type="dxa"/>
              <w:right w:w="90" w:type="dxa"/>
            </w:tcMar>
            <w:vAlign w:val="center"/>
          </w:tcPr>
          <w:p w14:paraId="1C72E29D" w14:textId="77777777" w:rsidR="00080BF0" w:rsidRDefault="00080BF0"/>
          <w:p w14:paraId="7E6C50C3"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3B3BF233" w14:textId="77777777">
        <w:trPr>
          <w:cantSplit/>
          <w:jc w:val="center"/>
        </w:trPr>
        <w:tc>
          <w:tcPr>
            <w:tcW w:w="14060" w:type="dxa"/>
            <w:gridSpan w:val="6"/>
            <w:tcMar>
              <w:top w:w="70" w:type="dxa"/>
              <w:left w:w="90" w:type="dxa"/>
              <w:bottom w:w="70" w:type="dxa"/>
              <w:right w:w="90" w:type="dxa"/>
            </w:tcMar>
            <w:vAlign w:val="center"/>
          </w:tcPr>
          <w:p w14:paraId="2643F033" w14:textId="77777777" w:rsidR="00080BF0" w:rsidRDefault="00080BF0"/>
          <w:p w14:paraId="17629006" w14:textId="77777777" w:rsidR="00080BF0" w:rsidRDefault="00000000">
            <w:pPr>
              <w:spacing w:line="245" w:lineRule="auto"/>
            </w:pPr>
            <w:r>
              <w:rPr>
                <w:b/>
                <w:color w:val="000000"/>
                <w:sz w:val="15"/>
              </w:rPr>
              <w:t xml:space="preserve">OCENJEVANJE / DAN DEJAVNOSTI: </w:t>
            </w:r>
            <w:r>
              <w:rPr>
                <w:color w:val="000000"/>
                <w:sz w:val="15"/>
              </w:rPr>
              <w:t>NARAVOSLOVNI DAN • ŠPORTNI DAN</w:t>
            </w:r>
          </w:p>
        </w:tc>
      </w:tr>
      <w:tr w:rsidR="00080BF0" w14:paraId="3A57C2FF" w14:textId="77777777">
        <w:trPr>
          <w:cantSplit/>
          <w:jc w:val="center"/>
        </w:trPr>
        <w:tc>
          <w:tcPr>
            <w:tcW w:w="14060" w:type="dxa"/>
            <w:gridSpan w:val="6"/>
            <w:tcMar>
              <w:top w:w="70" w:type="dxa"/>
              <w:left w:w="90" w:type="dxa"/>
              <w:bottom w:w="70" w:type="dxa"/>
              <w:right w:w="90" w:type="dxa"/>
            </w:tcMar>
            <w:vAlign w:val="center"/>
          </w:tcPr>
          <w:p w14:paraId="05C754F7" w14:textId="77777777" w:rsidR="00080BF0" w:rsidRDefault="00080BF0"/>
          <w:p w14:paraId="4B133151"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53E090E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BF0316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92470DE"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60AEB43" w14:textId="77777777" w:rsidR="00080BF0" w:rsidRDefault="00000000">
            <w:pPr>
              <w:jc w:val="center"/>
            </w:pPr>
            <w:r>
              <w:rPr>
                <w:b/>
                <w:color w:val="000000"/>
                <w:sz w:val="20"/>
              </w:rPr>
              <w:t>UČNE DEJAVNOSTI, METODE IN FORMATIVNO SPREMLJANJE</w:t>
            </w:r>
          </w:p>
        </w:tc>
      </w:tr>
      <w:tr w:rsidR="00080BF0" w14:paraId="045B46CE" w14:textId="77777777">
        <w:trPr>
          <w:tblHeader/>
          <w:jc w:val="center"/>
        </w:trPr>
        <w:tc>
          <w:tcPr>
            <w:tcW w:w="4422" w:type="dxa"/>
            <w:vMerge/>
            <w:tcMar>
              <w:top w:w="70" w:type="dxa"/>
              <w:left w:w="90" w:type="dxa"/>
              <w:bottom w:w="70" w:type="dxa"/>
              <w:right w:w="90" w:type="dxa"/>
            </w:tcMar>
            <w:vAlign w:val="center"/>
          </w:tcPr>
          <w:p w14:paraId="28A4CC09" w14:textId="77777777" w:rsidR="00080BF0" w:rsidRDefault="00080BF0"/>
        </w:tc>
        <w:tc>
          <w:tcPr>
            <w:tcW w:w="7087" w:type="dxa"/>
            <w:shd w:val="clear" w:color="auto" w:fill="FFFFFF"/>
            <w:tcMar>
              <w:top w:w="70" w:type="dxa"/>
              <w:left w:w="90" w:type="dxa"/>
              <w:bottom w:w="70" w:type="dxa"/>
              <w:right w:w="90" w:type="dxa"/>
            </w:tcMar>
            <w:vAlign w:val="center"/>
          </w:tcPr>
          <w:p w14:paraId="553439E7"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F9E3B71" w14:textId="77777777" w:rsidR="00080BF0" w:rsidRDefault="00000000">
            <w:pPr>
              <w:jc w:val="center"/>
            </w:pPr>
            <w:r>
              <w:rPr>
                <w:b/>
                <w:color w:val="000000"/>
              </w:rPr>
              <w:t>UČENEC</w:t>
            </w:r>
          </w:p>
        </w:tc>
      </w:tr>
      <w:tr w:rsidR="00080BF0" w14:paraId="774A3964" w14:textId="77777777">
        <w:trPr>
          <w:jc w:val="center"/>
        </w:trPr>
        <w:tc>
          <w:tcPr>
            <w:tcW w:w="4422" w:type="dxa"/>
            <w:tcMar>
              <w:top w:w="70" w:type="dxa"/>
              <w:left w:w="90" w:type="dxa"/>
              <w:bottom w:w="70" w:type="dxa"/>
              <w:right w:w="90" w:type="dxa"/>
            </w:tcMar>
          </w:tcPr>
          <w:p w14:paraId="3CB7FDC4" w14:textId="77777777" w:rsidR="00080BF0" w:rsidRDefault="00080BF0"/>
          <w:p w14:paraId="798F1321" w14:textId="77777777" w:rsidR="00080BF0" w:rsidRDefault="00000000">
            <w:pPr>
              <w:spacing w:after="60" w:line="245" w:lineRule="auto"/>
            </w:pPr>
            <w:r>
              <w:rPr>
                <w:b/>
                <w:color w:val="000000"/>
              </w:rPr>
              <w:t>UČNI CILJI</w:t>
            </w:r>
          </w:p>
          <w:p w14:paraId="00DDCB68" w14:textId="77777777" w:rsidR="00080BF0" w:rsidRDefault="00000000">
            <w:pPr>
              <w:spacing w:after="20" w:line="245" w:lineRule="auto"/>
            </w:pPr>
            <w:r>
              <w:rPr>
                <w:b/>
                <w:color w:val="000000"/>
                <w:sz w:val="17"/>
              </w:rPr>
              <w:t>SPLOŠNI</w:t>
            </w:r>
          </w:p>
          <w:p w14:paraId="57D11658"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0B530557"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0B00919B"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2FDEA739"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0BC20D3A" w14:textId="77777777" w:rsidR="00080BF0" w:rsidRDefault="00000000">
            <w:pPr>
              <w:spacing w:before="40" w:after="20" w:line="245" w:lineRule="auto"/>
            </w:pPr>
            <w:r>
              <w:rPr>
                <w:b/>
                <w:color w:val="000000"/>
                <w:sz w:val="17"/>
              </w:rPr>
              <w:t>OPERATIVNI</w:t>
            </w:r>
          </w:p>
          <w:p w14:paraId="2E82238B" w14:textId="77777777" w:rsidR="00080BF0" w:rsidRDefault="00000000">
            <w:pPr>
              <w:pStyle w:val="Oznaenseznam"/>
              <w:spacing w:after="16"/>
            </w:pPr>
            <w:r>
              <w:rPr>
                <w:color w:val="000000"/>
                <w:sz w:val="16"/>
              </w:rPr>
              <w:t>opazuje strukturo</w:t>
            </w:r>
          </w:p>
          <w:p w14:paraId="519A4B2F" w14:textId="77777777" w:rsidR="00080BF0" w:rsidRDefault="00000000">
            <w:pPr>
              <w:pStyle w:val="Oznaenseznam"/>
              <w:spacing w:after="16"/>
            </w:pPr>
            <w:r>
              <w:rPr>
                <w:color w:val="000000"/>
                <w:sz w:val="16"/>
              </w:rPr>
              <w:t>ustvari odtis</w:t>
            </w:r>
          </w:p>
          <w:p w14:paraId="2743330D" w14:textId="77777777" w:rsidR="00080BF0" w:rsidRDefault="00000000">
            <w:pPr>
              <w:pStyle w:val="Oznaenseznam"/>
              <w:spacing w:after="16"/>
            </w:pPr>
            <w:r>
              <w:rPr>
                <w:color w:val="000000"/>
                <w:sz w:val="16"/>
              </w:rPr>
              <w:t>primerja naravno obliko in likovni rezultat</w:t>
            </w:r>
          </w:p>
          <w:p w14:paraId="580A3F8E" w14:textId="77777777" w:rsidR="00080BF0" w:rsidRDefault="00000000">
            <w:pPr>
              <w:spacing w:before="40" w:after="20" w:line="245" w:lineRule="auto"/>
            </w:pPr>
            <w:r>
              <w:rPr>
                <w:b/>
                <w:color w:val="000000"/>
                <w:sz w:val="17"/>
              </w:rPr>
              <w:t>PRIČAKOVANI DOSEŽKI / MINIMALNI POUDARKI</w:t>
            </w:r>
          </w:p>
          <w:p w14:paraId="1C350F84" w14:textId="77777777" w:rsidR="00080BF0" w:rsidRDefault="00000000">
            <w:pPr>
              <w:pStyle w:val="Oznaenseznam"/>
              <w:spacing w:after="16"/>
            </w:pPr>
            <w:r>
              <w:rPr>
                <w:color w:val="000000"/>
                <w:sz w:val="15"/>
              </w:rPr>
              <w:t>samostojno oziroma z dogovorjeno oporo opazuje strukturo</w:t>
            </w:r>
          </w:p>
          <w:p w14:paraId="3AA10821" w14:textId="77777777" w:rsidR="00080BF0" w:rsidRDefault="00000000">
            <w:pPr>
              <w:pStyle w:val="Oznaenseznam"/>
              <w:spacing w:after="16"/>
            </w:pPr>
            <w:r>
              <w:rPr>
                <w:color w:val="000000"/>
                <w:sz w:val="15"/>
              </w:rPr>
              <w:t>samostojno oziroma z dogovorjeno oporo ustvari odtis</w:t>
            </w:r>
          </w:p>
          <w:p w14:paraId="4EC1B746" w14:textId="77777777" w:rsidR="00080BF0" w:rsidRDefault="00000000">
            <w:pPr>
              <w:pStyle w:val="Oznaenseznam"/>
              <w:spacing w:after="16"/>
            </w:pPr>
            <w:r>
              <w:rPr>
                <w:color w:val="000000"/>
                <w:sz w:val="15"/>
              </w:rPr>
              <w:t>samostojno oziroma z dogovorjeno oporo primerja naravno obliko in likovni rezultat</w:t>
            </w:r>
          </w:p>
        </w:tc>
        <w:tc>
          <w:tcPr>
            <w:tcW w:w="7087" w:type="dxa"/>
            <w:tcMar>
              <w:top w:w="70" w:type="dxa"/>
              <w:left w:w="90" w:type="dxa"/>
              <w:bottom w:w="70" w:type="dxa"/>
              <w:right w:w="90" w:type="dxa"/>
            </w:tcMar>
          </w:tcPr>
          <w:p w14:paraId="78A0D7BC"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3E5C824" w14:textId="77777777">
              <w:trPr>
                <w:jc w:val="center"/>
              </w:trPr>
              <w:tc>
                <w:tcPr>
                  <w:tcW w:w="7087" w:type="dxa"/>
                  <w:shd w:val="clear" w:color="auto" w:fill="C6E7F3"/>
                  <w:tcMar>
                    <w:top w:w="45" w:type="dxa"/>
                    <w:left w:w="70" w:type="dxa"/>
                    <w:bottom w:w="45" w:type="dxa"/>
                    <w:right w:w="70" w:type="dxa"/>
                  </w:tcMar>
                </w:tcPr>
                <w:p w14:paraId="4D81494C" w14:textId="77777777" w:rsidR="00080BF0" w:rsidRDefault="00000000">
                  <w:pPr>
                    <w:keepNext/>
                  </w:pPr>
                  <w:r>
                    <w:rPr>
                      <w:b/>
                      <w:color w:val="000000"/>
                    </w:rPr>
                    <w:t>UVODNI DEL – likovna uganka, opazovanje, aktivacija predznanja in namen učenja (8–12 min)</w:t>
                  </w:r>
                </w:p>
              </w:tc>
            </w:tr>
          </w:tbl>
          <w:p w14:paraId="513BFD9F" w14:textId="77777777" w:rsidR="00080BF0" w:rsidRDefault="00080BF0">
            <w:pPr>
              <w:spacing w:line="20" w:lineRule="exact"/>
            </w:pPr>
          </w:p>
          <w:p w14:paraId="057D9003" w14:textId="77777777" w:rsidR="00080BF0" w:rsidRDefault="00000000">
            <w:pPr>
              <w:spacing w:before="40" w:after="60" w:line="245" w:lineRule="auto"/>
            </w:pPr>
            <w:r>
              <w:rPr>
                <w:color w:val="000000"/>
                <w:sz w:val="16"/>
              </w:rPr>
              <w:t>Ob književnem motivu »Majnice: fulaste pesmi« – Tone Pavček učenci vstopijo v temo pomlad, ritem, igriv jezik in opazovanje narave. Učiteljica pokaže fotografijo, reprodukcijo, predmet ali material in pove kratko likovno zgodbo: na papirju se pojavi skrivnostni odtis; učenci po teksturi, smeri in ponovitvi sklepajo, iz česa je nastal, nato načrtujejo svoj odtis na temo »odtis rastline«. Tematska rešitev: ustvari odtis rastline in pesniško ilustracijo.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54511769" w14:textId="77777777">
              <w:trPr>
                <w:jc w:val="center"/>
              </w:trPr>
              <w:tc>
                <w:tcPr>
                  <w:tcW w:w="7087" w:type="dxa"/>
                  <w:shd w:val="clear" w:color="auto" w:fill="EDC9EA"/>
                  <w:tcMar>
                    <w:top w:w="45" w:type="dxa"/>
                    <w:left w:w="70" w:type="dxa"/>
                    <w:bottom w:w="45" w:type="dxa"/>
                    <w:right w:w="70" w:type="dxa"/>
                  </w:tcMar>
                </w:tcPr>
                <w:p w14:paraId="3D0A6F00" w14:textId="77777777" w:rsidR="00080BF0" w:rsidRDefault="00000000">
                  <w:pPr>
                    <w:keepNext/>
                  </w:pPr>
                  <w:r>
                    <w:rPr>
                      <w:b/>
                      <w:color w:val="000000"/>
                    </w:rPr>
                    <w:t>NAMENI UČENJA</w:t>
                  </w:r>
                </w:p>
              </w:tc>
            </w:tr>
          </w:tbl>
          <w:p w14:paraId="45FBEAC4" w14:textId="77777777" w:rsidR="00080BF0" w:rsidRDefault="00080BF0">
            <w:pPr>
              <w:spacing w:line="20" w:lineRule="exact"/>
            </w:pPr>
          </w:p>
          <w:p w14:paraId="6C6A2FF3"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40BE79CF" w14:textId="77777777" w:rsidR="00080BF0" w:rsidRDefault="00000000">
            <w:pPr>
              <w:pStyle w:val="Oznaenseznam"/>
              <w:spacing w:after="16"/>
            </w:pPr>
            <w:r>
              <w:rPr>
                <w:color w:val="000000"/>
                <w:sz w:val="16"/>
              </w:rPr>
              <w:t>opazujem strukturo</w:t>
            </w:r>
          </w:p>
          <w:p w14:paraId="6653CFD7" w14:textId="77777777" w:rsidR="00080BF0" w:rsidRDefault="00000000">
            <w:pPr>
              <w:pStyle w:val="Oznaenseznam"/>
              <w:spacing w:after="16"/>
            </w:pPr>
            <w:r>
              <w:rPr>
                <w:color w:val="000000"/>
                <w:sz w:val="16"/>
              </w:rPr>
              <w:t>ustvarim odtis</w:t>
            </w:r>
          </w:p>
          <w:p w14:paraId="38595C8C" w14:textId="77777777" w:rsidR="00080BF0" w:rsidRDefault="00000000">
            <w:pPr>
              <w:pStyle w:val="Oznaenseznam"/>
              <w:spacing w:after="16"/>
            </w:pPr>
            <w:r>
              <w:rPr>
                <w:color w:val="000000"/>
                <w:sz w:val="16"/>
              </w:rPr>
              <w:t>primerjam naravno obliko in likovni rezultat</w:t>
            </w:r>
          </w:p>
          <w:tbl>
            <w:tblPr>
              <w:tblStyle w:val="Tabelamrea"/>
              <w:tblW w:w="0" w:type="auto"/>
              <w:jc w:val="center"/>
              <w:tblLayout w:type="fixed"/>
              <w:tblLook w:val="04A0" w:firstRow="1" w:lastRow="0" w:firstColumn="1" w:lastColumn="0" w:noHBand="0" w:noVBand="1"/>
            </w:tblPr>
            <w:tblGrid>
              <w:gridCol w:w="7087"/>
            </w:tblGrid>
            <w:tr w:rsidR="00080BF0" w14:paraId="5704A470" w14:textId="77777777">
              <w:trPr>
                <w:jc w:val="center"/>
              </w:trPr>
              <w:tc>
                <w:tcPr>
                  <w:tcW w:w="7087" w:type="dxa"/>
                  <w:shd w:val="clear" w:color="auto" w:fill="EDC9EA"/>
                  <w:tcMar>
                    <w:top w:w="45" w:type="dxa"/>
                    <w:left w:w="70" w:type="dxa"/>
                    <w:bottom w:w="45" w:type="dxa"/>
                    <w:right w:w="70" w:type="dxa"/>
                  </w:tcMar>
                </w:tcPr>
                <w:p w14:paraId="574040D9" w14:textId="77777777" w:rsidR="00080BF0" w:rsidRDefault="00000000">
                  <w:pPr>
                    <w:keepNext/>
                  </w:pPr>
                  <w:r>
                    <w:rPr>
                      <w:b/>
                      <w:color w:val="000000"/>
                    </w:rPr>
                    <w:t>PREVERJANJE PREDZNANJA</w:t>
                  </w:r>
                </w:p>
              </w:tc>
            </w:tr>
          </w:tbl>
          <w:p w14:paraId="68255432" w14:textId="77777777" w:rsidR="00080BF0" w:rsidRDefault="00080BF0">
            <w:pPr>
              <w:spacing w:line="20" w:lineRule="exact"/>
            </w:pPr>
          </w:p>
          <w:p w14:paraId="7B1BF780" w14:textId="77777777" w:rsidR="00080BF0" w:rsidRDefault="00000000">
            <w:pPr>
              <w:pStyle w:val="Oznaenseznam"/>
              <w:spacing w:after="16"/>
            </w:pPr>
            <w:r>
              <w:rPr>
                <w:color w:val="000000"/>
                <w:sz w:val="16"/>
              </w:rPr>
              <w:t>Kaj najprej opazim pri motivu, predmetu ali materialu, povezanem s temo »ODTIS RASTLINE«?</w:t>
            </w:r>
          </w:p>
          <w:p w14:paraId="7AF2D492"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50D1D49B"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5F155CB2" w14:textId="77777777">
              <w:trPr>
                <w:jc w:val="center"/>
              </w:trPr>
              <w:tc>
                <w:tcPr>
                  <w:tcW w:w="7087" w:type="dxa"/>
                  <w:shd w:val="clear" w:color="auto" w:fill="EDC9EA"/>
                  <w:tcMar>
                    <w:top w:w="45" w:type="dxa"/>
                    <w:left w:w="70" w:type="dxa"/>
                    <w:bottom w:w="45" w:type="dxa"/>
                    <w:right w:w="70" w:type="dxa"/>
                  </w:tcMar>
                </w:tcPr>
                <w:p w14:paraId="1CD629FC" w14:textId="77777777" w:rsidR="00080BF0" w:rsidRDefault="00000000">
                  <w:pPr>
                    <w:keepNext/>
                  </w:pPr>
                  <w:r>
                    <w:rPr>
                      <w:b/>
                      <w:color w:val="000000"/>
                    </w:rPr>
                    <w:t>KRITERIJI USPEŠNOSTI</w:t>
                  </w:r>
                </w:p>
              </w:tc>
            </w:tr>
          </w:tbl>
          <w:p w14:paraId="519202B0" w14:textId="77777777" w:rsidR="00080BF0" w:rsidRDefault="00080BF0"/>
          <w:p w14:paraId="697DF499" w14:textId="77777777" w:rsidR="00080BF0" w:rsidRDefault="00000000">
            <w:pPr>
              <w:spacing w:before="20" w:after="20" w:line="245" w:lineRule="auto"/>
            </w:pPr>
            <w:r>
              <w:rPr>
                <w:b/>
                <w:color w:val="000000"/>
                <w:sz w:val="16"/>
              </w:rPr>
              <w:t>Uspešen/-na bom, ko:</w:t>
            </w:r>
          </w:p>
          <w:p w14:paraId="201D898B" w14:textId="77777777" w:rsidR="00080BF0" w:rsidRDefault="00000000">
            <w:pPr>
              <w:pStyle w:val="Oznaenseznam"/>
              <w:spacing w:after="16"/>
            </w:pPr>
            <w:r>
              <w:rPr>
                <w:color w:val="000000"/>
                <w:sz w:val="16"/>
              </w:rPr>
              <w:t>opazujem strukturo</w:t>
            </w:r>
          </w:p>
          <w:p w14:paraId="28326BEB" w14:textId="77777777" w:rsidR="00080BF0" w:rsidRDefault="00000000">
            <w:pPr>
              <w:pStyle w:val="Oznaenseznam"/>
              <w:spacing w:after="16"/>
            </w:pPr>
            <w:r>
              <w:rPr>
                <w:color w:val="000000"/>
                <w:sz w:val="16"/>
              </w:rPr>
              <w:t>ustvarim odtis</w:t>
            </w:r>
          </w:p>
          <w:p w14:paraId="3162E8B8" w14:textId="77777777" w:rsidR="00080BF0" w:rsidRDefault="00000000">
            <w:pPr>
              <w:pStyle w:val="Oznaenseznam"/>
              <w:spacing w:after="16"/>
            </w:pPr>
            <w:r>
              <w:rPr>
                <w:color w:val="000000"/>
                <w:sz w:val="16"/>
              </w:rPr>
              <w:t>primerjam naravno obliko in likovni rezultat</w:t>
            </w:r>
          </w:p>
          <w:p w14:paraId="3A86A639" w14:textId="77777777" w:rsidR="00080BF0" w:rsidRDefault="00000000">
            <w:pPr>
              <w:pStyle w:val="Oznaenseznam"/>
              <w:spacing w:after="16"/>
            </w:pPr>
            <w:r>
              <w:rPr>
                <w:color w:val="000000"/>
                <w:sz w:val="15"/>
              </w:rPr>
              <w:t>varno in namensko uporabim material, zaščitim prostor ter po delu uredim svojo postajo</w:t>
            </w:r>
          </w:p>
          <w:p w14:paraId="5AA3A834"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5378C861" w14:textId="77777777" w:rsidR="00080BF0" w:rsidRDefault="00080BF0"/>
          <w:p w14:paraId="5BAC03E2"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11DDC5A" w14:textId="77777777" w:rsidR="00080BF0" w:rsidRDefault="00000000">
            <w:pPr>
              <w:spacing w:after="80" w:line="245" w:lineRule="auto"/>
            </w:pPr>
            <w:r>
              <w:rPr>
                <w:color w:val="000000"/>
                <w:sz w:val="16"/>
              </w:rPr>
              <w:t>Pove ali pokaže, kaj že zna opaziti in katero likovno možnost bi najprej preizkusil.</w:t>
            </w:r>
          </w:p>
          <w:p w14:paraId="219B4E13" w14:textId="77777777" w:rsidR="00080BF0" w:rsidRDefault="00000000">
            <w:pPr>
              <w:spacing w:after="100" w:line="245" w:lineRule="auto"/>
            </w:pPr>
            <w:r>
              <w:rPr>
                <w:color w:val="000000"/>
                <w:sz w:val="16"/>
              </w:rPr>
              <w:t>Sodeluje pri razumevanju namena, meril uspešnosti, varne rabe pripomočkov in načina dokazovanja.</w:t>
            </w:r>
          </w:p>
          <w:p w14:paraId="5E0EFF99" w14:textId="77777777" w:rsidR="00080BF0" w:rsidRDefault="00000000">
            <w:pPr>
              <w:spacing w:after="20" w:line="245" w:lineRule="auto"/>
            </w:pPr>
            <w:r>
              <w:rPr>
                <w:b/>
                <w:color w:val="D95BC6"/>
                <w:sz w:val="17"/>
              </w:rPr>
              <w:t>DOKAZ O UČENJU</w:t>
            </w:r>
          </w:p>
          <w:p w14:paraId="0070827A"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75889E92"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39642F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5384C57"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BD55E7A" w14:textId="77777777" w:rsidR="00080BF0" w:rsidRDefault="00000000">
            <w:pPr>
              <w:jc w:val="center"/>
            </w:pPr>
            <w:r>
              <w:rPr>
                <w:b/>
                <w:color w:val="000000"/>
                <w:sz w:val="20"/>
              </w:rPr>
              <w:t>UČNE DEJAVNOSTI, METODE IN FORMATIVNO SPREMLJANJE</w:t>
            </w:r>
          </w:p>
        </w:tc>
      </w:tr>
      <w:tr w:rsidR="00080BF0" w14:paraId="5D53AAB5" w14:textId="77777777">
        <w:trPr>
          <w:tblHeader/>
          <w:jc w:val="center"/>
        </w:trPr>
        <w:tc>
          <w:tcPr>
            <w:tcW w:w="4422" w:type="dxa"/>
            <w:vMerge/>
            <w:tcMar>
              <w:top w:w="70" w:type="dxa"/>
              <w:left w:w="90" w:type="dxa"/>
              <w:bottom w:w="70" w:type="dxa"/>
              <w:right w:w="90" w:type="dxa"/>
            </w:tcMar>
            <w:vAlign w:val="center"/>
          </w:tcPr>
          <w:p w14:paraId="2694C77E" w14:textId="77777777" w:rsidR="00080BF0" w:rsidRDefault="00080BF0"/>
        </w:tc>
        <w:tc>
          <w:tcPr>
            <w:tcW w:w="7087" w:type="dxa"/>
            <w:shd w:val="clear" w:color="auto" w:fill="FFFFFF"/>
            <w:tcMar>
              <w:top w:w="70" w:type="dxa"/>
              <w:left w:w="90" w:type="dxa"/>
              <w:bottom w:w="70" w:type="dxa"/>
              <w:right w:w="90" w:type="dxa"/>
            </w:tcMar>
            <w:vAlign w:val="center"/>
          </w:tcPr>
          <w:p w14:paraId="34B5EF9C"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2B60E69" w14:textId="77777777" w:rsidR="00080BF0" w:rsidRDefault="00000000">
            <w:pPr>
              <w:jc w:val="center"/>
            </w:pPr>
            <w:r>
              <w:rPr>
                <w:b/>
                <w:color w:val="000000"/>
              </w:rPr>
              <w:t>UČENEC</w:t>
            </w:r>
          </w:p>
        </w:tc>
      </w:tr>
      <w:tr w:rsidR="00080BF0" w14:paraId="344B3845" w14:textId="77777777">
        <w:trPr>
          <w:jc w:val="center"/>
        </w:trPr>
        <w:tc>
          <w:tcPr>
            <w:tcW w:w="4422" w:type="dxa"/>
            <w:tcMar>
              <w:top w:w="70" w:type="dxa"/>
              <w:left w:w="90" w:type="dxa"/>
              <w:bottom w:w="70" w:type="dxa"/>
              <w:right w:w="90" w:type="dxa"/>
            </w:tcMar>
          </w:tcPr>
          <w:p w14:paraId="6DC8D66A" w14:textId="77777777" w:rsidR="00080BF0" w:rsidRDefault="00080BF0"/>
          <w:p w14:paraId="4CD69997" w14:textId="77777777" w:rsidR="00080BF0" w:rsidRDefault="00000000">
            <w:pPr>
              <w:spacing w:after="40" w:line="245" w:lineRule="auto"/>
            </w:pPr>
            <w:r>
              <w:rPr>
                <w:b/>
                <w:color w:val="000000"/>
              </w:rPr>
              <w:t>KLJUČNI LIKOVNI POJMI</w:t>
            </w:r>
          </w:p>
          <w:p w14:paraId="5FCF2413"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matrica, odtis, tekstura, sled, ponavljanje, vzorec</w:t>
            </w:r>
          </w:p>
          <w:p w14:paraId="28A7CE29" w14:textId="77777777" w:rsidR="00080BF0" w:rsidRDefault="00000000">
            <w:pPr>
              <w:spacing w:after="20" w:line="245" w:lineRule="auto"/>
            </w:pPr>
            <w:r>
              <w:rPr>
                <w:b/>
                <w:color w:val="000000"/>
                <w:sz w:val="17"/>
              </w:rPr>
              <w:t>DOKAZI O UČENJU</w:t>
            </w:r>
          </w:p>
          <w:p w14:paraId="489CCBE4" w14:textId="77777777" w:rsidR="00080BF0" w:rsidRDefault="00000000">
            <w:pPr>
              <w:pStyle w:val="Oznaenseznam"/>
              <w:spacing w:after="9"/>
            </w:pPr>
            <w:r>
              <w:rPr>
                <w:color w:val="000000"/>
                <w:sz w:val="15"/>
              </w:rPr>
              <w:t>likovni proces in izdelek, fotografija faze, učenčeva razlaga ter samovrednotenje v mapi.</w:t>
            </w:r>
          </w:p>
          <w:p w14:paraId="4246D13B" w14:textId="77777777" w:rsidR="00080BF0" w:rsidRDefault="00000000">
            <w:pPr>
              <w:spacing w:before="40" w:after="20" w:line="245" w:lineRule="auto"/>
            </w:pPr>
            <w:r>
              <w:rPr>
                <w:b/>
                <w:color w:val="000000"/>
                <w:sz w:val="17"/>
              </w:rPr>
              <w:t>LIKOVNO DOŽIVETJE IN IZKUŠENJSKI POUK</w:t>
            </w:r>
          </w:p>
          <w:p w14:paraId="31D59163"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69374B58" w14:textId="77777777" w:rsidR="00080BF0" w:rsidRDefault="00000000">
            <w:pPr>
              <w:spacing w:after="20" w:line="245" w:lineRule="auto"/>
            </w:pPr>
            <w:r>
              <w:rPr>
                <w:b/>
                <w:color w:val="000000"/>
                <w:sz w:val="17"/>
              </w:rPr>
              <w:t>POUČEVANJE V GIBANJU</w:t>
            </w:r>
          </w:p>
          <w:p w14:paraId="09525AA5"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376C2018" w14:textId="77777777" w:rsidR="00080BF0" w:rsidRDefault="00000000">
            <w:pPr>
              <w:spacing w:after="20" w:line="245" w:lineRule="auto"/>
            </w:pPr>
            <w:r>
              <w:rPr>
                <w:b/>
                <w:color w:val="000000"/>
                <w:sz w:val="17"/>
              </w:rPr>
              <w:t>DELO PO POSTAJAH</w:t>
            </w:r>
          </w:p>
          <w:p w14:paraId="4A17FC61"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1539EFE8" w14:textId="77777777" w:rsidR="00080BF0" w:rsidRDefault="00000000">
            <w:pPr>
              <w:spacing w:after="9" w:line="245" w:lineRule="auto"/>
            </w:pPr>
            <w:r>
              <w:rPr>
                <w:color w:val="000000"/>
                <w:sz w:val="14"/>
              </w:rPr>
              <w:t>1. Teksturna: z dotikom in lupo poiščem reliefne površine ter napovem, kakšen odtis bi pustile.</w:t>
            </w:r>
          </w:p>
          <w:p w14:paraId="6AB54283" w14:textId="77777777" w:rsidR="00080BF0" w:rsidRDefault="00000000">
            <w:pPr>
              <w:spacing w:after="9" w:line="245" w:lineRule="auto"/>
            </w:pPr>
            <w:r>
              <w:rPr>
                <w:color w:val="000000"/>
                <w:sz w:val="14"/>
              </w:rPr>
              <w:t>2. Matrična: varno pripravim ali izberem matrico, preizkusim količino barve in naredim poskusni odtis.</w:t>
            </w:r>
          </w:p>
          <w:p w14:paraId="46C59460" w14:textId="77777777" w:rsidR="00080BF0" w:rsidRDefault="00000000">
            <w:pPr>
              <w:spacing w:after="9" w:line="245" w:lineRule="auto"/>
            </w:pPr>
            <w:r>
              <w:rPr>
                <w:color w:val="000000"/>
                <w:sz w:val="14"/>
              </w:rPr>
              <w:t>3. Gibalno-ritmična: z odtisi ali telesnimi koraki sestavim ponavljajoč se ritem, smer in vzorec.</w:t>
            </w:r>
          </w:p>
          <w:p w14:paraId="24D9F939" w14:textId="77777777" w:rsidR="00080BF0" w:rsidRDefault="00000000">
            <w:pPr>
              <w:spacing w:after="9" w:line="245" w:lineRule="auto"/>
            </w:pPr>
            <w:r>
              <w:rPr>
                <w:color w:val="000000"/>
                <w:sz w:val="14"/>
              </w:rPr>
              <w:t>4. Primerjalna: primerjam dva odtisa, poimenujem razliko, izberem uspešnejši dokaz in ponovim izboljšan postopek.</w:t>
            </w:r>
          </w:p>
          <w:p w14:paraId="593ACB15" w14:textId="77777777" w:rsidR="00080BF0" w:rsidRDefault="00000000">
            <w:pPr>
              <w:spacing w:after="20" w:line="245" w:lineRule="auto"/>
            </w:pPr>
            <w:r>
              <w:rPr>
                <w:b/>
                <w:color w:val="000000"/>
                <w:sz w:val="17"/>
              </w:rPr>
              <w:t>DIFERENCIACIJA IN VKLJUČEVANJE</w:t>
            </w:r>
          </w:p>
          <w:p w14:paraId="3F8DDA7E"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4003E2E6" w14:textId="77777777" w:rsidR="00080BF0" w:rsidRDefault="00000000">
            <w:pPr>
              <w:spacing w:after="20" w:line="245" w:lineRule="auto"/>
            </w:pPr>
            <w:r>
              <w:rPr>
                <w:b/>
                <w:color w:val="000000"/>
                <w:sz w:val="17"/>
              </w:rPr>
              <w:t>SPREMLJANJE</w:t>
            </w:r>
          </w:p>
          <w:p w14:paraId="70246433"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3F24DFC7"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E70E8D8" w14:textId="77777777">
              <w:trPr>
                <w:jc w:val="center"/>
              </w:trPr>
              <w:tc>
                <w:tcPr>
                  <w:tcW w:w="7087" w:type="dxa"/>
                  <w:shd w:val="clear" w:color="auto" w:fill="C6E7F3"/>
                  <w:tcMar>
                    <w:top w:w="45" w:type="dxa"/>
                    <w:left w:w="70" w:type="dxa"/>
                    <w:bottom w:w="45" w:type="dxa"/>
                    <w:right w:w="70" w:type="dxa"/>
                  </w:tcMar>
                </w:tcPr>
                <w:p w14:paraId="04A9BAD3" w14:textId="77777777" w:rsidR="00080BF0" w:rsidRDefault="00000000">
                  <w:pPr>
                    <w:keepNext/>
                  </w:pPr>
                  <w:r>
                    <w:rPr>
                      <w:b/>
                      <w:color w:val="000000"/>
                      <w:sz w:val="17"/>
                    </w:rPr>
                    <w:t>GLAVNI DEL – OPAZOVANJE, MATERIALNI PREIZKUS, USTVARJANJE IN GALERIJA (1 šolska ura)</w:t>
                  </w:r>
                </w:p>
              </w:tc>
            </w:tr>
          </w:tbl>
          <w:p w14:paraId="4CA1AF83" w14:textId="77777777" w:rsidR="00080BF0" w:rsidRDefault="00080BF0">
            <w:pPr>
              <w:spacing w:line="20" w:lineRule="exact"/>
            </w:pPr>
          </w:p>
          <w:p w14:paraId="71D716F8" w14:textId="77777777" w:rsidR="00080BF0" w:rsidRDefault="00000000">
            <w:pPr>
              <w:keepNext/>
              <w:spacing w:before="22" w:after="8" w:line="245" w:lineRule="auto"/>
            </w:pPr>
            <w:r>
              <w:rPr>
                <w:b/>
                <w:color w:val="000000"/>
                <w:sz w:val="16"/>
              </w:rPr>
              <w:t>1. URA – Odtis rastline – Ustvarjam, predstavim, izboljšam</w:t>
            </w:r>
          </w:p>
          <w:p w14:paraId="639914E3"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»ODTIS RASTLINE«; postavlja vprašanja o nameri, nudi tehnično oporo in omogoči izboljšavo. Zaključek 10': 10' – Izvede tiho galerijo; modelira odziv »Opazim … / Učinkuje … / Lahko poskusiš …« ter vodi pospravljanje.</w:t>
            </w:r>
          </w:p>
          <w:p w14:paraId="02C33EC8"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174C2ADE"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2A5AFB2E" w14:textId="77777777">
              <w:trPr>
                <w:jc w:val="center"/>
              </w:trPr>
              <w:tc>
                <w:tcPr>
                  <w:tcW w:w="7087" w:type="dxa"/>
                  <w:shd w:val="clear" w:color="auto" w:fill="EDC9EA"/>
                  <w:tcMar>
                    <w:top w:w="45" w:type="dxa"/>
                    <w:left w:w="70" w:type="dxa"/>
                    <w:bottom w:w="45" w:type="dxa"/>
                    <w:right w:w="70" w:type="dxa"/>
                  </w:tcMar>
                </w:tcPr>
                <w:p w14:paraId="60154092" w14:textId="77777777" w:rsidR="00080BF0" w:rsidRDefault="00000000">
                  <w:pPr>
                    <w:keepNext/>
                  </w:pPr>
                  <w:r>
                    <w:rPr>
                      <w:b/>
                      <w:color w:val="000000"/>
                      <w:sz w:val="17"/>
                    </w:rPr>
                    <w:t>ORGANIZACIJA POSTAJ IN PREHODOV</w:t>
                  </w:r>
                </w:p>
              </w:tc>
            </w:tr>
          </w:tbl>
          <w:p w14:paraId="7F62DAE4" w14:textId="77777777" w:rsidR="00080BF0" w:rsidRDefault="00080BF0"/>
          <w:p w14:paraId="0E744C1A" w14:textId="77777777" w:rsidR="00080BF0" w:rsidRDefault="00000000">
            <w:pPr>
              <w:spacing w:before="8" w:after="8" w:line="245" w:lineRule="auto"/>
            </w:pPr>
            <w:r>
              <w:rPr>
                <w:color w:val="000000"/>
                <w:sz w:val="14"/>
              </w:rPr>
              <w:t>Postaja 1: Teksturna: z dotikom in lupo poiščem reliefne površine ter napovem, kakšen odtis bi pustile.</w:t>
            </w:r>
          </w:p>
          <w:p w14:paraId="1E982AE2" w14:textId="77777777" w:rsidR="00080BF0" w:rsidRDefault="00000000">
            <w:pPr>
              <w:spacing w:before="8" w:after="8" w:line="245" w:lineRule="auto"/>
            </w:pPr>
            <w:r>
              <w:rPr>
                <w:color w:val="000000"/>
                <w:sz w:val="14"/>
              </w:rPr>
              <w:t>Postaja 2: Matrična: varno pripravim ali izberem matrico, preizkusim količino barve in naredim poskusni odtis.</w:t>
            </w:r>
          </w:p>
          <w:p w14:paraId="4EB1E4BC" w14:textId="77777777" w:rsidR="00080BF0" w:rsidRDefault="00000000">
            <w:pPr>
              <w:spacing w:before="8" w:after="8" w:line="245" w:lineRule="auto"/>
            </w:pPr>
            <w:r>
              <w:rPr>
                <w:color w:val="000000"/>
                <w:sz w:val="14"/>
              </w:rPr>
              <w:t>Postaja 3: Gibalno-ritmična: z odtisi ali telesnimi koraki sestavim ponavljajoč se ritem, smer in vzorec.</w:t>
            </w:r>
          </w:p>
          <w:p w14:paraId="19A0E8D3" w14:textId="77777777" w:rsidR="00080BF0" w:rsidRDefault="00000000">
            <w:pPr>
              <w:spacing w:before="8" w:after="8" w:line="245" w:lineRule="auto"/>
            </w:pPr>
            <w:r>
              <w:rPr>
                <w:color w:val="000000"/>
                <w:sz w:val="14"/>
              </w:rPr>
              <w:t>Postaja 4: Primerjalna: primerjam dva odtisa, poimenujem razliko, izberem uspešnejši dokaz in ponovim izboljšan postopek.</w:t>
            </w:r>
          </w:p>
          <w:p w14:paraId="4D10A90A"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331BBED" w14:textId="77777777" w:rsidR="00080BF0" w:rsidRDefault="00080BF0"/>
          <w:p w14:paraId="76033E06" w14:textId="77777777" w:rsidR="00080BF0" w:rsidRDefault="00000000">
            <w:pPr>
              <w:spacing w:after="6" w:line="245" w:lineRule="auto"/>
            </w:pPr>
            <w:r>
              <w:rPr>
                <w:b/>
                <w:color w:val="000000"/>
                <w:sz w:val="15"/>
              </w:rPr>
              <w:t>1. URA – Odtis rastline – Ustvarjam, predstavim, izboljšam</w:t>
            </w:r>
          </w:p>
          <w:p w14:paraId="756F5E98"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4C8CD525" w14:textId="77777777" w:rsidR="00080BF0" w:rsidRDefault="00000000">
            <w:pPr>
              <w:spacing w:after="20" w:line="245" w:lineRule="auto"/>
            </w:pPr>
            <w:r>
              <w:rPr>
                <w:color w:val="D95BC6"/>
                <w:sz w:val="14"/>
              </w:rPr>
              <w:t>Dokaz: likovni proces in izdelek, fotografija faze, učenčeva razlaga ter samovrednotenje v mapi.</w:t>
            </w:r>
          </w:p>
          <w:p w14:paraId="51D9C3E2" w14:textId="77777777" w:rsidR="00080BF0" w:rsidRDefault="00000000">
            <w:pPr>
              <w:spacing w:before="40" w:after="20" w:line="245" w:lineRule="auto"/>
            </w:pPr>
            <w:r>
              <w:rPr>
                <w:b/>
                <w:color w:val="D95BC6"/>
                <w:sz w:val="16"/>
              </w:rPr>
              <w:t>MOJ KROG POSTAJ</w:t>
            </w:r>
          </w:p>
          <w:p w14:paraId="2A3C8DF8" w14:textId="77777777" w:rsidR="00080BF0" w:rsidRDefault="00000000">
            <w:pPr>
              <w:spacing w:after="11" w:line="245" w:lineRule="auto"/>
            </w:pPr>
            <w:r>
              <w:rPr>
                <w:color w:val="000000"/>
                <w:sz w:val="13"/>
              </w:rPr>
              <w:t>1. Teksturna: z dotikom in lupo poiščem reliefne površine ter napovem, kakšen odtis bi pustile.</w:t>
            </w:r>
          </w:p>
          <w:p w14:paraId="701F26E7" w14:textId="77777777" w:rsidR="00080BF0" w:rsidRDefault="00000000">
            <w:pPr>
              <w:spacing w:after="11" w:line="245" w:lineRule="auto"/>
            </w:pPr>
            <w:r>
              <w:rPr>
                <w:color w:val="000000"/>
                <w:sz w:val="13"/>
              </w:rPr>
              <w:t>2. Matrična: varno pripravim ali izberem matrico, preizkusim količino barve in naredim poskusni.</w:t>
            </w:r>
          </w:p>
          <w:p w14:paraId="76245484" w14:textId="77777777" w:rsidR="00080BF0" w:rsidRDefault="00000000">
            <w:pPr>
              <w:spacing w:after="11" w:line="245" w:lineRule="auto"/>
            </w:pPr>
            <w:r>
              <w:rPr>
                <w:color w:val="000000"/>
                <w:sz w:val="13"/>
              </w:rPr>
              <w:t>3. Gibalno-ritmična: z odtisi ali telesnimi koraki sestavim ponavljajoč se ritem.</w:t>
            </w:r>
          </w:p>
          <w:p w14:paraId="6ACB3BAB" w14:textId="77777777" w:rsidR="00080BF0" w:rsidRDefault="00000000">
            <w:pPr>
              <w:spacing w:after="11" w:line="245" w:lineRule="auto"/>
            </w:pPr>
            <w:r>
              <w:rPr>
                <w:color w:val="000000"/>
                <w:sz w:val="13"/>
              </w:rPr>
              <w:t>4. Primerjalna: primerjam dva odtisa, poimenujem razliko.</w:t>
            </w:r>
          </w:p>
          <w:p w14:paraId="11BD08BC"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1C04C048" w14:textId="77777777" w:rsidR="00080BF0" w:rsidRDefault="00000000">
            <w:pPr>
              <w:spacing w:after="20" w:line="245" w:lineRule="auto"/>
            </w:pPr>
            <w:r>
              <w:rPr>
                <w:b/>
                <w:color w:val="D95BC6"/>
                <w:sz w:val="17"/>
              </w:rPr>
              <w:t>DOKAZ O UČENJU</w:t>
            </w:r>
          </w:p>
          <w:p w14:paraId="7D515588"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44BA7E4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BAAAB5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18AD051"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566968F" w14:textId="77777777" w:rsidR="00080BF0" w:rsidRDefault="00000000">
            <w:pPr>
              <w:jc w:val="center"/>
            </w:pPr>
            <w:r>
              <w:rPr>
                <w:b/>
                <w:color w:val="000000"/>
                <w:sz w:val="20"/>
              </w:rPr>
              <w:t>UČNE DEJAVNOSTI, METODE IN FORMATIVNO SPREMLJANJE</w:t>
            </w:r>
          </w:p>
        </w:tc>
      </w:tr>
      <w:tr w:rsidR="00080BF0" w14:paraId="06CB155C" w14:textId="77777777">
        <w:trPr>
          <w:tblHeader/>
          <w:jc w:val="center"/>
        </w:trPr>
        <w:tc>
          <w:tcPr>
            <w:tcW w:w="4422" w:type="dxa"/>
            <w:vMerge/>
            <w:tcMar>
              <w:top w:w="70" w:type="dxa"/>
              <w:left w:w="90" w:type="dxa"/>
              <w:bottom w:w="70" w:type="dxa"/>
              <w:right w:w="90" w:type="dxa"/>
            </w:tcMar>
            <w:vAlign w:val="center"/>
          </w:tcPr>
          <w:p w14:paraId="6D7BF5B4" w14:textId="77777777" w:rsidR="00080BF0" w:rsidRDefault="00080BF0"/>
        </w:tc>
        <w:tc>
          <w:tcPr>
            <w:tcW w:w="7087" w:type="dxa"/>
            <w:shd w:val="clear" w:color="auto" w:fill="FFFFFF"/>
            <w:tcMar>
              <w:top w:w="70" w:type="dxa"/>
              <w:left w:w="90" w:type="dxa"/>
              <w:bottom w:w="70" w:type="dxa"/>
              <w:right w:w="90" w:type="dxa"/>
            </w:tcMar>
            <w:vAlign w:val="center"/>
          </w:tcPr>
          <w:p w14:paraId="478DF712"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C4C50F8" w14:textId="77777777" w:rsidR="00080BF0" w:rsidRDefault="00000000">
            <w:pPr>
              <w:jc w:val="center"/>
            </w:pPr>
            <w:r>
              <w:rPr>
                <w:b/>
                <w:color w:val="000000"/>
              </w:rPr>
              <w:t>UČENEC</w:t>
            </w:r>
          </w:p>
        </w:tc>
      </w:tr>
      <w:tr w:rsidR="00080BF0" w14:paraId="0073B00F" w14:textId="77777777">
        <w:trPr>
          <w:jc w:val="center"/>
        </w:trPr>
        <w:tc>
          <w:tcPr>
            <w:tcW w:w="4422" w:type="dxa"/>
            <w:tcMar>
              <w:top w:w="70" w:type="dxa"/>
              <w:left w:w="90" w:type="dxa"/>
              <w:bottom w:w="70" w:type="dxa"/>
              <w:right w:w="90" w:type="dxa"/>
            </w:tcMar>
          </w:tcPr>
          <w:p w14:paraId="37FF270A" w14:textId="77777777" w:rsidR="00080BF0" w:rsidRDefault="00080BF0"/>
          <w:p w14:paraId="52898273" w14:textId="77777777" w:rsidR="00080BF0" w:rsidRDefault="00000000">
            <w:pPr>
              <w:spacing w:after="40" w:line="245" w:lineRule="auto"/>
            </w:pPr>
            <w:r>
              <w:rPr>
                <w:b/>
                <w:color w:val="000000"/>
              </w:rPr>
              <w:t>FORMATIVNO SPREMLJANJE</w:t>
            </w:r>
          </w:p>
          <w:p w14:paraId="005E4B20" w14:textId="77777777" w:rsidR="00080BF0" w:rsidRDefault="00000000">
            <w:pPr>
              <w:pStyle w:val="Oznaenseznam"/>
              <w:spacing w:after="16"/>
            </w:pPr>
            <w:r>
              <w:rPr>
                <w:color w:val="000000"/>
                <w:sz w:val="15"/>
              </w:rPr>
              <w:t>predznanje: opažanje, gibalna ponazoritev, izbira kartice, razvrstitev materialov, poskusna sled ali skica</w:t>
            </w:r>
          </w:p>
          <w:p w14:paraId="3C74B9D5"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6509E47D"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478F7BE8" w14:textId="77777777" w:rsidR="00080BF0" w:rsidRDefault="00000000">
            <w:pPr>
              <w:pStyle w:val="Oznaenseznam"/>
              <w:spacing w:after="16"/>
            </w:pPr>
            <w:r>
              <w:rPr>
                <w:color w:val="000000"/>
                <w:sz w:val="15"/>
              </w:rPr>
              <w:t>povratna informacija: opis vidne likovne odločitve, povezava z enim merilom in izvedljiv naslednji korak</w:t>
            </w:r>
          </w:p>
          <w:p w14:paraId="66914DB8" w14:textId="77777777" w:rsidR="00080BF0" w:rsidRDefault="00000000">
            <w:pPr>
              <w:pStyle w:val="Oznaenseznam"/>
              <w:spacing w:after="16"/>
            </w:pPr>
            <w:r>
              <w:rPr>
                <w:color w:val="000000"/>
                <w:sz w:val="15"/>
              </w:rPr>
              <w:t>samovrednotenje: likovni semafor, lestvica samostojnosti, izbran dokaz, galerijski odziv in izboljšava</w:t>
            </w:r>
          </w:p>
          <w:p w14:paraId="6F5F6EE5" w14:textId="77777777" w:rsidR="00080BF0" w:rsidRDefault="00000000">
            <w:pPr>
              <w:spacing w:before="40" w:after="20" w:line="245" w:lineRule="auto"/>
            </w:pPr>
            <w:r>
              <w:rPr>
                <w:b/>
                <w:color w:val="000000"/>
                <w:sz w:val="17"/>
              </w:rPr>
              <w:t>VARNOST, HIGIENA IN UREDITEV PROSTORA</w:t>
            </w:r>
          </w:p>
          <w:p w14:paraId="3B2E4C57"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Barva je nestrupena; matrice so pripravljene brez ostrih rezil, odtiskuje se na zaščiteni podlagi.</w:t>
            </w:r>
          </w:p>
          <w:p w14:paraId="7A3376E6" w14:textId="77777777" w:rsidR="00080BF0" w:rsidRDefault="00000000">
            <w:pPr>
              <w:spacing w:after="20" w:line="245" w:lineRule="auto"/>
            </w:pPr>
            <w:r>
              <w:rPr>
                <w:b/>
                <w:color w:val="000000"/>
                <w:sz w:val="17"/>
              </w:rPr>
              <w:t>EVIDENCA PO IZVEDBI</w:t>
            </w:r>
          </w:p>
          <w:p w14:paraId="236558D5"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020D9FDA" w14:textId="77777777" w:rsidR="00080BF0" w:rsidRDefault="00000000">
            <w:pPr>
              <w:spacing w:before="40" w:after="20" w:line="245" w:lineRule="auto"/>
            </w:pPr>
            <w:r>
              <w:rPr>
                <w:b/>
                <w:color w:val="000000"/>
                <w:sz w:val="17"/>
              </w:rPr>
              <w:t>RAVEN DOSEGANJA</w:t>
            </w:r>
          </w:p>
          <w:p w14:paraId="5FBA11B6"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004650B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4D60112" w14:textId="77777777">
              <w:trPr>
                <w:jc w:val="center"/>
              </w:trPr>
              <w:tc>
                <w:tcPr>
                  <w:tcW w:w="7087" w:type="dxa"/>
                  <w:shd w:val="clear" w:color="auto" w:fill="EDC9EA"/>
                  <w:tcMar>
                    <w:top w:w="45" w:type="dxa"/>
                    <w:left w:w="70" w:type="dxa"/>
                    <w:bottom w:w="45" w:type="dxa"/>
                    <w:right w:w="70" w:type="dxa"/>
                  </w:tcMar>
                </w:tcPr>
                <w:p w14:paraId="2492F537" w14:textId="77777777" w:rsidR="00080BF0" w:rsidRDefault="00000000">
                  <w:pPr>
                    <w:keepNext/>
                  </w:pPr>
                  <w:r>
                    <w:rPr>
                      <w:b/>
                      <w:color w:val="000000"/>
                    </w:rPr>
                    <w:t>VPRAŠANJA V PODPORO LIKOVNEMU UČENJU</w:t>
                  </w:r>
                </w:p>
              </w:tc>
            </w:tr>
          </w:tbl>
          <w:p w14:paraId="10F3D959" w14:textId="77777777" w:rsidR="00080BF0" w:rsidRDefault="00080BF0">
            <w:pPr>
              <w:spacing w:line="20" w:lineRule="exact"/>
            </w:pPr>
          </w:p>
          <w:p w14:paraId="75E5DB95" w14:textId="77777777" w:rsidR="00080BF0" w:rsidRDefault="00000000">
            <w:pPr>
              <w:pStyle w:val="Oznaenseznam"/>
              <w:spacing w:after="16"/>
            </w:pPr>
            <w:r>
              <w:rPr>
                <w:color w:val="000000"/>
                <w:sz w:val="16"/>
              </w:rPr>
              <w:t>Kaj si najprej opazil/-a in katera likovna prvina je zate najpomembnejša?</w:t>
            </w:r>
          </w:p>
          <w:p w14:paraId="0E25E26F" w14:textId="77777777" w:rsidR="00080BF0" w:rsidRDefault="00000000">
            <w:pPr>
              <w:pStyle w:val="Oznaenseznam"/>
              <w:spacing w:after="16"/>
            </w:pPr>
            <w:r>
              <w:rPr>
                <w:color w:val="000000"/>
                <w:sz w:val="16"/>
              </w:rPr>
              <w:t>Kako je material ali postopek vplival na črto, barvo, obliko, površino, prostor oziroma delovanje izdelka?</w:t>
            </w:r>
          </w:p>
          <w:p w14:paraId="5E6C872D" w14:textId="77777777" w:rsidR="00080BF0" w:rsidRDefault="00000000">
            <w:pPr>
              <w:pStyle w:val="Oznaenseznam"/>
              <w:spacing w:after="16"/>
            </w:pPr>
            <w:r>
              <w:rPr>
                <w:color w:val="000000"/>
                <w:sz w:val="16"/>
              </w:rPr>
              <w:t>Katero možnost si preizkusil/-a, zakaj si jo izbral/-a in kaj si ob poskusu spremenil/-a?</w:t>
            </w:r>
          </w:p>
          <w:p w14:paraId="048AB4CC" w14:textId="77777777" w:rsidR="00080BF0" w:rsidRDefault="00000000">
            <w:pPr>
              <w:pStyle w:val="Oznaenseznam"/>
              <w:spacing w:after="16"/>
            </w:pPr>
            <w:r>
              <w:rPr>
                <w:color w:val="000000"/>
                <w:sz w:val="16"/>
              </w:rPr>
              <w:t>Kateri del tvojega procesa ali izdelka najjasneje pokaže dogovorjeno merilo?</w:t>
            </w:r>
          </w:p>
          <w:p w14:paraId="5846BBB7"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03FD8B31" w14:textId="77777777">
              <w:trPr>
                <w:jc w:val="center"/>
              </w:trPr>
              <w:tc>
                <w:tcPr>
                  <w:tcW w:w="7087" w:type="dxa"/>
                  <w:shd w:val="clear" w:color="auto" w:fill="C6E7F3"/>
                  <w:tcMar>
                    <w:top w:w="45" w:type="dxa"/>
                    <w:left w:w="70" w:type="dxa"/>
                    <w:bottom w:w="45" w:type="dxa"/>
                    <w:right w:w="70" w:type="dxa"/>
                  </w:tcMar>
                </w:tcPr>
                <w:p w14:paraId="2C9C51DE" w14:textId="77777777" w:rsidR="00080BF0" w:rsidRDefault="00000000">
                  <w:pPr>
                    <w:keepNext/>
                  </w:pPr>
                  <w:r>
                    <w:rPr>
                      <w:b/>
                      <w:color w:val="000000"/>
                    </w:rPr>
                    <w:t>ZAKLJUČNI DEL – TIHA GALERIJA, RAZLAGA IN REFLEKSIJA (8–12 min)</w:t>
                  </w:r>
                </w:p>
              </w:tc>
            </w:tr>
          </w:tbl>
          <w:p w14:paraId="30D18C9A" w14:textId="77777777" w:rsidR="00080BF0" w:rsidRDefault="00080BF0">
            <w:pPr>
              <w:spacing w:line="20" w:lineRule="exact"/>
            </w:pPr>
          </w:p>
          <w:p w14:paraId="720BB374"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310F1D46" w14:textId="77777777">
              <w:trPr>
                <w:jc w:val="center"/>
              </w:trPr>
              <w:tc>
                <w:tcPr>
                  <w:tcW w:w="7087" w:type="dxa"/>
                  <w:shd w:val="clear" w:color="auto" w:fill="EDC9EA"/>
                  <w:tcMar>
                    <w:top w:w="45" w:type="dxa"/>
                    <w:left w:w="70" w:type="dxa"/>
                    <w:bottom w:w="45" w:type="dxa"/>
                    <w:right w:w="70" w:type="dxa"/>
                  </w:tcMar>
                </w:tcPr>
                <w:p w14:paraId="45F05C3B" w14:textId="77777777" w:rsidR="00080BF0" w:rsidRDefault="00000000">
                  <w:pPr>
                    <w:keepNext/>
                  </w:pPr>
                  <w:r>
                    <w:rPr>
                      <w:b/>
                      <w:color w:val="000000"/>
                    </w:rPr>
                    <w:t>SAMOVREDNOTENJE</w:t>
                  </w:r>
                </w:p>
              </w:tc>
            </w:tr>
          </w:tbl>
          <w:p w14:paraId="2BE2D81A" w14:textId="77777777" w:rsidR="00080BF0" w:rsidRDefault="00080BF0">
            <w:pPr>
              <w:spacing w:line="20" w:lineRule="exact"/>
            </w:pPr>
          </w:p>
          <w:p w14:paraId="388936D6"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1E325ED9" w14:textId="77777777">
              <w:trPr>
                <w:jc w:val="center"/>
              </w:trPr>
              <w:tc>
                <w:tcPr>
                  <w:tcW w:w="7087" w:type="dxa"/>
                  <w:shd w:val="clear" w:color="auto" w:fill="EDC9EA"/>
                  <w:tcMar>
                    <w:top w:w="45" w:type="dxa"/>
                    <w:left w:w="70" w:type="dxa"/>
                    <w:bottom w:w="45" w:type="dxa"/>
                    <w:right w:w="70" w:type="dxa"/>
                  </w:tcMar>
                </w:tcPr>
                <w:p w14:paraId="03097DF9" w14:textId="77777777" w:rsidR="00080BF0" w:rsidRDefault="00000000">
                  <w:pPr>
                    <w:keepNext/>
                  </w:pPr>
                  <w:r>
                    <w:rPr>
                      <w:b/>
                      <w:color w:val="000000"/>
                    </w:rPr>
                    <w:t>VRSTNIŠKO VREDNOTENJE</w:t>
                  </w:r>
                </w:p>
              </w:tc>
            </w:tr>
          </w:tbl>
          <w:p w14:paraId="0D6D76D1" w14:textId="77777777" w:rsidR="00080BF0" w:rsidRDefault="00080BF0">
            <w:pPr>
              <w:spacing w:line="20" w:lineRule="exact"/>
            </w:pPr>
          </w:p>
          <w:p w14:paraId="3B73DB16"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6F0639E1" w14:textId="77777777">
              <w:trPr>
                <w:jc w:val="center"/>
              </w:trPr>
              <w:tc>
                <w:tcPr>
                  <w:tcW w:w="7087" w:type="dxa"/>
                  <w:shd w:val="clear" w:color="auto" w:fill="EDC9EA"/>
                  <w:tcMar>
                    <w:top w:w="45" w:type="dxa"/>
                    <w:left w:w="70" w:type="dxa"/>
                    <w:bottom w:w="45" w:type="dxa"/>
                    <w:right w:w="70" w:type="dxa"/>
                  </w:tcMar>
                </w:tcPr>
                <w:p w14:paraId="66A8A671" w14:textId="77777777" w:rsidR="00080BF0" w:rsidRDefault="00000000">
                  <w:pPr>
                    <w:keepNext/>
                  </w:pPr>
                  <w:r>
                    <w:rPr>
                      <w:b/>
                      <w:color w:val="000000"/>
                    </w:rPr>
                    <w:t>SKUPNI POVZETEK</w:t>
                  </w:r>
                </w:p>
              </w:tc>
            </w:tr>
          </w:tbl>
          <w:p w14:paraId="5CE75E1A" w14:textId="77777777" w:rsidR="00080BF0" w:rsidRDefault="00080BF0"/>
          <w:p w14:paraId="331204E8" w14:textId="77777777" w:rsidR="00080BF0" w:rsidRDefault="00000000">
            <w:pPr>
              <w:spacing w:before="20" w:after="40" w:line="245" w:lineRule="auto"/>
            </w:pPr>
            <w:r>
              <w:rPr>
                <w:b/>
                <w:color w:val="000000"/>
                <w:sz w:val="16"/>
              </w:rPr>
              <w:t>opazujem strukturo; ustvarim odtis; primerjam naravno obliko in likovni rezultat. Izbrani dokaz pojasnim in po povratni informaciji izboljšam.</w:t>
            </w:r>
          </w:p>
        </w:tc>
        <w:tc>
          <w:tcPr>
            <w:tcW w:w="2551" w:type="dxa"/>
            <w:tcMar>
              <w:top w:w="70" w:type="dxa"/>
              <w:left w:w="90" w:type="dxa"/>
              <w:bottom w:w="70" w:type="dxa"/>
              <w:right w:w="90" w:type="dxa"/>
            </w:tcMar>
          </w:tcPr>
          <w:p w14:paraId="5552FC9D" w14:textId="77777777" w:rsidR="00080BF0" w:rsidRDefault="00080BF0"/>
          <w:p w14:paraId="6BB2060C" w14:textId="77777777" w:rsidR="00080BF0" w:rsidRDefault="00000000">
            <w:pPr>
              <w:spacing w:after="80" w:line="245" w:lineRule="auto"/>
            </w:pPr>
            <w:r>
              <w:rPr>
                <w:color w:val="000000"/>
                <w:sz w:val="15"/>
              </w:rPr>
              <w:t>Odgovarja na podporna vprašanja in se sklicuje na opaženo, preizkušeno, ustvarjeno ali razstavljeno.</w:t>
            </w:r>
          </w:p>
          <w:p w14:paraId="279EF398" w14:textId="77777777" w:rsidR="00080BF0" w:rsidRDefault="00000000">
            <w:pPr>
              <w:spacing w:after="80" w:line="245" w:lineRule="auto"/>
            </w:pPr>
            <w:r>
              <w:rPr>
                <w:color w:val="000000"/>
                <w:sz w:val="15"/>
              </w:rPr>
              <w:t>Predstavi izbrani procesni ali izdelkovni dokaz ter pove, katero merilo z njim pokaže.</w:t>
            </w:r>
          </w:p>
          <w:p w14:paraId="17F3E42A" w14:textId="77777777" w:rsidR="00080BF0" w:rsidRDefault="00000000">
            <w:pPr>
              <w:spacing w:after="80" w:line="245" w:lineRule="auto"/>
            </w:pPr>
            <w:r>
              <w:rPr>
                <w:color w:val="000000"/>
                <w:sz w:val="15"/>
              </w:rPr>
              <w:t>Tiho opazuje vrstnikovo delo, opiše eno konkretno likovno rešitev in poda prijazen predlog.</w:t>
            </w:r>
          </w:p>
          <w:p w14:paraId="0284DFDA" w14:textId="77777777" w:rsidR="00080BF0" w:rsidRDefault="00000000">
            <w:pPr>
              <w:spacing w:after="80" w:line="245" w:lineRule="auto"/>
            </w:pPr>
            <w:r>
              <w:rPr>
                <w:color w:val="000000"/>
                <w:sz w:val="15"/>
              </w:rPr>
              <w:t>Po povratni informaciji po želji ponovi poskus, spremeni podrobnost, izboljša spoj, razporeditev ali razlago.</w:t>
            </w:r>
          </w:p>
          <w:p w14:paraId="3E8C5156" w14:textId="77777777" w:rsidR="00080BF0" w:rsidRDefault="00000000">
            <w:pPr>
              <w:spacing w:after="100" w:line="245" w:lineRule="auto"/>
            </w:pPr>
            <w:r>
              <w:rPr>
                <w:color w:val="000000"/>
                <w:sz w:val="15"/>
              </w:rPr>
              <w:t>Izbere raven samostojnosti ter določi majhen in izvedljiv naslednji ustvarjalni korak.</w:t>
            </w:r>
          </w:p>
          <w:p w14:paraId="2819315A" w14:textId="77777777" w:rsidR="00080BF0" w:rsidRDefault="00000000">
            <w:pPr>
              <w:spacing w:after="20" w:line="245" w:lineRule="auto"/>
            </w:pPr>
            <w:r>
              <w:rPr>
                <w:b/>
                <w:color w:val="D95BC6"/>
                <w:sz w:val="17"/>
              </w:rPr>
              <w:t>DOKAZ O UČENJU</w:t>
            </w:r>
          </w:p>
          <w:p w14:paraId="698723C2"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7135D61C"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48770244" w14:textId="77777777">
        <w:trPr>
          <w:cantSplit/>
          <w:jc w:val="center"/>
        </w:trPr>
        <w:tc>
          <w:tcPr>
            <w:tcW w:w="14060" w:type="dxa"/>
            <w:gridSpan w:val="6"/>
            <w:tcMar>
              <w:top w:w="70" w:type="dxa"/>
              <w:left w:w="90" w:type="dxa"/>
              <w:bottom w:w="70" w:type="dxa"/>
              <w:right w:w="90" w:type="dxa"/>
            </w:tcMar>
            <w:vAlign w:val="center"/>
          </w:tcPr>
          <w:p w14:paraId="3963E5E3" w14:textId="77777777" w:rsidR="00080BF0" w:rsidRDefault="00000000">
            <w:pPr>
              <w:jc w:val="center"/>
            </w:pPr>
            <w:r>
              <w:rPr>
                <w:b/>
                <w:color w:val="000000"/>
                <w:sz w:val="24"/>
              </w:rPr>
              <w:lastRenderedPageBreak/>
              <w:t>UČNA PRIPRAVA 28/39</w:t>
            </w:r>
          </w:p>
        </w:tc>
      </w:tr>
      <w:tr w:rsidR="00080BF0" w14:paraId="29C5F830" w14:textId="77777777">
        <w:trPr>
          <w:jc w:val="center"/>
        </w:trPr>
        <w:tc>
          <w:tcPr>
            <w:tcW w:w="2665" w:type="dxa"/>
            <w:tcMar>
              <w:top w:w="70" w:type="dxa"/>
              <w:left w:w="90" w:type="dxa"/>
              <w:bottom w:w="70" w:type="dxa"/>
              <w:right w:w="90" w:type="dxa"/>
            </w:tcMar>
            <w:vAlign w:val="center"/>
          </w:tcPr>
          <w:p w14:paraId="189ECB83"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EF22E25"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4BE0F4D8"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01DCD2D" w14:textId="77777777" w:rsidR="00080BF0" w:rsidRDefault="00000000">
            <w:r>
              <w:rPr>
                <w:b/>
                <w:color w:val="000000"/>
                <w:sz w:val="16"/>
              </w:rPr>
              <w:t xml:space="preserve">NAČRTOVANI TERMIN: </w:t>
            </w:r>
            <w:r>
              <w:rPr>
                <w:color w:val="000000"/>
                <w:sz w:val="16"/>
              </w:rPr>
              <w:t>28. teden • 30. 3.–2. 4. 2027</w:t>
            </w:r>
          </w:p>
        </w:tc>
        <w:tc>
          <w:tcPr>
            <w:tcW w:w="2268" w:type="dxa"/>
            <w:tcMar>
              <w:top w:w="70" w:type="dxa"/>
              <w:left w:w="90" w:type="dxa"/>
              <w:bottom w:w="70" w:type="dxa"/>
              <w:right w:w="90" w:type="dxa"/>
            </w:tcMar>
            <w:vAlign w:val="center"/>
          </w:tcPr>
          <w:p w14:paraId="6254EE7E"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F4E4BFC" w14:textId="77777777" w:rsidR="00080BF0" w:rsidRDefault="00000000">
            <w:r>
              <w:rPr>
                <w:b/>
                <w:color w:val="000000"/>
                <w:sz w:val="16"/>
              </w:rPr>
              <w:t xml:space="preserve">ŠTEVILO UR: </w:t>
            </w:r>
            <w:r>
              <w:rPr>
                <w:color w:val="000000"/>
                <w:sz w:val="16"/>
              </w:rPr>
              <w:t>1</w:t>
            </w:r>
          </w:p>
        </w:tc>
      </w:tr>
      <w:tr w:rsidR="00080BF0" w14:paraId="62D1E2C8" w14:textId="77777777">
        <w:trPr>
          <w:jc w:val="center"/>
        </w:trPr>
        <w:tc>
          <w:tcPr>
            <w:tcW w:w="14061" w:type="dxa"/>
            <w:gridSpan w:val="6"/>
            <w:tcMar>
              <w:top w:w="70" w:type="dxa"/>
              <w:left w:w="90" w:type="dxa"/>
              <w:bottom w:w="70" w:type="dxa"/>
              <w:right w:w="90" w:type="dxa"/>
            </w:tcMar>
            <w:vAlign w:val="center"/>
          </w:tcPr>
          <w:p w14:paraId="2ACF03CF"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3F2055AF" w14:textId="77777777">
        <w:trPr>
          <w:cantSplit/>
          <w:jc w:val="center"/>
        </w:trPr>
        <w:tc>
          <w:tcPr>
            <w:tcW w:w="14060" w:type="dxa"/>
            <w:gridSpan w:val="6"/>
            <w:tcMar>
              <w:top w:w="70" w:type="dxa"/>
              <w:left w:w="90" w:type="dxa"/>
              <w:bottom w:w="70" w:type="dxa"/>
              <w:right w:w="90" w:type="dxa"/>
            </w:tcMar>
            <w:vAlign w:val="center"/>
          </w:tcPr>
          <w:p w14:paraId="28F5F08B" w14:textId="77777777" w:rsidR="00080BF0" w:rsidRDefault="00080BF0"/>
          <w:p w14:paraId="7E19CED2" w14:textId="77777777" w:rsidR="00080BF0" w:rsidRDefault="00000000">
            <w:pPr>
              <w:spacing w:line="245" w:lineRule="auto"/>
            </w:pPr>
            <w:r>
              <w:rPr>
                <w:b/>
                <w:color w:val="000000"/>
                <w:sz w:val="15"/>
              </w:rPr>
              <w:t xml:space="preserve">UČNI SKLOP: </w:t>
            </w:r>
            <w:r>
              <w:rPr>
                <w:color w:val="000000"/>
                <w:sz w:val="15"/>
              </w:rPr>
              <w:t>POMLAD, POJAVI IN ŽIVA BITJA</w:t>
            </w:r>
          </w:p>
        </w:tc>
      </w:tr>
      <w:tr w:rsidR="00080BF0" w14:paraId="13DFB16C" w14:textId="77777777">
        <w:trPr>
          <w:cantSplit/>
          <w:jc w:val="center"/>
        </w:trPr>
        <w:tc>
          <w:tcPr>
            <w:tcW w:w="14060" w:type="dxa"/>
            <w:gridSpan w:val="6"/>
            <w:tcMar>
              <w:top w:w="70" w:type="dxa"/>
              <w:left w:w="90" w:type="dxa"/>
              <w:bottom w:w="70" w:type="dxa"/>
              <w:right w:w="90" w:type="dxa"/>
            </w:tcMar>
            <w:vAlign w:val="center"/>
          </w:tcPr>
          <w:p w14:paraId="5683FD1B" w14:textId="77777777" w:rsidR="00080BF0" w:rsidRDefault="00080BF0"/>
          <w:p w14:paraId="2091C92E" w14:textId="77777777" w:rsidR="00080BF0" w:rsidRDefault="00000000">
            <w:pPr>
              <w:spacing w:line="245" w:lineRule="auto"/>
            </w:pPr>
            <w:r>
              <w:rPr>
                <w:b/>
                <w:color w:val="000000"/>
                <w:sz w:val="15"/>
              </w:rPr>
              <w:t xml:space="preserve">UČNA TEMA: </w:t>
            </w:r>
            <w:r>
              <w:rPr>
                <w:color w:val="000000"/>
                <w:sz w:val="15"/>
              </w:rPr>
              <w:t>RISANJE PO OPAZOVANJU</w:t>
            </w:r>
          </w:p>
        </w:tc>
      </w:tr>
      <w:tr w:rsidR="00080BF0" w14:paraId="35656449" w14:textId="77777777">
        <w:trPr>
          <w:cantSplit/>
          <w:jc w:val="center"/>
        </w:trPr>
        <w:tc>
          <w:tcPr>
            <w:tcW w:w="14060" w:type="dxa"/>
            <w:gridSpan w:val="6"/>
            <w:tcMar>
              <w:top w:w="70" w:type="dxa"/>
              <w:left w:w="90" w:type="dxa"/>
              <w:bottom w:w="70" w:type="dxa"/>
              <w:right w:w="90" w:type="dxa"/>
            </w:tcMar>
            <w:vAlign w:val="center"/>
          </w:tcPr>
          <w:p w14:paraId="07A62932" w14:textId="77777777" w:rsidR="00080BF0" w:rsidRDefault="00080BF0"/>
          <w:p w14:paraId="0C87160B" w14:textId="77777777" w:rsidR="00080BF0" w:rsidRDefault="00000000">
            <w:pPr>
              <w:spacing w:line="245" w:lineRule="auto"/>
            </w:pPr>
            <w:r>
              <w:rPr>
                <w:b/>
                <w:color w:val="000000"/>
                <w:sz w:val="15"/>
              </w:rPr>
              <w:t xml:space="preserve">KNJIŽEVNO / MOTIVNO IZHODIŠČE: </w:t>
            </w:r>
            <w:r>
              <w:rPr>
                <w:color w:val="000000"/>
                <w:sz w:val="15"/>
              </w:rPr>
              <w:t>»Štiri črne mravljice« – Anja Štefan • rast, sodelovanje, drobna živa bitja in vzorci</w:t>
            </w:r>
          </w:p>
        </w:tc>
      </w:tr>
      <w:tr w:rsidR="00080BF0" w14:paraId="06330BA4" w14:textId="77777777">
        <w:trPr>
          <w:cantSplit/>
          <w:jc w:val="center"/>
        </w:trPr>
        <w:tc>
          <w:tcPr>
            <w:tcW w:w="14060" w:type="dxa"/>
            <w:gridSpan w:val="6"/>
            <w:tcMar>
              <w:top w:w="70" w:type="dxa"/>
              <w:left w:w="90" w:type="dxa"/>
              <w:bottom w:w="70" w:type="dxa"/>
              <w:right w:w="90" w:type="dxa"/>
            </w:tcMar>
            <w:vAlign w:val="center"/>
          </w:tcPr>
          <w:p w14:paraId="0DC51884" w14:textId="77777777" w:rsidR="00080BF0" w:rsidRDefault="00080BF0"/>
          <w:p w14:paraId="5D4A4B2E" w14:textId="77777777" w:rsidR="00080BF0" w:rsidRDefault="00000000">
            <w:pPr>
              <w:spacing w:line="245" w:lineRule="auto"/>
            </w:pPr>
            <w:r>
              <w:rPr>
                <w:b/>
                <w:color w:val="000000"/>
                <w:sz w:val="15"/>
              </w:rPr>
              <w:t xml:space="preserve">LIKOVNO IZHODIŠČE / MOTIVACIJA: </w:t>
            </w:r>
            <w:r>
              <w:rPr>
                <w:color w:val="000000"/>
                <w:sz w:val="15"/>
              </w:rPr>
              <w:t>likovni detektiv odkrije nepopolno risbo na temo »risanje po opazovanju« in prosi učence, naj z različnimi črtami, pogledi ali podrobnostmi poiščejo več možnih rešitev. Tematska rešitev: riše mravljice in rastline po opazovanju.</w:t>
            </w:r>
          </w:p>
        </w:tc>
      </w:tr>
      <w:tr w:rsidR="00080BF0" w14:paraId="4E843D8C" w14:textId="77777777">
        <w:trPr>
          <w:cantSplit/>
          <w:jc w:val="center"/>
        </w:trPr>
        <w:tc>
          <w:tcPr>
            <w:tcW w:w="14060" w:type="dxa"/>
            <w:gridSpan w:val="6"/>
            <w:tcMar>
              <w:top w:w="70" w:type="dxa"/>
              <w:left w:w="90" w:type="dxa"/>
              <w:bottom w:w="70" w:type="dxa"/>
              <w:right w:w="90" w:type="dxa"/>
            </w:tcMar>
            <w:vAlign w:val="center"/>
          </w:tcPr>
          <w:p w14:paraId="6F524394" w14:textId="77777777" w:rsidR="00080BF0" w:rsidRDefault="00080BF0"/>
          <w:p w14:paraId="41F77D07" w14:textId="77777777" w:rsidR="00080BF0" w:rsidRDefault="00000000">
            <w:pPr>
              <w:spacing w:line="245" w:lineRule="auto"/>
            </w:pPr>
            <w:r>
              <w:rPr>
                <w:b/>
                <w:color w:val="000000"/>
                <w:sz w:val="15"/>
              </w:rPr>
              <w:t xml:space="preserve">UČNE ENOTE: </w:t>
            </w:r>
            <w:r>
              <w:rPr>
                <w:color w:val="000000"/>
                <w:sz w:val="15"/>
              </w:rPr>
              <w:t>1. ura – Risanje po opazovanju – Ustvarjam, predstavim, izboljšam</w:t>
            </w:r>
          </w:p>
        </w:tc>
      </w:tr>
      <w:tr w:rsidR="00080BF0" w14:paraId="319AC842" w14:textId="77777777">
        <w:trPr>
          <w:cantSplit/>
          <w:jc w:val="center"/>
        </w:trPr>
        <w:tc>
          <w:tcPr>
            <w:tcW w:w="14060" w:type="dxa"/>
            <w:gridSpan w:val="6"/>
            <w:tcMar>
              <w:top w:w="70" w:type="dxa"/>
              <w:left w:w="90" w:type="dxa"/>
              <w:bottom w:w="70" w:type="dxa"/>
              <w:right w:w="90" w:type="dxa"/>
            </w:tcMar>
            <w:vAlign w:val="center"/>
          </w:tcPr>
          <w:p w14:paraId="423A130E" w14:textId="77777777" w:rsidR="00080BF0" w:rsidRDefault="00080BF0"/>
          <w:p w14:paraId="48F9C8D7"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3FDDC40E" w14:textId="77777777">
        <w:trPr>
          <w:cantSplit/>
          <w:jc w:val="center"/>
        </w:trPr>
        <w:tc>
          <w:tcPr>
            <w:tcW w:w="14060" w:type="dxa"/>
            <w:gridSpan w:val="6"/>
            <w:tcMar>
              <w:top w:w="70" w:type="dxa"/>
              <w:left w:w="90" w:type="dxa"/>
              <w:bottom w:w="70" w:type="dxa"/>
              <w:right w:w="90" w:type="dxa"/>
            </w:tcMar>
            <w:vAlign w:val="center"/>
          </w:tcPr>
          <w:p w14:paraId="1A0151E3" w14:textId="77777777" w:rsidR="00080BF0" w:rsidRDefault="00080BF0"/>
          <w:p w14:paraId="3FAF3700"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02392E62" w14:textId="77777777">
        <w:trPr>
          <w:cantSplit/>
          <w:jc w:val="center"/>
        </w:trPr>
        <w:tc>
          <w:tcPr>
            <w:tcW w:w="14060" w:type="dxa"/>
            <w:gridSpan w:val="6"/>
            <w:tcMar>
              <w:top w:w="70" w:type="dxa"/>
              <w:left w:w="90" w:type="dxa"/>
              <w:bottom w:w="70" w:type="dxa"/>
              <w:right w:w="90" w:type="dxa"/>
            </w:tcMar>
            <w:vAlign w:val="center"/>
          </w:tcPr>
          <w:p w14:paraId="39B72ABF" w14:textId="77777777" w:rsidR="00080BF0" w:rsidRDefault="00080BF0"/>
          <w:p w14:paraId="42EFBD2D"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5AF675A5" w14:textId="77777777">
        <w:trPr>
          <w:cantSplit/>
          <w:jc w:val="center"/>
        </w:trPr>
        <w:tc>
          <w:tcPr>
            <w:tcW w:w="14060" w:type="dxa"/>
            <w:gridSpan w:val="6"/>
            <w:tcMar>
              <w:top w:w="70" w:type="dxa"/>
              <w:left w:w="90" w:type="dxa"/>
              <w:bottom w:w="70" w:type="dxa"/>
              <w:right w:w="90" w:type="dxa"/>
            </w:tcMar>
            <w:vAlign w:val="center"/>
          </w:tcPr>
          <w:p w14:paraId="66B52091" w14:textId="77777777" w:rsidR="00080BF0" w:rsidRDefault="00080BF0"/>
          <w:p w14:paraId="4DAF5902" w14:textId="77777777" w:rsidR="00080BF0" w:rsidRDefault="00000000">
            <w:pPr>
              <w:spacing w:line="245" w:lineRule="auto"/>
            </w:pPr>
            <w:r>
              <w:rPr>
                <w:b/>
                <w:color w:val="000000"/>
                <w:sz w:val="15"/>
              </w:rPr>
              <w:t xml:space="preserve">MEDPREDMETNE POVEZAVE: </w:t>
            </w:r>
            <w:r>
              <w:rPr>
                <w:color w:val="000000"/>
                <w:sz w:val="15"/>
              </w:rPr>
              <w:t>SPO – rast, sodelovanje, drobna živa bitja in vzorci; SLJ – poslušanje, opis opažanja, poimenovanje postopka in predstavitev; MAT – oblike, razvrščanje, vzorci in prostorski odnosi; ŠPO – gibalna črta, telesna skulptura, smer in ravnotežje; GUM – ritem, ponavljanje.</w:t>
            </w:r>
          </w:p>
        </w:tc>
      </w:tr>
      <w:tr w:rsidR="00080BF0" w14:paraId="4D7D2D6A" w14:textId="77777777">
        <w:trPr>
          <w:cantSplit/>
          <w:jc w:val="center"/>
        </w:trPr>
        <w:tc>
          <w:tcPr>
            <w:tcW w:w="14060" w:type="dxa"/>
            <w:gridSpan w:val="6"/>
            <w:tcMar>
              <w:top w:w="70" w:type="dxa"/>
              <w:left w:w="90" w:type="dxa"/>
              <w:bottom w:w="70" w:type="dxa"/>
              <w:right w:w="90" w:type="dxa"/>
            </w:tcMar>
            <w:vAlign w:val="center"/>
          </w:tcPr>
          <w:p w14:paraId="3C0C2591" w14:textId="77777777" w:rsidR="00080BF0" w:rsidRDefault="00080BF0"/>
          <w:p w14:paraId="3909F15C" w14:textId="77777777" w:rsidR="00080BF0" w:rsidRDefault="00000000">
            <w:pPr>
              <w:spacing w:line="245" w:lineRule="auto"/>
            </w:pPr>
            <w:r>
              <w:rPr>
                <w:b/>
                <w:color w:val="000000"/>
                <w:sz w:val="15"/>
              </w:rPr>
              <w:t xml:space="preserve">UČNA SREDSTVA IN PRIPOMOČKI: </w:t>
            </w:r>
            <w:r>
              <w:rPr>
                <w:color w:val="000000"/>
                <w:sz w:val="15"/>
              </w:rPr>
              <w:t>risalni papir različnih velikosti, mehki grafitni svinčniki, voščenke, barvice, flomastri, ogledalca ali opazovani predmeti; fotografija, reprodukcija ali resnični predmet za opazovanje; kartice namena in meril; talne oznake štirih postaj; mapa dokazov; sredstva za čiščenje in pospravljanje</w:t>
            </w:r>
          </w:p>
        </w:tc>
      </w:tr>
      <w:tr w:rsidR="00080BF0" w14:paraId="15389D35" w14:textId="77777777">
        <w:trPr>
          <w:cantSplit/>
          <w:jc w:val="center"/>
        </w:trPr>
        <w:tc>
          <w:tcPr>
            <w:tcW w:w="14060" w:type="dxa"/>
            <w:gridSpan w:val="6"/>
            <w:tcMar>
              <w:top w:w="70" w:type="dxa"/>
              <w:left w:w="90" w:type="dxa"/>
              <w:bottom w:w="70" w:type="dxa"/>
              <w:right w:w="90" w:type="dxa"/>
            </w:tcMar>
            <w:vAlign w:val="center"/>
          </w:tcPr>
          <w:p w14:paraId="564410ED" w14:textId="77777777" w:rsidR="00080BF0" w:rsidRDefault="00080BF0"/>
          <w:p w14:paraId="0C4A30A3"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25FDA8EC" w14:textId="77777777">
        <w:trPr>
          <w:cantSplit/>
          <w:jc w:val="center"/>
        </w:trPr>
        <w:tc>
          <w:tcPr>
            <w:tcW w:w="14060" w:type="dxa"/>
            <w:gridSpan w:val="6"/>
            <w:tcMar>
              <w:top w:w="70" w:type="dxa"/>
              <w:left w:w="90" w:type="dxa"/>
              <w:bottom w:w="70" w:type="dxa"/>
              <w:right w:w="90" w:type="dxa"/>
            </w:tcMar>
            <w:vAlign w:val="center"/>
          </w:tcPr>
          <w:p w14:paraId="37F3B260" w14:textId="77777777" w:rsidR="00080BF0" w:rsidRDefault="00080BF0"/>
          <w:p w14:paraId="1B0EE897" w14:textId="77777777" w:rsidR="00080BF0" w:rsidRDefault="00000000">
            <w:pPr>
              <w:spacing w:line="245" w:lineRule="auto"/>
            </w:pPr>
            <w:r>
              <w:rPr>
                <w:b/>
                <w:color w:val="000000"/>
                <w:sz w:val="15"/>
              </w:rPr>
              <w:t xml:space="preserve">OCENJEVANJE / DAN DEJAVNOSTI: </w:t>
            </w:r>
            <w:r>
              <w:rPr>
                <w:color w:val="000000"/>
                <w:sz w:val="15"/>
              </w:rPr>
              <w:t>ŠPORTNI DAN</w:t>
            </w:r>
          </w:p>
        </w:tc>
      </w:tr>
      <w:tr w:rsidR="00080BF0" w14:paraId="36675353" w14:textId="77777777">
        <w:trPr>
          <w:cantSplit/>
          <w:jc w:val="center"/>
        </w:trPr>
        <w:tc>
          <w:tcPr>
            <w:tcW w:w="14060" w:type="dxa"/>
            <w:gridSpan w:val="6"/>
            <w:tcMar>
              <w:top w:w="70" w:type="dxa"/>
              <w:left w:w="90" w:type="dxa"/>
              <w:bottom w:w="70" w:type="dxa"/>
              <w:right w:w="90" w:type="dxa"/>
            </w:tcMar>
            <w:vAlign w:val="center"/>
          </w:tcPr>
          <w:p w14:paraId="0F4624D4" w14:textId="77777777" w:rsidR="00080BF0" w:rsidRDefault="00080BF0"/>
          <w:p w14:paraId="10FF8A3F"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34F47916"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4C5B67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1D603FB"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63767F" w14:textId="77777777" w:rsidR="00080BF0" w:rsidRDefault="00000000">
            <w:pPr>
              <w:jc w:val="center"/>
            </w:pPr>
            <w:r>
              <w:rPr>
                <w:b/>
                <w:color w:val="000000"/>
                <w:sz w:val="20"/>
              </w:rPr>
              <w:t>UČNE DEJAVNOSTI, METODE IN FORMATIVNO SPREMLJANJE</w:t>
            </w:r>
          </w:p>
        </w:tc>
      </w:tr>
      <w:tr w:rsidR="00080BF0" w14:paraId="787E87AD" w14:textId="77777777">
        <w:trPr>
          <w:tblHeader/>
          <w:jc w:val="center"/>
        </w:trPr>
        <w:tc>
          <w:tcPr>
            <w:tcW w:w="4422" w:type="dxa"/>
            <w:vMerge/>
            <w:tcMar>
              <w:top w:w="70" w:type="dxa"/>
              <w:left w:w="90" w:type="dxa"/>
              <w:bottom w:w="70" w:type="dxa"/>
              <w:right w:w="90" w:type="dxa"/>
            </w:tcMar>
            <w:vAlign w:val="center"/>
          </w:tcPr>
          <w:p w14:paraId="6FF59BEA" w14:textId="77777777" w:rsidR="00080BF0" w:rsidRDefault="00080BF0"/>
        </w:tc>
        <w:tc>
          <w:tcPr>
            <w:tcW w:w="7087" w:type="dxa"/>
            <w:shd w:val="clear" w:color="auto" w:fill="FFFFFF"/>
            <w:tcMar>
              <w:top w:w="70" w:type="dxa"/>
              <w:left w:w="90" w:type="dxa"/>
              <w:bottom w:w="70" w:type="dxa"/>
              <w:right w:w="90" w:type="dxa"/>
            </w:tcMar>
            <w:vAlign w:val="center"/>
          </w:tcPr>
          <w:p w14:paraId="3C6B520D"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C3781E1" w14:textId="77777777" w:rsidR="00080BF0" w:rsidRDefault="00000000">
            <w:pPr>
              <w:jc w:val="center"/>
            </w:pPr>
            <w:r>
              <w:rPr>
                <w:b/>
                <w:color w:val="000000"/>
              </w:rPr>
              <w:t>UČENEC</w:t>
            </w:r>
          </w:p>
        </w:tc>
      </w:tr>
      <w:tr w:rsidR="00080BF0" w14:paraId="66B55E0B" w14:textId="77777777">
        <w:trPr>
          <w:jc w:val="center"/>
        </w:trPr>
        <w:tc>
          <w:tcPr>
            <w:tcW w:w="4422" w:type="dxa"/>
            <w:tcMar>
              <w:top w:w="70" w:type="dxa"/>
              <w:left w:w="90" w:type="dxa"/>
              <w:bottom w:w="70" w:type="dxa"/>
              <w:right w:w="90" w:type="dxa"/>
            </w:tcMar>
          </w:tcPr>
          <w:p w14:paraId="2927EA44" w14:textId="77777777" w:rsidR="00080BF0" w:rsidRDefault="00080BF0"/>
          <w:p w14:paraId="7B52F443" w14:textId="77777777" w:rsidR="00080BF0" w:rsidRDefault="00000000">
            <w:pPr>
              <w:spacing w:after="60" w:line="245" w:lineRule="auto"/>
            </w:pPr>
            <w:r>
              <w:rPr>
                <w:b/>
                <w:color w:val="000000"/>
              </w:rPr>
              <w:t>UČNI CILJI</w:t>
            </w:r>
          </w:p>
          <w:p w14:paraId="3871AC12" w14:textId="77777777" w:rsidR="00080BF0" w:rsidRDefault="00000000">
            <w:pPr>
              <w:spacing w:after="20" w:line="245" w:lineRule="auto"/>
            </w:pPr>
            <w:r>
              <w:rPr>
                <w:b/>
                <w:color w:val="000000"/>
                <w:sz w:val="17"/>
              </w:rPr>
              <w:t>SPLOŠNI</w:t>
            </w:r>
          </w:p>
          <w:p w14:paraId="7BE30095"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4E9A505C"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1109B98F"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3D205826"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1CE2824C" w14:textId="77777777" w:rsidR="00080BF0" w:rsidRDefault="00000000">
            <w:pPr>
              <w:spacing w:before="40" w:after="20" w:line="245" w:lineRule="auto"/>
            </w:pPr>
            <w:r>
              <w:rPr>
                <w:b/>
                <w:color w:val="000000"/>
                <w:sz w:val="17"/>
              </w:rPr>
              <w:t>OPERATIVNI</w:t>
            </w:r>
          </w:p>
          <w:p w14:paraId="38AD64F1" w14:textId="77777777" w:rsidR="00080BF0" w:rsidRDefault="00000000">
            <w:pPr>
              <w:pStyle w:val="Oznaenseznam"/>
              <w:spacing w:after="16"/>
            </w:pPr>
            <w:r>
              <w:rPr>
                <w:color w:val="000000"/>
                <w:sz w:val="16"/>
              </w:rPr>
              <w:t>opazuje podrobnosti</w:t>
            </w:r>
          </w:p>
          <w:p w14:paraId="6F064864" w14:textId="77777777" w:rsidR="00080BF0" w:rsidRDefault="00000000">
            <w:pPr>
              <w:pStyle w:val="Oznaenseznam"/>
              <w:spacing w:after="16"/>
            </w:pPr>
            <w:r>
              <w:rPr>
                <w:color w:val="000000"/>
                <w:sz w:val="16"/>
              </w:rPr>
              <w:t>uporabi različne črte</w:t>
            </w:r>
          </w:p>
          <w:p w14:paraId="5F14122C" w14:textId="77777777" w:rsidR="00080BF0" w:rsidRDefault="00000000">
            <w:pPr>
              <w:pStyle w:val="Oznaenseznam"/>
              <w:spacing w:after="16"/>
            </w:pPr>
            <w:r>
              <w:rPr>
                <w:color w:val="000000"/>
                <w:sz w:val="16"/>
              </w:rPr>
              <w:t>primerja prvi in izboljšani zapis</w:t>
            </w:r>
          </w:p>
          <w:p w14:paraId="200A06EA" w14:textId="77777777" w:rsidR="00080BF0" w:rsidRDefault="00000000">
            <w:pPr>
              <w:spacing w:before="40" w:after="20" w:line="245" w:lineRule="auto"/>
            </w:pPr>
            <w:r>
              <w:rPr>
                <w:b/>
                <w:color w:val="000000"/>
                <w:sz w:val="17"/>
              </w:rPr>
              <w:t>PRIČAKOVANI DOSEŽKI / MINIMALNI POUDARKI</w:t>
            </w:r>
          </w:p>
          <w:p w14:paraId="3BB80C2F" w14:textId="77777777" w:rsidR="00080BF0" w:rsidRDefault="00000000">
            <w:pPr>
              <w:pStyle w:val="Oznaenseznam"/>
              <w:spacing w:after="16"/>
            </w:pPr>
            <w:r>
              <w:rPr>
                <w:color w:val="000000"/>
                <w:sz w:val="15"/>
              </w:rPr>
              <w:t>samostojno oziroma z dogovorjeno oporo opazuje podrobnosti</w:t>
            </w:r>
          </w:p>
          <w:p w14:paraId="1EB8445D" w14:textId="77777777" w:rsidR="00080BF0" w:rsidRDefault="00000000">
            <w:pPr>
              <w:pStyle w:val="Oznaenseznam"/>
              <w:spacing w:after="16"/>
            </w:pPr>
            <w:r>
              <w:rPr>
                <w:color w:val="000000"/>
                <w:sz w:val="15"/>
              </w:rPr>
              <w:t>samostojno oziroma z dogovorjeno oporo uporabi različne črte</w:t>
            </w:r>
          </w:p>
          <w:p w14:paraId="1E235CBC" w14:textId="77777777" w:rsidR="00080BF0" w:rsidRDefault="00000000">
            <w:pPr>
              <w:pStyle w:val="Oznaenseznam"/>
              <w:spacing w:after="16"/>
            </w:pPr>
            <w:r>
              <w:rPr>
                <w:color w:val="000000"/>
                <w:sz w:val="15"/>
              </w:rPr>
              <w:t>samostojno oziroma z dogovorjeno oporo primerja prvi in izboljšani zapis</w:t>
            </w:r>
          </w:p>
        </w:tc>
        <w:tc>
          <w:tcPr>
            <w:tcW w:w="7087" w:type="dxa"/>
            <w:tcMar>
              <w:top w:w="70" w:type="dxa"/>
              <w:left w:w="90" w:type="dxa"/>
              <w:bottom w:w="70" w:type="dxa"/>
              <w:right w:w="90" w:type="dxa"/>
            </w:tcMar>
          </w:tcPr>
          <w:p w14:paraId="4DA94D92"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A0626B7" w14:textId="77777777">
              <w:trPr>
                <w:jc w:val="center"/>
              </w:trPr>
              <w:tc>
                <w:tcPr>
                  <w:tcW w:w="7087" w:type="dxa"/>
                  <w:shd w:val="clear" w:color="auto" w:fill="C6E7F3"/>
                  <w:tcMar>
                    <w:top w:w="45" w:type="dxa"/>
                    <w:left w:w="70" w:type="dxa"/>
                    <w:bottom w:w="45" w:type="dxa"/>
                    <w:right w:w="70" w:type="dxa"/>
                  </w:tcMar>
                </w:tcPr>
                <w:p w14:paraId="7311B97F" w14:textId="77777777" w:rsidR="00080BF0" w:rsidRDefault="00000000">
                  <w:pPr>
                    <w:keepNext/>
                  </w:pPr>
                  <w:r>
                    <w:rPr>
                      <w:b/>
                      <w:color w:val="000000"/>
                    </w:rPr>
                    <w:t>UVODNI DEL – likovna uganka, opazovanje, aktivacija predznanja in namen učenja (8–12 min)</w:t>
                  </w:r>
                </w:p>
              </w:tc>
            </w:tr>
          </w:tbl>
          <w:p w14:paraId="2907EB69" w14:textId="77777777" w:rsidR="00080BF0" w:rsidRDefault="00080BF0">
            <w:pPr>
              <w:spacing w:line="20" w:lineRule="exact"/>
            </w:pPr>
          </w:p>
          <w:p w14:paraId="2FDEE613" w14:textId="77777777" w:rsidR="00080BF0" w:rsidRDefault="00000000">
            <w:pPr>
              <w:spacing w:before="40" w:after="60" w:line="245" w:lineRule="auto"/>
            </w:pPr>
            <w:r>
              <w:rPr>
                <w:color w:val="000000"/>
                <w:sz w:val="16"/>
              </w:rPr>
              <w:t>Ob književnem motivu »Štiri črne mravljice« – Anja Štefan učenci vstopijo v temo rast, sodelovanje, drobna živa bitja in vzorci. Učiteljica pokaže fotografijo, reprodukcijo, predmet ali material in pove kratko likovno zgodbo: likovni detektiv odkrije nepopolno risbo na temo »risanje po opazovanju« in prosi učence, naj z različnimi črtami, pogledi ali podrobnostmi poiščejo več možnih rešitev. Tematska rešitev: riše mravljice in rastline po opazovanju.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0208A27F" w14:textId="77777777">
              <w:trPr>
                <w:jc w:val="center"/>
              </w:trPr>
              <w:tc>
                <w:tcPr>
                  <w:tcW w:w="7087" w:type="dxa"/>
                  <w:shd w:val="clear" w:color="auto" w:fill="EDC9EA"/>
                  <w:tcMar>
                    <w:top w:w="45" w:type="dxa"/>
                    <w:left w:w="70" w:type="dxa"/>
                    <w:bottom w:w="45" w:type="dxa"/>
                    <w:right w:w="70" w:type="dxa"/>
                  </w:tcMar>
                </w:tcPr>
                <w:p w14:paraId="152D32F5" w14:textId="77777777" w:rsidR="00080BF0" w:rsidRDefault="00000000">
                  <w:pPr>
                    <w:keepNext/>
                  </w:pPr>
                  <w:r>
                    <w:rPr>
                      <w:b/>
                      <w:color w:val="000000"/>
                    </w:rPr>
                    <w:t>NAMENI UČENJA</w:t>
                  </w:r>
                </w:p>
              </w:tc>
            </w:tr>
          </w:tbl>
          <w:p w14:paraId="204E8C2C" w14:textId="77777777" w:rsidR="00080BF0" w:rsidRDefault="00080BF0">
            <w:pPr>
              <w:spacing w:line="20" w:lineRule="exact"/>
            </w:pPr>
          </w:p>
          <w:p w14:paraId="00644A02"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2277E6ED" w14:textId="77777777" w:rsidR="00080BF0" w:rsidRDefault="00000000">
            <w:pPr>
              <w:pStyle w:val="Oznaenseznam"/>
              <w:spacing w:after="16"/>
            </w:pPr>
            <w:r>
              <w:rPr>
                <w:color w:val="000000"/>
                <w:sz w:val="16"/>
              </w:rPr>
              <w:t>opazujem podrobnosti</w:t>
            </w:r>
          </w:p>
          <w:p w14:paraId="6CE2CE6A" w14:textId="77777777" w:rsidR="00080BF0" w:rsidRDefault="00000000">
            <w:pPr>
              <w:pStyle w:val="Oznaenseznam"/>
              <w:spacing w:after="16"/>
            </w:pPr>
            <w:r>
              <w:rPr>
                <w:color w:val="000000"/>
                <w:sz w:val="16"/>
              </w:rPr>
              <w:t>uporabim različne črte</w:t>
            </w:r>
          </w:p>
          <w:p w14:paraId="5415A933" w14:textId="77777777" w:rsidR="00080BF0" w:rsidRDefault="00000000">
            <w:pPr>
              <w:pStyle w:val="Oznaenseznam"/>
              <w:spacing w:after="16"/>
            </w:pPr>
            <w:r>
              <w:rPr>
                <w:color w:val="000000"/>
                <w:sz w:val="16"/>
              </w:rPr>
              <w:t>primerjam prvi in izboljšani zapis</w:t>
            </w:r>
          </w:p>
          <w:tbl>
            <w:tblPr>
              <w:tblStyle w:val="Tabelamrea"/>
              <w:tblW w:w="0" w:type="auto"/>
              <w:jc w:val="center"/>
              <w:tblLayout w:type="fixed"/>
              <w:tblLook w:val="04A0" w:firstRow="1" w:lastRow="0" w:firstColumn="1" w:lastColumn="0" w:noHBand="0" w:noVBand="1"/>
            </w:tblPr>
            <w:tblGrid>
              <w:gridCol w:w="7087"/>
            </w:tblGrid>
            <w:tr w:rsidR="00080BF0" w14:paraId="171B5268" w14:textId="77777777">
              <w:trPr>
                <w:jc w:val="center"/>
              </w:trPr>
              <w:tc>
                <w:tcPr>
                  <w:tcW w:w="7087" w:type="dxa"/>
                  <w:shd w:val="clear" w:color="auto" w:fill="EDC9EA"/>
                  <w:tcMar>
                    <w:top w:w="45" w:type="dxa"/>
                    <w:left w:w="70" w:type="dxa"/>
                    <w:bottom w:w="45" w:type="dxa"/>
                    <w:right w:w="70" w:type="dxa"/>
                  </w:tcMar>
                </w:tcPr>
                <w:p w14:paraId="5E08EA8F" w14:textId="77777777" w:rsidR="00080BF0" w:rsidRDefault="00000000">
                  <w:pPr>
                    <w:keepNext/>
                  </w:pPr>
                  <w:r>
                    <w:rPr>
                      <w:b/>
                      <w:color w:val="000000"/>
                    </w:rPr>
                    <w:t>PREVERJANJE PREDZNANJA</w:t>
                  </w:r>
                </w:p>
              </w:tc>
            </w:tr>
          </w:tbl>
          <w:p w14:paraId="0E352D2F" w14:textId="77777777" w:rsidR="00080BF0" w:rsidRDefault="00080BF0">
            <w:pPr>
              <w:spacing w:line="20" w:lineRule="exact"/>
            </w:pPr>
          </w:p>
          <w:p w14:paraId="29132FE7" w14:textId="77777777" w:rsidR="00080BF0" w:rsidRDefault="00000000">
            <w:pPr>
              <w:pStyle w:val="Oznaenseznam"/>
              <w:spacing w:after="16"/>
            </w:pPr>
            <w:r>
              <w:rPr>
                <w:color w:val="000000"/>
                <w:sz w:val="16"/>
              </w:rPr>
              <w:t>Kaj najprej opazim pri motivu, predmetu ali materialu, povezanem s temo »RISANJE PO OPAZOVANJU«?</w:t>
            </w:r>
          </w:p>
          <w:p w14:paraId="602183DD"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00CC920D"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31B5AEBD" w14:textId="77777777">
              <w:trPr>
                <w:jc w:val="center"/>
              </w:trPr>
              <w:tc>
                <w:tcPr>
                  <w:tcW w:w="7087" w:type="dxa"/>
                  <w:shd w:val="clear" w:color="auto" w:fill="EDC9EA"/>
                  <w:tcMar>
                    <w:top w:w="45" w:type="dxa"/>
                    <w:left w:w="70" w:type="dxa"/>
                    <w:bottom w:w="45" w:type="dxa"/>
                    <w:right w:w="70" w:type="dxa"/>
                  </w:tcMar>
                </w:tcPr>
                <w:p w14:paraId="430BAB41" w14:textId="77777777" w:rsidR="00080BF0" w:rsidRDefault="00000000">
                  <w:pPr>
                    <w:keepNext/>
                  </w:pPr>
                  <w:r>
                    <w:rPr>
                      <w:b/>
                      <w:color w:val="000000"/>
                    </w:rPr>
                    <w:t>KRITERIJI USPEŠNOSTI</w:t>
                  </w:r>
                </w:p>
              </w:tc>
            </w:tr>
          </w:tbl>
          <w:p w14:paraId="21FD4A99" w14:textId="77777777" w:rsidR="00080BF0" w:rsidRDefault="00080BF0"/>
          <w:p w14:paraId="0D23A36E" w14:textId="77777777" w:rsidR="00080BF0" w:rsidRDefault="00000000">
            <w:pPr>
              <w:spacing w:before="20" w:after="20" w:line="245" w:lineRule="auto"/>
            </w:pPr>
            <w:r>
              <w:rPr>
                <w:b/>
                <w:color w:val="000000"/>
                <w:sz w:val="16"/>
              </w:rPr>
              <w:t>Uspešen/-na bom, ko:</w:t>
            </w:r>
          </w:p>
          <w:p w14:paraId="2B417041" w14:textId="77777777" w:rsidR="00080BF0" w:rsidRDefault="00000000">
            <w:pPr>
              <w:pStyle w:val="Oznaenseznam"/>
              <w:spacing w:after="16"/>
            </w:pPr>
            <w:r>
              <w:rPr>
                <w:color w:val="000000"/>
                <w:sz w:val="16"/>
              </w:rPr>
              <w:t>opazujem podrobnosti</w:t>
            </w:r>
          </w:p>
          <w:p w14:paraId="087C376C" w14:textId="77777777" w:rsidR="00080BF0" w:rsidRDefault="00000000">
            <w:pPr>
              <w:pStyle w:val="Oznaenseznam"/>
              <w:spacing w:after="16"/>
            </w:pPr>
            <w:r>
              <w:rPr>
                <w:color w:val="000000"/>
                <w:sz w:val="16"/>
              </w:rPr>
              <w:t>uporabim različne črte</w:t>
            </w:r>
          </w:p>
          <w:p w14:paraId="2066DA7E" w14:textId="77777777" w:rsidR="00080BF0" w:rsidRDefault="00000000">
            <w:pPr>
              <w:pStyle w:val="Oznaenseznam"/>
              <w:spacing w:after="16"/>
            </w:pPr>
            <w:r>
              <w:rPr>
                <w:color w:val="000000"/>
                <w:sz w:val="16"/>
              </w:rPr>
              <w:t>primerjam prvi in izboljšani zapis</w:t>
            </w:r>
          </w:p>
          <w:p w14:paraId="24D8C65A" w14:textId="77777777" w:rsidR="00080BF0" w:rsidRDefault="00000000">
            <w:pPr>
              <w:pStyle w:val="Oznaenseznam"/>
              <w:spacing w:after="16"/>
            </w:pPr>
            <w:r>
              <w:rPr>
                <w:color w:val="000000"/>
                <w:sz w:val="15"/>
              </w:rPr>
              <w:t>varno in namensko uporabim material, zaščitim prostor ter po delu uredim svojo postajo</w:t>
            </w:r>
          </w:p>
          <w:p w14:paraId="2B3E357A"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0C964770" w14:textId="77777777" w:rsidR="00080BF0" w:rsidRDefault="00080BF0"/>
          <w:p w14:paraId="7C3F5D6A"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25EFA186" w14:textId="77777777" w:rsidR="00080BF0" w:rsidRDefault="00000000">
            <w:pPr>
              <w:spacing w:after="80" w:line="245" w:lineRule="auto"/>
            </w:pPr>
            <w:r>
              <w:rPr>
                <w:color w:val="000000"/>
                <w:sz w:val="16"/>
              </w:rPr>
              <w:t>Pove ali pokaže, kaj že zna opaziti in katero likovno možnost bi najprej preizkusil.</w:t>
            </w:r>
          </w:p>
          <w:p w14:paraId="75144873" w14:textId="77777777" w:rsidR="00080BF0" w:rsidRDefault="00000000">
            <w:pPr>
              <w:spacing w:after="100" w:line="245" w:lineRule="auto"/>
            </w:pPr>
            <w:r>
              <w:rPr>
                <w:color w:val="000000"/>
                <w:sz w:val="16"/>
              </w:rPr>
              <w:t>Sodeluje pri razumevanju namena, meril uspešnosti, varne rabe pripomočkov in načina dokazovanja.</w:t>
            </w:r>
          </w:p>
          <w:p w14:paraId="262C5B84" w14:textId="77777777" w:rsidR="00080BF0" w:rsidRDefault="00000000">
            <w:pPr>
              <w:spacing w:after="20" w:line="245" w:lineRule="auto"/>
            </w:pPr>
            <w:r>
              <w:rPr>
                <w:b/>
                <w:color w:val="D95BC6"/>
                <w:sz w:val="17"/>
              </w:rPr>
              <w:t>DOKAZ O UČENJU</w:t>
            </w:r>
          </w:p>
          <w:p w14:paraId="0EBF949F"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56E5B45F"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96F701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5457B53"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598FEB0" w14:textId="77777777" w:rsidR="00080BF0" w:rsidRDefault="00000000">
            <w:pPr>
              <w:jc w:val="center"/>
            </w:pPr>
            <w:r>
              <w:rPr>
                <w:b/>
                <w:color w:val="000000"/>
                <w:sz w:val="20"/>
              </w:rPr>
              <w:t>UČNE DEJAVNOSTI, METODE IN FORMATIVNO SPREMLJANJE</w:t>
            </w:r>
          </w:p>
        </w:tc>
      </w:tr>
      <w:tr w:rsidR="00080BF0" w14:paraId="6BD4DD0A" w14:textId="77777777">
        <w:trPr>
          <w:tblHeader/>
          <w:jc w:val="center"/>
        </w:trPr>
        <w:tc>
          <w:tcPr>
            <w:tcW w:w="4422" w:type="dxa"/>
            <w:vMerge/>
            <w:tcMar>
              <w:top w:w="70" w:type="dxa"/>
              <w:left w:w="90" w:type="dxa"/>
              <w:bottom w:w="70" w:type="dxa"/>
              <w:right w:w="90" w:type="dxa"/>
            </w:tcMar>
            <w:vAlign w:val="center"/>
          </w:tcPr>
          <w:p w14:paraId="332D01FF" w14:textId="77777777" w:rsidR="00080BF0" w:rsidRDefault="00080BF0"/>
        </w:tc>
        <w:tc>
          <w:tcPr>
            <w:tcW w:w="7087" w:type="dxa"/>
            <w:shd w:val="clear" w:color="auto" w:fill="FFFFFF"/>
            <w:tcMar>
              <w:top w:w="70" w:type="dxa"/>
              <w:left w:w="90" w:type="dxa"/>
              <w:bottom w:w="70" w:type="dxa"/>
              <w:right w:w="90" w:type="dxa"/>
            </w:tcMar>
            <w:vAlign w:val="center"/>
          </w:tcPr>
          <w:p w14:paraId="60B257F8"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4E5B81C" w14:textId="77777777" w:rsidR="00080BF0" w:rsidRDefault="00000000">
            <w:pPr>
              <w:jc w:val="center"/>
            </w:pPr>
            <w:r>
              <w:rPr>
                <w:b/>
                <w:color w:val="000000"/>
              </w:rPr>
              <w:t>UČENEC</w:t>
            </w:r>
          </w:p>
        </w:tc>
      </w:tr>
      <w:tr w:rsidR="00080BF0" w14:paraId="2528A954" w14:textId="77777777">
        <w:trPr>
          <w:jc w:val="center"/>
        </w:trPr>
        <w:tc>
          <w:tcPr>
            <w:tcW w:w="4422" w:type="dxa"/>
            <w:tcMar>
              <w:top w:w="70" w:type="dxa"/>
              <w:left w:w="90" w:type="dxa"/>
              <w:bottom w:w="70" w:type="dxa"/>
              <w:right w:w="90" w:type="dxa"/>
            </w:tcMar>
          </w:tcPr>
          <w:p w14:paraId="6030C4CA" w14:textId="77777777" w:rsidR="00080BF0" w:rsidRDefault="00080BF0"/>
          <w:p w14:paraId="49FA5279" w14:textId="77777777" w:rsidR="00080BF0" w:rsidRDefault="00000000">
            <w:pPr>
              <w:spacing w:after="40" w:line="245" w:lineRule="auto"/>
            </w:pPr>
            <w:r>
              <w:rPr>
                <w:b/>
                <w:color w:val="000000"/>
              </w:rPr>
              <w:t>KLJUČNI LIKOVNI POJMI</w:t>
            </w:r>
          </w:p>
          <w:p w14:paraId="233AC4AD"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pika, ravna in kriva črta, sklenjena oblika, podrobnost, razmerje, simbol</w:t>
            </w:r>
          </w:p>
          <w:p w14:paraId="2097D6B9" w14:textId="77777777" w:rsidR="00080BF0" w:rsidRDefault="00000000">
            <w:pPr>
              <w:spacing w:after="20" w:line="245" w:lineRule="auto"/>
            </w:pPr>
            <w:r>
              <w:rPr>
                <w:b/>
                <w:color w:val="000000"/>
                <w:sz w:val="17"/>
              </w:rPr>
              <w:t>DOKAZI O UČENJU</w:t>
            </w:r>
          </w:p>
          <w:p w14:paraId="7C1541AF" w14:textId="77777777" w:rsidR="00080BF0" w:rsidRDefault="00000000">
            <w:pPr>
              <w:pStyle w:val="Oznaenseznam"/>
              <w:spacing w:after="9"/>
            </w:pPr>
            <w:r>
              <w:rPr>
                <w:color w:val="000000"/>
                <w:sz w:val="15"/>
              </w:rPr>
              <w:t>likovni proces in izdelek, fotografija faze, učenčeva razlaga ter samovrednotenje v mapi.</w:t>
            </w:r>
          </w:p>
          <w:p w14:paraId="5685C58B" w14:textId="77777777" w:rsidR="00080BF0" w:rsidRDefault="00000000">
            <w:pPr>
              <w:spacing w:before="40" w:after="20" w:line="245" w:lineRule="auto"/>
            </w:pPr>
            <w:r>
              <w:rPr>
                <w:b/>
                <w:color w:val="000000"/>
                <w:sz w:val="17"/>
              </w:rPr>
              <w:t>LIKOVNO DOŽIVETJE IN IZKUŠENJSKI POUK</w:t>
            </w:r>
          </w:p>
          <w:p w14:paraId="64F83FC8"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22B3D724" w14:textId="77777777" w:rsidR="00080BF0" w:rsidRDefault="00000000">
            <w:pPr>
              <w:spacing w:after="20" w:line="245" w:lineRule="auto"/>
            </w:pPr>
            <w:r>
              <w:rPr>
                <w:b/>
                <w:color w:val="000000"/>
                <w:sz w:val="17"/>
              </w:rPr>
              <w:t>POUČEVANJE V GIBANJU</w:t>
            </w:r>
          </w:p>
          <w:p w14:paraId="685140BD"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102D8980" w14:textId="77777777" w:rsidR="00080BF0" w:rsidRDefault="00000000">
            <w:pPr>
              <w:spacing w:after="20" w:line="245" w:lineRule="auto"/>
            </w:pPr>
            <w:r>
              <w:rPr>
                <w:b/>
                <w:color w:val="000000"/>
                <w:sz w:val="17"/>
              </w:rPr>
              <w:t>DELO PO POSTAJAH</w:t>
            </w:r>
          </w:p>
          <w:p w14:paraId="3E00AA20"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3A8B5110" w14:textId="77777777" w:rsidR="00080BF0" w:rsidRDefault="00000000">
            <w:pPr>
              <w:spacing w:after="9" w:line="245" w:lineRule="auto"/>
            </w:pPr>
            <w:r>
              <w:rPr>
                <w:color w:val="000000"/>
                <w:sz w:val="14"/>
              </w:rPr>
              <w:t>1. Opazovalna: predmet, obraz, figuro ali motiv opazujem z okvirjem ter poiščem tri pomembne črte, oblike ali podrobnosti.</w:t>
            </w:r>
          </w:p>
          <w:p w14:paraId="0DB19893" w14:textId="77777777" w:rsidR="00080BF0" w:rsidRDefault="00000000">
            <w:pPr>
              <w:spacing w:after="9" w:line="245" w:lineRule="auto"/>
            </w:pPr>
            <w:r>
              <w:rPr>
                <w:color w:val="000000"/>
                <w:sz w:val="14"/>
              </w:rPr>
              <w:t>2. Risarski laboratorij: na poskusnem listu primerjam sledi različnih risal, pritisk, smer in gostoto črt.</w:t>
            </w:r>
          </w:p>
          <w:p w14:paraId="7136F6FF" w14:textId="77777777" w:rsidR="00080BF0" w:rsidRDefault="00000000">
            <w:pPr>
              <w:spacing w:after="9" w:line="245" w:lineRule="auto"/>
            </w:pPr>
            <w:r>
              <w:rPr>
                <w:color w:val="000000"/>
                <w:sz w:val="14"/>
              </w:rPr>
              <w:t>3. Gibalna črta: z vrvjo, korakom, roko ali celim telesom oblikujem ravno, krivo, sklenjeno in nesklenjeno pot.</w:t>
            </w:r>
          </w:p>
          <w:p w14:paraId="64AE8C4C" w14:textId="77777777" w:rsidR="00080BF0" w:rsidRDefault="00000000">
            <w:pPr>
              <w:spacing w:after="9" w:line="245" w:lineRule="auto"/>
            </w:pPr>
            <w:r>
              <w:rPr>
                <w:color w:val="000000"/>
                <w:sz w:val="14"/>
              </w:rPr>
              <w:t>4. Ustvarjalno-refleksivna: izdelam osebno rešitev, izberem dokaz, ga pojasnim in po odzivu izboljšam.</w:t>
            </w:r>
          </w:p>
          <w:p w14:paraId="17491C99" w14:textId="77777777" w:rsidR="00080BF0" w:rsidRDefault="00000000">
            <w:pPr>
              <w:spacing w:after="20" w:line="245" w:lineRule="auto"/>
            </w:pPr>
            <w:r>
              <w:rPr>
                <w:b/>
                <w:color w:val="000000"/>
                <w:sz w:val="17"/>
              </w:rPr>
              <w:t>DIFERENCIACIJA IN VKLJUČEVANJE</w:t>
            </w:r>
          </w:p>
          <w:p w14:paraId="6ADADD04"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695DCE93" w14:textId="77777777" w:rsidR="00080BF0" w:rsidRDefault="00000000">
            <w:pPr>
              <w:spacing w:after="20" w:line="245" w:lineRule="auto"/>
            </w:pPr>
            <w:r>
              <w:rPr>
                <w:b/>
                <w:color w:val="000000"/>
                <w:sz w:val="17"/>
              </w:rPr>
              <w:t>SPREMLJANJE</w:t>
            </w:r>
          </w:p>
          <w:p w14:paraId="4ECABB70"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52858FF4"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816CB2A" w14:textId="77777777">
              <w:trPr>
                <w:jc w:val="center"/>
              </w:trPr>
              <w:tc>
                <w:tcPr>
                  <w:tcW w:w="7087" w:type="dxa"/>
                  <w:shd w:val="clear" w:color="auto" w:fill="C6E7F3"/>
                  <w:tcMar>
                    <w:top w:w="45" w:type="dxa"/>
                    <w:left w:w="70" w:type="dxa"/>
                    <w:bottom w:w="45" w:type="dxa"/>
                    <w:right w:w="70" w:type="dxa"/>
                  </w:tcMar>
                </w:tcPr>
                <w:p w14:paraId="68F05C6E" w14:textId="77777777" w:rsidR="00080BF0" w:rsidRDefault="00000000">
                  <w:pPr>
                    <w:keepNext/>
                  </w:pPr>
                  <w:r>
                    <w:rPr>
                      <w:b/>
                      <w:color w:val="000000"/>
                      <w:sz w:val="17"/>
                    </w:rPr>
                    <w:t>GLAVNI DEL – OPAZOVANJE, MATERIALNI PREIZKUS, USTVARJANJE IN GALERIJA (1 šolska ura)</w:t>
                  </w:r>
                </w:p>
              </w:tc>
            </w:tr>
          </w:tbl>
          <w:p w14:paraId="4D7CF6FA" w14:textId="77777777" w:rsidR="00080BF0" w:rsidRDefault="00080BF0">
            <w:pPr>
              <w:spacing w:line="20" w:lineRule="exact"/>
            </w:pPr>
          </w:p>
          <w:p w14:paraId="4E1BC42A" w14:textId="77777777" w:rsidR="00080BF0" w:rsidRDefault="00000000">
            <w:pPr>
              <w:keepNext/>
              <w:spacing w:before="22" w:after="8" w:line="245" w:lineRule="auto"/>
            </w:pPr>
            <w:r>
              <w:rPr>
                <w:b/>
                <w:color w:val="000000"/>
                <w:sz w:val="16"/>
              </w:rPr>
              <w:t>1. URA – Risanje po opazovanju – Ustvarjam, predstavim, izboljšam</w:t>
            </w:r>
          </w:p>
          <w:p w14:paraId="1A4155F4"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»RISANJE PO OPAZOVANJU«; postavlja vprašanja o nameri, nudi tehnično oporo in omogoči izboljšavo. Zaključek 10': 10' – Izvede tiho galerijo; modelira odziv »Opazim … / Učinkuje … / Lahko poskusiš …« ter vodi pospravljanje.</w:t>
            </w:r>
          </w:p>
          <w:p w14:paraId="578B2B2F"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11049719"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4BC3C59C" w14:textId="77777777">
              <w:trPr>
                <w:jc w:val="center"/>
              </w:trPr>
              <w:tc>
                <w:tcPr>
                  <w:tcW w:w="7087" w:type="dxa"/>
                  <w:shd w:val="clear" w:color="auto" w:fill="EDC9EA"/>
                  <w:tcMar>
                    <w:top w:w="45" w:type="dxa"/>
                    <w:left w:w="70" w:type="dxa"/>
                    <w:bottom w:w="45" w:type="dxa"/>
                    <w:right w:w="70" w:type="dxa"/>
                  </w:tcMar>
                </w:tcPr>
                <w:p w14:paraId="78255892" w14:textId="77777777" w:rsidR="00080BF0" w:rsidRDefault="00000000">
                  <w:pPr>
                    <w:keepNext/>
                  </w:pPr>
                  <w:r>
                    <w:rPr>
                      <w:b/>
                      <w:color w:val="000000"/>
                      <w:sz w:val="17"/>
                    </w:rPr>
                    <w:t>ORGANIZACIJA POSTAJ IN PREHODOV</w:t>
                  </w:r>
                </w:p>
              </w:tc>
            </w:tr>
          </w:tbl>
          <w:p w14:paraId="3080D328" w14:textId="77777777" w:rsidR="00080BF0" w:rsidRDefault="00080BF0"/>
          <w:p w14:paraId="59316512" w14:textId="77777777" w:rsidR="00080BF0" w:rsidRDefault="00000000">
            <w:pPr>
              <w:spacing w:before="8" w:after="8" w:line="245" w:lineRule="auto"/>
            </w:pPr>
            <w:r>
              <w:rPr>
                <w:color w:val="000000"/>
                <w:sz w:val="14"/>
              </w:rPr>
              <w:t>Postaja 1: Opazovalna: predmet, obraz, figuro ali motiv opazujem z okvirjem ter poiščem tri pomembne črte, oblike ali podrobnosti.</w:t>
            </w:r>
          </w:p>
          <w:p w14:paraId="56FF3E93" w14:textId="77777777" w:rsidR="00080BF0" w:rsidRDefault="00000000">
            <w:pPr>
              <w:spacing w:before="8" w:after="8" w:line="245" w:lineRule="auto"/>
            </w:pPr>
            <w:r>
              <w:rPr>
                <w:color w:val="000000"/>
                <w:sz w:val="14"/>
              </w:rPr>
              <w:t>Postaja 2: Risarski laboratorij: na poskusnem listu primerjam sledi različnih risal, pritisk, smer in gostoto črt.</w:t>
            </w:r>
          </w:p>
          <w:p w14:paraId="191081D8" w14:textId="77777777" w:rsidR="00080BF0" w:rsidRDefault="00000000">
            <w:pPr>
              <w:spacing w:before="8" w:after="8" w:line="245" w:lineRule="auto"/>
            </w:pPr>
            <w:r>
              <w:rPr>
                <w:color w:val="000000"/>
                <w:sz w:val="14"/>
              </w:rPr>
              <w:t>Postaja 3: Gibalna črta: z vrvjo, korakom, roko ali celim telesom oblikujem ravno, krivo, sklenjeno in nesklenjeno pot.</w:t>
            </w:r>
          </w:p>
          <w:p w14:paraId="2951F949" w14:textId="77777777" w:rsidR="00080BF0" w:rsidRDefault="00000000">
            <w:pPr>
              <w:spacing w:before="8" w:after="8" w:line="245" w:lineRule="auto"/>
            </w:pPr>
            <w:r>
              <w:rPr>
                <w:color w:val="000000"/>
                <w:sz w:val="14"/>
              </w:rPr>
              <w:t>Postaja 4: Ustvarjalno-refleksivna: izdelam osebno rešitev, izberem dokaz, ga pojasnim in po odzivu izboljšam.</w:t>
            </w:r>
          </w:p>
          <w:p w14:paraId="48D539BD"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3714E7CB" w14:textId="77777777" w:rsidR="00080BF0" w:rsidRDefault="00080BF0"/>
          <w:p w14:paraId="380D324F" w14:textId="77777777" w:rsidR="00080BF0" w:rsidRDefault="00000000">
            <w:pPr>
              <w:spacing w:after="6" w:line="245" w:lineRule="auto"/>
            </w:pPr>
            <w:r>
              <w:rPr>
                <w:b/>
                <w:color w:val="000000"/>
                <w:sz w:val="15"/>
              </w:rPr>
              <w:t>1. URA – Risanje po opazovanju – Ustvarjam, predstavim, izboljšam</w:t>
            </w:r>
          </w:p>
          <w:p w14:paraId="6D4FD930"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2B4BF422" w14:textId="77777777" w:rsidR="00080BF0" w:rsidRDefault="00000000">
            <w:pPr>
              <w:spacing w:after="20" w:line="245" w:lineRule="auto"/>
            </w:pPr>
            <w:r>
              <w:rPr>
                <w:color w:val="D95BC6"/>
                <w:sz w:val="14"/>
              </w:rPr>
              <w:t>Dokaz: likovni proces in izdelek, fotografija faze, učenčeva razlaga ter samovrednotenje v mapi.</w:t>
            </w:r>
          </w:p>
          <w:p w14:paraId="1BE19332" w14:textId="77777777" w:rsidR="00080BF0" w:rsidRDefault="00000000">
            <w:pPr>
              <w:spacing w:before="40" w:after="20" w:line="245" w:lineRule="auto"/>
            </w:pPr>
            <w:r>
              <w:rPr>
                <w:b/>
                <w:color w:val="D95BC6"/>
                <w:sz w:val="16"/>
              </w:rPr>
              <w:t>MOJ KROG POSTAJ</w:t>
            </w:r>
          </w:p>
          <w:p w14:paraId="37D8ACA5" w14:textId="77777777" w:rsidR="00080BF0" w:rsidRDefault="00000000">
            <w:pPr>
              <w:spacing w:after="11" w:line="245" w:lineRule="auto"/>
            </w:pPr>
            <w:r>
              <w:rPr>
                <w:color w:val="000000"/>
                <w:sz w:val="13"/>
              </w:rPr>
              <w:t>1. Opazovalna: predmet, obraz, figuro ali motiv opazujem z okvirjem ter poiščem tri pomembne.</w:t>
            </w:r>
          </w:p>
          <w:p w14:paraId="0E641AB9" w14:textId="77777777" w:rsidR="00080BF0" w:rsidRDefault="00000000">
            <w:pPr>
              <w:spacing w:after="11" w:line="245" w:lineRule="auto"/>
            </w:pPr>
            <w:r>
              <w:rPr>
                <w:color w:val="000000"/>
                <w:sz w:val="13"/>
              </w:rPr>
              <w:t>2. Risarski laboratorij: na poskusnem listu primerjam sledi različnih risal, pritisk.</w:t>
            </w:r>
          </w:p>
          <w:p w14:paraId="3161EA73" w14:textId="77777777" w:rsidR="00080BF0" w:rsidRDefault="00000000">
            <w:pPr>
              <w:spacing w:after="11" w:line="245" w:lineRule="auto"/>
            </w:pPr>
            <w:r>
              <w:rPr>
                <w:color w:val="000000"/>
                <w:sz w:val="13"/>
              </w:rPr>
              <w:t>3. Gibalna črta: z vrvjo, korakom, roko ali celim telesom oblikujem ravno, krivo.</w:t>
            </w:r>
          </w:p>
          <w:p w14:paraId="146BFCF2" w14:textId="77777777" w:rsidR="00080BF0" w:rsidRDefault="00000000">
            <w:pPr>
              <w:spacing w:after="11" w:line="245" w:lineRule="auto"/>
            </w:pPr>
            <w:r>
              <w:rPr>
                <w:color w:val="000000"/>
                <w:sz w:val="13"/>
              </w:rPr>
              <w:t>4. Ustvarjalno-refleksivna: izdelam osebno rešitev, izberem dokaz.</w:t>
            </w:r>
          </w:p>
          <w:p w14:paraId="0DD3881D"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07197CDB" w14:textId="77777777" w:rsidR="00080BF0" w:rsidRDefault="00000000">
            <w:pPr>
              <w:spacing w:after="20" w:line="245" w:lineRule="auto"/>
            </w:pPr>
            <w:r>
              <w:rPr>
                <w:b/>
                <w:color w:val="D95BC6"/>
                <w:sz w:val="17"/>
              </w:rPr>
              <w:t>DOKAZ O UČENJU</w:t>
            </w:r>
          </w:p>
          <w:p w14:paraId="77D79980"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23F4CFAA"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3FDAEF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1CF5F9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B91D0A3" w14:textId="77777777" w:rsidR="00080BF0" w:rsidRDefault="00000000">
            <w:pPr>
              <w:jc w:val="center"/>
            </w:pPr>
            <w:r>
              <w:rPr>
                <w:b/>
                <w:color w:val="000000"/>
                <w:sz w:val="20"/>
              </w:rPr>
              <w:t>UČNE DEJAVNOSTI, METODE IN FORMATIVNO SPREMLJANJE</w:t>
            </w:r>
          </w:p>
        </w:tc>
      </w:tr>
      <w:tr w:rsidR="00080BF0" w14:paraId="2A027D03" w14:textId="77777777">
        <w:trPr>
          <w:tblHeader/>
          <w:jc w:val="center"/>
        </w:trPr>
        <w:tc>
          <w:tcPr>
            <w:tcW w:w="4422" w:type="dxa"/>
            <w:vMerge/>
            <w:tcMar>
              <w:top w:w="70" w:type="dxa"/>
              <w:left w:w="90" w:type="dxa"/>
              <w:bottom w:w="70" w:type="dxa"/>
              <w:right w:w="90" w:type="dxa"/>
            </w:tcMar>
            <w:vAlign w:val="center"/>
          </w:tcPr>
          <w:p w14:paraId="662E41F0" w14:textId="77777777" w:rsidR="00080BF0" w:rsidRDefault="00080BF0"/>
        </w:tc>
        <w:tc>
          <w:tcPr>
            <w:tcW w:w="7087" w:type="dxa"/>
            <w:shd w:val="clear" w:color="auto" w:fill="FFFFFF"/>
            <w:tcMar>
              <w:top w:w="70" w:type="dxa"/>
              <w:left w:w="90" w:type="dxa"/>
              <w:bottom w:w="70" w:type="dxa"/>
              <w:right w:w="90" w:type="dxa"/>
            </w:tcMar>
            <w:vAlign w:val="center"/>
          </w:tcPr>
          <w:p w14:paraId="17A48DCD"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EE09D62" w14:textId="77777777" w:rsidR="00080BF0" w:rsidRDefault="00000000">
            <w:pPr>
              <w:jc w:val="center"/>
            </w:pPr>
            <w:r>
              <w:rPr>
                <w:b/>
                <w:color w:val="000000"/>
              </w:rPr>
              <w:t>UČENEC</w:t>
            </w:r>
          </w:p>
        </w:tc>
      </w:tr>
      <w:tr w:rsidR="00080BF0" w14:paraId="6330E2C6" w14:textId="77777777">
        <w:trPr>
          <w:jc w:val="center"/>
        </w:trPr>
        <w:tc>
          <w:tcPr>
            <w:tcW w:w="4422" w:type="dxa"/>
            <w:tcMar>
              <w:top w:w="70" w:type="dxa"/>
              <w:left w:w="90" w:type="dxa"/>
              <w:bottom w:w="70" w:type="dxa"/>
              <w:right w:w="90" w:type="dxa"/>
            </w:tcMar>
          </w:tcPr>
          <w:p w14:paraId="3C82AFB6" w14:textId="77777777" w:rsidR="00080BF0" w:rsidRDefault="00080BF0"/>
          <w:p w14:paraId="7C9BA7DD" w14:textId="77777777" w:rsidR="00080BF0" w:rsidRDefault="00000000">
            <w:pPr>
              <w:spacing w:after="40" w:line="245" w:lineRule="auto"/>
            </w:pPr>
            <w:r>
              <w:rPr>
                <w:b/>
                <w:color w:val="000000"/>
              </w:rPr>
              <w:t>FORMATIVNO SPREMLJANJE</w:t>
            </w:r>
          </w:p>
          <w:p w14:paraId="7A83C5D0" w14:textId="77777777" w:rsidR="00080BF0" w:rsidRDefault="00000000">
            <w:pPr>
              <w:pStyle w:val="Oznaenseznam"/>
              <w:spacing w:after="16"/>
            </w:pPr>
            <w:r>
              <w:rPr>
                <w:color w:val="000000"/>
                <w:sz w:val="15"/>
              </w:rPr>
              <w:t>predznanje: opažanje, gibalna ponazoritev, izbira kartice, razvrstitev materialov, poskusna sled ali skica</w:t>
            </w:r>
          </w:p>
          <w:p w14:paraId="2C48B892"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7CDD8430"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59252CC2" w14:textId="77777777" w:rsidR="00080BF0" w:rsidRDefault="00000000">
            <w:pPr>
              <w:pStyle w:val="Oznaenseznam"/>
              <w:spacing w:after="16"/>
            </w:pPr>
            <w:r>
              <w:rPr>
                <w:color w:val="000000"/>
                <w:sz w:val="15"/>
              </w:rPr>
              <w:t>povratna informacija: opis vidne likovne odločitve, povezava z enim merilom in izvedljiv naslednji korak</w:t>
            </w:r>
          </w:p>
          <w:p w14:paraId="0232EA1E" w14:textId="77777777" w:rsidR="00080BF0" w:rsidRDefault="00000000">
            <w:pPr>
              <w:pStyle w:val="Oznaenseznam"/>
              <w:spacing w:after="16"/>
            </w:pPr>
            <w:r>
              <w:rPr>
                <w:color w:val="000000"/>
                <w:sz w:val="15"/>
              </w:rPr>
              <w:t>samovrednotenje: likovni semafor, lestvica samostojnosti, izbran dokaz, galerijski odziv in izboljšava</w:t>
            </w:r>
          </w:p>
          <w:p w14:paraId="764C39FE" w14:textId="77777777" w:rsidR="00080BF0" w:rsidRDefault="00000000">
            <w:pPr>
              <w:spacing w:before="40" w:after="20" w:line="245" w:lineRule="auto"/>
            </w:pPr>
            <w:r>
              <w:rPr>
                <w:b/>
                <w:color w:val="000000"/>
                <w:sz w:val="17"/>
              </w:rPr>
              <w:t>VARNOST, HIGIENA IN UREDITEV PROSTORA</w:t>
            </w:r>
          </w:p>
          <w:p w14:paraId="6559AED9"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Pri delu na velikem formatu so razdalje označene, pripomočki pa odloženi v skupno posodico.</w:t>
            </w:r>
          </w:p>
          <w:p w14:paraId="3C95A90D" w14:textId="77777777" w:rsidR="00080BF0" w:rsidRDefault="00000000">
            <w:pPr>
              <w:spacing w:after="20" w:line="245" w:lineRule="auto"/>
            </w:pPr>
            <w:r>
              <w:rPr>
                <w:b/>
                <w:color w:val="000000"/>
                <w:sz w:val="17"/>
              </w:rPr>
              <w:t>EVIDENCA PO IZVEDBI</w:t>
            </w:r>
          </w:p>
          <w:p w14:paraId="548338FB"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492DC62E" w14:textId="77777777" w:rsidR="00080BF0" w:rsidRDefault="00000000">
            <w:pPr>
              <w:spacing w:before="40" w:after="20" w:line="245" w:lineRule="auto"/>
            </w:pPr>
            <w:r>
              <w:rPr>
                <w:b/>
                <w:color w:val="000000"/>
                <w:sz w:val="17"/>
              </w:rPr>
              <w:t>RAVEN DOSEGANJA</w:t>
            </w:r>
          </w:p>
          <w:p w14:paraId="7C18BA1C"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5BA8B77C"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2A556ED" w14:textId="77777777">
              <w:trPr>
                <w:jc w:val="center"/>
              </w:trPr>
              <w:tc>
                <w:tcPr>
                  <w:tcW w:w="7087" w:type="dxa"/>
                  <w:shd w:val="clear" w:color="auto" w:fill="EDC9EA"/>
                  <w:tcMar>
                    <w:top w:w="45" w:type="dxa"/>
                    <w:left w:w="70" w:type="dxa"/>
                    <w:bottom w:w="45" w:type="dxa"/>
                    <w:right w:w="70" w:type="dxa"/>
                  </w:tcMar>
                </w:tcPr>
                <w:p w14:paraId="7293FEDD" w14:textId="77777777" w:rsidR="00080BF0" w:rsidRDefault="00000000">
                  <w:pPr>
                    <w:keepNext/>
                  </w:pPr>
                  <w:r>
                    <w:rPr>
                      <w:b/>
                      <w:color w:val="000000"/>
                    </w:rPr>
                    <w:t>VPRAŠANJA V PODPORO LIKOVNEMU UČENJU</w:t>
                  </w:r>
                </w:p>
              </w:tc>
            </w:tr>
          </w:tbl>
          <w:p w14:paraId="0C0498A5" w14:textId="77777777" w:rsidR="00080BF0" w:rsidRDefault="00080BF0">
            <w:pPr>
              <w:spacing w:line="20" w:lineRule="exact"/>
            </w:pPr>
          </w:p>
          <w:p w14:paraId="27609D8D" w14:textId="77777777" w:rsidR="00080BF0" w:rsidRDefault="00000000">
            <w:pPr>
              <w:pStyle w:val="Oznaenseznam"/>
              <w:spacing w:after="16"/>
            </w:pPr>
            <w:r>
              <w:rPr>
                <w:color w:val="000000"/>
                <w:sz w:val="16"/>
              </w:rPr>
              <w:t>Kaj si najprej opazil/-a in katera likovna prvina je zate najpomembnejša?</w:t>
            </w:r>
          </w:p>
          <w:p w14:paraId="4088F91F" w14:textId="77777777" w:rsidR="00080BF0" w:rsidRDefault="00000000">
            <w:pPr>
              <w:pStyle w:val="Oznaenseznam"/>
              <w:spacing w:after="16"/>
            </w:pPr>
            <w:r>
              <w:rPr>
                <w:color w:val="000000"/>
                <w:sz w:val="16"/>
              </w:rPr>
              <w:t>Kako je material ali postopek vplival na črto, barvo, obliko, površino, prostor oziroma delovanje izdelka?</w:t>
            </w:r>
          </w:p>
          <w:p w14:paraId="61C9FE5D" w14:textId="77777777" w:rsidR="00080BF0" w:rsidRDefault="00000000">
            <w:pPr>
              <w:pStyle w:val="Oznaenseznam"/>
              <w:spacing w:after="16"/>
            </w:pPr>
            <w:r>
              <w:rPr>
                <w:color w:val="000000"/>
                <w:sz w:val="16"/>
              </w:rPr>
              <w:t>Katero možnost si preizkusil/-a, zakaj si jo izbral/-a in kaj si ob poskusu spremenil/-a?</w:t>
            </w:r>
          </w:p>
          <w:p w14:paraId="1D302967" w14:textId="77777777" w:rsidR="00080BF0" w:rsidRDefault="00000000">
            <w:pPr>
              <w:pStyle w:val="Oznaenseznam"/>
              <w:spacing w:after="16"/>
            </w:pPr>
            <w:r>
              <w:rPr>
                <w:color w:val="000000"/>
                <w:sz w:val="16"/>
              </w:rPr>
              <w:t>Kateri del tvojega procesa ali izdelka najjasneje pokaže dogovorjeno merilo?</w:t>
            </w:r>
          </w:p>
          <w:p w14:paraId="5BB1124F"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43BE4F7A" w14:textId="77777777">
              <w:trPr>
                <w:jc w:val="center"/>
              </w:trPr>
              <w:tc>
                <w:tcPr>
                  <w:tcW w:w="7087" w:type="dxa"/>
                  <w:shd w:val="clear" w:color="auto" w:fill="C6E7F3"/>
                  <w:tcMar>
                    <w:top w:w="45" w:type="dxa"/>
                    <w:left w:w="70" w:type="dxa"/>
                    <w:bottom w:w="45" w:type="dxa"/>
                    <w:right w:w="70" w:type="dxa"/>
                  </w:tcMar>
                </w:tcPr>
                <w:p w14:paraId="33183BE3" w14:textId="77777777" w:rsidR="00080BF0" w:rsidRDefault="00000000">
                  <w:pPr>
                    <w:keepNext/>
                  </w:pPr>
                  <w:r>
                    <w:rPr>
                      <w:b/>
                      <w:color w:val="000000"/>
                    </w:rPr>
                    <w:t>ZAKLJUČNI DEL – TIHA GALERIJA, RAZLAGA IN REFLEKSIJA (8–12 min)</w:t>
                  </w:r>
                </w:p>
              </w:tc>
            </w:tr>
          </w:tbl>
          <w:p w14:paraId="76FBD741" w14:textId="77777777" w:rsidR="00080BF0" w:rsidRDefault="00080BF0">
            <w:pPr>
              <w:spacing w:line="20" w:lineRule="exact"/>
            </w:pPr>
          </w:p>
          <w:p w14:paraId="367DD3F2"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60C9F2D1" w14:textId="77777777">
              <w:trPr>
                <w:jc w:val="center"/>
              </w:trPr>
              <w:tc>
                <w:tcPr>
                  <w:tcW w:w="7087" w:type="dxa"/>
                  <w:shd w:val="clear" w:color="auto" w:fill="EDC9EA"/>
                  <w:tcMar>
                    <w:top w:w="45" w:type="dxa"/>
                    <w:left w:w="70" w:type="dxa"/>
                    <w:bottom w:w="45" w:type="dxa"/>
                    <w:right w:w="70" w:type="dxa"/>
                  </w:tcMar>
                </w:tcPr>
                <w:p w14:paraId="1438C428" w14:textId="77777777" w:rsidR="00080BF0" w:rsidRDefault="00000000">
                  <w:pPr>
                    <w:keepNext/>
                  </w:pPr>
                  <w:r>
                    <w:rPr>
                      <w:b/>
                      <w:color w:val="000000"/>
                    </w:rPr>
                    <w:t>SAMOVREDNOTENJE</w:t>
                  </w:r>
                </w:p>
              </w:tc>
            </w:tr>
          </w:tbl>
          <w:p w14:paraId="3E753649" w14:textId="77777777" w:rsidR="00080BF0" w:rsidRDefault="00080BF0">
            <w:pPr>
              <w:spacing w:line="20" w:lineRule="exact"/>
            </w:pPr>
          </w:p>
          <w:p w14:paraId="31B059C0"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3F63C06E" w14:textId="77777777">
              <w:trPr>
                <w:jc w:val="center"/>
              </w:trPr>
              <w:tc>
                <w:tcPr>
                  <w:tcW w:w="7087" w:type="dxa"/>
                  <w:shd w:val="clear" w:color="auto" w:fill="EDC9EA"/>
                  <w:tcMar>
                    <w:top w:w="45" w:type="dxa"/>
                    <w:left w:w="70" w:type="dxa"/>
                    <w:bottom w:w="45" w:type="dxa"/>
                    <w:right w:w="70" w:type="dxa"/>
                  </w:tcMar>
                </w:tcPr>
                <w:p w14:paraId="556FDC50" w14:textId="77777777" w:rsidR="00080BF0" w:rsidRDefault="00000000">
                  <w:pPr>
                    <w:keepNext/>
                  </w:pPr>
                  <w:r>
                    <w:rPr>
                      <w:b/>
                      <w:color w:val="000000"/>
                    </w:rPr>
                    <w:t>VRSTNIŠKO VREDNOTENJE</w:t>
                  </w:r>
                </w:p>
              </w:tc>
            </w:tr>
          </w:tbl>
          <w:p w14:paraId="70DA0DDB" w14:textId="77777777" w:rsidR="00080BF0" w:rsidRDefault="00080BF0">
            <w:pPr>
              <w:spacing w:line="20" w:lineRule="exact"/>
            </w:pPr>
          </w:p>
          <w:p w14:paraId="785278DA"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21D59B30" w14:textId="77777777">
              <w:trPr>
                <w:jc w:val="center"/>
              </w:trPr>
              <w:tc>
                <w:tcPr>
                  <w:tcW w:w="7087" w:type="dxa"/>
                  <w:shd w:val="clear" w:color="auto" w:fill="EDC9EA"/>
                  <w:tcMar>
                    <w:top w:w="45" w:type="dxa"/>
                    <w:left w:w="70" w:type="dxa"/>
                    <w:bottom w:w="45" w:type="dxa"/>
                    <w:right w:w="70" w:type="dxa"/>
                  </w:tcMar>
                </w:tcPr>
                <w:p w14:paraId="0EF32B6D" w14:textId="77777777" w:rsidR="00080BF0" w:rsidRDefault="00000000">
                  <w:pPr>
                    <w:keepNext/>
                  </w:pPr>
                  <w:r>
                    <w:rPr>
                      <w:b/>
                      <w:color w:val="000000"/>
                    </w:rPr>
                    <w:t>SKUPNI POVZETEK</w:t>
                  </w:r>
                </w:p>
              </w:tc>
            </w:tr>
          </w:tbl>
          <w:p w14:paraId="1AAF48D2" w14:textId="77777777" w:rsidR="00080BF0" w:rsidRDefault="00080BF0"/>
          <w:p w14:paraId="51896599" w14:textId="77777777" w:rsidR="00080BF0" w:rsidRDefault="00000000">
            <w:pPr>
              <w:spacing w:before="20" w:after="40" w:line="245" w:lineRule="auto"/>
            </w:pPr>
            <w:r>
              <w:rPr>
                <w:b/>
                <w:color w:val="000000"/>
                <w:sz w:val="16"/>
              </w:rPr>
              <w:t>opazujem podrobnosti; uporabim različne črte; primerjam prvi in izboljšani zapis. Izbrani dokaz pojasnim in po povratni informaciji izboljšam.</w:t>
            </w:r>
          </w:p>
        </w:tc>
        <w:tc>
          <w:tcPr>
            <w:tcW w:w="2551" w:type="dxa"/>
            <w:tcMar>
              <w:top w:w="70" w:type="dxa"/>
              <w:left w:w="90" w:type="dxa"/>
              <w:bottom w:w="70" w:type="dxa"/>
              <w:right w:w="90" w:type="dxa"/>
            </w:tcMar>
          </w:tcPr>
          <w:p w14:paraId="1F0B7919" w14:textId="77777777" w:rsidR="00080BF0" w:rsidRDefault="00080BF0"/>
          <w:p w14:paraId="163177BF" w14:textId="77777777" w:rsidR="00080BF0" w:rsidRDefault="00000000">
            <w:pPr>
              <w:spacing w:after="80" w:line="245" w:lineRule="auto"/>
            </w:pPr>
            <w:r>
              <w:rPr>
                <w:color w:val="000000"/>
                <w:sz w:val="15"/>
              </w:rPr>
              <w:t>Odgovarja na podporna vprašanja in se sklicuje na opaženo, preizkušeno, ustvarjeno ali razstavljeno.</w:t>
            </w:r>
          </w:p>
          <w:p w14:paraId="02CB8EB1" w14:textId="77777777" w:rsidR="00080BF0" w:rsidRDefault="00000000">
            <w:pPr>
              <w:spacing w:after="80" w:line="245" w:lineRule="auto"/>
            </w:pPr>
            <w:r>
              <w:rPr>
                <w:color w:val="000000"/>
                <w:sz w:val="15"/>
              </w:rPr>
              <w:t>Predstavi izbrani procesni ali izdelkovni dokaz ter pove, katero merilo z njim pokaže.</w:t>
            </w:r>
          </w:p>
          <w:p w14:paraId="562DC789" w14:textId="77777777" w:rsidR="00080BF0" w:rsidRDefault="00000000">
            <w:pPr>
              <w:spacing w:after="80" w:line="245" w:lineRule="auto"/>
            </w:pPr>
            <w:r>
              <w:rPr>
                <w:color w:val="000000"/>
                <w:sz w:val="15"/>
              </w:rPr>
              <w:t>Tiho opazuje vrstnikovo delo, opiše eno konkretno likovno rešitev in poda prijazen predlog.</w:t>
            </w:r>
          </w:p>
          <w:p w14:paraId="354CA532" w14:textId="77777777" w:rsidR="00080BF0" w:rsidRDefault="00000000">
            <w:pPr>
              <w:spacing w:after="80" w:line="245" w:lineRule="auto"/>
            </w:pPr>
            <w:r>
              <w:rPr>
                <w:color w:val="000000"/>
                <w:sz w:val="15"/>
              </w:rPr>
              <w:t>Po povratni informaciji po želji ponovi poskus, spremeni podrobnost, izboljša spoj, razporeditev ali razlago.</w:t>
            </w:r>
          </w:p>
          <w:p w14:paraId="586A3226" w14:textId="77777777" w:rsidR="00080BF0" w:rsidRDefault="00000000">
            <w:pPr>
              <w:spacing w:after="100" w:line="245" w:lineRule="auto"/>
            </w:pPr>
            <w:r>
              <w:rPr>
                <w:color w:val="000000"/>
                <w:sz w:val="15"/>
              </w:rPr>
              <w:t>Izbere raven samostojnosti ter določi majhen in izvedljiv naslednji ustvarjalni korak.</w:t>
            </w:r>
          </w:p>
          <w:p w14:paraId="7D12C47A" w14:textId="77777777" w:rsidR="00080BF0" w:rsidRDefault="00000000">
            <w:pPr>
              <w:spacing w:after="20" w:line="245" w:lineRule="auto"/>
            </w:pPr>
            <w:r>
              <w:rPr>
                <w:b/>
                <w:color w:val="D95BC6"/>
                <w:sz w:val="17"/>
              </w:rPr>
              <w:t>DOKAZ O UČENJU</w:t>
            </w:r>
          </w:p>
          <w:p w14:paraId="54087301"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6578B7F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3F510A3C" w14:textId="77777777">
        <w:trPr>
          <w:cantSplit/>
          <w:jc w:val="center"/>
        </w:trPr>
        <w:tc>
          <w:tcPr>
            <w:tcW w:w="14060" w:type="dxa"/>
            <w:gridSpan w:val="6"/>
            <w:tcMar>
              <w:top w:w="70" w:type="dxa"/>
              <w:left w:w="90" w:type="dxa"/>
              <w:bottom w:w="70" w:type="dxa"/>
              <w:right w:w="90" w:type="dxa"/>
            </w:tcMar>
            <w:vAlign w:val="center"/>
          </w:tcPr>
          <w:p w14:paraId="63369077" w14:textId="77777777" w:rsidR="00080BF0" w:rsidRDefault="00000000">
            <w:pPr>
              <w:jc w:val="center"/>
            </w:pPr>
            <w:r>
              <w:rPr>
                <w:b/>
                <w:color w:val="000000"/>
                <w:sz w:val="24"/>
              </w:rPr>
              <w:lastRenderedPageBreak/>
              <w:t>UČNA PRIPRAVA 29/39</w:t>
            </w:r>
          </w:p>
        </w:tc>
      </w:tr>
      <w:tr w:rsidR="00080BF0" w14:paraId="256B4D6D" w14:textId="77777777">
        <w:trPr>
          <w:jc w:val="center"/>
        </w:trPr>
        <w:tc>
          <w:tcPr>
            <w:tcW w:w="2665" w:type="dxa"/>
            <w:tcMar>
              <w:top w:w="70" w:type="dxa"/>
              <w:left w:w="90" w:type="dxa"/>
              <w:bottom w:w="70" w:type="dxa"/>
              <w:right w:w="90" w:type="dxa"/>
            </w:tcMar>
            <w:vAlign w:val="center"/>
          </w:tcPr>
          <w:p w14:paraId="230273F2"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026BDB7"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5948F52A"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EF2245F" w14:textId="77777777" w:rsidR="00080BF0" w:rsidRDefault="00000000">
            <w:r>
              <w:rPr>
                <w:b/>
                <w:color w:val="000000"/>
                <w:sz w:val="16"/>
              </w:rPr>
              <w:t xml:space="preserve">NAČRTOVANI TERMIN: </w:t>
            </w:r>
            <w:r>
              <w:rPr>
                <w:color w:val="000000"/>
                <w:sz w:val="16"/>
              </w:rPr>
              <w:t>29. teden • 5.–9. 4. 2027</w:t>
            </w:r>
          </w:p>
        </w:tc>
        <w:tc>
          <w:tcPr>
            <w:tcW w:w="2268" w:type="dxa"/>
            <w:tcMar>
              <w:top w:w="70" w:type="dxa"/>
              <w:left w:w="90" w:type="dxa"/>
              <w:bottom w:w="70" w:type="dxa"/>
              <w:right w:w="90" w:type="dxa"/>
            </w:tcMar>
            <w:vAlign w:val="center"/>
          </w:tcPr>
          <w:p w14:paraId="0A6A41BB"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9686805" w14:textId="77777777" w:rsidR="00080BF0" w:rsidRDefault="00000000">
            <w:r>
              <w:rPr>
                <w:b/>
                <w:color w:val="000000"/>
                <w:sz w:val="16"/>
              </w:rPr>
              <w:t xml:space="preserve">ŠTEVILO UR: </w:t>
            </w:r>
            <w:r>
              <w:rPr>
                <w:color w:val="000000"/>
                <w:sz w:val="16"/>
              </w:rPr>
              <w:t>2</w:t>
            </w:r>
          </w:p>
        </w:tc>
      </w:tr>
      <w:tr w:rsidR="00080BF0" w14:paraId="5451934D" w14:textId="77777777">
        <w:trPr>
          <w:jc w:val="center"/>
        </w:trPr>
        <w:tc>
          <w:tcPr>
            <w:tcW w:w="14061" w:type="dxa"/>
            <w:gridSpan w:val="6"/>
            <w:tcMar>
              <w:top w:w="70" w:type="dxa"/>
              <w:left w:w="90" w:type="dxa"/>
              <w:bottom w:w="70" w:type="dxa"/>
              <w:right w:w="90" w:type="dxa"/>
            </w:tcMar>
            <w:vAlign w:val="center"/>
          </w:tcPr>
          <w:p w14:paraId="20861EA0"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09D22CCD" w14:textId="77777777">
        <w:trPr>
          <w:cantSplit/>
          <w:jc w:val="center"/>
        </w:trPr>
        <w:tc>
          <w:tcPr>
            <w:tcW w:w="14060" w:type="dxa"/>
            <w:gridSpan w:val="6"/>
            <w:tcMar>
              <w:top w:w="70" w:type="dxa"/>
              <w:left w:w="90" w:type="dxa"/>
              <w:bottom w:w="70" w:type="dxa"/>
              <w:right w:w="90" w:type="dxa"/>
            </w:tcMar>
            <w:vAlign w:val="center"/>
          </w:tcPr>
          <w:p w14:paraId="588CCD22" w14:textId="77777777" w:rsidR="00080BF0" w:rsidRDefault="00080BF0"/>
          <w:p w14:paraId="2CA67B3A" w14:textId="77777777" w:rsidR="00080BF0" w:rsidRDefault="00000000">
            <w:pPr>
              <w:spacing w:line="245" w:lineRule="auto"/>
            </w:pPr>
            <w:r>
              <w:rPr>
                <w:b/>
                <w:color w:val="000000"/>
                <w:sz w:val="15"/>
              </w:rPr>
              <w:t xml:space="preserve">UČNI SKLOP: </w:t>
            </w:r>
            <w:r>
              <w:rPr>
                <w:color w:val="000000"/>
                <w:sz w:val="15"/>
              </w:rPr>
              <w:t>POMLAD, POJAVI IN ŽIVA BITJA</w:t>
            </w:r>
          </w:p>
        </w:tc>
      </w:tr>
      <w:tr w:rsidR="00080BF0" w14:paraId="2A6691AB" w14:textId="77777777">
        <w:trPr>
          <w:cantSplit/>
          <w:jc w:val="center"/>
        </w:trPr>
        <w:tc>
          <w:tcPr>
            <w:tcW w:w="14060" w:type="dxa"/>
            <w:gridSpan w:val="6"/>
            <w:tcMar>
              <w:top w:w="70" w:type="dxa"/>
              <w:left w:w="90" w:type="dxa"/>
              <w:bottom w:w="70" w:type="dxa"/>
              <w:right w:w="90" w:type="dxa"/>
            </w:tcMar>
            <w:vAlign w:val="center"/>
          </w:tcPr>
          <w:p w14:paraId="5F0D67F2" w14:textId="77777777" w:rsidR="00080BF0" w:rsidRDefault="00080BF0"/>
          <w:p w14:paraId="2059A6F4" w14:textId="77777777" w:rsidR="00080BF0" w:rsidRDefault="00000000">
            <w:pPr>
              <w:spacing w:line="245" w:lineRule="auto"/>
            </w:pPr>
            <w:r>
              <w:rPr>
                <w:b/>
                <w:color w:val="000000"/>
                <w:sz w:val="15"/>
              </w:rPr>
              <w:t xml:space="preserve">UČNA TEMA: </w:t>
            </w:r>
            <w:r>
              <w:rPr>
                <w:color w:val="000000"/>
                <w:sz w:val="15"/>
              </w:rPr>
              <w:t>SKUPINSKA SLIKA</w:t>
            </w:r>
          </w:p>
        </w:tc>
      </w:tr>
      <w:tr w:rsidR="00080BF0" w14:paraId="0F45A4F9" w14:textId="77777777">
        <w:trPr>
          <w:cantSplit/>
          <w:jc w:val="center"/>
        </w:trPr>
        <w:tc>
          <w:tcPr>
            <w:tcW w:w="14060" w:type="dxa"/>
            <w:gridSpan w:val="6"/>
            <w:tcMar>
              <w:top w:w="70" w:type="dxa"/>
              <w:left w:w="90" w:type="dxa"/>
              <w:bottom w:w="70" w:type="dxa"/>
              <w:right w:w="90" w:type="dxa"/>
            </w:tcMar>
            <w:vAlign w:val="center"/>
          </w:tcPr>
          <w:p w14:paraId="3BEF1B59" w14:textId="77777777" w:rsidR="00080BF0" w:rsidRDefault="00080BF0"/>
          <w:p w14:paraId="5EF8F115" w14:textId="77777777" w:rsidR="00080BF0" w:rsidRDefault="00000000">
            <w:pPr>
              <w:spacing w:line="245" w:lineRule="auto"/>
            </w:pPr>
            <w:r>
              <w:rPr>
                <w:b/>
                <w:color w:val="000000"/>
                <w:sz w:val="15"/>
              </w:rPr>
              <w:t xml:space="preserve">KNJIŽEVNO / MOTIVNO IZHODIŠČE: </w:t>
            </w:r>
            <w:r>
              <w:rPr>
                <w:color w:val="000000"/>
                <w:sz w:val="15"/>
              </w:rPr>
              <w:t>»Živalske novice« – Primož Suhodolčan • živali, življenjska okolja in igrivo informacijsko besedilo</w:t>
            </w:r>
          </w:p>
        </w:tc>
      </w:tr>
      <w:tr w:rsidR="00080BF0" w14:paraId="15A92C40" w14:textId="77777777">
        <w:trPr>
          <w:cantSplit/>
          <w:jc w:val="center"/>
        </w:trPr>
        <w:tc>
          <w:tcPr>
            <w:tcW w:w="14060" w:type="dxa"/>
            <w:gridSpan w:val="6"/>
            <w:tcMar>
              <w:top w:w="70" w:type="dxa"/>
              <w:left w:w="90" w:type="dxa"/>
              <w:bottom w:w="70" w:type="dxa"/>
              <w:right w:w="90" w:type="dxa"/>
            </w:tcMar>
            <w:vAlign w:val="center"/>
          </w:tcPr>
          <w:p w14:paraId="7DD69EF9" w14:textId="77777777" w:rsidR="00080BF0" w:rsidRDefault="00080BF0"/>
          <w:p w14:paraId="2D9DB157" w14:textId="77777777" w:rsidR="00080BF0" w:rsidRDefault="00000000">
            <w:pPr>
              <w:spacing w:line="245" w:lineRule="auto"/>
            </w:pPr>
            <w:r>
              <w:rPr>
                <w:b/>
                <w:color w:val="000000"/>
                <w:sz w:val="15"/>
              </w:rPr>
              <w:t xml:space="preserve">LIKOVNO IZHODIŠČE / MOTIVACIJA: </w:t>
            </w:r>
            <w:r>
              <w:rPr>
                <w:color w:val="000000"/>
                <w:sz w:val="15"/>
              </w:rPr>
              <w:t>barva iz zgodbe izgubi svoje razpoloženje; učenci z opazovanjem, mešanjem in gibalnim odzivom ugotavljajo, kako bi jo ponovno izrazili v motivu »skupinska slika«.</w:t>
            </w:r>
          </w:p>
        </w:tc>
      </w:tr>
      <w:tr w:rsidR="00080BF0" w14:paraId="7D98B278" w14:textId="77777777">
        <w:trPr>
          <w:cantSplit/>
          <w:jc w:val="center"/>
        </w:trPr>
        <w:tc>
          <w:tcPr>
            <w:tcW w:w="14060" w:type="dxa"/>
            <w:gridSpan w:val="6"/>
            <w:tcMar>
              <w:top w:w="70" w:type="dxa"/>
              <w:left w:w="90" w:type="dxa"/>
              <w:bottom w:w="70" w:type="dxa"/>
              <w:right w:w="90" w:type="dxa"/>
            </w:tcMar>
            <w:vAlign w:val="center"/>
          </w:tcPr>
          <w:p w14:paraId="16135E55" w14:textId="77777777" w:rsidR="00080BF0" w:rsidRDefault="00080BF0"/>
          <w:p w14:paraId="00169682" w14:textId="77777777" w:rsidR="00080BF0" w:rsidRDefault="00000000">
            <w:pPr>
              <w:spacing w:line="245" w:lineRule="auto"/>
            </w:pPr>
            <w:r>
              <w:rPr>
                <w:b/>
                <w:color w:val="000000"/>
                <w:sz w:val="15"/>
              </w:rPr>
              <w:t xml:space="preserve">UČNE ENOTE: </w:t>
            </w:r>
            <w:r>
              <w:rPr>
                <w:color w:val="000000"/>
                <w:sz w:val="15"/>
              </w:rPr>
              <w:t>1. ura – Skupinska slika – Opazujem, preizkušam, načrtujem • 2. ura – Skupinska slika – Ustvarjam, predstavim, izboljšam</w:t>
            </w:r>
          </w:p>
        </w:tc>
      </w:tr>
      <w:tr w:rsidR="00080BF0" w14:paraId="59736310" w14:textId="77777777">
        <w:trPr>
          <w:cantSplit/>
          <w:jc w:val="center"/>
        </w:trPr>
        <w:tc>
          <w:tcPr>
            <w:tcW w:w="14060" w:type="dxa"/>
            <w:gridSpan w:val="6"/>
            <w:tcMar>
              <w:top w:w="70" w:type="dxa"/>
              <w:left w:w="90" w:type="dxa"/>
              <w:bottom w:w="70" w:type="dxa"/>
              <w:right w:w="90" w:type="dxa"/>
            </w:tcMar>
            <w:vAlign w:val="center"/>
          </w:tcPr>
          <w:p w14:paraId="66039D1B" w14:textId="77777777" w:rsidR="00080BF0" w:rsidRDefault="00080BF0"/>
          <w:p w14:paraId="33AEF17F"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67C9E63E" w14:textId="77777777">
        <w:trPr>
          <w:cantSplit/>
          <w:jc w:val="center"/>
        </w:trPr>
        <w:tc>
          <w:tcPr>
            <w:tcW w:w="14060" w:type="dxa"/>
            <w:gridSpan w:val="6"/>
            <w:tcMar>
              <w:top w:w="70" w:type="dxa"/>
              <w:left w:w="90" w:type="dxa"/>
              <w:bottom w:w="70" w:type="dxa"/>
              <w:right w:w="90" w:type="dxa"/>
            </w:tcMar>
            <w:vAlign w:val="center"/>
          </w:tcPr>
          <w:p w14:paraId="3AAC330E" w14:textId="77777777" w:rsidR="00080BF0" w:rsidRDefault="00080BF0"/>
          <w:p w14:paraId="7B2F7C8B"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0E890FFF" w14:textId="77777777">
        <w:trPr>
          <w:cantSplit/>
          <w:jc w:val="center"/>
        </w:trPr>
        <w:tc>
          <w:tcPr>
            <w:tcW w:w="14060" w:type="dxa"/>
            <w:gridSpan w:val="6"/>
            <w:tcMar>
              <w:top w:w="70" w:type="dxa"/>
              <w:left w:w="90" w:type="dxa"/>
              <w:bottom w:w="70" w:type="dxa"/>
              <w:right w:w="90" w:type="dxa"/>
            </w:tcMar>
            <w:vAlign w:val="center"/>
          </w:tcPr>
          <w:p w14:paraId="4792BB34" w14:textId="77777777" w:rsidR="00080BF0" w:rsidRDefault="00080BF0"/>
          <w:p w14:paraId="63249C32"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12803811" w14:textId="77777777">
        <w:trPr>
          <w:cantSplit/>
          <w:jc w:val="center"/>
        </w:trPr>
        <w:tc>
          <w:tcPr>
            <w:tcW w:w="14060" w:type="dxa"/>
            <w:gridSpan w:val="6"/>
            <w:tcMar>
              <w:top w:w="70" w:type="dxa"/>
              <w:left w:w="90" w:type="dxa"/>
              <w:bottom w:w="70" w:type="dxa"/>
              <w:right w:w="90" w:type="dxa"/>
            </w:tcMar>
            <w:vAlign w:val="center"/>
          </w:tcPr>
          <w:p w14:paraId="3B375758" w14:textId="77777777" w:rsidR="00080BF0" w:rsidRDefault="00080BF0"/>
          <w:p w14:paraId="551E9D2A" w14:textId="77777777" w:rsidR="00080BF0" w:rsidRDefault="00000000">
            <w:pPr>
              <w:spacing w:line="245" w:lineRule="auto"/>
            </w:pPr>
            <w:r>
              <w:rPr>
                <w:b/>
                <w:color w:val="000000"/>
                <w:sz w:val="15"/>
              </w:rPr>
              <w:t xml:space="preserve">MEDPREDMETNE POVEZAVE: </w:t>
            </w:r>
            <w:r>
              <w:rPr>
                <w:color w:val="000000"/>
                <w:sz w:val="15"/>
              </w:rPr>
              <w:t>SPO – živali, življenjska okolja in igrivo informacijsko besedilo; SLJ – poslušanje, opis opažanja, poimenovanje postopka in predstavitev; MAT – oblike, razvrščanje, vzorci in prostorski odnosi; ŠPO – gibalna črta, telesna skulptura, smer in ravnotežje; GUM – ritem, ponavljanje.</w:t>
            </w:r>
          </w:p>
        </w:tc>
      </w:tr>
      <w:tr w:rsidR="00080BF0" w14:paraId="37F2550F" w14:textId="77777777">
        <w:trPr>
          <w:cantSplit/>
          <w:jc w:val="center"/>
        </w:trPr>
        <w:tc>
          <w:tcPr>
            <w:tcW w:w="14060" w:type="dxa"/>
            <w:gridSpan w:val="6"/>
            <w:tcMar>
              <w:top w:w="70" w:type="dxa"/>
              <w:left w:w="90" w:type="dxa"/>
              <w:bottom w:w="70" w:type="dxa"/>
              <w:right w:w="90" w:type="dxa"/>
            </w:tcMar>
            <w:vAlign w:val="center"/>
          </w:tcPr>
          <w:p w14:paraId="5BF3958D" w14:textId="77777777" w:rsidR="00080BF0" w:rsidRDefault="00080BF0"/>
          <w:p w14:paraId="2ABD36F6" w14:textId="77777777" w:rsidR="00080BF0" w:rsidRDefault="00000000">
            <w:pPr>
              <w:spacing w:line="245" w:lineRule="auto"/>
            </w:pPr>
            <w:r>
              <w:rPr>
                <w:b/>
                <w:color w:val="000000"/>
                <w:sz w:val="15"/>
              </w:rPr>
              <w:t xml:space="preserve">UČNA SREDSTVA IN PRIPOMOČKI: </w:t>
            </w:r>
            <w:r>
              <w:rPr>
                <w:color w:val="000000"/>
                <w:sz w:val="15"/>
              </w:rPr>
              <w:t>debelejši papir, tempera ali vodene barve, čopiči različnih širin, palete, lončki za vodo, gobice, krpe in zaščita miz; fotografija, reprodukcija ali resnični predmet za opazovanje; kartice namena in meril; talne oznake štirih postaj; mapa dokazov; sredstva za čiščenje in pospravljanje</w:t>
            </w:r>
          </w:p>
        </w:tc>
      </w:tr>
      <w:tr w:rsidR="00080BF0" w14:paraId="7090AD3A" w14:textId="77777777">
        <w:trPr>
          <w:cantSplit/>
          <w:jc w:val="center"/>
        </w:trPr>
        <w:tc>
          <w:tcPr>
            <w:tcW w:w="14060" w:type="dxa"/>
            <w:gridSpan w:val="6"/>
            <w:tcMar>
              <w:top w:w="70" w:type="dxa"/>
              <w:left w:w="90" w:type="dxa"/>
              <w:bottom w:w="70" w:type="dxa"/>
              <w:right w:w="90" w:type="dxa"/>
            </w:tcMar>
            <w:vAlign w:val="center"/>
          </w:tcPr>
          <w:p w14:paraId="66B5E42F" w14:textId="77777777" w:rsidR="00080BF0" w:rsidRDefault="00080BF0"/>
          <w:p w14:paraId="6AFFC0B4"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6EA79DD6" w14:textId="77777777">
        <w:trPr>
          <w:cantSplit/>
          <w:jc w:val="center"/>
        </w:trPr>
        <w:tc>
          <w:tcPr>
            <w:tcW w:w="14060" w:type="dxa"/>
            <w:gridSpan w:val="6"/>
            <w:tcMar>
              <w:top w:w="70" w:type="dxa"/>
              <w:left w:w="90" w:type="dxa"/>
              <w:bottom w:w="70" w:type="dxa"/>
              <w:right w:w="90" w:type="dxa"/>
            </w:tcMar>
            <w:vAlign w:val="center"/>
          </w:tcPr>
          <w:p w14:paraId="79528360" w14:textId="77777777" w:rsidR="00080BF0" w:rsidRDefault="00080BF0"/>
          <w:p w14:paraId="6D86FD12"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015BC5C1" w14:textId="77777777">
        <w:trPr>
          <w:cantSplit/>
          <w:jc w:val="center"/>
        </w:trPr>
        <w:tc>
          <w:tcPr>
            <w:tcW w:w="14060" w:type="dxa"/>
            <w:gridSpan w:val="6"/>
            <w:tcMar>
              <w:top w:w="70" w:type="dxa"/>
              <w:left w:w="90" w:type="dxa"/>
              <w:bottom w:w="70" w:type="dxa"/>
              <w:right w:w="90" w:type="dxa"/>
            </w:tcMar>
            <w:vAlign w:val="center"/>
          </w:tcPr>
          <w:p w14:paraId="2F5F1627" w14:textId="77777777" w:rsidR="00080BF0" w:rsidRDefault="00080BF0"/>
          <w:p w14:paraId="6DE18FEF"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38BE2F6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541EFA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32CE498"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C4A9BA6" w14:textId="77777777" w:rsidR="00080BF0" w:rsidRDefault="00000000">
            <w:pPr>
              <w:jc w:val="center"/>
            </w:pPr>
            <w:r>
              <w:rPr>
                <w:b/>
                <w:color w:val="000000"/>
                <w:sz w:val="20"/>
              </w:rPr>
              <w:t>UČNE DEJAVNOSTI, METODE IN FORMATIVNO SPREMLJANJE</w:t>
            </w:r>
          </w:p>
        </w:tc>
      </w:tr>
      <w:tr w:rsidR="00080BF0" w14:paraId="2AFD531A" w14:textId="77777777">
        <w:trPr>
          <w:tblHeader/>
          <w:jc w:val="center"/>
        </w:trPr>
        <w:tc>
          <w:tcPr>
            <w:tcW w:w="4422" w:type="dxa"/>
            <w:vMerge/>
            <w:tcMar>
              <w:top w:w="70" w:type="dxa"/>
              <w:left w:w="90" w:type="dxa"/>
              <w:bottom w:w="70" w:type="dxa"/>
              <w:right w:w="90" w:type="dxa"/>
            </w:tcMar>
            <w:vAlign w:val="center"/>
          </w:tcPr>
          <w:p w14:paraId="7D944E15" w14:textId="77777777" w:rsidR="00080BF0" w:rsidRDefault="00080BF0"/>
        </w:tc>
        <w:tc>
          <w:tcPr>
            <w:tcW w:w="7087" w:type="dxa"/>
            <w:shd w:val="clear" w:color="auto" w:fill="FFFFFF"/>
            <w:tcMar>
              <w:top w:w="70" w:type="dxa"/>
              <w:left w:w="90" w:type="dxa"/>
              <w:bottom w:w="70" w:type="dxa"/>
              <w:right w:w="90" w:type="dxa"/>
            </w:tcMar>
            <w:vAlign w:val="center"/>
          </w:tcPr>
          <w:p w14:paraId="3D84694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BC68C33" w14:textId="77777777" w:rsidR="00080BF0" w:rsidRDefault="00000000">
            <w:pPr>
              <w:jc w:val="center"/>
            </w:pPr>
            <w:r>
              <w:rPr>
                <w:b/>
                <w:color w:val="000000"/>
              </w:rPr>
              <w:t>UČENEC</w:t>
            </w:r>
          </w:p>
        </w:tc>
      </w:tr>
      <w:tr w:rsidR="00080BF0" w14:paraId="06E869D5" w14:textId="77777777">
        <w:trPr>
          <w:jc w:val="center"/>
        </w:trPr>
        <w:tc>
          <w:tcPr>
            <w:tcW w:w="4422" w:type="dxa"/>
            <w:tcMar>
              <w:top w:w="70" w:type="dxa"/>
              <w:left w:w="90" w:type="dxa"/>
              <w:bottom w:w="70" w:type="dxa"/>
              <w:right w:w="90" w:type="dxa"/>
            </w:tcMar>
          </w:tcPr>
          <w:p w14:paraId="5369C65D" w14:textId="77777777" w:rsidR="00080BF0" w:rsidRDefault="00080BF0"/>
          <w:p w14:paraId="1BEBC749" w14:textId="77777777" w:rsidR="00080BF0" w:rsidRDefault="00000000">
            <w:pPr>
              <w:spacing w:after="60" w:line="245" w:lineRule="auto"/>
            </w:pPr>
            <w:r>
              <w:rPr>
                <w:b/>
                <w:color w:val="000000"/>
              </w:rPr>
              <w:t>UČNI CILJI</w:t>
            </w:r>
          </w:p>
          <w:p w14:paraId="3F490BC5" w14:textId="77777777" w:rsidR="00080BF0" w:rsidRDefault="00000000">
            <w:pPr>
              <w:spacing w:after="20" w:line="245" w:lineRule="auto"/>
            </w:pPr>
            <w:r>
              <w:rPr>
                <w:b/>
                <w:color w:val="000000"/>
                <w:sz w:val="17"/>
              </w:rPr>
              <w:t>SPLOŠNI</w:t>
            </w:r>
          </w:p>
          <w:p w14:paraId="70554CA5"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136A4C1B"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6FF66C84"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5BADF372"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3B61410B" w14:textId="77777777" w:rsidR="00080BF0" w:rsidRDefault="00000000">
            <w:pPr>
              <w:spacing w:before="40" w:after="20" w:line="245" w:lineRule="auto"/>
            </w:pPr>
            <w:r>
              <w:rPr>
                <w:b/>
                <w:color w:val="000000"/>
                <w:sz w:val="17"/>
              </w:rPr>
              <w:t>OPERATIVNI</w:t>
            </w:r>
          </w:p>
          <w:p w14:paraId="1D091AAA" w14:textId="77777777" w:rsidR="00080BF0" w:rsidRDefault="00000000">
            <w:pPr>
              <w:pStyle w:val="Oznaenseznam"/>
              <w:spacing w:after="16"/>
            </w:pPr>
            <w:r>
              <w:rPr>
                <w:color w:val="000000"/>
                <w:sz w:val="16"/>
              </w:rPr>
              <w:t>načrtuje del skupne kompozicije</w:t>
            </w:r>
          </w:p>
          <w:p w14:paraId="0150B32B" w14:textId="77777777" w:rsidR="00080BF0" w:rsidRDefault="00000000">
            <w:pPr>
              <w:pStyle w:val="Oznaenseznam"/>
              <w:spacing w:after="16"/>
            </w:pPr>
            <w:r>
              <w:rPr>
                <w:color w:val="000000"/>
                <w:sz w:val="16"/>
              </w:rPr>
              <w:t>uskladi barve in oblike</w:t>
            </w:r>
          </w:p>
          <w:p w14:paraId="0FF63012" w14:textId="77777777" w:rsidR="00080BF0" w:rsidRDefault="00000000">
            <w:pPr>
              <w:pStyle w:val="Oznaenseznam"/>
              <w:spacing w:after="16"/>
            </w:pPr>
            <w:r>
              <w:rPr>
                <w:color w:val="000000"/>
                <w:sz w:val="16"/>
              </w:rPr>
              <w:t>sodeluje pri predstavitvi</w:t>
            </w:r>
          </w:p>
          <w:p w14:paraId="729EE5E6" w14:textId="77777777" w:rsidR="00080BF0" w:rsidRDefault="00000000">
            <w:pPr>
              <w:spacing w:before="40" w:after="20" w:line="245" w:lineRule="auto"/>
            </w:pPr>
            <w:r>
              <w:rPr>
                <w:b/>
                <w:color w:val="000000"/>
                <w:sz w:val="17"/>
              </w:rPr>
              <w:t>PRIČAKOVANI DOSEŽKI / MINIMALNI POUDARKI</w:t>
            </w:r>
          </w:p>
          <w:p w14:paraId="54E69935" w14:textId="77777777" w:rsidR="00080BF0" w:rsidRDefault="00000000">
            <w:pPr>
              <w:pStyle w:val="Oznaenseznam"/>
              <w:spacing w:after="16"/>
            </w:pPr>
            <w:r>
              <w:rPr>
                <w:color w:val="000000"/>
                <w:sz w:val="15"/>
              </w:rPr>
              <w:t>samostojno oziroma z dogovorjeno oporo načrtuje del skupne kompozicije</w:t>
            </w:r>
          </w:p>
          <w:p w14:paraId="2D907706" w14:textId="77777777" w:rsidR="00080BF0" w:rsidRDefault="00000000">
            <w:pPr>
              <w:pStyle w:val="Oznaenseznam"/>
              <w:spacing w:after="16"/>
            </w:pPr>
            <w:r>
              <w:rPr>
                <w:color w:val="000000"/>
                <w:sz w:val="15"/>
              </w:rPr>
              <w:t>samostojno oziroma z dogovorjeno oporo uskladi barve in oblike</w:t>
            </w:r>
          </w:p>
          <w:p w14:paraId="1A32E2D2" w14:textId="77777777" w:rsidR="00080BF0" w:rsidRDefault="00000000">
            <w:pPr>
              <w:pStyle w:val="Oznaenseznam"/>
              <w:spacing w:after="16"/>
            </w:pPr>
            <w:r>
              <w:rPr>
                <w:color w:val="000000"/>
                <w:sz w:val="15"/>
              </w:rPr>
              <w:t>samostojno oziroma z dogovorjeno oporo sodeluje pri predstavitvi</w:t>
            </w:r>
          </w:p>
        </w:tc>
        <w:tc>
          <w:tcPr>
            <w:tcW w:w="7087" w:type="dxa"/>
            <w:tcMar>
              <w:top w:w="70" w:type="dxa"/>
              <w:left w:w="90" w:type="dxa"/>
              <w:bottom w:w="70" w:type="dxa"/>
              <w:right w:w="90" w:type="dxa"/>
            </w:tcMar>
          </w:tcPr>
          <w:p w14:paraId="2D344A43"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251DD935" w14:textId="77777777">
              <w:trPr>
                <w:jc w:val="center"/>
              </w:trPr>
              <w:tc>
                <w:tcPr>
                  <w:tcW w:w="7087" w:type="dxa"/>
                  <w:shd w:val="clear" w:color="auto" w:fill="C6E7F3"/>
                  <w:tcMar>
                    <w:top w:w="45" w:type="dxa"/>
                    <w:left w:w="70" w:type="dxa"/>
                    <w:bottom w:w="45" w:type="dxa"/>
                    <w:right w:w="70" w:type="dxa"/>
                  </w:tcMar>
                </w:tcPr>
                <w:p w14:paraId="4A11BA1D" w14:textId="77777777" w:rsidR="00080BF0" w:rsidRDefault="00000000">
                  <w:pPr>
                    <w:keepNext/>
                  </w:pPr>
                  <w:r>
                    <w:rPr>
                      <w:b/>
                      <w:color w:val="000000"/>
                    </w:rPr>
                    <w:t>UVODNI DEL – likovna uganka, opazovanje, aktivacija predznanja in namen učenja (8–12 min)</w:t>
                  </w:r>
                </w:p>
              </w:tc>
            </w:tr>
          </w:tbl>
          <w:p w14:paraId="05228499" w14:textId="77777777" w:rsidR="00080BF0" w:rsidRDefault="00080BF0">
            <w:pPr>
              <w:spacing w:line="20" w:lineRule="exact"/>
            </w:pPr>
          </w:p>
          <w:p w14:paraId="184599DB" w14:textId="77777777" w:rsidR="00080BF0" w:rsidRDefault="00000000">
            <w:pPr>
              <w:spacing w:before="40" w:after="60" w:line="245" w:lineRule="auto"/>
            </w:pPr>
            <w:r>
              <w:rPr>
                <w:color w:val="000000"/>
                <w:sz w:val="16"/>
              </w:rPr>
              <w:t>Ob književnem motivu »Živalske novice« – Primož Suhodolčan učenci vstopijo v temo živali, življenjska okolja in igrivo informacijsko besedilo. Učiteljica pokaže fotografijo, reprodukcijo, predmet ali material in pove kratko likovno zgodbo: barva iz zgodbe izgubi svoje razpoloženje; učenci z opazovanjem, mešanjem in gibalnim odzivom ugotavljajo, kako bi jo ponovno izrazili v motivu »skupinska slika«. Tematska rešitev: skupinsko oblikuje stran razrednih živalskih novic.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564E21A7" w14:textId="77777777">
              <w:trPr>
                <w:jc w:val="center"/>
              </w:trPr>
              <w:tc>
                <w:tcPr>
                  <w:tcW w:w="7087" w:type="dxa"/>
                  <w:shd w:val="clear" w:color="auto" w:fill="EDC9EA"/>
                  <w:tcMar>
                    <w:top w:w="45" w:type="dxa"/>
                    <w:left w:w="70" w:type="dxa"/>
                    <w:bottom w:w="45" w:type="dxa"/>
                    <w:right w:w="70" w:type="dxa"/>
                  </w:tcMar>
                </w:tcPr>
                <w:p w14:paraId="412C29D8" w14:textId="77777777" w:rsidR="00080BF0" w:rsidRDefault="00000000">
                  <w:pPr>
                    <w:keepNext/>
                  </w:pPr>
                  <w:r>
                    <w:rPr>
                      <w:b/>
                      <w:color w:val="000000"/>
                    </w:rPr>
                    <w:t>NAMENI UČENJA</w:t>
                  </w:r>
                </w:p>
              </w:tc>
            </w:tr>
          </w:tbl>
          <w:p w14:paraId="0E6DE9E0" w14:textId="77777777" w:rsidR="00080BF0" w:rsidRDefault="00080BF0">
            <w:pPr>
              <w:spacing w:line="20" w:lineRule="exact"/>
            </w:pPr>
          </w:p>
          <w:p w14:paraId="29B1E090"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2800B1E8" w14:textId="77777777" w:rsidR="00080BF0" w:rsidRDefault="00000000">
            <w:pPr>
              <w:pStyle w:val="Oznaenseznam"/>
              <w:spacing w:after="16"/>
            </w:pPr>
            <w:r>
              <w:rPr>
                <w:color w:val="000000"/>
                <w:sz w:val="16"/>
              </w:rPr>
              <w:t>načrtujem del skupne kompozicije</w:t>
            </w:r>
          </w:p>
          <w:p w14:paraId="3DB5D099" w14:textId="77777777" w:rsidR="00080BF0" w:rsidRDefault="00000000">
            <w:pPr>
              <w:pStyle w:val="Oznaenseznam"/>
              <w:spacing w:after="16"/>
            </w:pPr>
            <w:r>
              <w:rPr>
                <w:color w:val="000000"/>
                <w:sz w:val="16"/>
              </w:rPr>
              <w:t>uskladi barve in oblike</w:t>
            </w:r>
          </w:p>
          <w:p w14:paraId="031043B8" w14:textId="77777777" w:rsidR="00080BF0" w:rsidRDefault="00000000">
            <w:pPr>
              <w:pStyle w:val="Oznaenseznam"/>
              <w:spacing w:after="16"/>
            </w:pPr>
            <w:r>
              <w:rPr>
                <w:color w:val="000000"/>
                <w:sz w:val="16"/>
              </w:rPr>
              <w:t>sodelujem pri predstavitvi</w:t>
            </w:r>
          </w:p>
          <w:tbl>
            <w:tblPr>
              <w:tblStyle w:val="Tabelamrea"/>
              <w:tblW w:w="0" w:type="auto"/>
              <w:jc w:val="center"/>
              <w:tblLayout w:type="fixed"/>
              <w:tblLook w:val="04A0" w:firstRow="1" w:lastRow="0" w:firstColumn="1" w:lastColumn="0" w:noHBand="0" w:noVBand="1"/>
            </w:tblPr>
            <w:tblGrid>
              <w:gridCol w:w="7087"/>
            </w:tblGrid>
            <w:tr w:rsidR="00080BF0" w14:paraId="5971236D" w14:textId="77777777">
              <w:trPr>
                <w:jc w:val="center"/>
              </w:trPr>
              <w:tc>
                <w:tcPr>
                  <w:tcW w:w="7087" w:type="dxa"/>
                  <w:shd w:val="clear" w:color="auto" w:fill="EDC9EA"/>
                  <w:tcMar>
                    <w:top w:w="45" w:type="dxa"/>
                    <w:left w:w="70" w:type="dxa"/>
                    <w:bottom w:w="45" w:type="dxa"/>
                    <w:right w:w="70" w:type="dxa"/>
                  </w:tcMar>
                </w:tcPr>
                <w:p w14:paraId="22029DEC" w14:textId="77777777" w:rsidR="00080BF0" w:rsidRDefault="00000000">
                  <w:pPr>
                    <w:keepNext/>
                  </w:pPr>
                  <w:r>
                    <w:rPr>
                      <w:b/>
                      <w:color w:val="000000"/>
                    </w:rPr>
                    <w:t>PREVERJANJE PREDZNANJA</w:t>
                  </w:r>
                </w:p>
              </w:tc>
            </w:tr>
          </w:tbl>
          <w:p w14:paraId="64690262" w14:textId="77777777" w:rsidR="00080BF0" w:rsidRDefault="00080BF0">
            <w:pPr>
              <w:spacing w:line="20" w:lineRule="exact"/>
            </w:pPr>
          </w:p>
          <w:p w14:paraId="2B8D581F" w14:textId="77777777" w:rsidR="00080BF0" w:rsidRDefault="00000000">
            <w:pPr>
              <w:pStyle w:val="Oznaenseznam"/>
              <w:spacing w:after="16"/>
            </w:pPr>
            <w:r>
              <w:rPr>
                <w:color w:val="000000"/>
                <w:sz w:val="16"/>
              </w:rPr>
              <w:t>Kaj najprej opazim pri motivu, predmetu ali materialu, povezanem s temo »SKUPINSKA SLIKA«?</w:t>
            </w:r>
          </w:p>
          <w:p w14:paraId="687A7407"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3CC2176C"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68D306CB" w14:textId="77777777">
              <w:trPr>
                <w:jc w:val="center"/>
              </w:trPr>
              <w:tc>
                <w:tcPr>
                  <w:tcW w:w="7087" w:type="dxa"/>
                  <w:shd w:val="clear" w:color="auto" w:fill="EDC9EA"/>
                  <w:tcMar>
                    <w:top w:w="45" w:type="dxa"/>
                    <w:left w:w="70" w:type="dxa"/>
                    <w:bottom w:w="45" w:type="dxa"/>
                    <w:right w:w="70" w:type="dxa"/>
                  </w:tcMar>
                </w:tcPr>
                <w:p w14:paraId="7D094CC4" w14:textId="77777777" w:rsidR="00080BF0" w:rsidRDefault="00000000">
                  <w:pPr>
                    <w:keepNext/>
                  </w:pPr>
                  <w:r>
                    <w:rPr>
                      <w:b/>
                      <w:color w:val="000000"/>
                    </w:rPr>
                    <w:t>KRITERIJI USPEŠNOSTI</w:t>
                  </w:r>
                </w:p>
              </w:tc>
            </w:tr>
          </w:tbl>
          <w:p w14:paraId="02B882E0" w14:textId="77777777" w:rsidR="00080BF0" w:rsidRDefault="00080BF0"/>
          <w:p w14:paraId="7B8178C7" w14:textId="77777777" w:rsidR="00080BF0" w:rsidRDefault="00000000">
            <w:pPr>
              <w:spacing w:before="20" w:after="20" w:line="245" w:lineRule="auto"/>
            </w:pPr>
            <w:r>
              <w:rPr>
                <w:b/>
                <w:color w:val="000000"/>
                <w:sz w:val="16"/>
              </w:rPr>
              <w:t>Uspešen/-na bom, ko:</w:t>
            </w:r>
          </w:p>
          <w:p w14:paraId="31036D59" w14:textId="77777777" w:rsidR="00080BF0" w:rsidRDefault="00000000">
            <w:pPr>
              <w:pStyle w:val="Oznaenseznam"/>
              <w:spacing w:after="16"/>
            </w:pPr>
            <w:r>
              <w:rPr>
                <w:color w:val="000000"/>
                <w:sz w:val="16"/>
              </w:rPr>
              <w:t>načrtujem del skupne kompozicije</w:t>
            </w:r>
          </w:p>
          <w:p w14:paraId="6B86ADE5" w14:textId="77777777" w:rsidR="00080BF0" w:rsidRDefault="00000000">
            <w:pPr>
              <w:pStyle w:val="Oznaenseznam"/>
              <w:spacing w:after="16"/>
            </w:pPr>
            <w:r>
              <w:rPr>
                <w:color w:val="000000"/>
                <w:sz w:val="16"/>
              </w:rPr>
              <w:t>uskladi barve in oblike</w:t>
            </w:r>
          </w:p>
          <w:p w14:paraId="28CA1DBC" w14:textId="77777777" w:rsidR="00080BF0" w:rsidRDefault="00000000">
            <w:pPr>
              <w:pStyle w:val="Oznaenseznam"/>
              <w:spacing w:after="16"/>
            </w:pPr>
            <w:r>
              <w:rPr>
                <w:color w:val="000000"/>
                <w:sz w:val="16"/>
              </w:rPr>
              <w:t>sodelujem pri predstavitvi</w:t>
            </w:r>
          </w:p>
          <w:p w14:paraId="6CE36C5E" w14:textId="77777777" w:rsidR="00080BF0" w:rsidRDefault="00000000">
            <w:pPr>
              <w:pStyle w:val="Oznaenseznam"/>
              <w:spacing w:after="16"/>
            </w:pPr>
            <w:r>
              <w:rPr>
                <w:color w:val="000000"/>
                <w:sz w:val="15"/>
              </w:rPr>
              <w:t>varno in namensko uporabim material, zaščitim prostor ter po delu uredim svojo postajo</w:t>
            </w:r>
          </w:p>
          <w:p w14:paraId="6BC13F64"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6FA9D93C" w14:textId="77777777" w:rsidR="00080BF0" w:rsidRDefault="00080BF0"/>
          <w:p w14:paraId="61FFC104"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2B9C97C9" w14:textId="77777777" w:rsidR="00080BF0" w:rsidRDefault="00000000">
            <w:pPr>
              <w:spacing w:after="80" w:line="245" w:lineRule="auto"/>
            </w:pPr>
            <w:r>
              <w:rPr>
                <w:color w:val="000000"/>
                <w:sz w:val="16"/>
              </w:rPr>
              <w:t>Pove ali pokaže, kaj že zna opaziti in katero likovno možnost bi najprej preizkusil.</w:t>
            </w:r>
          </w:p>
          <w:p w14:paraId="3177D1FD" w14:textId="77777777" w:rsidR="00080BF0" w:rsidRDefault="00000000">
            <w:pPr>
              <w:spacing w:after="100" w:line="245" w:lineRule="auto"/>
            </w:pPr>
            <w:r>
              <w:rPr>
                <w:color w:val="000000"/>
                <w:sz w:val="16"/>
              </w:rPr>
              <w:t>Sodeluje pri razumevanju namena, meril uspešnosti, varne rabe pripomočkov in načina dokazovanja.</w:t>
            </w:r>
          </w:p>
          <w:p w14:paraId="5CBF93D3" w14:textId="77777777" w:rsidR="00080BF0" w:rsidRDefault="00000000">
            <w:pPr>
              <w:spacing w:after="20" w:line="245" w:lineRule="auto"/>
            </w:pPr>
            <w:r>
              <w:rPr>
                <w:b/>
                <w:color w:val="D95BC6"/>
                <w:sz w:val="17"/>
              </w:rPr>
              <w:t>DOKAZ O UČENJU</w:t>
            </w:r>
          </w:p>
          <w:p w14:paraId="3C96F958"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1D30C116"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89D8F6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26C1F03"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8EEB4DF" w14:textId="77777777" w:rsidR="00080BF0" w:rsidRDefault="00000000">
            <w:pPr>
              <w:jc w:val="center"/>
            </w:pPr>
            <w:r>
              <w:rPr>
                <w:b/>
                <w:color w:val="000000"/>
                <w:sz w:val="20"/>
              </w:rPr>
              <w:t>UČNE DEJAVNOSTI, METODE IN FORMATIVNO SPREMLJANJE</w:t>
            </w:r>
          </w:p>
        </w:tc>
      </w:tr>
      <w:tr w:rsidR="00080BF0" w14:paraId="729CD537" w14:textId="77777777">
        <w:trPr>
          <w:tblHeader/>
          <w:jc w:val="center"/>
        </w:trPr>
        <w:tc>
          <w:tcPr>
            <w:tcW w:w="4422" w:type="dxa"/>
            <w:vMerge/>
            <w:tcMar>
              <w:top w:w="70" w:type="dxa"/>
              <w:left w:w="90" w:type="dxa"/>
              <w:bottom w:w="70" w:type="dxa"/>
              <w:right w:w="90" w:type="dxa"/>
            </w:tcMar>
            <w:vAlign w:val="center"/>
          </w:tcPr>
          <w:p w14:paraId="0F9230D7" w14:textId="77777777" w:rsidR="00080BF0" w:rsidRDefault="00080BF0"/>
        </w:tc>
        <w:tc>
          <w:tcPr>
            <w:tcW w:w="7087" w:type="dxa"/>
            <w:shd w:val="clear" w:color="auto" w:fill="FFFFFF"/>
            <w:tcMar>
              <w:top w:w="70" w:type="dxa"/>
              <w:left w:w="90" w:type="dxa"/>
              <w:bottom w:w="70" w:type="dxa"/>
              <w:right w:w="90" w:type="dxa"/>
            </w:tcMar>
            <w:vAlign w:val="center"/>
          </w:tcPr>
          <w:p w14:paraId="76686F3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F7F52EB" w14:textId="77777777" w:rsidR="00080BF0" w:rsidRDefault="00000000">
            <w:pPr>
              <w:jc w:val="center"/>
            </w:pPr>
            <w:r>
              <w:rPr>
                <w:b/>
                <w:color w:val="000000"/>
              </w:rPr>
              <w:t>UČENEC</w:t>
            </w:r>
          </w:p>
        </w:tc>
      </w:tr>
      <w:tr w:rsidR="00080BF0" w14:paraId="350995DB" w14:textId="77777777">
        <w:trPr>
          <w:jc w:val="center"/>
        </w:trPr>
        <w:tc>
          <w:tcPr>
            <w:tcW w:w="4422" w:type="dxa"/>
            <w:tcMar>
              <w:top w:w="70" w:type="dxa"/>
              <w:left w:w="90" w:type="dxa"/>
              <w:bottom w:w="70" w:type="dxa"/>
              <w:right w:w="90" w:type="dxa"/>
            </w:tcMar>
          </w:tcPr>
          <w:p w14:paraId="05AC82A4" w14:textId="77777777" w:rsidR="00080BF0" w:rsidRDefault="00080BF0"/>
          <w:p w14:paraId="461C712B" w14:textId="77777777" w:rsidR="00080BF0" w:rsidRDefault="00000000">
            <w:pPr>
              <w:spacing w:after="40" w:line="245" w:lineRule="auto"/>
            </w:pPr>
            <w:r>
              <w:rPr>
                <w:b/>
                <w:color w:val="000000"/>
              </w:rPr>
              <w:t>KLJUČNI LIKOVNI POJMI</w:t>
            </w:r>
          </w:p>
          <w:p w14:paraId="4C2E632D"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osnovna barva, mešanje, topla in hladna barva, barvna ploskev, ospredje, ozadje</w:t>
            </w:r>
          </w:p>
          <w:p w14:paraId="2A9F860C" w14:textId="77777777" w:rsidR="00080BF0" w:rsidRDefault="00000000">
            <w:pPr>
              <w:spacing w:after="20" w:line="245" w:lineRule="auto"/>
            </w:pPr>
            <w:r>
              <w:rPr>
                <w:b/>
                <w:color w:val="000000"/>
                <w:sz w:val="17"/>
              </w:rPr>
              <w:t>DOKAZI O UČENJU</w:t>
            </w:r>
          </w:p>
          <w:p w14:paraId="44E645E3" w14:textId="77777777" w:rsidR="00080BF0" w:rsidRDefault="00000000">
            <w:pPr>
              <w:pStyle w:val="Oznaenseznam"/>
              <w:spacing w:after="9"/>
            </w:pPr>
            <w:r>
              <w:rPr>
                <w:color w:val="000000"/>
                <w:sz w:val="15"/>
              </w:rPr>
              <w:t>list materialnih poskusov, skica/načrt, učenčeva razlaga in učiteljev zapis o varni rabi pripomočkov.</w:t>
            </w:r>
          </w:p>
          <w:p w14:paraId="5113F2E6" w14:textId="77777777" w:rsidR="00080BF0" w:rsidRDefault="00000000">
            <w:pPr>
              <w:pStyle w:val="Oznaenseznam"/>
              <w:spacing w:after="9"/>
            </w:pPr>
            <w:r>
              <w:rPr>
                <w:color w:val="000000"/>
                <w:sz w:val="15"/>
              </w:rPr>
              <w:t>likovni proces in izdelek, fotografija faze, učenčeva razlaga ter samovrednotenje v mapi.</w:t>
            </w:r>
          </w:p>
          <w:p w14:paraId="055A4ECE" w14:textId="77777777" w:rsidR="00080BF0" w:rsidRDefault="00000000">
            <w:pPr>
              <w:spacing w:before="40" w:after="20" w:line="245" w:lineRule="auto"/>
            </w:pPr>
            <w:r>
              <w:rPr>
                <w:b/>
                <w:color w:val="000000"/>
                <w:sz w:val="17"/>
              </w:rPr>
              <w:t>LIKOVNO DOŽIVETJE IN IZKUŠENJSKI POUK</w:t>
            </w:r>
          </w:p>
          <w:p w14:paraId="748DE1DD"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021EE1DC" w14:textId="77777777" w:rsidR="00080BF0" w:rsidRDefault="00000000">
            <w:pPr>
              <w:spacing w:after="20" w:line="245" w:lineRule="auto"/>
            </w:pPr>
            <w:r>
              <w:rPr>
                <w:b/>
                <w:color w:val="000000"/>
                <w:sz w:val="17"/>
              </w:rPr>
              <w:t>POUČEVANJE V GIBANJU</w:t>
            </w:r>
          </w:p>
          <w:p w14:paraId="75CB7116"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18BE53BB" w14:textId="77777777" w:rsidR="00080BF0" w:rsidRDefault="00000000">
            <w:pPr>
              <w:spacing w:after="20" w:line="245" w:lineRule="auto"/>
            </w:pPr>
            <w:r>
              <w:rPr>
                <w:b/>
                <w:color w:val="000000"/>
                <w:sz w:val="17"/>
              </w:rPr>
              <w:t>DELO PO POSTAJAH</w:t>
            </w:r>
          </w:p>
          <w:p w14:paraId="589EE55A"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62D1A547" w14:textId="77777777" w:rsidR="00080BF0" w:rsidRDefault="00000000">
            <w:pPr>
              <w:spacing w:after="9" w:line="245" w:lineRule="auto"/>
            </w:pPr>
            <w:r>
              <w:rPr>
                <w:color w:val="000000"/>
                <w:sz w:val="14"/>
              </w:rPr>
              <w:t>1. Barvno-opazovalna: v motivu poiščem barvne ploskve, kontraste, tople ali hladne odnose in razpoloženje.</w:t>
            </w:r>
          </w:p>
          <w:p w14:paraId="1FBE911A" w14:textId="77777777" w:rsidR="00080BF0" w:rsidRDefault="00000000">
            <w:pPr>
              <w:spacing w:after="9" w:line="245" w:lineRule="auto"/>
            </w:pPr>
            <w:r>
              <w:rPr>
                <w:color w:val="000000"/>
                <w:sz w:val="14"/>
              </w:rPr>
              <w:t>2. Mešalna: na paleti varno preizkusim najmanj dve mešanici, ju označim in izberem za svoj namen.</w:t>
            </w:r>
          </w:p>
          <w:p w14:paraId="6CD15308" w14:textId="77777777" w:rsidR="00080BF0" w:rsidRDefault="00000000">
            <w:pPr>
              <w:spacing w:after="9" w:line="245" w:lineRule="auto"/>
            </w:pPr>
            <w:r>
              <w:rPr>
                <w:color w:val="000000"/>
                <w:sz w:val="14"/>
              </w:rPr>
              <w:t>3. Gibalna barva: z ruto, hojo, nivojem in hitrostjo telesa pokažem značaj izbrane barve ali poteze.</w:t>
            </w:r>
          </w:p>
          <w:p w14:paraId="356B49C6" w14:textId="77777777" w:rsidR="00080BF0" w:rsidRDefault="00000000">
            <w:pPr>
              <w:spacing w:after="9" w:line="245" w:lineRule="auto"/>
            </w:pPr>
            <w:r>
              <w:rPr>
                <w:color w:val="000000"/>
                <w:sz w:val="14"/>
              </w:rPr>
              <w:t>4. Slikarsko-galerijska: slikam osebno rešitev, jo pogledam od daleč, prejmem opisni odziv in izboljšam.</w:t>
            </w:r>
          </w:p>
          <w:p w14:paraId="6FFA121C" w14:textId="77777777" w:rsidR="00080BF0" w:rsidRDefault="00000000">
            <w:pPr>
              <w:spacing w:after="20" w:line="245" w:lineRule="auto"/>
            </w:pPr>
            <w:r>
              <w:rPr>
                <w:b/>
                <w:color w:val="000000"/>
                <w:sz w:val="17"/>
              </w:rPr>
              <w:t>DIFERENCIACIJA IN VKLJUČEVANJE</w:t>
            </w:r>
          </w:p>
          <w:p w14:paraId="6795AC90"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7409FBD5" w14:textId="77777777" w:rsidR="00080BF0" w:rsidRDefault="00000000">
            <w:pPr>
              <w:spacing w:after="20" w:line="245" w:lineRule="auto"/>
            </w:pPr>
            <w:r>
              <w:rPr>
                <w:b/>
                <w:color w:val="000000"/>
                <w:sz w:val="17"/>
              </w:rPr>
              <w:t>SPREMLJANJE</w:t>
            </w:r>
          </w:p>
          <w:p w14:paraId="3E0F0D52"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627ECED7"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52D58867" w14:textId="77777777">
              <w:trPr>
                <w:jc w:val="center"/>
              </w:trPr>
              <w:tc>
                <w:tcPr>
                  <w:tcW w:w="7087" w:type="dxa"/>
                  <w:shd w:val="clear" w:color="auto" w:fill="C6E7F3"/>
                  <w:tcMar>
                    <w:top w:w="45" w:type="dxa"/>
                    <w:left w:w="70" w:type="dxa"/>
                    <w:bottom w:w="45" w:type="dxa"/>
                    <w:right w:w="70" w:type="dxa"/>
                  </w:tcMar>
                </w:tcPr>
                <w:p w14:paraId="35D1F5F5" w14:textId="77777777" w:rsidR="00080BF0" w:rsidRDefault="00000000">
                  <w:pPr>
                    <w:keepNext/>
                  </w:pPr>
                  <w:r>
                    <w:rPr>
                      <w:b/>
                      <w:color w:val="000000"/>
                      <w:sz w:val="17"/>
                    </w:rPr>
                    <w:t>GLAVNI DEL – OPAZOVANJE, MATERIALNI PREIZKUS, USTVARJANJE IN GALERIJA (2 šolski uri)</w:t>
                  </w:r>
                </w:p>
              </w:tc>
            </w:tr>
          </w:tbl>
          <w:p w14:paraId="64DEAD6F" w14:textId="77777777" w:rsidR="00080BF0" w:rsidRDefault="00080BF0">
            <w:pPr>
              <w:spacing w:line="20" w:lineRule="exact"/>
            </w:pPr>
          </w:p>
          <w:p w14:paraId="4DB0693E" w14:textId="77777777" w:rsidR="00080BF0" w:rsidRDefault="00000000">
            <w:pPr>
              <w:keepNext/>
              <w:spacing w:before="22" w:after="8" w:line="245" w:lineRule="auto"/>
            </w:pPr>
            <w:r>
              <w:rPr>
                <w:b/>
                <w:color w:val="000000"/>
                <w:sz w:val="16"/>
              </w:rPr>
              <w:t>1. URA – Skupinska slika – Opazujem, preizkušam, načrtujem</w:t>
            </w:r>
          </w:p>
          <w:p w14:paraId="03C25B46"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»SKUPINSKA SLIKA«.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5234478C"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3AA9ABC3"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1A2F32E1" w14:textId="77777777" w:rsidR="00080BF0" w:rsidRDefault="00000000">
            <w:pPr>
              <w:keepNext/>
              <w:spacing w:before="22" w:after="8" w:line="245" w:lineRule="auto"/>
            </w:pPr>
            <w:r>
              <w:rPr>
                <w:b/>
                <w:color w:val="000000"/>
                <w:sz w:val="16"/>
              </w:rPr>
              <w:t>2. URA – Skupinska slika – Ustvarjam, predstavim, izboljšam</w:t>
            </w:r>
          </w:p>
          <w:p w14:paraId="1FBFAFD1"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»SKUPINSKA SLIKA«; postavlja vprašanja o nameri, nudi tehnično oporo in omogoči izboljšavo. Zaključek 10': 10' – Izvede tiho galerijo; modelira odziv »Opazim … / Učinkuje … / Lahko poskusiš …« ter vodi pospravljanje.</w:t>
            </w:r>
          </w:p>
          <w:p w14:paraId="17C8A2BF"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0718273F"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3C30E998" w14:textId="77777777">
              <w:trPr>
                <w:jc w:val="center"/>
              </w:trPr>
              <w:tc>
                <w:tcPr>
                  <w:tcW w:w="7087" w:type="dxa"/>
                  <w:shd w:val="clear" w:color="auto" w:fill="EDC9EA"/>
                  <w:tcMar>
                    <w:top w:w="45" w:type="dxa"/>
                    <w:left w:w="70" w:type="dxa"/>
                    <w:bottom w:w="45" w:type="dxa"/>
                    <w:right w:w="70" w:type="dxa"/>
                  </w:tcMar>
                </w:tcPr>
                <w:p w14:paraId="44A655A8" w14:textId="77777777" w:rsidR="00080BF0" w:rsidRDefault="00000000">
                  <w:pPr>
                    <w:keepNext/>
                  </w:pPr>
                  <w:r>
                    <w:rPr>
                      <w:b/>
                      <w:color w:val="000000"/>
                      <w:sz w:val="17"/>
                    </w:rPr>
                    <w:t>ORGANIZACIJA POSTAJ IN PREHODOV</w:t>
                  </w:r>
                </w:p>
              </w:tc>
            </w:tr>
          </w:tbl>
          <w:p w14:paraId="3B7E44B6" w14:textId="77777777" w:rsidR="00080BF0" w:rsidRDefault="00080BF0"/>
          <w:p w14:paraId="761EC172" w14:textId="77777777" w:rsidR="00080BF0" w:rsidRDefault="00000000">
            <w:pPr>
              <w:spacing w:before="8" w:after="8" w:line="245" w:lineRule="auto"/>
            </w:pPr>
            <w:r>
              <w:rPr>
                <w:color w:val="000000"/>
                <w:sz w:val="14"/>
              </w:rPr>
              <w:t>Postaja 1: Barvno-opazovalna: v motivu poiščem barvne ploskve, kontraste, tople ali hladne odnose in razpoloženje.</w:t>
            </w:r>
          </w:p>
          <w:p w14:paraId="14F02F9F" w14:textId="77777777" w:rsidR="00080BF0" w:rsidRDefault="00000000">
            <w:pPr>
              <w:spacing w:before="8" w:after="8" w:line="245" w:lineRule="auto"/>
            </w:pPr>
            <w:r>
              <w:rPr>
                <w:color w:val="000000"/>
                <w:sz w:val="14"/>
              </w:rPr>
              <w:t>Postaja 2: Mešalna: na paleti varno preizkusim najmanj dve mešanici, ju označim in izberem za svoj namen.</w:t>
            </w:r>
          </w:p>
          <w:p w14:paraId="5D5FAE51" w14:textId="77777777" w:rsidR="00080BF0" w:rsidRDefault="00000000">
            <w:pPr>
              <w:spacing w:before="8" w:after="8" w:line="245" w:lineRule="auto"/>
            </w:pPr>
            <w:r>
              <w:rPr>
                <w:color w:val="000000"/>
                <w:sz w:val="14"/>
              </w:rPr>
              <w:t>Postaja 3: Gibalna barva: z ruto, hojo, nivojem in hitrostjo telesa pokažem značaj izbrane barve ali poteze.</w:t>
            </w:r>
          </w:p>
          <w:p w14:paraId="3AAF452C" w14:textId="77777777" w:rsidR="00080BF0" w:rsidRDefault="00000000">
            <w:pPr>
              <w:spacing w:before="8" w:after="8" w:line="245" w:lineRule="auto"/>
            </w:pPr>
            <w:r>
              <w:rPr>
                <w:color w:val="000000"/>
                <w:sz w:val="14"/>
              </w:rPr>
              <w:t>Postaja 4: Slikarsko-galerijska: slikam osebno rešitev, jo pogledam od daleč, prejmem opisni odziv in izboljšam.</w:t>
            </w:r>
          </w:p>
          <w:p w14:paraId="70FD8A77"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49B5DD22" w14:textId="77777777" w:rsidR="00080BF0" w:rsidRDefault="00080BF0"/>
          <w:p w14:paraId="60F13C63" w14:textId="77777777" w:rsidR="00080BF0" w:rsidRDefault="00000000">
            <w:pPr>
              <w:spacing w:after="6" w:line="245" w:lineRule="auto"/>
            </w:pPr>
            <w:r>
              <w:rPr>
                <w:b/>
                <w:color w:val="000000"/>
                <w:sz w:val="15"/>
              </w:rPr>
              <w:t>1. URA – Skupinska slika – Opazujem, preizkušam, načrtujem</w:t>
            </w:r>
          </w:p>
          <w:p w14:paraId="21A69668"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0EE4D19A" w14:textId="77777777" w:rsidR="00080BF0" w:rsidRDefault="00000000">
            <w:pPr>
              <w:spacing w:after="20" w:line="245" w:lineRule="auto"/>
            </w:pPr>
            <w:r>
              <w:rPr>
                <w:color w:val="D95BC6"/>
                <w:sz w:val="14"/>
              </w:rPr>
              <w:t>Dokaz: list materialnih poskusov, skica/načrt, učenčeva razlaga in učiteljev zapis o varni rabi.</w:t>
            </w:r>
          </w:p>
          <w:p w14:paraId="7B49AECC" w14:textId="77777777" w:rsidR="00080BF0" w:rsidRDefault="00000000">
            <w:pPr>
              <w:spacing w:after="6" w:line="245" w:lineRule="auto"/>
            </w:pPr>
            <w:r>
              <w:rPr>
                <w:b/>
                <w:color w:val="000000"/>
                <w:sz w:val="15"/>
              </w:rPr>
              <w:t>2. URA – Skupinska slika – Ustvarjam, predstavim, izboljšam</w:t>
            </w:r>
          </w:p>
          <w:p w14:paraId="54C3CE9B"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76D9EBF1" w14:textId="77777777" w:rsidR="00080BF0" w:rsidRDefault="00000000">
            <w:pPr>
              <w:spacing w:after="20" w:line="245" w:lineRule="auto"/>
            </w:pPr>
            <w:r>
              <w:rPr>
                <w:color w:val="D95BC6"/>
                <w:sz w:val="14"/>
              </w:rPr>
              <w:t>Dokaz: likovni proces in izdelek, fotografija faze, učenčeva razlaga ter samovrednotenje v mapi.</w:t>
            </w:r>
          </w:p>
          <w:p w14:paraId="213D8260" w14:textId="77777777" w:rsidR="00080BF0" w:rsidRDefault="00000000">
            <w:pPr>
              <w:spacing w:before="40" w:after="20" w:line="245" w:lineRule="auto"/>
            </w:pPr>
            <w:r>
              <w:rPr>
                <w:b/>
                <w:color w:val="D95BC6"/>
                <w:sz w:val="16"/>
              </w:rPr>
              <w:t>MOJ KROG POSTAJ</w:t>
            </w:r>
          </w:p>
          <w:p w14:paraId="4FBF603C" w14:textId="77777777" w:rsidR="00080BF0" w:rsidRDefault="00000000">
            <w:pPr>
              <w:spacing w:after="11" w:line="245" w:lineRule="auto"/>
            </w:pPr>
            <w:r>
              <w:rPr>
                <w:color w:val="000000"/>
                <w:sz w:val="13"/>
              </w:rPr>
              <w:t>1. Barvno-opazovalna: v motivu poiščem barvne ploskve, kontraste.</w:t>
            </w:r>
          </w:p>
          <w:p w14:paraId="7BDBC2F2" w14:textId="77777777" w:rsidR="00080BF0" w:rsidRDefault="00000000">
            <w:pPr>
              <w:spacing w:after="11" w:line="245" w:lineRule="auto"/>
            </w:pPr>
            <w:r>
              <w:rPr>
                <w:color w:val="000000"/>
                <w:sz w:val="13"/>
              </w:rPr>
              <w:t>2. Mešalna: na paleti varno preizkusim najmanj dve mešanici.</w:t>
            </w:r>
          </w:p>
          <w:p w14:paraId="38D2C65C" w14:textId="77777777" w:rsidR="00080BF0" w:rsidRDefault="00000000">
            <w:pPr>
              <w:spacing w:after="11" w:line="245" w:lineRule="auto"/>
            </w:pPr>
            <w:r>
              <w:rPr>
                <w:color w:val="000000"/>
                <w:sz w:val="13"/>
              </w:rPr>
              <w:t>3. Gibalna barva: z ruto, hojo, nivojem in hitrostjo telesa pokažem značaj izbrane barve ali.</w:t>
            </w:r>
          </w:p>
          <w:p w14:paraId="0910886C" w14:textId="77777777" w:rsidR="00080BF0" w:rsidRDefault="00000000">
            <w:pPr>
              <w:spacing w:after="11" w:line="245" w:lineRule="auto"/>
            </w:pPr>
            <w:r>
              <w:rPr>
                <w:color w:val="000000"/>
                <w:sz w:val="13"/>
              </w:rPr>
              <w:t>4. Slikarsko-galerijska: slikam osebno rešitev, jo pogledam od daleč.</w:t>
            </w:r>
          </w:p>
          <w:p w14:paraId="5A4E5845"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0A9D4262" w14:textId="77777777" w:rsidR="00080BF0" w:rsidRDefault="00000000">
            <w:pPr>
              <w:spacing w:after="20" w:line="245" w:lineRule="auto"/>
            </w:pPr>
            <w:r>
              <w:rPr>
                <w:b/>
                <w:color w:val="D95BC6"/>
                <w:sz w:val="17"/>
              </w:rPr>
              <w:t>DOKAZ O UČENJU</w:t>
            </w:r>
          </w:p>
          <w:p w14:paraId="4E0871FB"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4BC6CD12"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E7FBB6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4B61591"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8660FF9" w14:textId="77777777" w:rsidR="00080BF0" w:rsidRDefault="00000000">
            <w:pPr>
              <w:jc w:val="center"/>
            </w:pPr>
            <w:r>
              <w:rPr>
                <w:b/>
                <w:color w:val="000000"/>
                <w:sz w:val="20"/>
              </w:rPr>
              <w:t>UČNE DEJAVNOSTI, METODE IN FORMATIVNO SPREMLJANJE</w:t>
            </w:r>
          </w:p>
        </w:tc>
      </w:tr>
      <w:tr w:rsidR="00080BF0" w14:paraId="08723A2E" w14:textId="77777777">
        <w:trPr>
          <w:tblHeader/>
          <w:jc w:val="center"/>
        </w:trPr>
        <w:tc>
          <w:tcPr>
            <w:tcW w:w="4422" w:type="dxa"/>
            <w:vMerge/>
            <w:tcMar>
              <w:top w:w="70" w:type="dxa"/>
              <w:left w:w="90" w:type="dxa"/>
              <w:bottom w:w="70" w:type="dxa"/>
              <w:right w:w="90" w:type="dxa"/>
            </w:tcMar>
            <w:vAlign w:val="center"/>
          </w:tcPr>
          <w:p w14:paraId="0545CA5F" w14:textId="77777777" w:rsidR="00080BF0" w:rsidRDefault="00080BF0"/>
        </w:tc>
        <w:tc>
          <w:tcPr>
            <w:tcW w:w="7087" w:type="dxa"/>
            <w:shd w:val="clear" w:color="auto" w:fill="FFFFFF"/>
            <w:tcMar>
              <w:top w:w="70" w:type="dxa"/>
              <w:left w:w="90" w:type="dxa"/>
              <w:bottom w:w="70" w:type="dxa"/>
              <w:right w:w="90" w:type="dxa"/>
            </w:tcMar>
            <w:vAlign w:val="center"/>
          </w:tcPr>
          <w:p w14:paraId="61715189"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351E95B" w14:textId="77777777" w:rsidR="00080BF0" w:rsidRDefault="00000000">
            <w:pPr>
              <w:jc w:val="center"/>
            </w:pPr>
            <w:r>
              <w:rPr>
                <w:b/>
                <w:color w:val="000000"/>
              </w:rPr>
              <w:t>UČENEC</w:t>
            </w:r>
          </w:p>
        </w:tc>
      </w:tr>
      <w:tr w:rsidR="00080BF0" w14:paraId="4BF3D616" w14:textId="77777777">
        <w:trPr>
          <w:jc w:val="center"/>
        </w:trPr>
        <w:tc>
          <w:tcPr>
            <w:tcW w:w="4422" w:type="dxa"/>
            <w:tcMar>
              <w:top w:w="70" w:type="dxa"/>
              <w:left w:w="90" w:type="dxa"/>
              <w:bottom w:w="70" w:type="dxa"/>
              <w:right w:w="90" w:type="dxa"/>
            </w:tcMar>
          </w:tcPr>
          <w:p w14:paraId="212E9C54" w14:textId="77777777" w:rsidR="00080BF0" w:rsidRDefault="00080BF0"/>
          <w:p w14:paraId="142FFD0A" w14:textId="77777777" w:rsidR="00080BF0" w:rsidRDefault="00000000">
            <w:pPr>
              <w:spacing w:after="40" w:line="245" w:lineRule="auto"/>
            </w:pPr>
            <w:r>
              <w:rPr>
                <w:b/>
                <w:color w:val="000000"/>
              </w:rPr>
              <w:t>FORMATIVNO SPREMLJANJE</w:t>
            </w:r>
          </w:p>
          <w:p w14:paraId="100B16CB" w14:textId="77777777" w:rsidR="00080BF0" w:rsidRDefault="00000000">
            <w:pPr>
              <w:pStyle w:val="Oznaenseznam"/>
              <w:spacing w:after="16"/>
            </w:pPr>
            <w:r>
              <w:rPr>
                <w:color w:val="000000"/>
                <w:sz w:val="15"/>
              </w:rPr>
              <w:t>predznanje: opažanje, gibalna ponazoritev, izbira kartice, razvrstitev materialov, poskusna sled ali skica</w:t>
            </w:r>
          </w:p>
          <w:p w14:paraId="14761907"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11AAECA0"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654469C0" w14:textId="77777777" w:rsidR="00080BF0" w:rsidRDefault="00000000">
            <w:pPr>
              <w:pStyle w:val="Oznaenseznam"/>
              <w:spacing w:after="16"/>
            </w:pPr>
            <w:r>
              <w:rPr>
                <w:color w:val="000000"/>
                <w:sz w:val="15"/>
              </w:rPr>
              <w:t>povratna informacija: opis vidne likovne odločitve, povezava z enim merilom in izvedljiv naslednji korak</w:t>
            </w:r>
          </w:p>
          <w:p w14:paraId="0C99CA5D" w14:textId="77777777" w:rsidR="00080BF0" w:rsidRDefault="00000000">
            <w:pPr>
              <w:pStyle w:val="Oznaenseznam"/>
              <w:spacing w:after="16"/>
            </w:pPr>
            <w:r>
              <w:rPr>
                <w:color w:val="000000"/>
                <w:sz w:val="15"/>
              </w:rPr>
              <w:t>samovrednotenje: likovni semafor, lestvica samostojnosti, izbran dokaz, galerijski odziv in izboljšava</w:t>
            </w:r>
          </w:p>
          <w:p w14:paraId="02F4FC93" w14:textId="77777777" w:rsidR="00080BF0" w:rsidRDefault="00000000">
            <w:pPr>
              <w:spacing w:before="40" w:after="20" w:line="245" w:lineRule="auto"/>
            </w:pPr>
            <w:r>
              <w:rPr>
                <w:b/>
                <w:color w:val="000000"/>
                <w:sz w:val="17"/>
              </w:rPr>
              <w:t>VARNOST, HIGIENA IN UREDITEV PROSTORA</w:t>
            </w:r>
          </w:p>
          <w:p w14:paraId="0B8A3C04"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Lončki so napolnjeni le do polovice in postavljeni stran od roba; mokra tla se takoj obrišejo.</w:t>
            </w:r>
          </w:p>
          <w:p w14:paraId="512D2A2A" w14:textId="77777777" w:rsidR="00080BF0" w:rsidRDefault="00000000">
            <w:pPr>
              <w:spacing w:after="20" w:line="245" w:lineRule="auto"/>
            </w:pPr>
            <w:r>
              <w:rPr>
                <w:b/>
                <w:color w:val="000000"/>
                <w:sz w:val="17"/>
              </w:rPr>
              <w:t>EVIDENCA PO IZVEDBI</w:t>
            </w:r>
          </w:p>
          <w:p w14:paraId="4CB76D62"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33EC14E1" w14:textId="77777777" w:rsidR="00080BF0" w:rsidRDefault="00000000">
            <w:pPr>
              <w:spacing w:before="40" w:after="20" w:line="245" w:lineRule="auto"/>
            </w:pPr>
            <w:r>
              <w:rPr>
                <w:b/>
                <w:color w:val="000000"/>
                <w:sz w:val="17"/>
              </w:rPr>
              <w:t>RAVEN DOSEGANJA</w:t>
            </w:r>
          </w:p>
          <w:p w14:paraId="02E9D222"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5F2F2663"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4DFB52A" w14:textId="77777777">
              <w:trPr>
                <w:jc w:val="center"/>
              </w:trPr>
              <w:tc>
                <w:tcPr>
                  <w:tcW w:w="7087" w:type="dxa"/>
                  <w:shd w:val="clear" w:color="auto" w:fill="EDC9EA"/>
                  <w:tcMar>
                    <w:top w:w="45" w:type="dxa"/>
                    <w:left w:w="70" w:type="dxa"/>
                    <w:bottom w:w="45" w:type="dxa"/>
                    <w:right w:w="70" w:type="dxa"/>
                  </w:tcMar>
                </w:tcPr>
                <w:p w14:paraId="2EE07B1C" w14:textId="77777777" w:rsidR="00080BF0" w:rsidRDefault="00000000">
                  <w:pPr>
                    <w:keepNext/>
                  </w:pPr>
                  <w:r>
                    <w:rPr>
                      <w:b/>
                      <w:color w:val="000000"/>
                    </w:rPr>
                    <w:t>VPRAŠANJA V PODPORO LIKOVNEMU UČENJU</w:t>
                  </w:r>
                </w:p>
              </w:tc>
            </w:tr>
          </w:tbl>
          <w:p w14:paraId="4535FDD9" w14:textId="77777777" w:rsidR="00080BF0" w:rsidRDefault="00080BF0">
            <w:pPr>
              <w:spacing w:line="20" w:lineRule="exact"/>
            </w:pPr>
          </w:p>
          <w:p w14:paraId="435855C2" w14:textId="77777777" w:rsidR="00080BF0" w:rsidRDefault="00000000">
            <w:pPr>
              <w:pStyle w:val="Oznaenseznam"/>
              <w:spacing w:after="16"/>
            </w:pPr>
            <w:r>
              <w:rPr>
                <w:color w:val="000000"/>
                <w:sz w:val="16"/>
              </w:rPr>
              <w:t>Kaj si najprej opazil/-a in katera likovna prvina je zate najpomembnejša?</w:t>
            </w:r>
          </w:p>
          <w:p w14:paraId="2EDECAD8" w14:textId="77777777" w:rsidR="00080BF0" w:rsidRDefault="00000000">
            <w:pPr>
              <w:pStyle w:val="Oznaenseznam"/>
              <w:spacing w:after="16"/>
            </w:pPr>
            <w:r>
              <w:rPr>
                <w:color w:val="000000"/>
                <w:sz w:val="16"/>
              </w:rPr>
              <w:t>Kako je material ali postopek vplival na črto, barvo, obliko, površino, prostor oziroma delovanje izdelka?</w:t>
            </w:r>
          </w:p>
          <w:p w14:paraId="3418925E" w14:textId="77777777" w:rsidR="00080BF0" w:rsidRDefault="00000000">
            <w:pPr>
              <w:pStyle w:val="Oznaenseznam"/>
              <w:spacing w:after="16"/>
            </w:pPr>
            <w:r>
              <w:rPr>
                <w:color w:val="000000"/>
                <w:sz w:val="16"/>
              </w:rPr>
              <w:t>Katero možnost si preizkusil/-a, zakaj si jo izbral/-a in kaj si ob poskusu spremenil/-a?</w:t>
            </w:r>
          </w:p>
          <w:p w14:paraId="2DB3E815" w14:textId="77777777" w:rsidR="00080BF0" w:rsidRDefault="00000000">
            <w:pPr>
              <w:pStyle w:val="Oznaenseznam"/>
              <w:spacing w:after="16"/>
            </w:pPr>
            <w:r>
              <w:rPr>
                <w:color w:val="000000"/>
                <w:sz w:val="16"/>
              </w:rPr>
              <w:t>Kateri del tvojega procesa ali izdelka najjasneje pokaže dogovorjeno merilo?</w:t>
            </w:r>
          </w:p>
          <w:p w14:paraId="69DB2F7D"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2946E515" w14:textId="77777777">
              <w:trPr>
                <w:jc w:val="center"/>
              </w:trPr>
              <w:tc>
                <w:tcPr>
                  <w:tcW w:w="7087" w:type="dxa"/>
                  <w:shd w:val="clear" w:color="auto" w:fill="C6E7F3"/>
                  <w:tcMar>
                    <w:top w:w="45" w:type="dxa"/>
                    <w:left w:w="70" w:type="dxa"/>
                    <w:bottom w:w="45" w:type="dxa"/>
                    <w:right w:w="70" w:type="dxa"/>
                  </w:tcMar>
                </w:tcPr>
                <w:p w14:paraId="18B9C1A7" w14:textId="77777777" w:rsidR="00080BF0" w:rsidRDefault="00000000">
                  <w:pPr>
                    <w:keepNext/>
                  </w:pPr>
                  <w:r>
                    <w:rPr>
                      <w:b/>
                      <w:color w:val="000000"/>
                    </w:rPr>
                    <w:t>ZAKLJUČNI DEL – TIHA GALERIJA, RAZLAGA IN REFLEKSIJA (8–12 min)</w:t>
                  </w:r>
                </w:p>
              </w:tc>
            </w:tr>
          </w:tbl>
          <w:p w14:paraId="1FCF2010" w14:textId="77777777" w:rsidR="00080BF0" w:rsidRDefault="00080BF0">
            <w:pPr>
              <w:spacing w:line="20" w:lineRule="exact"/>
            </w:pPr>
          </w:p>
          <w:p w14:paraId="680DB996"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13B6518B" w14:textId="77777777">
              <w:trPr>
                <w:jc w:val="center"/>
              </w:trPr>
              <w:tc>
                <w:tcPr>
                  <w:tcW w:w="7087" w:type="dxa"/>
                  <w:shd w:val="clear" w:color="auto" w:fill="EDC9EA"/>
                  <w:tcMar>
                    <w:top w:w="45" w:type="dxa"/>
                    <w:left w:w="70" w:type="dxa"/>
                    <w:bottom w:w="45" w:type="dxa"/>
                    <w:right w:w="70" w:type="dxa"/>
                  </w:tcMar>
                </w:tcPr>
                <w:p w14:paraId="71959D09" w14:textId="77777777" w:rsidR="00080BF0" w:rsidRDefault="00000000">
                  <w:pPr>
                    <w:keepNext/>
                  </w:pPr>
                  <w:r>
                    <w:rPr>
                      <w:b/>
                      <w:color w:val="000000"/>
                    </w:rPr>
                    <w:t>SAMOVREDNOTENJE</w:t>
                  </w:r>
                </w:p>
              </w:tc>
            </w:tr>
          </w:tbl>
          <w:p w14:paraId="5462EAEE" w14:textId="77777777" w:rsidR="00080BF0" w:rsidRDefault="00080BF0">
            <w:pPr>
              <w:spacing w:line="20" w:lineRule="exact"/>
            </w:pPr>
          </w:p>
          <w:p w14:paraId="71DB9775"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26C7915F" w14:textId="77777777">
              <w:trPr>
                <w:jc w:val="center"/>
              </w:trPr>
              <w:tc>
                <w:tcPr>
                  <w:tcW w:w="7087" w:type="dxa"/>
                  <w:shd w:val="clear" w:color="auto" w:fill="EDC9EA"/>
                  <w:tcMar>
                    <w:top w:w="45" w:type="dxa"/>
                    <w:left w:w="70" w:type="dxa"/>
                    <w:bottom w:w="45" w:type="dxa"/>
                    <w:right w:w="70" w:type="dxa"/>
                  </w:tcMar>
                </w:tcPr>
                <w:p w14:paraId="104E4C08" w14:textId="77777777" w:rsidR="00080BF0" w:rsidRDefault="00000000">
                  <w:pPr>
                    <w:keepNext/>
                  </w:pPr>
                  <w:r>
                    <w:rPr>
                      <w:b/>
                      <w:color w:val="000000"/>
                    </w:rPr>
                    <w:t>VRSTNIŠKO VREDNOTENJE</w:t>
                  </w:r>
                </w:p>
              </w:tc>
            </w:tr>
          </w:tbl>
          <w:p w14:paraId="5120A168" w14:textId="77777777" w:rsidR="00080BF0" w:rsidRDefault="00080BF0">
            <w:pPr>
              <w:spacing w:line="20" w:lineRule="exact"/>
            </w:pPr>
          </w:p>
          <w:p w14:paraId="6BDCFFF3"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69937081" w14:textId="77777777">
              <w:trPr>
                <w:jc w:val="center"/>
              </w:trPr>
              <w:tc>
                <w:tcPr>
                  <w:tcW w:w="7087" w:type="dxa"/>
                  <w:shd w:val="clear" w:color="auto" w:fill="EDC9EA"/>
                  <w:tcMar>
                    <w:top w:w="45" w:type="dxa"/>
                    <w:left w:w="70" w:type="dxa"/>
                    <w:bottom w:w="45" w:type="dxa"/>
                    <w:right w:w="70" w:type="dxa"/>
                  </w:tcMar>
                </w:tcPr>
                <w:p w14:paraId="18540012" w14:textId="77777777" w:rsidR="00080BF0" w:rsidRDefault="00000000">
                  <w:pPr>
                    <w:keepNext/>
                  </w:pPr>
                  <w:r>
                    <w:rPr>
                      <w:b/>
                      <w:color w:val="000000"/>
                    </w:rPr>
                    <w:t>SKUPNI POVZETEK</w:t>
                  </w:r>
                </w:p>
              </w:tc>
            </w:tr>
          </w:tbl>
          <w:p w14:paraId="584FE705" w14:textId="77777777" w:rsidR="00080BF0" w:rsidRDefault="00080BF0"/>
          <w:p w14:paraId="0C5E82B6" w14:textId="77777777" w:rsidR="00080BF0" w:rsidRDefault="00000000">
            <w:pPr>
              <w:spacing w:before="20" w:after="40" w:line="245" w:lineRule="auto"/>
            </w:pPr>
            <w:r>
              <w:rPr>
                <w:b/>
                <w:color w:val="000000"/>
                <w:sz w:val="16"/>
              </w:rPr>
              <w:t>načrtujem del skupne kompozicije; uskladi barve in oblike; sodelujem pri predstavitvi. Izbrani dokaz pojasnim in po povratni informaciji izboljšam.</w:t>
            </w:r>
          </w:p>
        </w:tc>
        <w:tc>
          <w:tcPr>
            <w:tcW w:w="2551" w:type="dxa"/>
            <w:tcMar>
              <w:top w:w="70" w:type="dxa"/>
              <w:left w:w="90" w:type="dxa"/>
              <w:bottom w:w="70" w:type="dxa"/>
              <w:right w:w="90" w:type="dxa"/>
            </w:tcMar>
          </w:tcPr>
          <w:p w14:paraId="20C93611" w14:textId="77777777" w:rsidR="00080BF0" w:rsidRDefault="00080BF0"/>
          <w:p w14:paraId="622BFB9F" w14:textId="77777777" w:rsidR="00080BF0" w:rsidRDefault="00000000">
            <w:pPr>
              <w:spacing w:after="80" w:line="245" w:lineRule="auto"/>
            </w:pPr>
            <w:r>
              <w:rPr>
                <w:color w:val="000000"/>
                <w:sz w:val="15"/>
              </w:rPr>
              <w:t>Odgovarja na podporna vprašanja in se sklicuje na opaženo, preizkušeno, ustvarjeno ali razstavljeno.</w:t>
            </w:r>
          </w:p>
          <w:p w14:paraId="4C60ED9C" w14:textId="77777777" w:rsidR="00080BF0" w:rsidRDefault="00000000">
            <w:pPr>
              <w:spacing w:after="80" w:line="245" w:lineRule="auto"/>
            </w:pPr>
            <w:r>
              <w:rPr>
                <w:color w:val="000000"/>
                <w:sz w:val="15"/>
              </w:rPr>
              <w:t>Predstavi izbrani procesni ali izdelkovni dokaz ter pove, katero merilo z njim pokaže.</w:t>
            </w:r>
          </w:p>
          <w:p w14:paraId="3D885443" w14:textId="77777777" w:rsidR="00080BF0" w:rsidRDefault="00000000">
            <w:pPr>
              <w:spacing w:after="80" w:line="245" w:lineRule="auto"/>
            </w:pPr>
            <w:r>
              <w:rPr>
                <w:color w:val="000000"/>
                <w:sz w:val="15"/>
              </w:rPr>
              <w:t>Tiho opazuje vrstnikovo delo, opiše eno konkretno likovno rešitev in poda prijazen predlog.</w:t>
            </w:r>
          </w:p>
          <w:p w14:paraId="321558F8" w14:textId="77777777" w:rsidR="00080BF0" w:rsidRDefault="00000000">
            <w:pPr>
              <w:spacing w:after="80" w:line="245" w:lineRule="auto"/>
            </w:pPr>
            <w:r>
              <w:rPr>
                <w:color w:val="000000"/>
                <w:sz w:val="15"/>
              </w:rPr>
              <w:t>Po povratni informaciji po želji ponovi poskus, spremeni podrobnost, izboljša spoj, razporeditev ali razlago.</w:t>
            </w:r>
          </w:p>
          <w:p w14:paraId="7802F8A2" w14:textId="77777777" w:rsidR="00080BF0" w:rsidRDefault="00000000">
            <w:pPr>
              <w:spacing w:after="100" w:line="245" w:lineRule="auto"/>
            </w:pPr>
            <w:r>
              <w:rPr>
                <w:color w:val="000000"/>
                <w:sz w:val="15"/>
              </w:rPr>
              <w:t>Izbere raven samostojnosti ter določi majhen in izvedljiv naslednji ustvarjalni korak.</w:t>
            </w:r>
          </w:p>
          <w:p w14:paraId="25095730" w14:textId="77777777" w:rsidR="00080BF0" w:rsidRDefault="00000000">
            <w:pPr>
              <w:spacing w:after="20" w:line="245" w:lineRule="auto"/>
            </w:pPr>
            <w:r>
              <w:rPr>
                <w:b/>
                <w:color w:val="D95BC6"/>
                <w:sz w:val="17"/>
              </w:rPr>
              <w:t>DOKAZ O UČENJU</w:t>
            </w:r>
          </w:p>
          <w:p w14:paraId="72629B7C"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6468F58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6A384E4E" w14:textId="77777777">
        <w:trPr>
          <w:cantSplit/>
          <w:jc w:val="center"/>
        </w:trPr>
        <w:tc>
          <w:tcPr>
            <w:tcW w:w="14060" w:type="dxa"/>
            <w:gridSpan w:val="6"/>
            <w:tcMar>
              <w:top w:w="70" w:type="dxa"/>
              <w:left w:w="90" w:type="dxa"/>
              <w:bottom w:w="70" w:type="dxa"/>
              <w:right w:w="90" w:type="dxa"/>
            </w:tcMar>
            <w:vAlign w:val="center"/>
          </w:tcPr>
          <w:p w14:paraId="299F9588" w14:textId="77777777" w:rsidR="00080BF0" w:rsidRDefault="00000000">
            <w:pPr>
              <w:jc w:val="center"/>
            </w:pPr>
            <w:r>
              <w:rPr>
                <w:b/>
                <w:color w:val="000000"/>
                <w:sz w:val="24"/>
              </w:rPr>
              <w:lastRenderedPageBreak/>
              <w:t>UČNA PRIPRAVA 30/39</w:t>
            </w:r>
          </w:p>
        </w:tc>
      </w:tr>
      <w:tr w:rsidR="00080BF0" w14:paraId="22238BE1" w14:textId="77777777">
        <w:trPr>
          <w:jc w:val="center"/>
        </w:trPr>
        <w:tc>
          <w:tcPr>
            <w:tcW w:w="2665" w:type="dxa"/>
            <w:tcMar>
              <w:top w:w="70" w:type="dxa"/>
              <w:left w:w="90" w:type="dxa"/>
              <w:bottom w:w="70" w:type="dxa"/>
              <w:right w:w="90" w:type="dxa"/>
            </w:tcMar>
            <w:vAlign w:val="center"/>
          </w:tcPr>
          <w:p w14:paraId="0D21069E"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7078DAD"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07D2FB1F"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3F87C80" w14:textId="77777777" w:rsidR="00080BF0" w:rsidRDefault="00000000">
            <w:r>
              <w:rPr>
                <w:b/>
                <w:color w:val="000000"/>
                <w:sz w:val="16"/>
              </w:rPr>
              <w:t xml:space="preserve">NAČRTOVANI TERMIN: </w:t>
            </w:r>
            <w:r>
              <w:rPr>
                <w:color w:val="000000"/>
                <w:sz w:val="16"/>
              </w:rPr>
              <w:t>30. teden • 12.–16. 4. 2027</w:t>
            </w:r>
          </w:p>
        </w:tc>
        <w:tc>
          <w:tcPr>
            <w:tcW w:w="2268" w:type="dxa"/>
            <w:tcMar>
              <w:top w:w="70" w:type="dxa"/>
              <w:left w:w="90" w:type="dxa"/>
              <w:bottom w:w="70" w:type="dxa"/>
              <w:right w:w="90" w:type="dxa"/>
            </w:tcMar>
            <w:vAlign w:val="center"/>
          </w:tcPr>
          <w:p w14:paraId="2ECD02BB"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9EE9DAC" w14:textId="77777777" w:rsidR="00080BF0" w:rsidRDefault="00000000">
            <w:r>
              <w:rPr>
                <w:b/>
                <w:color w:val="000000"/>
                <w:sz w:val="16"/>
              </w:rPr>
              <w:t xml:space="preserve">ŠTEVILO UR: </w:t>
            </w:r>
            <w:r>
              <w:rPr>
                <w:color w:val="000000"/>
                <w:sz w:val="16"/>
              </w:rPr>
              <w:t>2</w:t>
            </w:r>
          </w:p>
        </w:tc>
      </w:tr>
      <w:tr w:rsidR="00080BF0" w14:paraId="21AB3703" w14:textId="77777777">
        <w:trPr>
          <w:jc w:val="center"/>
        </w:trPr>
        <w:tc>
          <w:tcPr>
            <w:tcW w:w="14061" w:type="dxa"/>
            <w:gridSpan w:val="6"/>
            <w:tcMar>
              <w:top w:w="70" w:type="dxa"/>
              <w:left w:w="90" w:type="dxa"/>
              <w:bottom w:w="70" w:type="dxa"/>
              <w:right w:w="90" w:type="dxa"/>
            </w:tcMar>
            <w:vAlign w:val="center"/>
          </w:tcPr>
          <w:p w14:paraId="48B9F9A6" w14:textId="77777777" w:rsidR="00080BF0" w:rsidRDefault="00000000">
            <w:r>
              <w:rPr>
                <w:b/>
                <w:color w:val="000000"/>
                <w:sz w:val="17"/>
              </w:rPr>
              <w:t xml:space="preserve">TIP UČNE URE: </w:t>
            </w:r>
            <w:r>
              <w:rPr>
                <w:color w:val="000000"/>
                <w:sz w:val="17"/>
              </w:rPr>
              <w:t>priprava, individualno opisno ocenjevanje s procesnim, praktičnim oziroma portfolio dokazom, analiza in ponovno učenje</w:t>
            </w:r>
          </w:p>
        </w:tc>
      </w:tr>
      <w:tr w:rsidR="00080BF0" w14:paraId="2D25F49D" w14:textId="77777777">
        <w:trPr>
          <w:cantSplit/>
          <w:jc w:val="center"/>
        </w:trPr>
        <w:tc>
          <w:tcPr>
            <w:tcW w:w="14060" w:type="dxa"/>
            <w:gridSpan w:val="6"/>
            <w:tcMar>
              <w:top w:w="70" w:type="dxa"/>
              <w:left w:w="90" w:type="dxa"/>
              <w:bottom w:w="70" w:type="dxa"/>
              <w:right w:w="90" w:type="dxa"/>
            </w:tcMar>
            <w:vAlign w:val="center"/>
          </w:tcPr>
          <w:p w14:paraId="406A4289" w14:textId="77777777" w:rsidR="00080BF0" w:rsidRDefault="00080BF0"/>
          <w:p w14:paraId="47875072" w14:textId="77777777" w:rsidR="00080BF0" w:rsidRDefault="00000000">
            <w:pPr>
              <w:spacing w:line="245" w:lineRule="auto"/>
            </w:pPr>
            <w:r>
              <w:rPr>
                <w:b/>
                <w:color w:val="000000"/>
                <w:sz w:val="15"/>
              </w:rPr>
              <w:t xml:space="preserve">UČNI SKLOP: </w:t>
            </w:r>
            <w:r>
              <w:rPr>
                <w:color w:val="000000"/>
                <w:sz w:val="15"/>
              </w:rPr>
              <w:t>GIBANJE, SVETLOBA IN ZVOK</w:t>
            </w:r>
          </w:p>
        </w:tc>
      </w:tr>
      <w:tr w:rsidR="00080BF0" w14:paraId="01948315" w14:textId="77777777">
        <w:trPr>
          <w:cantSplit/>
          <w:jc w:val="center"/>
        </w:trPr>
        <w:tc>
          <w:tcPr>
            <w:tcW w:w="14060" w:type="dxa"/>
            <w:gridSpan w:val="6"/>
            <w:tcMar>
              <w:top w:w="70" w:type="dxa"/>
              <w:left w:w="90" w:type="dxa"/>
              <w:bottom w:w="70" w:type="dxa"/>
              <w:right w:w="90" w:type="dxa"/>
            </w:tcMar>
            <w:vAlign w:val="center"/>
          </w:tcPr>
          <w:p w14:paraId="242604A7" w14:textId="77777777" w:rsidR="00080BF0" w:rsidRDefault="00080BF0"/>
          <w:p w14:paraId="618D376F" w14:textId="77777777" w:rsidR="00080BF0" w:rsidRDefault="00000000">
            <w:pPr>
              <w:spacing w:line="245" w:lineRule="auto"/>
            </w:pPr>
            <w:r>
              <w:rPr>
                <w:b/>
                <w:color w:val="000000"/>
                <w:sz w:val="15"/>
              </w:rPr>
              <w:t xml:space="preserve">UČNA TEMA: </w:t>
            </w:r>
            <w:r>
              <w:rPr>
                <w:color w:val="000000"/>
                <w:sz w:val="15"/>
              </w:rPr>
              <w:t>GIBLJIVA FIGURA</w:t>
            </w:r>
          </w:p>
        </w:tc>
      </w:tr>
      <w:tr w:rsidR="00080BF0" w14:paraId="17303B21" w14:textId="77777777">
        <w:trPr>
          <w:cantSplit/>
          <w:jc w:val="center"/>
        </w:trPr>
        <w:tc>
          <w:tcPr>
            <w:tcW w:w="14060" w:type="dxa"/>
            <w:gridSpan w:val="6"/>
            <w:tcMar>
              <w:top w:w="70" w:type="dxa"/>
              <w:left w:w="90" w:type="dxa"/>
              <w:bottom w:w="70" w:type="dxa"/>
              <w:right w:w="90" w:type="dxa"/>
            </w:tcMar>
            <w:vAlign w:val="center"/>
          </w:tcPr>
          <w:p w14:paraId="3975635E" w14:textId="77777777" w:rsidR="00080BF0" w:rsidRDefault="00080BF0"/>
          <w:p w14:paraId="6771E377" w14:textId="77777777" w:rsidR="00080BF0" w:rsidRDefault="00000000">
            <w:pPr>
              <w:spacing w:line="245" w:lineRule="auto"/>
            </w:pPr>
            <w:r>
              <w:rPr>
                <w:b/>
                <w:color w:val="000000"/>
                <w:sz w:val="15"/>
              </w:rPr>
              <w:t xml:space="preserve">KNJIŽEVNO / MOTIVNO IZHODIŠČE: </w:t>
            </w:r>
            <w:r>
              <w:rPr>
                <w:color w:val="000000"/>
                <w:sz w:val="15"/>
              </w:rPr>
              <w:t>»Bobek in barčica« – Anja Štefan • gibanje, voda, potisk, vlek in sodelovanje</w:t>
            </w:r>
          </w:p>
        </w:tc>
      </w:tr>
      <w:tr w:rsidR="00080BF0" w14:paraId="3F7612EE" w14:textId="77777777">
        <w:trPr>
          <w:cantSplit/>
          <w:jc w:val="center"/>
        </w:trPr>
        <w:tc>
          <w:tcPr>
            <w:tcW w:w="14060" w:type="dxa"/>
            <w:gridSpan w:val="6"/>
            <w:tcMar>
              <w:top w:w="70" w:type="dxa"/>
              <w:left w:w="90" w:type="dxa"/>
              <w:bottom w:w="70" w:type="dxa"/>
              <w:right w:w="90" w:type="dxa"/>
            </w:tcMar>
            <w:vAlign w:val="center"/>
          </w:tcPr>
          <w:p w14:paraId="30590DDF" w14:textId="77777777" w:rsidR="00080BF0" w:rsidRDefault="00080BF0"/>
          <w:p w14:paraId="6375F648" w14:textId="77777777" w:rsidR="00080BF0" w:rsidRDefault="00000000">
            <w:pPr>
              <w:spacing w:line="245" w:lineRule="auto"/>
            </w:pPr>
            <w:r>
              <w:rPr>
                <w:b/>
                <w:color w:val="000000"/>
                <w:sz w:val="15"/>
              </w:rPr>
              <w:t xml:space="preserve">LIKOVNO IZHODIŠČE / MOTIVACIJA: </w:t>
            </w:r>
            <w:r>
              <w:rPr>
                <w:color w:val="000000"/>
                <w:sz w:val="15"/>
              </w:rPr>
              <w:t>mali oblikovalec prinese izdelek, ki še ne stoji ali ne deluje; učenci z dotikom, gibanjem in preizkusom iščejo način, kako bi ga izboljšali pri temi »gibljiva figura«.</w:t>
            </w:r>
          </w:p>
        </w:tc>
      </w:tr>
      <w:tr w:rsidR="00080BF0" w14:paraId="47964B68" w14:textId="77777777">
        <w:trPr>
          <w:cantSplit/>
          <w:jc w:val="center"/>
        </w:trPr>
        <w:tc>
          <w:tcPr>
            <w:tcW w:w="14060" w:type="dxa"/>
            <w:gridSpan w:val="6"/>
            <w:tcMar>
              <w:top w:w="70" w:type="dxa"/>
              <w:left w:w="90" w:type="dxa"/>
              <w:bottom w:w="70" w:type="dxa"/>
              <w:right w:w="90" w:type="dxa"/>
            </w:tcMar>
            <w:vAlign w:val="center"/>
          </w:tcPr>
          <w:p w14:paraId="2FC10815" w14:textId="77777777" w:rsidR="00080BF0" w:rsidRDefault="00080BF0"/>
          <w:p w14:paraId="1B5FDC62" w14:textId="77777777" w:rsidR="00080BF0" w:rsidRDefault="00000000">
            <w:pPr>
              <w:spacing w:line="245" w:lineRule="auto"/>
            </w:pPr>
            <w:r>
              <w:rPr>
                <w:b/>
                <w:color w:val="000000"/>
                <w:sz w:val="15"/>
              </w:rPr>
              <w:t xml:space="preserve">UČNE ENOTE: </w:t>
            </w:r>
            <w:r>
              <w:rPr>
                <w:color w:val="000000"/>
                <w:sz w:val="15"/>
              </w:rPr>
              <w:t>1. ura – Gibljiva figura – Opazujem, preizkušam, načrtujem • 2. ura – Gibljiva figura ali barčica – Individualni praktični dokaz</w:t>
            </w:r>
          </w:p>
        </w:tc>
      </w:tr>
      <w:tr w:rsidR="00080BF0" w14:paraId="25C50D0F" w14:textId="77777777">
        <w:trPr>
          <w:cantSplit/>
          <w:jc w:val="center"/>
        </w:trPr>
        <w:tc>
          <w:tcPr>
            <w:tcW w:w="14060" w:type="dxa"/>
            <w:gridSpan w:val="6"/>
            <w:tcMar>
              <w:top w:w="70" w:type="dxa"/>
              <w:left w:w="90" w:type="dxa"/>
              <w:bottom w:w="70" w:type="dxa"/>
              <w:right w:w="90" w:type="dxa"/>
            </w:tcMar>
            <w:vAlign w:val="center"/>
          </w:tcPr>
          <w:p w14:paraId="6BD7AA46" w14:textId="77777777" w:rsidR="00080BF0" w:rsidRDefault="00080BF0"/>
          <w:p w14:paraId="4BAC22EF"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402C39A1" w14:textId="77777777">
        <w:trPr>
          <w:cantSplit/>
          <w:jc w:val="center"/>
        </w:trPr>
        <w:tc>
          <w:tcPr>
            <w:tcW w:w="14060" w:type="dxa"/>
            <w:gridSpan w:val="6"/>
            <w:tcMar>
              <w:top w:w="70" w:type="dxa"/>
              <w:left w:w="90" w:type="dxa"/>
              <w:bottom w:w="70" w:type="dxa"/>
              <w:right w:w="90" w:type="dxa"/>
            </w:tcMar>
            <w:vAlign w:val="center"/>
          </w:tcPr>
          <w:p w14:paraId="1392B0F3" w14:textId="77777777" w:rsidR="00080BF0" w:rsidRDefault="00080BF0"/>
          <w:p w14:paraId="7D9B0C1A"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2D40AE4C" w14:textId="77777777">
        <w:trPr>
          <w:cantSplit/>
          <w:jc w:val="center"/>
        </w:trPr>
        <w:tc>
          <w:tcPr>
            <w:tcW w:w="14060" w:type="dxa"/>
            <w:gridSpan w:val="6"/>
            <w:tcMar>
              <w:top w:w="70" w:type="dxa"/>
              <w:left w:w="90" w:type="dxa"/>
              <w:bottom w:w="70" w:type="dxa"/>
              <w:right w:w="90" w:type="dxa"/>
            </w:tcMar>
            <w:vAlign w:val="center"/>
          </w:tcPr>
          <w:p w14:paraId="7BABBCD0" w14:textId="77777777" w:rsidR="00080BF0" w:rsidRDefault="00080BF0"/>
          <w:p w14:paraId="067763EA"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5DA6A155" w14:textId="77777777">
        <w:trPr>
          <w:cantSplit/>
          <w:jc w:val="center"/>
        </w:trPr>
        <w:tc>
          <w:tcPr>
            <w:tcW w:w="14060" w:type="dxa"/>
            <w:gridSpan w:val="6"/>
            <w:tcMar>
              <w:top w:w="70" w:type="dxa"/>
              <w:left w:w="90" w:type="dxa"/>
              <w:bottom w:w="70" w:type="dxa"/>
              <w:right w:w="90" w:type="dxa"/>
            </w:tcMar>
            <w:vAlign w:val="center"/>
          </w:tcPr>
          <w:p w14:paraId="256B6C7B" w14:textId="77777777" w:rsidR="00080BF0" w:rsidRDefault="00080BF0"/>
          <w:p w14:paraId="252D807A" w14:textId="77777777" w:rsidR="00080BF0" w:rsidRDefault="00000000">
            <w:pPr>
              <w:spacing w:line="245" w:lineRule="auto"/>
            </w:pPr>
            <w:r>
              <w:rPr>
                <w:b/>
                <w:color w:val="000000"/>
                <w:sz w:val="15"/>
              </w:rPr>
              <w:t xml:space="preserve">MEDPREDMETNE POVEZAVE: </w:t>
            </w:r>
            <w:r>
              <w:rPr>
                <w:color w:val="000000"/>
                <w:sz w:val="15"/>
              </w:rPr>
              <w:t>SPO – gibanje, voda, potisk, vlek in sodelovanje; SLJ – poslušanje, opis opažanja, poimenovanje postopka in predstavitev; MAT – oblike, razvrščanje, vzorci in prostorski odnosi; ŠPO – gibalna črta, telesna skulptura, smer in ravnotežje; GUM – ritem, ponavljanje.</w:t>
            </w:r>
          </w:p>
        </w:tc>
      </w:tr>
      <w:tr w:rsidR="00080BF0" w14:paraId="48A1FC2C" w14:textId="77777777">
        <w:trPr>
          <w:cantSplit/>
          <w:jc w:val="center"/>
        </w:trPr>
        <w:tc>
          <w:tcPr>
            <w:tcW w:w="14060" w:type="dxa"/>
            <w:gridSpan w:val="6"/>
            <w:tcMar>
              <w:top w:w="70" w:type="dxa"/>
              <w:left w:w="90" w:type="dxa"/>
              <w:bottom w:w="70" w:type="dxa"/>
              <w:right w:w="90" w:type="dxa"/>
            </w:tcMar>
            <w:vAlign w:val="center"/>
          </w:tcPr>
          <w:p w14:paraId="5C8831FD" w14:textId="77777777" w:rsidR="00080BF0" w:rsidRDefault="00080BF0"/>
          <w:p w14:paraId="6FF29744" w14:textId="77777777" w:rsidR="00080BF0" w:rsidRDefault="00000000">
            <w:pPr>
              <w:spacing w:line="245" w:lineRule="auto"/>
            </w:pPr>
            <w:r>
              <w:rPr>
                <w:b/>
                <w:color w:val="000000"/>
                <w:sz w:val="15"/>
              </w:rPr>
              <w:t xml:space="preserve">UČNA SREDSTVA IN PRIPOMOČKI: </w:t>
            </w:r>
            <w:r>
              <w:rPr>
                <w:color w:val="000000"/>
                <w:sz w:val="15"/>
              </w:rPr>
              <w:t>glina ali mehka modelirna masa, karton, čista embalaža, lesene paličice, papirnate sponke, vrvica, lepilni trak in varne škarje; fotografija, reprodukcija ali resnični predmet za opazovanje; kartice namena in meril; talne oznake štirih postaj; mapa dokazov; sredstva za čiščenje in pospravljanje</w:t>
            </w:r>
          </w:p>
        </w:tc>
      </w:tr>
      <w:tr w:rsidR="00080BF0" w14:paraId="44895671" w14:textId="77777777">
        <w:trPr>
          <w:cantSplit/>
          <w:jc w:val="center"/>
        </w:trPr>
        <w:tc>
          <w:tcPr>
            <w:tcW w:w="14060" w:type="dxa"/>
            <w:gridSpan w:val="6"/>
            <w:tcMar>
              <w:top w:w="70" w:type="dxa"/>
              <w:left w:w="90" w:type="dxa"/>
              <w:bottom w:w="70" w:type="dxa"/>
              <w:right w:w="90" w:type="dxa"/>
            </w:tcMar>
            <w:vAlign w:val="center"/>
          </w:tcPr>
          <w:p w14:paraId="0953F031" w14:textId="77777777" w:rsidR="00080BF0" w:rsidRDefault="00080BF0"/>
          <w:p w14:paraId="743230DC"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3C81BE43" w14:textId="77777777">
        <w:trPr>
          <w:cantSplit/>
          <w:jc w:val="center"/>
        </w:trPr>
        <w:tc>
          <w:tcPr>
            <w:tcW w:w="14060" w:type="dxa"/>
            <w:gridSpan w:val="6"/>
            <w:tcMar>
              <w:top w:w="70" w:type="dxa"/>
              <w:left w:w="90" w:type="dxa"/>
              <w:bottom w:w="70" w:type="dxa"/>
              <w:right w:w="90" w:type="dxa"/>
            </w:tcMar>
            <w:vAlign w:val="center"/>
          </w:tcPr>
          <w:p w14:paraId="63C603E4" w14:textId="77777777" w:rsidR="00080BF0" w:rsidRDefault="00080BF0"/>
          <w:p w14:paraId="3E902FAC" w14:textId="77777777" w:rsidR="00080BF0" w:rsidRDefault="00000000">
            <w:pPr>
              <w:spacing w:line="245" w:lineRule="auto"/>
            </w:pPr>
            <w:r>
              <w:rPr>
                <w:b/>
                <w:color w:val="000000"/>
                <w:sz w:val="15"/>
              </w:rPr>
              <w:t xml:space="preserve">OCENJEVANJE / DAN DEJAVNOSTI: </w:t>
            </w:r>
            <w:r>
              <w:rPr>
                <w:color w:val="000000"/>
                <w:sz w:val="15"/>
              </w:rPr>
              <w:t>OCENJEVANJE 2: praktična izdelava gibljive figure ali barčice, preizkus delovanja oziroma stabilnosti in kratka razlaga postopka</w:t>
            </w:r>
          </w:p>
        </w:tc>
      </w:tr>
      <w:tr w:rsidR="00080BF0" w14:paraId="6BBD51D3" w14:textId="77777777">
        <w:trPr>
          <w:cantSplit/>
          <w:jc w:val="center"/>
        </w:trPr>
        <w:tc>
          <w:tcPr>
            <w:tcW w:w="14060" w:type="dxa"/>
            <w:gridSpan w:val="6"/>
            <w:tcMar>
              <w:top w:w="70" w:type="dxa"/>
              <w:left w:w="90" w:type="dxa"/>
              <w:bottom w:w="70" w:type="dxa"/>
              <w:right w:w="90" w:type="dxa"/>
            </w:tcMar>
            <w:vAlign w:val="center"/>
          </w:tcPr>
          <w:p w14:paraId="586CF5F1" w14:textId="77777777" w:rsidR="00080BF0" w:rsidRDefault="00080BF0"/>
          <w:p w14:paraId="67240414"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58F8EE5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8A188E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0DC1542"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62871C5" w14:textId="77777777" w:rsidR="00080BF0" w:rsidRDefault="00000000">
            <w:pPr>
              <w:jc w:val="center"/>
            </w:pPr>
            <w:r>
              <w:rPr>
                <w:b/>
                <w:color w:val="000000"/>
                <w:sz w:val="20"/>
              </w:rPr>
              <w:t>UČNE DEJAVNOSTI, METODE IN FORMATIVNO SPREMLJANJE</w:t>
            </w:r>
          </w:p>
        </w:tc>
      </w:tr>
      <w:tr w:rsidR="00080BF0" w14:paraId="79C7A806" w14:textId="77777777">
        <w:trPr>
          <w:tblHeader/>
          <w:jc w:val="center"/>
        </w:trPr>
        <w:tc>
          <w:tcPr>
            <w:tcW w:w="4422" w:type="dxa"/>
            <w:vMerge/>
            <w:tcMar>
              <w:top w:w="70" w:type="dxa"/>
              <w:left w:w="90" w:type="dxa"/>
              <w:bottom w:w="70" w:type="dxa"/>
              <w:right w:w="90" w:type="dxa"/>
            </w:tcMar>
            <w:vAlign w:val="center"/>
          </w:tcPr>
          <w:p w14:paraId="380CF263" w14:textId="77777777" w:rsidR="00080BF0" w:rsidRDefault="00080BF0"/>
        </w:tc>
        <w:tc>
          <w:tcPr>
            <w:tcW w:w="7087" w:type="dxa"/>
            <w:shd w:val="clear" w:color="auto" w:fill="FFFFFF"/>
            <w:tcMar>
              <w:top w:w="70" w:type="dxa"/>
              <w:left w:w="90" w:type="dxa"/>
              <w:bottom w:w="70" w:type="dxa"/>
              <w:right w:w="90" w:type="dxa"/>
            </w:tcMar>
            <w:vAlign w:val="center"/>
          </w:tcPr>
          <w:p w14:paraId="63BB80D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B4B1093" w14:textId="77777777" w:rsidR="00080BF0" w:rsidRDefault="00000000">
            <w:pPr>
              <w:jc w:val="center"/>
            </w:pPr>
            <w:r>
              <w:rPr>
                <w:b/>
                <w:color w:val="000000"/>
              </w:rPr>
              <w:t>UČENEC</w:t>
            </w:r>
          </w:p>
        </w:tc>
      </w:tr>
      <w:tr w:rsidR="00080BF0" w14:paraId="5FB4118D" w14:textId="77777777">
        <w:trPr>
          <w:jc w:val="center"/>
        </w:trPr>
        <w:tc>
          <w:tcPr>
            <w:tcW w:w="4422" w:type="dxa"/>
            <w:tcMar>
              <w:top w:w="70" w:type="dxa"/>
              <w:left w:w="90" w:type="dxa"/>
              <w:bottom w:w="70" w:type="dxa"/>
              <w:right w:w="90" w:type="dxa"/>
            </w:tcMar>
          </w:tcPr>
          <w:p w14:paraId="7B85D919" w14:textId="77777777" w:rsidR="00080BF0" w:rsidRDefault="00080BF0"/>
          <w:p w14:paraId="58E69C13" w14:textId="77777777" w:rsidR="00080BF0" w:rsidRDefault="00000000">
            <w:pPr>
              <w:spacing w:after="60" w:line="245" w:lineRule="auto"/>
            </w:pPr>
            <w:r>
              <w:rPr>
                <w:b/>
                <w:color w:val="000000"/>
              </w:rPr>
              <w:t>UČNI CILJI</w:t>
            </w:r>
          </w:p>
          <w:p w14:paraId="21FE78D2" w14:textId="77777777" w:rsidR="00080BF0" w:rsidRDefault="00000000">
            <w:pPr>
              <w:spacing w:after="20" w:line="245" w:lineRule="auto"/>
            </w:pPr>
            <w:r>
              <w:rPr>
                <w:b/>
                <w:color w:val="000000"/>
                <w:sz w:val="17"/>
              </w:rPr>
              <w:t>SPLOŠNI</w:t>
            </w:r>
          </w:p>
          <w:p w14:paraId="3A6DC3B1"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1FF92802"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34808BE0"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4282DE3A"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31942658" w14:textId="77777777" w:rsidR="00080BF0" w:rsidRDefault="00000000">
            <w:pPr>
              <w:spacing w:before="40" w:after="20" w:line="245" w:lineRule="auto"/>
            </w:pPr>
            <w:r>
              <w:rPr>
                <w:b/>
                <w:color w:val="000000"/>
                <w:sz w:val="17"/>
              </w:rPr>
              <w:t>OPERATIVNI</w:t>
            </w:r>
          </w:p>
          <w:p w14:paraId="1B8FDE8E" w14:textId="77777777" w:rsidR="00080BF0" w:rsidRDefault="00000000">
            <w:pPr>
              <w:pStyle w:val="Oznaenseznam"/>
              <w:spacing w:after="16"/>
            </w:pPr>
            <w:r>
              <w:rPr>
                <w:color w:val="000000"/>
                <w:sz w:val="16"/>
              </w:rPr>
              <w:t>načrtuje preprost gibljiv izdelek</w:t>
            </w:r>
          </w:p>
          <w:p w14:paraId="7959A63B" w14:textId="77777777" w:rsidR="00080BF0" w:rsidRDefault="00000000">
            <w:pPr>
              <w:pStyle w:val="Oznaenseznam"/>
              <w:spacing w:after="16"/>
            </w:pPr>
            <w:r>
              <w:rPr>
                <w:color w:val="000000"/>
                <w:sz w:val="16"/>
              </w:rPr>
              <w:t>spaja dele</w:t>
            </w:r>
          </w:p>
          <w:p w14:paraId="7F4B0B8F" w14:textId="77777777" w:rsidR="00080BF0" w:rsidRDefault="00000000">
            <w:pPr>
              <w:pStyle w:val="Oznaenseznam"/>
              <w:spacing w:after="16"/>
            </w:pPr>
            <w:r>
              <w:rPr>
                <w:color w:val="000000"/>
                <w:sz w:val="16"/>
              </w:rPr>
              <w:t>preizkusi delovanje</w:t>
            </w:r>
          </w:p>
          <w:p w14:paraId="7D075CF7" w14:textId="77777777" w:rsidR="00080BF0" w:rsidRDefault="00000000">
            <w:pPr>
              <w:spacing w:before="40" w:after="20" w:line="245" w:lineRule="auto"/>
            </w:pPr>
            <w:r>
              <w:rPr>
                <w:b/>
                <w:color w:val="000000"/>
                <w:sz w:val="17"/>
              </w:rPr>
              <w:t>PRIČAKOVANI DOSEŽKI / MINIMALNI POUDARKI</w:t>
            </w:r>
          </w:p>
          <w:p w14:paraId="1E865EDA" w14:textId="77777777" w:rsidR="00080BF0" w:rsidRDefault="00000000">
            <w:pPr>
              <w:pStyle w:val="Oznaenseznam"/>
              <w:spacing w:after="16"/>
            </w:pPr>
            <w:r>
              <w:rPr>
                <w:color w:val="000000"/>
                <w:sz w:val="15"/>
              </w:rPr>
              <w:t>samostojno oziroma z dogovorjeno oporo načrtuje preprost gibljiv izdelek</w:t>
            </w:r>
          </w:p>
          <w:p w14:paraId="23F1930F" w14:textId="77777777" w:rsidR="00080BF0" w:rsidRDefault="00000000">
            <w:pPr>
              <w:pStyle w:val="Oznaenseznam"/>
              <w:spacing w:after="16"/>
            </w:pPr>
            <w:r>
              <w:rPr>
                <w:color w:val="000000"/>
                <w:sz w:val="15"/>
              </w:rPr>
              <w:t>samostojno oziroma z dogovorjeno oporo spaja dele</w:t>
            </w:r>
          </w:p>
          <w:p w14:paraId="05A37354" w14:textId="77777777" w:rsidR="00080BF0" w:rsidRDefault="00000000">
            <w:pPr>
              <w:pStyle w:val="Oznaenseznam"/>
              <w:spacing w:after="16"/>
            </w:pPr>
            <w:r>
              <w:rPr>
                <w:color w:val="000000"/>
                <w:sz w:val="15"/>
              </w:rPr>
              <w:t>samostojno oziroma z dogovorjeno oporo preizkusi delovanje</w:t>
            </w:r>
          </w:p>
        </w:tc>
        <w:tc>
          <w:tcPr>
            <w:tcW w:w="7087" w:type="dxa"/>
            <w:tcMar>
              <w:top w:w="70" w:type="dxa"/>
              <w:left w:w="90" w:type="dxa"/>
              <w:bottom w:w="70" w:type="dxa"/>
              <w:right w:w="90" w:type="dxa"/>
            </w:tcMar>
          </w:tcPr>
          <w:p w14:paraId="6A8C1EE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290459F8" w14:textId="77777777">
              <w:trPr>
                <w:jc w:val="center"/>
              </w:trPr>
              <w:tc>
                <w:tcPr>
                  <w:tcW w:w="7087" w:type="dxa"/>
                  <w:shd w:val="clear" w:color="auto" w:fill="C6E7F3"/>
                  <w:tcMar>
                    <w:top w:w="45" w:type="dxa"/>
                    <w:left w:w="70" w:type="dxa"/>
                    <w:bottom w:w="45" w:type="dxa"/>
                    <w:right w:w="70" w:type="dxa"/>
                  </w:tcMar>
                </w:tcPr>
                <w:p w14:paraId="1C8B59E5" w14:textId="77777777" w:rsidR="00080BF0" w:rsidRDefault="00000000">
                  <w:pPr>
                    <w:keepNext/>
                  </w:pPr>
                  <w:r>
                    <w:rPr>
                      <w:b/>
                      <w:color w:val="000000"/>
                    </w:rPr>
                    <w:t>UVODNI DEL – likovna uganka, opazovanje, aktivacija predznanja in namen učenja (8–12 min)</w:t>
                  </w:r>
                </w:p>
              </w:tc>
            </w:tr>
          </w:tbl>
          <w:p w14:paraId="26FC4647" w14:textId="77777777" w:rsidR="00080BF0" w:rsidRDefault="00080BF0">
            <w:pPr>
              <w:spacing w:line="20" w:lineRule="exact"/>
            </w:pPr>
          </w:p>
          <w:p w14:paraId="3720DAB3" w14:textId="77777777" w:rsidR="00080BF0" w:rsidRDefault="00000000">
            <w:pPr>
              <w:spacing w:before="40" w:after="60" w:line="245" w:lineRule="auto"/>
            </w:pPr>
            <w:r>
              <w:rPr>
                <w:color w:val="000000"/>
                <w:sz w:val="16"/>
              </w:rPr>
              <w:t>Ob književnem motivu »Bobek in barčica« – Anja Štefan učenci vstopijo v temo gibanje, voda, potisk, vlek in sodelovanje. Učiteljica pokaže fotografijo, reprodukcijo, predmet ali material in pove kratko likovno zgodbo: mali oblikovalec prinese izdelek, ki še ne stoji ali ne deluje; učenci z dotikom, gibanjem in preizkusom iščejo način, kako bi ga izboljšali pri temi »gibljiva figura«. Tematska rešitev: izdela gibljivo figuro ali preprosto barčico. Učenci najprej tiho opazujejo, nato prvi odziv pokažejo z gibanjem, izbiro kartice, materialnim poskusom, skico ali kratko razlago. Pred individualnim dokazom obnovijo javna merila in dovoljene opore; po dokazovanju določijo naslednji korak.</w:t>
            </w:r>
          </w:p>
          <w:tbl>
            <w:tblPr>
              <w:tblStyle w:val="Tabelamrea"/>
              <w:tblW w:w="0" w:type="auto"/>
              <w:jc w:val="center"/>
              <w:tblLayout w:type="fixed"/>
              <w:tblLook w:val="04A0" w:firstRow="1" w:lastRow="0" w:firstColumn="1" w:lastColumn="0" w:noHBand="0" w:noVBand="1"/>
            </w:tblPr>
            <w:tblGrid>
              <w:gridCol w:w="7087"/>
            </w:tblGrid>
            <w:tr w:rsidR="00080BF0" w14:paraId="0A58ADC8" w14:textId="77777777">
              <w:trPr>
                <w:jc w:val="center"/>
              </w:trPr>
              <w:tc>
                <w:tcPr>
                  <w:tcW w:w="7087" w:type="dxa"/>
                  <w:shd w:val="clear" w:color="auto" w:fill="EDC9EA"/>
                  <w:tcMar>
                    <w:top w:w="45" w:type="dxa"/>
                    <w:left w:w="70" w:type="dxa"/>
                    <w:bottom w:w="45" w:type="dxa"/>
                    <w:right w:w="70" w:type="dxa"/>
                  </w:tcMar>
                </w:tcPr>
                <w:p w14:paraId="0272D4C1" w14:textId="77777777" w:rsidR="00080BF0" w:rsidRDefault="00000000">
                  <w:pPr>
                    <w:keepNext/>
                  </w:pPr>
                  <w:r>
                    <w:rPr>
                      <w:b/>
                      <w:color w:val="000000"/>
                    </w:rPr>
                    <w:t>NAMENI UČENJA</w:t>
                  </w:r>
                </w:p>
              </w:tc>
            </w:tr>
          </w:tbl>
          <w:p w14:paraId="070F97F2" w14:textId="77777777" w:rsidR="00080BF0" w:rsidRDefault="00080BF0">
            <w:pPr>
              <w:spacing w:line="20" w:lineRule="exact"/>
            </w:pPr>
          </w:p>
          <w:p w14:paraId="7C44D18E"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77281D70" w14:textId="77777777" w:rsidR="00080BF0" w:rsidRDefault="00000000">
            <w:pPr>
              <w:pStyle w:val="Oznaenseznam"/>
              <w:spacing w:after="16"/>
            </w:pPr>
            <w:r>
              <w:rPr>
                <w:color w:val="000000"/>
                <w:sz w:val="16"/>
              </w:rPr>
              <w:t>načrtujem preprost gibljiv izdelek</w:t>
            </w:r>
          </w:p>
          <w:p w14:paraId="58FE375D" w14:textId="77777777" w:rsidR="00080BF0" w:rsidRDefault="00000000">
            <w:pPr>
              <w:pStyle w:val="Oznaenseznam"/>
              <w:spacing w:after="16"/>
            </w:pPr>
            <w:r>
              <w:rPr>
                <w:color w:val="000000"/>
                <w:sz w:val="16"/>
              </w:rPr>
              <w:t>spajam dele</w:t>
            </w:r>
          </w:p>
          <w:p w14:paraId="2B9ED75C" w14:textId="77777777" w:rsidR="00080BF0" w:rsidRDefault="00000000">
            <w:pPr>
              <w:pStyle w:val="Oznaenseznam"/>
              <w:spacing w:after="16"/>
            </w:pPr>
            <w:r>
              <w:rPr>
                <w:color w:val="000000"/>
                <w:sz w:val="16"/>
              </w:rPr>
              <w:t>preizkusim delovanje</w:t>
            </w:r>
          </w:p>
          <w:tbl>
            <w:tblPr>
              <w:tblStyle w:val="Tabelamrea"/>
              <w:tblW w:w="0" w:type="auto"/>
              <w:jc w:val="center"/>
              <w:tblLayout w:type="fixed"/>
              <w:tblLook w:val="04A0" w:firstRow="1" w:lastRow="0" w:firstColumn="1" w:lastColumn="0" w:noHBand="0" w:noVBand="1"/>
            </w:tblPr>
            <w:tblGrid>
              <w:gridCol w:w="7087"/>
            </w:tblGrid>
            <w:tr w:rsidR="00080BF0" w14:paraId="50CA772A" w14:textId="77777777">
              <w:trPr>
                <w:jc w:val="center"/>
              </w:trPr>
              <w:tc>
                <w:tcPr>
                  <w:tcW w:w="7087" w:type="dxa"/>
                  <w:shd w:val="clear" w:color="auto" w:fill="EDC9EA"/>
                  <w:tcMar>
                    <w:top w:w="45" w:type="dxa"/>
                    <w:left w:w="70" w:type="dxa"/>
                    <w:bottom w:w="45" w:type="dxa"/>
                    <w:right w:w="70" w:type="dxa"/>
                  </w:tcMar>
                </w:tcPr>
                <w:p w14:paraId="07B89F78" w14:textId="77777777" w:rsidR="00080BF0" w:rsidRDefault="00000000">
                  <w:pPr>
                    <w:keepNext/>
                  </w:pPr>
                  <w:r>
                    <w:rPr>
                      <w:b/>
                      <w:color w:val="000000"/>
                    </w:rPr>
                    <w:t>PREVERJANJE PREDZNANJA</w:t>
                  </w:r>
                </w:p>
              </w:tc>
            </w:tr>
          </w:tbl>
          <w:p w14:paraId="024A656C" w14:textId="77777777" w:rsidR="00080BF0" w:rsidRDefault="00080BF0">
            <w:pPr>
              <w:spacing w:line="20" w:lineRule="exact"/>
            </w:pPr>
          </w:p>
          <w:p w14:paraId="7B218792" w14:textId="77777777" w:rsidR="00080BF0" w:rsidRDefault="00000000">
            <w:pPr>
              <w:pStyle w:val="Oznaenseznam"/>
              <w:spacing w:after="16"/>
            </w:pPr>
            <w:r>
              <w:rPr>
                <w:color w:val="000000"/>
                <w:sz w:val="16"/>
              </w:rPr>
              <w:t>Kaj najprej opazim pri motivu, predmetu ali materialu, povezanem s temo »GIBLJIVA FIGURA«?</w:t>
            </w:r>
          </w:p>
          <w:p w14:paraId="505AD3BE"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4779F990"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05DB3CD6" w14:textId="77777777">
              <w:trPr>
                <w:jc w:val="center"/>
              </w:trPr>
              <w:tc>
                <w:tcPr>
                  <w:tcW w:w="7087" w:type="dxa"/>
                  <w:shd w:val="clear" w:color="auto" w:fill="EDC9EA"/>
                  <w:tcMar>
                    <w:top w:w="45" w:type="dxa"/>
                    <w:left w:w="70" w:type="dxa"/>
                    <w:bottom w:w="45" w:type="dxa"/>
                    <w:right w:w="70" w:type="dxa"/>
                  </w:tcMar>
                </w:tcPr>
                <w:p w14:paraId="2D67E57A" w14:textId="77777777" w:rsidR="00080BF0" w:rsidRDefault="00000000">
                  <w:pPr>
                    <w:keepNext/>
                  </w:pPr>
                  <w:r>
                    <w:rPr>
                      <w:b/>
                      <w:color w:val="000000"/>
                    </w:rPr>
                    <w:t>KRITERIJI USPEŠNOSTI</w:t>
                  </w:r>
                </w:p>
              </w:tc>
            </w:tr>
          </w:tbl>
          <w:p w14:paraId="46B9841B" w14:textId="77777777" w:rsidR="00080BF0" w:rsidRDefault="00080BF0"/>
          <w:p w14:paraId="560DD9A6" w14:textId="77777777" w:rsidR="00080BF0" w:rsidRDefault="00000000">
            <w:pPr>
              <w:spacing w:before="20" w:after="20" w:line="245" w:lineRule="auto"/>
            </w:pPr>
            <w:r>
              <w:rPr>
                <w:b/>
                <w:color w:val="000000"/>
                <w:sz w:val="16"/>
              </w:rPr>
              <w:t>Uspešen/-na bom, ko:</w:t>
            </w:r>
          </w:p>
          <w:p w14:paraId="6C6386F9" w14:textId="77777777" w:rsidR="00080BF0" w:rsidRDefault="00000000">
            <w:pPr>
              <w:pStyle w:val="Oznaenseznam"/>
              <w:spacing w:after="16"/>
            </w:pPr>
            <w:r>
              <w:rPr>
                <w:color w:val="000000"/>
                <w:sz w:val="16"/>
              </w:rPr>
              <w:t>načrtujem preprost gibljiv izdelek</w:t>
            </w:r>
          </w:p>
          <w:p w14:paraId="413DFE36" w14:textId="77777777" w:rsidR="00080BF0" w:rsidRDefault="00000000">
            <w:pPr>
              <w:pStyle w:val="Oznaenseznam"/>
              <w:spacing w:after="16"/>
            </w:pPr>
            <w:r>
              <w:rPr>
                <w:color w:val="000000"/>
                <w:sz w:val="16"/>
              </w:rPr>
              <w:t>spajam dele</w:t>
            </w:r>
          </w:p>
          <w:p w14:paraId="024E2BEC" w14:textId="77777777" w:rsidR="00080BF0" w:rsidRDefault="00000000">
            <w:pPr>
              <w:pStyle w:val="Oznaenseznam"/>
              <w:spacing w:after="16"/>
            </w:pPr>
            <w:r>
              <w:rPr>
                <w:color w:val="000000"/>
                <w:sz w:val="16"/>
              </w:rPr>
              <w:t>preizkusim delovanje</w:t>
            </w:r>
          </w:p>
          <w:p w14:paraId="0BF7A918" w14:textId="77777777" w:rsidR="00080BF0" w:rsidRDefault="00000000">
            <w:pPr>
              <w:pStyle w:val="Oznaenseznam"/>
              <w:spacing w:after="16"/>
            </w:pPr>
            <w:r>
              <w:rPr>
                <w:color w:val="000000"/>
                <w:sz w:val="15"/>
              </w:rPr>
              <w:t>varno in namensko uporabim material, zaščitim prostor ter po delu uredim svojo postajo</w:t>
            </w:r>
          </w:p>
          <w:p w14:paraId="371EC594"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328E90A7" w14:textId="77777777" w:rsidR="00080BF0" w:rsidRDefault="00080BF0"/>
          <w:p w14:paraId="225035AE"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A2813F9" w14:textId="77777777" w:rsidR="00080BF0" w:rsidRDefault="00000000">
            <w:pPr>
              <w:spacing w:after="80" w:line="245" w:lineRule="auto"/>
            </w:pPr>
            <w:r>
              <w:rPr>
                <w:color w:val="000000"/>
                <w:sz w:val="16"/>
              </w:rPr>
              <w:t>Pove ali pokaže, kaj že zna opaziti in katero likovno možnost bi najprej preizkusil.</w:t>
            </w:r>
          </w:p>
          <w:p w14:paraId="6E932766" w14:textId="77777777" w:rsidR="00080BF0" w:rsidRDefault="00000000">
            <w:pPr>
              <w:spacing w:after="100" w:line="245" w:lineRule="auto"/>
            </w:pPr>
            <w:r>
              <w:rPr>
                <w:color w:val="000000"/>
                <w:sz w:val="16"/>
              </w:rPr>
              <w:t>Sodeluje pri razumevanju namena, meril uspešnosti, varne rabe pripomočkov in načina dokazovanja.</w:t>
            </w:r>
          </w:p>
          <w:p w14:paraId="1E5B5C48" w14:textId="77777777" w:rsidR="00080BF0" w:rsidRDefault="00000000">
            <w:pPr>
              <w:spacing w:after="20" w:line="245" w:lineRule="auto"/>
            </w:pPr>
            <w:r>
              <w:rPr>
                <w:b/>
                <w:color w:val="D95BC6"/>
                <w:sz w:val="17"/>
              </w:rPr>
              <w:t>DOKAZ O UČENJU</w:t>
            </w:r>
          </w:p>
          <w:p w14:paraId="31F0031C"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1A1239E6"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DF7142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843E0B4"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F104369" w14:textId="77777777" w:rsidR="00080BF0" w:rsidRDefault="00000000">
            <w:pPr>
              <w:jc w:val="center"/>
            </w:pPr>
            <w:r>
              <w:rPr>
                <w:b/>
                <w:color w:val="000000"/>
                <w:sz w:val="20"/>
              </w:rPr>
              <w:t>UČNE DEJAVNOSTI, METODE IN FORMATIVNO SPREMLJANJE</w:t>
            </w:r>
          </w:p>
        </w:tc>
      </w:tr>
      <w:tr w:rsidR="00080BF0" w14:paraId="7EFB8AA3" w14:textId="77777777">
        <w:trPr>
          <w:tblHeader/>
          <w:jc w:val="center"/>
        </w:trPr>
        <w:tc>
          <w:tcPr>
            <w:tcW w:w="4422" w:type="dxa"/>
            <w:vMerge/>
            <w:tcMar>
              <w:top w:w="70" w:type="dxa"/>
              <w:left w:w="90" w:type="dxa"/>
              <w:bottom w:w="70" w:type="dxa"/>
              <w:right w:w="90" w:type="dxa"/>
            </w:tcMar>
            <w:vAlign w:val="center"/>
          </w:tcPr>
          <w:p w14:paraId="6ACDADBB" w14:textId="77777777" w:rsidR="00080BF0" w:rsidRDefault="00080BF0"/>
        </w:tc>
        <w:tc>
          <w:tcPr>
            <w:tcW w:w="7087" w:type="dxa"/>
            <w:shd w:val="clear" w:color="auto" w:fill="FFFFFF"/>
            <w:tcMar>
              <w:top w:w="70" w:type="dxa"/>
              <w:left w:w="90" w:type="dxa"/>
              <w:bottom w:w="70" w:type="dxa"/>
              <w:right w:w="90" w:type="dxa"/>
            </w:tcMar>
            <w:vAlign w:val="center"/>
          </w:tcPr>
          <w:p w14:paraId="6F8EBF4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24D6A80" w14:textId="77777777" w:rsidR="00080BF0" w:rsidRDefault="00000000">
            <w:pPr>
              <w:jc w:val="center"/>
            </w:pPr>
            <w:r>
              <w:rPr>
                <w:b/>
                <w:color w:val="000000"/>
              </w:rPr>
              <w:t>UČENEC</w:t>
            </w:r>
          </w:p>
        </w:tc>
      </w:tr>
      <w:tr w:rsidR="00080BF0" w14:paraId="16E7B60A" w14:textId="77777777">
        <w:trPr>
          <w:jc w:val="center"/>
        </w:trPr>
        <w:tc>
          <w:tcPr>
            <w:tcW w:w="4422" w:type="dxa"/>
            <w:tcMar>
              <w:top w:w="70" w:type="dxa"/>
              <w:left w:w="90" w:type="dxa"/>
              <w:bottom w:w="70" w:type="dxa"/>
              <w:right w:w="90" w:type="dxa"/>
            </w:tcMar>
          </w:tcPr>
          <w:p w14:paraId="13027CC3" w14:textId="77777777" w:rsidR="00080BF0" w:rsidRDefault="00080BF0"/>
          <w:p w14:paraId="61790DE5" w14:textId="77777777" w:rsidR="00080BF0" w:rsidRDefault="00000000">
            <w:pPr>
              <w:spacing w:after="40" w:line="245" w:lineRule="auto"/>
            </w:pPr>
            <w:r>
              <w:rPr>
                <w:b/>
                <w:color w:val="000000"/>
              </w:rPr>
              <w:t>KLJUČNI LIKOVNI POJMI</w:t>
            </w:r>
          </w:p>
          <w:p w14:paraId="7C16E7D9"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telo, prostornina, masa, spoj, stabilnost, gibanje, funkcija, preizkus</w:t>
            </w:r>
          </w:p>
          <w:p w14:paraId="15C971FC" w14:textId="77777777" w:rsidR="00080BF0" w:rsidRDefault="00000000">
            <w:pPr>
              <w:spacing w:after="20" w:line="245" w:lineRule="auto"/>
            </w:pPr>
            <w:r>
              <w:rPr>
                <w:b/>
                <w:color w:val="000000"/>
                <w:sz w:val="17"/>
              </w:rPr>
              <w:t>DOKAZI O UČENJU</w:t>
            </w:r>
          </w:p>
          <w:p w14:paraId="6C2697A7" w14:textId="77777777" w:rsidR="00080BF0" w:rsidRDefault="00000000">
            <w:pPr>
              <w:pStyle w:val="Oznaenseznam"/>
              <w:spacing w:after="9"/>
            </w:pPr>
            <w:r>
              <w:rPr>
                <w:color w:val="000000"/>
                <w:sz w:val="15"/>
              </w:rPr>
              <w:t>list materialnih poskusov, skica/načrt, učenčeva razlaga in učiteljev zapis o varni rabi pripomočkov.</w:t>
            </w:r>
          </w:p>
          <w:p w14:paraId="1F94C9F8" w14:textId="77777777" w:rsidR="00080BF0" w:rsidRDefault="00000000">
            <w:pPr>
              <w:pStyle w:val="Oznaenseznam"/>
              <w:spacing w:after="9"/>
            </w:pPr>
            <w:r>
              <w:rPr>
                <w:color w:val="000000"/>
                <w:sz w:val="15"/>
              </w:rPr>
              <w:t>individualni načrt, praktična izdelava, preizkus delovanja oziroma stabilnosti in kratka razlaga izboljšave</w:t>
            </w:r>
          </w:p>
          <w:p w14:paraId="2A1502F1" w14:textId="77777777" w:rsidR="00080BF0" w:rsidRDefault="00000000">
            <w:pPr>
              <w:spacing w:before="40" w:after="20" w:line="245" w:lineRule="auto"/>
            </w:pPr>
            <w:r>
              <w:rPr>
                <w:b/>
                <w:color w:val="000000"/>
                <w:sz w:val="17"/>
              </w:rPr>
              <w:t>LIKOVNO DOŽIVETJE IN IZKUŠENJSKI POUK</w:t>
            </w:r>
          </w:p>
          <w:p w14:paraId="031E94D9"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4740EC46" w14:textId="77777777" w:rsidR="00080BF0" w:rsidRDefault="00000000">
            <w:pPr>
              <w:spacing w:after="20" w:line="245" w:lineRule="auto"/>
            </w:pPr>
            <w:r>
              <w:rPr>
                <w:b/>
                <w:color w:val="000000"/>
                <w:sz w:val="17"/>
              </w:rPr>
              <w:t>POUČEVANJE V GIBANJU</w:t>
            </w:r>
          </w:p>
          <w:p w14:paraId="20B5100D"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5D358C4D" w14:textId="77777777" w:rsidR="00080BF0" w:rsidRDefault="00000000">
            <w:pPr>
              <w:spacing w:after="20" w:line="245" w:lineRule="auto"/>
            </w:pPr>
            <w:r>
              <w:rPr>
                <w:b/>
                <w:color w:val="000000"/>
                <w:sz w:val="17"/>
              </w:rPr>
              <w:t>DELO PO POSTAJAH</w:t>
            </w:r>
          </w:p>
          <w:p w14:paraId="6A544E0C"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3F4307AA" w14:textId="77777777" w:rsidR="00080BF0" w:rsidRDefault="00000000">
            <w:pPr>
              <w:spacing w:after="9" w:line="245" w:lineRule="auto"/>
            </w:pPr>
            <w:r>
              <w:rPr>
                <w:color w:val="000000"/>
                <w:sz w:val="14"/>
              </w:rPr>
              <w:t>1. Praktično-ocenjevalna: individualno načrtujem, spajam, preizkusim delovanje oziroma stabilnost in pojasnim izboljšavo.</w:t>
            </w:r>
          </w:p>
          <w:p w14:paraId="0989CE6A" w14:textId="77777777" w:rsidR="00080BF0" w:rsidRDefault="00000000">
            <w:pPr>
              <w:spacing w:after="9" w:line="245" w:lineRule="auto"/>
            </w:pPr>
            <w:r>
              <w:rPr>
                <w:color w:val="000000"/>
                <w:sz w:val="14"/>
              </w:rPr>
              <w:t>2. Materialno-spojna: primerjam varne načine spajanja kartona, paličic, sponk, traku ali vrvice.</w:t>
            </w:r>
          </w:p>
          <w:p w14:paraId="06C08131" w14:textId="77777777" w:rsidR="00080BF0" w:rsidRDefault="00000000">
            <w:pPr>
              <w:spacing w:after="9" w:line="245" w:lineRule="auto"/>
            </w:pPr>
            <w:r>
              <w:rPr>
                <w:color w:val="000000"/>
                <w:sz w:val="14"/>
              </w:rPr>
              <w:t>3. Gibalno-preizkusna: z modelom na označeni poti preverim gibanje, ravnotežje, plovnost v suhem modelu ali stabilnost.</w:t>
            </w:r>
          </w:p>
          <w:p w14:paraId="2228EF9F" w14:textId="77777777" w:rsidR="00080BF0" w:rsidRDefault="00000000">
            <w:pPr>
              <w:spacing w:after="9" w:line="245" w:lineRule="auto"/>
            </w:pPr>
            <w:r>
              <w:rPr>
                <w:color w:val="000000"/>
                <w:sz w:val="14"/>
              </w:rPr>
              <w:t>4. Načrtovalna: s skico in puščico pokažem, kateri del deluje in katerega bi spremenil/-a.</w:t>
            </w:r>
          </w:p>
          <w:p w14:paraId="177D70CB" w14:textId="77777777" w:rsidR="00080BF0" w:rsidRDefault="00000000">
            <w:pPr>
              <w:spacing w:after="20" w:line="245" w:lineRule="auto"/>
            </w:pPr>
            <w:r>
              <w:rPr>
                <w:b/>
                <w:color w:val="000000"/>
                <w:sz w:val="17"/>
              </w:rPr>
              <w:t>DIFERENCIACIJA IN VKLJUČEVANJE</w:t>
            </w:r>
          </w:p>
          <w:p w14:paraId="425CE0E8"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002CF0DD" w14:textId="77777777" w:rsidR="00080BF0" w:rsidRDefault="00000000">
            <w:pPr>
              <w:spacing w:after="20" w:line="245" w:lineRule="auto"/>
            </w:pPr>
            <w:r>
              <w:rPr>
                <w:b/>
                <w:color w:val="000000"/>
                <w:sz w:val="17"/>
              </w:rPr>
              <w:t>SPREMLJANJE</w:t>
            </w:r>
          </w:p>
          <w:p w14:paraId="5720F3D3"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2636BF92"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7A13DDE" w14:textId="77777777">
              <w:trPr>
                <w:jc w:val="center"/>
              </w:trPr>
              <w:tc>
                <w:tcPr>
                  <w:tcW w:w="7087" w:type="dxa"/>
                  <w:shd w:val="clear" w:color="auto" w:fill="C6E7F3"/>
                  <w:tcMar>
                    <w:top w:w="45" w:type="dxa"/>
                    <w:left w:w="70" w:type="dxa"/>
                    <w:bottom w:w="45" w:type="dxa"/>
                    <w:right w:w="70" w:type="dxa"/>
                  </w:tcMar>
                </w:tcPr>
                <w:p w14:paraId="1D6004B4" w14:textId="77777777" w:rsidR="00080BF0" w:rsidRDefault="00000000">
                  <w:pPr>
                    <w:keepNext/>
                  </w:pPr>
                  <w:r>
                    <w:rPr>
                      <w:b/>
                      <w:color w:val="000000"/>
                      <w:sz w:val="17"/>
                    </w:rPr>
                    <w:t>GLAVNI DEL – OPAZOVANJE, MATERIALNI PREIZKUS, USTVARJANJE IN GALERIJA (2 šolski uri)</w:t>
                  </w:r>
                </w:p>
              </w:tc>
            </w:tr>
          </w:tbl>
          <w:p w14:paraId="4FCF2445" w14:textId="77777777" w:rsidR="00080BF0" w:rsidRDefault="00080BF0">
            <w:pPr>
              <w:spacing w:line="20" w:lineRule="exact"/>
            </w:pPr>
          </w:p>
          <w:p w14:paraId="58AF54DD" w14:textId="77777777" w:rsidR="00080BF0" w:rsidRDefault="00000000">
            <w:pPr>
              <w:keepNext/>
              <w:spacing w:before="22" w:after="8" w:line="245" w:lineRule="auto"/>
            </w:pPr>
            <w:r>
              <w:rPr>
                <w:b/>
                <w:color w:val="000000"/>
                <w:sz w:val="16"/>
              </w:rPr>
              <w:t>1. URA – Gibljiva figura – Opazujem, preizkušam, načrtujem</w:t>
            </w:r>
          </w:p>
          <w:p w14:paraId="59578E68"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»GIBLJIVA FIGURA«.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0EFF09BF"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69258F52"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60F819B3" w14:textId="77777777" w:rsidR="00080BF0" w:rsidRDefault="00000000">
            <w:pPr>
              <w:keepNext/>
              <w:spacing w:before="22" w:after="8" w:line="245" w:lineRule="auto"/>
            </w:pPr>
            <w:r>
              <w:rPr>
                <w:b/>
                <w:color w:val="000000"/>
                <w:sz w:val="16"/>
              </w:rPr>
              <w:t>2. URA – Gibljiva figura ali barčica – Individualni praktični dokaz</w:t>
            </w:r>
          </w:p>
          <w:p w14:paraId="28FECADC" w14:textId="77777777" w:rsidR="00080BF0" w:rsidRDefault="00000000">
            <w:pPr>
              <w:spacing w:after="10" w:line="245" w:lineRule="auto"/>
            </w:pPr>
            <w:r>
              <w:rPr>
                <w:b/>
                <w:color w:val="000000"/>
                <w:sz w:val="15"/>
              </w:rPr>
              <w:t xml:space="preserve">Dejavnost učiteljice: </w:t>
            </w:r>
            <w:r>
              <w:rPr>
                <w:color w:val="000000"/>
                <w:sz w:val="15"/>
              </w:rPr>
              <w:t>Na ocenjevalni postaji vsakemu učencu omogoči načrtovanje, varno spajanje delov in preizkus delovanja oziroma stabilnosti. Postavlja enaka kratka vprašanja o postopku, zabeleži dovoljeno oporo, opažen dokaz in predlagano izboljšavo; druge postaje omogočajo mirno znano vajo.</w:t>
            </w:r>
          </w:p>
          <w:p w14:paraId="51B923CD" w14:textId="77777777" w:rsidR="00080BF0" w:rsidRDefault="00000000">
            <w:pPr>
              <w:spacing w:after="10" w:line="245" w:lineRule="auto"/>
            </w:pPr>
            <w:r>
              <w:rPr>
                <w:b/>
                <w:color w:val="000000"/>
                <w:sz w:val="15"/>
              </w:rPr>
              <w:t xml:space="preserve">Dejavnost učencev: </w:t>
            </w:r>
            <w:r>
              <w:rPr>
                <w:color w:val="000000"/>
                <w:sz w:val="15"/>
              </w:rPr>
              <w:t>Po svojem načrtu varno in smiselno spoji dele, preizkusi gibanje oziroma stabilnost izdelka, pokaže postopek ter pove, kaj deluje in kaj bi še izboljšal/-a.</w:t>
            </w:r>
          </w:p>
          <w:p w14:paraId="469F4D0F" w14:textId="77777777" w:rsidR="00080BF0" w:rsidRDefault="00000000">
            <w:pPr>
              <w:spacing w:after="22" w:line="245" w:lineRule="auto"/>
            </w:pPr>
            <w:r>
              <w:rPr>
                <w:i/>
                <w:color w:val="D95BC6"/>
                <w:sz w:val="14"/>
              </w:rPr>
              <w:t>Predvideni dokaz: individualni načrt, praktična izdelava, preizkus delovanja oziroma stabilnosti in kratka razlaga izboljšave.</w:t>
            </w:r>
          </w:p>
          <w:tbl>
            <w:tblPr>
              <w:tblStyle w:val="Tabelamrea"/>
              <w:tblW w:w="0" w:type="auto"/>
              <w:jc w:val="center"/>
              <w:tblLayout w:type="fixed"/>
              <w:tblLook w:val="04A0" w:firstRow="1" w:lastRow="0" w:firstColumn="1" w:lastColumn="0" w:noHBand="0" w:noVBand="1"/>
            </w:tblPr>
            <w:tblGrid>
              <w:gridCol w:w="7087"/>
            </w:tblGrid>
            <w:tr w:rsidR="00080BF0" w14:paraId="2E75DB39" w14:textId="77777777">
              <w:trPr>
                <w:jc w:val="center"/>
              </w:trPr>
              <w:tc>
                <w:tcPr>
                  <w:tcW w:w="7087" w:type="dxa"/>
                  <w:shd w:val="clear" w:color="auto" w:fill="EDC9EA"/>
                  <w:tcMar>
                    <w:top w:w="45" w:type="dxa"/>
                    <w:left w:w="70" w:type="dxa"/>
                    <w:bottom w:w="45" w:type="dxa"/>
                    <w:right w:w="70" w:type="dxa"/>
                  </w:tcMar>
                </w:tcPr>
                <w:p w14:paraId="685C0D44" w14:textId="77777777" w:rsidR="00080BF0" w:rsidRDefault="00000000">
                  <w:pPr>
                    <w:keepNext/>
                  </w:pPr>
                  <w:r>
                    <w:rPr>
                      <w:b/>
                      <w:color w:val="000000"/>
                      <w:sz w:val="17"/>
                    </w:rPr>
                    <w:t>ORGANIZACIJA POSTAJ IN PREHODOV</w:t>
                  </w:r>
                </w:p>
              </w:tc>
            </w:tr>
          </w:tbl>
          <w:p w14:paraId="7A67D44C" w14:textId="77777777" w:rsidR="00080BF0" w:rsidRDefault="00080BF0"/>
          <w:p w14:paraId="7C486975" w14:textId="77777777" w:rsidR="00080BF0" w:rsidRDefault="00000000">
            <w:pPr>
              <w:spacing w:before="8" w:after="8" w:line="245" w:lineRule="auto"/>
            </w:pPr>
            <w:r>
              <w:rPr>
                <w:color w:val="000000"/>
                <w:sz w:val="14"/>
              </w:rPr>
              <w:t>Postaja 1: Praktično-ocenjevalna: individualno načrtujem, spajam, preizkusim delovanje oziroma stabilnost in pojasnim izboljšavo.</w:t>
            </w:r>
          </w:p>
          <w:p w14:paraId="0102A578" w14:textId="77777777" w:rsidR="00080BF0" w:rsidRDefault="00000000">
            <w:pPr>
              <w:spacing w:before="8" w:after="8" w:line="245" w:lineRule="auto"/>
            </w:pPr>
            <w:r>
              <w:rPr>
                <w:color w:val="000000"/>
                <w:sz w:val="14"/>
              </w:rPr>
              <w:t>Postaja 2: Materialno-spojna: primerjam varne načine spajanja kartona, paličic, sponk, traku ali vrvice.</w:t>
            </w:r>
          </w:p>
          <w:p w14:paraId="5D9298BA" w14:textId="77777777" w:rsidR="00080BF0" w:rsidRDefault="00000000">
            <w:pPr>
              <w:spacing w:before="8" w:after="8" w:line="245" w:lineRule="auto"/>
            </w:pPr>
            <w:r>
              <w:rPr>
                <w:color w:val="000000"/>
                <w:sz w:val="14"/>
              </w:rPr>
              <w:t>Postaja 3: Gibalno-preizkusna: z modelom na označeni poti preverim gibanje, ravnotežje, plovnost v suhem modelu ali stabilnost.</w:t>
            </w:r>
          </w:p>
          <w:p w14:paraId="5BF9F0E2" w14:textId="77777777" w:rsidR="00080BF0" w:rsidRDefault="00000000">
            <w:pPr>
              <w:spacing w:before="8" w:after="8" w:line="245" w:lineRule="auto"/>
            </w:pPr>
            <w:r>
              <w:rPr>
                <w:color w:val="000000"/>
                <w:sz w:val="14"/>
              </w:rPr>
              <w:t>Postaja 4: Načrtovalna: s skico in puščico pokažem, kateri del deluje in katerega bi spremenil/-a.</w:t>
            </w:r>
          </w:p>
          <w:p w14:paraId="1E9B0730"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3C6F844B" w14:textId="77777777" w:rsidR="00080BF0" w:rsidRDefault="00080BF0"/>
          <w:p w14:paraId="1D331281" w14:textId="77777777" w:rsidR="00080BF0" w:rsidRDefault="00000000">
            <w:pPr>
              <w:spacing w:after="6" w:line="245" w:lineRule="auto"/>
            </w:pPr>
            <w:r>
              <w:rPr>
                <w:b/>
                <w:color w:val="000000"/>
                <w:sz w:val="15"/>
              </w:rPr>
              <w:t>1. URA – Gibljiva figura – Opazujem, preizkušam, načrtujem</w:t>
            </w:r>
          </w:p>
          <w:p w14:paraId="4B59AFDC"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4ABC7253" w14:textId="77777777" w:rsidR="00080BF0" w:rsidRDefault="00000000">
            <w:pPr>
              <w:spacing w:after="20" w:line="245" w:lineRule="auto"/>
            </w:pPr>
            <w:r>
              <w:rPr>
                <w:color w:val="D95BC6"/>
                <w:sz w:val="14"/>
              </w:rPr>
              <w:t>Dokaz: list materialnih poskusov, skica/načrt, učenčeva razlaga in učiteljev zapis o varni rabi.</w:t>
            </w:r>
          </w:p>
          <w:p w14:paraId="3A7AA71B" w14:textId="77777777" w:rsidR="00080BF0" w:rsidRDefault="00000000">
            <w:pPr>
              <w:spacing w:after="6" w:line="245" w:lineRule="auto"/>
            </w:pPr>
            <w:r>
              <w:rPr>
                <w:b/>
                <w:color w:val="000000"/>
                <w:sz w:val="15"/>
              </w:rPr>
              <w:t>2. URA – Gibljiva figura ali barčica – Individualni praktični dokaz</w:t>
            </w:r>
          </w:p>
          <w:p w14:paraId="0E697F31" w14:textId="77777777" w:rsidR="00080BF0" w:rsidRDefault="00000000">
            <w:pPr>
              <w:spacing w:after="9" w:line="245" w:lineRule="auto"/>
            </w:pPr>
            <w:r>
              <w:rPr>
                <w:color w:val="000000"/>
                <w:sz w:val="14"/>
              </w:rPr>
              <w:t>Po svojem načrtu varno in smiselno spoji dele, preizkusi gibanje oziroma stabilnost izdelka, pokaže postopek ter pove.</w:t>
            </w:r>
          </w:p>
          <w:p w14:paraId="0041401D" w14:textId="77777777" w:rsidR="00080BF0" w:rsidRDefault="00000000">
            <w:pPr>
              <w:spacing w:after="20" w:line="245" w:lineRule="auto"/>
            </w:pPr>
            <w:r>
              <w:rPr>
                <w:color w:val="D95BC6"/>
                <w:sz w:val="14"/>
              </w:rPr>
              <w:t>Dokaz: individualni načrt, praktična izdelava, preizkus delovanja oziroma stabilnosti in kratka.</w:t>
            </w:r>
          </w:p>
          <w:p w14:paraId="62454CAF" w14:textId="77777777" w:rsidR="00080BF0" w:rsidRDefault="00000000">
            <w:pPr>
              <w:spacing w:before="40" w:after="20" w:line="245" w:lineRule="auto"/>
            </w:pPr>
            <w:r>
              <w:rPr>
                <w:b/>
                <w:color w:val="D95BC6"/>
                <w:sz w:val="16"/>
              </w:rPr>
              <w:t>MOJ KROG POSTAJ</w:t>
            </w:r>
          </w:p>
          <w:p w14:paraId="179BBF9A" w14:textId="77777777" w:rsidR="00080BF0" w:rsidRDefault="00000000">
            <w:pPr>
              <w:spacing w:after="11" w:line="245" w:lineRule="auto"/>
            </w:pPr>
            <w:r>
              <w:rPr>
                <w:color w:val="000000"/>
                <w:sz w:val="13"/>
              </w:rPr>
              <w:t>1. Praktično-ocenjevalna: individualno načrtujem, spajam.</w:t>
            </w:r>
          </w:p>
          <w:p w14:paraId="4D1239A2" w14:textId="77777777" w:rsidR="00080BF0" w:rsidRDefault="00000000">
            <w:pPr>
              <w:spacing w:after="11" w:line="245" w:lineRule="auto"/>
            </w:pPr>
            <w:r>
              <w:rPr>
                <w:color w:val="000000"/>
                <w:sz w:val="13"/>
              </w:rPr>
              <w:t>2. Materialno-spojna: primerjam varne načine spajanja kartona, paličic, sponk.</w:t>
            </w:r>
          </w:p>
          <w:p w14:paraId="4F39C8A7" w14:textId="77777777" w:rsidR="00080BF0" w:rsidRDefault="00000000">
            <w:pPr>
              <w:spacing w:after="11" w:line="245" w:lineRule="auto"/>
            </w:pPr>
            <w:r>
              <w:rPr>
                <w:color w:val="000000"/>
                <w:sz w:val="13"/>
              </w:rPr>
              <w:t>3. Gibalno-preizkusna: z modelom na označeni poti preverim gibanje, ravnotežje.</w:t>
            </w:r>
          </w:p>
          <w:p w14:paraId="76D38F79" w14:textId="77777777" w:rsidR="00080BF0" w:rsidRDefault="00000000">
            <w:pPr>
              <w:spacing w:after="11" w:line="245" w:lineRule="auto"/>
            </w:pPr>
            <w:r>
              <w:rPr>
                <w:color w:val="000000"/>
                <w:sz w:val="13"/>
              </w:rPr>
              <w:t>4. Načrtovalna: s skico in puščico pokažem, kateri del deluje in katerega bi spremenil/-a.</w:t>
            </w:r>
          </w:p>
          <w:p w14:paraId="2D3408DF"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40452CDA" w14:textId="77777777" w:rsidR="00080BF0" w:rsidRDefault="00000000">
            <w:pPr>
              <w:spacing w:after="20" w:line="245" w:lineRule="auto"/>
            </w:pPr>
            <w:r>
              <w:rPr>
                <w:b/>
                <w:color w:val="D95BC6"/>
                <w:sz w:val="17"/>
              </w:rPr>
              <w:t>DOKAZ O UČENJU</w:t>
            </w:r>
          </w:p>
          <w:p w14:paraId="38D678DE"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523F6BD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C47898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619A2AC"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08292D4" w14:textId="77777777" w:rsidR="00080BF0" w:rsidRDefault="00000000">
            <w:pPr>
              <w:jc w:val="center"/>
            </w:pPr>
            <w:r>
              <w:rPr>
                <w:b/>
                <w:color w:val="000000"/>
                <w:sz w:val="20"/>
              </w:rPr>
              <w:t>UČNE DEJAVNOSTI, METODE IN FORMATIVNO SPREMLJANJE</w:t>
            </w:r>
          </w:p>
        </w:tc>
      </w:tr>
      <w:tr w:rsidR="00080BF0" w14:paraId="793F8C66" w14:textId="77777777">
        <w:trPr>
          <w:tblHeader/>
          <w:jc w:val="center"/>
        </w:trPr>
        <w:tc>
          <w:tcPr>
            <w:tcW w:w="4422" w:type="dxa"/>
            <w:vMerge/>
            <w:tcMar>
              <w:top w:w="70" w:type="dxa"/>
              <w:left w:w="90" w:type="dxa"/>
              <w:bottom w:w="70" w:type="dxa"/>
              <w:right w:w="90" w:type="dxa"/>
            </w:tcMar>
            <w:vAlign w:val="center"/>
          </w:tcPr>
          <w:p w14:paraId="4F74214A" w14:textId="77777777" w:rsidR="00080BF0" w:rsidRDefault="00080BF0"/>
        </w:tc>
        <w:tc>
          <w:tcPr>
            <w:tcW w:w="7087" w:type="dxa"/>
            <w:shd w:val="clear" w:color="auto" w:fill="FFFFFF"/>
            <w:tcMar>
              <w:top w:w="70" w:type="dxa"/>
              <w:left w:w="90" w:type="dxa"/>
              <w:bottom w:w="70" w:type="dxa"/>
              <w:right w:w="90" w:type="dxa"/>
            </w:tcMar>
            <w:vAlign w:val="center"/>
          </w:tcPr>
          <w:p w14:paraId="352DF507"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F1DE74F" w14:textId="77777777" w:rsidR="00080BF0" w:rsidRDefault="00000000">
            <w:pPr>
              <w:jc w:val="center"/>
            </w:pPr>
            <w:r>
              <w:rPr>
                <w:b/>
                <w:color w:val="000000"/>
              </w:rPr>
              <w:t>UČENEC</w:t>
            </w:r>
          </w:p>
        </w:tc>
      </w:tr>
      <w:tr w:rsidR="00080BF0" w14:paraId="49BFD2FC" w14:textId="77777777">
        <w:trPr>
          <w:jc w:val="center"/>
        </w:trPr>
        <w:tc>
          <w:tcPr>
            <w:tcW w:w="4422" w:type="dxa"/>
            <w:tcMar>
              <w:top w:w="70" w:type="dxa"/>
              <w:left w:w="90" w:type="dxa"/>
              <w:bottom w:w="70" w:type="dxa"/>
              <w:right w:w="90" w:type="dxa"/>
            </w:tcMar>
          </w:tcPr>
          <w:p w14:paraId="15FA28EE" w14:textId="77777777" w:rsidR="00080BF0" w:rsidRDefault="00080BF0"/>
          <w:p w14:paraId="39010050" w14:textId="77777777" w:rsidR="00080BF0" w:rsidRDefault="00000000">
            <w:pPr>
              <w:spacing w:after="40" w:line="245" w:lineRule="auto"/>
            </w:pPr>
            <w:r>
              <w:rPr>
                <w:b/>
                <w:color w:val="000000"/>
              </w:rPr>
              <w:t>FORMATIVNO SPREMLJANJE</w:t>
            </w:r>
          </w:p>
          <w:p w14:paraId="7675CC55" w14:textId="77777777" w:rsidR="00080BF0" w:rsidRDefault="00000000">
            <w:pPr>
              <w:pStyle w:val="Oznaenseznam"/>
              <w:spacing w:after="16"/>
            </w:pPr>
            <w:r>
              <w:rPr>
                <w:color w:val="000000"/>
                <w:sz w:val="15"/>
              </w:rPr>
              <w:t>predznanje: opažanje, gibalna ponazoritev, izbira kartice, razvrstitev materialov, poskusna sled ali skica</w:t>
            </w:r>
          </w:p>
          <w:p w14:paraId="202CDFD4"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749380BC"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59BE9964" w14:textId="77777777" w:rsidR="00080BF0" w:rsidRDefault="00000000">
            <w:pPr>
              <w:pStyle w:val="Oznaenseznam"/>
              <w:spacing w:after="16"/>
            </w:pPr>
            <w:r>
              <w:rPr>
                <w:color w:val="000000"/>
                <w:sz w:val="15"/>
              </w:rPr>
              <w:t>povratna informacija: opis vidne likovne odločitve, povezava z enim merilom in izvedljiv naslednji korak</w:t>
            </w:r>
          </w:p>
          <w:p w14:paraId="000F7D27" w14:textId="77777777" w:rsidR="00080BF0" w:rsidRDefault="00000000">
            <w:pPr>
              <w:pStyle w:val="Oznaenseznam"/>
              <w:spacing w:after="16"/>
            </w:pPr>
            <w:r>
              <w:rPr>
                <w:color w:val="000000"/>
                <w:sz w:val="15"/>
              </w:rPr>
              <w:t>samovrednotenje: likovni semafor, lestvica samostojnosti, izbran dokaz, galerijski odziv in izboljšava</w:t>
            </w:r>
          </w:p>
          <w:p w14:paraId="6D410341" w14:textId="77777777" w:rsidR="00080BF0" w:rsidRDefault="00000000">
            <w:pPr>
              <w:spacing w:before="40" w:after="20" w:line="245" w:lineRule="auto"/>
            </w:pPr>
            <w:r>
              <w:rPr>
                <w:b/>
                <w:color w:val="000000"/>
                <w:sz w:val="17"/>
              </w:rPr>
              <w:t>VARNOST, HIGIENA IN UREDITEV PROSTORA</w:t>
            </w:r>
          </w:p>
          <w:p w14:paraId="7226B665"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Spoje in stabilnost učenci preverjajo na mizi; ostrih žic, vročega lepila in rezil ne uporabljajo.</w:t>
            </w:r>
          </w:p>
          <w:p w14:paraId="523029D1" w14:textId="77777777" w:rsidR="00080BF0" w:rsidRDefault="00000000">
            <w:pPr>
              <w:spacing w:after="20" w:line="245" w:lineRule="auto"/>
            </w:pPr>
            <w:r>
              <w:rPr>
                <w:b/>
                <w:color w:val="000000"/>
                <w:sz w:val="17"/>
              </w:rPr>
              <w:t>EVIDENCA PO IZVEDBI</w:t>
            </w:r>
          </w:p>
          <w:p w14:paraId="1CC10AC6"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34C70B39" w14:textId="77777777" w:rsidR="00080BF0" w:rsidRDefault="00000000">
            <w:pPr>
              <w:spacing w:before="40" w:after="20" w:line="245" w:lineRule="auto"/>
            </w:pPr>
            <w:r>
              <w:rPr>
                <w:b/>
                <w:color w:val="000000"/>
                <w:sz w:val="17"/>
              </w:rPr>
              <w:t>RAVEN DOSEGANJA</w:t>
            </w:r>
          </w:p>
          <w:p w14:paraId="53065383"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34BE9F35"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DAB81F1" w14:textId="77777777">
              <w:trPr>
                <w:jc w:val="center"/>
              </w:trPr>
              <w:tc>
                <w:tcPr>
                  <w:tcW w:w="7087" w:type="dxa"/>
                  <w:shd w:val="clear" w:color="auto" w:fill="EDC9EA"/>
                  <w:tcMar>
                    <w:top w:w="45" w:type="dxa"/>
                    <w:left w:w="70" w:type="dxa"/>
                    <w:bottom w:w="45" w:type="dxa"/>
                    <w:right w:w="70" w:type="dxa"/>
                  </w:tcMar>
                </w:tcPr>
                <w:p w14:paraId="0FEE8D32" w14:textId="77777777" w:rsidR="00080BF0" w:rsidRDefault="00000000">
                  <w:pPr>
                    <w:keepNext/>
                  </w:pPr>
                  <w:r>
                    <w:rPr>
                      <w:b/>
                      <w:color w:val="000000"/>
                    </w:rPr>
                    <w:t>VPRAŠANJA V PODPORO LIKOVNEMU UČENJU</w:t>
                  </w:r>
                </w:p>
              </w:tc>
            </w:tr>
          </w:tbl>
          <w:p w14:paraId="47A4DF08" w14:textId="77777777" w:rsidR="00080BF0" w:rsidRDefault="00080BF0">
            <w:pPr>
              <w:spacing w:line="20" w:lineRule="exact"/>
            </w:pPr>
          </w:p>
          <w:p w14:paraId="1B0CFFA3" w14:textId="77777777" w:rsidR="00080BF0" w:rsidRDefault="00000000">
            <w:pPr>
              <w:pStyle w:val="Oznaenseznam"/>
              <w:spacing w:after="16"/>
            </w:pPr>
            <w:r>
              <w:rPr>
                <w:color w:val="000000"/>
                <w:sz w:val="16"/>
              </w:rPr>
              <w:t>Kaj si najprej opazil/-a in katera likovna prvina je zate najpomembnejša?</w:t>
            </w:r>
          </w:p>
          <w:p w14:paraId="5CB7DFDD" w14:textId="77777777" w:rsidR="00080BF0" w:rsidRDefault="00000000">
            <w:pPr>
              <w:pStyle w:val="Oznaenseznam"/>
              <w:spacing w:after="16"/>
            </w:pPr>
            <w:r>
              <w:rPr>
                <w:color w:val="000000"/>
                <w:sz w:val="16"/>
              </w:rPr>
              <w:t>Kako je material ali postopek vplival na črto, barvo, obliko, površino, prostor oziroma delovanje izdelka?</w:t>
            </w:r>
          </w:p>
          <w:p w14:paraId="1513FE59" w14:textId="77777777" w:rsidR="00080BF0" w:rsidRDefault="00000000">
            <w:pPr>
              <w:pStyle w:val="Oznaenseznam"/>
              <w:spacing w:after="16"/>
            </w:pPr>
            <w:r>
              <w:rPr>
                <w:color w:val="000000"/>
                <w:sz w:val="16"/>
              </w:rPr>
              <w:t>Katero možnost si preizkusil/-a, zakaj si jo izbral/-a in kaj si ob poskusu spremenil/-a?</w:t>
            </w:r>
          </w:p>
          <w:p w14:paraId="3B1166BD" w14:textId="77777777" w:rsidR="00080BF0" w:rsidRDefault="00000000">
            <w:pPr>
              <w:pStyle w:val="Oznaenseznam"/>
              <w:spacing w:after="16"/>
            </w:pPr>
            <w:r>
              <w:rPr>
                <w:color w:val="000000"/>
                <w:sz w:val="16"/>
              </w:rPr>
              <w:t>Kateri del tvojega procesa ali izdelka najjasneje pokaže dogovorjeno merilo?</w:t>
            </w:r>
          </w:p>
          <w:p w14:paraId="259F224D"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70B260B0" w14:textId="77777777">
              <w:trPr>
                <w:jc w:val="center"/>
              </w:trPr>
              <w:tc>
                <w:tcPr>
                  <w:tcW w:w="7087" w:type="dxa"/>
                  <w:shd w:val="clear" w:color="auto" w:fill="C6E7F3"/>
                  <w:tcMar>
                    <w:top w:w="45" w:type="dxa"/>
                    <w:left w:w="70" w:type="dxa"/>
                    <w:bottom w:w="45" w:type="dxa"/>
                    <w:right w:w="70" w:type="dxa"/>
                  </w:tcMar>
                </w:tcPr>
                <w:p w14:paraId="64F39BF1" w14:textId="77777777" w:rsidR="00080BF0" w:rsidRDefault="00000000">
                  <w:pPr>
                    <w:keepNext/>
                  </w:pPr>
                  <w:r>
                    <w:rPr>
                      <w:b/>
                      <w:color w:val="000000"/>
                    </w:rPr>
                    <w:t>ZAKLJUČNI DEL – TIHA GALERIJA, RAZLAGA IN REFLEKSIJA (8–12 min)</w:t>
                  </w:r>
                </w:p>
              </w:tc>
            </w:tr>
          </w:tbl>
          <w:p w14:paraId="06342E9C" w14:textId="77777777" w:rsidR="00080BF0" w:rsidRDefault="00080BF0">
            <w:pPr>
              <w:spacing w:line="20" w:lineRule="exact"/>
            </w:pPr>
          </w:p>
          <w:p w14:paraId="1AECD517"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3F7FB6BF" w14:textId="77777777">
              <w:trPr>
                <w:jc w:val="center"/>
              </w:trPr>
              <w:tc>
                <w:tcPr>
                  <w:tcW w:w="7087" w:type="dxa"/>
                  <w:shd w:val="clear" w:color="auto" w:fill="EDC9EA"/>
                  <w:tcMar>
                    <w:top w:w="45" w:type="dxa"/>
                    <w:left w:w="70" w:type="dxa"/>
                    <w:bottom w:w="45" w:type="dxa"/>
                    <w:right w:w="70" w:type="dxa"/>
                  </w:tcMar>
                </w:tcPr>
                <w:p w14:paraId="0AB79299" w14:textId="77777777" w:rsidR="00080BF0" w:rsidRDefault="00000000">
                  <w:pPr>
                    <w:keepNext/>
                  </w:pPr>
                  <w:r>
                    <w:rPr>
                      <w:b/>
                      <w:color w:val="000000"/>
                    </w:rPr>
                    <w:t>SAMOVREDNOTENJE</w:t>
                  </w:r>
                </w:p>
              </w:tc>
            </w:tr>
          </w:tbl>
          <w:p w14:paraId="21929BF3" w14:textId="77777777" w:rsidR="00080BF0" w:rsidRDefault="00080BF0">
            <w:pPr>
              <w:spacing w:line="20" w:lineRule="exact"/>
            </w:pPr>
          </w:p>
          <w:p w14:paraId="10757599"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30C53C82" w14:textId="77777777">
              <w:trPr>
                <w:jc w:val="center"/>
              </w:trPr>
              <w:tc>
                <w:tcPr>
                  <w:tcW w:w="7087" w:type="dxa"/>
                  <w:shd w:val="clear" w:color="auto" w:fill="EDC9EA"/>
                  <w:tcMar>
                    <w:top w:w="45" w:type="dxa"/>
                    <w:left w:w="70" w:type="dxa"/>
                    <w:bottom w:w="45" w:type="dxa"/>
                    <w:right w:w="70" w:type="dxa"/>
                  </w:tcMar>
                </w:tcPr>
                <w:p w14:paraId="052D2A87" w14:textId="77777777" w:rsidR="00080BF0" w:rsidRDefault="00000000">
                  <w:pPr>
                    <w:keepNext/>
                  </w:pPr>
                  <w:r>
                    <w:rPr>
                      <w:b/>
                      <w:color w:val="000000"/>
                    </w:rPr>
                    <w:t>VRSTNIŠKO VREDNOTENJE</w:t>
                  </w:r>
                </w:p>
              </w:tc>
            </w:tr>
          </w:tbl>
          <w:p w14:paraId="19AF1B4C" w14:textId="77777777" w:rsidR="00080BF0" w:rsidRDefault="00080BF0">
            <w:pPr>
              <w:spacing w:line="20" w:lineRule="exact"/>
            </w:pPr>
          </w:p>
          <w:p w14:paraId="6DB704CE"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377D0952" w14:textId="77777777">
              <w:trPr>
                <w:jc w:val="center"/>
              </w:trPr>
              <w:tc>
                <w:tcPr>
                  <w:tcW w:w="7087" w:type="dxa"/>
                  <w:shd w:val="clear" w:color="auto" w:fill="EDC9EA"/>
                  <w:tcMar>
                    <w:top w:w="45" w:type="dxa"/>
                    <w:left w:w="70" w:type="dxa"/>
                    <w:bottom w:w="45" w:type="dxa"/>
                    <w:right w:w="70" w:type="dxa"/>
                  </w:tcMar>
                </w:tcPr>
                <w:p w14:paraId="214036A5" w14:textId="77777777" w:rsidR="00080BF0" w:rsidRDefault="00000000">
                  <w:pPr>
                    <w:keepNext/>
                  </w:pPr>
                  <w:r>
                    <w:rPr>
                      <w:b/>
                      <w:color w:val="000000"/>
                    </w:rPr>
                    <w:t>SKUPNI POVZETEK</w:t>
                  </w:r>
                </w:p>
              </w:tc>
            </w:tr>
          </w:tbl>
          <w:p w14:paraId="52DB5D2A" w14:textId="77777777" w:rsidR="00080BF0" w:rsidRDefault="00080BF0">
            <w:pPr>
              <w:spacing w:line="20" w:lineRule="exact"/>
            </w:pPr>
          </w:p>
          <w:p w14:paraId="4491EDF2" w14:textId="77777777" w:rsidR="00080BF0" w:rsidRDefault="00000000">
            <w:pPr>
              <w:spacing w:before="20" w:after="40" w:line="245" w:lineRule="auto"/>
            </w:pPr>
            <w:r>
              <w:rPr>
                <w:b/>
                <w:color w:val="000000"/>
                <w:sz w:val="16"/>
              </w:rPr>
              <w:t>načrtujem preprost gibljiv izdelek; spajam dele; preizkusim delovanje. Izbrani dokaz pojasnim in po povratni informaciji izboljšam.</w:t>
            </w:r>
          </w:p>
          <w:tbl>
            <w:tblPr>
              <w:tblStyle w:val="Tabelamrea"/>
              <w:tblW w:w="0" w:type="auto"/>
              <w:jc w:val="center"/>
              <w:tblLayout w:type="fixed"/>
              <w:tblLook w:val="04A0" w:firstRow="1" w:lastRow="0" w:firstColumn="1" w:lastColumn="0" w:noHBand="0" w:noVBand="1"/>
            </w:tblPr>
            <w:tblGrid>
              <w:gridCol w:w="7087"/>
            </w:tblGrid>
            <w:tr w:rsidR="00080BF0" w14:paraId="2E4B1FB9" w14:textId="77777777">
              <w:trPr>
                <w:jc w:val="center"/>
              </w:trPr>
              <w:tc>
                <w:tcPr>
                  <w:tcW w:w="7087" w:type="dxa"/>
                  <w:shd w:val="clear" w:color="auto" w:fill="EDC9EA"/>
                  <w:tcMar>
                    <w:top w:w="45" w:type="dxa"/>
                    <w:left w:w="70" w:type="dxa"/>
                    <w:bottom w:w="45" w:type="dxa"/>
                    <w:right w:w="70" w:type="dxa"/>
                  </w:tcMar>
                </w:tcPr>
                <w:p w14:paraId="2D624704" w14:textId="77777777" w:rsidR="00080BF0" w:rsidRDefault="00000000">
                  <w:pPr>
                    <w:keepNext/>
                  </w:pPr>
                  <w:r>
                    <w:rPr>
                      <w:b/>
                      <w:color w:val="000000"/>
                    </w:rPr>
                    <w:t>OPISNO OCENJEVANJE</w:t>
                  </w:r>
                </w:p>
              </w:tc>
            </w:tr>
          </w:tbl>
          <w:p w14:paraId="130CC9B0" w14:textId="77777777" w:rsidR="00080BF0" w:rsidRDefault="00080BF0"/>
          <w:p w14:paraId="6CA2115E" w14:textId="77777777" w:rsidR="00080BF0" w:rsidRDefault="00000000">
            <w:pPr>
              <w:spacing w:before="20" w:after="30" w:line="245" w:lineRule="auto"/>
            </w:pPr>
            <w:r>
              <w:rPr>
                <w:color w:val="000000"/>
                <w:sz w:val="15"/>
              </w:rPr>
              <w:t>OCENJEVANJE 2: praktična izdelava gibljive figure ali barčice, preizkus delovanja oziroma stabilnosti in kratka razlaga postopka. Dokaz se zbere individualno, opora se zabeleži, opis doseganja pa vsebuje opaženo zmožnost, konkreten procesni, praktični ali portfolio dokaz in naslednji korak. Rezultat se ne izraža s številčno oceno.</w:t>
            </w:r>
          </w:p>
        </w:tc>
        <w:tc>
          <w:tcPr>
            <w:tcW w:w="2551" w:type="dxa"/>
            <w:tcMar>
              <w:top w:w="70" w:type="dxa"/>
              <w:left w:w="90" w:type="dxa"/>
              <w:bottom w:w="70" w:type="dxa"/>
              <w:right w:w="90" w:type="dxa"/>
            </w:tcMar>
          </w:tcPr>
          <w:p w14:paraId="20813857" w14:textId="77777777" w:rsidR="00080BF0" w:rsidRDefault="00080BF0"/>
          <w:p w14:paraId="185B1861" w14:textId="77777777" w:rsidR="00080BF0" w:rsidRDefault="00000000">
            <w:pPr>
              <w:spacing w:after="80" w:line="245" w:lineRule="auto"/>
            </w:pPr>
            <w:r>
              <w:rPr>
                <w:color w:val="000000"/>
                <w:sz w:val="15"/>
              </w:rPr>
              <w:t>Odgovarja na podporna vprašanja in se sklicuje na opaženo, preizkušeno, ustvarjeno ali razstavljeno.</w:t>
            </w:r>
          </w:p>
          <w:p w14:paraId="79C3129B" w14:textId="77777777" w:rsidR="00080BF0" w:rsidRDefault="00000000">
            <w:pPr>
              <w:spacing w:after="80" w:line="245" w:lineRule="auto"/>
            </w:pPr>
            <w:r>
              <w:rPr>
                <w:color w:val="000000"/>
                <w:sz w:val="15"/>
              </w:rPr>
              <w:t>Predstavi izbrani procesni ali izdelkovni dokaz ter pove, katero merilo z njim pokaže.</w:t>
            </w:r>
          </w:p>
          <w:p w14:paraId="4BADCE8D" w14:textId="77777777" w:rsidR="00080BF0" w:rsidRDefault="00000000">
            <w:pPr>
              <w:spacing w:after="80" w:line="245" w:lineRule="auto"/>
            </w:pPr>
            <w:r>
              <w:rPr>
                <w:color w:val="000000"/>
                <w:sz w:val="15"/>
              </w:rPr>
              <w:t>Tiho opazuje vrstnikovo delo, opiše eno konkretno likovno rešitev in poda prijazen predlog.</w:t>
            </w:r>
          </w:p>
          <w:p w14:paraId="65D9D601" w14:textId="77777777" w:rsidR="00080BF0" w:rsidRDefault="00000000">
            <w:pPr>
              <w:spacing w:after="80" w:line="245" w:lineRule="auto"/>
            </w:pPr>
            <w:r>
              <w:rPr>
                <w:color w:val="000000"/>
                <w:sz w:val="15"/>
              </w:rPr>
              <w:t>Po povratni informaciji po želji ponovi poskus, spremeni podrobnost, izboljša spoj, razporeditev ali razlago.</w:t>
            </w:r>
          </w:p>
          <w:p w14:paraId="70F3DBF2" w14:textId="77777777" w:rsidR="00080BF0" w:rsidRDefault="00000000">
            <w:pPr>
              <w:spacing w:after="100" w:line="245" w:lineRule="auto"/>
            </w:pPr>
            <w:r>
              <w:rPr>
                <w:color w:val="000000"/>
                <w:sz w:val="15"/>
              </w:rPr>
              <w:t>Izbere raven samostojnosti ter določi majhen in izvedljiv naslednji ustvarjalni korak.</w:t>
            </w:r>
          </w:p>
          <w:p w14:paraId="5649CF38" w14:textId="77777777" w:rsidR="00080BF0" w:rsidRDefault="00000000">
            <w:pPr>
              <w:spacing w:after="20" w:line="245" w:lineRule="auto"/>
            </w:pPr>
            <w:r>
              <w:rPr>
                <w:b/>
                <w:color w:val="D95BC6"/>
                <w:sz w:val="17"/>
              </w:rPr>
              <w:t>DOKAZ O UČENJU</w:t>
            </w:r>
          </w:p>
          <w:p w14:paraId="689F7E5E"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5F0DEA8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64FDB003" w14:textId="77777777">
        <w:trPr>
          <w:cantSplit/>
          <w:jc w:val="center"/>
        </w:trPr>
        <w:tc>
          <w:tcPr>
            <w:tcW w:w="14060" w:type="dxa"/>
            <w:gridSpan w:val="6"/>
            <w:tcMar>
              <w:top w:w="70" w:type="dxa"/>
              <w:left w:w="90" w:type="dxa"/>
              <w:bottom w:w="70" w:type="dxa"/>
              <w:right w:w="90" w:type="dxa"/>
            </w:tcMar>
            <w:vAlign w:val="center"/>
          </w:tcPr>
          <w:p w14:paraId="33EB4D35" w14:textId="77777777" w:rsidR="00080BF0" w:rsidRDefault="00000000">
            <w:pPr>
              <w:jc w:val="center"/>
            </w:pPr>
            <w:r>
              <w:rPr>
                <w:b/>
                <w:color w:val="000000"/>
                <w:sz w:val="24"/>
              </w:rPr>
              <w:lastRenderedPageBreak/>
              <w:t>UČNA PRIPRAVA 31/39</w:t>
            </w:r>
          </w:p>
        </w:tc>
      </w:tr>
      <w:tr w:rsidR="00080BF0" w14:paraId="487C7B5A" w14:textId="77777777">
        <w:trPr>
          <w:jc w:val="center"/>
        </w:trPr>
        <w:tc>
          <w:tcPr>
            <w:tcW w:w="2665" w:type="dxa"/>
            <w:tcMar>
              <w:top w:w="70" w:type="dxa"/>
              <w:left w:w="90" w:type="dxa"/>
              <w:bottom w:w="70" w:type="dxa"/>
              <w:right w:w="90" w:type="dxa"/>
            </w:tcMar>
            <w:vAlign w:val="center"/>
          </w:tcPr>
          <w:p w14:paraId="7356410C"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F0A6105"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5C38D9CD"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C087746" w14:textId="77777777" w:rsidR="00080BF0" w:rsidRDefault="00000000">
            <w:r>
              <w:rPr>
                <w:b/>
                <w:color w:val="000000"/>
                <w:sz w:val="16"/>
              </w:rPr>
              <w:t xml:space="preserve">NAČRTOVANI TERMIN: </w:t>
            </w:r>
            <w:r>
              <w:rPr>
                <w:color w:val="000000"/>
                <w:sz w:val="16"/>
              </w:rPr>
              <w:t>31. teden • 19.–23. 4. 2027</w:t>
            </w:r>
          </w:p>
        </w:tc>
        <w:tc>
          <w:tcPr>
            <w:tcW w:w="2268" w:type="dxa"/>
            <w:tcMar>
              <w:top w:w="70" w:type="dxa"/>
              <w:left w:w="90" w:type="dxa"/>
              <w:bottom w:w="70" w:type="dxa"/>
              <w:right w:w="90" w:type="dxa"/>
            </w:tcMar>
            <w:vAlign w:val="center"/>
          </w:tcPr>
          <w:p w14:paraId="3BD47E30"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1F9D565" w14:textId="77777777" w:rsidR="00080BF0" w:rsidRDefault="00000000">
            <w:r>
              <w:rPr>
                <w:b/>
                <w:color w:val="000000"/>
                <w:sz w:val="16"/>
              </w:rPr>
              <w:t xml:space="preserve">ŠTEVILO UR: </w:t>
            </w:r>
            <w:r>
              <w:rPr>
                <w:color w:val="000000"/>
                <w:sz w:val="16"/>
              </w:rPr>
              <w:t>1</w:t>
            </w:r>
          </w:p>
        </w:tc>
      </w:tr>
      <w:tr w:rsidR="00080BF0" w14:paraId="72780523" w14:textId="77777777">
        <w:trPr>
          <w:jc w:val="center"/>
        </w:trPr>
        <w:tc>
          <w:tcPr>
            <w:tcW w:w="14061" w:type="dxa"/>
            <w:gridSpan w:val="6"/>
            <w:tcMar>
              <w:top w:w="70" w:type="dxa"/>
              <w:left w:w="90" w:type="dxa"/>
              <w:bottom w:w="70" w:type="dxa"/>
              <w:right w:w="90" w:type="dxa"/>
            </w:tcMar>
            <w:vAlign w:val="center"/>
          </w:tcPr>
          <w:p w14:paraId="6A95089B"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76A0306A" w14:textId="77777777">
        <w:trPr>
          <w:cantSplit/>
          <w:jc w:val="center"/>
        </w:trPr>
        <w:tc>
          <w:tcPr>
            <w:tcW w:w="14060" w:type="dxa"/>
            <w:gridSpan w:val="6"/>
            <w:tcMar>
              <w:top w:w="70" w:type="dxa"/>
              <w:left w:w="90" w:type="dxa"/>
              <w:bottom w:w="70" w:type="dxa"/>
              <w:right w:w="90" w:type="dxa"/>
            </w:tcMar>
            <w:vAlign w:val="center"/>
          </w:tcPr>
          <w:p w14:paraId="0169FFF6" w14:textId="77777777" w:rsidR="00080BF0" w:rsidRDefault="00080BF0"/>
          <w:p w14:paraId="5A8D37BD" w14:textId="77777777" w:rsidR="00080BF0" w:rsidRDefault="00000000">
            <w:pPr>
              <w:spacing w:line="245" w:lineRule="auto"/>
            </w:pPr>
            <w:r>
              <w:rPr>
                <w:b/>
                <w:color w:val="000000"/>
                <w:sz w:val="15"/>
              </w:rPr>
              <w:t xml:space="preserve">UČNI SKLOP: </w:t>
            </w:r>
            <w:r>
              <w:rPr>
                <w:color w:val="000000"/>
                <w:sz w:val="15"/>
              </w:rPr>
              <w:t>GIBANJE, SVETLOBA IN ZVOK</w:t>
            </w:r>
          </w:p>
        </w:tc>
      </w:tr>
      <w:tr w:rsidR="00080BF0" w14:paraId="453E5251" w14:textId="77777777">
        <w:trPr>
          <w:cantSplit/>
          <w:jc w:val="center"/>
        </w:trPr>
        <w:tc>
          <w:tcPr>
            <w:tcW w:w="14060" w:type="dxa"/>
            <w:gridSpan w:val="6"/>
            <w:tcMar>
              <w:top w:w="70" w:type="dxa"/>
              <w:left w:w="90" w:type="dxa"/>
              <w:bottom w:w="70" w:type="dxa"/>
              <w:right w:w="90" w:type="dxa"/>
            </w:tcMar>
            <w:vAlign w:val="center"/>
          </w:tcPr>
          <w:p w14:paraId="7A6E473E" w14:textId="77777777" w:rsidR="00080BF0" w:rsidRDefault="00080BF0"/>
          <w:p w14:paraId="73B015B9" w14:textId="77777777" w:rsidR="00080BF0" w:rsidRDefault="00000000">
            <w:pPr>
              <w:spacing w:line="245" w:lineRule="auto"/>
            </w:pPr>
            <w:r>
              <w:rPr>
                <w:b/>
                <w:color w:val="000000"/>
                <w:sz w:val="15"/>
              </w:rPr>
              <w:t xml:space="preserve">UČNA TEMA: </w:t>
            </w:r>
            <w:r>
              <w:rPr>
                <w:color w:val="000000"/>
                <w:sz w:val="15"/>
              </w:rPr>
              <w:t>SENČNO GLEDALIŠČE</w:t>
            </w:r>
          </w:p>
        </w:tc>
      </w:tr>
      <w:tr w:rsidR="00080BF0" w14:paraId="61A69BA5" w14:textId="77777777">
        <w:trPr>
          <w:cantSplit/>
          <w:jc w:val="center"/>
        </w:trPr>
        <w:tc>
          <w:tcPr>
            <w:tcW w:w="14060" w:type="dxa"/>
            <w:gridSpan w:val="6"/>
            <w:tcMar>
              <w:top w:w="70" w:type="dxa"/>
              <w:left w:w="90" w:type="dxa"/>
              <w:bottom w:w="70" w:type="dxa"/>
              <w:right w:w="90" w:type="dxa"/>
            </w:tcMar>
            <w:vAlign w:val="center"/>
          </w:tcPr>
          <w:p w14:paraId="02E8CDDD" w14:textId="77777777" w:rsidR="00080BF0" w:rsidRDefault="00080BF0"/>
          <w:p w14:paraId="382E41FF" w14:textId="77777777" w:rsidR="00080BF0" w:rsidRDefault="00000000">
            <w:pPr>
              <w:spacing w:line="245" w:lineRule="auto"/>
            </w:pPr>
            <w:r>
              <w:rPr>
                <w:b/>
                <w:color w:val="000000"/>
                <w:sz w:val="15"/>
              </w:rPr>
              <w:t xml:space="preserve">KNJIŽEVNO / MOTIVNO IZHODIŠČE: </w:t>
            </w:r>
            <w:r>
              <w:rPr>
                <w:color w:val="000000"/>
                <w:sz w:val="15"/>
              </w:rPr>
              <w:t>»Kaj je na koncu sveta« – Niko Grafenauer • svetloba, senca, zvok, vprašanja in domišljija</w:t>
            </w:r>
          </w:p>
        </w:tc>
      </w:tr>
      <w:tr w:rsidR="00080BF0" w14:paraId="57025B28" w14:textId="77777777">
        <w:trPr>
          <w:cantSplit/>
          <w:jc w:val="center"/>
        </w:trPr>
        <w:tc>
          <w:tcPr>
            <w:tcW w:w="14060" w:type="dxa"/>
            <w:gridSpan w:val="6"/>
            <w:tcMar>
              <w:top w:w="70" w:type="dxa"/>
              <w:left w:w="90" w:type="dxa"/>
              <w:bottom w:w="70" w:type="dxa"/>
              <w:right w:w="90" w:type="dxa"/>
            </w:tcMar>
            <w:vAlign w:val="center"/>
          </w:tcPr>
          <w:p w14:paraId="4FADE8C6" w14:textId="77777777" w:rsidR="00080BF0" w:rsidRDefault="00080BF0"/>
          <w:p w14:paraId="5DC7D9FB" w14:textId="77777777" w:rsidR="00080BF0" w:rsidRDefault="00000000">
            <w:pPr>
              <w:spacing w:line="245" w:lineRule="auto"/>
            </w:pPr>
            <w:r>
              <w:rPr>
                <w:b/>
                <w:color w:val="000000"/>
                <w:sz w:val="15"/>
              </w:rPr>
              <w:t xml:space="preserve">LIKOVNO IZHODIŠČE / MOTIVACIJA: </w:t>
            </w:r>
            <w:r>
              <w:rPr>
                <w:color w:val="000000"/>
                <w:sz w:val="15"/>
              </w:rPr>
              <w:t>na steni se pojavi neznana senca; učenci s telesom, svetlobo in preprostimi figurami preverjajo, kako nastane ter kako lahko pripoveduje o temi »senčno gledališče«. Tematska rešitev: pripravi senčno gledališče po motivih dela.</w:t>
            </w:r>
          </w:p>
        </w:tc>
      </w:tr>
      <w:tr w:rsidR="00080BF0" w14:paraId="5FC6B0AD" w14:textId="77777777">
        <w:trPr>
          <w:cantSplit/>
          <w:jc w:val="center"/>
        </w:trPr>
        <w:tc>
          <w:tcPr>
            <w:tcW w:w="14060" w:type="dxa"/>
            <w:gridSpan w:val="6"/>
            <w:tcMar>
              <w:top w:w="70" w:type="dxa"/>
              <w:left w:w="90" w:type="dxa"/>
              <w:bottom w:w="70" w:type="dxa"/>
              <w:right w:w="90" w:type="dxa"/>
            </w:tcMar>
            <w:vAlign w:val="center"/>
          </w:tcPr>
          <w:p w14:paraId="106FF9BB" w14:textId="77777777" w:rsidR="00080BF0" w:rsidRDefault="00080BF0"/>
          <w:p w14:paraId="32CC3980" w14:textId="77777777" w:rsidR="00080BF0" w:rsidRDefault="00000000">
            <w:pPr>
              <w:spacing w:line="245" w:lineRule="auto"/>
            </w:pPr>
            <w:r>
              <w:rPr>
                <w:b/>
                <w:color w:val="000000"/>
                <w:sz w:val="15"/>
              </w:rPr>
              <w:t xml:space="preserve">UČNE ENOTE: </w:t>
            </w:r>
            <w:r>
              <w:rPr>
                <w:color w:val="000000"/>
                <w:sz w:val="15"/>
              </w:rPr>
              <w:t>1. ura – Senčno gledališče – Ustvarjam, predstavim, izboljšam</w:t>
            </w:r>
          </w:p>
        </w:tc>
      </w:tr>
      <w:tr w:rsidR="00080BF0" w14:paraId="6E4EF408" w14:textId="77777777">
        <w:trPr>
          <w:cantSplit/>
          <w:jc w:val="center"/>
        </w:trPr>
        <w:tc>
          <w:tcPr>
            <w:tcW w:w="14060" w:type="dxa"/>
            <w:gridSpan w:val="6"/>
            <w:tcMar>
              <w:top w:w="70" w:type="dxa"/>
              <w:left w:w="90" w:type="dxa"/>
              <w:bottom w:w="70" w:type="dxa"/>
              <w:right w:w="90" w:type="dxa"/>
            </w:tcMar>
            <w:vAlign w:val="center"/>
          </w:tcPr>
          <w:p w14:paraId="6474BA22" w14:textId="77777777" w:rsidR="00080BF0" w:rsidRDefault="00080BF0"/>
          <w:p w14:paraId="6D1589A8"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5FDBA566" w14:textId="77777777">
        <w:trPr>
          <w:cantSplit/>
          <w:jc w:val="center"/>
        </w:trPr>
        <w:tc>
          <w:tcPr>
            <w:tcW w:w="14060" w:type="dxa"/>
            <w:gridSpan w:val="6"/>
            <w:tcMar>
              <w:top w:w="70" w:type="dxa"/>
              <w:left w:w="90" w:type="dxa"/>
              <w:bottom w:w="70" w:type="dxa"/>
              <w:right w:w="90" w:type="dxa"/>
            </w:tcMar>
            <w:vAlign w:val="center"/>
          </w:tcPr>
          <w:p w14:paraId="65F4B670" w14:textId="77777777" w:rsidR="00080BF0" w:rsidRDefault="00080BF0"/>
          <w:p w14:paraId="7807D74D"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750B61DE" w14:textId="77777777">
        <w:trPr>
          <w:cantSplit/>
          <w:jc w:val="center"/>
        </w:trPr>
        <w:tc>
          <w:tcPr>
            <w:tcW w:w="14060" w:type="dxa"/>
            <w:gridSpan w:val="6"/>
            <w:tcMar>
              <w:top w:w="70" w:type="dxa"/>
              <w:left w:w="90" w:type="dxa"/>
              <w:bottom w:w="70" w:type="dxa"/>
              <w:right w:w="90" w:type="dxa"/>
            </w:tcMar>
            <w:vAlign w:val="center"/>
          </w:tcPr>
          <w:p w14:paraId="086520C9" w14:textId="77777777" w:rsidR="00080BF0" w:rsidRDefault="00080BF0"/>
          <w:p w14:paraId="2AA7739F"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2CE67FEB" w14:textId="77777777">
        <w:trPr>
          <w:cantSplit/>
          <w:jc w:val="center"/>
        </w:trPr>
        <w:tc>
          <w:tcPr>
            <w:tcW w:w="14060" w:type="dxa"/>
            <w:gridSpan w:val="6"/>
            <w:tcMar>
              <w:top w:w="70" w:type="dxa"/>
              <w:left w:w="90" w:type="dxa"/>
              <w:bottom w:w="70" w:type="dxa"/>
              <w:right w:w="90" w:type="dxa"/>
            </w:tcMar>
            <w:vAlign w:val="center"/>
          </w:tcPr>
          <w:p w14:paraId="50B669F3" w14:textId="77777777" w:rsidR="00080BF0" w:rsidRDefault="00080BF0"/>
          <w:p w14:paraId="010B6320" w14:textId="77777777" w:rsidR="00080BF0" w:rsidRDefault="00000000">
            <w:pPr>
              <w:spacing w:line="245" w:lineRule="auto"/>
            </w:pPr>
            <w:r>
              <w:rPr>
                <w:b/>
                <w:color w:val="000000"/>
                <w:sz w:val="15"/>
              </w:rPr>
              <w:t xml:space="preserve">MEDPREDMETNE POVEZAVE: </w:t>
            </w:r>
            <w:r>
              <w:rPr>
                <w:color w:val="000000"/>
                <w:sz w:val="15"/>
              </w:rPr>
              <w:t>SPO – svetloba, senca, zvok, vprašanja in domišljija; SLJ – poslušanje, opis opažanja, poimenovanje postopka in predstavitev; MAT – oblike, razvrščanje, vzorci in prostorski odnosi; ŠPO – gibalna črta, telesna skulptura, smer in ravnotežje; GUM – ritem, ponavljanje.</w:t>
            </w:r>
          </w:p>
        </w:tc>
      </w:tr>
      <w:tr w:rsidR="00080BF0" w14:paraId="042620D3" w14:textId="77777777">
        <w:trPr>
          <w:cantSplit/>
          <w:jc w:val="center"/>
        </w:trPr>
        <w:tc>
          <w:tcPr>
            <w:tcW w:w="14060" w:type="dxa"/>
            <w:gridSpan w:val="6"/>
            <w:tcMar>
              <w:top w:w="70" w:type="dxa"/>
              <w:left w:w="90" w:type="dxa"/>
              <w:bottom w:w="70" w:type="dxa"/>
              <w:right w:w="90" w:type="dxa"/>
            </w:tcMar>
            <w:vAlign w:val="center"/>
          </w:tcPr>
          <w:p w14:paraId="21C6242E" w14:textId="77777777" w:rsidR="00080BF0" w:rsidRDefault="00080BF0"/>
          <w:p w14:paraId="4966B477" w14:textId="77777777" w:rsidR="00080BF0" w:rsidRDefault="00000000">
            <w:pPr>
              <w:spacing w:line="245" w:lineRule="auto"/>
            </w:pPr>
            <w:r>
              <w:rPr>
                <w:b/>
                <w:color w:val="000000"/>
                <w:sz w:val="15"/>
              </w:rPr>
              <w:t xml:space="preserve">UČNA SREDSTVA IN PRIPOMOČKI: </w:t>
            </w:r>
            <w:r>
              <w:rPr>
                <w:color w:val="000000"/>
                <w:sz w:val="15"/>
              </w:rPr>
              <w:t>svetilka LED, bela površina, črn in bel papir, prosojni barvni materiali, lesene paličice, varne škarje in lepilni trak; fotografija, reprodukcija ali resnični predmet za opazovanje; kartice namena in meril; talne oznake štirih postaj; mapa dokazov; sredstva za čiščenje in pospravljanje</w:t>
            </w:r>
          </w:p>
        </w:tc>
      </w:tr>
      <w:tr w:rsidR="00080BF0" w14:paraId="0DFE5D1C" w14:textId="77777777">
        <w:trPr>
          <w:cantSplit/>
          <w:jc w:val="center"/>
        </w:trPr>
        <w:tc>
          <w:tcPr>
            <w:tcW w:w="14060" w:type="dxa"/>
            <w:gridSpan w:val="6"/>
            <w:tcMar>
              <w:top w:w="70" w:type="dxa"/>
              <w:left w:w="90" w:type="dxa"/>
              <w:bottom w:w="70" w:type="dxa"/>
              <w:right w:w="90" w:type="dxa"/>
            </w:tcMar>
            <w:vAlign w:val="center"/>
          </w:tcPr>
          <w:p w14:paraId="45C5E384" w14:textId="77777777" w:rsidR="00080BF0" w:rsidRDefault="00080BF0"/>
          <w:p w14:paraId="53B626E1"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20F662CD" w14:textId="77777777">
        <w:trPr>
          <w:cantSplit/>
          <w:jc w:val="center"/>
        </w:trPr>
        <w:tc>
          <w:tcPr>
            <w:tcW w:w="14060" w:type="dxa"/>
            <w:gridSpan w:val="6"/>
            <w:tcMar>
              <w:top w:w="70" w:type="dxa"/>
              <w:left w:w="90" w:type="dxa"/>
              <w:bottom w:w="70" w:type="dxa"/>
              <w:right w:w="90" w:type="dxa"/>
            </w:tcMar>
            <w:vAlign w:val="center"/>
          </w:tcPr>
          <w:p w14:paraId="7246A6B4" w14:textId="77777777" w:rsidR="00080BF0" w:rsidRDefault="00080BF0"/>
          <w:p w14:paraId="1B7635B0" w14:textId="77777777" w:rsidR="00080BF0" w:rsidRDefault="00000000">
            <w:pPr>
              <w:spacing w:line="245" w:lineRule="auto"/>
            </w:pPr>
            <w:r>
              <w:rPr>
                <w:b/>
                <w:color w:val="000000"/>
                <w:sz w:val="15"/>
              </w:rPr>
              <w:t xml:space="preserve">OCENJEVANJE / DAN DEJAVNOSTI: </w:t>
            </w:r>
            <w:r>
              <w:rPr>
                <w:color w:val="000000"/>
                <w:sz w:val="15"/>
              </w:rPr>
              <w:t>TEHNIŠKI DAN • KULTURNI</w:t>
            </w:r>
          </w:p>
        </w:tc>
      </w:tr>
      <w:tr w:rsidR="00080BF0" w14:paraId="7189D899" w14:textId="77777777">
        <w:trPr>
          <w:cantSplit/>
          <w:jc w:val="center"/>
        </w:trPr>
        <w:tc>
          <w:tcPr>
            <w:tcW w:w="14060" w:type="dxa"/>
            <w:gridSpan w:val="6"/>
            <w:tcMar>
              <w:top w:w="70" w:type="dxa"/>
              <w:left w:w="90" w:type="dxa"/>
              <w:bottom w:w="70" w:type="dxa"/>
              <w:right w:w="90" w:type="dxa"/>
            </w:tcMar>
            <w:vAlign w:val="center"/>
          </w:tcPr>
          <w:p w14:paraId="27391F5A" w14:textId="77777777" w:rsidR="00080BF0" w:rsidRDefault="00080BF0"/>
          <w:p w14:paraId="5574811B"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5047661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B39EB3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E24213F"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B1C6420" w14:textId="77777777" w:rsidR="00080BF0" w:rsidRDefault="00000000">
            <w:pPr>
              <w:jc w:val="center"/>
            </w:pPr>
            <w:r>
              <w:rPr>
                <w:b/>
                <w:color w:val="000000"/>
                <w:sz w:val="20"/>
              </w:rPr>
              <w:t>UČNE DEJAVNOSTI, METODE IN FORMATIVNO SPREMLJANJE</w:t>
            </w:r>
          </w:p>
        </w:tc>
      </w:tr>
      <w:tr w:rsidR="00080BF0" w14:paraId="350AE1B0" w14:textId="77777777">
        <w:trPr>
          <w:tblHeader/>
          <w:jc w:val="center"/>
        </w:trPr>
        <w:tc>
          <w:tcPr>
            <w:tcW w:w="4422" w:type="dxa"/>
            <w:vMerge/>
            <w:tcMar>
              <w:top w:w="70" w:type="dxa"/>
              <w:left w:w="90" w:type="dxa"/>
              <w:bottom w:w="70" w:type="dxa"/>
              <w:right w:w="90" w:type="dxa"/>
            </w:tcMar>
            <w:vAlign w:val="center"/>
          </w:tcPr>
          <w:p w14:paraId="7801F479" w14:textId="77777777" w:rsidR="00080BF0" w:rsidRDefault="00080BF0"/>
        </w:tc>
        <w:tc>
          <w:tcPr>
            <w:tcW w:w="7087" w:type="dxa"/>
            <w:shd w:val="clear" w:color="auto" w:fill="FFFFFF"/>
            <w:tcMar>
              <w:top w:w="70" w:type="dxa"/>
              <w:left w:w="90" w:type="dxa"/>
              <w:bottom w:w="70" w:type="dxa"/>
              <w:right w:w="90" w:type="dxa"/>
            </w:tcMar>
            <w:vAlign w:val="center"/>
          </w:tcPr>
          <w:p w14:paraId="7E0CAF14"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7A58C79" w14:textId="77777777" w:rsidR="00080BF0" w:rsidRDefault="00000000">
            <w:pPr>
              <w:jc w:val="center"/>
            </w:pPr>
            <w:r>
              <w:rPr>
                <w:b/>
                <w:color w:val="000000"/>
              </w:rPr>
              <w:t>UČENEC</w:t>
            </w:r>
          </w:p>
        </w:tc>
      </w:tr>
      <w:tr w:rsidR="00080BF0" w14:paraId="0F3D2442" w14:textId="77777777">
        <w:trPr>
          <w:jc w:val="center"/>
        </w:trPr>
        <w:tc>
          <w:tcPr>
            <w:tcW w:w="4422" w:type="dxa"/>
            <w:tcMar>
              <w:top w:w="70" w:type="dxa"/>
              <w:left w:w="90" w:type="dxa"/>
              <w:bottom w:w="70" w:type="dxa"/>
              <w:right w:w="90" w:type="dxa"/>
            </w:tcMar>
          </w:tcPr>
          <w:p w14:paraId="7D80EDB5" w14:textId="77777777" w:rsidR="00080BF0" w:rsidRDefault="00080BF0"/>
          <w:p w14:paraId="562C319D" w14:textId="77777777" w:rsidR="00080BF0" w:rsidRDefault="00000000">
            <w:pPr>
              <w:spacing w:after="60" w:line="245" w:lineRule="auto"/>
            </w:pPr>
            <w:r>
              <w:rPr>
                <w:b/>
                <w:color w:val="000000"/>
              </w:rPr>
              <w:t>UČNI CILJI</w:t>
            </w:r>
          </w:p>
          <w:p w14:paraId="78782D6C" w14:textId="77777777" w:rsidR="00080BF0" w:rsidRDefault="00000000">
            <w:pPr>
              <w:spacing w:after="20" w:line="245" w:lineRule="auto"/>
            </w:pPr>
            <w:r>
              <w:rPr>
                <w:b/>
                <w:color w:val="000000"/>
                <w:sz w:val="17"/>
              </w:rPr>
              <w:t>SPLOŠNI</w:t>
            </w:r>
          </w:p>
          <w:p w14:paraId="35737CD3"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2A887668"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50333FC2"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5921D65C"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02295BF2" w14:textId="77777777" w:rsidR="00080BF0" w:rsidRDefault="00000000">
            <w:pPr>
              <w:spacing w:before="40" w:after="20" w:line="245" w:lineRule="auto"/>
            </w:pPr>
            <w:r>
              <w:rPr>
                <w:b/>
                <w:color w:val="000000"/>
                <w:sz w:val="17"/>
              </w:rPr>
              <w:t>OPERATIVNI</w:t>
            </w:r>
          </w:p>
          <w:p w14:paraId="07B90233" w14:textId="77777777" w:rsidR="00080BF0" w:rsidRDefault="00000000">
            <w:pPr>
              <w:pStyle w:val="Oznaenseznam"/>
              <w:spacing w:after="16"/>
            </w:pPr>
            <w:r>
              <w:rPr>
                <w:color w:val="000000"/>
                <w:sz w:val="16"/>
              </w:rPr>
              <w:t>ustvari preprosto figuro</w:t>
            </w:r>
          </w:p>
          <w:p w14:paraId="5F96033E" w14:textId="77777777" w:rsidR="00080BF0" w:rsidRDefault="00000000">
            <w:pPr>
              <w:pStyle w:val="Oznaenseznam"/>
              <w:spacing w:after="16"/>
            </w:pPr>
            <w:r>
              <w:rPr>
                <w:color w:val="000000"/>
                <w:sz w:val="16"/>
              </w:rPr>
              <w:t>uporabi svetlobo in senco</w:t>
            </w:r>
          </w:p>
          <w:p w14:paraId="19075282" w14:textId="77777777" w:rsidR="00080BF0" w:rsidRDefault="00000000">
            <w:pPr>
              <w:pStyle w:val="Oznaenseznam"/>
              <w:spacing w:after="16"/>
            </w:pPr>
            <w:r>
              <w:rPr>
                <w:color w:val="000000"/>
                <w:sz w:val="16"/>
              </w:rPr>
              <w:t>sodeluje pri prizoru</w:t>
            </w:r>
          </w:p>
          <w:p w14:paraId="48F50C7C" w14:textId="77777777" w:rsidR="00080BF0" w:rsidRDefault="00000000">
            <w:pPr>
              <w:spacing w:before="40" w:after="20" w:line="245" w:lineRule="auto"/>
            </w:pPr>
            <w:r>
              <w:rPr>
                <w:b/>
                <w:color w:val="000000"/>
                <w:sz w:val="17"/>
              </w:rPr>
              <w:t>PRIČAKOVANI DOSEŽKI / MINIMALNI POUDARKI</w:t>
            </w:r>
          </w:p>
          <w:p w14:paraId="7BECC0EB" w14:textId="77777777" w:rsidR="00080BF0" w:rsidRDefault="00000000">
            <w:pPr>
              <w:pStyle w:val="Oznaenseznam"/>
              <w:spacing w:after="16"/>
            </w:pPr>
            <w:r>
              <w:rPr>
                <w:color w:val="000000"/>
                <w:sz w:val="15"/>
              </w:rPr>
              <w:t>samostojno oziroma z dogovorjeno oporo ustvari preprosto figuro</w:t>
            </w:r>
          </w:p>
          <w:p w14:paraId="44B1E956" w14:textId="77777777" w:rsidR="00080BF0" w:rsidRDefault="00000000">
            <w:pPr>
              <w:pStyle w:val="Oznaenseznam"/>
              <w:spacing w:after="16"/>
            </w:pPr>
            <w:r>
              <w:rPr>
                <w:color w:val="000000"/>
                <w:sz w:val="15"/>
              </w:rPr>
              <w:t>samostojno oziroma z dogovorjeno oporo uporabi svetlobo in senco</w:t>
            </w:r>
          </w:p>
          <w:p w14:paraId="78516CB8" w14:textId="77777777" w:rsidR="00080BF0" w:rsidRDefault="00000000">
            <w:pPr>
              <w:pStyle w:val="Oznaenseznam"/>
              <w:spacing w:after="16"/>
            </w:pPr>
            <w:r>
              <w:rPr>
                <w:color w:val="000000"/>
                <w:sz w:val="15"/>
              </w:rPr>
              <w:t>samostojno oziroma z dogovorjeno oporo sodeluje pri prizoru</w:t>
            </w:r>
          </w:p>
        </w:tc>
        <w:tc>
          <w:tcPr>
            <w:tcW w:w="7087" w:type="dxa"/>
            <w:tcMar>
              <w:top w:w="70" w:type="dxa"/>
              <w:left w:w="90" w:type="dxa"/>
              <w:bottom w:w="70" w:type="dxa"/>
              <w:right w:w="90" w:type="dxa"/>
            </w:tcMar>
          </w:tcPr>
          <w:p w14:paraId="66C4BEEF"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C080ACD" w14:textId="77777777">
              <w:trPr>
                <w:jc w:val="center"/>
              </w:trPr>
              <w:tc>
                <w:tcPr>
                  <w:tcW w:w="7087" w:type="dxa"/>
                  <w:shd w:val="clear" w:color="auto" w:fill="C6E7F3"/>
                  <w:tcMar>
                    <w:top w:w="45" w:type="dxa"/>
                    <w:left w:w="70" w:type="dxa"/>
                    <w:bottom w:w="45" w:type="dxa"/>
                    <w:right w:w="70" w:type="dxa"/>
                  </w:tcMar>
                </w:tcPr>
                <w:p w14:paraId="24DDCCD7" w14:textId="77777777" w:rsidR="00080BF0" w:rsidRDefault="00000000">
                  <w:pPr>
                    <w:keepNext/>
                  </w:pPr>
                  <w:r>
                    <w:rPr>
                      <w:b/>
                      <w:color w:val="000000"/>
                    </w:rPr>
                    <w:t>UVODNI DEL – likovna uganka, opazovanje, aktivacija predznanja in namen učenja (8–12 min)</w:t>
                  </w:r>
                </w:p>
              </w:tc>
            </w:tr>
          </w:tbl>
          <w:p w14:paraId="0B934B3E" w14:textId="77777777" w:rsidR="00080BF0" w:rsidRDefault="00080BF0">
            <w:pPr>
              <w:spacing w:line="20" w:lineRule="exact"/>
            </w:pPr>
          </w:p>
          <w:p w14:paraId="2CBA4B3D" w14:textId="77777777" w:rsidR="00080BF0" w:rsidRDefault="00000000">
            <w:pPr>
              <w:spacing w:before="40" w:after="60" w:line="245" w:lineRule="auto"/>
            </w:pPr>
            <w:r>
              <w:rPr>
                <w:color w:val="000000"/>
                <w:sz w:val="16"/>
              </w:rPr>
              <w:t>Ob književnem motivu »Kaj je na koncu sveta« – Niko Grafenauer učenci vstopijo v temo svetloba, senca, zvok, vprašanja in domišljija. Učiteljica pokaže fotografijo, reprodukcijo, predmet ali material in pove kratko likovno zgodbo: na steni se pojavi neznana senca; učenci s telesom, svetlobo in preprostimi figurami preverjajo, kako nastane ter kako lahko pripoveduje o temi »senčno gledališče«. Tematska rešitev: pripravi senčno gledališče po motivih dela.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4E5A0919" w14:textId="77777777">
              <w:trPr>
                <w:jc w:val="center"/>
              </w:trPr>
              <w:tc>
                <w:tcPr>
                  <w:tcW w:w="7087" w:type="dxa"/>
                  <w:shd w:val="clear" w:color="auto" w:fill="EDC9EA"/>
                  <w:tcMar>
                    <w:top w:w="45" w:type="dxa"/>
                    <w:left w:w="70" w:type="dxa"/>
                    <w:bottom w:w="45" w:type="dxa"/>
                    <w:right w:w="70" w:type="dxa"/>
                  </w:tcMar>
                </w:tcPr>
                <w:p w14:paraId="01E5221B" w14:textId="77777777" w:rsidR="00080BF0" w:rsidRDefault="00000000">
                  <w:pPr>
                    <w:keepNext/>
                  </w:pPr>
                  <w:r>
                    <w:rPr>
                      <w:b/>
                      <w:color w:val="000000"/>
                    </w:rPr>
                    <w:t>NAMENI UČENJA</w:t>
                  </w:r>
                </w:p>
              </w:tc>
            </w:tr>
          </w:tbl>
          <w:p w14:paraId="6F1BF320" w14:textId="77777777" w:rsidR="00080BF0" w:rsidRDefault="00080BF0">
            <w:pPr>
              <w:spacing w:line="20" w:lineRule="exact"/>
            </w:pPr>
          </w:p>
          <w:p w14:paraId="1E4B0AD0"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3FEA8E87" w14:textId="77777777" w:rsidR="00080BF0" w:rsidRDefault="00000000">
            <w:pPr>
              <w:pStyle w:val="Oznaenseznam"/>
              <w:spacing w:after="16"/>
            </w:pPr>
            <w:r>
              <w:rPr>
                <w:color w:val="000000"/>
                <w:sz w:val="16"/>
              </w:rPr>
              <w:t>ustvarim preprosto figuro</w:t>
            </w:r>
          </w:p>
          <w:p w14:paraId="246A9707" w14:textId="77777777" w:rsidR="00080BF0" w:rsidRDefault="00000000">
            <w:pPr>
              <w:pStyle w:val="Oznaenseznam"/>
              <w:spacing w:after="16"/>
            </w:pPr>
            <w:r>
              <w:rPr>
                <w:color w:val="000000"/>
                <w:sz w:val="16"/>
              </w:rPr>
              <w:t>uporabim svetlobo in senco</w:t>
            </w:r>
          </w:p>
          <w:p w14:paraId="2830B40C" w14:textId="77777777" w:rsidR="00080BF0" w:rsidRDefault="00000000">
            <w:pPr>
              <w:pStyle w:val="Oznaenseznam"/>
              <w:spacing w:after="16"/>
            </w:pPr>
            <w:r>
              <w:rPr>
                <w:color w:val="000000"/>
                <w:sz w:val="16"/>
              </w:rPr>
              <w:t>sodelujem pri prizoru</w:t>
            </w:r>
          </w:p>
          <w:tbl>
            <w:tblPr>
              <w:tblStyle w:val="Tabelamrea"/>
              <w:tblW w:w="0" w:type="auto"/>
              <w:jc w:val="center"/>
              <w:tblLayout w:type="fixed"/>
              <w:tblLook w:val="04A0" w:firstRow="1" w:lastRow="0" w:firstColumn="1" w:lastColumn="0" w:noHBand="0" w:noVBand="1"/>
            </w:tblPr>
            <w:tblGrid>
              <w:gridCol w:w="7087"/>
            </w:tblGrid>
            <w:tr w:rsidR="00080BF0" w14:paraId="680A1C47" w14:textId="77777777">
              <w:trPr>
                <w:jc w:val="center"/>
              </w:trPr>
              <w:tc>
                <w:tcPr>
                  <w:tcW w:w="7087" w:type="dxa"/>
                  <w:shd w:val="clear" w:color="auto" w:fill="EDC9EA"/>
                  <w:tcMar>
                    <w:top w:w="45" w:type="dxa"/>
                    <w:left w:w="70" w:type="dxa"/>
                    <w:bottom w:w="45" w:type="dxa"/>
                    <w:right w:w="70" w:type="dxa"/>
                  </w:tcMar>
                </w:tcPr>
                <w:p w14:paraId="6F77F54A" w14:textId="77777777" w:rsidR="00080BF0" w:rsidRDefault="00000000">
                  <w:pPr>
                    <w:keepNext/>
                  </w:pPr>
                  <w:r>
                    <w:rPr>
                      <w:b/>
                      <w:color w:val="000000"/>
                    </w:rPr>
                    <w:t>PREVERJANJE PREDZNANJA</w:t>
                  </w:r>
                </w:p>
              </w:tc>
            </w:tr>
          </w:tbl>
          <w:p w14:paraId="66EBCE7F" w14:textId="77777777" w:rsidR="00080BF0" w:rsidRDefault="00080BF0">
            <w:pPr>
              <w:spacing w:line="20" w:lineRule="exact"/>
            </w:pPr>
          </w:p>
          <w:p w14:paraId="7F5DBDE4" w14:textId="77777777" w:rsidR="00080BF0" w:rsidRDefault="00000000">
            <w:pPr>
              <w:pStyle w:val="Oznaenseznam"/>
              <w:spacing w:after="16"/>
            </w:pPr>
            <w:r>
              <w:rPr>
                <w:color w:val="000000"/>
                <w:sz w:val="16"/>
              </w:rPr>
              <w:t>Kaj najprej opazim pri motivu, predmetu ali materialu, povezanem s temo »SENČNO GLEDALIŠČE«?</w:t>
            </w:r>
          </w:p>
          <w:p w14:paraId="4A4AD946"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347E3F9A"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3705F7D7" w14:textId="77777777">
              <w:trPr>
                <w:jc w:val="center"/>
              </w:trPr>
              <w:tc>
                <w:tcPr>
                  <w:tcW w:w="7087" w:type="dxa"/>
                  <w:shd w:val="clear" w:color="auto" w:fill="EDC9EA"/>
                  <w:tcMar>
                    <w:top w:w="45" w:type="dxa"/>
                    <w:left w:w="70" w:type="dxa"/>
                    <w:bottom w:w="45" w:type="dxa"/>
                    <w:right w:w="70" w:type="dxa"/>
                  </w:tcMar>
                </w:tcPr>
                <w:p w14:paraId="6A5AC35F" w14:textId="77777777" w:rsidR="00080BF0" w:rsidRDefault="00000000">
                  <w:pPr>
                    <w:keepNext/>
                  </w:pPr>
                  <w:r>
                    <w:rPr>
                      <w:b/>
                      <w:color w:val="000000"/>
                    </w:rPr>
                    <w:t>KRITERIJI USPEŠNOSTI</w:t>
                  </w:r>
                </w:p>
              </w:tc>
            </w:tr>
          </w:tbl>
          <w:p w14:paraId="7B01D542" w14:textId="77777777" w:rsidR="00080BF0" w:rsidRDefault="00080BF0"/>
          <w:p w14:paraId="105F433C" w14:textId="77777777" w:rsidR="00080BF0" w:rsidRDefault="00000000">
            <w:pPr>
              <w:spacing w:before="20" w:after="20" w:line="245" w:lineRule="auto"/>
            </w:pPr>
            <w:r>
              <w:rPr>
                <w:b/>
                <w:color w:val="000000"/>
                <w:sz w:val="16"/>
              </w:rPr>
              <w:t>Uspešen/-na bom, ko:</w:t>
            </w:r>
          </w:p>
          <w:p w14:paraId="31A30AD2" w14:textId="77777777" w:rsidR="00080BF0" w:rsidRDefault="00000000">
            <w:pPr>
              <w:pStyle w:val="Oznaenseznam"/>
              <w:spacing w:after="16"/>
            </w:pPr>
            <w:r>
              <w:rPr>
                <w:color w:val="000000"/>
                <w:sz w:val="16"/>
              </w:rPr>
              <w:t>ustvarim preprosto figuro</w:t>
            </w:r>
          </w:p>
          <w:p w14:paraId="56E2F2B4" w14:textId="77777777" w:rsidR="00080BF0" w:rsidRDefault="00000000">
            <w:pPr>
              <w:pStyle w:val="Oznaenseznam"/>
              <w:spacing w:after="16"/>
            </w:pPr>
            <w:r>
              <w:rPr>
                <w:color w:val="000000"/>
                <w:sz w:val="16"/>
              </w:rPr>
              <w:t>uporabim svetlobo in senco</w:t>
            </w:r>
          </w:p>
          <w:p w14:paraId="5B85CA1E" w14:textId="77777777" w:rsidR="00080BF0" w:rsidRDefault="00000000">
            <w:pPr>
              <w:pStyle w:val="Oznaenseznam"/>
              <w:spacing w:after="16"/>
            </w:pPr>
            <w:r>
              <w:rPr>
                <w:color w:val="000000"/>
                <w:sz w:val="16"/>
              </w:rPr>
              <w:t>sodelujem pri prizoru</w:t>
            </w:r>
          </w:p>
          <w:p w14:paraId="36A7BBDD" w14:textId="77777777" w:rsidR="00080BF0" w:rsidRDefault="00000000">
            <w:pPr>
              <w:pStyle w:val="Oznaenseznam"/>
              <w:spacing w:after="16"/>
            </w:pPr>
            <w:r>
              <w:rPr>
                <w:color w:val="000000"/>
                <w:sz w:val="15"/>
              </w:rPr>
              <w:t>varno in namensko uporabim material, zaščitim prostor ter po delu uredim svojo postajo</w:t>
            </w:r>
          </w:p>
          <w:p w14:paraId="5BDED464"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0E86E8A2" w14:textId="77777777" w:rsidR="00080BF0" w:rsidRDefault="00080BF0"/>
          <w:p w14:paraId="68973C55"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0CF26C89" w14:textId="77777777" w:rsidR="00080BF0" w:rsidRDefault="00000000">
            <w:pPr>
              <w:spacing w:after="80" w:line="245" w:lineRule="auto"/>
            </w:pPr>
            <w:r>
              <w:rPr>
                <w:color w:val="000000"/>
                <w:sz w:val="16"/>
              </w:rPr>
              <w:t>Pove ali pokaže, kaj že zna opaziti in katero likovno možnost bi najprej preizkusil.</w:t>
            </w:r>
          </w:p>
          <w:p w14:paraId="4B3A8D93" w14:textId="77777777" w:rsidR="00080BF0" w:rsidRDefault="00000000">
            <w:pPr>
              <w:spacing w:after="100" w:line="245" w:lineRule="auto"/>
            </w:pPr>
            <w:r>
              <w:rPr>
                <w:color w:val="000000"/>
                <w:sz w:val="16"/>
              </w:rPr>
              <w:t>Sodeluje pri razumevanju namena, meril uspešnosti, varne rabe pripomočkov in načina dokazovanja.</w:t>
            </w:r>
          </w:p>
          <w:p w14:paraId="20561706" w14:textId="77777777" w:rsidR="00080BF0" w:rsidRDefault="00000000">
            <w:pPr>
              <w:spacing w:after="20" w:line="245" w:lineRule="auto"/>
            </w:pPr>
            <w:r>
              <w:rPr>
                <w:b/>
                <w:color w:val="D95BC6"/>
                <w:sz w:val="17"/>
              </w:rPr>
              <w:t>DOKAZ O UČENJU</w:t>
            </w:r>
          </w:p>
          <w:p w14:paraId="21BDF3C2"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37A4B61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747B1A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EA8073"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34E8B6C" w14:textId="77777777" w:rsidR="00080BF0" w:rsidRDefault="00000000">
            <w:pPr>
              <w:jc w:val="center"/>
            </w:pPr>
            <w:r>
              <w:rPr>
                <w:b/>
                <w:color w:val="000000"/>
                <w:sz w:val="20"/>
              </w:rPr>
              <w:t>UČNE DEJAVNOSTI, METODE IN FORMATIVNO SPREMLJANJE</w:t>
            </w:r>
          </w:p>
        </w:tc>
      </w:tr>
      <w:tr w:rsidR="00080BF0" w14:paraId="32A5957C" w14:textId="77777777">
        <w:trPr>
          <w:tblHeader/>
          <w:jc w:val="center"/>
        </w:trPr>
        <w:tc>
          <w:tcPr>
            <w:tcW w:w="4422" w:type="dxa"/>
            <w:vMerge/>
            <w:tcMar>
              <w:top w:w="70" w:type="dxa"/>
              <w:left w:w="90" w:type="dxa"/>
              <w:bottom w:w="70" w:type="dxa"/>
              <w:right w:w="90" w:type="dxa"/>
            </w:tcMar>
            <w:vAlign w:val="center"/>
          </w:tcPr>
          <w:p w14:paraId="04776AF4" w14:textId="77777777" w:rsidR="00080BF0" w:rsidRDefault="00080BF0"/>
        </w:tc>
        <w:tc>
          <w:tcPr>
            <w:tcW w:w="7087" w:type="dxa"/>
            <w:shd w:val="clear" w:color="auto" w:fill="FFFFFF"/>
            <w:tcMar>
              <w:top w:w="70" w:type="dxa"/>
              <w:left w:w="90" w:type="dxa"/>
              <w:bottom w:w="70" w:type="dxa"/>
              <w:right w:w="90" w:type="dxa"/>
            </w:tcMar>
            <w:vAlign w:val="center"/>
          </w:tcPr>
          <w:p w14:paraId="744EBBD9"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B89704B" w14:textId="77777777" w:rsidR="00080BF0" w:rsidRDefault="00000000">
            <w:pPr>
              <w:jc w:val="center"/>
            </w:pPr>
            <w:r>
              <w:rPr>
                <w:b/>
                <w:color w:val="000000"/>
              </w:rPr>
              <w:t>UČENEC</w:t>
            </w:r>
          </w:p>
        </w:tc>
      </w:tr>
      <w:tr w:rsidR="00080BF0" w14:paraId="4AC43C94" w14:textId="77777777">
        <w:trPr>
          <w:jc w:val="center"/>
        </w:trPr>
        <w:tc>
          <w:tcPr>
            <w:tcW w:w="4422" w:type="dxa"/>
            <w:tcMar>
              <w:top w:w="70" w:type="dxa"/>
              <w:left w:w="90" w:type="dxa"/>
              <w:bottom w:w="70" w:type="dxa"/>
              <w:right w:w="90" w:type="dxa"/>
            </w:tcMar>
          </w:tcPr>
          <w:p w14:paraId="15647E48" w14:textId="77777777" w:rsidR="00080BF0" w:rsidRDefault="00080BF0"/>
          <w:p w14:paraId="4B4D4787" w14:textId="77777777" w:rsidR="00080BF0" w:rsidRDefault="00000000">
            <w:pPr>
              <w:spacing w:after="40" w:line="245" w:lineRule="auto"/>
            </w:pPr>
            <w:r>
              <w:rPr>
                <w:b/>
                <w:color w:val="000000"/>
              </w:rPr>
              <w:t>KLJUČNI LIKOVNI POJMI</w:t>
            </w:r>
          </w:p>
          <w:p w14:paraId="6EBDE8CC"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svetloba, senca, silhueta, prosojnost, kontrast, prizor</w:t>
            </w:r>
          </w:p>
          <w:p w14:paraId="0698C363" w14:textId="77777777" w:rsidR="00080BF0" w:rsidRDefault="00000000">
            <w:pPr>
              <w:spacing w:after="20" w:line="245" w:lineRule="auto"/>
            </w:pPr>
            <w:r>
              <w:rPr>
                <w:b/>
                <w:color w:val="000000"/>
                <w:sz w:val="17"/>
              </w:rPr>
              <w:t>DOKAZI O UČENJU</w:t>
            </w:r>
          </w:p>
          <w:p w14:paraId="2D8C6862" w14:textId="77777777" w:rsidR="00080BF0" w:rsidRDefault="00000000">
            <w:pPr>
              <w:pStyle w:val="Oznaenseznam"/>
              <w:spacing w:after="9"/>
            </w:pPr>
            <w:r>
              <w:rPr>
                <w:color w:val="000000"/>
                <w:sz w:val="15"/>
              </w:rPr>
              <w:t>likovni proces in izdelek, fotografija faze, učenčeva razlaga ter samovrednotenje v mapi.</w:t>
            </w:r>
          </w:p>
          <w:p w14:paraId="7E8D5303" w14:textId="77777777" w:rsidR="00080BF0" w:rsidRDefault="00000000">
            <w:pPr>
              <w:spacing w:before="40" w:after="20" w:line="245" w:lineRule="auto"/>
            </w:pPr>
            <w:r>
              <w:rPr>
                <w:b/>
                <w:color w:val="000000"/>
                <w:sz w:val="17"/>
              </w:rPr>
              <w:t>LIKOVNO DOŽIVETJE IN IZKUŠENJSKI POUK</w:t>
            </w:r>
          </w:p>
          <w:p w14:paraId="0EB68B03"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0BFF9B61" w14:textId="77777777" w:rsidR="00080BF0" w:rsidRDefault="00000000">
            <w:pPr>
              <w:spacing w:after="20" w:line="245" w:lineRule="auto"/>
            </w:pPr>
            <w:r>
              <w:rPr>
                <w:b/>
                <w:color w:val="000000"/>
                <w:sz w:val="17"/>
              </w:rPr>
              <w:t>POUČEVANJE V GIBANJU</w:t>
            </w:r>
          </w:p>
          <w:p w14:paraId="67F88EEF"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45905797" w14:textId="77777777" w:rsidR="00080BF0" w:rsidRDefault="00000000">
            <w:pPr>
              <w:spacing w:after="20" w:line="245" w:lineRule="auto"/>
            </w:pPr>
            <w:r>
              <w:rPr>
                <w:b/>
                <w:color w:val="000000"/>
                <w:sz w:val="17"/>
              </w:rPr>
              <w:t>DELO PO POSTAJAH</w:t>
            </w:r>
          </w:p>
          <w:p w14:paraId="4D7D23DB"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54D566E4" w14:textId="77777777" w:rsidR="00080BF0" w:rsidRDefault="00000000">
            <w:pPr>
              <w:spacing w:after="9" w:line="245" w:lineRule="auto"/>
            </w:pPr>
            <w:r>
              <w:rPr>
                <w:color w:val="000000"/>
                <w:sz w:val="14"/>
              </w:rPr>
              <w:t>1. Svetlobna: z varne razdalje spreminjam položaj predmeta in opazujem velikost, ostrino ter smer sence.</w:t>
            </w:r>
          </w:p>
          <w:p w14:paraId="19D92CF8" w14:textId="77777777" w:rsidR="00080BF0" w:rsidRDefault="00000000">
            <w:pPr>
              <w:spacing w:after="9" w:line="245" w:lineRule="auto"/>
            </w:pPr>
            <w:r>
              <w:rPr>
                <w:color w:val="000000"/>
                <w:sz w:val="14"/>
              </w:rPr>
              <w:t>2. Figuralna: iz črnega ali prosojnega materiala oblikujem preprosto silhueto in preizkusim njeno berljivost.</w:t>
            </w:r>
          </w:p>
          <w:p w14:paraId="3B9EEE66" w14:textId="77777777" w:rsidR="00080BF0" w:rsidRDefault="00000000">
            <w:pPr>
              <w:spacing w:after="9" w:line="245" w:lineRule="auto"/>
            </w:pPr>
            <w:r>
              <w:rPr>
                <w:color w:val="000000"/>
                <w:sz w:val="14"/>
              </w:rPr>
              <w:t>3. Gibalno-gledališka: z držo in gibanjem ustvarim senco, ki jasno pokaže osebo, dogodek ali razpoloženje.</w:t>
            </w:r>
          </w:p>
          <w:p w14:paraId="5B2CA3C2" w14:textId="77777777" w:rsidR="00080BF0" w:rsidRDefault="00000000">
            <w:pPr>
              <w:spacing w:after="9" w:line="245" w:lineRule="auto"/>
            </w:pPr>
            <w:r>
              <w:rPr>
                <w:color w:val="000000"/>
                <w:sz w:val="14"/>
              </w:rPr>
              <w:t>4. Prizorna: povežem figuro, svetlobo in ozadje v kratek prizor, ga predstavim in izboljšam po odzivu gledalcev.</w:t>
            </w:r>
          </w:p>
          <w:p w14:paraId="5A93281C" w14:textId="77777777" w:rsidR="00080BF0" w:rsidRDefault="00000000">
            <w:pPr>
              <w:spacing w:after="20" w:line="245" w:lineRule="auto"/>
            </w:pPr>
            <w:r>
              <w:rPr>
                <w:b/>
                <w:color w:val="000000"/>
                <w:sz w:val="17"/>
              </w:rPr>
              <w:t>DIFERENCIACIJA IN VKLJUČEVANJE</w:t>
            </w:r>
          </w:p>
          <w:p w14:paraId="5A76A3D2"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14778D7A" w14:textId="77777777" w:rsidR="00080BF0" w:rsidRDefault="00000000">
            <w:pPr>
              <w:spacing w:after="20" w:line="245" w:lineRule="auto"/>
            </w:pPr>
            <w:r>
              <w:rPr>
                <w:b/>
                <w:color w:val="000000"/>
                <w:sz w:val="17"/>
              </w:rPr>
              <w:t>SPREMLJANJE</w:t>
            </w:r>
          </w:p>
          <w:p w14:paraId="497B4129"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187F9272"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B28550B" w14:textId="77777777">
              <w:trPr>
                <w:jc w:val="center"/>
              </w:trPr>
              <w:tc>
                <w:tcPr>
                  <w:tcW w:w="7087" w:type="dxa"/>
                  <w:shd w:val="clear" w:color="auto" w:fill="C6E7F3"/>
                  <w:tcMar>
                    <w:top w:w="45" w:type="dxa"/>
                    <w:left w:w="70" w:type="dxa"/>
                    <w:bottom w:w="45" w:type="dxa"/>
                    <w:right w:w="70" w:type="dxa"/>
                  </w:tcMar>
                </w:tcPr>
                <w:p w14:paraId="7121DD01" w14:textId="77777777" w:rsidR="00080BF0" w:rsidRDefault="00000000">
                  <w:pPr>
                    <w:keepNext/>
                  </w:pPr>
                  <w:r>
                    <w:rPr>
                      <w:b/>
                      <w:color w:val="000000"/>
                      <w:sz w:val="17"/>
                    </w:rPr>
                    <w:t>GLAVNI DEL – OPAZOVANJE, MATERIALNI PREIZKUS, USTVARJANJE IN GALERIJA (1 šolska ura)</w:t>
                  </w:r>
                </w:p>
              </w:tc>
            </w:tr>
          </w:tbl>
          <w:p w14:paraId="15534D35" w14:textId="77777777" w:rsidR="00080BF0" w:rsidRDefault="00080BF0">
            <w:pPr>
              <w:spacing w:line="20" w:lineRule="exact"/>
            </w:pPr>
          </w:p>
          <w:p w14:paraId="37C5A54C" w14:textId="77777777" w:rsidR="00080BF0" w:rsidRDefault="00000000">
            <w:pPr>
              <w:keepNext/>
              <w:spacing w:before="22" w:after="8" w:line="245" w:lineRule="auto"/>
            </w:pPr>
            <w:r>
              <w:rPr>
                <w:b/>
                <w:color w:val="000000"/>
                <w:sz w:val="16"/>
              </w:rPr>
              <w:t>1. URA – Senčno gledališče – Ustvarjam, predstavim, izboljšam</w:t>
            </w:r>
          </w:p>
          <w:p w14:paraId="3463338B"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»SENČNO GLEDALIŠČE«; postavlja vprašanja o nameri, nudi tehnično oporo in omogoči izboljšavo. Zaključek 10': 10' – Izvede tiho galerijo; modelira odziv »Opazim … / Učinkuje … / Lahko poskusiš …« ter vodi pospravljanje.</w:t>
            </w:r>
          </w:p>
          <w:p w14:paraId="5CBD3AA7"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62800CBB"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5F96B4AD" w14:textId="77777777">
              <w:trPr>
                <w:jc w:val="center"/>
              </w:trPr>
              <w:tc>
                <w:tcPr>
                  <w:tcW w:w="7087" w:type="dxa"/>
                  <w:shd w:val="clear" w:color="auto" w:fill="EDC9EA"/>
                  <w:tcMar>
                    <w:top w:w="45" w:type="dxa"/>
                    <w:left w:w="70" w:type="dxa"/>
                    <w:bottom w:w="45" w:type="dxa"/>
                    <w:right w:w="70" w:type="dxa"/>
                  </w:tcMar>
                </w:tcPr>
                <w:p w14:paraId="657549A2" w14:textId="77777777" w:rsidR="00080BF0" w:rsidRDefault="00000000">
                  <w:pPr>
                    <w:keepNext/>
                  </w:pPr>
                  <w:r>
                    <w:rPr>
                      <w:b/>
                      <w:color w:val="000000"/>
                      <w:sz w:val="17"/>
                    </w:rPr>
                    <w:t>ORGANIZACIJA POSTAJ IN PREHODOV</w:t>
                  </w:r>
                </w:p>
              </w:tc>
            </w:tr>
          </w:tbl>
          <w:p w14:paraId="339E2F1C" w14:textId="77777777" w:rsidR="00080BF0" w:rsidRDefault="00080BF0"/>
          <w:p w14:paraId="56820BFA" w14:textId="77777777" w:rsidR="00080BF0" w:rsidRDefault="00000000">
            <w:pPr>
              <w:spacing w:before="8" w:after="8" w:line="245" w:lineRule="auto"/>
            </w:pPr>
            <w:r>
              <w:rPr>
                <w:color w:val="000000"/>
                <w:sz w:val="14"/>
              </w:rPr>
              <w:t>Postaja 1: Svetlobna: z varne razdalje spreminjam položaj predmeta in opazujem velikost, ostrino ter smer sence.</w:t>
            </w:r>
          </w:p>
          <w:p w14:paraId="5612689C" w14:textId="77777777" w:rsidR="00080BF0" w:rsidRDefault="00000000">
            <w:pPr>
              <w:spacing w:before="8" w:after="8" w:line="245" w:lineRule="auto"/>
            </w:pPr>
            <w:r>
              <w:rPr>
                <w:color w:val="000000"/>
                <w:sz w:val="14"/>
              </w:rPr>
              <w:t>Postaja 2: Figuralna: iz črnega ali prosojnega materiala oblikujem preprosto silhueto in preizkusim njeno berljivost.</w:t>
            </w:r>
          </w:p>
          <w:p w14:paraId="1B440D01" w14:textId="77777777" w:rsidR="00080BF0" w:rsidRDefault="00000000">
            <w:pPr>
              <w:spacing w:before="8" w:after="8" w:line="245" w:lineRule="auto"/>
            </w:pPr>
            <w:r>
              <w:rPr>
                <w:color w:val="000000"/>
                <w:sz w:val="14"/>
              </w:rPr>
              <w:t>Postaja 3: Gibalno-gledališka: z držo in gibanjem ustvarim senco, ki jasno pokaže osebo, dogodek ali razpoloženje.</w:t>
            </w:r>
          </w:p>
          <w:p w14:paraId="1CB39B29" w14:textId="77777777" w:rsidR="00080BF0" w:rsidRDefault="00000000">
            <w:pPr>
              <w:spacing w:before="8" w:after="8" w:line="245" w:lineRule="auto"/>
            </w:pPr>
            <w:r>
              <w:rPr>
                <w:color w:val="000000"/>
                <w:sz w:val="14"/>
              </w:rPr>
              <w:t>Postaja 4: Prizorna: povežem figuro, svetlobo in ozadje v kratek prizor, ga predstavim in izboljšam po odzivu gledalcev.</w:t>
            </w:r>
          </w:p>
          <w:p w14:paraId="3154256C"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042C7C8D" w14:textId="77777777" w:rsidR="00080BF0" w:rsidRDefault="00080BF0"/>
          <w:p w14:paraId="39B2D84F" w14:textId="77777777" w:rsidR="00080BF0" w:rsidRDefault="00000000">
            <w:pPr>
              <w:spacing w:after="6" w:line="245" w:lineRule="auto"/>
            </w:pPr>
            <w:r>
              <w:rPr>
                <w:b/>
                <w:color w:val="000000"/>
                <w:sz w:val="15"/>
              </w:rPr>
              <w:t>1. URA – Senčno gledališče – Ustvarjam, predstavim, izboljšam</w:t>
            </w:r>
          </w:p>
          <w:p w14:paraId="1D211330"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18E9CCAA" w14:textId="77777777" w:rsidR="00080BF0" w:rsidRDefault="00000000">
            <w:pPr>
              <w:spacing w:after="20" w:line="245" w:lineRule="auto"/>
            </w:pPr>
            <w:r>
              <w:rPr>
                <w:color w:val="D95BC6"/>
                <w:sz w:val="14"/>
              </w:rPr>
              <w:t>Dokaz: likovni proces in izdelek, fotografija faze, učenčeva razlaga ter samovrednotenje v mapi.</w:t>
            </w:r>
          </w:p>
          <w:p w14:paraId="5C5D6063" w14:textId="77777777" w:rsidR="00080BF0" w:rsidRDefault="00000000">
            <w:pPr>
              <w:spacing w:before="40" w:after="20" w:line="245" w:lineRule="auto"/>
            </w:pPr>
            <w:r>
              <w:rPr>
                <w:b/>
                <w:color w:val="D95BC6"/>
                <w:sz w:val="16"/>
              </w:rPr>
              <w:t>MOJ KROG POSTAJ</w:t>
            </w:r>
          </w:p>
          <w:p w14:paraId="05478C83" w14:textId="77777777" w:rsidR="00080BF0" w:rsidRDefault="00000000">
            <w:pPr>
              <w:spacing w:after="11" w:line="245" w:lineRule="auto"/>
            </w:pPr>
            <w:r>
              <w:rPr>
                <w:color w:val="000000"/>
                <w:sz w:val="13"/>
              </w:rPr>
              <w:t>1. Svetlobna: z varne razdalje spreminjam položaj predmeta in opazujem velikost.</w:t>
            </w:r>
          </w:p>
          <w:p w14:paraId="24E62933" w14:textId="77777777" w:rsidR="00080BF0" w:rsidRDefault="00000000">
            <w:pPr>
              <w:spacing w:after="11" w:line="245" w:lineRule="auto"/>
            </w:pPr>
            <w:r>
              <w:rPr>
                <w:color w:val="000000"/>
                <w:sz w:val="13"/>
              </w:rPr>
              <w:t>2. Figuralna: iz črnega ali prosojnega materiala oblikujem preprosto silhueto in preizkusim.</w:t>
            </w:r>
          </w:p>
          <w:p w14:paraId="2CC7586E" w14:textId="77777777" w:rsidR="00080BF0" w:rsidRDefault="00000000">
            <w:pPr>
              <w:spacing w:after="11" w:line="245" w:lineRule="auto"/>
            </w:pPr>
            <w:r>
              <w:rPr>
                <w:color w:val="000000"/>
                <w:sz w:val="13"/>
              </w:rPr>
              <w:t>3. Gibalno-gledališka: z držo in gibanjem ustvarim senco, ki jasno pokaže osebo.</w:t>
            </w:r>
          </w:p>
          <w:p w14:paraId="769831B3" w14:textId="77777777" w:rsidR="00080BF0" w:rsidRDefault="00000000">
            <w:pPr>
              <w:spacing w:after="11" w:line="245" w:lineRule="auto"/>
            </w:pPr>
            <w:r>
              <w:rPr>
                <w:color w:val="000000"/>
                <w:sz w:val="13"/>
              </w:rPr>
              <w:t>4. Prizorna: povežem figuro, svetlobo in ozadje v kratek prizor.</w:t>
            </w:r>
          </w:p>
          <w:p w14:paraId="47B793A4"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68A7DEE8" w14:textId="77777777" w:rsidR="00080BF0" w:rsidRDefault="00000000">
            <w:pPr>
              <w:spacing w:after="20" w:line="245" w:lineRule="auto"/>
            </w:pPr>
            <w:r>
              <w:rPr>
                <w:b/>
                <w:color w:val="D95BC6"/>
                <w:sz w:val="17"/>
              </w:rPr>
              <w:t>DOKAZ O UČENJU</w:t>
            </w:r>
          </w:p>
          <w:p w14:paraId="0B1F4C71"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6554D61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FBDCC5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2A58EB7"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460C6F8" w14:textId="77777777" w:rsidR="00080BF0" w:rsidRDefault="00000000">
            <w:pPr>
              <w:jc w:val="center"/>
            </w:pPr>
            <w:r>
              <w:rPr>
                <w:b/>
                <w:color w:val="000000"/>
                <w:sz w:val="20"/>
              </w:rPr>
              <w:t>UČNE DEJAVNOSTI, METODE IN FORMATIVNO SPREMLJANJE</w:t>
            </w:r>
          </w:p>
        </w:tc>
      </w:tr>
      <w:tr w:rsidR="00080BF0" w14:paraId="193BD6E9" w14:textId="77777777">
        <w:trPr>
          <w:tblHeader/>
          <w:jc w:val="center"/>
        </w:trPr>
        <w:tc>
          <w:tcPr>
            <w:tcW w:w="4422" w:type="dxa"/>
            <w:vMerge/>
            <w:tcMar>
              <w:top w:w="70" w:type="dxa"/>
              <w:left w:w="90" w:type="dxa"/>
              <w:bottom w:w="70" w:type="dxa"/>
              <w:right w:w="90" w:type="dxa"/>
            </w:tcMar>
            <w:vAlign w:val="center"/>
          </w:tcPr>
          <w:p w14:paraId="1F54476C" w14:textId="77777777" w:rsidR="00080BF0" w:rsidRDefault="00080BF0"/>
        </w:tc>
        <w:tc>
          <w:tcPr>
            <w:tcW w:w="7087" w:type="dxa"/>
            <w:shd w:val="clear" w:color="auto" w:fill="FFFFFF"/>
            <w:tcMar>
              <w:top w:w="70" w:type="dxa"/>
              <w:left w:w="90" w:type="dxa"/>
              <w:bottom w:w="70" w:type="dxa"/>
              <w:right w:w="90" w:type="dxa"/>
            </w:tcMar>
            <w:vAlign w:val="center"/>
          </w:tcPr>
          <w:p w14:paraId="7F44C7B5"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CAE63EB" w14:textId="77777777" w:rsidR="00080BF0" w:rsidRDefault="00000000">
            <w:pPr>
              <w:jc w:val="center"/>
            </w:pPr>
            <w:r>
              <w:rPr>
                <w:b/>
                <w:color w:val="000000"/>
              </w:rPr>
              <w:t>UČENEC</w:t>
            </w:r>
          </w:p>
        </w:tc>
      </w:tr>
      <w:tr w:rsidR="00080BF0" w14:paraId="54CECFAD" w14:textId="77777777">
        <w:trPr>
          <w:jc w:val="center"/>
        </w:trPr>
        <w:tc>
          <w:tcPr>
            <w:tcW w:w="4422" w:type="dxa"/>
            <w:tcMar>
              <w:top w:w="70" w:type="dxa"/>
              <w:left w:w="90" w:type="dxa"/>
              <w:bottom w:w="70" w:type="dxa"/>
              <w:right w:w="90" w:type="dxa"/>
            </w:tcMar>
          </w:tcPr>
          <w:p w14:paraId="27B06663" w14:textId="77777777" w:rsidR="00080BF0" w:rsidRDefault="00080BF0"/>
          <w:p w14:paraId="3554B138" w14:textId="77777777" w:rsidR="00080BF0" w:rsidRDefault="00000000">
            <w:pPr>
              <w:spacing w:after="40" w:line="245" w:lineRule="auto"/>
            </w:pPr>
            <w:r>
              <w:rPr>
                <w:b/>
                <w:color w:val="000000"/>
              </w:rPr>
              <w:t>FORMATIVNO SPREMLJANJE</w:t>
            </w:r>
          </w:p>
          <w:p w14:paraId="0D1F6F3D" w14:textId="77777777" w:rsidR="00080BF0" w:rsidRDefault="00000000">
            <w:pPr>
              <w:pStyle w:val="Oznaenseznam"/>
              <w:spacing w:after="16"/>
            </w:pPr>
            <w:r>
              <w:rPr>
                <w:color w:val="000000"/>
                <w:sz w:val="15"/>
              </w:rPr>
              <w:t>predznanje: opažanje, gibalna ponazoritev, izbira kartice, razvrstitev materialov, poskusna sled ali skica</w:t>
            </w:r>
          </w:p>
          <w:p w14:paraId="09FB2BFD"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03D33E90"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5A13CFE3" w14:textId="77777777" w:rsidR="00080BF0" w:rsidRDefault="00000000">
            <w:pPr>
              <w:pStyle w:val="Oznaenseznam"/>
              <w:spacing w:after="16"/>
            </w:pPr>
            <w:r>
              <w:rPr>
                <w:color w:val="000000"/>
                <w:sz w:val="15"/>
              </w:rPr>
              <w:t>povratna informacija: opis vidne likovne odločitve, povezava z enim merilom in izvedljiv naslednji korak</w:t>
            </w:r>
          </w:p>
          <w:p w14:paraId="451B0C6F" w14:textId="77777777" w:rsidR="00080BF0" w:rsidRDefault="00000000">
            <w:pPr>
              <w:pStyle w:val="Oznaenseznam"/>
              <w:spacing w:after="16"/>
            </w:pPr>
            <w:r>
              <w:rPr>
                <w:color w:val="000000"/>
                <w:sz w:val="15"/>
              </w:rPr>
              <w:t>samovrednotenje: likovni semafor, lestvica samostojnosti, izbran dokaz, galerijski odziv in izboljšava</w:t>
            </w:r>
          </w:p>
          <w:p w14:paraId="39B8D76A" w14:textId="77777777" w:rsidR="00080BF0" w:rsidRDefault="00000000">
            <w:pPr>
              <w:spacing w:before="40" w:after="20" w:line="245" w:lineRule="auto"/>
            </w:pPr>
            <w:r>
              <w:rPr>
                <w:b/>
                <w:color w:val="000000"/>
                <w:sz w:val="17"/>
              </w:rPr>
              <w:t>VARNOST, HIGIENA IN UREDITEV PROSTORA</w:t>
            </w:r>
          </w:p>
          <w:p w14:paraId="032CD63A"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Uporabi se hladna svetilka LED; učenci ne svetijo v oči in se ob zatemnitvi gibljejo le po označeni poti.</w:t>
            </w:r>
          </w:p>
          <w:p w14:paraId="6A2324F1" w14:textId="77777777" w:rsidR="00080BF0" w:rsidRDefault="00000000">
            <w:pPr>
              <w:spacing w:after="20" w:line="245" w:lineRule="auto"/>
            </w:pPr>
            <w:r>
              <w:rPr>
                <w:b/>
                <w:color w:val="000000"/>
                <w:sz w:val="17"/>
              </w:rPr>
              <w:t>EVIDENCA PO IZVEDBI</w:t>
            </w:r>
          </w:p>
          <w:p w14:paraId="614D2265"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672D5C4C" w14:textId="77777777" w:rsidR="00080BF0" w:rsidRDefault="00000000">
            <w:pPr>
              <w:spacing w:before="40" w:after="20" w:line="245" w:lineRule="auto"/>
            </w:pPr>
            <w:r>
              <w:rPr>
                <w:b/>
                <w:color w:val="000000"/>
                <w:sz w:val="17"/>
              </w:rPr>
              <w:t>RAVEN DOSEGANJA</w:t>
            </w:r>
          </w:p>
          <w:p w14:paraId="523AC71F"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33F5BF3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D897324" w14:textId="77777777">
              <w:trPr>
                <w:jc w:val="center"/>
              </w:trPr>
              <w:tc>
                <w:tcPr>
                  <w:tcW w:w="7087" w:type="dxa"/>
                  <w:shd w:val="clear" w:color="auto" w:fill="EDC9EA"/>
                  <w:tcMar>
                    <w:top w:w="45" w:type="dxa"/>
                    <w:left w:w="70" w:type="dxa"/>
                    <w:bottom w:w="45" w:type="dxa"/>
                    <w:right w:w="70" w:type="dxa"/>
                  </w:tcMar>
                </w:tcPr>
                <w:p w14:paraId="75B64BDE" w14:textId="77777777" w:rsidR="00080BF0" w:rsidRDefault="00000000">
                  <w:pPr>
                    <w:keepNext/>
                  </w:pPr>
                  <w:r>
                    <w:rPr>
                      <w:b/>
                      <w:color w:val="000000"/>
                    </w:rPr>
                    <w:t>VPRAŠANJA V PODPORO LIKOVNEMU UČENJU</w:t>
                  </w:r>
                </w:p>
              </w:tc>
            </w:tr>
          </w:tbl>
          <w:p w14:paraId="4D1310B5" w14:textId="77777777" w:rsidR="00080BF0" w:rsidRDefault="00080BF0">
            <w:pPr>
              <w:spacing w:line="20" w:lineRule="exact"/>
            </w:pPr>
          </w:p>
          <w:p w14:paraId="6F74C77E" w14:textId="77777777" w:rsidR="00080BF0" w:rsidRDefault="00000000">
            <w:pPr>
              <w:pStyle w:val="Oznaenseznam"/>
              <w:spacing w:after="16"/>
            </w:pPr>
            <w:r>
              <w:rPr>
                <w:color w:val="000000"/>
                <w:sz w:val="16"/>
              </w:rPr>
              <w:t>Kaj si najprej opazil/-a in katera likovna prvina je zate najpomembnejša?</w:t>
            </w:r>
          </w:p>
          <w:p w14:paraId="6E162182" w14:textId="77777777" w:rsidR="00080BF0" w:rsidRDefault="00000000">
            <w:pPr>
              <w:pStyle w:val="Oznaenseznam"/>
              <w:spacing w:after="16"/>
            </w:pPr>
            <w:r>
              <w:rPr>
                <w:color w:val="000000"/>
                <w:sz w:val="16"/>
              </w:rPr>
              <w:t>Kako je material ali postopek vplival na črto, barvo, obliko, površino, prostor oziroma delovanje izdelka?</w:t>
            </w:r>
          </w:p>
          <w:p w14:paraId="6210786D" w14:textId="77777777" w:rsidR="00080BF0" w:rsidRDefault="00000000">
            <w:pPr>
              <w:pStyle w:val="Oznaenseznam"/>
              <w:spacing w:after="16"/>
            </w:pPr>
            <w:r>
              <w:rPr>
                <w:color w:val="000000"/>
                <w:sz w:val="16"/>
              </w:rPr>
              <w:t>Katero možnost si preizkusil/-a, zakaj si jo izbral/-a in kaj si ob poskusu spremenil/-a?</w:t>
            </w:r>
          </w:p>
          <w:p w14:paraId="2CE8E5B6" w14:textId="77777777" w:rsidR="00080BF0" w:rsidRDefault="00000000">
            <w:pPr>
              <w:pStyle w:val="Oznaenseznam"/>
              <w:spacing w:after="16"/>
            </w:pPr>
            <w:r>
              <w:rPr>
                <w:color w:val="000000"/>
                <w:sz w:val="16"/>
              </w:rPr>
              <w:t>Kateri del tvojega procesa ali izdelka najjasneje pokaže dogovorjeno merilo?</w:t>
            </w:r>
          </w:p>
          <w:p w14:paraId="7DC1311C"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684732C7" w14:textId="77777777">
              <w:trPr>
                <w:jc w:val="center"/>
              </w:trPr>
              <w:tc>
                <w:tcPr>
                  <w:tcW w:w="7087" w:type="dxa"/>
                  <w:shd w:val="clear" w:color="auto" w:fill="C6E7F3"/>
                  <w:tcMar>
                    <w:top w:w="45" w:type="dxa"/>
                    <w:left w:w="70" w:type="dxa"/>
                    <w:bottom w:w="45" w:type="dxa"/>
                    <w:right w:w="70" w:type="dxa"/>
                  </w:tcMar>
                </w:tcPr>
                <w:p w14:paraId="7785EFA3" w14:textId="77777777" w:rsidR="00080BF0" w:rsidRDefault="00000000">
                  <w:pPr>
                    <w:keepNext/>
                  </w:pPr>
                  <w:r>
                    <w:rPr>
                      <w:b/>
                      <w:color w:val="000000"/>
                    </w:rPr>
                    <w:t>ZAKLJUČNI DEL – TIHA GALERIJA, RAZLAGA IN REFLEKSIJA (8–12 min)</w:t>
                  </w:r>
                </w:p>
              </w:tc>
            </w:tr>
          </w:tbl>
          <w:p w14:paraId="0E73F229" w14:textId="77777777" w:rsidR="00080BF0" w:rsidRDefault="00080BF0">
            <w:pPr>
              <w:spacing w:line="20" w:lineRule="exact"/>
            </w:pPr>
          </w:p>
          <w:p w14:paraId="111DB7A9"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053E261A" w14:textId="77777777">
              <w:trPr>
                <w:jc w:val="center"/>
              </w:trPr>
              <w:tc>
                <w:tcPr>
                  <w:tcW w:w="7087" w:type="dxa"/>
                  <w:shd w:val="clear" w:color="auto" w:fill="EDC9EA"/>
                  <w:tcMar>
                    <w:top w:w="45" w:type="dxa"/>
                    <w:left w:w="70" w:type="dxa"/>
                    <w:bottom w:w="45" w:type="dxa"/>
                    <w:right w:w="70" w:type="dxa"/>
                  </w:tcMar>
                </w:tcPr>
                <w:p w14:paraId="3C1B7AAD" w14:textId="77777777" w:rsidR="00080BF0" w:rsidRDefault="00000000">
                  <w:pPr>
                    <w:keepNext/>
                  </w:pPr>
                  <w:r>
                    <w:rPr>
                      <w:b/>
                      <w:color w:val="000000"/>
                    </w:rPr>
                    <w:t>SAMOVREDNOTENJE</w:t>
                  </w:r>
                </w:p>
              </w:tc>
            </w:tr>
          </w:tbl>
          <w:p w14:paraId="3C487276" w14:textId="77777777" w:rsidR="00080BF0" w:rsidRDefault="00080BF0">
            <w:pPr>
              <w:spacing w:line="20" w:lineRule="exact"/>
            </w:pPr>
          </w:p>
          <w:p w14:paraId="425BE97D"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746BDD6F" w14:textId="77777777">
              <w:trPr>
                <w:jc w:val="center"/>
              </w:trPr>
              <w:tc>
                <w:tcPr>
                  <w:tcW w:w="7087" w:type="dxa"/>
                  <w:shd w:val="clear" w:color="auto" w:fill="EDC9EA"/>
                  <w:tcMar>
                    <w:top w:w="45" w:type="dxa"/>
                    <w:left w:w="70" w:type="dxa"/>
                    <w:bottom w:w="45" w:type="dxa"/>
                    <w:right w:w="70" w:type="dxa"/>
                  </w:tcMar>
                </w:tcPr>
                <w:p w14:paraId="5B194B55" w14:textId="77777777" w:rsidR="00080BF0" w:rsidRDefault="00000000">
                  <w:pPr>
                    <w:keepNext/>
                  </w:pPr>
                  <w:r>
                    <w:rPr>
                      <w:b/>
                      <w:color w:val="000000"/>
                    </w:rPr>
                    <w:t>VRSTNIŠKO VREDNOTENJE</w:t>
                  </w:r>
                </w:p>
              </w:tc>
            </w:tr>
          </w:tbl>
          <w:p w14:paraId="691AD831" w14:textId="77777777" w:rsidR="00080BF0" w:rsidRDefault="00080BF0">
            <w:pPr>
              <w:spacing w:line="20" w:lineRule="exact"/>
            </w:pPr>
          </w:p>
          <w:p w14:paraId="45E4CD28"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7B57E2CF" w14:textId="77777777">
              <w:trPr>
                <w:jc w:val="center"/>
              </w:trPr>
              <w:tc>
                <w:tcPr>
                  <w:tcW w:w="7087" w:type="dxa"/>
                  <w:shd w:val="clear" w:color="auto" w:fill="EDC9EA"/>
                  <w:tcMar>
                    <w:top w:w="45" w:type="dxa"/>
                    <w:left w:w="70" w:type="dxa"/>
                    <w:bottom w:w="45" w:type="dxa"/>
                    <w:right w:w="70" w:type="dxa"/>
                  </w:tcMar>
                </w:tcPr>
                <w:p w14:paraId="759F4CF2" w14:textId="77777777" w:rsidR="00080BF0" w:rsidRDefault="00000000">
                  <w:pPr>
                    <w:keepNext/>
                  </w:pPr>
                  <w:r>
                    <w:rPr>
                      <w:b/>
                      <w:color w:val="000000"/>
                    </w:rPr>
                    <w:t>SKUPNI POVZETEK</w:t>
                  </w:r>
                </w:p>
              </w:tc>
            </w:tr>
          </w:tbl>
          <w:p w14:paraId="75A52BFD" w14:textId="77777777" w:rsidR="00080BF0" w:rsidRDefault="00080BF0"/>
          <w:p w14:paraId="5C956E70" w14:textId="77777777" w:rsidR="00080BF0" w:rsidRDefault="00000000">
            <w:pPr>
              <w:spacing w:before="20" w:after="40" w:line="245" w:lineRule="auto"/>
            </w:pPr>
            <w:r>
              <w:rPr>
                <w:b/>
                <w:color w:val="000000"/>
                <w:sz w:val="16"/>
              </w:rPr>
              <w:t>ustvarim preprosto figuro; uporabim svetlobo in senco; sodelujem pri prizoru. Izbrani dokaz pojasnim in po povratni informaciji izboljšam.</w:t>
            </w:r>
          </w:p>
        </w:tc>
        <w:tc>
          <w:tcPr>
            <w:tcW w:w="2551" w:type="dxa"/>
            <w:tcMar>
              <w:top w:w="70" w:type="dxa"/>
              <w:left w:w="90" w:type="dxa"/>
              <w:bottom w:w="70" w:type="dxa"/>
              <w:right w:w="90" w:type="dxa"/>
            </w:tcMar>
          </w:tcPr>
          <w:p w14:paraId="6BBA9D52" w14:textId="77777777" w:rsidR="00080BF0" w:rsidRDefault="00080BF0"/>
          <w:p w14:paraId="71323C6F" w14:textId="77777777" w:rsidR="00080BF0" w:rsidRDefault="00000000">
            <w:pPr>
              <w:spacing w:after="80" w:line="245" w:lineRule="auto"/>
            </w:pPr>
            <w:r>
              <w:rPr>
                <w:color w:val="000000"/>
                <w:sz w:val="15"/>
              </w:rPr>
              <w:t>Odgovarja na podporna vprašanja in se sklicuje na opaženo, preizkušeno, ustvarjeno ali razstavljeno.</w:t>
            </w:r>
          </w:p>
          <w:p w14:paraId="2F457306" w14:textId="77777777" w:rsidR="00080BF0" w:rsidRDefault="00000000">
            <w:pPr>
              <w:spacing w:after="80" w:line="245" w:lineRule="auto"/>
            </w:pPr>
            <w:r>
              <w:rPr>
                <w:color w:val="000000"/>
                <w:sz w:val="15"/>
              </w:rPr>
              <w:t>Predstavi izbrani procesni ali izdelkovni dokaz ter pove, katero merilo z njim pokaže.</w:t>
            </w:r>
          </w:p>
          <w:p w14:paraId="165A7B08" w14:textId="77777777" w:rsidR="00080BF0" w:rsidRDefault="00000000">
            <w:pPr>
              <w:spacing w:after="80" w:line="245" w:lineRule="auto"/>
            </w:pPr>
            <w:r>
              <w:rPr>
                <w:color w:val="000000"/>
                <w:sz w:val="15"/>
              </w:rPr>
              <w:t>Tiho opazuje vrstnikovo delo, opiše eno konkretno likovno rešitev in poda prijazen predlog.</w:t>
            </w:r>
          </w:p>
          <w:p w14:paraId="282EB12F" w14:textId="77777777" w:rsidR="00080BF0" w:rsidRDefault="00000000">
            <w:pPr>
              <w:spacing w:after="80" w:line="245" w:lineRule="auto"/>
            </w:pPr>
            <w:r>
              <w:rPr>
                <w:color w:val="000000"/>
                <w:sz w:val="15"/>
              </w:rPr>
              <w:t>Po povratni informaciji po želji ponovi poskus, spremeni podrobnost, izboljša spoj, razporeditev ali razlago.</w:t>
            </w:r>
          </w:p>
          <w:p w14:paraId="2250124C" w14:textId="77777777" w:rsidR="00080BF0" w:rsidRDefault="00000000">
            <w:pPr>
              <w:spacing w:after="100" w:line="245" w:lineRule="auto"/>
            </w:pPr>
            <w:r>
              <w:rPr>
                <w:color w:val="000000"/>
                <w:sz w:val="15"/>
              </w:rPr>
              <w:t>Izbere raven samostojnosti ter določi majhen in izvedljiv naslednji ustvarjalni korak.</w:t>
            </w:r>
          </w:p>
          <w:p w14:paraId="74DAA641" w14:textId="77777777" w:rsidR="00080BF0" w:rsidRDefault="00000000">
            <w:pPr>
              <w:spacing w:after="20" w:line="245" w:lineRule="auto"/>
            </w:pPr>
            <w:r>
              <w:rPr>
                <w:b/>
                <w:color w:val="D95BC6"/>
                <w:sz w:val="17"/>
              </w:rPr>
              <w:t>DOKAZ O UČENJU</w:t>
            </w:r>
          </w:p>
          <w:p w14:paraId="0328F1BF"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1D020EE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37520F6B" w14:textId="77777777">
        <w:trPr>
          <w:cantSplit/>
          <w:jc w:val="center"/>
        </w:trPr>
        <w:tc>
          <w:tcPr>
            <w:tcW w:w="14060" w:type="dxa"/>
            <w:gridSpan w:val="6"/>
            <w:tcMar>
              <w:top w:w="70" w:type="dxa"/>
              <w:left w:w="90" w:type="dxa"/>
              <w:bottom w:w="70" w:type="dxa"/>
              <w:right w:w="90" w:type="dxa"/>
            </w:tcMar>
            <w:vAlign w:val="center"/>
          </w:tcPr>
          <w:p w14:paraId="73023903" w14:textId="77777777" w:rsidR="00080BF0" w:rsidRDefault="00000000">
            <w:pPr>
              <w:jc w:val="center"/>
            </w:pPr>
            <w:r>
              <w:rPr>
                <w:b/>
                <w:color w:val="000000"/>
                <w:sz w:val="24"/>
              </w:rPr>
              <w:lastRenderedPageBreak/>
              <w:t>UČNA PRIPRAVA 32/39</w:t>
            </w:r>
          </w:p>
        </w:tc>
      </w:tr>
      <w:tr w:rsidR="00080BF0" w14:paraId="7AF2B847" w14:textId="77777777">
        <w:trPr>
          <w:jc w:val="center"/>
        </w:trPr>
        <w:tc>
          <w:tcPr>
            <w:tcW w:w="2665" w:type="dxa"/>
            <w:tcMar>
              <w:top w:w="70" w:type="dxa"/>
              <w:left w:w="90" w:type="dxa"/>
              <w:bottom w:w="70" w:type="dxa"/>
              <w:right w:w="90" w:type="dxa"/>
            </w:tcMar>
            <w:vAlign w:val="center"/>
          </w:tcPr>
          <w:p w14:paraId="622641ED"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0BC1AEE"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7B6203A2"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A3262B2" w14:textId="77777777" w:rsidR="00080BF0" w:rsidRDefault="00000000">
            <w:r>
              <w:rPr>
                <w:b/>
                <w:color w:val="000000"/>
                <w:sz w:val="16"/>
              </w:rPr>
              <w:t xml:space="preserve">NAČRTOVANI TERMIN: </w:t>
            </w:r>
            <w:r>
              <w:rPr>
                <w:color w:val="000000"/>
                <w:sz w:val="16"/>
              </w:rPr>
              <w:t>32. teden • 3.–7. 5. 2027</w:t>
            </w:r>
          </w:p>
        </w:tc>
        <w:tc>
          <w:tcPr>
            <w:tcW w:w="2268" w:type="dxa"/>
            <w:tcMar>
              <w:top w:w="70" w:type="dxa"/>
              <w:left w:w="90" w:type="dxa"/>
              <w:bottom w:w="70" w:type="dxa"/>
              <w:right w:w="90" w:type="dxa"/>
            </w:tcMar>
            <w:vAlign w:val="center"/>
          </w:tcPr>
          <w:p w14:paraId="7A0148D0"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E534109" w14:textId="77777777" w:rsidR="00080BF0" w:rsidRDefault="00000000">
            <w:r>
              <w:rPr>
                <w:b/>
                <w:color w:val="000000"/>
                <w:sz w:val="16"/>
              </w:rPr>
              <w:t xml:space="preserve">ŠTEVILO UR: </w:t>
            </w:r>
            <w:r>
              <w:rPr>
                <w:color w:val="000000"/>
                <w:sz w:val="16"/>
              </w:rPr>
              <w:t>2</w:t>
            </w:r>
          </w:p>
        </w:tc>
      </w:tr>
      <w:tr w:rsidR="00080BF0" w14:paraId="778B15A0" w14:textId="77777777">
        <w:trPr>
          <w:jc w:val="center"/>
        </w:trPr>
        <w:tc>
          <w:tcPr>
            <w:tcW w:w="14061" w:type="dxa"/>
            <w:gridSpan w:val="6"/>
            <w:tcMar>
              <w:top w:w="70" w:type="dxa"/>
              <w:left w:w="90" w:type="dxa"/>
              <w:bottom w:w="70" w:type="dxa"/>
              <w:right w:w="90" w:type="dxa"/>
            </w:tcMar>
            <w:vAlign w:val="center"/>
          </w:tcPr>
          <w:p w14:paraId="4C947CF8"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2101D26C" w14:textId="77777777">
        <w:trPr>
          <w:cantSplit/>
          <w:jc w:val="center"/>
        </w:trPr>
        <w:tc>
          <w:tcPr>
            <w:tcW w:w="14060" w:type="dxa"/>
            <w:gridSpan w:val="6"/>
            <w:tcMar>
              <w:top w:w="70" w:type="dxa"/>
              <w:left w:w="90" w:type="dxa"/>
              <w:bottom w:w="70" w:type="dxa"/>
              <w:right w:w="90" w:type="dxa"/>
            </w:tcMar>
            <w:vAlign w:val="center"/>
          </w:tcPr>
          <w:p w14:paraId="2DC98BAB" w14:textId="77777777" w:rsidR="00080BF0" w:rsidRDefault="00080BF0"/>
          <w:p w14:paraId="27FFF25E" w14:textId="77777777" w:rsidR="00080BF0" w:rsidRDefault="00000000">
            <w:pPr>
              <w:spacing w:line="245" w:lineRule="auto"/>
            </w:pPr>
            <w:r>
              <w:rPr>
                <w:b/>
                <w:color w:val="000000"/>
                <w:sz w:val="15"/>
              </w:rPr>
              <w:t xml:space="preserve">UČNI SKLOP: </w:t>
            </w:r>
            <w:r>
              <w:rPr>
                <w:color w:val="000000"/>
                <w:sz w:val="15"/>
              </w:rPr>
              <w:t>POKRAJINA, PROSTOR IN TRAJNOSTNA SKUPNOST</w:t>
            </w:r>
          </w:p>
        </w:tc>
      </w:tr>
      <w:tr w:rsidR="00080BF0" w14:paraId="27EF8110" w14:textId="77777777">
        <w:trPr>
          <w:cantSplit/>
          <w:jc w:val="center"/>
        </w:trPr>
        <w:tc>
          <w:tcPr>
            <w:tcW w:w="14060" w:type="dxa"/>
            <w:gridSpan w:val="6"/>
            <w:tcMar>
              <w:top w:w="70" w:type="dxa"/>
              <w:left w:w="90" w:type="dxa"/>
              <w:bottom w:w="70" w:type="dxa"/>
              <w:right w:w="90" w:type="dxa"/>
            </w:tcMar>
            <w:vAlign w:val="center"/>
          </w:tcPr>
          <w:p w14:paraId="5DF23DA4" w14:textId="77777777" w:rsidR="00080BF0" w:rsidRDefault="00080BF0"/>
          <w:p w14:paraId="3133B690" w14:textId="77777777" w:rsidR="00080BF0" w:rsidRDefault="00000000">
            <w:pPr>
              <w:spacing w:line="245" w:lineRule="auto"/>
            </w:pPr>
            <w:r>
              <w:rPr>
                <w:b/>
                <w:color w:val="000000"/>
                <w:sz w:val="15"/>
              </w:rPr>
              <w:t xml:space="preserve">UČNA TEMA: </w:t>
            </w:r>
            <w:r>
              <w:rPr>
                <w:color w:val="000000"/>
                <w:sz w:val="15"/>
              </w:rPr>
              <w:t>SLIKANJE POKRAJINE</w:t>
            </w:r>
          </w:p>
        </w:tc>
      </w:tr>
      <w:tr w:rsidR="00080BF0" w14:paraId="3360125B" w14:textId="77777777">
        <w:trPr>
          <w:cantSplit/>
          <w:jc w:val="center"/>
        </w:trPr>
        <w:tc>
          <w:tcPr>
            <w:tcW w:w="14060" w:type="dxa"/>
            <w:gridSpan w:val="6"/>
            <w:tcMar>
              <w:top w:w="70" w:type="dxa"/>
              <w:left w:w="90" w:type="dxa"/>
              <w:bottom w:w="70" w:type="dxa"/>
              <w:right w:w="90" w:type="dxa"/>
            </w:tcMar>
            <w:vAlign w:val="center"/>
          </w:tcPr>
          <w:p w14:paraId="2A3718FB" w14:textId="77777777" w:rsidR="00080BF0" w:rsidRDefault="00080BF0"/>
          <w:p w14:paraId="1EC62AAE" w14:textId="77777777" w:rsidR="00080BF0" w:rsidRDefault="00000000">
            <w:pPr>
              <w:spacing w:line="245" w:lineRule="auto"/>
            </w:pPr>
            <w:r>
              <w:rPr>
                <w:b/>
                <w:color w:val="000000"/>
                <w:sz w:val="15"/>
              </w:rPr>
              <w:t xml:space="preserve">KNJIŽEVNO / MOTIVNO IZHODIŠČE: </w:t>
            </w:r>
            <w:r>
              <w:rPr>
                <w:color w:val="000000"/>
                <w:sz w:val="15"/>
              </w:rPr>
              <w:t>»Naša bela mačica« – Srečko Kosovel • žival v pokrajini, barve, prostor in ljudski zven</w:t>
            </w:r>
          </w:p>
        </w:tc>
      </w:tr>
      <w:tr w:rsidR="00080BF0" w14:paraId="705B5131" w14:textId="77777777">
        <w:trPr>
          <w:cantSplit/>
          <w:jc w:val="center"/>
        </w:trPr>
        <w:tc>
          <w:tcPr>
            <w:tcW w:w="14060" w:type="dxa"/>
            <w:gridSpan w:val="6"/>
            <w:tcMar>
              <w:top w:w="70" w:type="dxa"/>
              <w:left w:w="90" w:type="dxa"/>
              <w:bottom w:w="70" w:type="dxa"/>
              <w:right w:w="90" w:type="dxa"/>
            </w:tcMar>
            <w:vAlign w:val="center"/>
          </w:tcPr>
          <w:p w14:paraId="07ACE8EE" w14:textId="77777777" w:rsidR="00080BF0" w:rsidRDefault="00080BF0"/>
          <w:p w14:paraId="0F70AAF6" w14:textId="77777777" w:rsidR="00080BF0" w:rsidRDefault="00000000">
            <w:pPr>
              <w:spacing w:line="245" w:lineRule="auto"/>
            </w:pPr>
            <w:r>
              <w:rPr>
                <w:b/>
                <w:color w:val="000000"/>
                <w:sz w:val="15"/>
              </w:rPr>
              <w:t xml:space="preserve">LIKOVNO IZHODIŠČE / MOTIVACIJA: </w:t>
            </w:r>
            <w:r>
              <w:rPr>
                <w:color w:val="000000"/>
                <w:sz w:val="15"/>
              </w:rPr>
              <w:t>barva iz zgodbe izgubi svoje razpoloženje; učenci z opazovanjem, mešanjem in gibalnim odzivom ugotavljajo, kako bi jo ponovno izrazili v motivu »slikanje pokrajine«.</w:t>
            </w:r>
          </w:p>
        </w:tc>
      </w:tr>
      <w:tr w:rsidR="00080BF0" w14:paraId="0027B570" w14:textId="77777777">
        <w:trPr>
          <w:cantSplit/>
          <w:jc w:val="center"/>
        </w:trPr>
        <w:tc>
          <w:tcPr>
            <w:tcW w:w="14060" w:type="dxa"/>
            <w:gridSpan w:val="6"/>
            <w:tcMar>
              <w:top w:w="70" w:type="dxa"/>
              <w:left w:w="90" w:type="dxa"/>
              <w:bottom w:w="70" w:type="dxa"/>
              <w:right w:w="90" w:type="dxa"/>
            </w:tcMar>
            <w:vAlign w:val="center"/>
          </w:tcPr>
          <w:p w14:paraId="7A46BCFC" w14:textId="77777777" w:rsidR="00080BF0" w:rsidRDefault="00080BF0"/>
          <w:p w14:paraId="06CCF6E0" w14:textId="77777777" w:rsidR="00080BF0" w:rsidRDefault="00000000">
            <w:pPr>
              <w:spacing w:line="245" w:lineRule="auto"/>
            </w:pPr>
            <w:r>
              <w:rPr>
                <w:b/>
                <w:color w:val="000000"/>
                <w:sz w:val="15"/>
              </w:rPr>
              <w:t xml:space="preserve">UČNE ENOTE: </w:t>
            </w:r>
            <w:r>
              <w:rPr>
                <w:color w:val="000000"/>
                <w:sz w:val="15"/>
              </w:rPr>
              <w:t>1. ura – Slikanje pokrajine – Opazujem, preizkušam, načrtujem • 2. ura – Slikanje pokrajine – Ustvarjam, predstavim, izboljšam</w:t>
            </w:r>
          </w:p>
        </w:tc>
      </w:tr>
      <w:tr w:rsidR="00080BF0" w14:paraId="71C97A82" w14:textId="77777777">
        <w:trPr>
          <w:cantSplit/>
          <w:jc w:val="center"/>
        </w:trPr>
        <w:tc>
          <w:tcPr>
            <w:tcW w:w="14060" w:type="dxa"/>
            <w:gridSpan w:val="6"/>
            <w:tcMar>
              <w:top w:w="70" w:type="dxa"/>
              <w:left w:w="90" w:type="dxa"/>
              <w:bottom w:w="70" w:type="dxa"/>
              <w:right w:w="90" w:type="dxa"/>
            </w:tcMar>
            <w:vAlign w:val="center"/>
          </w:tcPr>
          <w:p w14:paraId="0E6836CC" w14:textId="77777777" w:rsidR="00080BF0" w:rsidRDefault="00080BF0"/>
          <w:p w14:paraId="4F0AF0EC"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6759E331" w14:textId="77777777">
        <w:trPr>
          <w:cantSplit/>
          <w:jc w:val="center"/>
        </w:trPr>
        <w:tc>
          <w:tcPr>
            <w:tcW w:w="14060" w:type="dxa"/>
            <w:gridSpan w:val="6"/>
            <w:tcMar>
              <w:top w:w="70" w:type="dxa"/>
              <w:left w:w="90" w:type="dxa"/>
              <w:bottom w:w="70" w:type="dxa"/>
              <w:right w:w="90" w:type="dxa"/>
            </w:tcMar>
            <w:vAlign w:val="center"/>
          </w:tcPr>
          <w:p w14:paraId="596DCB68" w14:textId="77777777" w:rsidR="00080BF0" w:rsidRDefault="00080BF0"/>
          <w:p w14:paraId="64212A1F"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36DADD5E" w14:textId="77777777">
        <w:trPr>
          <w:cantSplit/>
          <w:jc w:val="center"/>
        </w:trPr>
        <w:tc>
          <w:tcPr>
            <w:tcW w:w="14060" w:type="dxa"/>
            <w:gridSpan w:val="6"/>
            <w:tcMar>
              <w:top w:w="70" w:type="dxa"/>
              <w:left w:w="90" w:type="dxa"/>
              <w:bottom w:w="70" w:type="dxa"/>
              <w:right w:w="90" w:type="dxa"/>
            </w:tcMar>
            <w:vAlign w:val="center"/>
          </w:tcPr>
          <w:p w14:paraId="7E6DB945" w14:textId="77777777" w:rsidR="00080BF0" w:rsidRDefault="00080BF0"/>
          <w:p w14:paraId="5269908A"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7CDF8A0F" w14:textId="77777777">
        <w:trPr>
          <w:cantSplit/>
          <w:jc w:val="center"/>
        </w:trPr>
        <w:tc>
          <w:tcPr>
            <w:tcW w:w="14060" w:type="dxa"/>
            <w:gridSpan w:val="6"/>
            <w:tcMar>
              <w:top w:w="70" w:type="dxa"/>
              <w:left w:w="90" w:type="dxa"/>
              <w:bottom w:w="70" w:type="dxa"/>
              <w:right w:w="90" w:type="dxa"/>
            </w:tcMar>
            <w:vAlign w:val="center"/>
          </w:tcPr>
          <w:p w14:paraId="056B33D2" w14:textId="77777777" w:rsidR="00080BF0" w:rsidRDefault="00080BF0"/>
          <w:p w14:paraId="7CAFBC81" w14:textId="77777777" w:rsidR="00080BF0" w:rsidRDefault="00000000">
            <w:pPr>
              <w:spacing w:line="245" w:lineRule="auto"/>
            </w:pPr>
            <w:r>
              <w:rPr>
                <w:b/>
                <w:color w:val="000000"/>
                <w:sz w:val="15"/>
              </w:rPr>
              <w:t xml:space="preserve">MEDPREDMETNE POVEZAVE: </w:t>
            </w:r>
            <w:r>
              <w:rPr>
                <w:color w:val="000000"/>
                <w:sz w:val="15"/>
              </w:rPr>
              <w:t>SPO – žival v pokrajini, barve, prostor in ljudski zven; SLJ – poslušanje, opis opažanja, poimenovanje postopka in predstavitev; MAT – oblike, razvrščanje, vzorci in prostorski odnosi; ŠPO – gibalna črta, telesna skulptura, smer in ravnotežje; GUM – ritem, ponavljanje.</w:t>
            </w:r>
          </w:p>
        </w:tc>
      </w:tr>
      <w:tr w:rsidR="00080BF0" w14:paraId="14E25A8E" w14:textId="77777777">
        <w:trPr>
          <w:cantSplit/>
          <w:jc w:val="center"/>
        </w:trPr>
        <w:tc>
          <w:tcPr>
            <w:tcW w:w="14060" w:type="dxa"/>
            <w:gridSpan w:val="6"/>
            <w:tcMar>
              <w:top w:w="70" w:type="dxa"/>
              <w:left w:w="90" w:type="dxa"/>
              <w:bottom w:w="70" w:type="dxa"/>
              <w:right w:w="90" w:type="dxa"/>
            </w:tcMar>
            <w:vAlign w:val="center"/>
          </w:tcPr>
          <w:p w14:paraId="26C0628D" w14:textId="77777777" w:rsidR="00080BF0" w:rsidRDefault="00080BF0"/>
          <w:p w14:paraId="3D9193DD" w14:textId="77777777" w:rsidR="00080BF0" w:rsidRDefault="00000000">
            <w:pPr>
              <w:spacing w:line="245" w:lineRule="auto"/>
            </w:pPr>
            <w:r>
              <w:rPr>
                <w:b/>
                <w:color w:val="000000"/>
                <w:sz w:val="15"/>
              </w:rPr>
              <w:t xml:space="preserve">UČNA SREDSTVA IN PRIPOMOČKI: </w:t>
            </w:r>
            <w:r>
              <w:rPr>
                <w:color w:val="000000"/>
                <w:sz w:val="15"/>
              </w:rPr>
              <w:t>debelejši papir, tempera ali vodene barve, čopiči različnih širin, palete, lončki za vodo, gobice, krpe in zaščita miz; fotografija, reprodukcija ali resnični predmet za opazovanje; kartice namena in meril; talne oznake štirih postaj; mapa dokazov; sredstva za čiščenje in pospravljanje</w:t>
            </w:r>
          </w:p>
        </w:tc>
      </w:tr>
      <w:tr w:rsidR="00080BF0" w14:paraId="371AFADB" w14:textId="77777777">
        <w:trPr>
          <w:cantSplit/>
          <w:jc w:val="center"/>
        </w:trPr>
        <w:tc>
          <w:tcPr>
            <w:tcW w:w="14060" w:type="dxa"/>
            <w:gridSpan w:val="6"/>
            <w:tcMar>
              <w:top w:w="70" w:type="dxa"/>
              <w:left w:w="90" w:type="dxa"/>
              <w:bottom w:w="70" w:type="dxa"/>
              <w:right w:w="90" w:type="dxa"/>
            </w:tcMar>
            <w:vAlign w:val="center"/>
          </w:tcPr>
          <w:p w14:paraId="4AB8C82F" w14:textId="77777777" w:rsidR="00080BF0" w:rsidRDefault="00080BF0"/>
          <w:p w14:paraId="2DE4A1AB"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3AE688F3" w14:textId="77777777">
        <w:trPr>
          <w:cantSplit/>
          <w:jc w:val="center"/>
        </w:trPr>
        <w:tc>
          <w:tcPr>
            <w:tcW w:w="14060" w:type="dxa"/>
            <w:gridSpan w:val="6"/>
            <w:tcMar>
              <w:top w:w="70" w:type="dxa"/>
              <w:left w:w="90" w:type="dxa"/>
              <w:bottom w:w="70" w:type="dxa"/>
              <w:right w:w="90" w:type="dxa"/>
            </w:tcMar>
            <w:vAlign w:val="center"/>
          </w:tcPr>
          <w:p w14:paraId="21168651" w14:textId="77777777" w:rsidR="00080BF0" w:rsidRDefault="00080BF0"/>
          <w:p w14:paraId="782B9455"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4C220E4D" w14:textId="77777777">
        <w:trPr>
          <w:cantSplit/>
          <w:jc w:val="center"/>
        </w:trPr>
        <w:tc>
          <w:tcPr>
            <w:tcW w:w="14060" w:type="dxa"/>
            <w:gridSpan w:val="6"/>
            <w:tcMar>
              <w:top w:w="70" w:type="dxa"/>
              <w:left w:w="90" w:type="dxa"/>
              <w:bottom w:w="70" w:type="dxa"/>
              <w:right w:w="90" w:type="dxa"/>
            </w:tcMar>
            <w:vAlign w:val="center"/>
          </w:tcPr>
          <w:p w14:paraId="3920A6B9" w14:textId="77777777" w:rsidR="00080BF0" w:rsidRDefault="00080BF0"/>
          <w:p w14:paraId="34A8D5E2"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518B7996"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19C2C3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EC4529F"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CA28383" w14:textId="77777777" w:rsidR="00080BF0" w:rsidRDefault="00000000">
            <w:pPr>
              <w:jc w:val="center"/>
            </w:pPr>
            <w:r>
              <w:rPr>
                <w:b/>
                <w:color w:val="000000"/>
                <w:sz w:val="20"/>
              </w:rPr>
              <w:t>UČNE DEJAVNOSTI, METODE IN FORMATIVNO SPREMLJANJE</w:t>
            </w:r>
          </w:p>
        </w:tc>
      </w:tr>
      <w:tr w:rsidR="00080BF0" w14:paraId="7E0F1FD9" w14:textId="77777777">
        <w:trPr>
          <w:tblHeader/>
          <w:jc w:val="center"/>
        </w:trPr>
        <w:tc>
          <w:tcPr>
            <w:tcW w:w="4422" w:type="dxa"/>
            <w:vMerge/>
            <w:tcMar>
              <w:top w:w="70" w:type="dxa"/>
              <w:left w:w="90" w:type="dxa"/>
              <w:bottom w:w="70" w:type="dxa"/>
              <w:right w:w="90" w:type="dxa"/>
            </w:tcMar>
            <w:vAlign w:val="center"/>
          </w:tcPr>
          <w:p w14:paraId="5F58AB38" w14:textId="77777777" w:rsidR="00080BF0" w:rsidRDefault="00080BF0"/>
        </w:tc>
        <w:tc>
          <w:tcPr>
            <w:tcW w:w="7087" w:type="dxa"/>
            <w:shd w:val="clear" w:color="auto" w:fill="FFFFFF"/>
            <w:tcMar>
              <w:top w:w="70" w:type="dxa"/>
              <w:left w:w="90" w:type="dxa"/>
              <w:bottom w:w="70" w:type="dxa"/>
              <w:right w:w="90" w:type="dxa"/>
            </w:tcMar>
            <w:vAlign w:val="center"/>
          </w:tcPr>
          <w:p w14:paraId="67AD658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21BC2DC" w14:textId="77777777" w:rsidR="00080BF0" w:rsidRDefault="00000000">
            <w:pPr>
              <w:jc w:val="center"/>
            </w:pPr>
            <w:r>
              <w:rPr>
                <w:b/>
                <w:color w:val="000000"/>
              </w:rPr>
              <w:t>UČENEC</w:t>
            </w:r>
          </w:p>
        </w:tc>
      </w:tr>
      <w:tr w:rsidR="00080BF0" w14:paraId="5E073BE0" w14:textId="77777777">
        <w:trPr>
          <w:jc w:val="center"/>
        </w:trPr>
        <w:tc>
          <w:tcPr>
            <w:tcW w:w="4422" w:type="dxa"/>
            <w:tcMar>
              <w:top w:w="70" w:type="dxa"/>
              <w:left w:w="90" w:type="dxa"/>
              <w:bottom w:w="70" w:type="dxa"/>
              <w:right w:w="90" w:type="dxa"/>
            </w:tcMar>
          </w:tcPr>
          <w:p w14:paraId="2545D54D" w14:textId="77777777" w:rsidR="00080BF0" w:rsidRDefault="00080BF0"/>
          <w:p w14:paraId="0314B322" w14:textId="77777777" w:rsidR="00080BF0" w:rsidRDefault="00000000">
            <w:pPr>
              <w:spacing w:after="60" w:line="245" w:lineRule="auto"/>
            </w:pPr>
            <w:r>
              <w:rPr>
                <w:b/>
                <w:color w:val="000000"/>
              </w:rPr>
              <w:t>UČNI CILJI</w:t>
            </w:r>
          </w:p>
          <w:p w14:paraId="4C28CFC1" w14:textId="77777777" w:rsidR="00080BF0" w:rsidRDefault="00000000">
            <w:pPr>
              <w:spacing w:after="20" w:line="245" w:lineRule="auto"/>
            </w:pPr>
            <w:r>
              <w:rPr>
                <w:b/>
                <w:color w:val="000000"/>
                <w:sz w:val="17"/>
              </w:rPr>
              <w:t>SPLOŠNI</w:t>
            </w:r>
          </w:p>
          <w:p w14:paraId="54B705FE"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0C6DBAD1"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68A499B9"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0DAA3816"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56364A5B" w14:textId="77777777" w:rsidR="00080BF0" w:rsidRDefault="00000000">
            <w:pPr>
              <w:spacing w:before="40" w:after="20" w:line="245" w:lineRule="auto"/>
            </w:pPr>
            <w:r>
              <w:rPr>
                <w:b/>
                <w:color w:val="000000"/>
                <w:sz w:val="17"/>
              </w:rPr>
              <w:t>OPERATIVNI</w:t>
            </w:r>
          </w:p>
          <w:p w14:paraId="7BCF5EE5" w14:textId="77777777" w:rsidR="00080BF0" w:rsidRDefault="00000000">
            <w:pPr>
              <w:pStyle w:val="Oznaenseznam"/>
              <w:spacing w:after="16"/>
            </w:pPr>
            <w:r>
              <w:rPr>
                <w:color w:val="000000"/>
                <w:sz w:val="16"/>
              </w:rPr>
              <w:t>opazuje prostorske odnose</w:t>
            </w:r>
          </w:p>
          <w:p w14:paraId="5D786F3A" w14:textId="77777777" w:rsidR="00080BF0" w:rsidRDefault="00000000">
            <w:pPr>
              <w:pStyle w:val="Oznaenseznam"/>
              <w:spacing w:after="16"/>
            </w:pPr>
            <w:r>
              <w:rPr>
                <w:color w:val="000000"/>
                <w:sz w:val="16"/>
              </w:rPr>
              <w:t>uporabi barvne ploskve</w:t>
            </w:r>
          </w:p>
          <w:p w14:paraId="704FDD9B" w14:textId="77777777" w:rsidR="00080BF0" w:rsidRDefault="00000000">
            <w:pPr>
              <w:pStyle w:val="Oznaenseznam"/>
              <w:spacing w:after="16"/>
            </w:pPr>
            <w:r>
              <w:rPr>
                <w:color w:val="000000"/>
                <w:sz w:val="16"/>
              </w:rPr>
              <w:t>ustvari ospredje in ozadje na intuitivni ravni</w:t>
            </w:r>
          </w:p>
          <w:p w14:paraId="42F585D5" w14:textId="77777777" w:rsidR="00080BF0" w:rsidRDefault="00000000">
            <w:pPr>
              <w:spacing w:before="40" w:after="20" w:line="245" w:lineRule="auto"/>
            </w:pPr>
            <w:r>
              <w:rPr>
                <w:b/>
                <w:color w:val="000000"/>
                <w:sz w:val="17"/>
              </w:rPr>
              <w:t>PRIČAKOVANI DOSEŽKI / MINIMALNI POUDARKI</w:t>
            </w:r>
          </w:p>
          <w:p w14:paraId="601C2667" w14:textId="77777777" w:rsidR="00080BF0" w:rsidRDefault="00000000">
            <w:pPr>
              <w:pStyle w:val="Oznaenseznam"/>
              <w:spacing w:after="16"/>
            </w:pPr>
            <w:r>
              <w:rPr>
                <w:color w:val="000000"/>
                <w:sz w:val="15"/>
              </w:rPr>
              <w:t>samostojno oziroma z dogovorjeno oporo opazuje prostorske odnose</w:t>
            </w:r>
          </w:p>
          <w:p w14:paraId="32FA1815" w14:textId="77777777" w:rsidR="00080BF0" w:rsidRDefault="00000000">
            <w:pPr>
              <w:pStyle w:val="Oznaenseznam"/>
              <w:spacing w:after="16"/>
            </w:pPr>
            <w:r>
              <w:rPr>
                <w:color w:val="000000"/>
                <w:sz w:val="15"/>
              </w:rPr>
              <w:t>samostojno oziroma z dogovorjeno oporo uporabi barvne ploskve</w:t>
            </w:r>
          </w:p>
          <w:p w14:paraId="3F7AAF3A" w14:textId="77777777" w:rsidR="00080BF0" w:rsidRDefault="00000000">
            <w:pPr>
              <w:pStyle w:val="Oznaenseznam"/>
              <w:spacing w:after="16"/>
            </w:pPr>
            <w:r>
              <w:rPr>
                <w:color w:val="000000"/>
                <w:sz w:val="15"/>
              </w:rPr>
              <w:t>samostojno oziroma z dogovorjeno oporo ustvari ospredje in ozadje na intuitivni ravni</w:t>
            </w:r>
          </w:p>
        </w:tc>
        <w:tc>
          <w:tcPr>
            <w:tcW w:w="7087" w:type="dxa"/>
            <w:tcMar>
              <w:top w:w="70" w:type="dxa"/>
              <w:left w:w="90" w:type="dxa"/>
              <w:bottom w:w="70" w:type="dxa"/>
              <w:right w:w="90" w:type="dxa"/>
            </w:tcMar>
          </w:tcPr>
          <w:p w14:paraId="60A1167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0061AA3" w14:textId="77777777">
              <w:trPr>
                <w:jc w:val="center"/>
              </w:trPr>
              <w:tc>
                <w:tcPr>
                  <w:tcW w:w="7087" w:type="dxa"/>
                  <w:shd w:val="clear" w:color="auto" w:fill="C6E7F3"/>
                  <w:tcMar>
                    <w:top w:w="45" w:type="dxa"/>
                    <w:left w:w="70" w:type="dxa"/>
                    <w:bottom w:w="45" w:type="dxa"/>
                    <w:right w:w="70" w:type="dxa"/>
                  </w:tcMar>
                </w:tcPr>
                <w:p w14:paraId="1EE8B21F" w14:textId="77777777" w:rsidR="00080BF0" w:rsidRDefault="00000000">
                  <w:pPr>
                    <w:keepNext/>
                  </w:pPr>
                  <w:r>
                    <w:rPr>
                      <w:b/>
                      <w:color w:val="000000"/>
                    </w:rPr>
                    <w:t>UVODNI DEL – likovna uganka, opazovanje, aktivacija predznanja in namen učenja (8–12 min)</w:t>
                  </w:r>
                </w:p>
              </w:tc>
            </w:tr>
          </w:tbl>
          <w:p w14:paraId="6538D513" w14:textId="77777777" w:rsidR="00080BF0" w:rsidRDefault="00080BF0">
            <w:pPr>
              <w:spacing w:line="20" w:lineRule="exact"/>
            </w:pPr>
          </w:p>
          <w:p w14:paraId="50532F64" w14:textId="77777777" w:rsidR="00080BF0" w:rsidRDefault="00000000">
            <w:pPr>
              <w:spacing w:before="40" w:after="60" w:line="245" w:lineRule="auto"/>
            </w:pPr>
            <w:r>
              <w:rPr>
                <w:color w:val="000000"/>
                <w:sz w:val="16"/>
              </w:rPr>
              <w:t>Ob književnem motivu »Naša bela mačica« – Srečko Kosovel učenci vstopijo v temo žival v pokrajini, barve, prostor in ljudski zven. Učiteljica pokaže fotografijo, reprodukcijo, predmet ali material in pove kratko likovno zgodbo: barva iz zgodbe izgubi svoje razpoloženje; učenci z opazovanjem, mešanjem in gibalnim odzivom ugotavljajo, kako bi jo ponovno izrazili v motivu »slikanje pokrajine«. Tematska rešitev: naslika belo mačico v ospredju izbrane pokrajine.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20E2F4B6" w14:textId="77777777">
              <w:trPr>
                <w:jc w:val="center"/>
              </w:trPr>
              <w:tc>
                <w:tcPr>
                  <w:tcW w:w="7087" w:type="dxa"/>
                  <w:shd w:val="clear" w:color="auto" w:fill="EDC9EA"/>
                  <w:tcMar>
                    <w:top w:w="45" w:type="dxa"/>
                    <w:left w:w="70" w:type="dxa"/>
                    <w:bottom w:w="45" w:type="dxa"/>
                    <w:right w:w="70" w:type="dxa"/>
                  </w:tcMar>
                </w:tcPr>
                <w:p w14:paraId="224DE1FA" w14:textId="77777777" w:rsidR="00080BF0" w:rsidRDefault="00000000">
                  <w:pPr>
                    <w:keepNext/>
                  </w:pPr>
                  <w:r>
                    <w:rPr>
                      <w:b/>
                      <w:color w:val="000000"/>
                    </w:rPr>
                    <w:t>NAMENI UČENJA</w:t>
                  </w:r>
                </w:p>
              </w:tc>
            </w:tr>
          </w:tbl>
          <w:p w14:paraId="3DD2A922" w14:textId="77777777" w:rsidR="00080BF0" w:rsidRDefault="00080BF0">
            <w:pPr>
              <w:spacing w:line="20" w:lineRule="exact"/>
            </w:pPr>
          </w:p>
          <w:p w14:paraId="55AF4DF9"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414F3461" w14:textId="77777777" w:rsidR="00080BF0" w:rsidRDefault="00000000">
            <w:pPr>
              <w:pStyle w:val="Oznaenseznam"/>
              <w:spacing w:after="16"/>
            </w:pPr>
            <w:r>
              <w:rPr>
                <w:color w:val="000000"/>
                <w:sz w:val="16"/>
              </w:rPr>
              <w:t>opazujem prostorske odnose</w:t>
            </w:r>
          </w:p>
          <w:p w14:paraId="16994ECC" w14:textId="77777777" w:rsidR="00080BF0" w:rsidRDefault="00000000">
            <w:pPr>
              <w:pStyle w:val="Oznaenseznam"/>
              <w:spacing w:after="16"/>
            </w:pPr>
            <w:r>
              <w:rPr>
                <w:color w:val="000000"/>
                <w:sz w:val="16"/>
              </w:rPr>
              <w:t>uporabim barvne ploskve</w:t>
            </w:r>
          </w:p>
          <w:p w14:paraId="1270AE9F" w14:textId="77777777" w:rsidR="00080BF0" w:rsidRDefault="00000000">
            <w:pPr>
              <w:pStyle w:val="Oznaenseznam"/>
              <w:spacing w:after="16"/>
            </w:pPr>
            <w:r>
              <w:rPr>
                <w:color w:val="000000"/>
                <w:sz w:val="16"/>
              </w:rPr>
              <w:t>ustvarim ospredje in ozadje na intuitivni ravni</w:t>
            </w:r>
          </w:p>
          <w:tbl>
            <w:tblPr>
              <w:tblStyle w:val="Tabelamrea"/>
              <w:tblW w:w="0" w:type="auto"/>
              <w:jc w:val="center"/>
              <w:tblLayout w:type="fixed"/>
              <w:tblLook w:val="04A0" w:firstRow="1" w:lastRow="0" w:firstColumn="1" w:lastColumn="0" w:noHBand="0" w:noVBand="1"/>
            </w:tblPr>
            <w:tblGrid>
              <w:gridCol w:w="7087"/>
            </w:tblGrid>
            <w:tr w:rsidR="00080BF0" w14:paraId="5FE383E0" w14:textId="77777777">
              <w:trPr>
                <w:jc w:val="center"/>
              </w:trPr>
              <w:tc>
                <w:tcPr>
                  <w:tcW w:w="7087" w:type="dxa"/>
                  <w:shd w:val="clear" w:color="auto" w:fill="EDC9EA"/>
                  <w:tcMar>
                    <w:top w:w="45" w:type="dxa"/>
                    <w:left w:w="70" w:type="dxa"/>
                    <w:bottom w:w="45" w:type="dxa"/>
                    <w:right w:w="70" w:type="dxa"/>
                  </w:tcMar>
                </w:tcPr>
                <w:p w14:paraId="07E7BA52" w14:textId="77777777" w:rsidR="00080BF0" w:rsidRDefault="00000000">
                  <w:pPr>
                    <w:keepNext/>
                  </w:pPr>
                  <w:r>
                    <w:rPr>
                      <w:b/>
                      <w:color w:val="000000"/>
                    </w:rPr>
                    <w:t>PREVERJANJE PREDZNANJA</w:t>
                  </w:r>
                </w:p>
              </w:tc>
            </w:tr>
          </w:tbl>
          <w:p w14:paraId="36470909" w14:textId="77777777" w:rsidR="00080BF0" w:rsidRDefault="00080BF0">
            <w:pPr>
              <w:spacing w:line="20" w:lineRule="exact"/>
            </w:pPr>
          </w:p>
          <w:p w14:paraId="5E325DE2" w14:textId="77777777" w:rsidR="00080BF0" w:rsidRDefault="00000000">
            <w:pPr>
              <w:pStyle w:val="Oznaenseznam"/>
              <w:spacing w:after="16"/>
            </w:pPr>
            <w:r>
              <w:rPr>
                <w:color w:val="000000"/>
                <w:sz w:val="16"/>
              </w:rPr>
              <w:t>Kaj najprej opazim pri motivu, predmetu ali materialu, povezanem s temo »SLIKANJE POKRAJINE«?</w:t>
            </w:r>
          </w:p>
          <w:p w14:paraId="4D48891B"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72C0C120"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77752E8E" w14:textId="77777777">
              <w:trPr>
                <w:jc w:val="center"/>
              </w:trPr>
              <w:tc>
                <w:tcPr>
                  <w:tcW w:w="7087" w:type="dxa"/>
                  <w:shd w:val="clear" w:color="auto" w:fill="EDC9EA"/>
                  <w:tcMar>
                    <w:top w:w="45" w:type="dxa"/>
                    <w:left w:w="70" w:type="dxa"/>
                    <w:bottom w:w="45" w:type="dxa"/>
                    <w:right w:w="70" w:type="dxa"/>
                  </w:tcMar>
                </w:tcPr>
                <w:p w14:paraId="67BDCD2D" w14:textId="77777777" w:rsidR="00080BF0" w:rsidRDefault="00000000">
                  <w:pPr>
                    <w:keepNext/>
                  </w:pPr>
                  <w:r>
                    <w:rPr>
                      <w:b/>
                      <w:color w:val="000000"/>
                    </w:rPr>
                    <w:t>KRITERIJI USPEŠNOSTI</w:t>
                  </w:r>
                </w:p>
              </w:tc>
            </w:tr>
          </w:tbl>
          <w:p w14:paraId="6587FD69" w14:textId="77777777" w:rsidR="00080BF0" w:rsidRDefault="00080BF0"/>
          <w:p w14:paraId="2D11A0DA" w14:textId="77777777" w:rsidR="00080BF0" w:rsidRDefault="00000000">
            <w:pPr>
              <w:spacing w:before="20" w:after="20" w:line="245" w:lineRule="auto"/>
            </w:pPr>
            <w:r>
              <w:rPr>
                <w:b/>
                <w:color w:val="000000"/>
                <w:sz w:val="16"/>
              </w:rPr>
              <w:t>Uspešen/-na bom, ko:</w:t>
            </w:r>
          </w:p>
          <w:p w14:paraId="1854A0C4" w14:textId="77777777" w:rsidR="00080BF0" w:rsidRDefault="00000000">
            <w:pPr>
              <w:pStyle w:val="Oznaenseznam"/>
              <w:spacing w:after="16"/>
            </w:pPr>
            <w:r>
              <w:rPr>
                <w:color w:val="000000"/>
                <w:sz w:val="16"/>
              </w:rPr>
              <w:t>opazujem prostorske odnose</w:t>
            </w:r>
          </w:p>
          <w:p w14:paraId="01A84351" w14:textId="77777777" w:rsidR="00080BF0" w:rsidRDefault="00000000">
            <w:pPr>
              <w:pStyle w:val="Oznaenseznam"/>
              <w:spacing w:after="16"/>
            </w:pPr>
            <w:r>
              <w:rPr>
                <w:color w:val="000000"/>
                <w:sz w:val="16"/>
              </w:rPr>
              <w:t>uporabim barvne ploskve</w:t>
            </w:r>
          </w:p>
          <w:p w14:paraId="2F2B322C" w14:textId="77777777" w:rsidR="00080BF0" w:rsidRDefault="00000000">
            <w:pPr>
              <w:pStyle w:val="Oznaenseznam"/>
              <w:spacing w:after="16"/>
            </w:pPr>
            <w:r>
              <w:rPr>
                <w:color w:val="000000"/>
                <w:sz w:val="16"/>
              </w:rPr>
              <w:t>ustvarim ospredje in ozadje na intuitivni ravni</w:t>
            </w:r>
          </w:p>
          <w:p w14:paraId="2730A139" w14:textId="77777777" w:rsidR="00080BF0" w:rsidRDefault="00000000">
            <w:pPr>
              <w:pStyle w:val="Oznaenseznam"/>
              <w:spacing w:after="16"/>
            </w:pPr>
            <w:r>
              <w:rPr>
                <w:color w:val="000000"/>
                <w:sz w:val="15"/>
              </w:rPr>
              <w:t>varno in namensko uporabim material, zaščitim prostor ter po delu uredim svojo postajo</w:t>
            </w:r>
          </w:p>
          <w:p w14:paraId="0FA5C184"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64FDB0D1" w14:textId="77777777" w:rsidR="00080BF0" w:rsidRDefault="00080BF0"/>
          <w:p w14:paraId="73752B89"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114149D" w14:textId="77777777" w:rsidR="00080BF0" w:rsidRDefault="00000000">
            <w:pPr>
              <w:spacing w:after="80" w:line="245" w:lineRule="auto"/>
            </w:pPr>
            <w:r>
              <w:rPr>
                <w:color w:val="000000"/>
                <w:sz w:val="16"/>
              </w:rPr>
              <w:t>Pove ali pokaže, kaj že zna opaziti in katero likovno možnost bi najprej preizkusil.</w:t>
            </w:r>
          </w:p>
          <w:p w14:paraId="2A67AFF7" w14:textId="77777777" w:rsidR="00080BF0" w:rsidRDefault="00000000">
            <w:pPr>
              <w:spacing w:after="100" w:line="245" w:lineRule="auto"/>
            </w:pPr>
            <w:r>
              <w:rPr>
                <w:color w:val="000000"/>
                <w:sz w:val="16"/>
              </w:rPr>
              <w:t>Sodeluje pri razumevanju namena, meril uspešnosti, varne rabe pripomočkov in načina dokazovanja.</w:t>
            </w:r>
          </w:p>
          <w:p w14:paraId="66D663FB" w14:textId="77777777" w:rsidR="00080BF0" w:rsidRDefault="00000000">
            <w:pPr>
              <w:spacing w:after="20" w:line="245" w:lineRule="auto"/>
            </w:pPr>
            <w:r>
              <w:rPr>
                <w:b/>
                <w:color w:val="D95BC6"/>
                <w:sz w:val="17"/>
              </w:rPr>
              <w:t>DOKAZ O UČENJU</w:t>
            </w:r>
          </w:p>
          <w:p w14:paraId="49C67870"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5690DC63"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0768C8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E639DE8"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EAD7BE4" w14:textId="77777777" w:rsidR="00080BF0" w:rsidRDefault="00000000">
            <w:pPr>
              <w:jc w:val="center"/>
            </w:pPr>
            <w:r>
              <w:rPr>
                <w:b/>
                <w:color w:val="000000"/>
                <w:sz w:val="20"/>
              </w:rPr>
              <w:t>UČNE DEJAVNOSTI, METODE IN FORMATIVNO SPREMLJANJE</w:t>
            </w:r>
          </w:p>
        </w:tc>
      </w:tr>
      <w:tr w:rsidR="00080BF0" w14:paraId="14276FE7" w14:textId="77777777">
        <w:trPr>
          <w:tblHeader/>
          <w:jc w:val="center"/>
        </w:trPr>
        <w:tc>
          <w:tcPr>
            <w:tcW w:w="4422" w:type="dxa"/>
            <w:vMerge/>
            <w:tcMar>
              <w:top w:w="70" w:type="dxa"/>
              <w:left w:w="90" w:type="dxa"/>
              <w:bottom w:w="70" w:type="dxa"/>
              <w:right w:w="90" w:type="dxa"/>
            </w:tcMar>
            <w:vAlign w:val="center"/>
          </w:tcPr>
          <w:p w14:paraId="5EFAFC4D" w14:textId="77777777" w:rsidR="00080BF0" w:rsidRDefault="00080BF0"/>
        </w:tc>
        <w:tc>
          <w:tcPr>
            <w:tcW w:w="7087" w:type="dxa"/>
            <w:shd w:val="clear" w:color="auto" w:fill="FFFFFF"/>
            <w:tcMar>
              <w:top w:w="70" w:type="dxa"/>
              <w:left w:w="90" w:type="dxa"/>
              <w:bottom w:w="70" w:type="dxa"/>
              <w:right w:w="90" w:type="dxa"/>
            </w:tcMar>
            <w:vAlign w:val="center"/>
          </w:tcPr>
          <w:p w14:paraId="5DADF23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531D78F" w14:textId="77777777" w:rsidR="00080BF0" w:rsidRDefault="00000000">
            <w:pPr>
              <w:jc w:val="center"/>
            </w:pPr>
            <w:r>
              <w:rPr>
                <w:b/>
                <w:color w:val="000000"/>
              </w:rPr>
              <w:t>UČENEC</w:t>
            </w:r>
          </w:p>
        </w:tc>
      </w:tr>
      <w:tr w:rsidR="00080BF0" w14:paraId="42F9061F" w14:textId="77777777">
        <w:trPr>
          <w:jc w:val="center"/>
        </w:trPr>
        <w:tc>
          <w:tcPr>
            <w:tcW w:w="4422" w:type="dxa"/>
            <w:tcMar>
              <w:top w:w="70" w:type="dxa"/>
              <w:left w:w="90" w:type="dxa"/>
              <w:bottom w:w="70" w:type="dxa"/>
              <w:right w:w="90" w:type="dxa"/>
            </w:tcMar>
          </w:tcPr>
          <w:p w14:paraId="47FCBA93" w14:textId="77777777" w:rsidR="00080BF0" w:rsidRDefault="00080BF0"/>
          <w:p w14:paraId="458E6215" w14:textId="77777777" w:rsidR="00080BF0" w:rsidRDefault="00000000">
            <w:pPr>
              <w:spacing w:after="40" w:line="245" w:lineRule="auto"/>
            </w:pPr>
            <w:r>
              <w:rPr>
                <w:b/>
                <w:color w:val="000000"/>
              </w:rPr>
              <w:t>KLJUČNI LIKOVNI POJMI</w:t>
            </w:r>
          </w:p>
          <w:p w14:paraId="0255A0D1"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osnovna barva, mešanje, topla in hladna barva, barvna ploskev, ospredje, ozadje</w:t>
            </w:r>
          </w:p>
          <w:p w14:paraId="2A071598" w14:textId="77777777" w:rsidR="00080BF0" w:rsidRDefault="00000000">
            <w:pPr>
              <w:spacing w:after="20" w:line="245" w:lineRule="auto"/>
            </w:pPr>
            <w:r>
              <w:rPr>
                <w:b/>
                <w:color w:val="000000"/>
                <w:sz w:val="17"/>
              </w:rPr>
              <w:t>DOKAZI O UČENJU</w:t>
            </w:r>
          </w:p>
          <w:p w14:paraId="6CD42D61" w14:textId="77777777" w:rsidR="00080BF0" w:rsidRDefault="00000000">
            <w:pPr>
              <w:pStyle w:val="Oznaenseznam"/>
              <w:spacing w:after="9"/>
            </w:pPr>
            <w:r>
              <w:rPr>
                <w:color w:val="000000"/>
                <w:sz w:val="15"/>
              </w:rPr>
              <w:t>list materialnih poskusov, skica/načrt, učenčeva razlaga in učiteljev zapis o varni rabi pripomočkov.</w:t>
            </w:r>
          </w:p>
          <w:p w14:paraId="22DDC5D2" w14:textId="77777777" w:rsidR="00080BF0" w:rsidRDefault="00000000">
            <w:pPr>
              <w:pStyle w:val="Oznaenseznam"/>
              <w:spacing w:after="9"/>
            </w:pPr>
            <w:r>
              <w:rPr>
                <w:color w:val="000000"/>
                <w:sz w:val="15"/>
              </w:rPr>
              <w:t>likovni proces in izdelek, fotografija faze, učenčeva razlaga ter samovrednotenje v mapi.</w:t>
            </w:r>
          </w:p>
          <w:p w14:paraId="30FACC34" w14:textId="77777777" w:rsidR="00080BF0" w:rsidRDefault="00000000">
            <w:pPr>
              <w:spacing w:before="40" w:after="20" w:line="245" w:lineRule="auto"/>
            </w:pPr>
            <w:r>
              <w:rPr>
                <w:b/>
                <w:color w:val="000000"/>
                <w:sz w:val="17"/>
              </w:rPr>
              <w:t>LIKOVNO DOŽIVETJE IN IZKUŠENJSKI POUK</w:t>
            </w:r>
          </w:p>
          <w:p w14:paraId="2078A23C"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4EF4AC3E" w14:textId="77777777" w:rsidR="00080BF0" w:rsidRDefault="00000000">
            <w:pPr>
              <w:spacing w:after="20" w:line="245" w:lineRule="auto"/>
            </w:pPr>
            <w:r>
              <w:rPr>
                <w:b/>
                <w:color w:val="000000"/>
                <w:sz w:val="17"/>
              </w:rPr>
              <w:t>POUČEVANJE V GIBANJU</w:t>
            </w:r>
          </w:p>
          <w:p w14:paraId="1B809533"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2EE894BA" w14:textId="77777777" w:rsidR="00080BF0" w:rsidRDefault="00000000">
            <w:pPr>
              <w:spacing w:after="20" w:line="245" w:lineRule="auto"/>
            </w:pPr>
            <w:r>
              <w:rPr>
                <w:b/>
                <w:color w:val="000000"/>
                <w:sz w:val="17"/>
              </w:rPr>
              <w:t>DELO PO POSTAJAH</w:t>
            </w:r>
          </w:p>
          <w:p w14:paraId="2B9E7D30"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7A355733" w14:textId="77777777" w:rsidR="00080BF0" w:rsidRDefault="00000000">
            <w:pPr>
              <w:spacing w:after="9" w:line="245" w:lineRule="auto"/>
            </w:pPr>
            <w:r>
              <w:rPr>
                <w:color w:val="000000"/>
                <w:sz w:val="14"/>
              </w:rPr>
              <w:t>1. Barvno-opazovalna: v motivu poiščem barvne ploskve, kontraste, tople ali hladne odnose in razpoloženje.</w:t>
            </w:r>
          </w:p>
          <w:p w14:paraId="6B5F4BA4" w14:textId="77777777" w:rsidR="00080BF0" w:rsidRDefault="00000000">
            <w:pPr>
              <w:spacing w:after="9" w:line="245" w:lineRule="auto"/>
            </w:pPr>
            <w:r>
              <w:rPr>
                <w:color w:val="000000"/>
                <w:sz w:val="14"/>
              </w:rPr>
              <w:t>2. Mešalna: na paleti varno preizkusim najmanj dve mešanici, ju označim in izberem za svoj namen.</w:t>
            </w:r>
          </w:p>
          <w:p w14:paraId="41E5C631" w14:textId="77777777" w:rsidR="00080BF0" w:rsidRDefault="00000000">
            <w:pPr>
              <w:spacing w:after="9" w:line="245" w:lineRule="auto"/>
            </w:pPr>
            <w:r>
              <w:rPr>
                <w:color w:val="000000"/>
                <w:sz w:val="14"/>
              </w:rPr>
              <w:t>3. Gibalna barva: z ruto, hojo, nivojem in hitrostjo telesa pokažem značaj izbrane barve ali poteze.</w:t>
            </w:r>
          </w:p>
          <w:p w14:paraId="26F12A22" w14:textId="77777777" w:rsidR="00080BF0" w:rsidRDefault="00000000">
            <w:pPr>
              <w:spacing w:after="9" w:line="245" w:lineRule="auto"/>
            </w:pPr>
            <w:r>
              <w:rPr>
                <w:color w:val="000000"/>
                <w:sz w:val="14"/>
              </w:rPr>
              <w:t>4. Slikarsko-galerijska: slikam osebno rešitev, jo pogledam od daleč, prejmem opisni odziv in izboljšam.</w:t>
            </w:r>
          </w:p>
          <w:p w14:paraId="0CEA1626" w14:textId="77777777" w:rsidR="00080BF0" w:rsidRDefault="00000000">
            <w:pPr>
              <w:spacing w:after="20" w:line="245" w:lineRule="auto"/>
            </w:pPr>
            <w:r>
              <w:rPr>
                <w:b/>
                <w:color w:val="000000"/>
                <w:sz w:val="17"/>
              </w:rPr>
              <w:t>DIFERENCIACIJA IN VKLJUČEVANJE</w:t>
            </w:r>
          </w:p>
          <w:p w14:paraId="0B606156"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0B82D632" w14:textId="77777777" w:rsidR="00080BF0" w:rsidRDefault="00000000">
            <w:pPr>
              <w:spacing w:after="20" w:line="245" w:lineRule="auto"/>
            </w:pPr>
            <w:r>
              <w:rPr>
                <w:b/>
                <w:color w:val="000000"/>
                <w:sz w:val="17"/>
              </w:rPr>
              <w:t>SPREMLJANJE</w:t>
            </w:r>
          </w:p>
          <w:p w14:paraId="355FE740"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3B3746BC"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70DF319" w14:textId="77777777">
              <w:trPr>
                <w:jc w:val="center"/>
              </w:trPr>
              <w:tc>
                <w:tcPr>
                  <w:tcW w:w="7087" w:type="dxa"/>
                  <w:shd w:val="clear" w:color="auto" w:fill="C6E7F3"/>
                  <w:tcMar>
                    <w:top w:w="45" w:type="dxa"/>
                    <w:left w:w="70" w:type="dxa"/>
                    <w:bottom w:w="45" w:type="dxa"/>
                    <w:right w:w="70" w:type="dxa"/>
                  </w:tcMar>
                </w:tcPr>
                <w:p w14:paraId="52A174E2" w14:textId="77777777" w:rsidR="00080BF0" w:rsidRDefault="00000000">
                  <w:pPr>
                    <w:keepNext/>
                  </w:pPr>
                  <w:r>
                    <w:rPr>
                      <w:b/>
                      <w:color w:val="000000"/>
                      <w:sz w:val="17"/>
                    </w:rPr>
                    <w:t>GLAVNI DEL – OPAZOVANJE, MATERIALNI PREIZKUS, USTVARJANJE IN GALERIJA (2 šolski uri)</w:t>
                  </w:r>
                </w:p>
              </w:tc>
            </w:tr>
          </w:tbl>
          <w:p w14:paraId="0D33B644" w14:textId="77777777" w:rsidR="00080BF0" w:rsidRDefault="00080BF0">
            <w:pPr>
              <w:spacing w:line="20" w:lineRule="exact"/>
            </w:pPr>
          </w:p>
          <w:p w14:paraId="13E3FA50" w14:textId="77777777" w:rsidR="00080BF0" w:rsidRDefault="00000000">
            <w:pPr>
              <w:keepNext/>
              <w:spacing w:before="22" w:after="8" w:line="245" w:lineRule="auto"/>
            </w:pPr>
            <w:r>
              <w:rPr>
                <w:b/>
                <w:color w:val="000000"/>
                <w:sz w:val="16"/>
              </w:rPr>
              <w:t>1. URA – Slikanje pokrajine – Opazujem, preizkušam, načrtujem</w:t>
            </w:r>
          </w:p>
          <w:p w14:paraId="2C069DF7"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»SLIKANJE POKRAJINE«.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14E6CA79"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74F25135"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0F224283" w14:textId="77777777" w:rsidR="00080BF0" w:rsidRDefault="00000000">
            <w:pPr>
              <w:keepNext/>
              <w:spacing w:before="22" w:after="8" w:line="245" w:lineRule="auto"/>
            </w:pPr>
            <w:r>
              <w:rPr>
                <w:b/>
                <w:color w:val="000000"/>
                <w:sz w:val="16"/>
              </w:rPr>
              <w:t>2. URA – Slikanje pokrajine – Ustvarjam, predstavim, izboljšam</w:t>
            </w:r>
          </w:p>
          <w:p w14:paraId="305E5091"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»SLIKANJE POKRAJINE«; postavlja vprašanja o nameri, nudi tehnično oporo in omogoči izboljšavo. Zaključek 10': 10' – Izvede tiho galerijo; modelira odziv »Opazim … / Učinkuje … / Lahko poskusiš …« ter vodi pospravljanje.</w:t>
            </w:r>
          </w:p>
          <w:p w14:paraId="2D458E43"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606F7408"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165385F6" w14:textId="77777777">
              <w:trPr>
                <w:jc w:val="center"/>
              </w:trPr>
              <w:tc>
                <w:tcPr>
                  <w:tcW w:w="7087" w:type="dxa"/>
                  <w:shd w:val="clear" w:color="auto" w:fill="EDC9EA"/>
                  <w:tcMar>
                    <w:top w:w="45" w:type="dxa"/>
                    <w:left w:w="70" w:type="dxa"/>
                    <w:bottom w:w="45" w:type="dxa"/>
                    <w:right w:w="70" w:type="dxa"/>
                  </w:tcMar>
                </w:tcPr>
                <w:p w14:paraId="2EC352FD" w14:textId="77777777" w:rsidR="00080BF0" w:rsidRDefault="00000000">
                  <w:pPr>
                    <w:keepNext/>
                  </w:pPr>
                  <w:r>
                    <w:rPr>
                      <w:b/>
                      <w:color w:val="000000"/>
                      <w:sz w:val="17"/>
                    </w:rPr>
                    <w:t>ORGANIZACIJA POSTAJ IN PREHODOV</w:t>
                  </w:r>
                </w:p>
              </w:tc>
            </w:tr>
          </w:tbl>
          <w:p w14:paraId="1D46DDE0" w14:textId="77777777" w:rsidR="00080BF0" w:rsidRDefault="00080BF0"/>
          <w:p w14:paraId="42BA93FF" w14:textId="77777777" w:rsidR="00080BF0" w:rsidRDefault="00000000">
            <w:pPr>
              <w:spacing w:before="8" w:after="8" w:line="245" w:lineRule="auto"/>
            </w:pPr>
            <w:r>
              <w:rPr>
                <w:color w:val="000000"/>
                <w:sz w:val="14"/>
              </w:rPr>
              <w:t>Postaja 1: Barvno-opazovalna: v motivu poiščem barvne ploskve, kontraste, tople ali hladne odnose in razpoloženje.</w:t>
            </w:r>
          </w:p>
          <w:p w14:paraId="0ACC6B44" w14:textId="77777777" w:rsidR="00080BF0" w:rsidRDefault="00000000">
            <w:pPr>
              <w:spacing w:before="8" w:after="8" w:line="245" w:lineRule="auto"/>
            </w:pPr>
            <w:r>
              <w:rPr>
                <w:color w:val="000000"/>
                <w:sz w:val="14"/>
              </w:rPr>
              <w:t>Postaja 2: Mešalna: na paleti varno preizkusim najmanj dve mešanici, ju označim in izberem za svoj namen.</w:t>
            </w:r>
          </w:p>
          <w:p w14:paraId="5F3BCA12" w14:textId="77777777" w:rsidR="00080BF0" w:rsidRDefault="00000000">
            <w:pPr>
              <w:spacing w:before="8" w:after="8" w:line="245" w:lineRule="auto"/>
            </w:pPr>
            <w:r>
              <w:rPr>
                <w:color w:val="000000"/>
                <w:sz w:val="14"/>
              </w:rPr>
              <w:t>Postaja 3: Gibalna barva: z ruto, hojo, nivojem in hitrostjo telesa pokažem značaj izbrane barve ali poteze.</w:t>
            </w:r>
          </w:p>
          <w:p w14:paraId="13C4017D" w14:textId="77777777" w:rsidR="00080BF0" w:rsidRDefault="00000000">
            <w:pPr>
              <w:spacing w:before="8" w:after="8" w:line="245" w:lineRule="auto"/>
            </w:pPr>
            <w:r>
              <w:rPr>
                <w:color w:val="000000"/>
                <w:sz w:val="14"/>
              </w:rPr>
              <w:t>Postaja 4: Slikarsko-galerijska: slikam osebno rešitev, jo pogledam od daleč, prejmem opisni odziv in izboljšam.</w:t>
            </w:r>
          </w:p>
          <w:p w14:paraId="6179CFEE"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92ACE28" w14:textId="77777777" w:rsidR="00080BF0" w:rsidRDefault="00080BF0"/>
          <w:p w14:paraId="1A338F34" w14:textId="77777777" w:rsidR="00080BF0" w:rsidRDefault="00000000">
            <w:pPr>
              <w:spacing w:after="6" w:line="245" w:lineRule="auto"/>
            </w:pPr>
            <w:r>
              <w:rPr>
                <w:b/>
                <w:color w:val="000000"/>
                <w:sz w:val="15"/>
              </w:rPr>
              <w:t>1. URA – Slikanje pokrajine – Opazujem, preizkušam, načrtujem</w:t>
            </w:r>
          </w:p>
          <w:p w14:paraId="470979FC"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519985F2" w14:textId="77777777" w:rsidR="00080BF0" w:rsidRDefault="00000000">
            <w:pPr>
              <w:spacing w:after="20" w:line="245" w:lineRule="auto"/>
            </w:pPr>
            <w:r>
              <w:rPr>
                <w:color w:val="D95BC6"/>
                <w:sz w:val="14"/>
              </w:rPr>
              <w:t>Dokaz: list materialnih poskusov, skica/načrt, učenčeva razlaga in učiteljev zapis o varni rabi.</w:t>
            </w:r>
          </w:p>
          <w:p w14:paraId="09B4871C" w14:textId="77777777" w:rsidR="00080BF0" w:rsidRDefault="00000000">
            <w:pPr>
              <w:spacing w:after="6" w:line="245" w:lineRule="auto"/>
            </w:pPr>
            <w:r>
              <w:rPr>
                <w:b/>
                <w:color w:val="000000"/>
                <w:sz w:val="15"/>
              </w:rPr>
              <w:t>2. URA – Slikanje pokrajine – Ustvarjam, predstavim, izboljšam</w:t>
            </w:r>
          </w:p>
          <w:p w14:paraId="6DAFE9C0"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10A76DE1" w14:textId="77777777" w:rsidR="00080BF0" w:rsidRDefault="00000000">
            <w:pPr>
              <w:spacing w:after="20" w:line="245" w:lineRule="auto"/>
            </w:pPr>
            <w:r>
              <w:rPr>
                <w:color w:val="D95BC6"/>
                <w:sz w:val="14"/>
              </w:rPr>
              <w:t>Dokaz: likovni proces in izdelek, fotografija faze, učenčeva razlaga ter samovrednotenje v mapi.</w:t>
            </w:r>
          </w:p>
          <w:p w14:paraId="022EFF6C" w14:textId="77777777" w:rsidR="00080BF0" w:rsidRDefault="00000000">
            <w:pPr>
              <w:spacing w:before="40" w:after="20" w:line="245" w:lineRule="auto"/>
            </w:pPr>
            <w:r>
              <w:rPr>
                <w:b/>
                <w:color w:val="D95BC6"/>
                <w:sz w:val="16"/>
              </w:rPr>
              <w:t>MOJ KROG POSTAJ</w:t>
            </w:r>
          </w:p>
          <w:p w14:paraId="60098BED" w14:textId="77777777" w:rsidR="00080BF0" w:rsidRDefault="00000000">
            <w:pPr>
              <w:spacing w:after="11" w:line="245" w:lineRule="auto"/>
            </w:pPr>
            <w:r>
              <w:rPr>
                <w:color w:val="000000"/>
                <w:sz w:val="13"/>
              </w:rPr>
              <w:t>1. Barvno-opazovalna: v motivu poiščem barvne ploskve, kontraste.</w:t>
            </w:r>
          </w:p>
          <w:p w14:paraId="6949FE0E" w14:textId="77777777" w:rsidR="00080BF0" w:rsidRDefault="00000000">
            <w:pPr>
              <w:spacing w:after="11" w:line="245" w:lineRule="auto"/>
            </w:pPr>
            <w:r>
              <w:rPr>
                <w:color w:val="000000"/>
                <w:sz w:val="13"/>
              </w:rPr>
              <w:t>2. Mešalna: na paleti varno preizkusim najmanj dve mešanici.</w:t>
            </w:r>
          </w:p>
          <w:p w14:paraId="56A452B3" w14:textId="77777777" w:rsidR="00080BF0" w:rsidRDefault="00000000">
            <w:pPr>
              <w:spacing w:after="11" w:line="245" w:lineRule="auto"/>
            </w:pPr>
            <w:r>
              <w:rPr>
                <w:color w:val="000000"/>
                <w:sz w:val="13"/>
              </w:rPr>
              <w:t>3. Gibalna barva: z ruto, hojo, nivojem in hitrostjo telesa pokažem značaj izbrane barve ali.</w:t>
            </w:r>
          </w:p>
          <w:p w14:paraId="79058147" w14:textId="77777777" w:rsidR="00080BF0" w:rsidRDefault="00000000">
            <w:pPr>
              <w:spacing w:after="11" w:line="245" w:lineRule="auto"/>
            </w:pPr>
            <w:r>
              <w:rPr>
                <w:color w:val="000000"/>
                <w:sz w:val="13"/>
              </w:rPr>
              <w:t>4. Slikarsko-galerijska: slikam osebno rešitev, jo pogledam od daleč.</w:t>
            </w:r>
          </w:p>
          <w:p w14:paraId="633D8258"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49BE460E" w14:textId="77777777" w:rsidR="00080BF0" w:rsidRDefault="00000000">
            <w:pPr>
              <w:spacing w:after="20" w:line="245" w:lineRule="auto"/>
            </w:pPr>
            <w:r>
              <w:rPr>
                <w:b/>
                <w:color w:val="D95BC6"/>
                <w:sz w:val="17"/>
              </w:rPr>
              <w:t>DOKAZ O UČENJU</w:t>
            </w:r>
          </w:p>
          <w:p w14:paraId="239269FE"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666CACB9"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11795C1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22B30C3"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DFA96D5" w14:textId="77777777" w:rsidR="00080BF0" w:rsidRDefault="00000000">
            <w:pPr>
              <w:jc w:val="center"/>
            </w:pPr>
            <w:r>
              <w:rPr>
                <w:b/>
                <w:color w:val="000000"/>
                <w:sz w:val="20"/>
              </w:rPr>
              <w:t>UČNE DEJAVNOSTI, METODE IN FORMATIVNO SPREMLJANJE</w:t>
            </w:r>
          </w:p>
        </w:tc>
      </w:tr>
      <w:tr w:rsidR="00080BF0" w14:paraId="0D4915DF" w14:textId="77777777">
        <w:trPr>
          <w:tblHeader/>
          <w:jc w:val="center"/>
        </w:trPr>
        <w:tc>
          <w:tcPr>
            <w:tcW w:w="4422" w:type="dxa"/>
            <w:vMerge/>
            <w:tcMar>
              <w:top w:w="70" w:type="dxa"/>
              <w:left w:w="90" w:type="dxa"/>
              <w:bottom w:w="70" w:type="dxa"/>
              <w:right w:w="90" w:type="dxa"/>
            </w:tcMar>
            <w:vAlign w:val="center"/>
          </w:tcPr>
          <w:p w14:paraId="77CEE227" w14:textId="77777777" w:rsidR="00080BF0" w:rsidRDefault="00080BF0"/>
        </w:tc>
        <w:tc>
          <w:tcPr>
            <w:tcW w:w="7087" w:type="dxa"/>
            <w:shd w:val="clear" w:color="auto" w:fill="FFFFFF"/>
            <w:tcMar>
              <w:top w:w="70" w:type="dxa"/>
              <w:left w:w="90" w:type="dxa"/>
              <w:bottom w:w="70" w:type="dxa"/>
              <w:right w:w="90" w:type="dxa"/>
            </w:tcMar>
            <w:vAlign w:val="center"/>
          </w:tcPr>
          <w:p w14:paraId="56C6DF6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675B90E" w14:textId="77777777" w:rsidR="00080BF0" w:rsidRDefault="00000000">
            <w:pPr>
              <w:jc w:val="center"/>
            </w:pPr>
            <w:r>
              <w:rPr>
                <w:b/>
                <w:color w:val="000000"/>
              </w:rPr>
              <w:t>UČENEC</w:t>
            </w:r>
          </w:p>
        </w:tc>
      </w:tr>
      <w:tr w:rsidR="00080BF0" w14:paraId="6CDC8AB7" w14:textId="77777777">
        <w:trPr>
          <w:jc w:val="center"/>
        </w:trPr>
        <w:tc>
          <w:tcPr>
            <w:tcW w:w="4422" w:type="dxa"/>
            <w:tcMar>
              <w:top w:w="70" w:type="dxa"/>
              <w:left w:w="90" w:type="dxa"/>
              <w:bottom w:w="70" w:type="dxa"/>
              <w:right w:w="90" w:type="dxa"/>
            </w:tcMar>
          </w:tcPr>
          <w:p w14:paraId="47D8BFF0" w14:textId="77777777" w:rsidR="00080BF0" w:rsidRDefault="00080BF0"/>
          <w:p w14:paraId="61482F4E" w14:textId="77777777" w:rsidR="00080BF0" w:rsidRDefault="00000000">
            <w:pPr>
              <w:spacing w:after="40" w:line="245" w:lineRule="auto"/>
            </w:pPr>
            <w:r>
              <w:rPr>
                <w:b/>
                <w:color w:val="000000"/>
              </w:rPr>
              <w:t>FORMATIVNO SPREMLJANJE</w:t>
            </w:r>
          </w:p>
          <w:p w14:paraId="294BAA5D" w14:textId="77777777" w:rsidR="00080BF0" w:rsidRDefault="00000000">
            <w:pPr>
              <w:pStyle w:val="Oznaenseznam"/>
              <w:spacing w:after="16"/>
            </w:pPr>
            <w:r>
              <w:rPr>
                <w:color w:val="000000"/>
                <w:sz w:val="15"/>
              </w:rPr>
              <w:t>predznanje: opažanje, gibalna ponazoritev, izbira kartice, razvrstitev materialov, poskusna sled ali skica</w:t>
            </w:r>
          </w:p>
          <w:p w14:paraId="56D38242"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0B38FAF7"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2400992B" w14:textId="77777777" w:rsidR="00080BF0" w:rsidRDefault="00000000">
            <w:pPr>
              <w:pStyle w:val="Oznaenseznam"/>
              <w:spacing w:after="16"/>
            </w:pPr>
            <w:r>
              <w:rPr>
                <w:color w:val="000000"/>
                <w:sz w:val="15"/>
              </w:rPr>
              <w:t>povratna informacija: opis vidne likovne odločitve, povezava z enim merilom in izvedljiv naslednji korak</w:t>
            </w:r>
          </w:p>
          <w:p w14:paraId="4600CC61" w14:textId="77777777" w:rsidR="00080BF0" w:rsidRDefault="00000000">
            <w:pPr>
              <w:pStyle w:val="Oznaenseznam"/>
              <w:spacing w:after="16"/>
            </w:pPr>
            <w:r>
              <w:rPr>
                <w:color w:val="000000"/>
                <w:sz w:val="15"/>
              </w:rPr>
              <w:t>samovrednotenje: likovni semafor, lestvica samostojnosti, izbran dokaz, galerijski odziv in izboljšava</w:t>
            </w:r>
          </w:p>
          <w:p w14:paraId="27AD8333" w14:textId="77777777" w:rsidR="00080BF0" w:rsidRDefault="00000000">
            <w:pPr>
              <w:spacing w:before="40" w:after="20" w:line="245" w:lineRule="auto"/>
            </w:pPr>
            <w:r>
              <w:rPr>
                <w:b/>
                <w:color w:val="000000"/>
                <w:sz w:val="17"/>
              </w:rPr>
              <w:t>VARNOST, HIGIENA IN UREDITEV PROSTORA</w:t>
            </w:r>
          </w:p>
          <w:p w14:paraId="468F0CD3"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Lončki so napolnjeni le do polovice in postavljeni stran od roba; mokra tla se takoj obrišejo.</w:t>
            </w:r>
          </w:p>
          <w:p w14:paraId="78EBD78F" w14:textId="77777777" w:rsidR="00080BF0" w:rsidRDefault="00000000">
            <w:pPr>
              <w:spacing w:after="20" w:line="245" w:lineRule="auto"/>
            </w:pPr>
            <w:r>
              <w:rPr>
                <w:b/>
                <w:color w:val="000000"/>
                <w:sz w:val="17"/>
              </w:rPr>
              <w:t>EVIDENCA PO IZVEDBI</w:t>
            </w:r>
          </w:p>
          <w:p w14:paraId="0AB99226"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0C285F66" w14:textId="77777777" w:rsidR="00080BF0" w:rsidRDefault="00000000">
            <w:pPr>
              <w:spacing w:before="40" w:after="20" w:line="245" w:lineRule="auto"/>
            </w:pPr>
            <w:r>
              <w:rPr>
                <w:b/>
                <w:color w:val="000000"/>
                <w:sz w:val="17"/>
              </w:rPr>
              <w:t>RAVEN DOSEGANJA</w:t>
            </w:r>
          </w:p>
          <w:p w14:paraId="03E08A40"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58246395"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21EAC641" w14:textId="77777777">
              <w:trPr>
                <w:jc w:val="center"/>
              </w:trPr>
              <w:tc>
                <w:tcPr>
                  <w:tcW w:w="7087" w:type="dxa"/>
                  <w:shd w:val="clear" w:color="auto" w:fill="EDC9EA"/>
                  <w:tcMar>
                    <w:top w:w="45" w:type="dxa"/>
                    <w:left w:w="70" w:type="dxa"/>
                    <w:bottom w:w="45" w:type="dxa"/>
                    <w:right w:w="70" w:type="dxa"/>
                  </w:tcMar>
                </w:tcPr>
                <w:p w14:paraId="070D3D06" w14:textId="77777777" w:rsidR="00080BF0" w:rsidRDefault="00000000">
                  <w:pPr>
                    <w:keepNext/>
                  </w:pPr>
                  <w:r>
                    <w:rPr>
                      <w:b/>
                      <w:color w:val="000000"/>
                    </w:rPr>
                    <w:t>VPRAŠANJA V PODPORO LIKOVNEMU UČENJU</w:t>
                  </w:r>
                </w:p>
              </w:tc>
            </w:tr>
          </w:tbl>
          <w:p w14:paraId="46C4727F" w14:textId="77777777" w:rsidR="00080BF0" w:rsidRDefault="00080BF0">
            <w:pPr>
              <w:spacing w:line="20" w:lineRule="exact"/>
            </w:pPr>
          </w:p>
          <w:p w14:paraId="79694587" w14:textId="77777777" w:rsidR="00080BF0" w:rsidRDefault="00000000">
            <w:pPr>
              <w:pStyle w:val="Oznaenseznam"/>
              <w:spacing w:after="16"/>
            </w:pPr>
            <w:r>
              <w:rPr>
                <w:color w:val="000000"/>
                <w:sz w:val="16"/>
              </w:rPr>
              <w:t>Kaj si najprej opazil/-a in katera likovna prvina je zate najpomembnejša?</w:t>
            </w:r>
          </w:p>
          <w:p w14:paraId="569D529D" w14:textId="77777777" w:rsidR="00080BF0" w:rsidRDefault="00000000">
            <w:pPr>
              <w:pStyle w:val="Oznaenseznam"/>
              <w:spacing w:after="16"/>
            </w:pPr>
            <w:r>
              <w:rPr>
                <w:color w:val="000000"/>
                <w:sz w:val="16"/>
              </w:rPr>
              <w:t>Kako je material ali postopek vplival na črto, barvo, obliko, površino, prostor oziroma delovanje izdelka?</w:t>
            </w:r>
          </w:p>
          <w:p w14:paraId="6C773390" w14:textId="77777777" w:rsidR="00080BF0" w:rsidRDefault="00000000">
            <w:pPr>
              <w:pStyle w:val="Oznaenseznam"/>
              <w:spacing w:after="16"/>
            </w:pPr>
            <w:r>
              <w:rPr>
                <w:color w:val="000000"/>
                <w:sz w:val="16"/>
              </w:rPr>
              <w:t>Katero možnost si preizkusil/-a, zakaj si jo izbral/-a in kaj si ob poskusu spremenil/-a?</w:t>
            </w:r>
          </w:p>
          <w:p w14:paraId="3402160C" w14:textId="77777777" w:rsidR="00080BF0" w:rsidRDefault="00000000">
            <w:pPr>
              <w:pStyle w:val="Oznaenseznam"/>
              <w:spacing w:after="16"/>
            </w:pPr>
            <w:r>
              <w:rPr>
                <w:color w:val="000000"/>
                <w:sz w:val="16"/>
              </w:rPr>
              <w:t>Kateri del tvojega procesa ali izdelka najjasneje pokaže dogovorjeno merilo?</w:t>
            </w:r>
          </w:p>
          <w:p w14:paraId="4F149237"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494CDA28" w14:textId="77777777">
              <w:trPr>
                <w:jc w:val="center"/>
              </w:trPr>
              <w:tc>
                <w:tcPr>
                  <w:tcW w:w="7087" w:type="dxa"/>
                  <w:shd w:val="clear" w:color="auto" w:fill="C6E7F3"/>
                  <w:tcMar>
                    <w:top w:w="45" w:type="dxa"/>
                    <w:left w:w="70" w:type="dxa"/>
                    <w:bottom w:w="45" w:type="dxa"/>
                    <w:right w:w="70" w:type="dxa"/>
                  </w:tcMar>
                </w:tcPr>
                <w:p w14:paraId="633A293C" w14:textId="77777777" w:rsidR="00080BF0" w:rsidRDefault="00000000">
                  <w:pPr>
                    <w:keepNext/>
                  </w:pPr>
                  <w:r>
                    <w:rPr>
                      <w:b/>
                      <w:color w:val="000000"/>
                    </w:rPr>
                    <w:t>ZAKLJUČNI DEL – TIHA GALERIJA, RAZLAGA IN REFLEKSIJA (8–12 min)</w:t>
                  </w:r>
                </w:p>
              </w:tc>
            </w:tr>
          </w:tbl>
          <w:p w14:paraId="245A17EF" w14:textId="77777777" w:rsidR="00080BF0" w:rsidRDefault="00080BF0">
            <w:pPr>
              <w:spacing w:line="20" w:lineRule="exact"/>
            </w:pPr>
          </w:p>
          <w:p w14:paraId="2F54F8C7"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394B5C28" w14:textId="77777777">
              <w:trPr>
                <w:jc w:val="center"/>
              </w:trPr>
              <w:tc>
                <w:tcPr>
                  <w:tcW w:w="7087" w:type="dxa"/>
                  <w:shd w:val="clear" w:color="auto" w:fill="EDC9EA"/>
                  <w:tcMar>
                    <w:top w:w="45" w:type="dxa"/>
                    <w:left w:w="70" w:type="dxa"/>
                    <w:bottom w:w="45" w:type="dxa"/>
                    <w:right w:w="70" w:type="dxa"/>
                  </w:tcMar>
                </w:tcPr>
                <w:p w14:paraId="69D8B2AC" w14:textId="77777777" w:rsidR="00080BF0" w:rsidRDefault="00000000">
                  <w:pPr>
                    <w:keepNext/>
                  </w:pPr>
                  <w:r>
                    <w:rPr>
                      <w:b/>
                      <w:color w:val="000000"/>
                    </w:rPr>
                    <w:t>SAMOVREDNOTENJE</w:t>
                  </w:r>
                </w:p>
              </w:tc>
            </w:tr>
          </w:tbl>
          <w:p w14:paraId="1B1B450C" w14:textId="77777777" w:rsidR="00080BF0" w:rsidRDefault="00080BF0">
            <w:pPr>
              <w:spacing w:line="20" w:lineRule="exact"/>
            </w:pPr>
          </w:p>
          <w:p w14:paraId="0034A106"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171B9B49" w14:textId="77777777">
              <w:trPr>
                <w:jc w:val="center"/>
              </w:trPr>
              <w:tc>
                <w:tcPr>
                  <w:tcW w:w="7087" w:type="dxa"/>
                  <w:shd w:val="clear" w:color="auto" w:fill="EDC9EA"/>
                  <w:tcMar>
                    <w:top w:w="45" w:type="dxa"/>
                    <w:left w:w="70" w:type="dxa"/>
                    <w:bottom w:w="45" w:type="dxa"/>
                    <w:right w:w="70" w:type="dxa"/>
                  </w:tcMar>
                </w:tcPr>
                <w:p w14:paraId="7E12177A" w14:textId="77777777" w:rsidR="00080BF0" w:rsidRDefault="00000000">
                  <w:pPr>
                    <w:keepNext/>
                  </w:pPr>
                  <w:r>
                    <w:rPr>
                      <w:b/>
                      <w:color w:val="000000"/>
                    </w:rPr>
                    <w:t>VRSTNIŠKO VREDNOTENJE</w:t>
                  </w:r>
                </w:p>
              </w:tc>
            </w:tr>
          </w:tbl>
          <w:p w14:paraId="1920FA0B" w14:textId="77777777" w:rsidR="00080BF0" w:rsidRDefault="00080BF0">
            <w:pPr>
              <w:spacing w:line="20" w:lineRule="exact"/>
            </w:pPr>
          </w:p>
          <w:p w14:paraId="21252627"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03DBA5A5" w14:textId="77777777">
              <w:trPr>
                <w:jc w:val="center"/>
              </w:trPr>
              <w:tc>
                <w:tcPr>
                  <w:tcW w:w="7087" w:type="dxa"/>
                  <w:shd w:val="clear" w:color="auto" w:fill="EDC9EA"/>
                  <w:tcMar>
                    <w:top w:w="45" w:type="dxa"/>
                    <w:left w:w="70" w:type="dxa"/>
                    <w:bottom w:w="45" w:type="dxa"/>
                    <w:right w:w="70" w:type="dxa"/>
                  </w:tcMar>
                </w:tcPr>
                <w:p w14:paraId="29357BD0" w14:textId="77777777" w:rsidR="00080BF0" w:rsidRDefault="00000000">
                  <w:pPr>
                    <w:keepNext/>
                  </w:pPr>
                  <w:r>
                    <w:rPr>
                      <w:b/>
                      <w:color w:val="000000"/>
                    </w:rPr>
                    <w:t>SKUPNI POVZETEK</w:t>
                  </w:r>
                </w:p>
              </w:tc>
            </w:tr>
          </w:tbl>
          <w:p w14:paraId="1C6E5E92" w14:textId="77777777" w:rsidR="00080BF0" w:rsidRDefault="00080BF0"/>
          <w:p w14:paraId="512EC049" w14:textId="77777777" w:rsidR="00080BF0" w:rsidRDefault="00000000">
            <w:pPr>
              <w:spacing w:before="20" w:after="40" w:line="245" w:lineRule="auto"/>
            </w:pPr>
            <w:r>
              <w:rPr>
                <w:b/>
                <w:color w:val="000000"/>
                <w:sz w:val="16"/>
              </w:rPr>
              <w:t>opazujem prostorske odnose; uporabim barvne ploskve; ustvarim ospredje in ozadje na intuitivni ravni. Izbrani dokaz pojasnim in po povratni informaciji izboljšam.</w:t>
            </w:r>
          </w:p>
        </w:tc>
        <w:tc>
          <w:tcPr>
            <w:tcW w:w="2551" w:type="dxa"/>
            <w:tcMar>
              <w:top w:w="70" w:type="dxa"/>
              <w:left w:w="90" w:type="dxa"/>
              <w:bottom w:w="70" w:type="dxa"/>
              <w:right w:w="90" w:type="dxa"/>
            </w:tcMar>
          </w:tcPr>
          <w:p w14:paraId="099381AC" w14:textId="77777777" w:rsidR="00080BF0" w:rsidRDefault="00080BF0"/>
          <w:p w14:paraId="7AE24C18" w14:textId="77777777" w:rsidR="00080BF0" w:rsidRDefault="00000000">
            <w:pPr>
              <w:spacing w:after="80" w:line="245" w:lineRule="auto"/>
            </w:pPr>
            <w:r>
              <w:rPr>
                <w:color w:val="000000"/>
                <w:sz w:val="15"/>
              </w:rPr>
              <w:t>Odgovarja na podporna vprašanja in se sklicuje na opaženo, preizkušeno, ustvarjeno ali razstavljeno.</w:t>
            </w:r>
          </w:p>
          <w:p w14:paraId="568E1FCA" w14:textId="77777777" w:rsidR="00080BF0" w:rsidRDefault="00000000">
            <w:pPr>
              <w:spacing w:after="80" w:line="245" w:lineRule="auto"/>
            </w:pPr>
            <w:r>
              <w:rPr>
                <w:color w:val="000000"/>
                <w:sz w:val="15"/>
              </w:rPr>
              <w:t>Predstavi izbrani procesni ali izdelkovni dokaz ter pove, katero merilo z njim pokaže.</w:t>
            </w:r>
          </w:p>
          <w:p w14:paraId="256677F4" w14:textId="77777777" w:rsidR="00080BF0" w:rsidRDefault="00000000">
            <w:pPr>
              <w:spacing w:after="80" w:line="245" w:lineRule="auto"/>
            </w:pPr>
            <w:r>
              <w:rPr>
                <w:color w:val="000000"/>
                <w:sz w:val="15"/>
              </w:rPr>
              <w:t>Tiho opazuje vrstnikovo delo, opiše eno konkretno likovno rešitev in poda prijazen predlog.</w:t>
            </w:r>
          </w:p>
          <w:p w14:paraId="671490DF" w14:textId="77777777" w:rsidR="00080BF0" w:rsidRDefault="00000000">
            <w:pPr>
              <w:spacing w:after="80" w:line="245" w:lineRule="auto"/>
            </w:pPr>
            <w:r>
              <w:rPr>
                <w:color w:val="000000"/>
                <w:sz w:val="15"/>
              </w:rPr>
              <w:t>Po povratni informaciji po želji ponovi poskus, spremeni podrobnost, izboljša spoj, razporeditev ali razlago.</w:t>
            </w:r>
          </w:p>
          <w:p w14:paraId="1B06B4EC" w14:textId="77777777" w:rsidR="00080BF0" w:rsidRDefault="00000000">
            <w:pPr>
              <w:spacing w:after="100" w:line="245" w:lineRule="auto"/>
            </w:pPr>
            <w:r>
              <w:rPr>
                <w:color w:val="000000"/>
                <w:sz w:val="15"/>
              </w:rPr>
              <w:t>Izbere raven samostojnosti ter določi majhen in izvedljiv naslednji ustvarjalni korak.</w:t>
            </w:r>
          </w:p>
          <w:p w14:paraId="6B578983" w14:textId="77777777" w:rsidR="00080BF0" w:rsidRDefault="00000000">
            <w:pPr>
              <w:spacing w:after="20" w:line="245" w:lineRule="auto"/>
            </w:pPr>
            <w:r>
              <w:rPr>
                <w:b/>
                <w:color w:val="D95BC6"/>
                <w:sz w:val="17"/>
              </w:rPr>
              <w:t>DOKAZ O UČENJU</w:t>
            </w:r>
          </w:p>
          <w:p w14:paraId="1843673F"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63C27C79"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7FA843D7" w14:textId="77777777">
        <w:trPr>
          <w:cantSplit/>
          <w:jc w:val="center"/>
        </w:trPr>
        <w:tc>
          <w:tcPr>
            <w:tcW w:w="14060" w:type="dxa"/>
            <w:gridSpan w:val="6"/>
            <w:tcMar>
              <w:top w:w="70" w:type="dxa"/>
              <w:left w:w="90" w:type="dxa"/>
              <w:bottom w:w="70" w:type="dxa"/>
              <w:right w:w="90" w:type="dxa"/>
            </w:tcMar>
            <w:vAlign w:val="center"/>
          </w:tcPr>
          <w:p w14:paraId="372E20AC" w14:textId="77777777" w:rsidR="00080BF0" w:rsidRDefault="00000000">
            <w:pPr>
              <w:jc w:val="center"/>
            </w:pPr>
            <w:r>
              <w:rPr>
                <w:b/>
                <w:color w:val="000000"/>
                <w:sz w:val="24"/>
              </w:rPr>
              <w:lastRenderedPageBreak/>
              <w:t>UČNA PRIPRAVA 33/39</w:t>
            </w:r>
          </w:p>
        </w:tc>
      </w:tr>
      <w:tr w:rsidR="00080BF0" w14:paraId="49FEEAE0" w14:textId="77777777">
        <w:trPr>
          <w:jc w:val="center"/>
        </w:trPr>
        <w:tc>
          <w:tcPr>
            <w:tcW w:w="2665" w:type="dxa"/>
            <w:tcMar>
              <w:top w:w="70" w:type="dxa"/>
              <w:left w:w="90" w:type="dxa"/>
              <w:bottom w:w="70" w:type="dxa"/>
              <w:right w:w="90" w:type="dxa"/>
            </w:tcMar>
            <w:vAlign w:val="center"/>
          </w:tcPr>
          <w:p w14:paraId="753F9BBE"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446C5FB"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4A25EEB2"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C430B91" w14:textId="77777777" w:rsidR="00080BF0" w:rsidRDefault="00000000">
            <w:r>
              <w:rPr>
                <w:b/>
                <w:color w:val="000000"/>
                <w:sz w:val="16"/>
              </w:rPr>
              <w:t xml:space="preserve">NAČRTOVANI TERMIN: </w:t>
            </w:r>
            <w:r>
              <w:rPr>
                <w:color w:val="000000"/>
                <w:sz w:val="16"/>
              </w:rPr>
              <w:t>33. teden • 10.–14. 5. 2027</w:t>
            </w:r>
          </w:p>
        </w:tc>
        <w:tc>
          <w:tcPr>
            <w:tcW w:w="2268" w:type="dxa"/>
            <w:tcMar>
              <w:top w:w="70" w:type="dxa"/>
              <w:left w:w="90" w:type="dxa"/>
              <w:bottom w:w="70" w:type="dxa"/>
              <w:right w:w="90" w:type="dxa"/>
            </w:tcMar>
            <w:vAlign w:val="center"/>
          </w:tcPr>
          <w:p w14:paraId="231F788B"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9602F30" w14:textId="77777777" w:rsidR="00080BF0" w:rsidRDefault="00000000">
            <w:r>
              <w:rPr>
                <w:b/>
                <w:color w:val="000000"/>
                <w:sz w:val="16"/>
              </w:rPr>
              <w:t xml:space="preserve">ŠTEVILO UR: </w:t>
            </w:r>
            <w:r>
              <w:rPr>
                <w:color w:val="000000"/>
                <w:sz w:val="16"/>
              </w:rPr>
              <w:t>1</w:t>
            </w:r>
          </w:p>
        </w:tc>
      </w:tr>
      <w:tr w:rsidR="00080BF0" w14:paraId="41C6FCA0" w14:textId="77777777">
        <w:trPr>
          <w:jc w:val="center"/>
        </w:trPr>
        <w:tc>
          <w:tcPr>
            <w:tcW w:w="14061" w:type="dxa"/>
            <w:gridSpan w:val="6"/>
            <w:tcMar>
              <w:top w:w="70" w:type="dxa"/>
              <w:left w:w="90" w:type="dxa"/>
              <w:bottom w:w="70" w:type="dxa"/>
              <w:right w:w="90" w:type="dxa"/>
            </w:tcMar>
            <w:vAlign w:val="center"/>
          </w:tcPr>
          <w:p w14:paraId="5385742E"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5201D6EA" w14:textId="77777777">
        <w:trPr>
          <w:cantSplit/>
          <w:jc w:val="center"/>
        </w:trPr>
        <w:tc>
          <w:tcPr>
            <w:tcW w:w="14060" w:type="dxa"/>
            <w:gridSpan w:val="6"/>
            <w:tcMar>
              <w:top w:w="70" w:type="dxa"/>
              <w:left w:w="90" w:type="dxa"/>
              <w:bottom w:w="70" w:type="dxa"/>
              <w:right w:w="90" w:type="dxa"/>
            </w:tcMar>
            <w:vAlign w:val="center"/>
          </w:tcPr>
          <w:p w14:paraId="09D65FE5" w14:textId="77777777" w:rsidR="00080BF0" w:rsidRDefault="00080BF0"/>
          <w:p w14:paraId="00297889" w14:textId="77777777" w:rsidR="00080BF0" w:rsidRDefault="00000000">
            <w:pPr>
              <w:spacing w:line="245" w:lineRule="auto"/>
            </w:pPr>
            <w:r>
              <w:rPr>
                <w:b/>
                <w:color w:val="000000"/>
                <w:sz w:val="15"/>
              </w:rPr>
              <w:t xml:space="preserve">UČNI SKLOP: </w:t>
            </w:r>
            <w:r>
              <w:rPr>
                <w:color w:val="000000"/>
                <w:sz w:val="15"/>
              </w:rPr>
              <w:t>POKRAJINA, PROSTOR IN TRAJNOSTNA SKUPNOST</w:t>
            </w:r>
          </w:p>
        </w:tc>
      </w:tr>
      <w:tr w:rsidR="00080BF0" w14:paraId="11EFD4F0" w14:textId="77777777">
        <w:trPr>
          <w:cantSplit/>
          <w:jc w:val="center"/>
        </w:trPr>
        <w:tc>
          <w:tcPr>
            <w:tcW w:w="14060" w:type="dxa"/>
            <w:gridSpan w:val="6"/>
            <w:tcMar>
              <w:top w:w="70" w:type="dxa"/>
              <w:left w:w="90" w:type="dxa"/>
              <w:bottom w:w="70" w:type="dxa"/>
              <w:right w:w="90" w:type="dxa"/>
            </w:tcMar>
            <w:vAlign w:val="center"/>
          </w:tcPr>
          <w:p w14:paraId="2B9EC33A" w14:textId="77777777" w:rsidR="00080BF0" w:rsidRDefault="00080BF0"/>
          <w:p w14:paraId="04B43F5F" w14:textId="77777777" w:rsidR="00080BF0" w:rsidRDefault="00000000">
            <w:pPr>
              <w:spacing w:line="245" w:lineRule="auto"/>
            </w:pPr>
            <w:r>
              <w:rPr>
                <w:b/>
                <w:color w:val="000000"/>
                <w:sz w:val="15"/>
              </w:rPr>
              <w:t xml:space="preserve">UČNA TEMA: </w:t>
            </w:r>
            <w:r>
              <w:rPr>
                <w:color w:val="000000"/>
                <w:sz w:val="15"/>
              </w:rPr>
              <w:t>KARTOGRAFSKI ZNAKI</w:t>
            </w:r>
          </w:p>
        </w:tc>
      </w:tr>
      <w:tr w:rsidR="00080BF0" w14:paraId="24F927D1" w14:textId="77777777">
        <w:trPr>
          <w:cantSplit/>
          <w:jc w:val="center"/>
        </w:trPr>
        <w:tc>
          <w:tcPr>
            <w:tcW w:w="14060" w:type="dxa"/>
            <w:gridSpan w:val="6"/>
            <w:tcMar>
              <w:top w:w="70" w:type="dxa"/>
              <w:left w:w="90" w:type="dxa"/>
              <w:bottom w:w="70" w:type="dxa"/>
              <w:right w:w="90" w:type="dxa"/>
            </w:tcMar>
            <w:vAlign w:val="center"/>
          </w:tcPr>
          <w:p w14:paraId="38C8C238" w14:textId="77777777" w:rsidR="00080BF0" w:rsidRDefault="00080BF0"/>
          <w:p w14:paraId="08CFBFAE" w14:textId="77777777" w:rsidR="00080BF0" w:rsidRDefault="00000000">
            <w:pPr>
              <w:spacing w:line="245" w:lineRule="auto"/>
            </w:pPr>
            <w:r>
              <w:rPr>
                <w:b/>
                <w:color w:val="000000"/>
                <w:sz w:val="15"/>
              </w:rPr>
              <w:t xml:space="preserve">KNJIŽEVNO / MOTIVNO IZHODIŠČE: </w:t>
            </w:r>
            <w:r>
              <w:rPr>
                <w:color w:val="000000"/>
                <w:sz w:val="15"/>
              </w:rPr>
              <w:t>»Bobek in barčica« – Anja Štefan • NADALJEVANJE • orientacija, načrt poti, morje in varno raziskovanje obale</w:t>
            </w:r>
          </w:p>
        </w:tc>
      </w:tr>
      <w:tr w:rsidR="00080BF0" w14:paraId="0138B6F9" w14:textId="77777777">
        <w:trPr>
          <w:cantSplit/>
          <w:jc w:val="center"/>
        </w:trPr>
        <w:tc>
          <w:tcPr>
            <w:tcW w:w="14060" w:type="dxa"/>
            <w:gridSpan w:val="6"/>
            <w:tcMar>
              <w:top w:w="70" w:type="dxa"/>
              <w:left w:w="90" w:type="dxa"/>
              <w:bottom w:w="70" w:type="dxa"/>
              <w:right w:w="90" w:type="dxa"/>
            </w:tcMar>
            <w:vAlign w:val="center"/>
          </w:tcPr>
          <w:p w14:paraId="057939D9" w14:textId="77777777" w:rsidR="00080BF0" w:rsidRDefault="00080BF0"/>
          <w:p w14:paraId="16ACE0CC" w14:textId="77777777" w:rsidR="00080BF0" w:rsidRDefault="00000000">
            <w:pPr>
              <w:spacing w:line="245" w:lineRule="auto"/>
            </w:pPr>
            <w:r>
              <w:rPr>
                <w:b/>
                <w:color w:val="000000"/>
                <w:sz w:val="15"/>
              </w:rPr>
              <w:t xml:space="preserve">LIKOVNO IZHODIŠČE / MOTIVACIJA: </w:t>
            </w:r>
            <w:r>
              <w:rPr>
                <w:color w:val="000000"/>
                <w:sz w:val="15"/>
              </w:rPr>
              <w:t>iz skrivnostne ovojnice padejo razpršene oblike; učenci jih brez lepljenja premikajo, sestavljajo in iščejo jasno sporočilo za nalogo »kartografski znaki«. Tematska rešitev: oblikuje načrt poti z dogovorjenimi znaki.</w:t>
            </w:r>
          </w:p>
        </w:tc>
      </w:tr>
      <w:tr w:rsidR="00080BF0" w14:paraId="1D706230" w14:textId="77777777">
        <w:trPr>
          <w:cantSplit/>
          <w:jc w:val="center"/>
        </w:trPr>
        <w:tc>
          <w:tcPr>
            <w:tcW w:w="14060" w:type="dxa"/>
            <w:gridSpan w:val="6"/>
            <w:tcMar>
              <w:top w:w="70" w:type="dxa"/>
              <w:left w:w="90" w:type="dxa"/>
              <w:bottom w:w="70" w:type="dxa"/>
              <w:right w:w="90" w:type="dxa"/>
            </w:tcMar>
            <w:vAlign w:val="center"/>
          </w:tcPr>
          <w:p w14:paraId="77D01F28" w14:textId="77777777" w:rsidR="00080BF0" w:rsidRDefault="00080BF0"/>
          <w:p w14:paraId="06484449" w14:textId="77777777" w:rsidR="00080BF0" w:rsidRDefault="00000000">
            <w:pPr>
              <w:spacing w:line="245" w:lineRule="auto"/>
            </w:pPr>
            <w:r>
              <w:rPr>
                <w:b/>
                <w:color w:val="000000"/>
                <w:sz w:val="15"/>
              </w:rPr>
              <w:t xml:space="preserve">UČNE ENOTE: </w:t>
            </w:r>
            <w:r>
              <w:rPr>
                <w:color w:val="000000"/>
                <w:sz w:val="15"/>
              </w:rPr>
              <w:t>1. ura – Kartografski znaki – Ustvarjam, predstavim, izboljšam</w:t>
            </w:r>
          </w:p>
        </w:tc>
      </w:tr>
      <w:tr w:rsidR="00080BF0" w14:paraId="69D5C73B" w14:textId="77777777">
        <w:trPr>
          <w:cantSplit/>
          <w:jc w:val="center"/>
        </w:trPr>
        <w:tc>
          <w:tcPr>
            <w:tcW w:w="14060" w:type="dxa"/>
            <w:gridSpan w:val="6"/>
            <w:tcMar>
              <w:top w:w="70" w:type="dxa"/>
              <w:left w:w="90" w:type="dxa"/>
              <w:bottom w:w="70" w:type="dxa"/>
              <w:right w:w="90" w:type="dxa"/>
            </w:tcMar>
            <w:vAlign w:val="center"/>
          </w:tcPr>
          <w:p w14:paraId="7B7391B8" w14:textId="77777777" w:rsidR="00080BF0" w:rsidRDefault="00080BF0"/>
          <w:p w14:paraId="1BAA2839"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2518355C" w14:textId="77777777">
        <w:trPr>
          <w:cantSplit/>
          <w:jc w:val="center"/>
        </w:trPr>
        <w:tc>
          <w:tcPr>
            <w:tcW w:w="14060" w:type="dxa"/>
            <w:gridSpan w:val="6"/>
            <w:tcMar>
              <w:top w:w="70" w:type="dxa"/>
              <w:left w:w="90" w:type="dxa"/>
              <w:bottom w:w="70" w:type="dxa"/>
              <w:right w:w="90" w:type="dxa"/>
            </w:tcMar>
            <w:vAlign w:val="center"/>
          </w:tcPr>
          <w:p w14:paraId="494908EF" w14:textId="77777777" w:rsidR="00080BF0" w:rsidRDefault="00080BF0"/>
          <w:p w14:paraId="11E8A540"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584714FF" w14:textId="77777777">
        <w:trPr>
          <w:cantSplit/>
          <w:jc w:val="center"/>
        </w:trPr>
        <w:tc>
          <w:tcPr>
            <w:tcW w:w="14060" w:type="dxa"/>
            <w:gridSpan w:val="6"/>
            <w:tcMar>
              <w:top w:w="70" w:type="dxa"/>
              <w:left w:w="90" w:type="dxa"/>
              <w:bottom w:w="70" w:type="dxa"/>
              <w:right w:w="90" w:type="dxa"/>
            </w:tcMar>
            <w:vAlign w:val="center"/>
          </w:tcPr>
          <w:p w14:paraId="2CC3CB3D" w14:textId="77777777" w:rsidR="00080BF0" w:rsidRDefault="00080BF0"/>
          <w:p w14:paraId="6E589B34"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4BBC9A2C" w14:textId="77777777">
        <w:trPr>
          <w:cantSplit/>
          <w:jc w:val="center"/>
        </w:trPr>
        <w:tc>
          <w:tcPr>
            <w:tcW w:w="14060" w:type="dxa"/>
            <w:gridSpan w:val="6"/>
            <w:tcMar>
              <w:top w:w="70" w:type="dxa"/>
              <w:left w:w="90" w:type="dxa"/>
              <w:bottom w:w="70" w:type="dxa"/>
              <w:right w:w="90" w:type="dxa"/>
            </w:tcMar>
            <w:vAlign w:val="center"/>
          </w:tcPr>
          <w:p w14:paraId="39FD6543" w14:textId="77777777" w:rsidR="00080BF0" w:rsidRDefault="00080BF0"/>
          <w:p w14:paraId="49228106" w14:textId="77777777" w:rsidR="00080BF0" w:rsidRDefault="00000000">
            <w:pPr>
              <w:spacing w:line="245" w:lineRule="auto"/>
            </w:pPr>
            <w:r>
              <w:rPr>
                <w:b/>
                <w:color w:val="000000"/>
                <w:sz w:val="15"/>
              </w:rPr>
              <w:t xml:space="preserve">MEDPREDMETNE POVEZAVE: </w:t>
            </w:r>
            <w:r>
              <w:rPr>
                <w:color w:val="000000"/>
                <w:sz w:val="15"/>
              </w:rPr>
              <w:t>SPO – orientacija, načrt poti, morje in varno raziskovanje obale; SLJ – poslušanje, opis opažanja, poimenovanje postopka in predstavitev; MAT – oblike, razvrščanje, vzorci in prostorski odnosi; ŠPO – gibalna črta, telesna skulptura, smer in ravnotežje; GUM – ritem, ponavljanje.</w:t>
            </w:r>
          </w:p>
        </w:tc>
      </w:tr>
      <w:tr w:rsidR="00080BF0" w14:paraId="55534CFE" w14:textId="77777777">
        <w:trPr>
          <w:cantSplit/>
          <w:jc w:val="center"/>
        </w:trPr>
        <w:tc>
          <w:tcPr>
            <w:tcW w:w="14060" w:type="dxa"/>
            <w:gridSpan w:val="6"/>
            <w:tcMar>
              <w:top w:w="70" w:type="dxa"/>
              <w:left w:w="90" w:type="dxa"/>
              <w:bottom w:w="70" w:type="dxa"/>
              <w:right w:w="90" w:type="dxa"/>
            </w:tcMar>
            <w:vAlign w:val="center"/>
          </w:tcPr>
          <w:p w14:paraId="1D735F68" w14:textId="77777777" w:rsidR="00080BF0" w:rsidRDefault="00080BF0"/>
          <w:p w14:paraId="6E1FCEF4" w14:textId="77777777" w:rsidR="00080BF0" w:rsidRDefault="00000000">
            <w:pPr>
              <w:spacing w:line="245" w:lineRule="auto"/>
            </w:pPr>
            <w:r>
              <w:rPr>
                <w:b/>
                <w:color w:val="000000"/>
                <w:sz w:val="15"/>
              </w:rPr>
              <w:t xml:space="preserve">UČNA SREDSTVA IN PRIPOMOČKI: </w:t>
            </w:r>
            <w:r>
              <w:rPr>
                <w:color w:val="000000"/>
                <w:sz w:val="15"/>
              </w:rPr>
              <w:t>barvni in ponovno uporabljeni papirji, karton, revije, varne škarje, lepilo v stiku, tekstilni ostanki, vrvice in podlage; fotografija, reprodukcija ali resnični predmet za opazovanje; kartice namena in meril; talne oznake štirih postaj; mapa dokazov; sredstva za čiščenje in pospravljanje</w:t>
            </w:r>
          </w:p>
        </w:tc>
      </w:tr>
      <w:tr w:rsidR="00080BF0" w14:paraId="77E3BBCB" w14:textId="77777777">
        <w:trPr>
          <w:cantSplit/>
          <w:jc w:val="center"/>
        </w:trPr>
        <w:tc>
          <w:tcPr>
            <w:tcW w:w="14060" w:type="dxa"/>
            <w:gridSpan w:val="6"/>
            <w:tcMar>
              <w:top w:w="70" w:type="dxa"/>
              <w:left w:w="90" w:type="dxa"/>
              <w:bottom w:w="70" w:type="dxa"/>
              <w:right w:w="90" w:type="dxa"/>
            </w:tcMar>
            <w:vAlign w:val="center"/>
          </w:tcPr>
          <w:p w14:paraId="77BD8AE8" w14:textId="77777777" w:rsidR="00080BF0" w:rsidRDefault="00080BF0"/>
          <w:p w14:paraId="3D86CFEE"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0B338417" w14:textId="77777777">
        <w:trPr>
          <w:cantSplit/>
          <w:jc w:val="center"/>
        </w:trPr>
        <w:tc>
          <w:tcPr>
            <w:tcW w:w="14060" w:type="dxa"/>
            <w:gridSpan w:val="6"/>
            <w:tcMar>
              <w:top w:w="70" w:type="dxa"/>
              <w:left w:w="90" w:type="dxa"/>
              <w:bottom w:w="70" w:type="dxa"/>
              <w:right w:w="90" w:type="dxa"/>
            </w:tcMar>
            <w:vAlign w:val="center"/>
          </w:tcPr>
          <w:p w14:paraId="76A84EE2" w14:textId="77777777" w:rsidR="00080BF0" w:rsidRDefault="00080BF0"/>
          <w:p w14:paraId="31E722EC" w14:textId="77777777" w:rsidR="00080BF0" w:rsidRDefault="00000000">
            <w:pPr>
              <w:spacing w:line="245" w:lineRule="auto"/>
            </w:pPr>
            <w:r>
              <w:rPr>
                <w:b/>
                <w:color w:val="000000"/>
                <w:sz w:val="15"/>
              </w:rPr>
              <w:t xml:space="preserve">OCENJEVANJE / DAN DEJAVNOSTI: </w:t>
            </w:r>
            <w:r>
              <w:rPr>
                <w:color w:val="000000"/>
                <w:sz w:val="15"/>
              </w:rPr>
              <w:t>NARAVOSLOVNI DAN</w:t>
            </w:r>
          </w:p>
        </w:tc>
      </w:tr>
      <w:tr w:rsidR="00080BF0" w14:paraId="666A86F9" w14:textId="77777777">
        <w:trPr>
          <w:cantSplit/>
          <w:jc w:val="center"/>
        </w:trPr>
        <w:tc>
          <w:tcPr>
            <w:tcW w:w="14060" w:type="dxa"/>
            <w:gridSpan w:val="6"/>
            <w:tcMar>
              <w:top w:w="70" w:type="dxa"/>
              <w:left w:w="90" w:type="dxa"/>
              <w:bottom w:w="70" w:type="dxa"/>
              <w:right w:w="90" w:type="dxa"/>
            </w:tcMar>
            <w:vAlign w:val="center"/>
          </w:tcPr>
          <w:p w14:paraId="525F1D5A" w14:textId="77777777" w:rsidR="00080BF0" w:rsidRDefault="00080BF0"/>
          <w:p w14:paraId="25F5EBF9"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1FC8DE4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C91E56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804A2EF"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4EB93CC" w14:textId="77777777" w:rsidR="00080BF0" w:rsidRDefault="00000000">
            <w:pPr>
              <w:jc w:val="center"/>
            </w:pPr>
            <w:r>
              <w:rPr>
                <w:b/>
                <w:color w:val="000000"/>
                <w:sz w:val="20"/>
              </w:rPr>
              <w:t>UČNE DEJAVNOSTI, METODE IN FORMATIVNO SPREMLJANJE</w:t>
            </w:r>
          </w:p>
        </w:tc>
      </w:tr>
      <w:tr w:rsidR="00080BF0" w14:paraId="3DB040DC" w14:textId="77777777">
        <w:trPr>
          <w:tblHeader/>
          <w:jc w:val="center"/>
        </w:trPr>
        <w:tc>
          <w:tcPr>
            <w:tcW w:w="4422" w:type="dxa"/>
            <w:vMerge/>
            <w:tcMar>
              <w:top w:w="70" w:type="dxa"/>
              <w:left w:w="90" w:type="dxa"/>
              <w:bottom w:w="70" w:type="dxa"/>
              <w:right w:w="90" w:type="dxa"/>
            </w:tcMar>
            <w:vAlign w:val="center"/>
          </w:tcPr>
          <w:p w14:paraId="4419A623" w14:textId="77777777" w:rsidR="00080BF0" w:rsidRDefault="00080BF0"/>
        </w:tc>
        <w:tc>
          <w:tcPr>
            <w:tcW w:w="7087" w:type="dxa"/>
            <w:shd w:val="clear" w:color="auto" w:fill="FFFFFF"/>
            <w:tcMar>
              <w:top w:w="70" w:type="dxa"/>
              <w:left w:w="90" w:type="dxa"/>
              <w:bottom w:w="70" w:type="dxa"/>
              <w:right w:w="90" w:type="dxa"/>
            </w:tcMar>
            <w:vAlign w:val="center"/>
          </w:tcPr>
          <w:p w14:paraId="270755C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F72443A" w14:textId="77777777" w:rsidR="00080BF0" w:rsidRDefault="00000000">
            <w:pPr>
              <w:jc w:val="center"/>
            </w:pPr>
            <w:r>
              <w:rPr>
                <w:b/>
                <w:color w:val="000000"/>
              </w:rPr>
              <w:t>UČENEC</w:t>
            </w:r>
          </w:p>
        </w:tc>
      </w:tr>
      <w:tr w:rsidR="00080BF0" w14:paraId="59BC6C7C" w14:textId="77777777">
        <w:trPr>
          <w:jc w:val="center"/>
        </w:trPr>
        <w:tc>
          <w:tcPr>
            <w:tcW w:w="4422" w:type="dxa"/>
            <w:tcMar>
              <w:top w:w="70" w:type="dxa"/>
              <w:left w:w="90" w:type="dxa"/>
              <w:bottom w:w="70" w:type="dxa"/>
              <w:right w:w="90" w:type="dxa"/>
            </w:tcMar>
          </w:tcPr>
          <w:p w14:paraId="2DB4FEF5" w14:textId="77777777" w:rsidR="00080BF0" w:rsidRDefault="00080BF0"/>
          <w:p w14:paraId="13A5B7FA" w14:textId="77777777" w:rsidR="00080BF0" w:rsidRDefault="00000000">
            <w:pPr>
              <w:spacing w:after="60" w:line="245" w:lineRule="auto"/>
            </w:pPr>
            <w:r>
              <w:rPr>
                <w:b/>
                <w:color w:val="000000"/>
              </w:rPr>
              <w:t>UČNI CILJI</w:t>
            </w:r>
          </w:p>
          <w:p w14:paraId="578FA36C" w14:textId="77777777" w:rsidR="00080BF0" w:rsidRDefault="00000000">
            <w:pPr>
              <w:spacing w:after="20" w:line="245" w:lineRule="auto"/>
            </w:pPr>
            <w:r>
              <w:rPr>
                <w:b/>
                <w:color w:val="000000"/>
                <w:sz w:val="17"/>
              </w:rPr>
              <w:t>SPLOŠNI</w:t>
            </w:r>
          </w:p>
          <w:p w14:paraId="3C7D4984"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2D7A1A48"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404F0104"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31E6CD85"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7E6743B3" w14:textId="77777777" w:rsidR="00080BF0" w:rsidRDefault="00000000">
            <w:pPr>
              <w:spacing w:before="40" w:after="20" w:line="245" w:lineRule="auto"/>
            </w:pPr>
            <w:r>
              <w:rPr>
                <w:b/>
                <w:color w:val="000000"/>
                <w:sz w:val="17"/>
              </w:rPr>
              <w:t>OPERATIVNI</w:t>
            </w:r>
          </w:p>
          <w:p w14:paraId="5A9D28CE" w14:textId="77777777" w:rsidR="00080BF0" w:rsidRDefault="00000000">
            <w:pPr>
              <w:pStyle w:val="Oznaenseznam"/>
              <w:spacing w:after="16"/>
            </w:pPr>
            <w:r>
              <w:rPr>
                <w:color w:val="000000"/>
                <w:sz w:val="16"/>
              </w:rPr>
              <w:t>oblikuje likovne simbole</w:t>
            </w:r>
          </w:p>
          <w:p w14:paraId="5A334D90" w14:textId="77777777" w:rsidR="00080BF0" w:rsidRDefault="00000000">
            <w:pPr>
              <w:pStyle w:val="Oznaenseznam"/>
              <w:spacing w:after="16"/>
            </w:pPr>
            <w:r>
              <w:rPr>
                <w:color w:val="000000"/>
                <w:sz w:val="16"/>
              </w:rPr>
              <w:t>razporedi jih na preprost načrt</w:t>
            </w:r>
          </w:p>
          <w:p w14:paraId="7D336846" w14:textId="77777777" w:rsidR="00080BF0" w:rsidRDefault="00000000">
            <w:pPr>
              <w:pStyle w:val="Oznaenseznam"/>
              <w:spacing w:after="16"/>
            </w:pPr>
            <w:r>
              <w:rPr>
                <w:color w:val="000000"/>
                <w:sz w:val="16"/>
              </w:rPr>
              <w:t>razloži legendo</w:t>
            </w:r>
          </w:p>
          <w:p w14:paraId="383432E7" w14:textId="77777777" w:rsidR="00080BF0" w:rsidRDefault="00000000">
            <w:pPr>
              <w:spacing w:before="40" w:after="20" w:line="245" w:lineRule="auto"/>
            </w:pPr>
            <w:r>
              <w:rPr>
                <w:b/>
                <w:color w:val="000000"/>
                <w:sz w:val="17"/>
              </w:rPr>
              <w:t>PRIČAKOVANI DOSEŽKI / MINIMALNI POUDARKI</w:t>
            </w:r>
          </w:p>
          <w:p w14:paraId="459189EE" w14:textId="77777777" w:rsidR="00080BF0" w:rsidRDefault="00000000">
            <w:pPr>
              <w:pStyle w:val="Oznaenseznam"/>
              <w:spacing w:after="16"/>
            </w:pPr>
            <w:r>
              <w:rPr>
                <w:color w:val="000000"/>
                <w:sz w:val="15"/>
              </w:rPr>
              <w:t>samostojno oziroma z dogovorjeno oporo oblikuje likovne simbole</w:t>
            </w:r>
          </w:p>
          <w:p w14:paraId="7B654A45" w14:textId="77777777" w:rsidR="00080BF0" w:rsidRDefault="00000000">
            <w:pPr>
              <w:pStyle w:val="Oznaenseznam"/>
              <w:spacing w:after="16"/>
            </w:pPr>
            <w:r>
              <w:rPr>
                <w:color w:val="000000"/>
                <w:sz w:val="15"/>
              </w:rPr>
              <w:t>samostojno oziroma z dogovorjeno oporo razporedi jih na preprost načrt</w:t>
            </w:r>
          </w:p>
          <w:p w14:paraId="77DF3EF6" w14:textId="77777777" w:rsidR="00080BF0" w:rsidRDefault="00000000">
            <w:pPr>
              <w:pStyle w:val="Oznaenseznam"/>
              <w:spacing w:after="16"/>
            </w:pPr>
            <w:r>
              <w:rPr>
                <w:color w:val="000000"/>
                <w:sz w:val="15"/>
              </w:rPr>
              <w:t>samostojno oziroma z dogovorjeno oporo razloži legendo</w:t>
            </w:r>
          </w:p>
        </w:tc>
        <w:tc>
          <w:tcPr>
            <w:tcW w:w="7087" w:type="dxa"/>
            <w:tcMar>
              <w:top w:w="70" w:type="dxa"/>
              <w:left w:w="90" w:type="dxa"/>
              <w:bottom w:w="70" w:type="dxa"/>
              <w:right w:w="90" w:type="dxa"/>
            </w:tcMar>
          </w:tcPr>
          <w:p w14:paraId="4A7F53FC"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B175B1E" w14:textId="77777777">
              <w:trPr>
                <w:jc w:val="center"/>
              </w:trPr>
              <w:tc>
                <w:tcPr>
                  <w:tcW w:w="7087" w:type="dxa"/>
                  <w:shd w:val="clear" w:color="auto" w:fill="C6E7F3"/>
                  <w:tcMar>
                    <w:top w:w="45" w:type="dxa"/>
                    <w:left w:w="70" w:type="dxa"/>
                    <w:bottom w:w="45" w:type="dxa"/>
                    <w:right w:w="70" w:type="dxa"/>
                  </w:tcMar>
                </w:tcPr>
                <w:p w14:paraId="11C5C4B0" w14:textId="77777777" w:rsidR="00080BF0" w:rsidRDefault="00000000">
                  <w:pPr>
                    <w:keepNext/>
                  </w:pPr>
                  <w:r>
                    <w:rPr>
                      <w:b/>
                      <w:color w:val="000000"/>
                    </w:rPr>
                    <w:t>UVODNI DEL – likovna uganka, opazovanje, aktivacija predznanja in namen učenja (8–12 min)</w:t>
                  </w:r>
                </w:p>
              </w:tc>
            </w:tr>
          </w:tbl>
          <w:p w14:paraId="7A0F7D2A" w14:textId="77777777" w:rsidR="00080BF0" w:rsidRDefault="00080BF0">
            <w:pPr>
              <w:spacing w:line="20" w:lineRule="exact"/>
            </w:pPr>
          </w:p>
          <w:p w14:paraId="3F41AA6C" w14:textId="77777777" w:rsidR="00080BF0" w:rsidRDefault="00000000">
            <w:pPr>
              <w:spacing w:before="40" w:after="60" w:line="245" w:lineRule="auto"/>
            </w:pPr>
            <w:r>
              <w:rPr>
                <w:color w:val="000000"/>
                <w:sz w:val="16"/>
              </w:rPr>
              <w:t>Ob književnem motivu »Bobek in barčica« – Anja Štefan • NADALJEVANJE učenci vstopijo v temo orientacija, načrt poti, morje in varno raziskovanje obale. Učiteljica pokaže fotografijo, reprodukcijo, predmet ali material in pove kratko likovno zgodbo: iz skrivnostne ovojnice padejo razpršene oblike; učenci jih brez lepljenja premikajo, sestavljajo in iščejo jasno sporočilo za nalogo »kartografski znaki«. Tematska rešitev: oblikuje načrt poti z dogovorjenimi znaki.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3BD7CE0B" w14:textId="77777777">
              <w:trPr>
                <w:jc w:val="center"/>
              </w:trPr>
              <w:tc>
                <w:tcPr>
                  <w:tcW w:w="7087" w:type="dxa"/>
                  <w:shd w:val="clear" w:color="auto" w:fill="EDC9EA"/>
                  <w:tcMar>
                    <w:top w:w="45" w:type="dxa"/>
                    <w:left w:w="70" w:type="dxa"/>
                    <w:bottom w:w="45" w:type="dxa"/>
                    <w:right w:w="70" w:type="dxa"/>
                  </w:tcMar>
                </w:tcPr>
                <w:p w14:paraId="5533B5F1" w14:textId="77777777" w:rsidR="00080BF0" w:rsidRDefault="00000000">
                  <w:pPr>
                    <w:keepNext/>
                  </w:pPr>
                  <w:r>
                    <w:rPr>
                      <w:b/>
                      <w:color w:val="000000"/>
                    </w:rPr>
                    <w:t>NAMENI UČENJA</w:t>
                  </w:r>
                </w:p>
              </w:tc>
            </w:tr>
          </w:tbl>
          <w:p w14:paraId="610860A0" w14:textId="77777777" w:rsidR="00080BF0" w:rsidRDefault="00080BF0">
            <w:pPr>
              <w:spacing w:line="20" w:lineRule="exact"/>
            </w:pPr>
          </w:p>
          <w:p w14:paraId="196FB1CB"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6D048026" w14:textId="77777777" w:rsidR="00080BF0" w:rsidRDefault="00000000">
            <w:pPr>
              <w:pStyle w:val="Oznaenseznam"/>
              <w:spacing w:after="16"/>
            </w:pPr>
            <w:r>
              <w:rPr>
                <w:color w:val="000000"/>
                <w:sz w:val="16"/>
              </w:rPr>
              <w:t>oblikujem likovne simbole</w:t>
            </w:r>
          </w:p>
          <w:p w14:paraId="60B535FA" w14:textId="77777777" w:rsidR="00080BF0" w:rsidRDefault="00000000">
            <w:pPr>
              <w:pStyle w:val="Oznaenseznam"/>
              <w:spacing w:after="16"/>
            </w:pPr>
            <w:r>
              <w:rPr>
                <w:color w:val="000000"/>
                <w:sz w:val="16"/>
              </w:rPr>
              <w:t>razporedi jih na preprost načrt</w:t>
            </w:r>
          </w:p>
          <w:p w14:paraId="22E4A18C" w14:textId="77777777" w:rsidR="00080BF0" w:rsidRDefault="00000000">
            <w:pPr>
              <w:pStyle w:val="Oznaenseznam"/>
              <w:spacing w:after="16"/>
            </w:pPr>
            <w:r>
              <w:rPr>
                <w:color w:val="000000"/>
                <w:sz w:val="16"/>
              </w:rPr>
              <w:t>razloži legendo</w:t>
            </w:r>
          </w:p>
          <w:tbl>
            <w:tblPr>
              <w:tblStyle w:val="Tabelamrea"/>
              <w:tblW w:w="0" w:type="auto"/>
              <w:jc w:val="center"/>
              <w:tblLayout w:type="fixed"/>
              <w:tblLook w:val="04A0" w:firstRow="1" w:lastRow="0" w:firstColumn="1" w:lastColumn="0" w:noHBand="0" w:noVBand="1"/>
            </w:tblPr>
            <w:tblGrid>
              <w:gridCol w:w="7087"/>
            </w:tblGrid>
            <w:tr w:rsidR="00080BF0" w14:paraId="473B6063" w14:textId="77777777">
              <w:trPr>
                <w:jc w:val="center"/>
              </w:trPr>
              <w:tc>
                <w:tcPr>
                  <w:tcW w:w="7087" w:type="dxa"/>
                  <w:shd w:val="clear" w:color="auto" w:fill="EDC9EA"/>
                  <w:tcMar>
                    <w:top w:w="45" w:type="dxa"/>
                    <w:left w:w="70" w:type="dxa"/>
                    <w:bottom w:w="45" w:type="dxa"/>
                    <w:right w:w="70" w:type="dxa"/>
                  </w:tcMar>
                </w:tcPr>
                <w:p w14:paraId="381636A6" w14:textId="77777777" w:rsidR="00080BF0" w:rsidRDefault="00000000">
                  <w:pPr>
                    <w:keepNext/>
                  </w:pPr>
                  <w:r>
                    <w:rPr>
                      <w:b/>
                      <w:color w:val="000000"/>
                    </w:rPr>
                    <w:t>PREVERJANJE PREDZNANJA</w:t>
                  </w:r>
                </w:p>
              </w:tc>
            </w:tr>
          </w:tbl>
          <w:p w14:paraId="4BED86E3" w14:textId="77777777" w:rsidR="00080BF0" w:rsidRDefault="00080BF0">
            <w:pPr>
              <w:spacing w:line="20" w:lineRule="exact"/>
            </w:pPr>
          </w:p>
          <w:p w14:paraId="725C92E5" w14:textId="77777777" w:rsidR="00080BF0" w:rsidRDefault="00000000">
            <w:pPr>
              <w:pStyle w:val="Oznaenseznam"/>
              <w:spacing w:after="16"/>
            </w:pPr>
            <w:r>
              <w:rPr>
                <w:color w:val="000000"/>
                <w:sz w:val="16"/>
              </w:rPr>
              <w:t>Kaj najprej opazim pri motivu, predmetu ali materialu, povezanem s temo »KARTOGRAFSKI ZNAKI«?</w:t>
            </w:r>
          </w:p>
          <w:p w14:paraId="647C52A0"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107AB2A6"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5EED18A1" w14:textId="77777777">
              <w:trPr>
                <w:jc w:val="center"/>
              </w:trPr>
              <w:tc>
                <w:tcPr>
                  <w:tcW w:w="7087" w:type="dxa"/>
                  <w:shd w:val="clear" w:color="auto" w:fill="EDC9EA"/>
                  <w:tcMar>
                    <w:top w:w="45" w:type="dxa"/>
                    <w:left w:w="70" w:type="dxa"/>
                    <w:bottom w:w="45" w:type="dxa"/>
                    <w:right w:w="70" w:type="dxa"/>
                  </w:tcMar>
                </w:tcPr>
                <w:p w14:paraId="4E243AB5" w14:textId="77777777" w:rsidR="00080BF0" w:rsidRDefault="00000000">
                  <w:pPr>
                    <w:keepNext/>
                  </w:pPr>
                  <w:r>
                    <w:rPr>
                      <w:b/>
                      <w:color w:val="000000"/>
                    </w:rPr>
                    <w:t>KRITERIJI USPEŠNOSTI</w:t>
                  </w:r>
                </w:p>
              </w:tc>
            </w:tr>
          </w:tbl>
          <w:p w14:paraId="48D6C163" w14:textId="77777777" w:rsidR="00080BF0" w:rsidRDefault="00080BF0"/>
          <w:p w14:paraId="71C5D831" w14:textId="77777777" w:rsidR="00080BF0" w:rsidRDefault="00000000">
            <w:pPr>
              <w:spacing w:before="20" w:after="20" w:line="245" w:lineRule="auto"/>
            </w:pPr>
            <w:r>
              <w:rPr>
                <w:b/>
                <w:color w:val="000000"/>
                <w:sz w:val="16"/>
              </w:rPr>
              <w:t>Uspešen/-na bom, ko:</w:t>
            </w:r>
          </w:p>
          <w:p w14:paraId="4E03B8DA" w14:textId="77777777" w:rsidR="00080BF0" w:rsidRDefault="00000000">
            <w:pPr>
              <w:pStyle w:val="Oznaenseznam"/>
              <w:spacing w:after="16"/>
            </w:pPr>
            <w:r>
              <w:rPr>
                <w:color w:val="000000"/>
                <w:sz w:val="16"/>
              </w:rPr>
              <w:t>oblikujem likovne simbole</w:t>
            </w:r>
          </w:p>
          <w:p w14:paraId="7FD75025" w14:textId="77777777" w:rsidR="00080BF0" w:rsidRDefault="00000000">
            <w:pPr>
              <w:pStyle w:val="Oznaenseznam"/>
              <w:spacing w:after="16"/>
            </w:pPr>
            <w:r>
              <w:rPr>
                <w:color w:val="000000"/>
                <w:sz w:val="16"/>
              </w:rPr>
              <w:t>razporedi jih na preprost načrt</w:t>
            </w:r>
          </w:p>
          <w:p w14:paraId="022A8A31" w14:textId="77777777" w:rsidR="00080BF0" w:rsidRDefault="00000000">
            <w:pPr>
              <w:pStyle w:val="Oznaenseznam"/>
              <w:spacing w:after="16"/>
            </w:pPr>
            <w:r>
              <w:rPr>
                <w:color w:val="000000"/>
                <w:sz w:val="16"/>
              </w:rPr>
              <w:t>razloži legendo</w:t>
            </w:r>
          </w:p>
          <w:p w14:paraId="350418E6" w14:textId="77777777" w:rsidR="00080BF0" w:rsidRDefault="00000000">
            <w:pPr>
              <w:pStyle w:val="Oznaenseznam"/>
              <w:spacing w:after="16"/>
            </w:pPr>
            <w:r>
              <w:rPr>
                <w:color w:val="000000"/>
                <w:sz w:val="15"/>
              </w:rPr>
              <w:t>varno in namensko uporabim material, zaščitim prostor ter po delu uredim svojo postajo</w:t>
            </w:r>
          </w:p>
          <w:p w14:paraId="793BF1A4"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0BB2195E" w14:textId="77777777" w:rsidR="00080BF0" w:rsidRDefault="00080BF0"/>
          <w:p w14:paraId="4A83D722"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3EE0FEBB" w14:textId="77777777" w:rsidR="00080BF0" w:rsidRDefault="00000000">
            <w:pPr>
              <w:spacing w:after="80" w:line="245" w:lineRule="auto"/>
            </w:pPr>
            <w:r>
              <w:rPr>
                <w:color w:val="000000"/>
                <w:sz w:val="16"/>
              </w:rPr>
              <w:t>Pove ali pokaže, kaj že zna opaziti in katero likovno možnost bi najprej preizkusil.</w:t>
            </w:r>
          </w:p>
          <w:p w14:paraId="58991B6E" w14:textId="77777777" w:rsidR="00080BF0" w:rsidRDefault="00000000">
            <w:pPr>
              <w:spacing w:after="100" w:line="245" w:lineRule="auto"/>
            </w:pPr>
            <w:r>
              <w:rPr>
                <w:color w:val="000000"/>
                <w:sz w:val="16"/>
              </w:rPr>
              <w:t>Sodeluje pri razumevanju namena, meril uspešnosti, varne rabe pripomočkov in načina dokazovanja.</w:t>
            </w:r>
          </w:p>
          <w:p w14:paraId="04BE4074" w14:textId="77777777" w:rsidR="00080BF0" w:rsidRDefault="00000000">
            <w:pPr>
              <w:spacing w:after="20" w:line="245" w:lineRule="auto"/>
            </w:pPr>
            <w:r>
              <w:rPr>
                <w:b/>
                <w:color w:val="D95BC6"/>
                <w:sz w:val="17"/>
              </w:rPr>
              <w:t>DOKAZ O UČENJU</w:t>
            </w:r>
          </w:p>
          <w:p w14:paraId="11BB4E6D"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2C9AB66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3B5294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6554438"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0270344" w14:textId="77777777" w:rsidR="00080BF0" w:rsidRDefault="00000000">
            <w:pPr>
              <w:jc w:val="center"/>
            </w:pPr>
            <w:r>
              <w:rPr>
                <w:b/>
                <w:color w:val="000000"/>
                <w:sz w:val="20"/>
              </w:rPr>
              <w:t>UČNE DEJAVNOSTI, METODE IN FORMATIVNO SPREMLJANJE</w:t>
            </w:r>
          </w:p>
        </w:tc>
      </w:tr>
      <w:tr w:rsidR="00080BF0" w14:paraId="314A4530" w14:textId="77777777">
        <w:trPr>
          <w:tblHeader/>
          <w:jc w:val="center"/>
        </w:trPr>
        <w:tc>
          <w:tcPr>
            <w:tcW w:w="4422" w:type="dxa"/>
            <w:vMerge/>
            <w:tcMar>
              <w:top w:w="70" w:type="dxa"/>
              <w:left w:w="90" w:type="dxa"/>
              <w:bottom w:w="70" w:type="dxa"/>
              <w:right w:w="90" w:type="dxa"/>
            </w:tcMar>
            <w:vAlign w:val="center"/>
          </w:tcPr>
          <w:p w14:paraId="57FCB5D9" w14:textId="77777777" w:rsidR="00080BF0" w:rsidRDefault="00080BF0"/>
        </w:tc>
        <w:tc>
          <w:tcPr>
            <w:tcW w:w="7087" w:type="dxa"/>
            <w:shd w:val="clear" w:color="auto" w:fill="FFFFFF"/>
            <w:tcMar>
              <w:top w:w="70" w:type="dxa"/>
              <w:left w:w="90" w:type="dxa"/>
              <w:bottom w:w="70" w:type="dxa"/>
              <w:right w:w="90" w:type="dxa"/>
            </w:tcMar>
            <w:vAlign w:val="center"/>
          </w:tcPr>
          <w:p w14:paraId="14D91CC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830C033" w14:textId="77777777" w:rsidR="00080BF0" w:rsidRDefault="00000000">
            <w:pPr>
              <w:jc w:val="center"/>
            </w:pPr>
            <w:r>
              <w:rPr>
                <w:b/>
                <w:color w:val="000000"/>
              </w:rPr>
              <w:t>UČENEC</w:t>
            </w:r>
          </w:p>
        </w:tc>
      </w:tr>
      <w:tr w:rsidR="00080BF0" w14:paraId="25C057B0" w14:textId="77777777">
        <w:trPr>
          <w:jc w:val="center"/>
        </w:trPr>
        <w:tc>
          <w:tcPr>
            <w:tcW w:w="4422" w:type="dxa"/>
            <w:tcMar>
              <w:top w:w="70" w:type="dxa"/>
              <w:left w:w="90" w:type="dxa"/>
              <w:bottom w:w="70" w:type="dxa"/>
              <w:right w:w="90" w:type="dxa"/>
            </w:tcMar>
          </w:tcPr>
          <w:p w14:paraId="094D020E" w14:textId="77777777" w:rsidR="00080BF0" w:rsidRDefault="00080BF0"/>
          <w:p w14:paraId="6A548EBA" w14:textId="77777777" w:rsidR="00080BF0" w:rsidRDefault="00000000">
            <w:pPr>
              <w:spacing w:after="40" w:line="245" w:lineRule="auto"/>
            </w:pPr>
            <w:r>
              <w:rPr>
                <w:b/>
                <w:color w:val="000000"/>
              </w:rPr>
              <w:t>KLJUČNI LIKOVNI POJMI</w:t>
            </w:r>
          </w:p>
          <w:p w14:paraId="48F465E3"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trganje, rezanje, lepljenje, kontrast, znak, sporočilo, razporeditev</w:t>
            </w:r>
          </w:p>
          <w:p w14:paraId="62F59A04" w14:textId="77777777" w:rsidR="00080BF0" w:rsidRDefault="00000000">
            <w:pPr>
              <w:spacing w:after="20" w:line="245" w:lineRule="auto"/>
            </w:pPr>
            <w:r>
              <w:rPr>
                <w:b/>
                <w:color w:val="000000"/>
                <w:sz w:val="17"/>
              </w:rPr>
              <w:t>DOKAZI O UČENJU</w:t>
            </w:r>
          </w:p>
          <w:p w14:paraId="03228285" w14:textId="77777777" w:rsidR="00080BF0" w:rsidRDefault="00000000">
            <w:pPr>
              <w:pStyle w:val="Oznaenseznam"/>
              <w:spacing w:after="9"/>
            </w:pPr>
            <w:r>
              <w:rPr>
                <w:color w:val="000000"/>
                <w:sz w:val="15"/>
              </w:rPr>
              <w:t>likovni proces in izdelek, fotografija faze, učenčeva razlaga ter samovrednotenje v mapi.</w:t>
            </w:r>
          </w:p>
          <w:p w14:paraId="5DF5CD7B" w14:textId="77777777" w:rsidR="00080BF0" w:rsidRDefault="00000000">
            <w:pPr>
              <w:spacing w:before="40" w:after="20" w:line="245" w:lineRule="auto"/>
            </w:pPr>
            <w:r>
              <w:rPr>
                <w:b/>
                <w:color w:val="000000"/>
                <w:sz w:val="17"/>
              </w:rPr>
              <w:t>LIKOVNO DOŽIVETJE IN IZKUŠENJSKI POUK</w:t>
            </w:r>
          </w:p>
          <w:p w14:paraId="39D8C51F"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4C0F1425" w14:textId="77777777" w:rsidR="00080BF0" w:rsidRDefault="00000000">
            <w:pPr>
              <w:spacing w:after="20" w:line="245" w:lineRule="auto"/>
            </w:pPr>
            <w:r>
              <w:rPr>
                <w:b/>
                <w:color w:val="000000"/>
                <w:sz w:val="17"/>
              </w:rPr>
              <w:t>POUČEVANJE V GIBANJU</w:t>
            </w:r>
          </w:p>
          <w:p w14:paraId="7984C021"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74CBB961" w14:textId="77777777" w:rsidR="00080BF0" w:rsidRDefault="00000000">
            <w:pPr>
              <w:spacing w:after="20" w:line="245" w:lineRule="auto"/>
            </w:pPr>
            <w:r>
              <w:rPr>
                <w:b/>
                <w:color w:val="000000"/>
                <w:sz w:val="17"/>
              </w:rPr>
              <w:t>DELO PO POSTAJAH</w:t>
            </w:r>
          </w:p>
          <w:p w14:paraId="4693C722"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2E4B37CC" w14:textId="77777777" w:rsidR="00080BF0" w:rsidRDefault="00000000">
            <w:pPr>
              <w:spacing w:after="9" w:line="245" w:lineRule="auto"/>
            </w:pPr>
            <w:r>
              <w:rPr>
                <w:color w:val="000000"/>
                <w:sz w:val="14"/>
              </w:rPr>
              <w:t>1. Kompozicijska: brez lepljenja premikam oblike ter primerjam dve razporeditvi glede na sporočilo.</w:t>
            </w:r>
          </w:p>
          <w:p w14:paraId="16A85BC9" w14:textId="77777777" w:rsidR="00080BF0" w:rsidRDefault="00000000">
            <w:pPr>
              <w:spacing w:after="9" w:line="245" w:lineRule="auto"/>
            </w:pPr>
            <w:r>
              <w:rPr>
                <w:color w:val="000000"/>
                <w:sz w:val="14"/>
              </w:rPr>
              <w:t>2. Materialna: preizkusim trganje, pregibanje, rezanje in lepljenje ter izberem varen postopek.</w:t>
            </w:r>
          </w:p>
          <w:p w14:paraId="53D5FD38" w14:textId="77777777" w:rsidR="00080BF0" w:rsidRDefault="00000000">
            <w:pPr>
              <w:spacing w:after="9" w:line="245" w:lineRule="auto"/>
            </w:pPr>
            <w:r>
              <w:rPr>
                <w:color w:val="000000"/>
                <w:sz w:val="14"/>
              </w:rPr>
              <w:t>3. Gibalno-prostorska: s telesi ali talnimi oblikami sestavimo veliko kompozicijo in preverimo ravnotežje praznega ter polnega prostora.</w:t>
            </w:r>
          </w:p>
          <w:p w14:paraId="536026F5" w14:textId="77777777" w:rsidR="00080BF0" w:rsidRDefault="00000000">
            <w:pPr>
              <w:spacing w:after="9" w:line="245" w:lineRule="auto"/>
            </w:pPr>
            <w:r>
              <w:rPr>
                <w:color w:val="000000"/>
                <w:sz w:val="14"/>
              </w:rPr>
              <w:t>4. Sporočilna: izdelam kolaž, plakat ali znak, gledalcu razložim namen in po povratni informaciji izboljšam jasnost.</w:t>
            </w:r>
          </w:p>
          <w:p w14:paraId="2AC36823" w14:textId="77777777" w:rsidR="00080BF0" w:rsidRDefault="00000000">
            <w:pPr>
              <w:spacing w:after="20" w:line="245" w:lineRule="auto"/>
            </w:pPr>
            <w:r>
              <w:rPr>
                <w:b/>
                <w:color w:val="000000"/>
                <w:sz w:val="17"/>
              </w:rPr>
              <w:t>DIFERENCIACIJA IN VKLJUČEVANJE</w:t>
            </w:r>
          </w:p>
          <w:p w14:paraId="257EC61B"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0B82C6EA" w14:textId="77777777" w:rsidR="00080BF0" w:rsidRDefault="00000000">
            <w:pPr>
              <w:spacing w:after="20" w:line="245" w:lineRule="auto"/>
            </w:pPr>
            <w:r>
              <w:rPr>
                <w:b/>
                <w:color w:val="000000"/>
                <w:sz w:val="17"/>
              </w:rPr>
              <w:t>SPREMLJANJE</w:t>
            </w:r>
          </w:p>
          <w:p w14:paraId="3315AEF7"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61E5F6CC"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A3BDE7F" w14:textId="77777777">
              <w:trPr>
                <w:jc w:val="center"/>
              </w:trPr>
              <w:tc>
                <w:tcPr>
                  <w:tcW w:w="7087" w:type="dxa"/>
                  <w:shd w:val="clear" w:color="auto" w:fill="C6E7F3"/>
                  <w:tcMar>
                    <w:top w:w="45" w:type="dxa"/>
                    <w:left w:w="70" w:type="dxa"/>
                    <w:bottom w:w="45" w:type="dxa"/>
                    <w:right w:w="70" w:type="dxa"/>
                  </w:tcMar>
                </w:tcPr>
                <w:p w14:paraId="4E39CB5F" w14:textId="77777777" w:rsidR="00080BF0" w:rsidRDefault="00000000">
                  <w:pPr>
                    <w:keepNext/>
                  </w:pPr>
                  <w:r>
                    <w:rPr>
                      <w:b/>
                      <w:color w:val="000000"/>
                      <w:sz w:val="17"/>
                    </w:rPr>
                    <w:t>GLAVNI DEL – OPAZOVANJE, MATERIALNI PREIZKUS, USTVARJANJE IN GALERIJA (1 šolska ura)</w:t>
                  </w:r>
                </w:p>
              </w:tc>
            </w:tr>
          </w:tbl>
          <w:p w14:paraId="05D35F98" w14:textId="77777777" w:rsidR="00080BF0" w:rsidRDefault="00080BF0">
            <w:pPr>
              <w:spacing w:line="20" w:lineRule="exact"/>
            </w:pPr>
          </w:p>
          <w:p w14:paraId="1906F934" w14:textId="77777777" w:rsidR="00080BF0" w:rsidRDefault="00000000">
            <w:pPr>
              <w:keepNext/>
              <w:spacing w:before="22" w:after="8" w:line="245" w:lineRule="auto"/>
            </w:pPr>
            <w:r>
              <w:rPr>
                <w:b/>
                <w:color w:val="000000"/>
                <w:sz w:val="16"/>
              </w:rPr>
              <w:t>1. URA – Kartografski znaki – Ustvarjam, predstavim, izboljšam</w:t>
            </w:r>
          </w:p>
          <w:p w14:paraId="3B92EF19"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»KARTOGRAFSKI ZNAKI«; postavlja vprašanja o nameri, nudi tehnično oporo in omogoči izboljšavo. Zaključek 10': 10' – Izvede tiho galerijo; modelira odziv »Opazim … / Učinkuje … / Lahko poskusiš …« ter vodi pospravljanje.</w:t>
            </w:r>
          </w:p>
          <w:p w14:paraId="0EEB5632"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755673E8"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5427DC7B" w14:textId="77777777">
              <w:trPr>
                <w:jc w:val="center"/>
              </w:trPr>
              <w:tc>
                <w:tcPr>
                  <w:tcW w:w="7087" w:type="dxa"/>
                  <w:shd w:val="clear" w:color="auto" w:fill="EDC9EA"/>
                  <w:tcMar>
                    <w:top w:w="45" w:type="dxa"/>
                    <w:left w:w="70" w:type="dxa"/>
                    <w:bottom w:w="45" w:type="dxa"/>
                    <w:right w:w="70" w:type="dxa"/>
                  </w:tcMar>
                </w:tcPr>
                <w:p w14:paraId="10A990E2" w14:textId="77777777" w:rsidR="00080BF0" w:rsidRDefault="00000000">
                  <w:pPr>
                    <w:keepNext/>
                  </w:pPr>
                  <w:r>
                    <w:rPr>
                      <w:b/>
                      <w:color w:val="000000"/>
                      <w:sz w:val="17"/>
                    </w:rPr>
                    <w:t>ORGANIZACIJA POSTAJ IN PREHODOV</w:t>
                  </w:r>
                </w:p>
              </w:tc>
            </w:tr>
          </w:tbl>
          <w:p w14:paraId="1842453C" w14:textId="77777777" w:rsidR="00080BF0" w:rsidRDefault="00080BF0"/>
          <w:p w14:paraId="4166CD83" w14:textId="77777777" w:rsidR="00080BF0" w:rsidRDefault="00000000">
            <w:pPr>
              <w:spacing w:before="8" w:after="8" w:line="245" w:lineRule="auto"/>
            </w:pPr>
            <w:r>
              <w:rPr>
                <w:color w:val="000000"/>
                <w:sz w:val="14"/>
              </w:rPr>
              <w:t>Postaja 1: Kompozicijska: brez lepljenja premikam oblike ter primerjam dve razporeditvi glede na sporočilo.</w:t>
            </w:r>
          </w:p>
          <w:p w14:paraId="1FE6F5B4" w14:textId="77777777" w:rsidR="00080BF0" w:rsidRDefault="00000000">
            <w:pPr>
              <w:spacing w:before="8" w:after="8" w:line="245" w:lineRule="auto"/>
            </w:pPr>
            <w:r>
              <w:rPr>
                <w:color w:val="000000"/>
                <w:sz w:val="14"/>
              </w:rPr>
              <w:t>Postaja 2: Materialna: preizkusim trganje, pregibanje, rezanje in lepljenje ter izberem varen postopek.</w:t>
            </w:r>
          </w:p>
          <w:p w14:paraId="7A6CCF6E" w14:textId="77777777" w:rsidR="00080BF0" w:rsidRDefault="00000000">
            <w:pPr>
              <w:spacing w:before="8" w:after="8" w:line="245" w:lineRule="auto"/>
            </w:pPr>
            <w:r>
              <w:rPr>
                <w:color w:val="000000"/>
                <w:sz w:val="14"/>
              </w:rPr>
              <w:t>Postaja 3: Gibalno-prostorska: s telesi ali talnimi oblikami sestavimo veliko kompozicijo in preverimo ravnotežje praznega ter polnega prostora.</w:t>
            </w:r>
          </w:p>
          <w:p w14:paraId="3B5EB562" w14:textId="77777777" w:rsidR="00080BF0" w:rsidRDefault="00000000">
            <w:pPr>
              <w:spacing w:before="8" w:after="8" w:line="245" w:lineRule="auto"/>
            </w:pPr>
            <w:r>
              <w:rPr>
                <w:color w:val="000000"/>
                <w:sz w:val="14"/>
              </w:rPr>
              <w:t>Postaja 4: Sporočilna: izdelam kolaž, plakat ali znak, gledalcu razložim namen in po povratni informaciji izboljšam jasnost.</w:t>
            </w:r>
          </w:p>
          <w:p w14:paraId="3B614559"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DAE2B85" w14:textId="77777777" w:rsidR="00080BF0" w:rsidRDefault="00080BF0"/>
          <w:p w14:paraId="3DC84C08" w14:textId="77777777" w:rsidR="00080BF0" w:rsidRDefault="00000000">
            <w:pPr>
              <w:spacing w:after="6" w:line="245" w:lineRule="auto"/>
            </w:pPr>
            <w:r>
              <w:rPr>
                <w:b/>
                <w:color w:val="000000"/>
                <w:sz w:val="15"/>
              </w:rPr>
              <w:t>1. URA – Kartografski znaki – Ustvarjam, predstavim, izboljšam</w:t>
            </w:r>
          </w:p>
          <w:p w14:paraId="4819AA05"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1B9C56DD" w14:textId="77777777" w:rsidR="00080BF0" w:rsidRDefault="00000000">
            <w:pPr>
              <w:spacing w:after="20" w:line="245" w:lineRule="auto"/>
            </w:pPr>
            <w:r>
              <w:rPr>
                <w:color w:val="D95BC6"/>
                <w:sz w:val="14"/>
              </w:rPr>
              <w:t>Dokaz: likovni proces in izdelek, fotografija faze, učenčeva razlaga ter samovrednotenje v mapi.</w:t>
            </w:r>
          </w:p>
          <w:p w14:paraId="57BD15FB" w14:textId="77777777" w:rsidR="00080BF0" w:rsidRDefault="00000000">
            <w:pPr>
              <w:spacing w:before="40" w:after="20" w:line="245" w:lineRule="auto"/>
            </w:pPr>
            <w:r>
              <w:rPr>
                <w:b/>
                <w:color w:val="D95BC6"/>
                <w:sz w:val="16"/>
              </w:rPr>
              <w:t>MOJ KROG POSTAJ</w:t>
            </w:r>
          </w:p>
          <w:p w14:paraId="0C0112C8" w14:textId="77777777" w:rsidR="00080BF0" w:rsidRDefault="00000000">
            <w:pPr>
              <w:spacing w:after="11" w:line="245" w:lineRule="auto"/>
            </w:pPr>
            <w:r>
              <w:rPr>
                <w:color w:val="000000"/>
                <w:sz w:val="13"/>
              </w:rPr>
              <w:t>1. Kompozicijska: brez lepljenja premikam oblike ter primerjam dve razporeditvi glede na.</w:t>
            </w:r>
          </w:p>
          <w:p w14:paraId="203A38E8" w14:textId="77777777" w:rsidR="00080BF0" w:rsidRDefault="00000000">
            <w:pPr>
              <w:spacing w:after="11" w:line="245" w:lineRule="auto"/>
            </w:pPr>
            <w:r>
              <w:rPr>
                <w:color w:val="000000"/>
                <w:sz w:val="13"/>
              </w:rPr>
              <w:t>2. Materialna: preizkusim trganje, pregibanje, rezanje in lepljenje ter izberem varen postopek.</w:t>
            </w:r>
          </w:p>
          <w:p w14:paraId="74A5E33C" w14:textId="77777777" w:rsidR="00080BF0" w:rsidRDefault="00000000">
            <w:pPr>
              <w:spacing w:after="11" w:line="245" w:lineRule="auto"/>
            </w:pPr>
            <w:r>
              <w:rPr>
                <w:color w:val="000000"/>
                <w:sz w:val="13"/>
              </w:rPr>
              <w:t>3. Gibalno-prostorska: s telesi ali talnimi oblikami sestavimo veliko kompozicijo in preverimo.</w:t>
            </w:r>
          </w:p>
          <w:p w14:paraId="1B0B7587" w14:textId="77777777" w:rsidR="00080BF0" w:rsidRDefault="00000000">
            <w:pPr>
              <w:spacing w:after="11" w:line="245" w:lineRule="auto"/>
            </w:pPr>
            <w:r>
              <w:rPr>
                <w:color w:val="000000"/>
                <w:sz w:val="13"/>
              </w:rPr>
              <w:t>4. Sporočilna: izdelam kolaž, plakat ali znak, gledalcu razložim namen in po povratni.</w:t>
            </w:r>
          </w:p>
          <w:p w14:paraId="21A871EB"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56270ED9" w14:textId="77777777" w:rsidR="00080BF0" w:rsidRDefault="00000000">
            <w:pPr>
              <w:spacing w:after="20" w:line="245" w:lineRule="auto"/>
            </w:pPr>
            <w:r>
              <w:rPr>
                <w:b/>
                <w:color w:val="D95BC6"/>
                <w:sz w:val="17"/>
              </w:rPr>
              <w:t>DOKAZ O UČENJU</w:t>
            </w:r>
          </w:p>
          <w:p w14:paraId="337189CD"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5EF0C916"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8A0FBD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65F3C23"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E93012E" w14:textId="77777777" w:rsidR="00080BF0" w:rsidRDefault="00000000">
            <w:pPr>
              <w:jc w:val="center"/>
            </w:pPr>
            <w:r>
              <w:rPr>
                <w:b/>
                <w:color w:val="000000"/>
                <w:sz w:val="20"/>
              </w:rPr>
              <w:t>UČNE DEJAVNOSTI, METODE IN FORMATIVNO SPREMLJANJE</w:t>
            </w:r>
          </w:p>
        </w:tc>
      </w:tr>
      <w:tr w:rsidR="00080BF0" w14:paraId="7A4DAAB9" w14:textId="77777777">
        <w:trPr>
          <w:tblHeader/>
          <w:jc w:val="center"/>
        </w:trPr>
        <w:tc>
          <w:tcPr>
            <w:tcW w:w="4422" w:type="dxa"/>
            <w:vMerge/>
            <w:tcMar>
              <w:top w:w="70" w:type="dxa"/>
              <w:left w:w="90" w:type="dxa"/>
              <w:bottom w:w="70" w:type="dxa"/>
              <w:right w:w="90" w:type="dxa"/>
            </w:tcMar>
            <w:vAlign w:val="center"/>
          </w:tcPr>
          <w:p w14:paraId="22EAD89A" w14:textId="77777777" w:rsidR="00080BF0" w:rsidRDefault="00080BF0"/>
        </w:tc>
        <w:tc>
          <w:tcPr>
            <w:tcW w:w="7087" w:type="dxa"/>
            <w:shd w:val="clear" w:color="auto" w:fill="FFFFFF"/>
            <w:tcMar>
              <w:top w:w="70" w:type="dxa"/>
              <w:left w:w="90" w:type="dxa"/>
              <w:bottom w:w="70" w:type="dxa"/>
              <w:right w:w="90" w:type="dxa"/>
            </w:tcMar>
            <w:vAlign w:val="center"/>
          </w:tcPr>
          <w:p w14:paraId="26844FD5"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CF76796" w14:textId="77777777" w:rsidR="00080BF0" w:rsidRDefault="00000000">
            <w:pPr>
              <w:jc w:val="center"/>
            </w:pPr>
            <w:r>
              <w:rPr>
                <w:b/>
                <w:color w:val="000000"/>
              </w:rPr>
              <w:t>UČENEC</w:t>
            </w:r>
          </w:p>
        </w:tc>
      </w:tr>
      <w:tr w:rsidR="00080BF0" w14:paraId="05E61CBC" w14:textId="77777777">
        <w:trPr>
          <w:jc w:val="center"/>
        </w:trPr>
        <w:tc>
          <w:tcPr>
            <w:tcW w:w="4422" w:type="dxa"/>
            <w:tcMar>
              <w:top w:w="70" w:type="dxa"/>
              <w:left w:w="90" w:type="dxa"/>
              <w:bottom w:w="70" w:type="dxa"/>
              <w:right w:w="90" w:type="dxa"/>
            </w:tcMar>
          </w:tcPr>
          <w:p w14:paraId="109B751E" w14:textId="77777777" w:rsidR="00080BF0" w:rsidRDefault="00080BF0"/>
          <w:p w14:paraId="36E8C7C1" w14:textId="77777777" w:rsidR="00080BF0" w:rsidRDefault="00000000">
            <w:pPr>
              <w:spacing w:after="40" w:line="245" w:lineRule="auto"/>
            </w:pPr>
            <w:r>
              <w:rPr>
                <w:b/>
                <w:color w:val="000000"/>
              </w:rPr>
              <w:t>FORMATIVNO SPREMLJANJE</w:t>
            </w:r>
          </w:p>
          <w:p w14:paraId="1B44185F" w14:textId="77777777" w:rsidR="00080BF0" w:rsidRDefault="00000000">
            <w:pPr>
              <w:pStyle w:val="Oznaenseznam"/>
              <w:spacing w:after="16"/>
            </w:pPr>
            <w:r>
              <w:rPr>
                <w:color w:val="000000"/>
                <w:sz w:val="15"/>
              </w:rPr>
              <w:t>predznanje: opažanje, gibalna ponazoritev, izbira kartice, razvrstitev materialov, poskusna sled ali skica</w:t>
            </w:r>
          </w:p>
          <w:p w14:paraId="1E67C583"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0E10F3A2"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3B5F3471" w14:textId="77777777" w:rsidR="00080BF0" w:rsidRDefault="00000000">
            <w:pPr>
              <w:pStyle w:val="Oznaenseznam"/>
              <w:spacing w:after="16"/>
            </w:pPr>
            <w:r>
              <w:rPr>
                <w:color w:val="000000"/>
                <w:sz w:val="15"/>
              </w:rPr>
              <w:t>povratna informacija: opis vidne likovne odločitve, povezava z enim merilom in izvedljiv naslednji korak</w:t>
            </w:r>
          </w:p>
          <w:p w14:paraId="4E6B9B6E" w14:textId="77777777" w:rsidR="00080BF0" w:rsidRDefault="00000000">
            <w:pPr>
              <w:pStyle w:val="Oznaenseznam"/>
              <w:spacing w:after="16"/>
            </w:pPr>
            <w:r>
              <w:rPr>
                <w:color w:val="000000"/>
                <w:sz w:val="15"/>
              </w:rPr>
              <w:t>samovrednotenje: likovni semafor, lestvica samostojnosti, izbran dokaz, galerijski odziv in izboljšava</w:t>
            </w:r>
          </w:p>
          <w:p w14:paraId="1136B6A3" w14:textId="77777777" w:rsidR="00080BF0" w:rsidRDefault="00000000">
            <w:pPr>
              <w:spacing w:before="40" w:after="20" w:line="245" w:lineRule="auto"/>
            </w:pPr>
            <w:r>
              <w:rPr>
                <w:b/>
                <w:color w:val="000000"/>
                <w:sz w:val="17"/>
              </w:rPr>
              <w:t>VARNOST, HIGIENA IN UREDITEV PROSTORA</w:t>
            </w:r>
          </w:p>
          <w:p w14:paraId="7B093F5D"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Škarje so prilagojene starosti, rezanje poteka sede in vedno stran od telesa.</w:t>
            </w:r>
          </w:p>
          <w:p w14:paraId="2CD0BCCF" w14:textId="77777777" w:rsidR="00080BF0" w:rsidRDefault="00000000">
            <w:pPr>
              <w:spacing w:after="20" w:line="245" w:lineRule="auto"/>
            </w:pPr>
            <w:r>
              <w:rPr>
                <w:b/>
                <w:color w:val="000000"/>
                <w:sz w:val="17"/>
              </w:rPr>
              <w:t>EVIDENCA PO IZVEDBI</w:t>
            </w:r>
          </w:p>
          <w:p w14:paraId="5EE82BF0"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0BEA6EC2" w14:textId="77777777" w:rsidR="00080BF0" w:rsidRDefault="00000000">
            <w:pPr>
              <w:spacing w:before="40" w:after="20" w:line="245" w:lineRule="auto"/>
            </w:pPr>
            <w:r>
              <w:rPr>
                <w:b/>
                <w:color w:val="000000"/>
                <w:sz w:val="17"/>
              </w:rPr>
              <w:t>RAVEN DOSEGANJA</w:t>
            </w:r>
          </w:p>
          <w:p w14:paraId="3BA7B06A"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2B27A53B"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97E4823" w14:textId="77777777">
              <w:trPr>
                <w:jc w:val="center"/>
              </w:trPr>
              <w:tc>
                <w:tcPr>
                  <w:tcW w:w="7087" w:type="dxa"/>
                  <w:shd w:val="clear" w:color="auto" w:fill="EDC9EA"/>
                  <w:tcMar>
                    <w:top w:w="45" w:type="dxa"/>
                    <w:left w:w="70" w:type="dxa"/>
                    <w:bottom w:w="45" w:type="dxa"/>
                    <w:right w:w="70" w:type="dxa"/>
                  </w:tcMar>
                </w:tcPr>
                <w:p w14:paraId="2AFA904B" w14:textId="77777777" w:rsidR="00080BF0" w:rsidRDefault="00000000">
                  <w:pPr>
                    <w:keepNext/>
                  </w:pPr>
                  <w:r>
                    <w:rPr>
                      <w:b/>
                      <w:color w:val="000000"/>
                    </w:rPr>
                    <w:t>VPRAŠANJA V PODPORO LIKOVNEMU UČENJU</w:t>
                  </w:r>
                </w:p>
              </w:tc>
            </w:tr>
          </w:tbl>
          <w:p w14:paraId="2CA25E14" w14:textId="77777777" w:rsidR="00080BF0" w:rsidRDefault="00080BF0">
            <w:pPr>
              <w:spacing w:line="20" w:lineRule="exact"/>
            </w:pPr>
          </w:p>
          <w:p w14:paraId="6BFFE64D" w14:textId="77777777" w:rsidR="00080BF0" w:rsidRDefault="00000000">
            <w:pPr>
              <w:pStyle w:val="Oznaenseznam"/>
              <w:spacing w:after="16"/>
            </w:pPr>
            <w:r>
              <w:rPr>
                <w:color w:val="000000"/>
                <w:sz w:val="16"/>
              </w:rPr>
              <w:t>Kaj si najprej opazil/-a in katera likovna prvina je zate najpomembnejša?</w:t>
            </w:r>
          </w:p>
          <w:p w14:paraId="53330B49" w14:textId="77777777" w:rsidR="00080BF0" w:rsidRDefault="00000000">
            <w:pPr>
              <w:pStyle w:val="Oznaenseznam"/>
              <w:spacing w:after="16"/>
            </w:pPr>
            <w:r>
              <w:rPr>
                <w:color w:val="000000"/>
                <w:sz w:val="16"/>
              </w:rPr>
              <w:t>Kako je material ali postopek vplival na črto, barvo, obliko, površino, prostor oziroma delovanje izdelka?</w:t>
            </w:r>
          </w:p>
          <w:p w14:paraId="6844DE56" w14:textId="77777777" w:rsidR="00080BF0" w:rsidRDefault="00000000">
            <w:pPr>
              <w:pStyle w:val="Oznaenseznam"/>
              <w:spacing w:after="16"/>
            </w:pPr>
            <w:r>
              <w:rPr>
                <w:color w:val="000000"/>
                <w:sz w:val="16"/>
              </w:rPr>
              <w:t>Katero možnost si preizkusil/-a, zakaj si jo izbral/-a in kaj si ob poskusu spremenil/-a?</w:t>
            </w:r>
          </w:p>
          <w:p w14:paraId="35127BE2" w14:textId="77777777" w:rsidR="00080BF0" w:rsidRDefault="00000000">
            <w:pPr>
              <w:pStyle w:val="Oznaenseznam"/>
              <w:spacing w:after="16"/>
            </w:pPr>
            <w:r>
              <w:rPr>
                <w:color w:val="000000"/>
                <w:sz w:val="16"/>
              </w:rPr>
              <w:t>Kateri del tvojega procesa ali izdelka najjasneje pokaže dogovorjeno merilo?</w:t>
            </w:r>
          </w:p>
          <w:p w14:paraId="2127637F"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26EC4621" w14:textId="77777777">
              <w:trPr>
                <w:jc w:val="center"/>
              </w:trPr>
              <w:tc>
                <w:tcPr>
                  <w:tcW w:w="7087" w:type="dxa"/>
                  <w:shd w:val="clear" w:color="auto" w:fill="C6E7F3"/>
                  <w:tcMar>
                    <w:top w:w="45" w:type="dxa"/>
                    <w:left w:w="70" w:type="dxa"/>
                    <w:bottom w:w="45" w:type="dxa"/>
                    <w:right w:w="70" w:type="dxa"/>
                  </w:tcMar>
                </w:tcPr>
                <w:p w14:paraId="7F20C32B" w14:textId="77777777" w:rsidR="00080BF0" w:rsidRDefault="00000000">
                  <w:pPr>
                    <w:keepNext/>
                  </w:pPr>
                  <w:r>
                    <w:rPr>
                      <w:b/>
                      <w:color w:val="000000"/>
                    </w:rPr>
                    <w:t>ZAKLJUČNI DEL – TIHA GALERIJA, RAZLAGA IN REFLEKSIJA (8–12 min)</w:t>
                  </w:r>
                </w:p>
              </w:tc>
            </w:tr>
          </w:tbl>
          <w:p w14:paraId="514B1D0E" w14:textId="77777777" w:rsidR="00080BF0" w:rsidRDefault="00080BF0">
            <w:pPr>
              <w:spacing w:line="20" w:lineRule="exact"/>
            </w:pPr>
          </w:p>
          <w:p w14:paraId="49A67D59"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5916AEE1" w14:textId="77777777">
              <w:trPr>
                <w:jc w:val="center"/>
              </w:trPr>
              <w:tc>
                <w:tcPr>
                  <w:tcW w:w="7087" w:type="dxa"/>
                  <w:shd w:val="clear" w:color="auto" w:fill="EDC9EA"/>
                  <w:tcMar>
                    <w:top w:w="45" w:type="dxa"/>
                    <w:left w:w="70" w:type="dxa"/>
                    <w:bottom w:w="45" w:type="dxa"/>
                    <w:right w:w="70" w:type="dxa"/>
                  </w:tcMar>
                </w:tcPr>
                <w:p w14:paraId="1323A251" w14:textId="77777777" w:rsidR="00080BF0" w:rsidRDefault="00000000">
                  <w:pPr>
                    <w:keepNext/>
                  </w:pPr>
                  <w:r>
                    <w:rPr>
                      <w:b/>
                      <w:color w:val="000000"/>
                    </w:rPr>
                    <w:t>SAMOVREDNOTENJE</w:t>
                  </w:r>
                </w:p>
              </w:tc>
            </w:tr>
          </w:tbl>
          <w:p w14:paraId="563FC315" w14:textId="77777777" w:rsidR="00080BF0" w:rsidRDefault="00080BF0">
            <w:pPr>
              <w:spacing w:line="20" w:lineRule="exact"/>
            </w:pPr>
          </w:p>
          <w:p w14:paraId="672BD232"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0270F554" w14:textId="77777777">
              <w:trPr>
                <w:jc w:val="center"/>
              </w:trPr>
              <w:tc>
                <w:tcPr>
                  <w:tcW w:w="7087" w:type="dxa"/>
                  <w:shd w:val="clear" w:color="auto" w:fill="EDC9EA"/>
                  <w:tcMar>
                    <w:top w:w="45" w:type="dxa"/>
                    <w:left w:w="70" w:type="dxa"/>
                    <w:bottom w:w="45" w:type="dxa"/>
                    <w:right w:w="70" w:type="dxa"/>
                  </w:tcMar>
                </w:tcPr>
                <w:p w14:paraId="172BB2A4" w14:textId="77777777" w:rsidR="00080BF0" w:rsidRDefault="00000000">
                  <w:pPr>
                    <w:keepNext/>
                  </w:pPr>
                  <w:r>
                    <w:rPr>
                      <w:b/>
                      <w:color w:val="000000"/>
                    </w:rPr>
                    <w:t>VRSTNIŠKO VREDNOTENJE</w:t>
                  </w:r>
                </w:p>
              </w:tc>
            </w:tr>
          </w:tbl>
          <w:p w14:paraId="42805063" w14:textId="77777777" w:rsidR="00080BF0" w:rsidRDefault="00080BF0">
            <w:pPr>
              <w:spacing w:line="20" w:lineRule="exact"/>
            </w:pPr>
          </w:p>
          <w:p w14:paraId="4F98BAA3"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05882976" w14:textId="77777777">
              <w:trPr>
                <w:jc w:val="center"/>
              </w:trPr>
              <w:tc>
                <w:tcPr>
                  <w:tcW w:w="7087" w:type="dxa"/>
                  <w:shd w:val="clear" w:color="auto" w:fill="EDC9EA"/>
                  <w:tcMar>
                    <w:top w:w="45" w:type="dxa"/>
                    <w:left w:w="70" w:type="dxa"/>
                    <w:bottom w:w="45" w:type="dxa"/>
                    <w:right w:w="70" w:type="dxa"/>
                  </w:tcMar>
                </w:tcPr>
                <w:p w14:paraId="313CD36F" w14:textId="77777777" w:rsidR="00080BF0" w:rsidRDefault="00000000">
                  <w:pPr>
                    <w:keepNext/>
                  </w:pPr>
                  <w:r>
                    <w:rPr>
                      <w:b/>
                      <w:color w:val="000000"/>
                    </w:rPr>
                    <w:t>SKUPNI POVZETEK</w:t>
                  </w:r>
                </w:p>
              </w:tc>
            </w:tr>
          </w:tbl>
          <w:p w14:paraId="53AB4911" w14:textId="77777777" w:rsidR="00080BF0" w:rsidRDefault="00080BF0"/>
          <w:p w14:paraId="6D1EE9AA" w14:textId="77777777" w:rsidR="00080BF0" w:rsidRDefault="00000000">
            <w:pPr>
              <w:spacing w:before="20" w:after="40" w:line="245" w:lineRule="auto"/>
            </w:pPr>
            <w:r>
              <w:rPr>
                <w:b/>
                <w:color w:val="000000"/>
                <w:sz w:val="16"/>
              </w:rPr>
              <w:t>oblikujem likovne simbole; razporedi jih na preprost načrt; razloži legendo. Izbrani dokaz pojasnim in po povratni informaciji izboljšam.</w:t>
            </w:r>
          </w:p>
        </w:tc>
        <w:tc>
          <w:tcPr>
            <w:tcW w:w="2551" w:type="dxa"/>
            <w:tcMar>
              <w:top w:w="70" w:type="dxa"/>
              <w:left w:w="90" w:type="dxa"/>
              <w:bottom w:w="70" w:type="dxa"/>
              <w:right w:w="90" w:type="dxa"/>
            </w:tcMar>
          </w:tcPr>
          <w:p w14:paraId="55F70C74" w14:textId="77777777" w:rsidR="00080BF0" w:rsidRDefault="00080BF0"/>
          <w:p w14:paraId="01A594FD" w14:textId="77777777" w:rsidR="00080BF0" w:rsidRDefault="00000000">
            <w:pPr>
              <w:spacing w:after="80" w:line="245" w:lineRule="auto"/>
            </w:pPr>
            <w:r>
              <w:rPr>
                <w:color w:val="000000"/>
                <w:sz w:val="15"/>
              </w:rPr>
              <w:t>Odgovarja na podporna vprašanja in se sklicuje na opaženo, preizkušeno, ustvarjeno ali razstavljeno.</w:t>
            </w:r>
          </w:p>
          <w:p w14:paraId="48514F07" w14:textId="77777777" w:rsidR="00080BF0" w:rsidRDefault="00000000">
            <w:pPr>
              <w:spacing w:after="80" w:line="245" w:lineRule="auto"/>
            </w:pPr>
            <w:r>
              <w:rPr>
                <w:color w:val="000000"/>
                <w:sz w:val="15"/>
              </w:rPr>
              <w:t>Predstavi izbrani procesni ali izdelkovni dokaz ter pove, katero merilo z njim pokaže.</w:t>
            </w:r>
          </w:p>
          <w:p w14:paraId="7251A452" w14:textId="77777777" w:rsidR="00080BF0" w:rsidRDefault="00000000">
            <w:pPr>
              <w:spacing w:after="80" w:line="245" w:lineRule="auto"/>
            </w:pPr>
            <w:r>
              <w:rPr>
                <w:color w:val="000000"/>
                <w:sz w:val="15"/>
              </w:rPr>
              <w:t>Tiho opazuje vrstnikovo delo, opiše eno konkretno likovno rešitev in poda prijazen predlog.</w:t>
            </w:r>
          </w:p>
          <w:p w14:paraId="4119CEDB" w14:textId="77777777" w:rsidR="00080BF0" w:rsidRDefault="00000000">
            <w:pPr>
              <w:spacing w:after="80" w:line="245" w:lineRule="auto"/>
            </w:pPr>
            <w:r>
              <w:rPr>
                <w:color w:val="000000"/>
                <w:sz w:val="15"/>
              </w:rPr>
              <w:t>Po povratni informaciji po želji ponovi poskus, spremeni podrobnost, izboljša spoj, razporeditev ali razlago.</w:t>
            </w:r>
          </w:p>
          <w:p w14:paraId="16218526" w14:textId="77777777" w:rsidR="00080BF0" w:rsidRDefault="00000000">
            <w:pPr>
              <w:spacing w:after="100" w:line="245" w:lineRule="auto"/>
            </w:pPr>
            <w:r>
              <w:rPr>
                <w:color w:val="000000"/>
                <w:sz w:val="15"/>
              </w:rPr>
              <w:t>Izbere raven samostojnosti ter določi majhen in izvedljiv naslednji ustvarjalni korak.</w:t>
            </w:r>
          </w:p>
          <w:p w14:paraId="1EFDB143" w14:textId="77777777" w:rsidR="00080BF0" w:rsidRDefault="00000000">
            <w:pPr>
              <w:spacing w:after="20" w:line="245" w:lineRule="auto"/>
            </w:pPr>
            <w:r>
              <w:rPr>
                <w:b/>
                <w:color w:val="D95BC6"/>
                <w:sz w:val="17"/>
              </w:rPr>
              <w:t>DOKAZ O UČENJU</w:t>
            </w:r>
          </w:p>
          <w:p w14:paraId="0586227F"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67E90D6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1A4712EF" w14:textId="77777777">
        <w:trPr>
          <w:cantSplit/>
          <w:jc w:val="center"/>
        </w:trPr>
        <w:tc>
          <w:tcPr>
            <w:tcW w:w="14060" w:type="dxa"/>
            <w:gridSpan w:val="6"/>
            <w:tcMar>
              <w:top w:w="70" w:type="dxa"/>
              <w:left w:w="90" w:type="dxa"/>
              <w:bottom w:w="70" w:type="dxa"/>
              <w:right w:w="90" w:type="dxa"/>
            </w:tcMar>
            <w:vAlign w:val="center"/>
          </w:tcPr>
          <w:p w14:paraId="72B4B9C1" w14:textId="77777777" w:rsidR="00080BF0" w:rsidRDefault="00000000">
            <w:pPr>
              <w:jc w:val="center"/>
            </w:pPr>
            <w:r>
              <w:rPr>
                <w:b/>
                <w:color w:val="000000"/>
                <w:sz w:val="24"/>
              </w:rPr>
              <w:lastRenderedPageBreak/>
              <w:t>UČNA PRIPRAVA 34/39</w:t>
            </w:r>
          </w:p>
        </w:tc>
      </w:tr>
      <w:tr w:rsidR="00080BF0" w14:paraId="45E0F6F8" w14:textId="77777777">
        <w:trPr>
          <w:jc w:val="center"/>
        </w:trPr>
        <w:tc>
          <w:tcPr>
            <w:tcW w:w="2665" w:type="dxa"/>
            <w:tcMar>
              <w:top w:w="70" w:type="dxa"/>
              <w:left w:w="90" w:type="dxa"/>
              <w:bottom w:w="70" w:type="dxa"/>
              <w:right w:w="90" w:type="dxa"/>
            </w:tcMar>
            <w:vAlign w:val="center"/>
          </w:tcPr>
          <w:p w14:paraId="33AE0B01"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6E8F756"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22656D25"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818E22F" w14:textId="77777777" w:rsidR="00080BF0" w:rsidRDefault="00000000">
            <w:r>
              <w:rPr>
                <w:b/>
                <w:color w:val="000000"/>
                <w:sz w:val="16"/>
              </w:rPr>
              <w:t xml:space="preserve">NAČRTOVANI TERMIN: </w:t>
            </w:r>
            <w:r>
              <w:rPr>
                <w:color w:val="000000"/>
                <w:sz w:val="16"/>
              </w:rPr>
              <w:t>34. teden • 17.–21. 5. 2027</w:t>
            </w:r>
          </w:p>
        </w:tc>
        <w:tc>
          <w:tcPr>
            <w:tcW w:w="2268" w:type="dxa"/>
            <w:tcMar>
              <w:top w:w="70" w:type="dxa"/>
              <w:left w:w="90" w:type="dxa"/>
              <w:bottom w:w="70" w:type="dxa"/>
              <w:right w:w="90" w:type="dxa"/>
            </w:tcMar>
            <w:vAlign w:val="center"/>
          </w:tcPr>
          <w:p w14:paraId="5DA9F253"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BC23E68" w14:textId="77777777" w:rsidR="00080BF0" w:rsidRDefault="00000000">
            <w:r>
              <w:rPr>
                <w:b/>
                <w:color w:val="000000"/>
                <w:sz w:val="16"/>
              </w:rPr>
              <w:t xml:space="preserve">ŠTEVILO UR: </w:t>
            </w:r>
            <w:r>
              <w:rPr>
                <w:color w:val="000000"/>
                <w:sz w:val="16"/>
              </w:rPr>
              <w:t>2</w:t>
            </w:r>
          </w:p>
        </w:tc>
      </w:tr>
      <w:tr w:rsidR="00080BF0" w14:paraId="66603BBE" w14:textId="77777777">
        <w:trPr>
          <w:jc w:val="center"/>
        </w:trPr>
        <w:tc>
          <w:tcPr>
            <w:tcW w:w="14061" w:type="dxa"/>
            <w:gridSpan w:val="6"/>
            <w:tcMar>
              <w:top w:w="70" w:type="dxa"/>
              <w:left w:w="90" w:type="dxa"/>
              <w:bottom w:w="70" w:type="dxa"/>
              <w:right w:w="90" w:type="dxa"/>
            </w:tcMar>
            <w:vAlign w:val="center"/>
          </w:tcPr>
          <w:p w14:paraId="626F641B"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2B42D185" w14:textId="77777777">
        <w:trPr>
          <w:cantSplit/>
          <w:jc w:val="center"/>
        </w:trPr>
        <w:tc>
          <w:tcPr>
            <w:tcW w:w="14060" w:type="dxa"/>
            <w:gridSpan w:val="6"/>
            <w:tcMar>
              <w:top w:w="70" w:type="dxa"/>
              <w:left w:w="90" w:type="dxa"/>
              <w:bottom w:w="70" w:type="dxa"/>
              <w:right w:w="90" w:type="dxa"/>
            </w:tcMar>
            <w:vAlign w:val="center"/>
          </w:tcPr>
          <w:p w14:paraId="14E0E35C" w14:textId="77777777" w:rsidR="00080BF0" w:rsidRDefault="00080BF0"/>
          <w:p w14:paraId="127EF327" w14:textId="77777777" w:rsidR="00080BF0" w:rsidRDefault="00000000">
            <w:pPr>
              <w:spacing w:line="245" w:lineRule="auto"/>
            </w:pPr>
            <w:r>
              <w:rPr>
                <w:b/>
                <w:color w:val="000000"/>
                <w:sz w:val="15"/>
              </w:rPr>
              <w:t xml:space="preserve">UČNI SKLOP: </w:t>
            </w:r>
            <w:r>
              <w:rPr>
                <w:color w:val="000000"/>
                <w:sz w:val="15"/>
              </w:rPr>
              <w:t>POKRAJINA, PROSTOR IN TRAJNOSTNA SKUPNOST</w:t>
            </w:r>
          </w:p>
        </w:tc>
      </w:tr>
      <w:tr w:rsidR="00080BF0" w14:paraId="0B928DC9" w14:textId="77777777">
        <w:trPr>
          <w:cantSplit/>
          <w:jc w:val="center"/>
        </w:trPr>
        <w:tc>
          <w:tcPr>
            <w:tcW w:w="14060" w:type="dxa"/>
            <w:gridSpan w:val="6"/>
            <w:tcMar>
              <w:top w:w="70" w:type="dxa"/>
              <w:left w:w="90" w:type="dxa"/>
              <w:bottom w:w="70" w:type="dxa"/>
              <w:right w:w="90" w:type="dxa"/>
            </w:tcMar>
            <w:vAlign w:val="center"/>
          </w:tcPr>
          <w:p w14:paraId="3D6CB78E" w14:textId="77777777" w:rsidR="00080BF0" w:rsidRDefault="00080BF0"/>
          <w:p w14:paraId="0ECA8D11" w14:textId="77777777" w:rsidR="00080BF0" w:rsidRDefault="00000000">
            <w:pPr>
              <w:spacing w:line="245" w:lineRule="auto"/>
            </w:pPr>
            <w:r>
              <w:rPr>
                <w:b/>
                <w:color w:val="000000"/>
                <w:sz w:val="15"/>
              </w:rPr>
              <w:t xml:space="preserve">UČNA TEMA: </w:t>
            </w:r>
            <w:r>
              <w:rPr>
                <w:color w:val="000000"/>
                <w:sz w:val="15"/>
              </w:rPr>
              <w:t>ARHITEKTURA</w:t>
            </w:r>
          </w:p>
        </w:tc>
      </w:tr>
      <w:tr w:rsidR="00080BF0" w14:paraId="6601680A" w14:textId="77777777">
        <w:trPr>
          <w:cantSplit/>
          <w:jc w:val="center"/>
        </w:trPr>
        <w:tc>
          <w:tcPr>
            <w:tcW w:w="14060" w:type="dxa"/>
            <w:gridSpan w:val="6"/>
            <w:tcMar>
              <w:top w:w="70" w:type="dxa"/>
              <w:left w:w="90" w:type="dxa"/>
              <w:bottom w:w="70" w:type="dxa"/>
              <w:right w:w="90" w:type="dxa"/>
            </w:tcMar>
            <w:vAlign w:val="center"/>
          </w:tcPr>
          <w:p w14:paraId="10560BE0" w14:textId="77777777" w:rsidR="00080BF0" w:rsidRDefault="00080BF0"/>
          <w:p w14:paraId="50123829" w14:textId="77777777" w:rsidR="00080BF0" w:rsidRDefault="00000000">
            <w:pPr>
              <w:spacing w:line="245" w:lineRule="auto"/>
            </w:pPr>
            <w:r>
              <w:rPr>
                <w:b/>
                <w:color w:val="000000"/>
                <w:sz w:val="15"/>
              </w:rPr>
              <w:t xml:space="preserve">KNJIŽEVNO / MOTIVNO IZHODIŠČE: </w:t>
            </w:r>
            <w:r>
              <w:rPr>
                <w:color w:val="000000"/>
                <w:sz w:val="15"/>
              </w:rPr>
              <w:t>»Dinozavri?!« – Lila Prap • preteklost, pokrajina, živa bitja in raziskovalna vprašanja</w:t>
            </w:r>
          </w:p>
        </w:tc>
      </w:tr>
      <w:tr w:rsidR="00080BF0" w14:paraId="26C72C1D" w14:textId="77777777">
        <w:trPr>
          <w:cantSplit/>
          <w:jc w:val="center"/>
        </w:trPr>
        <w:tc>
          <w:tcPr>
            <w:tcW w:w="14060" w:type="dxa"/>
            <w:gridSpan w:val="6"/>
            <w:tcMar>
              <w:top w:w="70" w:type="dxa"/>
              <w:left w:w="90" w:type="dxa"/>
              <w:bottom w:w="70" w:type="dxa"/>
              <w:right w:w="90" w:type="dxa"/>
            </w:tcMar>
            <w:vAlign w:val="center"/>
          </w:tcPr>
          <w:p w14:paraId="5F013E18" w14:textId="77777777" w:rsidR="00080BF0" w:rsidRDefault="00080BF0"/>
          <w:p w14:paraId="4DB7FF3A" w14:textId="77777777" w:rsidR="00080BF0" w:rsidRDefault="00000000">
            <w:pPr>
              <w:spacing w:line="245" w:lineRule="auto"/>
            </w:pPr>
            <w:r>
              <w:rPr>
                <w:b/>
                <w:color w:val="000000"/>
                <w:sz w:val="15"/>
              </w:rPr>
              <w:t xml:space="preserve">LIKOVNO IZHODIŠČE / MOTIVACIJA: </w:t>
            </w:r>
            <w:r>
              <w:rPr>
                <w:color w:val="000000"/>
                <w:sz w:val="15"/>
              </w:rPr>
              <w:t>mali oblikovalec prinese izdelek, ki še ne stoji ali ne deluje; učenci z dotikom, gibanjem in preizkusom iščejo način, kako bi ga izboljšali pri temi »arhitektura«.</w:t>
            </w:r>
          </w:p>
        </w:tc>
      </w:tr>
      <w:tr w:rsidR="00080BF0" w14:paraId="27D2A449" w14:textId="77777777">
        <w:trPr>
          <w:cantSplit/>
          <w:jc w:val="center"/>
        </w:trPr>
        <w:tc>
          <w:tcPr>
            <w:tcW w:w="14060" w:type="dxa"/>
            <w:gridSpan w:val="6"/>
            <w:tcMar>
              <w:top w:w="70" w:type="dxa"/>
              <w:left w:w="90" w:type="dxa"/>
              <w:bottom w:w="70" w:type="dxa"/>
              <w:right w:w="90" w:type="dxa"/>
            </w:tcMar>
            <w:vAlign w:val="center"/>
          </w:tcPr>
          <w:p w14:paraId="41F4186C" w14:textId="77777777" w:rsidR="00080BF0" w:rsidRDefault="00080BF0"/>
          <w:p w14:paraId="4C59B070" w14:textId="77777777" w:rsidR="00080BF0" w:rsidRDefault="00000000">
            <w:pPr>
              <w:spacing w:line="245" w:lineRule="auto"/>
            </w:pPr>
            <w:r>
              <w:rPr>
                <w:b/>
                <w:color w:val="000000"/>
                <w:sz w:val="15"/>
              </w:rPr>
              <w:t xml:space="preserve">UČNE ENOTE: </w:t>
            </w:r>
            <w:r>
              <w:rPr>
                <w:color w:val="000000"/>
                <w:sz w:val="15"/>
              </w:rPr>
              <w:t>1. ura – Arhitektura – Opazujem, preizkušam, načrtujem • 2. ura – Arhitektura – Ustvarjam, predstavim, izboljšam</w:t>
            </w:r>
          </w:p>
        </w:tc>
      </w:tr>
      <w:tr w:rsidR="00080BF0" w14:paraId="46AED04B" w14:textId="77777777">
        <w:trPr>
          <w:cantSplit/>
          <w:jc w:val="center"/>
        </w:trPr>
        <w:tc>
          <w:tcPr>
            <w:tcW w:w="14060" w:type="dxa"/>
            <w:gridSpan w:val="6"/>
            <w:tcMar>
              <w:top w:w="70" w:type="dxa"/>
              <w:left w:w="90" w:type="dxa"/>
              <w:bottom w:w="70" w:type="dxa"/>
              <w:right w:w="90" w:type="dxa"/>
            </w:tcMar>
            <w:vAlign w:val="center"/>
          </w:tcPr>
          <w:p w14:paraId="56F55810" w14:textId="77777777" w:rsidR="00080BF0" w:rsidRDefault="00080BF0"/>
          <w:p w14:paraId="1D404BF6"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4CC9EC09" w14:textId="77777777">
        <w:trPr>
          <w:cantSplit/>
          <w:jc w:val="center"/>
        </w:trPr>
        <w:tc>
          <w:tcPr>
            <w:tcW w:w="14060" w:type="dxa"/>
            <w:gridSpan w:val="6"/>
            <w:tcMar>
              <w:top w:w="70" w:type="dxa"/>
              <w:left w:w="90" w:type="dxa"/>
              <w:bottom w:w="70" w:type="dxa"/>
              <w:right w:w="90" w:type="dxa"/>
            </w:tcMar>
            <w:vAlign w:val="center"/>
          </w:tcPr>
          <w:p w14:paraId="3B79A25E" w14:textId="77777777" w:rsidR="00080BF0" w:rsidRDefault="00080BF0"/>
          <w:p w14:paraId="4456B0D0"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19795545" w14:textId="77777777">
        <w:trPr>
          <w:cantSplit/>
          <w:jc w:val="center"/>
        </w:trPr>
        <w:tc>
          <w:tcPr>
            <w:tcW w:w="14060" w:type="dxa"/>
            <w:gridSpan w:val="6"/>
            <w:tcMar>
              <w:top w:w="70" w:type="dxa"/>
              <w:left w:w="90" w:type="dxa"/>
              <w:bottom w:w="70" w:type="dxa"/>
              <w:right w:w="90" w:type="dxa"/>
            </w:tcMar>
            <w:vAlign w:val="center"/>
          </w:tcPr>
          <w:p w14:paraId="7970F241" w14:textId="77777777" w:rsidR="00080BF0" w:rsidRDefault="00080BF0"/>
          <w:p w14:paraId="7D0A9169"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2A9745E4" w14:textId="77777777">
        <w:trPr>
          <w:cantSplit/>
          <w:jc w:val="center"/>
        </w:trPr>
        <w:tc>
          <w:tcPr>
            <w:tcW w:w="14060" w:type="dxa"/>
            <w:gridSpan w:val="6"/>
            <w:tcMar>
              <w:top w:w="70" w:type="dxa"/>
              <w:left w:w="90" w:type="dxa"/>
              <w:bottom w:w="70" w:type="dxa"/>
              <w:right w:w="90" w:type="dxa"/>
            </w:tcMar>
            <w:vAlign w:val="center"/>
          </w:tcPr>
          <w:p w14:paraId="5EC8EFBD" w14:textId="77777777" w:rsidR="00080BF0" w:rsidRDefault="00080BF0"/>
          <w:p w14:paraId="5DA1FDED" w14:textId="77777777" w:rsidR="00080BF0" w:rsidRDefault="00000000">
            <w:pPr>
              <w:spacing w:line="245" w:lineRule="auto"/>
            </w:pPr>
            <w:r>
              <w:rPr>
                <w:b/>
                <w:color w:val="000000"/>
                <w:sz w:val="15"/>
              </w:rPr>
              <w:t xml:space="preserve">MEDPREDMETNE POVEZAVE: </w:t>
            </w:r>
            <w:r>
              <w:rPr>
                <w:color w:val="000000"/>
                <w:sz w:val="15"/>
              </w:rPr>
              <w:t>SPO – preteklost, pokrajina, živa bitja in raziskovalna vprašanja; SLJ – poslušanje, opis opažanja, poimenovanje postopka in predstavitev; MAT – oblike, razvrščanje, vzorci in prostorski odnosi; ŠPO – gibalna črta, telesna skulptura, smer in ravnotežje; GUM – ritem, ponavljanje.</w:t>
            </w:r>
          </w:p>
        </w:tc>
      </w:tr>
      <w:tr w:rsidR="00080BF0" w14:paraId="6430BB72" w14:textId="77777777">
        <w:trPr>
          <w:cantSplit/>
          <w:jc w:val="center"/>
        </w:trPr>
        <w:tc>
          <w:tcPr>
            <w:tcW w:w="14060" w:type="dxa"/>
            <w:gridSpan w:val="6"/>
            <w:tcMar>
              <w:top w:w="70" w:type="dxa"/>
              <w:left w:w="90" w:type="dxa"/>
              <w:bottom w:w="70" w:type="dxa"/>
              <w:right w:w="90" w:type="dxa"/>
            </w:tcMar>
            <w:vAlign w:val="center"/>
          </w:tcPr>
          <w:p w14:paraId="0860F8AC" w14:textId="77777777" w:rsidR="00080BF0" w:rsidRDefault="00080BF0"/>
          <w:p w14:paraId="0B30A4D8" w14:textId="77777777" w:rsidR="00080BF0" w:rsidRDefault="00000000">
            <w:pPr>
              <w:spacing w:line="245" w:lineRule="auto"/>
            </w:pPr>
            <w:r>
              <w:rPr>
                <w:b/>
                <w:color w:val="000000"/>
                <w:sz w:val="15"/>
              </w:rPr>
              <w:t xml:space="preserve">UČNA SREDSTVA IN PRIPOMOČKI: </w:t>
            </w:r>
            <w:r>
              <w:rPr>
                <w:color w:val="000000"/>
                <w:sz w:val="15"/>
              </w:rPr>
              <w:t>glina ali mehka modelirna masa, karton, čista embalaža, lesene paličice, papirnate sponke, vrvica, lepilni trak in varne škarje; fotografija, reprodukcija ali resnični predmet za opazovanje; kartice namena in meril; talne oznake štirih postaj; mapa dokazov; sredstva za čiščenje in pospravljanje</w:t>
            </w:r>
          </w:p>
        </w:tc>
      </w:tr>
      <w:tr w:rsidR="00080BF0" w14:paraId="1DC97386" w14:textId="77777777">
        <w:trPr>
          <w:cantSplit/>
          <w:jc w:val="center"/>
        </w:trPr>
        <w:tc>
          <w:tcPr>
            <w:tcW w:w="14060" w:type="dxa"/>
            <w:gridSpan w:val="6"/>
            <w:tcMar>
              <w:top w:w="70" w:type="dxa"/>
              <w:left w:w="90" w:type="dxa"/>
              <w:bottom w:w="70" w:type="dxa"/>
              <w:right w:w="90" w:type="dxa"/>
            </w:tcMar>
            <w:vAlign w:val="center"/>
          </w:tcPr>
          <w:p w14:paraId="3C940178" w14:textId="77777777" w:rsidR="00080BF0" w:rsidRDefault="00080BF0"/>
          <w:p w14:paraId="15093881"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06654936" w14:textId="77777777">
        <w:trPr>
          <w:cantSplit/>
          <w:jc w:val="center"/>
        </w:trPr>
        <w:tc>
          <w:tcPr>
            <w:tcW w:w="14060" w:type="dxa"/>
            <w:gridSpan w:val="6"/>
            <w:tcMar>
              <w:top w:w="70" w:type="dxa"/>
              <w:left w:w="90" w:type="dxa"/>
              <w:bottom w:w="70" w:type="dxa"/>
              <w:right w:w="90" w:type="dxa"/>
            </w:tcMar>
            <w:vAlign w:val="center"/>
          </w:tcPr>
          <w:p w14:paraId="54619A2B" w14:textId="77777777" w:rsidR="00080BF0" w:rsidRDefault="00080BF0"/>
          <w:p w14:paraId="3F645031"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28B7486F" w14:textId="77777777">
        <w:trPr>
          <w:cantSplit/>
          <w:jc w:val="center"/>
        </w:trPr>
        <w:tc>
          <w:tcPr>
            <w:tcW w:w="14060" w:type="dxa"/>
            <w:gridSpan w:val="6"/>
            <w:tcMar>
              <w:top w:w="70" w:type="dxa"/>
              <w:left w:w="90" w:type="dxa"/>
              <w:bottom w:w="70" w:type="dxa"/>
              <w:right w:w="90" w:type="dxa"/>
            </w:tcMar>
            <w:vAlign w:val="center"/>
          </w:tcPr>
          <w:p w14:paraId="76B6552F" w14:textId="77777777" w:rsidR="00080BF0" w:rsidRDefault="00080BF0"/>
          <w:p w14:paraId="4BEEF199"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1A62999A"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FF113D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3AB632A"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082144" w14:textId="77777777" w:rsidR="00080BF0" w:rsidRDefault="00000000">
            <w:pPr>
              <w:jc w:val="center"/>
            </w:pPr>
            <w:r>
              <w:rPr>
                <w:b/>
                <w:color w:val="000000"/>
                <w:sz w:val="20"/>
              </w:rPr>
              <w:t>UČNE DEJAVNOSTI, METODE IN FORMATIVNO SPREMLJANJE</w:t>
            </w:r>
          </w:p>
        </w:tc>
      </w:tr>
      <w:tr w:rsidR="00080BF0" w14:paraId="6F5AACE5" w14:textId="77777777">
        <w:trPr>
          <w:tblHeader/>
          <w:jc w:val="center"/>
        </w:trPr>
        <w:tc>
          <w:tcPr>
            <w:tcW w:w="4422" w:type="dxa"/>
            <w:vMerge/>
            <w:tcMar>
              <w:top w:w="70" w:type="dxa"/>
              <w:left w:w="90" w:type="dxa"/>
              <w:bottom w:w="70" w:type="dxa"/>
              <w:right w:w="90" w:type="dxa"/>
            </w:tcMar>
            <w:vAlign w:val="center"/>
          </w:tcPr>
          <w:p w14:paraId="3E929C09" w14:textId="77777777" w:rsidR="00080BF0" w:rsidRDefault="00080BF0"/>
        </w:tc>
        <w:tc>
          <w:tcPr>
            <w:tcW w:w="7087" w:type="dxa"/>
            <w:shd w:val="clear" w:color="auto" w:fill="FFFFFF"/>
            <w:tcMar>
              <w:top w:w="70" w:type="dxa"/>
              <w:left w:w="90" w:type="dxa"/>
              <w:bottom w:w="70" w:type="dxa"/>
              <w:right w:w="90" w:type="dxa"/>
            </w:tcMar>
            <w:vAlign w:val="center"/>
          </w:tcPr>
          <w:p w14:paraId="1978CDF4"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A81C476" w14:textId="77777777" w:rsidR="00080BF0" w:rsidRDefault="00000000">
            <w:pPr>
              <w:jc w:val="center"/>
            </w:pPr>
            <w:r>
              <w:rPr>
                <w:b/>
                <w:color w:val="000000"/>
              </w:rPr>
              <w:t>UČENEC</w:t>
            </w:r>
          </w:p>
        </w:tc>
      </w:tr>
      <w:tr w:rsidR="00080BF0" w14:paraId="2E238B13" w14:textId="77777777">
        <w:trPr>
          <w:jc w:val="center"/>
        </w:trPr>
        <w:tc>
          <w:tcPr>
            <w:tcW w:w="4422" w:type="dxa"/>
            <w:tcMar>
              <w:top w:w="70" w:type="dxa"/>
              <w:left w:w="90" w:type="dxa"/>
              <w:bottom w:w="70" w:type="dxa"/>
              <w:right w:w="90" w:type="dxa"/>
            </w:tcMar>
          </w:tcPr>
          <w:p w14:paraId="04A7B8B8" w14:textId="77777777" w:rsidR="00080BF0" w:rsidRDefault="00080BF0"/>
          <w:p w14:paraId="31661122" w14:textId="77777777" w:rsidR="00080BF0" w:rsidRDefault="00000000">
            <w:pPr>
              <w:spacing w:after="60" w:line="245" w:lineRule="auto"/>
            </w:pPr>
            <w:r>
              <w:rPr>
                <w:b/>
                <w:color w:val="000000"/>
              </w:rPr>
              <w:t>UČNI CILJI</w:t>
            </w:r>
          </w:p>
          <w:p w14:paraId="33AC1839" w14:textId="77777777" w:rsidR="00080BF0" w:rsidRDefault="00000000">
            <w:pPr>
              <w:spacing w:after="20" w:line="245" w:lineRule="auto"/>
            </w:pPr>
            <w:r>
              <w:rPr>
                <w:b/>
                <w:color w:val="000000"/>
                <w:sz w:val="17"/>
              </w:rPr>
              <w:t>SPLOŠNI</w:t>
            </w:r>
          </w:p>
          <w:p w14:paraId="6C2A187F"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25FABF84"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1F91FCB4"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3E983F63"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71C48311" w14:textId="77777777" w:rsidR="00080BF0" w:rsidRDefault="00000000">
            <w:pPr>
              <w:spacing w:before="40" w:after="20" w:line="245" w:lineRule="auto"/>
            </w:pPr>
            <w:r>
              <w:rPr>
                <w:b/>
                <w:color w:val="000000"/>
                <w:sz w:val="17"/>
              </w:rPr>
              <w:t>OPERATIVNI</w:t>
            </w:r>
          </w:p>
          <w:p w14:paraId="1AE515AB" w14:textId="77777777" w:rsidR="00080BF0" w:rsidRDefault="00000000">
            <w:pPr>
              <w:pStyle w:val="Oznaenseznam"/>
              <w:spacing w:after="16"/>
            </w:pPr>
            <w:r>
              <w:rPr>
                <w:color w:val="000000"/>
                <w:sz w:val="16"/>
              </w:rPr>
              <w:t>opazuje stavbe</w:t>
            </w:r>
          </w:p>
          <w:p w14:paraId="617D0993" w14:textId="77777777" w:rsidR="00080BF0" w:rsidRDefault="00000000">
            <w:pPr>
              <w:pStyle w:val="Oznaenseznam"/>
              <w:spacing w:after="16"/>
            </w:pPr>
            <w:r>
              <w:rPr>
                <w:color w:val="000000"/>
                <w:sz w:val="16"/>
              </w:rPr>
              <w:t>sestavi model</w:t>
            </w:r>
          </w:p>
          <w:p w14:paraId="14E53F0C" w14:textId="77777777" w:rsidR="00080BF0" w:rsidRDefault="00000000">
            <w:pPr>
              <w:pStyle w:val="Oznaenseznam"/>
              <w:spacing w:after="16"/>
            </w:pPr>
            <w:r>
              <w:rPr>
                <w:color w:val="000000"/>
                <w:sz w:val="16"/>
              </w:rPr>
              <w:t>preizkusi stabilnost</w:t>
            </w:r>
          </w:p>
          <w:p w14:paraId="39B05F64" w14:textId="77777777" w:rsidR="00080BF0" w:rsidRDefault="00000000">
            <w:pPr>
              <w:spacing w:before="40" w:after="20" w:line="245" w:lineRule="auto"/>
            </w:pPr>
            <w:r>
              <w:rPr>
                <w:b/>
                <w:color w:val="000000"/>
                <w:sz w:val="17"/>
              </w:rPr>
              <w:t>PRIČAKOVANI DOSEŽKI / MINIMALNI POUDARKI</w:t>
            </w:r>
          </w:p>
          <w:p w14:paraId="3E48435D" w14:textId="77777777" w:rsidR="00080BF0" w:rsidRDefault="00000000">
            <w:pPr>
              <w:pStyle w:val="Oznaenseznam"/>
              <w:spacing w:after="16"/>
            </w:pPr>
            <w:r>
              <w:rPr>
                <w:color w:val="000000"/>
                <w:sz w:val="15"/>
              </w:rPr>
              <w:t>samostojno oziroma z dogovorjeno oporo opazuje stavbe</w:t>
            </w:r>
          </w:p>
          <w:p w14:paraId="754D1DED" w14:textId="77777777" w:rsidR="00080BF0" w:rsidRDefault="00000000">
            <w:pPr>
              <w:pStyle w:val="Oznaenseznam"/>
              <w:spacing w:after="16"/>
            </w:pPr>
            <w:r>
              <w:rPr>
                <w:color w:val="000000"/>
                <w:sz w:val="15"/>
              </w:rPr>
              <w:t>samostojno oziroma z dogovorjeno oporo sestavi model</w:t>
            </w:r>
          </w:p>
          <w:p w14:paraId="2A81F074" w14:textId="77777777" w:rsidR="00080BF0" w:rsidRDefault="00000000">
            <w:pPr>
              <w:pStyle w:val="Oznaenseznam"/>
              <w:spacing w:after="16"/>
            </w:pPr>
            <w:r>
              <w:rPr>
                <w:color w:val="000000"/>
                <w:sz w:val="15"/>
              </w:rPr>
              <w:t>samostojno oziroma z dogovorjeno oporo preizkusi stabilnost</w:t>
            </w:r>
          </w:p>
        </w:tc>
        <w:tc>
          <w:tcPr>
            <w:tcW w:w="7087" w:type="dxa"/>
            <w:tcMar>
              <w:top w:w="70" w:type="dxa"/>
              <w:left w:w="90" w:type="dxa"/>
              <w:bottom w:w="70" w:type="dxa"/>
              <w:right w:w="90" w:type="dxa"/>
            </w:tcMar>
          </w:tcPr>
          <w:p w14:paraId="55F26695"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E5ADBD2" w14:textId="77777777">
              <w:trPr>
                <w:jc w:val="center"/>
              </w:trPr>
              <w:tc>
                <w:tcPr>
                  <w:tcW w:w="7087" w:type="dxa"/>
                  <w:shd w:val="clear" w:color="auto" w:fill="C6E7F3"/>
                  <w:tcMar>
                    <w:top w:w="45" w:type="dxa"/>
                    <w:left w:w="70" w:type="dxa"/>
                    <w:bottom w:w="45" w:type="dxa"/>
                    <w:right w:w="70" w:type="dxa"/>
                  </w:tcMar>
                </w:tcPr>
                <w:p w14:paraId="4F56572B" w14:textId="77777777" w:rsidR="00080BF0" w:rsidRDefault="00000000">
                  <w:pPr>
                    <w:keepNext/>
                  </w:pPr>
                  <w:r>
                    <w:rPr>
                      <w:b/>
                      <w:color w:val="000000"/>
                    </w:rPr>
                    <w:t>UVODNI DEL – likovna uganka, opazovanje, aktivacija predznanja in namen učenja (8–12 min)</w:t>
                  </w:r>
                </w:p>
              </w:tc>
            </w:tr>
          </w:tbl>
          <w:p w14:paraId="3EAFE0E7" w14:textId="77777777" w:rsidR="00080BF0" w:rsidRDefault="00080BF0">
            <w:pPr>
              <w:spacing w:line="20" w:lineRule="exact"/>
            </w:pPr>
          </w:p>
          <w:p w14:paraId="7C53E10B" w14:textId="77777777" w:rsidR="00080BF0" w:rsidRDefault="00000000">
            <w:pPr>
              <w:spacing w:before="40" w:after="60" w:line="245" w:lineRule="auto"/>
            </w:pPr>
            <w:r>
              <w:rPr>
                <w:color w:val="000000"/>
                <w:sz w:val="16"/>
              </w:rPr>
              <w:t>Ob književnem motivu »Dinozavri?!« – Lila Prap učenci vstopijo v temo preteklost, pokrajina, živa bitja in raziskovalna vprašanja. Učiteljica pokaže fotografijo, reprodukcijo, predmet ali material in pove kratko likovno zgodbo: mali oblikovalec prinese izdelek, ki še ne stoji ali ne deluje; učenci z dotikom, gibanjem in preizkusom iščejo način, kako bi ga izboljšali pri temi »arhitektura«. Tematska rešitev: sestavi stabilen model dinozavra ali njegovega okolja.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07CC78CA" w14:textId="77777777">
              <w:trPr>
                <w:jc w:val="center"/>
              </w:trPr>
              <w:tc>
                <w:tcPr>
                  <w:tcW w:w="7087" w:type="dxa"/>
                  <w:shd w:val="clear" w:color="auto" w:fill="EDC9EA"/>
                  <w:tcMar>
                    <w:top w:w="45" w:type="dxa"/>
                    <w:left w:w="70" w:type="dxa"/>
                    <w:bottom w:w="45" w:type="dxa"/>
                    <w:right w:w="70" w:type="dxa"/>
                  </w:tcMar>
                </w:tcPr>
                <w:p w14:paraId="38ED6F1D" w14:textId="77777777" w:rsidR="00080BF0" w:rsidRDefault="00000000">
                  <w:pPr>
                    <w:keepNext/>
                  </w:pPr>
                  <w:r>
                    <w:rPr>
                      <w:b/>
                      <w:color w:val="000000"/>
                    </w:rPr>
                    <w:t>NAMENI UČENJA</w:t>
                  </w:r>
                </w:p>
              </w:tc>
            </w:tr>
          </w:tbl>
          <w:p w14:paraId="4A429B46" w14:textId="77777777" w:rsidR="00080BF0" w:rsidRDefault="00080BF0">
            <w:pPr>
              <w:spacing w:line="20" w:lineRule="exact"/>
            </w:pPr>
          </w:p>
          <w:p w14:paraId="784BA79D"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096A346A" w14:textId="77777777" w:rsidR="00080BF0" w:rsidRDefault="00000000">
            <w:pPr>
              <w:pStyle w:val="Oznaenseznam"/>
              <w:spacing w:after="16"/>
            </w:pPr>
            <w:r>
              <w:rPr>
                <w:color w:val="000000"/>
                <w:sz w:val="16"/>
              </w:rPr>
              <w:t>opazujem stavbe</w:t>
            </w:r>
          </w:p>
          <w:p w14:paraId="4A697C15" w14:textId="77777777" w:rsidR="00080BF0" w:rsidRDefault="00000000">
            <w:pPr>
              <w:pStyle w:val="Oznaenseznam"/>
              <w:spacing w:after="16"/>
            </w:pPr>
            <w:r>
              <w:rPr>
                <w:color w:val="000000"/>
                <w:sz w:val="16"/>
              </w:rPr>
              <w:t>sestavim model</w:t>
            </w:r>
          </w:p>
          <w:p w14:paraId="4BCA0699" w14:textId="77777777" w:rsidR="00080BF0" w:rsidRDefault="00000000">
            <w:pPr>
              <w:pStyle w:val="Oznaenseznam"/>
              <w:spacing w:after="16"/>
            </w:pPr>
            <w:r>
              <w:rPr>
                <w:color w:val="000000"/>
                <w:sz w:val="16"/>
              </w:rPr>
              <w:t>preizkusim stabilnost</w:t>
            </w:r>
          </w:p>
          <w:tbl>
            <w:tblPr>
              <w:tblStyle w:val="Tabelamrea"/>
              <w:tblW w:w="0" w:type="auto"/>
              <w:jc w:val="center"/>
              <w:tblLayout w:type="fixed"/>
              <w:tblLook w:val="04A0" w:firstRow="1" w:lastRow="0" w:firstColumn="1" w:lastColumn="0" w:noHBand="0" w:noVBand="1"/>
            </w:tblPr>
            <w:tblGrid>
              <w:gridCol w:w="7087"/>
            </w:tblGrid>
            <w:tr w:rsidR="00080BF0" w14:paraId="68964333" w14:textId="77777777">
              <w:trPr>
                <w:jc w:val="center"/>
              </w:trPr>
              <w:tc>
                <w:tcPr>
                  <w:tcW w:w="7087" w:type="dxa"/>
                  <w:shd w:val="clear" w:color="auto" w:fill="EDC9EA"/>
                  <w:tcMar>
                    <w:top w:w="45" w:type="dxa"/>
                    <w:left w:w="70" w:type="dxa"/>
                    <w:bottom w:w="45" w:type="dxa"/>
                    <w:right w:w="70" w:type="dxa"/>
                  </w:tcMar>
                </w:tcPr>
                <w:p w14:paraId="206BF4AD" w14:textId="77777777" w:rsidR="00080BF0" w:rsidRDefault="00000000">
                  <w:pPr>
                    <w:keepNext/>
                  </w:pPr>
                  <w:r>
                    <w:rPr>
                      <w:b/>
                      <w:color w:val="000000"/>
                    </w:rPr>
                    <w:t>PREVERJANJE PREDZNANJA</w:t>
                  </w:r>
                </w:p>
              </w:tc>
            </w:tr>
          </w:tbl>
          <w:p w14:paraId="679CD7C3" w14:textId="77777777" w:rsidR="00080BF0" w:rsidRDefault="00080BF0">
            <w:pPr>
              <w:spacing w:line="20" w:lineRule="exact"/>
            </w:pPr>
          </w:p>
          <w:p w14:paraId="070E44B0" w14:textId="77777777" w:rsidR="00080BF0" w:rsidRDefault="00000000">
            <w:pPr>
              <w:pStyle w:val="Oznaenseznam"/>
              <w:spacing w:after="16"/>
            </w:pPr>
            <w:r>
              <w:rPr>
                <w:color w:val="000000"/>
                <w:sz w:val="16"/>
              </w:rPr>
              <w:t>Kaj najprej opazim pri motivu, predmetu ali materialu, povezanem s temo »ARHITEKTURA«?</w:t>
            </w:r>
          </w:p>
          <w:p w14:paraId="496DB62E"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10F2DCEE"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66EAE208" w14:textId="77777777">
              <w:trPr>
                <w:jc w:val="center"/>
              </w:trPr>
              <w:tc>
                <w:tcPr>
                  <w:tcW w:w="7087" w:type="dxa"/>
                  <w:shd w:val="clear" w:color="auto" w:fill="EDC9EA"/>
                  <w:tcMar>
                    <w:top w:w="45" w:type="dxa"/>
                    <w:left w:w="70" w:type="dxa"/>
                    <w:bottom w:w="45" w:type="dxa"/>
                    <w:right w:w="70" w:type="dxa"/>
                  </w:tcMar>
                </w:tcPr>
                <w:p w14:paraId="50123E3F" w14:textId="77777777" w:rsidR="00080BF0" w:rsidRDefault="00000000">
                  <w:pPr>
                    <w:keepNext/>
                  </w:pPr>
                  <w:r>
                    <w:rPr>
                      <w:b/>
                      <w:color w:val="000000"/>
                    </w:rPr>
                    <w:t>KRITERIJI USPEŠNOSTI</w:t>
                  </w:r>
                </w:p>
              </w:tc>
            </w:tr>
          </w:tbl>
          <w:p w14:paraId="5BEE435E" w14:textId="77777777" w:rsidR="00080BF0" w:rsidRDefault="00080BF0"/>
          <w:p w14:paraId="5E9B4DA8" w14:textId="77777777" w:rsidR="00080BF0" w:rsidRDefault="00000000">
            <w:pPr>
              <w:spacing w:before="20" w:after="20" w:line="245" w:lineRule="auto"/>
            </w:pPr>
            <w:r>
              <w:rPr>
                <w:b/>
                <w:color w:val="000000"/>
                <w:sz w:val="16"/>
              </w:rPr>
              <w:t>Uspešen/-na bom, ko:</w:t>
            </w:r>
          </w:p>
          <w:p w14:paraId="06FEFE13" w14:textId="77777777" w:rsidR="00080BF0" w:rsidRDefault="00000000">
            <w:pPr>
              <w:pStyle w:val="Oznaenseznam"/>
              <w:spacing w:after="16"/>
            </w:pPr>
            <w:r>
              <w:rPr>
                <w:color w:val="000000"/>
                <w:sz w:val="16"/>
              </w:rPr>
              <w:t>opazujem stavbe</w:t>
            </w:r>
          </w:p>
          <w:p w14:paraId="7F65E2C9" w14:textId="77777777" w:rsidR="00080BF0" w:rsidRDefault="00000000">
            <w:pPr>
              <w:pStyle w:val="Oznaenseznam"/>
              <w:spacing w:after="16"/>
            </w:pPr>
            <w:r>
              <w:rPr>
                <w:color w:val="000000"/>
                <w:sz w:val="16"/>
              </w:rPr>
              <w:t>sestavim model</w:t>
            </w:r>
          </w:p>
          <w:p w14:paraId="02BA2898" w14:textId="77777777" w:rsidR="00080BF0" w:rsidRDefault="00000000">
            <w:pPr>
              <w:pStyle w:val="Oznaenseznam"/>
              <w:spacing w:after="16"/>
            </w:pPr>
            <w:r>
              <w:rPr>
                <w:color w:val="000000"/>
                <w:sz w:val="16"/>
              </w:rPr>
              <w:t>preizkusim stabilnost</w:t>
            </w:r>
          </w:p>
          <w:p w14:paraId="3AB3EE2A" w14:textId="77777777" w:rsidR="00080BF0" w:rsidRDefault="00000000">
            <w:pPr>
              <w:pStyle w:val="Oznaenseznam"/>
              <w:spacing w:after="16"/>
            </w:pPr>
            <w:r>
              <w:rPr>
                <w:color w:val="000000"/>
                <w:sz w:val="15"/>
              </w:rPr>
              <w:t>varno in namensko uporabim material, zaščitim prostor ter po delu uredim svojo postajo</w:t>
            </w:r>
          </w:p>
          <w:p w14:paraId="23C49BC7"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4898D598" w14:textId="77777777" w:rsidR="00080BF0" w:rsidRDefault="00080BF0"/>
          <w:p w14:paraId="2A46F9D1"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FEA9958" w14:textId="77777777" w:rsidR="00080BF0" w:rsidRDefault="00000000">
            <w:pPr>
              <w:spacing w:after="80" w:line="245" w:lineRule="auto"/>
            </w:pPr>
            <w:r>
              <w:rPr>
                <w:color w:val="000000"/>
                <w:sz w:val="16"/>
              </w:rPr>
              <w:t>Pove ali pokaže, kaj že zna opaziti in katero likovno možnost bi najprej preizkusil.</w:t>
            </w:r>
          </w:p>
          <w:p w14:paraId="6609BDAD" w14:textId="77777777" w:rsidR="00080BF0" w:rsidRDefault="00000000">
            <w:pPr>
              <w:spacing w:after="100" w:line="245" w:lineRule="auto"/>
            </w:pPr>
            <w:r>
              <w:rPr>
                <w:color w:val="000000"/>
                <w:sz w:val="16"/>
              </w:rPr>
              <w:t>Sodeluje pri razumevanju namena, meril uspešnosti, varne rabe pripomočkov in načina dokazovanja.</w:t>
            </w:r>
          </w:p>
          <w:p w14:paraId="1EBE87AB" w14:textId="77777777" w:rsidR="00080BF0" w:rsidRDefault="00000000">
            <w:pPr>
              <w:spacing w:after="20" w:line="245" w:lineRule="auto"/>
            </w:pPr>
            <w:r>
              <w:rPr>
                <w:b/>
                <w:color w:val="D95BC6"/>
                <w:sz w:val="17"/>
              </w:rPr>
              <w:t>DOKAZ O UČENJU</w:t>
            </w:r>
          </w:p>
          <w:p w14:paraId="0E675B3A"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249B2AE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78B220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FCA8376"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7223D01" w14:textId="77777777" w:rsidR="00080BF0" w:rsidRDefault="00000000">
            <w:pPr>
              <w:jc w:val="center"/>
            </w:pPr>
            <w:r>
              <w:rPr>
                <w:b/>
                <w:color w:val="000000"/>
                <w:sz w:val="20"/>
              </w:rPr>
              <w:t>UČNE DEJAVNOSTI, METODE IN FORMATIVNO SPREMLJANJE</w:t>
            </w:r>
          </w:p>
        </w:tc>
      </w:tr>
      <w:tr w:rsidR="00080BF0" w14:paraId="6AB6FA99" w14:textId="77777777">
        <w:trPr>
          <w:tblHeader/>
          <w:jc w:val="center"/>
        </w:trPr>
        <w:tc>
          <w:tcPr>
            <w:tcW w:w="4422" w:type="dxa"/>
            <w:vMerge/>
            <w:tcMar>
              <w:top w:w="70" w:type="dxa"/>
              <w:left w:w="90" w:type="dxa"/>
              <w:bottom w:w="70" w:type="dxa"/>
              <w:right w:w="90" w:type="dxa"/>
            </w:tcMar>
            <w:vAlign w:val="center"/>
          </w:tcPr>
          <w:p w14:paraId="7FA48DF9" w14:textId="77777777" w:rsidR="00080BF0" w:rsidRDefault="00080BF0"/>
        </w:tc>
        <w:tc>
          <w:tcPr>
            <w:tcW w:w="7087" w:type="dxa"/>
            <w:shd w:val="clear" w:color="auto" w:fill="FFFFFF"/>
            <w:tcMar>
              <w:top w:w="70" w:type="dxa"/>
              <w:left w:w="90" w:type="dxa"/>
              <w:bottom w:w="70" w:type="dxa"/>
              <w:right w:w="90" w:type="dxa"/>
            </w:tcMar>
            <w:vAlign w:val="center"/>
          </w:tcPr>
          <w:p w14:paraId="66E79532"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D539639" w14:textId="77777777" w:rsidR="00080BF0" w:rsidRDefault="00000000">
            <w:pPr>
              <w:jc w:val="center"/>
            </w:pPr>
            <w:r>
              <w:rPr>
                <w:b/>
                <w:color w:val="000000"/>
              </w:rPr>
              <w:t>UČENEC</w:t>
            </w:r>
          </w:p>
        </w:tc>
      </w:tr>
      <w:tr w:rsidR="00080BF0" w14:paraId="300E0CC8" w14:textId="77777777">
        <w:trPr>
          <w:jc w:val="center"/>
        </w:trPr>
        <w:tc>
          <w:tcPr>
            <w:tcW w:w="4422" w:type="dxa"/>
            <w:tcMar>
              <w:top w:w="70" w:type="dxa"/>
              <w:left w:w="90" w:type="dxa"/>
              <w:bottom w:w="70" w:type="dxa"/>
              <w:right w:w="90" w:type="dxa"/>
            </w:tcMar>
          </w:tcPr>
          <w:p w14:paraId="08B89D05" w14:textId="77777777" w:rsidR="00080BF0" w:rsidRDefault="00080BF0"/>
          <w:p w14:paraId="2D6C8FB3" w14:textId="77777777" w:rsidR="00080BF0" w:rsidRDefault="00000000">
            <w:pPr>
              <w:spacing w:after="40" w:line="245" w:lineRule="auto"/>
            </w:pPr>
            <w:r>
              <w:rPr>
                <w:b/>
                <w:color w:val="000000"/>
              </w:rPr>
              <w:t>KLJUČNI LIKOVNI POJMI</w:t>
            </w:r>
          </w:p>
          <w:p w14:paraId="38D1996C"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telo, prostornina, masa, spoj, stabilnost, gibanje, funkcija, preizkus</w:t>
            </w:r>
          </w:p>
          <w:p w14:paraId="5BF7A471" w14:textId="77777777" w:rsidR="00080BF0" w:rsidRDefault="00000000">
            <w:pPr>
              <w:spacing w:after="20" w:line="245" w:lineRule="auto"/>
            </w:pPr>
            <w:r>
              <w:rPr>
                <w:b/>
                <w:color w:val="000000"/>
                <w:sz w:val="17"/>
              </w:rPr>
              <w:t>DOKAZI O UČENJU</w:t>
            </w:r>
          </w:p>
          <w:p w14:paraId="466C6595" w14:textId="77777777" w:rsidR="00080BF0" w:rsidRDefault="00000000">
            <w:pPr>
              <w:pStyle w:val="Oznaenseznam"/>
              <w:spacing w:after="9"/>
            </w:pPr>
            <w:r>
              <w:rPr>
                <w:color w:val="000000"/>
                <w:sz w:val="15"/>
              </w:rPr>
              <w:t>list materialnih poskusov, skica/načrt, učenčeva razlaga in učiteljev zapis o varni rabi pripomočkov.</w:t>
            </w:r>
          </w:p>
          <w:p w14:paraId="4781D97F" w14:textId="77777777" w:rsidR="00080BF0" w:rsidRDefault="00000000">
            <w:pPr>
              <w:pStyle w:val="Oznaenseznam"/>
              <w:spacing w:after="9"/>
            </w:pPr>
            <w:r>
              <w:rPr>
                <w:color w:val="000000"/>
                <w:sz w:val="15"/>
              </w:rPr>
              <w:t>likovni proces in izdelek, fotografija faze, učenčeva razlaga ter samovrednotenje v mapi.</w:t>
            </w:r>
          </w:p>
          <w:p w14:paraId="5B81CB34" w14:textId="77777777" w:rsidR="00080BF0" w:rsidRDefault="00000000">
            <w:pPr>
              <w:spacing w:before="40" w:after="20" w:line="245" w:lineRule="auto"/>
            </w:pPr>
            <w:r>
              <w:rPr>
                <w:b/>
                <w:color w:val="000000"/>
                <w:sz w:val="17"/>
              </w:rPr>
              <w:t>LIKOVNO DOŽIVETJE IN IZKUŠENJSKI POUK</w:t>
            </w:r>
          </w:p>
          <w:p w14:paraId="1D5D8394"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278D77A5" w14:textId="77777777" w:rsidR="00080BF0" w:rsidRDefault="00000000">
            <w:pPr>
              <w:spacing w:after="20" w:line="245" w:lineRule="auto"/>
            </w:pPr>
            <w:r>
              <w:rPr>
                <w:b/>
                <w:color w:val="000000"/>
                <w:sz w:val="17"/>
              </w:rPr>
              <w:t>POUČEVANJE V GIBANJU</w:t>
            </w:r>
          </w:p>
          <w:p w14:paraId="7933B53A"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4FBC6C6D" w14:textId="77777777" w:rsidR="00080BF0" w:rsidRDefault="00000000">
            <w:pPr>
              <w:spacing w:after="20" w:line="245" w:lineRule="auto"/>
            </w:pPr>
            <w:r>
              <w:rPr>
                <w:b/>
                <w:color w:val="000000"/>
                <w:sz w:val="17"/>
              </w:rPr>
              <w:t>DELO PO POSTAJAH</w:t>
            </w:r>
          </w:p>
          <w:p w14:paraId="0A988344"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17F0903D" w14:textId="77777777" w:rsidR="00080BF0" w:rsidRDefault="00000000">
            <w:pPr>
              <w:spacing w:after="9" w:line="245" w:lineRule="auto"/>
            </w:pPr>
            <w:r>
              <w:rPr>
                <w:color w:val="000000"/>
                <w:sz w:val="14"/>
              </w:rPr>
              <w:t>1. Tipno-opazovalna: material primerjam po trdoti, prožnosti, površini in možnosti preoblikovanja.</w:t>
            </w:r>
          </w:p>
          <w:p w14:paraId="02DA210C" w14:textId="77777777" w:rsidR="00080BF0" w:rsidRDefault="00000000">
            <w:pPr>
              <w:spacing w:after="9" w:line="245" w:lineRule="auto"/>
            </w:pPr>
            <w:r>
              <w:rPr>
                <w:color w:val="000000"/>
                <w:sz w:val="14"/>
              </w:rPr>
              <w:t>2. Konstrukcijska: preizkusim varne spoje ter preverim, kateri nosi, se premika ali ohranja stabilnost.</w:t>
            </w:r>
          </w:p>
          <w:p w14:paraId="05327545" w14:textId="77777777" w:rsidR="00080BF0" w:rsidRDefault="00000000">
            <w:pPr>
              <w:spacing w:after="9" w:line="245" w:lineRule="auto"/>
            </w:pPr>
            <w:r>
              <w:rPr>
                <w:color w:val="000000"/>
                <w:sz w:val="14"/>
              </w:rPr>
              <w:t>3. Gibalno-kiparska: s telesom ustvarim kip, ravnotežje, volumen ali gib izdelka in ga opazujem iz več smeri.</w:t>
            </w:r>
          </w:p>
          <w:p w14:paraId="7BC99C7A" w14:textId="77777777" w:rsidR="00080BF0" w:rsidRDefault="00000000">
            <w:pPr>
              <w:spacing w:after="9" w:line="245" w:lineRule="auto"/>
            </w:pPr>
            <w:r>
              <w:rPr>
                <w:color w:val="000000"/>
                <w:sz w:val="14"/>
              </w:rPr>
              <w:t>4. Izdelovalno-preizkusna: po skici sestavim model, ga preizkusim, označim težavo in izvedem eno izboljšavo.</w:t>
            </w:r>
          </w:p>
          <w:p w14:paraId="0084DEF0" w14:textId="77777777" w:rsidR="00080BF0" w:rsidRDefault="00000000">
            <w:pPr>
              <w:spacing w:after="20" w:line="245" w:lineRule="auto"/>
            </w:pPr>
            <w:r>
              <w:rPr>
                <w:b/>
                <w:color w:val="000000"/>
                <w:sz w:val="17"/>
              </w:rPr>
              <w:t>DIFERENCIACIJA IN VKLJUČEVANJE</w:t>
            </w:r>
          </w:p>
          <w:p w14:paraId="046953AA"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57BB5642" w14:textId="77777777" w:rsidR="00080BF0" w:rsidRDefault="00000000">
            <w:pPr>
              <w:spacing w:after="20" w:line="245" w:lineRule="auto"/>
            </w:pPr>
            <w:r>
              <w:rPr>
                <w:b/>
                <w:color w:val="000000"/>
                <w:sz w:val="17"/>
              </w:rPr>
              <w:t>SPREMLJANJE</w:t>
            </w:r>
          </w:p>
          <w:p w14:paraId="48E8FB79"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2D04353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C2241DA" w14:textId="77777777">
              <w:trPr>
                <w:jc w:val="center"/>
              </w:trPr>
              <w:tc>
                <w:tcPr>
                  <w:tcW w:w="7087" w:type="dxa"/>
                  <w:shd w:val="clear" w:color="auto" w:fill="C6E7F3"/>
                  <w:tcMar>
                    <w:top w:w="45" w:type="dxa"/>
                    <w:left w:w="70" w:type="dxa"/>
                    <w:bottom w:w="45" w:type="dxa"/>
                    <w:right w:w="70" w:type="dxa"/>
                  </w:tcMar>
                </w:tcPr>
                <w:p w14:paraId="157A33CF" w14:textId="77777777" w:rsidR="00080BF0" w:rsidRDefault="00000000">
                  <w:pPr>
                    <w:keepNext/>
                  </w:pPr>
                  <w:r>
                    <w:rPr>
                      <w:b/>
                      <w:color w:val="000000"/>
                      <w:sz w:val="17"/>
                    </w:rPr>
                    <w:t>GLAVNI DEL – OPAZOVANJE, MATERIALNI PREIZKUS, USTVARJANJE IN GALERIJA (2 šolski uri)</w:t>
                  </w:r>
                </w:p>
              </w:tc>
            </w:tr>
          </w:tbl>
          <w:p w14:paraId="1944FDC6" w14:textId="77777777" w:rsidR="00080BF0" w:rsidRDefault="00080BF0">
            <w:pPr>
              <w:spacing w:line="20" w:lineRule="exact"/>
            </w:pPr>
          </w:p>
          <w:p w14:paraId="06C8438A" w14:textId="77777777" w:rsidR="00080BF0" w:rsidRDefault="00000000">
            <w:pPr>
              <w:keepNext/>
              <w:spacing w:before="22" w:after="8" w:line="245" w:lineRule="auto"/>
            </w:pPr>
            <w:r>
              <w:rPr>
                <w:b/>
                <w:color w:val="000000"/>
                <w:sz w:val="16"/>
              </w:rPr>
              <w:t>1. URA – Arhitektura – Opazujem, preizkušam, načrtujem</w:t>
            </w:r>
          </w:p>
          <w:p w14:paraId="4BD3B7DC"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»ARHITEKTURA«.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14414BA4"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27FF8874"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1122949F" w14:textId="77777777" w:rsidR="00080BF0" w:rsidRDefault="00000000">
            <w:pPr>
              <w:keepNext/>
              <w:spacing w:before="22" w:after="8" w:line="245" w:lineRule="auto"/>
            </w:pPr>
            <w:r>
              <w:rPr>
                <w:b/>
                <w:color w:val="000000"/>
                <w:sz w:val="16"/>
              </w:rPr>
              <w:t>2. URA – Arhitektura – Ustvarjam, predstavim, izboljšam</w:t>
            </w:r>
          </w:p>
          <w:p w14:paraId="76AC605D"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»ARHITEKTURA«; postavlja vprašanja o nameri, nudi tehnično oporo in omogoči izboljšavo. Zaključek 10': 10' – Izvede tiho galerijo; modelira odziv »Opazim … / Učinkuje … / Lahko poskusiš …« ter vodi pospravljanje.</w:t>
            </w:r>
          </w:p>
          <w:p w14:paraId="4DF9D05D"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03BB4DF0"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6090848E" w14:textId="77777777">
              <w:trPr>
                <w:jc w:val="center"/>
              </w:trPr>
              <w:tc>
                <w:tcPr>
                  <w:tcW w:w="7087" w:type="dxa"/>
                  <w:shd w:val="clear" w:color="auto" w:fill="EDC9EA"/>
                  <w:tcMar>
                    <w:top w:w="45" w:type="dxa"/>
                    <w:left w:w="70" w:type="dxa"/>
                    <w:bottom w:w="45" w:type="dxa"/>
                    <w:right w:w="70" w:type="dxa"/>
                  </w:tcMar>
                </w:tcPr>
                <w:p w14:paraId="43A9B4F9" w14:textId="77777777" w:rsidR="00080BF0" w:rsidRDefault="00000000">
                  <w:pPr>
                    <w:keepNext/>
                  </w:pPr>
                  <w:r>
                    <w:rPr>
                      <w:b/>
                      <w:color w:val="000000"/>
                      <w:sz w:val="17"/>
                    </w:rPr>
                    <w:t>ORGANIZACIJA POSTAJ IN PREHODOV</w:t>
                  </w:r>
                </w:p>
              </w:tc>
            </w:tr>
          </w:tbl>
          <w:p w14:paraId="233A1C18" w14:textId="77777777" w:rsidR="00080BF0" w:rsidRDefault="00080BF0"/>
          <w:p w14:paraId="07549CC3" w14:textId="77777777" w:rsidR="00080BF0" w:rsidRDefault="00000000">
            <w:pPr>
              <w:spacing w:before="8" w:after="8" w:line="245" w:lineRule="auto"/>
            </w:pPr>
            <w:r>
              <w:rPr>
                <w:color w:val="000000"/>
                <w:sz w:val="14"/>
              </w:rPr>
              <w:t>Postaja 1: Tipno-opazovalna: material primerjam po trdoti, prožnosti, površini in možnosti preoblikovanja.</w:t>
            </w:r>
          </w:p>
          <w:p w14:paraId="540EA8B9" w14:textId="77777777" w:rsidR="00080BF0" w:rsidRDefault="00000000">
            <w:pPr>
              <w:spacing w:before="8" w:after="8" w:line="245" w:lineRule="auto"/>
            </w:pPr>
            <w:r>
              <w:rPr>
                <w:color w:val="000000"/>
                <w:sz w:val="14"/>
              </w:rPr>
              <w:t>Postaja 2: Konstrukcijska: preizkusim varne spoje ter preverim, kateri nosi, se premika ali ohranja stabilnost.</w:t>
            </w:r>
          </w:p>
          <w:p w14:paraId="516BB0C6" w14:textId="77777777" w:rsidR="00080BF0" w:rsidRDefault="00000000">
            <w:pPr>
              <w:spacing w:before="8" w:after="8" w:line="245" w:lineRule="auto"/>
            </w:pPr>
            <w:r>
              <w:rPr>
                <w:color w:val="000000"/>
                <w:sz w:val="14"/>
              </w:rPr>
              <w:t>Postaja 3: Gibalno-kiparska: s telesom ustvarim kip, ravnotežje, volumen ali gib izdelka in ga opazujem iz več smeri.</w:t>
            </w:r>
          </w:p>
          <w:p w14:paraId="2B698787" w14:textId="77777777" w:rsidR="00080BF0" w:rsidRDefault="00000000">
            <w:pPr>
              <w:spacing w:before="8" w:after="8" w:line="245" w:lineRule="auto"/>
            </w:pPr>
            <w:r>
              <w:rPr>
                <w:color w:val="000000"/>
                <w:sz w:val="14"/>
              </w:rPr>
              <w:t>Postaja 4: Izdelovalno-preizkusna: po skici sestavim model, ga preizkusim, označim težavo in izvedem eno izboljšavo.</w:t>
            </w:r>
          </w:p>
          <w:p w14:paraId="0A811997"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5BF7DA4" w14:textId="77777777" w:rsidR="00080BF0" w:rsidRDefault="00080BF0"/>
          <w:p w14:paraId="6E43B080" w14:textId="77777777" w:rsidR="00080BF0" w:rsidRDefault="00000000">
            <w:pPr>
              <w:spacing w:after="6" w:line="245" w:lineRule="auto"/>
            </w:pPr>
            <w:r>
              <w:rPr>
                <w:b/>
                <w:color w:val="000000"/>
                <w:sz w:val="15"/>
              </w:rPr>
              <w:t>1. URA – Arhitektura – Opazujem, preizkušam, načrtujem</w:t>
            </w:r>
          </w:p>
          <w:p w14:paraId="35D719FC"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180C9936" w14:textId="77777777" w:rsidR="00080BF0" w:rsidRDefault="00000000">
            <w:pPr>
              <w:spacing w:after="20" w:line="245" w:lineRule="auto"/>
            </w:pPr>
            <w:r>
              <w:rPr>
                <w:color w:val="D95BC6"/>
                <w:sz w:val="14"/>
              </w:rPr>
              <w:t>Dokaz: list materialnih poskusov, skica/načrt, učenčeva razlaga in učiteljev zapis o varni rabi.</w:t>
            </w:r>
          </w:p>
          <w:p w14:paraId="365E7D17" w14:textId="77777777" w:rsidR="00080BF0" w:rsidRDefault="00000000">
            <w:pPr>
              <w:spacing w:after="6" w:line="245" w:lineRule="auto"/>
            </w:pPr>
            <w:r>
              <w:rPr>
                <w:b/>
                <w:color w:val="000000"/>
                <w:sz w:val="15"/>
              </w:rPr>
              <w:t>2. URA – Arhitektura – Ustvarjam, predstavim, izboljšam</w:t>
            </w:r>
          </w:p>
          <w:p w14:paraId="61F1B857"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1139CB68" w14:textId="77777777" w:rsidR="00080BF0" w:rsidRDefault="00000000">
            <w:pPr>
              <w:spacing w:after="20" w:line="245" w:lineRule="auto"/>
            </w:pPr>
            <w:r>
              <w:rPr>
                <w:color w:val="D95BC6"/>
                <w:sz w:val="14"/>
              </w:rPr>
              <w:t>Dokaz: likovni proces in izdelek, fotografija faze, učenčeva razlaga ter samovrednotenje v mapi.</w:t>
            </w:r>
          </w:p>
          <w:p w14:paraId="713D1A89" w14:textId="77777777" w:rsidR="00080BF0" w:rsidRDefault="00000000">
            <w:pPr>
              <w:spacing w:before="40" w:after="20" w:line="245" w:lineRule="auto"/>
            </w:pPr>
            <w:r>
              <w:rPr>
                <w:b/>
                <w:color w:val="D95BC6"/>
                <w:sz w:val="16"/>
              </w:rPr>
              <w:t>MOJ KROG POSTAJ</w:t>
            </w:r>
          </w:p>
          <w:p w14:paraId="502FFE18" w14:textId="77777777" w:rsidR="00080BF0" w:rsidRDefault="00000000">
            <w:pPr>
              <w:spacing w:after="11" w:line="245" w:lineRule="auto"/>
            </w:pPr>
            <w:r>
              <w:rPr>
                <w:color w:val="000000"/>
                <w:sz w:val="13"/>
              </w:rPr>
              <w:t>1. Tipno-opazovalna: material primerjam po trdoti, prožnosti.</w:t>
            </w:r>
          </w:p>
          <w:p w14:paraId="5C33B02A" w14:textId="77777777" w:rsidR="00080BF0" w:rsidRDefault="00000000">
            <w:pPr>
              <w:spacing w:after="11" w:line="245" w:lineRule="auto"/>
            </w:pPr>
            <w:r>
              <w:rPr>
                <w:color w:val="000000"/>
                <w:sz w:val="13"/>
              </w:rPr>
              <w:t>2. Konstrukcijska: preizkusim varne spoje ter preverim, kateri nosi.</w:t>
            </w:r>
          </w:p>
          <w:p w14:paraId="45FA261B" w14:textId="77777777" w:rsidR="00080BF0" w:rsidRDefault="00000000">
            <w:pPr>
              <w:spacing w:after="11" w:line="245" w:lineRule="auto"/>
            </w:pPr>
            <w:r>
              <w:rPr>
                <w:color w:val="000000"/>
                <w:sz w:val="13"/>
              </w:rPr>
              <w:t>3. Gibalno-kiparska: s telesom ustvarim kip, ravnotežje, volumen ali gib izdelka in ga opazujem.</w:t>
            </w:r>
          </w:p>
          <w:p w14:paraId="2894B466" w14:textId="77777777" w:rsidR="00080BF0" w:rsidRDefault="00000000">
            <w:pPr>
              <w:spacing w:after="11" w:line="245" w:lineRule="auto"/>
            </w:pPr>
            <w:r>
              <w:rPr>
                <w:color w:val="000000"/>
                <w:sz w:val="13"/>
              </w:rPr>
              <w:t>4. Izdelovalno-preizkusna: po skici sestavim model, ga preizkusim.</w:t>
            </w:r>
          </w:p>
          <w:p w14:paraId="6BD977AE"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10D14B1F" w14:textId="77777777" w:rsidR="00080BF0" w:rsidRDefault="00000000">
            <w:pPr>
              <w:spacing w:after="20" w:line="245" w:lineRule="auto"/>
            </w:pPr>
            <w:r>
              <w:rPr>
                <w:b/>
                <w:color w:val="D95BC6"/>
                <w:sz w:val="17"/>
              </w:rPr>
              <w:t>DOKAZ O UČENJU</w:t>
            </w:r>
          </w:p>
          <w:p w14:paraId="483B8FF2"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260D34A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35E10CB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A94534"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FD0BC9F" w14:textId="77777777" w:rsidR="00080BF0" w:rsidRDefault="00000000">
            <w:pPr>
              <w:jc w:val="center"/>
            </w:pPr>
            <w:r>
              <w:rPr>
                <w:b/>
                <w:color w:val="000000"/>
                <w:sz w:val="20"/>
              </w:rPr>
              <w:t>UČNE DEJAVNOSTI, METODE IN FORMATIVNO SPREMLJANJE</w:t>
            </w:r>
          </w:p>
        </w:tc>
      </w:tr>
      <w:tr w:rsidR="00080BF0" w14:paraId="327C32ED" w14:textId="77777777">
        <w:trPr>
          <w:tblHeader/>
          <w:jc w:val="center"/>
        </w:trPr>
        <w:tc>
          <w:tcPr>
            <w:tcW w:w="4422" w:type="dxa"/>
            <w:vMerge/>
            <w:tcMar>
              <w:top w:w="70" w:type="dxa"/>
              <w:left w:w="90" w:type="dxa"/>
              <w:bottom w:w="70" w:type="dxa"/>
              <w:right w:w="90" w:type="dxa"/>
            </w:tcMar>
            <w:vAlign w:val="center"/>
          </w:tcPr>
          <w:p w14:paraId="15B159CB" w14:textId="77777777" w:rsidR="00080BF0" w:rsidRDefault="00080BF0"/>
        </w:tc>
        <w:tc>
          <w:tcPr>
            <w:tcW w:w="7087" w:type="dxa"/>
            <w:shd w:val="clear" w:color="auto" w:fill="FFFFFF"/>
            <w:tcMar>
              <w:top w:w="70" w:type="dxa"/>
              <w:left w:w="90" w:type="dxa"/>
              <w:bottom w:w="70" w:type="dxa"/>
              <w:right w:w="90" w:type="dxa"/>
            </w:tcMar>
            <w:vAlign w:val="center"/>
          </w:tcPr>
          <w:p w14:paraId="4FCE72A6"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E112318" w14:textId="77777777" w:rsidR="00080BF0" w:rsidRDefault="00000000">
            <w:pPr>
              <w:jc w:val="center"/>
            </w:pPr>
            <w:r>
              <w:rPr>
                <w:b/>
                <w:color w:val="000000"/>
              </w:rPr>
              <w:t>UČENEC</w:t>
            </w:r>
          </w:p>
        </w:tc>
      </w:tr>
      <w:tr w:rsidR="00080BF0" w14:paraId="369125DC" w14:textId="77777777">
        <w:trPr>
          <w:jc w:val="center"/>
        </w:trPr>
        <w:tc>
          <w:tcPr>
            <w:tcW w:w="4422" w:type="dxa"/>
            <w:tcMar>
              <w:top w:w="70" w:type="dxa"/>
              <w:left w:w="90" w:type="dxa"/>
              <w:bottom w:w="70" w:type="dxa"/>
              <w:right w:w="90" w:type="dxa"/>
            </w:tcMar>
          </w:tcPr>
          <w:p w14:paraId="61BA7474" w14:textId="77777777" w:rsidR="00080BF0" w:rsidRDefault="00080BF0"/>
          <w:p w14:paraId="4912757C" w14:textId="77777777" w:rsidR="00080BF0" w:rsidRDefault="00000000">
            <w:pPr>
              <w:spacing w:after="40" w:line="245" w:lineRule="auto"/>
            </w:pPr>
            <w:r>
              <w:rPr>
                <w:b/>
                <w:color w:val="000000"/>
              </w:rPr>
              <w:t>FORMATIVNO SPREMLJANJE</w:t>
            </w:r>
          </w:p>
          <w:p w14:paraId="6431ECBD" w14:textId="77777777" w:rsidR="00080BF0" w:rsidRDefault="00000000">
            <w:pPr>
              <w:pStyle w:val="Oznaenseznam"/>
              <w:spacing w:after="16"/>
            </w:pPr>
            <w:r>
              <w:rPr>
                <w:color w:val="000000"/>
                <w:sz w:val="15"/>
              </w:rPr>
              <w:t>predznanje: opažanje, gibalna ponazoritev, izbira kartice, razvrstitev materialov, poskusna sled ali skica</w:t>
            </w:r>
          </w:p>
          <w:p w14:paraId="6A53EE91"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30F41DB3"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20241A85" w14:textId="77777777" w:rsidR="00080BF0" w:rsidRDefault="00000000">
            <w:pPr>
              <w:pStyle w:val="Oznaenseznam"/>
              <w:spacing w:after="16"/>
            </w:pPr>
            <w:r>
              <w:rPr>
                <w:color w:val="000000"/>
                <w:sz w:val="15"/>
              </w:rPr>
              <w:t>povratna informacija: opis vidne likovne odločitve, povezava z enim merilom in izvedljiv naslednji korak</w:t>
            </w:r>
          </w:p>
          <w:p w14:paraId="241A2687" w14:textId="77777777" w:rsidR="00080BF0" w:rsidRDefault="00000000">
            <w:pPr>
              <w:pStyle w:val="Oznaenseznam"/>
              <w:spacing w:after="16"/>
            </w:pPr>
            <w:r>
              <w:rPr>
                <w:color w:val="000000"/>
                <w:sz w:val="15"/>
              </w:rPr>
              <w:t>samovrednotenje: likovni semafor, lestvica samostojnosti, izbran dokaz, galerijski odziv in izboljšava</w:t>
            </w:r>
          </w:p>
          <w:p w14:paraId="1A44C417" w14:textId="77777777" w:rsidR="00080BF0" w:rsidRDefault="00000000">
            <w:pPr>
              <w:spacing w:before="40" w:after="20" w:line="245" w:lineRule="auto"/>
            </w:pPr>
            <w:r>
              <w:rPr>
                <w:b/>
                <w:color w:val="000000"/>
                <w:sz w:val="17"/>
              </w:rPr>
              <w:t>VARNOST, HIGIENA IN UREDITEV PROSTORA</w:t>
            </w:r>
          </w:p>
          <w:p w14:paraId="5B235EED"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Spoje in stabilnost učenci preverjajo na mizi; ostrih žic, vročega lepila in rezil ne uporabljajo.</w:t>
            </w:r>
          </w:p>
          <w:p w14:paraId="76FD8941" w14:textId="77777777" w:rsidR="00080BF0" w:rsidRDefault="00000000">
            <w:pPr>
              <w:spacing w:after="20" w:line="245" w:lineRule="auto"/>
            </w:pPr>
            <w:r>
              <w:rPr>
                <w:b/>
                <w:color w:val="000000"/>
                <w:sz w:val="17"/>
              </w:rPr>
              <w:t>EVIDENCA PO IZVEDBI</w:t>
            </w:r>
          </w:p>
          <w:p w14:paraId="778776AD"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22E0B2A0" w14:textId="77777777" w:rsidR="00080BF0" w:rsidRDefault="00000000">
            <w:pPr>
              <w:spacing w:before="40" w:after="20" w:line="245" w:lineRule="auto"/>
            </w:pPr>
            <w:r>
              <w:rPr>
                <w:b/>
                <w:color w:val="000000"/>
                <w:sz w:val="17"/>
              </w:rPr>
              <w:t>RAVEN DOSEGANJA</w:t>
            </w:r>
          </w:p>
          <w:p w14:paraId="21316DA2"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00479A99"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E265D39" w14:textId="77777777">
              <w:trPr>
                <w:jc w:val="center"/>
              </w:trPr>
              <w:tc>
                <w:tcPr>
                  <w:tcW w:w="7087" w:type="dxa"/>
                  <w:shd w:val="clear" w:color="auto" w:fill="EDC9EA"/>
                  <w:tcMar>
                    <w:top w:w="45" w:type="dxa"/>
                    <w:left w:w="70" w:type="dxa"/>
                    <w:bottom w:w="45" w:type="dxa"/>
                    <w:right w:w="70" w:type="dxa"/>
                  </w:tcMar>
                </w:tcPr>
                <w:p w14:paraId="5602A2A4" w14:textId="77777777" w:rsidR="00080BF0" w:rsidRDefault="00000000">
                  <w:pPr>
                    <w:keepNext/>
                  </w:pPr>
                  <w:r>
                    <w:rPr>
                      <w:b/>
                      <w:color w:val="000000"/>
                    </w:rPr>
                    <w:t>VPRAŠANJA V PODPORO LIKOVNEMU UČENJU</w:t>
                  </w:r>
                </w:p>
              </w:tc>
            </w:tr>
          </w:tbl>
          <w:p w14:paraId="60D32E4B" w14:textId="77777777" w:rsidR="00080BF0" w:rsidRDefault="00080BF0">
            <w:pPr>
              <w:spacing w:line="20" w:lineRule="exact"/>
            </w:pPr>
          </w:p>
          <w:p w14:paraId="20A3E43D" w14:textId="77777777" w:rsidR="00080BF0" w:rsidRDefault="00000000">
            <w:pPr>
              <w:pStyle w:val="Oznaenseznam"/>
              <w:spacing w:after="16"/>
            </w:pPr>
            <w:r>
              <w:rPr>
                <w:color w:val="000000"/>
                <w:sz w:val="16"/>
              </w:rPr>
              <w:t>Kaj si najprej opazil/-a in katera likovna prvina je zate najpomembnejša?</w:t>
            </w:r>
          </w:p>
          <w:p w14:paraId="4A77CEB4" w14:textId="77777777" w:rsidR="00080BF0" w:rsidRDefault="00000000">
            <w:pPr>
              <w:pStyle w:val="Oznaenseznam"/>
              <w:spacing w:after="16"/>
            </w:pPr>
            <w:r>
              <w:rPr>
                <w:color w:val="000000"/>
                <w:sz w:val="16"/>
              </w:rPr>
              <w:t>Kako je material ali postopek vplival na črto, barvo, obliko, površino, prostor oziroma delovanje izdelka?</w:t>
            </w:r>
          </w:p>
          <w:p w14:paraId="7141A15C" w14:textId="77777777" w:rsidR="00080BF0" w:rsidRDefault="00000000">
            <w:pPr>
              <w:pStyle w:val="Oznaenseznam"/>
              <w:spacing w:after="16"/>
            </w:pPr>
            <w:r>
              <w:rPr>
                <w:color w:val="000000"/>
                <w:sz w:val="16"/>
              </w:rPr>
              <w:t>Katero možnost si preizkusil/-a, zakaj si jo izbral/-a in kaj si ob poskusu spremenil/-a?</w:t>
            </w:r>
          </w:p>
          <w:p w14:paraId="7DD83BAE" w14:textId="77777777" w:rsidR="00080BF0" w:rsidRDefault="00000000">
            <w:pPr>
              <w:pStyle w:val="Oznaenseznam"/>
              <w:spacing w:after="16"/>
            </w:pPr>
            <w:r>
              <w:rPr>
                <w:color w:val="000000"/>
                <w:sz w:val="16"/>
              </w:rPr>
              <w:t>Kateri del tvojega procesa ali izdelka najjasneje pokaže dogovorjeno merilo?</w:t>
            </w:r>
          </w:p>
          <w:p w14:paraId="6B768CC0"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053728F6" w14:textId="77777777">
              <w:trPr>
                <w:jc w:val="center"/>
              </w:trPr>
              <w:tc>
                <w:tcPr>
                  <w:tcW w:w="7087" w:type="dxa"/>
                  <w:shd w:val="clear" w:color="auto" w:fill="C6E7F3"/>
                  <w:tcMar>
                    <w:top w:w="45" w:type="dxa"/>
                    <w:left w:w="70" w:type="dxa"/>
                    <w:bottom w:w="45" w:type="dxa"/>
                    <w:right w:w="70" w:type="dxa"/>
                  </w:tcMar>
                </w:tcPr>
                <w:p w14:paraId="3E029C68" w14:textId="77777777" w:rsidR="00080BF0" w:rsidRDefault="00000000">
                  <w:pPr>
                    <w:keepNext/>
                  </w:pPr>
                  <w:r>
                    <w:rPr>
                      <w:b/>
                      <w:color w:val="000000"/>
                    </w:rPr>
                    <w:t>ZAKLJUČNI DEL – TIHA GALERIJA, RAZLAGA IN REFLEKSIJA (8–12 min)</w:t>
                  </w:r>
                </w:p>
              </w:tc>
            </w:tr>
          </w:tbl>
          <w:p w14:paraId="302B1D6A" w14:textId="77777777" w:rsidR="00080BF0" w:rsidRDefault="00080BF0">
            <w:pPr>
              <w:spacing w:line="20" w:lineRule="exact"/>
            </w:pPr>
          </w:p>
          <w:p w14:paraId="01144042"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55A49430" w14:textId="77777777">
              <w:trPr>
                <w:jc w:val="center"/>
              </w:trPr>
              <w:tc>
                <w:tcPr>
                  <w:tcW w:w="7087" w:type="dxa"/>
                  <w:shd w:val="clear" w:color="auto" w:fill="EDC9EA"/>
                  <w:tcMar>
                    <w:top w:w="45" w:type="dxa"/>
                    <w:left w:w="70" w:type="dxa"/>
                    <w:bottom w:w="45" w:type="dxa"/>
                    <w:right w:w="70" w:type="dxa"/>
                  </w:tcMar>
                </w:tcPr>
                <w:p w14:paraId="00F1C1CD" w14:textId="77777777" w:rsidR="00080BF0" w:rsidRDefault="00000000">
                  <w:pPr>
                    <w:keepNext/>
                  </w:pPr>
                  <w:r>
                    <w:rPr>
                      <w:b/>
                      <w:color w:val="000000"/>
                    </w:rPr>
                    <w:t>SAMOVREDNOTENJE</w:t>
                  </w:r>
                </w:p>
              </w:tc>
            </w:tr>
          </w:tbl>
          <w:p w14:paraId="25D5DC0D" w14:textId="77777777" w:rsidR="00080BF0" w:rsidRDefault="00080BF0">
            <w:pPr>
              <w:spacing w:line="20" w:lineRule="exact"/>
            </w:pPr>
          </w:p>
          <w:p w14:paraId="1867AB74"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33D46312" w14:textId="77777777">
              <w:trPr>
                <w:jc w:val="center"/>
              </w:trPr>
              <w:tc>
                <w:tcPr>
                  <w:tcW w:w="7087" w:type="dxa"/>
                  <w:shd w:val="clear" w:color="auto" w:fill="EDC9EA"/>
                  <w:tcMar>
                    <w:top w:w="45" w:type="dxa"/>
                    <w:left w:w="70" w:type="dxa"/>
                    <w:bottom w:w="45" w:type="dxa"/>
                    <w:right w:w="70" w:type="dxa"/>
                  </w:tcMar>
                </w:tcPr>
                <w:p w14:paraId="5C29349D" w14:textId="77777777" w:rsidR="00080BF0" w:rsidRDefault="00000000">
                  <w:pPr>
                    <w:keepNext/>
                  </w:pPr>
                  <w:r>
                    <w:rPr>
                      <w:b/>
                      <w:color w:val="000000"/>
                    </w:rPr>
                    <w:t>VRSTNIŠKO VREDNOTENJE</w:t>
                  </w:r>
                </w:p>
              </w:tc>
            </w:tr>
          </w:tbl>
          <w:p w14:paraId="75E982ED" w14:textId="77777777" w:rsidR="00080BF0" w:rsidRDefault="00080BF0">
            <w:pPr>
              <w:spacing w:line="20" w:lineRule="exact"/>
            </w:pPr>
          </w:p>
          <w:p w14:paraId="1A50B2B0"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5389B347" w14:textId="77777777">
              <w:trPr>
                <w:jc w:val="center"/>
              </w:trPr>
              <w:tc>
                <w:tcPr>
                  <w:tcW w:w="7087" w:type="dxa"/>
                  <w:shd w:val="clear" w:color="auto" w:fill="EDC9EA"/>
                  <w:tcMar>
                    <w:top w:w="45" w:type="dxa"/>
                    <w:left w:w="70" w:type="dxa"/>
                    <w:bottom w:w="45" w:type="dxa"/>
                    <w:right w:w="70" w:type="dxa"/>
                  </w:tcMar>
                </w:tcPr>
                <w:p w14:paraId="24E3D5B1" w14:textId="77777777" w:rsidR="00080BF0" w:rsidRDefault="00000000">
                  <w:pPr>
                    <w:keepNext/>
                  </w:pPr>
                  <w:r>
                    <w:rPr>
                      <w:b/>
                      <w:color w:val="000000"/>
                    </w:rPr>
                    <w:t>SKUPNI POVZETEK</w:t>
                  </w:r>
                </w:p>
              </w:tc>
            </w:tr>
          </w:tbl>
          <w:p w14:paraId="64AF8BAC" w14:textId="77777777" w:rsidR="00080BF0" w:rsidRDefault="00080BF0"/>
          <w:p w14:paraId="3D8E405E" w14:textId="77777777" w:rsidR="00080BF0" w:rsidRDefault="00000000">
            <w:pPr>
              <w:spacing w:before="20" w:after="40" w:line="245" w:lineRule="auto"/>
            </w:pPr>
            <w:r>
              <w:rPr>
                <w:b/>
                <w:color w:val="000000"/>
                <w:sz w:val="16"/>
              </w:rPr>
              <w:t>opazujem stavbe; sestavim model; preizkusim stabilnost. Izbrani dokaz pojasnim in po povratni informaciji izboljšam.</w:t>
            </w:r>
          </w:p>
        </w:tc>
        <w:tc>
          <w:tcPr>
            <w:tcW w:w="2551" w:type="dxa"/>
            <w:tcMar>
              <w:top w:w="70" w:type="dxa"/>
              <w:left w:w="90" w:type="dxa"/>
              <w:bottom w:w="70" w:type="dxa"/>
              <w:right w:w="90" w:type="dxa"/>
            </w:tcMar>
          </w:tcPr>
          <w:p w14:paraId="15482BCB" w14:textId="77777777" w:rsidR="00080BF0" w:rsidRDefault="00080BF0"/>
          <w:p w14:paraId="0CC4D5D4" w14:textId="77777777" w:rsidR="00080BF0" w:rsidRDefault="00000000">
            <w:pPr>
              <w:spacing w:after="80" w:line="245" w:lineRule="auto"/>
            </w:pPr>
            <w:r>
              <w:rPr>
                <w:color w:val="000000"/>
                <w:sz w:val="15"/>
              </w:rPr>
              <w:t>Odgovarja na podporna vprašanja in se sklicuje na opaženo, preizkušeno, ustvarjeno ali razstavljeno.</w:t>
            </w:r>
          </w:p>
          <w:p w14:paraId="764BD9A3" w14:textId="77777777" w:rsidR="00080BF0" w:rsidRDefault="00000000">
            <w:pPr>
              <w:spacing w:after="80" w:line="245" w:lineRule="auto"/>
            </w:pPr>
            <w:r>
              <w:rPr>
                <w:color w:val="000000"/>
                <w:sz w:val="15"/>
              </w:rPr>
              <w:t>Predstavi izbrani procesni ali izdelkovni dokaz ter pove, katero merilo z njim pokaže.</w:t>
            </w:r>
          </w:p>
          <w:p w14:paraId="56E94830" w14:textId="77777777" w:rsidR="00080BF0" w:rsidRDefault="00000000">
            <w:pPr>
              <w:spacing w:after="80" w:line="245" w:lineRule="auto"/>
            </w:pPr>
            <w:r>
              <w:rPr>
                <w:color w:val="000000"/>
                <w:sz w:val="15"/>
              </w:rPr>
              <w:t>Tiho opazuje vrstnikovo delo, opiše eno konkretno likovno rešitev in poda prijazen predlog.</w:t>
            </w:r>
          </w:p>
          <w:p w14:paraId="4E832A96" w14:textId="77777777" w:rsidR="00080BF0" w:rsidRDefault="00000000">
            <w:pPr>
              <w:spacing w:after="80" w:line="245" w:lineRule="auto"/>
            </w:pPr>
            <w:r>
              <w:rPr>
                <w:color w:val="000000"/>
                <w:sz w:val="15"/>
              </w:rPr>
              <w:t>Po povratni informaciji po želji ponovi poskus, spremeni podrobnost, izboljša spoj, razporeditev ali razlago.</w:t>
            </w:r>
          </w:p>
          <w:p w14:paraId="19058B78" w14:textId="77777777" w:rsidR="00080BF0" w:rsidRDefault="00000000">
            <w:pPr>
              <w:spacing w:after="100" w:line="245" w:lineRule="auto"/>
            </w:pPr>
            <w:r>
              <w:rPr>
                <w:color w:val="000000"/>
                <w:sz w:val="15"/>
              </w:rPr>
              <w:t>Izbere raven samostojnosti ter določi majhen in izvedljiv naslednji ustvarjalni korak.</w:t>
            </w:r>
          </w:p>
          <w:p w14:paraId="04C43F4F" w14:textId="77777777" w:rsidR="00080BF0" w:rsidRDefault="00000000">
            <w:pPr>
              <w:spacing w:after="20" w:line="245" w:lineRule="auto"/>
            </w:pPr>
            <w:r>
              <w:rPr>
                <w:b/>
                <w:color w:val="D95BC6"/>
                <w:sz w:val="17"/>
              </w:rPr>
              <w:t>DOKAZ O UČENJU</w:t>
            </w:r>
          </w:p>
          <w:p w14:paraId="77BD5C76"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796640A9"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35325A31" w14:textId="77777777">
        <w:trPr>
          <w:cantSplit/>
          <w:jc w:val="center"/>
        </w:trPr>
        <w:tc>
          <w:tcPr>
            <w:tcW w:w="14060" w:type="dxa"/>
            <w:gridSpan w:val="6"/>
            <w:tcMar>
              <w:top w:w="70" w:type="dxa"/>
              <w:left w:w="90" w:type="dxa"/>
              <w:bottom w:w="70" w:type="dxa"/>
              <w:right w:w="90" w:type="dxa"/>
            </w:tcMar>
            <w:vAlign w:val="center"/>
          </w:tcPr>
          <w:p w14:paraId="62CB8822" w14:textId="77777777" w:rsidR="00080BF0" w:rsidRDefault="00000000">
            <w:pPr>
              <w:jc w:val="center"/>
            </w:pPr>
            <w:r>
              <w:rPr>
                <w:b/>
                <w:color w:val="000000"/>
                <w:sz w:val="24"/>
              </w:rPr>
              <w:lastRenderedPageBreak/>
              <w:t>UČNA PRIPRAVA 35/39</w:t>
            </w:r>
          </w:p>
        </w:tc>
      </w:tr>
      <w:tr w:rsidR="00080BF0" w14:paraId="3266B26D" w14:textId="77777777">
        <w:trPr>
          <w:jc w:val="center"/>
        </w:trPr>
        <w:tc>
          <w:tcPr>
            <w:tcW w:w="2665" w:type="dxa"/>
            <w:tcMar>
              <w:top w:w="70" w:type="dxa"/>
              <w:left w:w="90" w:type="dxa"/>
              <w:bottom w:w="70" w:type="dxa"/>
              <w:right w:w="90" w:type="dxa"/>
            </w:tcMar>
            <w:vAlign w:val="center"/>
          </w:tcPr>
          <w:p w14:paraId="67BADB78"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6828A5A"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5902468E"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759A7B4" w14:textId="77777777" w:rsidR="00080BF0" w:rsidRDefault="00000000">
            <w:r>
              <w:rPr>
                <w:b/>
                <w:color w:val="000000"/>
                <w:sz w:val="16"/>
              </w:rPr>
              <w:t xml:space="preserve">NAČRTOVANI TERMIN: </w:t>
            </w:r>
            <w:r>
              <w:rPr>
                <w:color w:val="000000"/>
                <w:sz w:val="16"/>
              </w:rPr>
              <w:t>35. teden • 24.–28. 5. 2027</w:t>
            </w:r>
          </w:p>
        </w:tc>
        <w:tc>
          <w:tcPr>
            <w:tcW w:w="2268" w:type="dxa"/>
            <w:tcMar>
              <w:top w:w="70" w:type="dxa"/>
              <w:left w:w="90" w:type="dxa"/>
              <w:bottom w:w="70" w:type="dxa"/>
              <w:right w:w="90" w:type="dxa"/>
            </w:tcMar>
            <w:vAlign w:val="center"/>
          </w:tcPr>
          <w:p w14:paraId="5583705E"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E7AA708" w14:textId="77777777" w:rsidR="00080BF0" w:rsidRDefault="00000000">
            <w:r>
              <w:rPr>
                <w:b/>
                <w:color w:val="000000"/>
                <w:sz w:val="16"/>
              </w:rPr>
              <w:t xml:space="preserve">ŠTEVILO UR: </w:t>
            </w:r>
            <w:r>
              <w:rPr>
                <w:color w:val="000000"/>
                <w:sz w:val="16"/>
              </w:rPr>
              <w:t>2</w:t>
            </w:r>
          </w:p>
        </w:tc>
      </w:tr>
      <w:tr w:rsidR="00080BF0" w14:paraId="7B1C7699" w14:textId="77777777">
        <w:trPr>
          <w:jc w:val="center"/>
        </w:trPr>
        <w:tc>
          <w:tcPr>
            <w:tcW w:w="14061" w:type="dxa"/>
            <w:gridSpan w:val="6"/>
            <w:tcMar>
              <w:top w:w="70" w:type="dxa"/>
              <w:left w:w="90" w:type="dxa"/>
              <w:bottom w:w="70" w:type="dxa"/>
              <w:right w:w="90" w:type="dxa"/>
            </w:tcMar>
            <w:vAlign w:val="center"/>
          </w:tcPr>
          <w:p w14:paraId="28D7D53E"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43DCA658" w14:textId="77777777">
        <w:trPr>
          <w:cantSplit/>
          <w:jc w:val="center"/>
        </w:trPr>
        <w:tc>
          <w:tcPr>
            <w:tcW w:w="14060" w:type="dxa"/>
            <w:gridSpan w:val="6"/>
            <w:tcMar>
              <w:top w:w="70" w:type="dxa"/>
              <w:left w:w="90" w:type="dxa"/>
              <w:bottom w:w="70" w:type="dxa"/>
              <w:right w:w="90" w:type="dxa"/>
            </w:tcMar>
            <w:vAlign w:val="center"/>
          </w:tcPr>
          <w:p w14:paraId="0DFECBF0" w14:textId="77777777" w:rsidR="00080BF0" w:rsidRDefault="00080BF0"/>
          <w:p w14:paraId="02E26F83" w14:textId="77777777" w:rsidR="00080BF0" w:rsidRDefault="00000000">
            <w:pPr>
              <w:spacing w:line="245" w:lineRule="auto"/>
            </w:pPr>
            <w:r>
              <w:rPr>
                <w:b/>
                <w:color w:val="000000"/>
                <w:sz w:val="15"/>
              </w:rPr>
              <w:t xml:space="preserve">UČNI SKLOP: </w:t>
            </w:r>
            <w:r>
              <w:rPr>
                <w:color w:val="000000"/>
                <w:sz w:val="15"/>
              </w:rPr>
              <w:t>POKRAJINA, PROSTOR IN TRAJNOSTNA SKUPNOST</w:t>
            </w:r>
          </w:p>
        </w:tc>
      </w:tr>
      <w:tr w:rsidR="00080BF0" w14:paraId="16640F92" w14:textId="77777777">
        <w:trPr>
          <w:cantSplit/>
          <w:jc w:val="center"/>
        </w:trPr>
        <w:tc>
          <w:tcPr>
            <w:tcW w:w="14060" w:type="dxa"/>
            <w:gridSpan w:val="6"/>
            <w:tcMar>
              <w:top w:w="70" w:type="dxa"/>
              <w:left w:w="90" w:type="dxa"/>
              <w:bottom w:w="70" w:type="dxa"/>
              <w:right w:w="90" w:type="dxa"/>
            </w:tcMar>
            <w:vAlign w:val="center"/>
          </w:tcPr>
          <w:p w14:paraId="02E648D4" w14:textId="77777777" w:rsidR="00080BF0" w:rsidRDefault="00080BF0"/>
          <w:p w14:paraId="5784A2BD" w14:textId="77777777" w:rsidR="00080BF0" w:rsidRDefault="00000000">
            <w:pPr>
              <w:spacing w:line="245" w:lineRule="auto"/>
            </w:pPr>
            <w:r>
              <w:rPr>
                <w:b/>
                <w:color w:val="000000"/>
                <w:sz w:val="15"/>
              </w:rPr>
              <w:t xml:space="preserve">UČNA TEMA: </w:t>
            </w:r>
            <w:r>
              <w:rPr>
                <w:color w:val="000000"/>
                <w:sz w:val="15"/>
              </w:rPr>
              <w:t>LIKOVNA RAZSTAVA</w:t>
            </w:r>
          </w:p>
        </w:tc>
      </w:tr>
      <w:tr w:rsidR="00080BF0" w14:paraId="14384112" w14:textId="77777777">
        <w:trPr>
          <w:cantSplit/>
          <w:jc w:val="center"/>
        </w:trPr>
        <w:tc>
          <w:tcPr>
            <w:tcW w:w="14060" w:type="dxa"/>
            <w:gridSpan w:val="6"/>
            <w:tcMar>
              <w:top w:w="70" w:type="dxa"/>
              <w:left w:w="90" w:type="dxa"/>
              <w:bottom w:w="70" w:type="dxa"/>
              <w:right w:w="90" w:type="dxa"/>
            </w:tcMar>
            <w:vAlign w:val="center"/>
          </w:tcPr>
          <w:p w14:paraId="17B61587" w14:textId="77777777" w:rsidR="00080BF0" w:rsidRDefault="00080BF0"/>
          <w:p w14:paraId="3F64AC71" w14:textId="77777777" w:rsidR="00080BF0" w:rsidRDefault="00000000">
            <w:pPr>
              <w:spacing w:line="245" w:lineRule="auto"/>
            </w:pPr>
            <w:r>
              <w:rPr>
                <w:b/>
                <w:color w:val="000000"/>
                <w:sz w:val="15"/>
              </w:rPr>
              <w:t xml:space="preserve">KNJIŽEVNO / MOTIVNO IZHODIŠČE: </w:t>
            </w:r>
            <w:r>
              <w:rPr>
                <w:color w:val="000000"/>
                <w:sz w:val="15"/>
              </w:rPr>
              <w:t>»Juri Muri v Afriki« – Tone Pavček • NADALJEVANJE • odgovorna mobilnost, potovanje in predstavitev kraja</w:t>
            </w:r>
          </w:p>
        </w:tc>
      </w:tr>
      <w:tr w:rsidR="00080BF0" w14:paraId="00D0B9B7" w14:textId="77777777">
        <w:trPr>
          <w:cantSplit/>
          <w:jc w:val="center"/>
        </w:trPr>
        <w:tc>
          <w:tcPr>
            <w:tcW w:w="14060" w:type="dxa"/>
            <w:gridSpan w:val="6"/>
            <w:tcMar>
              <w:top w:w="70" w:type="dxa"/>
              <w:left w:w="90" w:type="dxa"/>
              <w:bottom w:w="70" w:type="dxa"/>
              <w:right w:w="90" w:type="dxa"/>
            </w:tcMar>
            <w:vAlign w:val="center"/>
          </w:tcPr>
          <w:p w14:paraId="4D251718" w14:textId="77777777" w:rsidR="00080BF0" w:rsidRDefault="00080BF0"/>
          <w:p w14:paraId="22F3DF78" w14:textId="77777777" w:rsidR="00080BF0" w:rsidRDefault="00000000">
            <w:pPr>
              <w:spacing w:line="245" w:lineRule="auto"/>
            </w:pPr>
            <w:r>
              <w:rPr>
                <w:b/>
                <w:color w:val="000000"/>
                <w:sz w:val="15"/>
              </w:rPr>
              <w:t xml:space="preserve">LIKOVNO IZHODIŠČE / MOTIVACIJA: </w:t>
            </w:r>
            <w:r>
              <w:rPr>
                <w:color w:val="000000"/>
                <w:sz w:val="15"/>
              </w:rPr>
              <w:t>v razredu se pojavi prazna razstavna oznaka; učenci poiščejo delo, ki bi mu pripadala, in utemeljijo, kako bi gledalcu predstavili temo »likovna razstava«. Tematska rešitev: pripravi likovno razstavo domišljijskih krajev.</w:t>
            </w:r>
          </w:p>
        </w:tc>
      </w:tr>
      <w:tr w:rsidR="00080BF0" w14:paraId="529CC619" w14:textId="77777777">
        <w:trPr>
          <w:cantSplit/>
          <w:jc w:val="center"/>
        </w:trPr>
        <w:tc>
          <w:tcPr>
            <w:tcW w:w="14060" w:type="dxa"/>
            <w:gridSpan w:val="6"/>
            <w:tcMar>
              <w:top w:w="70" w:type="dxa"/>
              <w:left w:w="90" w:type="dxa"/>
              <w:bottom w:w="70" w:type="dxa"/>
              <w:right w:w="90" w:type="dxa"/>
            </w:tcMar>
            <w:vAlign w:val="center"/>
          </w:tcPr>
          <w:p w14:paraId="62716105" w14:textId="77777777" w:rsidR="00080BF0" w:rsidRDefault="00080BF0"/>
          <w:p w14:paraId="32A3D7DB" w14:textId="77777777" w:rsidR="00080BF0" w:rsidRDefault="00000000">
            <w:pPr>
              <w:spacing w:line="245" w:lineRule="auto"/>
            </w:pPr>
            <w:r>
              <w:rPr>
                <w:b/>
                <w:color w:val="000000"/>
                <w:sz w:val="15"/>
              </w:rPr>
              <w:t xml:space="preserve">UČNE ENOTE: </w:t>
            </w:r>
            <w:r>
              <w:rPr>
                <w:color w:val="000000"/>
                <w:sz w:val="15"/>
              </w:rPr>
              <w:t>1. ura – Likovna razstava – Opazujem, preizkušam, načrtujem • 2. ura – Likovna razstava – Ustvarjam, predstavim, izboljšam</w:t>
            </w:r>
          </w:p>
        </w:tc>
      </w:tr>
      <w:tr w:rsidR="00080BF0" w14:paraId="2F1D8AC8" w14:textId="77777777">
        <w:trPr>
          <w:cantSplit/>
          <w:jc w:val="center"/>
        </w:trPr>
        <w:tc>
          <w:tcPr>
            <w:tcW w:w="14060" w:type="dxa"/>
            <w:gridSpan w:val="6"/>
            <w:tcMar>
              <w:top w:w="70" w:type="dxa"/>
              <w:left w:w="90" w:type="dxa"/>
              <w:bottom w:w="70" w:type="dxa"/>
              <w:right w:w="90" w:type="dxa"/>
            </w:tcMar>
            <w:vAlign w:val="center"/>
          </w:tcPr>
          <w:p w14:paraId="6368893E" w14:textId="77777777" w:rsidR="00080BF0" w:rsidRDefault="00080BF0"/>
          <w:p w14:paraId="3C65F966"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0D004798" w14:textId="77777777">
        <w:trPr>
          <w:cantSplit/>
          <w:jc w:val="center"/>
        </w:trPr>
        <w:tc>
          <w:tcPr>
            <w:tcW w:w="14060" w:type="dxa"/>
            <w:gridSpan w:val="6"/>
            <w:tcMar>
              <w:top w:w="70" w:type="dxa"/>
              <w:left w:w="90" w:type="dxa"/>
              <w:bottom w:w="70" w:type="dxa"/>
              <w:right w:w="90" w:type="dxa"/>
            </w:tcMar>
            <w:vAlign w:val="center"/>
          </w:tcPr>
          <w:p w14:paraId="1B61F47F" w14:textId="77777777" w:rsidR="00080BF0" w:rsidRDefault="00080BF0"/>
          <w:p w14:paraId="17ED7DD0"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13EA9295" w14:textId="77777777">
        <w:trPr>
          <w:cantSplit/>
          <w:jc w:val="center"/>
        </w:trPr>
        <w:tc>
          <w:tcPr>
            <w:tcW w:w="14060" w:type="dxa"/>
            <w:gridSpan w:val="6"/>
            <w:tcMar>
              <w:top w:w="70" w:type="dxa"/>
              <w:left w:w="90" w:type="dxa"/>
              <w:bottom w:w="70" w:type="dxa"/>
              <w:right w:w="90" w:type="dxa"/>
            </w:tcMar>
            <w:vAlign w:val="center"/>
          </w:tcPr>
          <w:p w14:paraId="5EC73A14" w14:textId="77777777" w:rsidR="00080BF0" w:rsidRDefault="00080BF0"/>
          <w:p w14:paraId="1C0C0362"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2E17B04C" w14:textId="77777777">
        <w:trPr>
          <w:cantSplit/>
          <w:jc w:val="center"/>
        </w:trPr>
        <w:tc>
          <w:tcPr>
            <w:tcW w:w="14060" w:type="dxa"/>
            <w:gridSpan w:val="6"/>
            <w:tcMar>
              <w:top w:w="70" w:type="dxa"/>
              <w:left w:w="90" w:type="dxa"/>
              <w:bottom w:w="70" w:type="dxa"/>
              <w:right w:w="90" w:type="dxa"/>
            </w:tcMar>
            <w:vAlign w:val="center"/>
          </w:tcPr>
          <w:p w14:paraId="290618A6" w14:textId="77777777" w:rsidR="00080BF0" w:rsidRDefault="00080BF0"/>
          <w:p w14:paraId="69EC6CD2" w14:textId="77777777" w:rsidR="00080BF0" w:rsidRDefault="00000000">
            <w:pPr>
              <w:spacing w:line="245" w:lineRule="auto"/>
            </w:pPr>
            <w:r>
              <w:rPr>
                <w:b/>
                <w:color w:val="000000"/>
                <w:sz w:val="15"/>
              </w:rPr>
              <w:t xml:space="preserve">MEDPREDMETNE POVEZAVE: </w:t>
            </w:r>
            <w:r>
              <w:rPr>
                <w:color w:val="000000"/>
                <w:sz w:val="15"/>
              </w:rPr>
              <w:t>SPO – odgovorna mobilnost, potovanje in predstavitev kraja; SLJ – poslušanje, opis opažanja, poimenovanje postopka in predstavitev; MAT – oblike, razvrščanje, vzorci in prostorski odnosi; ŠPO – gibalna črta, telesna skulptura, smer in ravnotežje; GUM – ritem, ponavljanje.</w:t>
            </w:r>
          </w:p>
        </w:tc>
      </w:tr>
      <w:tr w:rsidR="00080BF0" w14:paraId="34CEA6B5" w14:textId="77777777">
        <w:trPr>
          <w:cantSplit/>
          <w:jc w:val="center"/>
        </w:trPr>
        <w:tc>
          <w:tcPr>
            <w:tcW w:w="14060" w:type="dxa"/>
            <w:gridSpan w:val="6"/>
            <w:tcMar>
              <w:top w:w="70" w:type="dxa"/>
              <w:left w:w="90" w:type="dxa"/>
              <w:bottom w:w="70" w:type="dxa"/>
              <w:right w:w="90" w:type="dxa"/>
            </w:tcMar>
            <w:vAlign w:val="center"/>
          </w:tcPr>
          <w:p w14:paraId="5DD31EB0" w14:textId="77777777" w:rsidR="00080BF0" w:rsidRDefault="00080BF0"/>
          <w:p w14:paraId="074D1FEE" w14:textId="77777777" w:rsidR="00080BF0" w:rsidRDefault="00000000">
            <w:pPr>
              <w:spacing w:line="245" w:lineRule="auto"/>
            </w:pPr>
            <w:r>
              <w:rPr>
                <w:b/>
                <w:color w:val="000000"/>
                <w:sz w:val="15"/>
              </w:rPr>
              <w:t xml:space="preserve">UČNA SREDSTVA IN PRIPOMOČKI: </w:t>
            </w:r>
            <w:r>
              <w:rPr>
                <w:color w:val="000000"/>
                <w:sz w:val="15"/>
              </w:rPr>
              <w:t>likovna mapa, izbrana dela, podlage, ščipalke ali lepilni trak, prazne oznake, simboli meril, fotografije procesa in razstavni načrt; fotografija, reprodukcija ali resnični predmet za opazovanje; kartice namena in meril; talne oznake štirih postaj; mapa dokazov; sredstva za čiščenje in pospravljanje</w:t>
            </w:r>
          </w:p>
        </w:tc>
      </w:tr>
      <w:tr w:rsidR="00080BF0" w14:paraId="2FB6000D" w14:textId="77777777">
        <w:trPr>
          <w:cantSplit/>
          <w:jc w:val="center"/>
        </w:trPr>
        <w:tc>
          <w:tcPr>
            <w:tcW w:w="14060" w:type="dxa"/>
            <w:gridSpan w:val="6"/>
            <w:tcMar>
              <w:top w:w="70" w:type="dxa"/>
              <w:left w:w="90" w:type="dxa"/>
              <w:bottom w:w="70" w:type="dxa"/>
              <w:right w:w="90" w:type="dxa"/>
            </w:tcMar>
            <w:vAlign w:val="center"/>
          </w:tcPr>
          <w:p w14:paraId="76DE3EE6" w14:textId="77777777" w:rsidR="00080BF0" w:rsidRDefault="00080BF0"/>
          <w:p w14:paraId="471FF2E4"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1F4A2C0F" w14:textId="77777777">
        <w:trPr>
          <w:cantSplit/>
          <w:jc w:val="center"/>
        </w:trPr>
        <w:tc>
          <w:tcPr>
            <w:tcW w:w="14060" w:type="dxa"/>
            <w:gridSpan w:val="6"/>
            <w:tcMar>
              <w:top w:w="70" w:type="dxa"/>
              <w:left w:w="90" w:type="dxa"/>
              <w:bottom w:w="70" w:type="dxa"/>
              <w:right w:w="90" w:type="dxa"/>
            </w:tcMar>
            <w:vAlign w:val="center"/>
          </w:tcPr>
          <w:p w14:paraId="742CC9C9" w14:textId="77777777" w:rsidR="00080BF0" w:rsidRDefault="00080BF0"/>
          <w:p w14:paraId="754626C4"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65BA24DF" w14:textId="77777777">
        <w:trPr>
          <w:cantSplit/>
          <w:jc w:val="center"/>
        </w:trPr>
        <w:tc>
          <w:tcPr>
            <w:tcW w:w="14060" w:type="dxa"/>
            <w:gridSpan w:val="6"/>
            <w:tcMar>
              <w:top w:w="70" w:type="dxa"/>
              <w:left w:w="90" w:type="dxa"/>
              <w:bottom w:w="70" w:type="dxa"/>
              <w:right w:w="90" w:type="dxa"/>
            </w:tcMar>
            <w:vAlign w:val="center"/>
          </w:tcPr>
          <w:p w14:paraId="7B8902DA" w14:textId="77777777" w:rsidR="00080BF0" w:rsidRDefault="00080BF0"/>
          <w:p w14:paraId="523F695E"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3125642B"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F03967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2808158"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6EEB788" w14:textId="77777777" w:rsidR="00080BF0" w:rsidRDefault="00000000">
            <w:pPr>
              <w:jc w:val="center"/>
            </w:pPr>
            <w:r>
              <w:rPr>
                <w:b/>
                <w:color w:val="000000"/>
                <w:sz w:val="20"/>
              </w:rPr>
              <w:t>UČNE DEJAVNOSTI, METODE IN FORMATIVNO SPREMLJANJE</w:t>
            </w:r>
          </w:p>
        </w:tc>
      </w:tr>
      <w:tr w:rsidR="00080BF0" w14:paraId="7A2EEAEC" w14:textId="77777777">
        <w:trPr>
          <w:tblHeader/>
          <w:jc w:val="center"/>
        </w:trPr>
        <w:tc>
          <w:tcPr>
            <w:tcW w:w="4422" w:type="dxa"/>
            <w:vMerge/>
            <w:tcMar>
              <w:top w:w="70" w:type="dxa"/>
              <w:left w:w="90" w:type="dxa"/>
              <w:bottom w:w="70" w:type="dxa"/>
              <w:right w:w="90" w:type="dxa"/>
            </w:tcMar>
            <w:vAlign w:val="center"/>
          </w:tcPr>
          <w:p w14:paraId="27B0AE66" w14:textId="77777777" w:rsidR="00080BF0" w:rsidRDefault="00080BF0"/>
        </w:tc>
        <w:tc>
          <w:tcPr>
            <w:tcW w:w="7087" w:type="dxa"/>
            <w:shd w:val="clear" w:color="auto" w:fill="FFFFFF"/>
            <w:tcMar>
              <w:top w:w="70" w:type="dxa"/>
              <w:left w:w="90" w:type="dxa"/>
              <w:bottom w:w="70" w:type="dxa"/>
              <w:right w:w="90" w:type="dxa"/>
            </w:tcMar>
            <w:vAlign w:val="center"/>
          </w:tcPr>
          <w:p w14:paraId="401F3DFF"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99A294B" w14:textId="77777777" w:rsidR="00080BF0" w:rsidRDefault="00000000">
            <w:pPr>
              <w:jc w:val="center"/>
            </w:pPr>
            <w:r>
              <w:rPr>
                <w:b/>
                <w:color w:val="000000"/>
              </w:rPr>
              <w:t>UČENEC</w:t>
            </w:r>
          </w:p>
        </w:tc>
      </w:tr>
      <w:tr w:rsidR="00080BF0" w14:paraId="06C29519" w14:textId="77777777">
        <w:trPr>
          <w:jc w:val="center"/>
        </w:trPr>
        <w:tc>
          <w:tcPr>
            <w:tcW w:w="4422" w:type="dxa"/>
            <w:tcMar>
              <w:top w:w="70" w:type="dxa"/>
              <w:left w:w="90" w:type="dxa"/>
              <w:bottom w:w="70" w:type="dxa"/>
              <w:right w:w="90" w:type="dxa"/>
            </w:tcMar>
          </w:tcPr>
          <w:p w14:paraId="74F76747" w14:textId="77777777" w:rsidR="00080BF0" w:rsidRDefault="00080BF0"/>
          <w:p w14:paraId="5241FF42" w14:textId="77777777" w:rsidR="00080BF0" w:rsidRDefault="00000000">
            <w:pPr>
              <w:spacing w:after="60" w:line="245" w:lineRule="auto"/>
            </w:pPr>
            <w:r>
              <w:rPr>
                <w:b/>
                <w:color w:val="000000"/>
              </w:rPr>
              <w:t>UČNI CILJI</w:t>
            </w:r>
          </w:p>
          <w:p w14:paraId="48EA798B" w14:textId="77777777" w:rsidR="00080BF0" w:rsidRDefault="00000000">
            <w:pPr>
              <w:spacing w:after="20" w:line="245" w:lineRule="auto"/>
            </w:pPr>
            <w:r>
              <w:rPr>
                <w:b/>
                <w:color w:val="000000"/>
                <w:sz w:val="17"/>
              </w:rPr>
              <w:t>SPLOŠNI</w:t>
            </w:r>
          </w:p>
          <w:p w14:paraId="664598EB"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17085DE5"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3706CA99"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1A971019"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3051519F" w14:textId="77777777" w:rsidR="00080BF0" w:rsidRDefault="00000000">
            <w:pPr>
              <w:spacing w:before="40" w:after="20" w:line="245" w:lineRule="auto"/>
            </w:pPr>
            <w:r>
              <w:rPr>
                <w:b/>
                <w:color w:val="000000"/>
                <w:sz w:val="17"/>
              </w:rPr>
              <w:t>OPERATIVNI</w:t>
            </w:r>
          </w:p>
          <w:p w14:paraId="3AB4FFA1" w14:textId="77777777" w:rsidR="00080BF0" w:rsidRDefault="00000000">
            <w:pPr>
              <w:pStyle w:val="Oznaenseznam"/>
              <w:spacing w:after="16"/>
            </w:pPr>
            <w:r>
              <w:rPr>
                <w:color w:val="000000"/>
                <w:sz w:val="16"/>
              </w:rPr>
              <w:t>izbere delo</w:t>
            </w:r>
          </w:p>
          <w:p w14:paraId="4CBF862D" w14:textId="77777777" w:rsidR="00080BF0" w:rsidRDefault="00000000">
            <w:pPr>
              <w:pStyle w:val="Oznaenseznam"/>
              <w:spacing w:after="16"/>
            </w:pPr>
            <w:r>
              <w:rPr>
                <w:color w:val="000000"/>
                <w:sz w:val="16"/>
              </w:rPr>
              <w:t>oblikuje oznako</w:t>
            </w:r>
          </w:p>
          <w:p w14:paraId="6A8B3926" w14:textId="77777777" w:rsidR="00080BF0" w:rsidRDefault="00000000">
            <w:pPr>
              <w:pStyle w:val="Oznaenseznam"/>
              <w:spacing w:after="16"/>
            </w:pPr>
            <w:r>
              <w:rPr>
                <w:color w:val="000000"/>
                <w:sz w:val="16"/>
              </w:rPr>
              <w:t>poda opisno povratno informacijo</w:t>
            </w:r>
          </w:p>
          <w:p w14:paraId="7A1C479C" w14:textId="77777777" w:rsidR="00080BF0" w:rsidRDefault="00000000">
            <w:pPr>
              <w:spacing w:before="40" w:after="20" w:line="245" w:lineRule="auto"/>
            </w:pPr>
            <w:r>
              <w:rPr>
                <w:b/>
                <w:color w:val="000000"/>
                <w:sz w:val="17"/>
              </w:rPr>
              <w:t>PRIČAKOVANI DOSEŽKI / MINIMALNI POUDARKI</w:t>
            </w:r>
          </w:p>
          <w:p w14:paraId="29F41F96" w14:textId="77777777" w:rsidR="00080BF0" w:rsidRDefault="00000000">
            <w:pPr>
              <w:pStyle w:val="Oznaenseznam"/>
              <w:spacing w:after="16"/>
            </w:pPr>
            <w:r>
              <w:rPr>
                <w:color w:val="000000"/>
                <w:sz w:val="15"/>
              </w:rPr>
              <w:t>samostojno oziroma z dogovorjeno oporo izbere delo</w:t>
            </w:r>
          </w:p>
          <w:p w14:paraId="156C9756" w14:textId="77777777" w:rsidR="00080BF0" w:rsidRDefault="00000000">
            <w:pPr>
              <w:pStyle w:val="Oznaenseznam"/>
              <w:spacing w:after="16"/>
            </w:pPr>
            <w:r>
              <w:rPr>
                <w:color w:val="000000"/>
                <w:sz w:val="15"/>
              </w:rPr>
              <w:t>samostojno oziroma z dogovorjeno oporo oblikuje oznako</w:t>
            </w:r>
          </w:p>
          <w:p w14:paraId="01F6698E" w14:textId="77777777" w:rsidR="00080BF0" w:rsidRDefault="00000000">
            <w:pPr>
              <w:pStyle w:val="Oznaenseznam"/>
              <w:spacing w:after="16"/>
            </w:pPr>
            <w:r>
              <w:rPr>
                <w:color w:val="000000"/>
                <w:sz w:val="15"/>
              </w:rPr>
              <w:t>samostojno oziroma z dogovorjeno oporo poda opisno povratno informacijo</w:t>
            </w:r>
          </w:p>
        </w:tc>
        <w:tc>
          <w:tcPr>
            <w:tcW w:w="7087" w:type="dxa"/>
            <w:tcMar>
              <w:top w:w="70" w:type="dxa"/>
              <w:left w:w="90" w:type="dxa"/>
              <w:bottom w:w="70" w:type="dxa"/>
              <w:right w:w="90" w:type="dxa"/>
            </w:tcMar>
          </w:tcPr>
          <w:p w14:paraId="653C1F9C"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5BFF2518" w14:textId="77777777">
              <w:trPr>
                <w:jc w:val="center"/>
              </w:trPr>
              <w:tc>
                <w:tcPr>
                  <w:tcW w:w="7087" w:type="dxa"/>
                  <w:shd w:val="clear" w:color="auto" w:fill="C6E7F3"/>
                  <w:tcMar>
                    <w:top w:w="45" w:type="dxa"/>
                    <w:left w:w="70" w:type="dxa"/>
                    <w:bottom w:w="45" w:type="dxa"/>
                    <w:right w:w="70" w:type="dxa"/>
                  </w:tcMar>
                </w:tcPr>
                <w:p w14:paraId="4E959843" w14:textId="77777777" w:rsidR="00080BF0" w:rsidRDefault="00000000">
                  <w:pPr>
                    <w:keepNext/>
                  </w:pPr>
                  <w:r>
                    <w:rPr>
                      <w:b/>
                      <w:color w:val="000000"/>
                    </w:rPr>
                    <w:t>UVODNI DEL – likovna uganka, opazovanje, aktivacija predznanja in namen učenja (8–12 min)</w:t>
                  </w:r>
                </w:p>
              </w:tc>
            </w:tr>
          </w:tbl>
          <w:p w14:paraId="663EF2FE" w14:textId="77777777" w:rsidR="00080BF0" w:rsidRDefault="00080BF0">
            <w:pPr>
              <w:spacing w:line="20" w:lineRule="exact"/>
            </w:pPr>
          </w:p>
          <w:p w14:paraId="17FCDBFC" w14:textId="77777777" w:rsidR="00080BF0" w:rsidRDefault="00000000">
            <w:pPr>
              <w:spacing w:before="40" w:after="60" w:line="245" w:lineRule="auto"/>
            </w:pPr>
            <w:r>
              <w:rPr>
                <w:color w:val="000000"/>
                <w:sz w:val="16"/>
              </w:rPr>
              <w:t>Ob književnem motivu »Juri Muri v Afriki« – Tone Pavček • NADALJEVANJE učenci vstopijo v temo odgovorna mobilnost, potovanje in predstavitev kraja. Učiteljica pokaže fotografijo, reprodukcijo, predmet ali material in pove kratko likovno zgodbo: v razredu se pojavi prazna razstavna oznaka; učenci poiščejo delo, ki bi mu pripadala, in utemeljijo, kako bi gledalcu predstavili temo »likovna razstava«. Tematska rešitev: pripravi likovno razstavo domišljijskih krajev.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6174EF29" w14:textId="77777777">
              <w:trPr>
                <w:jc w:val="center"/>
              </w:trPr>
              <w:tc>
                <w:tcPr>
                  <w:tcW w:w="7087" w:type="dxa"/>
                  <w:shd w:val="clear" w:color="auto" w:fill="EDC9EA"/>
                  <w:tcMar>
                    <w:top w:w="45" w:type="dxa"/>
                    <w:left w:w="70" w:type="dxa"/>
                    <w:bottom w:w="45" w:type="dxa"/>
                    <w:right w:w="70" w:type="dxa"/>
                  </w:tcMar>
                </w:tcPr>
                <w:p w14:paraId="5A9000A0" w14:textId="77777777" w:rsidR="00080BF0" w:rsidRDefault="00000000">
                  <w:pPr>
                    <w:keepNext/>
                  </w:pPr>
                  <w:r>
                    <w:rPr>
                      <w:b/>
                      <w:color w:val="000000"/>
                    </w:rPr>
                    <w:t>NAMENI UČENJA</w:t>
                  </w:r>
                </w:p>
              </w:tc>
            </w:tr>
          </w:tbl>
          <w:p w14:paraId="5E07ED75" w14:textId="77777777" w:rsidR="00080BF0" w:rsidRDefault="00080BF0">
            <w:pPr>
              <w:spacing w:line="20" w:lineRule="exact"/>
            </w:pPr>
          </w:p>
          <w:p w14:paraId="712D7B1E"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78D91107" w14:textId="77777777" w:rsidR="00080BF0" w:rsidRDefault="00000000">
            <w:pPr>
              <w:pStyle w:val="Oznaenseznam"/>
              <w:spacing w:after="16"/>
            </w:pPr>
            <w:r>
              <w:rPr>
                <w:color w:val="000000"/>
                <w:sz w:val="16"/>
              </w:rPr>
              <w:t>izberem delo</w:t>
            </w:r>
          </w:p>
          <w:p w14:paraId="3A6F1F5F" w14:textId="77777777" w:rsidR="00080BF0" w:rsidRDefault="00000000">
            <w:pPr>
              <w:pStyle w:val="Oznaenseznam"/>
              <w:spacing w:after="16"/>
            </w:pPr>
            <w:r>
              <w:rPr>
                <w:color w:val="000000"/>
                <w:sz w:val="16"/>
              </w:rPr>
              <w:t>oblikujem oznako</w:t>
            </w:r>
          </w:p>
          <w:p w14:paraId="541353A8" w14:textId="77777777" w:rsidR="00080BF0" w:rsidRDefault="00000000">
            <w:pPr>
              <w:pStyle w:val="Oznaenseznam"/>
              <w:spacing w:after="16"/>
            </w:pPr>
            <w:r>
              <w:rPr>
                <w:color w:val="000000"/>
                <w:sz w:val="16"/>
              </w:rPr>
              <w:t>poda opisno povratno informacijo</w:t>
            </w:r>
          </w:p>
          <w:tbl>
            <w:tblPr>
              <w:tblStyle w:val="Tabelamrea"/>
              <w:tblW w:w="0" w:type="auto"/>
              <w:jc w:val="center"/>
              <w:tblLayout w:type="fixed"/>
              <w:tblLook w:val="04A0" w:firstRow="1" w:lastRow="0" w:firstColumn="1" w:lastColumn="0" w:noHBand="0" w:noVBand="1"/>
            </w:tblPr>
            <w:tblGrid>
              <w:gridCol w:w="7087"/>
            </w:tblGrid>
            <w:tr w:rsidR="00080BF0" w14:paraId="513BB6D9" w14:textId="77777777">
              <w:trPr>
                <w:jc w:val="center"/>
              </w:trPr>
              <w:tc>
                <w:tcPr>
                  <w:tcW w:w="7087" w:type="dxa"/>
                  <w:shd w:val="clear" w:color="auto" w:fill="EDC9EA"/>
                  <w:tcMar>
                    <w:top w:w="45" w:type="dxa"/>
                    <w:left w:w="70" w:type="dxa"/>
                    <w:bottom w:w="45" w:type="dxa"/>
                    <w:right w:w="70" w:type="dxa"/>
                  </w:tcMar>
                </w:tcPr>
                <w:p w14:paraId="047D2D33" w14:textId="77777777" w:rsidR="00080BF0" w:rsidRDefault="00000000">
                  <w:pPr>
                    <w:keepNext/>
                  </w:pPr>
                  <w:r>
                    <w:rPr>
                      <w:b/>
                      <w:color w:val="000000"/>
                    </w:rPr>
                    <w:t>PREVERJANJE PREDZNANJA</w:t>
                  </w:r>
                </w:p>
              </w:tc>
            </w:tr>
          </w:tbl>
          <w:p w14:paraId="7AE27AF2" w14:textId="77777777" w:rsidR="00080BF0" w:rsidRDefault="00080BF0">
            <w:pPr>
              <w:spacing w:line="20" w:lineRule="exact"/>
            </w:pPr>
          </w:p>
          <w:p w14:paraId="5D938721" w14:textId="77777777" w:rsidR="00080BF0" w:rsidRDefault="00000000">
            <w:pPr>
              <w:pStyle w:val="Oznaenseznam"/>
              <w:spacing w:after="16"/>
            </w:pPr>
            <w:r>
              <w:rPr>
                <w:color w:val="000000"/>
                <w:sz w:val="16"/>
              </w:rPr>
              <w:t>Kaj najprej opazim pri motivu, predmetu ali materialu, povezanem s temo »LIKOVNA RAZSTAVA«?</w:t>
            </w:r>
          </w:p>
          <w:p w14:paraId="7FB3E882"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33EBB62B"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5FA1BD55" w14:textId="77777777">
              <w:trPr>
                <w:jc w:val="center"/>
              </w:trPr>
              <w:tc>
                <w:tcPr>
                  <w:tcW w:w="7087" w:type="dxa"/>
                  <w:shd w:val="clear" w:color="auto" w:fill="EDC9EA"/>
                  <w:tcMar>
                    <w:top w:w="45" w:type="dxa"/>
                    <w:left w:w="70" w:type="dxa"/>
                    <w:bottom w:w="45" w:type="dxa"/>
                    <w:right w:w="70" w:type="dxa"/>
                  </w:tcMar>
                </w:tcPr>
                <w:p w14:paraId="74B85BAC" w14:textId="77777777" w:rsidR="00080BF0" w:rsidRDefault="00000000">
                  <w:pPr>
                    <w:keepNext/>
                  </w:pPr>
                  <w:r>
                    <w:rPr>
                      <w:b/>
                      <w:color w:val="000000"/>
                    </w:rPr>
                    <w:t>KRITERIJI USPEŠNOSTI</w:t>
                  </w:r>
                </w:p>
              </w:tc>
            </w:tr>
          </w:tbl>
          <w:p w14:paraId="5AE95CCA" w14:textId="77777777" w:rsidR="00080BF0" w:rsidRDefault="00080BF0"/>
          <w:p w14:paraId="45999556" w14:textId="77777777" w:rsidR="00080BF0" w:rsidRDefault="00000000">
            <w:pPr>
              <w:spacing w:before="20" w:after="20" w:line="245" w:lineRule="auto"/>
            </w:pPr>
            <w:r>
              <w:rPr>
                <w:b/>
                <w:color w:val="000000"/>
                <w:sz w:val="16"/>
              </w:rPr>
              <w:t>Uspešen/-na bom, ko:</w:t>
            </w:r>
          </w:p>
          <w:p w14:paraId="3002E9EC" w14:textId="77777777" w:rsidR="00080BF0" w:rsidRDefault="00000000">
            <w:pPr>
              <w:pStyle w:val="Oznaenseznam"/>
              <w:spacing w:after="16"/>
            </w:pPr>
            <w:r>
              <w:rPr>
                <w:color w:val="000000"/>
                <w:sz w:val="16"/>
              </w:rPr>
              <w:t>izberem delo</w:t>
            </w:r>
          </w:p>
          <w:p w14:paraId="7AD4C8DD" w14:textId="77777777" w:rsidR="00080BF0" w:rsidRDefault="00000000">
            <w:pPr>
              <w:pStyle w:val="Oznaenseznam"/>
              <w:spacing w:after="16"/>
            </w:pPr>
            <w:r>
              <w:rPr>
                <w:color w:val="000000"/>
                <w:sz w:val="16"/>
              </w:rPr>
              <w:t>oblikujem oznako</w:t>
            </w:r>
          </w:p>
          <w:p w14:paraId="502AC716" w14:textId="77777777" w:rsidR="00080BF0" w:rsidRDefault="00000000">
            <w:pPr>
              <w:pStyle w:val="Oznaenseznam"/>
              <w:spacing w:after="16"/>
            </w:pPr>
            <w:r>
              <w:rPr>
                <w:color w:val="000000"/>
                <w:sz w:val="16"/>
              </w:rPr>
              <w:t>poda opisno povratno informacijo</w:t>
            </w:r>
          </w:p>
          <w:p w14:paraId="14247A20" w14:textId="77777777" w:rsidR="00080BF0" w:rsidRDefault="00000000">
            <w:pPr>
              <w:pStyle w:val="Oznaenseznam"/>
              <w:spacing w:after="16"/>
            </w:pPr>
            <w:r>
              <w:rPr>
                <w:color w:val="000000"/>
                <w:sz w:val="15"/>
              </w:rPr>
              <w:t>varno in namensko uporabim material, zaščitim prostor ter po delu uredim svojo postajo</w:t>
            </w:r>
          </w:p>
          <w:p w14:paraId="566DDD03"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4FC4AF8E" w14:textId="77777777" w:rsidR="00080BF0" w:rsidRDefault="00080BF0"/>
          <w:p w14:paraId="478FB0E7"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6E827158" w14:textId="77777777" w:rsidR="00080BF0" w:rsidRDefault="00000000">
            <w:pPr>
              <w:spacing w:after="80" w:line="245" w:lineRule="auto"/>
            </w:pPr>
            <w:r>
              <w:rPr>
                <w:color w:val="000000"/>
                <w:sz w:val="16"/>
              </w:rPr>
              <w:t>Pove ali pokaže, kaj že zna opaziti in katero likovno možnost bi najprej preizkusil.</w:t>
            </w:r>
          </w:p>
          <w:p w14:paraId="1D433E99" w14:textId="77777777" w:rsidR="00080BF0" w:rsidRDefault="00000000">
            <w:pPr>
              <w:spacing w:after="100" w:line="245" w:lineRule="auto"/>
            </w:pPr>
            <w:r>
              <w:rPr>
                <w:color w:val="000000"/>
                <w:sz w:val="16"/>
              </w:rPr>
              <w:t>Sodeluje pri razumevanju namena, meril uspešnosti, varne rabe pripomočkov in načina dokazovanja.</w:t>
            </w:r>
          </w:p>
          <w:p w14:paraId="37C5305A" w14:textId="77777777" w:rsidR="00080BF0" w:rsidRDefault="00000000">
            <w:pPr>
              <w:spacing w:after="20" w:line="245" w:lineRule="auto"/>
            </w:pPr>
            <w:r>
              <w:rPr>
                <w:b/>
                <w:color w:val="D95BC6"/>
                <w:sz w:val="17"/>
              </w:rPr>
              <w:t>DOKAZ O UČENJU</w:t>
            </w:r>
          </w:p>
          <w:p w14:paraId="22DCAC16"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71DE9009"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AAAFBB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2488CB4"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44A8A5E" w14:textId="77777777" w:rsidR="00080BF0" w:rsidRDefault="00000000">
            <w:pPr>
              <w:jc w:val="center"/>
            </w:pPr>
            <w:r>
              <w:rPr>
                <w:b/>
                <w:color w:val="000000"/>
                <w:sz w:val="20"/>
              </w:rPr>
              <w:t>UČNE DEJAVNOSTI, METODE IN FORMATIVNO SPREMLJANJE</w:t>
            </w:r>
          </w:p>
        </w:tc>
      </w:tr>
      <w:tr w:rsidR="00080BF0" w14:paraId="0447FAC8" w14:textId="77777777">
        <w:trPr>
          <w:tblHeader/>
          <w:jc w:val="center"/>
        </w:trPr>
        <w:tc>
          <w:tcPr>
            <w:tcW w:w="4422" w:type="dxa"/>
            <w:vMerge/>
            <w:tcMar>
              <w:top w:w="70" w:type="dxa"/>
              <w:left w:w="90" w:type="dxa"/>
              <w:bottom w:w="70" w:type="dxa"/>
              <w:right w:w="90" w:type="dxa"/>
            </w:tcMar>
            <w:vAlign w:val="center"/>
          </w:tcPr>
          <w:p w14:paraId="7C8845FE" w14:textId="77777777" w:rsidR="00080BF0" w:rsidRDefault="00080BF0"/>
        </w:tc>
        <w:tc>
          <w:tcPr>
            <w:tcW w:w="7087" w:type="dxa"/>
            <w:shd w:val="clear" w:color="auto" w:fill="FFFFFF"/>
            <w:tcMar>
              <w:top w:w="70" w:type="dxa"/>
              <w:left w:w="90" w:type="dxa"/>
              <w:bottom w:w="70" w:type="dxa"/>
              <w:right w:w="90" w:type="dxa"/>
            </w:tcMar>
            <w:vAlign w:val="center"/>
          </w:tcPr>
          <w:p w14:paraId="12F2144B"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C012DD3" w14:textId="77777777" w:rsidR="00080BF0" w:rsidRDefault="00000000">
            <w:pPr>
              <w:jc w:val="center"/>
            </w:pPr>
            <w:r>
              <w:rPr>
                <w:b/>
                <w:color w:val="000000"/>
              </w:rPr>
              <w:t>UČENEC</w:t>
            </w:r>
          </w:p>
        </w:tc>
      </w:tr>
      <w:tr w:rsidR="00080BF0" w14:paraId="38FD87DB" w14:textId="77777777">
        <w:trPr>
          <w:jc w:val="center"/>
        </w:trPr>
        <w:tc>
          <w:tcPr>
            <w:tcW w:w="4422" w:type="dxa"/>
            <w:tcMar>
              <w:top w:w="70" w:type="dxa"/>
              <w:left w:w="90" w:type="dxa"/>
              <w:bottom w:w="70" w:type="dxa"/>
              <w:right w:w="90" w:type="dxa"/>
            </w:tcMar>
          </w:tcPr>
          <w:p w14:paraId="586C7956" w14:textId="77777777" w:rsidR="00080BF0" w:rsidRDefault="00080BF0"/>
          <w:p w14:paraId="5477B84D" w14:textId="77777777" w:rsidR="00080BF0" w:rsidRDefault="00000000">
            <w:pPr>
              <w:spacing w:after="40" w:line="245" w:lineRule="auto"/>
            </w:pPr>
            <w:r>
              <w:rPr>
                <w:b/>
                <w:color w:val="000000"/>
              </w:rPr>
              <w:t>KLJUČNI LIKOVNI POJMI</w:t>
            </w:r>
          </w:p>
          <w:p w14:paraId="0FE63692"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izbor, razstavna oznaka, postavitev, gledalec, likovna mapa, napredek</w:t>
            </w:r>
          </w:p>
          <w:p w14:paraId="0DC8354A" w14:textId="77777777" w:rsidR="00080BF0" w:rsidRDefault="00000000">
            <w:pPr>
              <w:spacing w:after="20" w:line="245" w:lineRule="auto"/>
            </w:pPr>
            <w:r>
              <w:rPr>
                <w:b/>
                <w:color w:val="000000"/>
                <w:sz w:val="17"/>
              </w:rPr>
              <w:t>DOKAZI O UČENJU</w:t>
            </w:r>
          </w:p>
          <w:p w14:paraId="54B11ED7" w14:textId="77777777" w:rsidR="00080BF0" w:rsidRDefault="00000000">
            <w:pPr>
              <w:pStyle w:val="Oznaenseznam"/>
              <w:spacing w:after="9"/>
            </w:pPr>
            <w:r>
              <w:rPr>
                <w:color w:val="000000"/>
                <w:sz w:val="15"/>
              </w:rPr>
              <w:t>list materialnih poskusov, skica/načrt, učenčeva razlaga in učiteljev zapis o varni rabi pripomočkov.</w:t>
            </w:r>
          </w:p>
          <w:p w14:paraId="29F8F878" w14:textId="77777777" w:rsidR="00080BF0" w:rsidRDefault="00000000">
            <w:pPr>
              <w:pStyle w:val="Oznaenseznam"/>
              <w:spacing w:after="9"/>
            </w:pPr>
            <w:r>
              <w:rPr>
                <w:color w:val="000000"/>
                <w:sz w:val="15"/>
              </w:rPr>
              <w:t>likovni proces in izdelek, fotografija faze, učenčeva razlaga ter samovrednotenje v mapi.</w:t>
            </w:r>
          </w:p>
          <w:p w14:paraId="4F60EFAE" w14:textId="77777777" w:rsidR="00080BF0" w:rsidRDefault="00000000">
            <w:pPr>
              <w:spacing w:before="40" w:after="20" w:line="245" w:lineRule="auto"/>
            </w:pPr>
            <w:r>
              <w:rPr>
                <w:b/>
                <w:color w:val="000000"/>
                <w:sz w:val="17"/>
              </w:rPr>
              <w:t>LIKOVNO DOŽIVETJE IN IZKUŠENJSKI POUK</w:t>
            </w:r>
          </w:p>
          <w:p w14:paraId="54D7C91E"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754B54BE" w14:textId="77777777" w:rsidR="00080BF0" w:rsidRDefault="00000000">
            <w:pPr>
              <w:spacing w:after="20" w:line="245" w:lineRule="auto"/>
            </w:pPr>
            <w:r>
              <w:rPr>
                <w:b/>
                <w:color w:val="000000"/>
                <w:sz w:val="17"/>
              </w:rPr>
              <w:t>POUČEVANJE V GIBANJU</w:t>
            </w:r>
          </w:p>
          <w:p w14:paraId="65FEFCD9"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02370C8B" w14:textId="77777777" w:rsidR="00080BF0" w:rsidRDefault="00000000">
            <w:pPr>
              <w:spacing w:after="20" w:line="245" w:lineRule="auto"/>
            </w:pPr>
            <w:r>
              <w:rPr>
                <w:b/>
                <w:color w:val="000000"/>
                <w:sz w:val="17"/>
              </w:rPr>
              <w:t>DELO PO POSTAJAH</w:t>
            </w:r>
          </w:p>
          <w:p w14:paraId="14E8DFB4"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44DAC081" w14:textId="77777777" w:rsidR="00080BF0" w:rsidRDefault="00000000">
            <w:pPr>
              <w:spacing w:after="9" w:line="245" w:lineRule="auto"/>
            </w:pPr>
            <w:r>
              <w:rPr>
                <w:color w:val="000000"/>
                <w:sz w:val="14"/>
              </w:rPr>
              <w:t>1. Izbirna: iz mape izberem delo po dogovorjenem merilu in svojo odločitev utemeljim.</w:t>
            </w:r>
          </w:p>
          <w:p w14:paraId="1717E39E" w14:textId="77777777" w:rsidR="00080BF0" w:rsidRDefault="00000000">
            <w:pPr>
              <w:spacing w:after="9" w:line="245" w:lineRule="auto"/>
            </w:pPr>
            <w:r>
              <w:rPr>
                <w:color w:val="000000"/>
                <w:sz w:val="14"/>
              </w:rPr>
              <w:t>2. Kuratorska: preizkusim razporeditev, višino, zaporedje in razdaljo med deli ter varno uredim postavitev.</w:t>
            </w:r>
          </w:p>
          <w:p w14:paraId="0A83D435" w14:textId="77777777" w:rsidR="00080BF0" w:rsidRDefault="00000000">
            <w:pPr>
              <w:spacing w:after="9" w:line="245" w:lineRule="auto"/>
            </w:pPr>
            <w:r>
              <w:rPr>
                <w:color w:val="000000"/>
                <w:sz w:val="14"/>
              </w:rPr>
              <w:t>3. Označevalna: izdelam naslov, simbol ali kratko oznako, ki gledalcu pomaga razumeti delo.</w:t>
            </w:r>
          </w:p>
          <w:p w14:paraId="7E70A461" w14:textId="77777777" w:rsidR="00080BF0" w:rsidRDefault="00000000">
            <w:pPr>
              <w:spacing w:after="9" w:line="245" w:lineRule="auto"/>
            </w:pPr>
            <w:r>
              <w:rPr>
                <w:color w:val="000000"/>
                <w:sz w:val="14"/>
              </w:rPr>
              <w:t>4. Galerijska: prevzamem vlogo avtorja, vodnika ali obiskovalca, podam opisni odziv in določim naslednji korak.</w:t>
            </w:r>
          </w:p>
          <w:p w14:paraId="425F271B" w14:textId="77777777" w:rsidR="00080BF0" w:rsidRDefault="00000000">
            <w:pPr>
              <w:spacing w:after="20" w:line="245" w:lineRule="auto"/>
            </w:pPr>
            <w:r>
              <w:rPr>
                <w:b/>
                <w:color w:val="000000"/>
                <w:sz w:val="17"/>
              </w:rPr>
              <w:t>DIFERENCIACIJA IN VKLJUČEVANJE</w:t>
            </w:r>
          </w:p>
          <w:p w14:paraId="576C190A"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6909737D" w14:textId="77777777" w:rsidR="00080BF0" w:rsidRDefault="00000000">
            <w:pPr>
              <w:spacing w:after="20" w:line="245" w:lineRule="auto"/>
            </w:pPr>
            <w:r>
              <w:rPr>
                <w:b/>
                <w:color w:val="000000"/>
                <w:sz w:val="17"/>
              </w:rPr>
              <w:t>SPREMLJANJE</w:t>
            </w:r>
          </w:p>
          <w:p w14:paraId="2AA080F7"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6A80558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4C328C35" w14:textId="77777777">
              <w:trPr>
                <w:jc w:val="center"/>
              </w:trPr>
              <w:tc>
                <w:tcPr>
                  <w:tcW w:w="7087" w:type="dxa"/>
                  <w:shd w:val="clear" w:color="auto" w:fill="C6E7F3"/>
                  <w:tcMar>
                    <w:top w:w="45" w:type="dxa"/>
                    <w:left w:w="70" w:type="dxa"/>
                    <w:bottom w:w="45" w:type="dxa"/>
                    <w:right w:w="70" w:type="dxa"/>
                  </w:tcMar>
                </w:tcPr>
                <w:p w14:paraId="585EE98C" w14:textId="77777777" w:rsidR="00080BF0" w:rsidRDefault="00000000">
                  <w:pPr>
                    <w:keepNext/>
                  </w:pPr>
                  <w:r>
                    <w:rPr>
                      <w:b/>
                      <w:color w:val="000000"/>
                      <w:sz w:val="17"/>
                    </w:rPr>
                    <w:t>GLAVNI DEL – OPAZOVANJE, MATERIALNI PREIZKUS, USTVARJANJE IN GALERIJA (2 šolski uri)</w:t>
                  </w:r>
                </w:p>
              </w:tc>
            </w:tr>
          </w:tbl>
          <w:p w14:paraId="4A3999C1" w14:textId="77777777" w:rsidR="00080BF0" w:rsidRDefault="00080BF0">
            <w:pPr>
              <w:spacing w:line="20" w:lineRule="exact"/>
            </w:pPr>
          </w:p>
          <w:p w14:paraId="1ECC6C6A" w14:textId="77777777" w:rsidR="00080BF0" w:rsidRDefault="00000000">
            <w:pPr>
              <w:keepNext/>
              <w:spacing w:before="22" w:after="8" w:line="245" w:lineRule="auto"/>
            </w:pPr>
            <w:r>
              <w:rPr>
                <w:b/>
                <w:color w:val="000000"/>
                <w:sz w:val="16"/>
              </w:rPr>
              <w:t>1. URA – Likovna razstava – Opazujem, preizkušam, načrtujem</w:t>
            </w:r>
          </w:p>
          <w:p w14:paraId="2367D62E"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»LIKOVNA RAZSTAVA«.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61907AFA"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7ECAA19B"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3EA6C0E1" w14:textId="77777777" w:rsidR="00080BF0" w:rsidRDefault="00000000">
            <w:pPr>
              <w:keepNext/>
              <w:spacing w:before="22" w:after="8" w:line="245" w:lineRule="auto"/>
            </w:pPr>
            <w:r>
              <w:rPr>
                <w:b/>
                <w:color w:val="000000"/>
                <w:sz w:val="16"/>
              </w:rPr>
              <w:t>2. URA – Likovna razstava – Ustvarjam, predstavim, izboljšam</w:t>
            </w:r>
          </w:p>
          <w:p w14:paraId="1E423E19"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»LIKOVNA RAZSTAVA«; postavlja vprašanja o nameri, nudi tehnično oporo in omogoči izboljšavo. Zaključek 10': 10' – Izvede tiho galerijo; modelira odziv »Opazim … / Učinkuje … / Lahko poskusiš …« ter vodi pospravljanje.</w:t>
            </w:r>
          </w:p>
          <w:p w14:paraId="6E550E0F"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50095281"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24739876" w14:textId="77777777">
              <w:trPr>
                <w:jc w:val="center"/>
              </w:trPr>
              <w:tc>
                <w:tcPr>
                  <w:tcW w:w="7087" w:type="dxa"/>
                  <w:shd w:val="clear" w:color="auto" w:fill="EDC9EA"/>
                  <w:tcMar>
                    <w:top w:w="45" w:type="dxa"/>
                    <w:left w:w="70" w:type="dxa"/>
                    <w:bottom w:w="45" w:type="dxa"/>
                    <w:right w:w="70" w:type="dxa"/>
                  </w:tcMar>
                </w:tcPr>
                <w:p w14:paraId="10AEFEDA" w14:textId="77777777" w:rsidR="00080BF0" w:rsidRDefault="00000000">
                  <w:pPr>
                    <w:keepNext/>
                  </w:pPr>
                  <w:r>
                    <w:rPr>
                      <w:b/>
                      <w:color w:val="000000"/>
                      <w:sz w:val="17"/>
                    </w:rPr>
                    <w:t>ORGANIZACIJA POSTAJ IN PREHODOV</w:t>
                  </w:r>
                </w:p>
              </w:tc>
            </w:tr>
          </w:tbl>
          <w:p w14:paraId="01ACA13E" w14:textId="77777777" w:rsidR="00080BF0" w:rsidRDefault="00080BF0"/>
          <w:p w14:paraId="56B267BE" w14:textId="77777777" w:rsidR="00080BF0" w:rsidRDefault="00000000">
            <w:pPr>
              <w:spacing w:before="8" w:after="8" w:line="245" w:lineRule="auto"/>
            </w:pPr>
            <w:r>
              <w:rPr>
                <w:color w:val="000000"/>
                <w:sz w:val="14"/>
              </w:rPr>
              <w:t>Postaja 1: Izbirna: iz mape izberem delo po dogovorjenem merilu in svojo odločitev utemeljim.</w:t>
            </w:r>
          </w:p>
          <w:p w14:paraId="1542C1EA" w14:textId="77777777" w:rsidR="00080BF0" w:rsidRDefault="00000000">
            <w:pPr>
              <w:spacing w:before="8" w:after="8" w:line="245" w:lineRule="auto"/>
            </w:pPr>
            <w:r>
              <w:rPr>
                <w:color w:val="000000"/>
                <w:sz w:val="14"/>
              </w:rPr>
              <w:t>Postaja 2: Kuratorska: preizkusim razporeditev, višino, zaporedje in razdaljo med deli ter varno uredim postavitev.</w:t>
            </w:r>
          </w:p>
          <w:p w14:paraId="3D15E8FA" w14:textId="77777777" w:rsidR="00080BF0" w:rsidRDefault="00000000">
            <w:pPr>
              <w:spacing w:before="8" w:after="8" w:line="245" w:lineRule="auto"/>
            </w:pPr>
            <w:r>
              <w:rPr>
                <w:color w:val="000000"/>
                <w:sz w:val="14"/>
              </w:rPr>
              <w:t>Postaja 3: Označevalna: izdelam naslov, simbol ali kratko oznako, ki gledalcu pomaga razumeti delo.</w:t>
            </w:r>
          </w:p>
          <w:p w14:paraId="0C9796CA" w14:textId="77777777" w:rsidR="00080BF0" w:rsidRDefault="00000000">
            <w:pPr>
              <w:spacing w:before="8" w:after="8" w:line="245" w:lineRule="auto"/>
            </w:pPr>
            <w:r>
              <w:rPr>
                <w:color w:val="000000"/>
                <w:sz w:val="14"/>
              </w:rPr>
              <w:t>Postaja 4: Galerijska: prevzamem vlogo avtorja, vodnika ali obiskovalca, podam opisni odziv in določim naslednji korak.</w:t>
            </w:r>
          </w:p>
          <w:p w14:paraId="2E80804D"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12C6D74D" w14:textId="77777777" w:rsidR="00080BF0" w:rsidRDefault="00080BF0"/>
          <w:p w14:paraId="713E69D4" w14:textId="77777777" w:rsidR="00080BF0" w:rsidRDefault="00000000">
            <w:pPr>
              <w:spacing w:after="6" w:line="245" w:lineRule="auto"/>
            </w:pPr>
            <w:r>
              <w:rPr>
                <w:b/>
                <w:color w:val="000000"/>
                <w:sz w:val="15"/>
              </w:rPr>
              <w:t>1. URA – Likovna razstava – Opazujem, preizkušam, načrtujem</w:t>
            </w:r>
          </w:p>
          <w:p w14:paraId="026EE773"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73B1DCF3" w14:textId="77777777" w:rsidR="00080BF0" w:rsidRDefault="00000000">
            <w:pPr>
              <w:spacing w:after="20" w:line="245" w:lineRule="auto"/>
            </w:pPr>
            <w:r>
              <w:rPr>
                <w:color w:val="D95BC6"/>
                <w:sz w:val="14"/>
              </w:rPr>
              <w:t>Dokaz: list materialnih poskusov, skica/načrt, učenčeva razlaga in učiteljev zapis o varni rabi.</w:t>
            </w:r>
          </w:p>
          <w:p w14:paraId="09763CA3" w14:textId="77777777" w:rsidR="00080BF0" w:rsidRDefault="00000000">
            <w:pPr>
              <w:spacing w:after="6" w:line="245" w:lineRule="auto"/>
            </w:pPr>
            <w:r>
              <w:rPr>
                <w:b/>
                <w:color w:val="000000"/>
                <w:sz w:val="15"/>
              </w:rPr>
              <w:t>2. URA – Likovna razstava – Ustvarjam, predstavim, izboljšam</w:t>
            </w:r>
          </w:p>
          <w:p w14:paraId="1800E20E"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74ECE656" w14:textId="77777777" w:rsidR="00080BF0" w:rsidRDefault="00000000">
            <w:pPr>
              <w:spacing w:after="20" w:line="245" w:lineRule="auto"/>
            </w:pPr>
            <w:r>
              <w:rPr>
                <w:color w:val="D95BC6"/>
                <w:sz w:val="14"/>
              </w:rPr>
              <w:t>Dokaz: likovni proces in izdelek, fotografija faze, učenčeva razlaga ter samovrednotenje v mapi.</w:t>
            </w:r>
          </w:p>
          <w:p w14:paraId="3F4D545F" w14:textId="77777777" w:rsidR="00080BF0" w:rsidRDefault="00000000">
            <w:pPr>
              <w:spacing w:before="40" w:after="20" w:line="245" w:lineRule="auto"/>
            </w:pPr>
            <w:r>
              <w:rPr>
                <w:b/>
                <w:color w:val="D95BC6"/>
                <w:sz w:val="16"/>
              </w:rPr>
              <w:t>MOJ KROG POSTAJ</w:t>
            </w:r>
          </w:p>
          <w:p w14:paraId="14AAA658" w14:textId="77777777" w:rsidR="00080BF0" w:rsidRDefault="00000000">
            <w:pPr>
              <w:spacing w:after="11" w:line="245" w:lineRule="auto"/>
            </w:pPr>
            <w:r>
              <w:rPr>
                <w:color w:val="000000"/>
                <w:sz w:val="13"/>
              </w:rPr>
              <w:t>1. Izbirna: iz mape izberem delo po dogovorjenem merilu in svojo odločitev utemeljim.</w:t>
            </w:r>
          </w:p>
          <w:p w14:paraId="71BC2BAC" w14:textId="77777777" w:rsidR="00080BF0" w:rsidRDefault="00000000">
            <w:pPr>
              <w:spacing w:after="11" w:line="245" w:lineRule="auto"/>
            </w:pPr>
            <w:r>
              <w:rPr>
                <w:color w:val="000000"/>
                <w:sz w:val="13"/>
              </w:rPr>
              <w:t>2. Kuratorska: preizkusim razporeditev, višino, zaporedje in razdaljo med deli ter varno uredim.</w:t>
            </w:r>
          </w:p>
          <w:p w14:paraId="5AE45E0B" w14:textId="77777777" w:rsidR="00080BF0" w:rsidRDefault="00000000">
            <w:pPr>
              <w:spacing w:after="11" w:line="245" w:lineRule="auto"/>
            </w:pPr>
            <w:r>
              <w:rPr>
                <w:color w:val="000000"/>
                <w:sz w:val="13"/>
              </w:rPr>
              <w:t>3. Označevalna: izdelam naslov, simbol ali kratko oznako, ki gledalcu pomaga razumeti delo.</w:t>
            </w:r>
          </w:p>
          <w:p w14:paraId="05F8AFE1" w14:textId="77777777" w:rsidR="00080BF0" w:rsidRDefault="00000000">
            <w:pPr>
              <w:spacing w:after="11" w:line="245" w:lineRule="auto"/>
            </w:pPr>
            <w:r>
              <w:rPr>
                <w:color w:val="000000"/>
                <w:sz w:val="13"/>
              </w:rPr>
              <w:t>4. Galerijska: prevzamem vlogo avtorja, vodnika ali obiskovalca.</w:t>
            </w:r>
          </w:p>
          <w:p w14:paraId="30800316"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3A032D3F" w14:textId="77777777" w:rsidR="00080BF0" w:rsidRDefault="00000000">
            <w:pPr>
              <w:spacing w:after="20" w:line="245" w:lineRule="auto"/>
            </w:pPr>
            <w:r>
              <w:rPr>
                <w:b/>
                <w:color w:val="D95BC6"/>
                <w:sz w:val="17"/>
              </w:rPr>
              <w:t>DOKAZ O UČENJU</w:t>
            </w:r>
          </w:p>
          <w:p w14:paraId="26EBA3F4"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7151A99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D60C8C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4E3AED7"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DB755BC" w14:textId="77777777" w:rsidR="00080BF0" w:rsidRDefault="00000000">
            <w:pPr>
              <w:jc w:val="center"/>
            </w:pPr>
            <w:r>
              <w:rPr>
                <w:b/>
                <w:color w:val="000000"/>
                <w:sz w:val="20"/>
              </w:rPr>
              <w:t>UČNE DEJAVNOSTI, METODE IN FORMATIVNO SPREMLJANJE</w:t>
            </w:r>
          </w:p>
        </w:tc>
      </w:tr>
      <w:tr w:rsidR="00080BF0" w14:paraId="0ADB5ED5" w14:textId="77777777">
        <w:trPr>
          <w:tblHeader/>
          <w:jc w:val="center"/>
        </w:trPr>
        <w:tc>
          <w:tcPr>
            <w:tcW w:w="4422" w:type="dxa"/>
            <w:vMerge/>
            <w:tcMar>
              <w:top w:w="70" w:type="dxa"/>
              <w:left w:w="90" w:type="dxa"/>
              <w:bottom w:w="70" w:type="dxa"/>
              <w:right w:w="90" w:type="dxa"/>
            </w:tcMar>
            <w:vAlign w:val="center"/>
          </w:tcPr>
          <w:p w14:paraId="1503CFC4" w14:textId="77777777" w:rsidR="00080BF0" w:rsidRDefault="00080BF0"/>
        </w:tc>
        <w:tc>
          <w:tcPr>
            <w:tcW w:w="7087" w:type="dxa"/>
            <w:shd w:val="clear" w:color="auto" w:fill="FFFFFF"/>
            <w:tcMar>
              <w:top w:w="70" w:type="dxa"/>
              <w:left w:w="90" w:type="dxa"/>
              <w:bottom w:w="70" w:type="dxa"/>
              <w:right w:w="90" w:type="dxa"/>
            </w:tcMar>
            <w:vAlign w:val="center"/>
          </w:tcPr>
          <w:p w14:paraId="4E4658A3"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BC33529" w14:textId="77777777" w:rsidR="00080BF0" w:rsidRDefault="00000000">
            <w:pPr>
              <w:jc w:val="center"/>
            </w:pPr>
            <w:r>
              <w:rPr>
                <w:b/>
                <w:color w:val="000000"/>
              </w:rPr>
              <w:t>UČENEC</w:t>
            </w:r>
          </w:p>
        </w:tc>
      </w:tr>
      <w:tr w:rsidR="00080BF0" w14:paraId="62C5E4CB" w14:textId="77777777">
        <w:trPr>
          <w:jc w:val="center"/>
        </w:trPr>
        <w:tc>
          <w:tcPr>
            <w:tcW w:w="4422" w:type="dxa"/>
            <w:tcMar>
              <w:top w:w="70" w:type="dxa"/>
              <w:left w:w="90" w:type="dxa"/>
              <w:bottom w:w="70" w:type="dxa"/>
              <w:right w:w="90" w:type="dxa"/>
            </w:tcMar>
          </w:tcPr>
          <w:p w14:paraId="1CD1CB73" w14:textId="77777777" w:rsidR="00080BF0" w:rsidRDefault="00080BF0"/>
          <w:p w14:paraId="3776CBDA" w14:textId="77777777" w:rsidR="00080BF0" w:rsidRDefault="00000000">
            <w:pPr>
              <w:spacing w:after="40" w:line="245" w:lineRule="auto"/>
            </w:pPr>
            <w:r>
              <w:rPr>
                <w:b/>
                <w:color w:val="000000"/>
              </w:rPr>
              <w:t>FORMATIVNO SPREMLJANJE</w:t>
            </w:r>
          </w:p>
          <w:p w14:paraId="63773233" w14:textId="77777777" w:rsidR="00080BF0" w:rsidRDefault="00000000">
            <w:pPr>
              <w:pStyle w:val="Oznaenseznam"/>
              <w:spacing w:after="16"/>
            </w:pPr>
            <w:r>
              <w:rPr>
                <w:color w:val="000000"/>
                <w:sz w:val="15"/>
              </w:rPr>
              <w:t>predznanje: opažanje, gibalna ponazoritev, izbira kartice, razvrstitev materialov, poskusna sled ali skica</w:t>
            </w:r>
          </w:p>
          <w:p w14:paraId="6ECDBDB8"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65F42AF6"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63210797" w14:textId="77777777" w:rsidR="00080BF0" w:rsidRDefault="00000000">
            <w:pPr>
              <w:pStyle w:val="Oznaenseznam"/>
              <w:spacing w:after="16"/>
            </w:pPr>
            <w:r>
              <w:rPr>
                <w:color w:val="000000"/>
                <w:sz w:val="15"/>
              </w:rPr>
              <w:t>povratna informacija: opis vidne likovne odločitve, povezava z enim merilom in izvedljiv naslednji korak</w:t>
            </w:r>
          </w:p>
          <w:p w14:paraId="052D1F19" w14:textId="77777777" w:rsidR="00080BF0" w:rsidRDefault="00000000">
            <w:pPr>
              <w:pStyle w:val="Oznaenseznam"/>
              <w:spacing w:after="16"/>
            </w:pPr>
            <w:r>
              <w:rPr>
                <w:color w:val="000000"/>
                <w:sz w:val="15"/>
              </w:rPr>
              <w:t>samovrednotenje: likovni semafor, lestvica samostojnosti, izbran dokaz, galerijski odziv in izboljšava</w:t>
            </w:r>
          </w:p>
          <w:p w14:paraId="2F0EC37F" w14:textId="77777777" w:rsidR="00080BF0" w:rsidRDefault="00000000">
            <w:pPr>
              <w:spacing w:before="40" w:after="20" w:line="245" w:lineRule="auto"/>
            </w:pPr>
            <w:r>
              <w:rPr>
                <w:b/>
                <w:color w:val="000000"/>
                <w:sz w:val="17"/>
              </w:rPr>
              <w:t>VARNOST, HIGIENA IN UREDITEV PROSTORA</w:t>
            </w:r>
          </w:p>
          <w:p w14:paraId="646EA891"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Razstavljanje poteka na dosegljivi višini; učenci ne plezajo na pohištvo in ne zakrivajo prehodov.</w:t>
            </w:r>
          </w:p>
          <w:p w14:paraId="04459CD2" w14:textId="77777777" w:rsidR="00080BF0" w:rsidRDefault="00000000">
            <w:pPr>
              <w:spacing w:after="20" w:line="245" w:lineRule="auto"/>
            </w:pPr>
            <w:r>
              <w:rPr>
                <w:b/>
                <w:color w:val="000000"/>
                <w:sz w:val="17"/>
              </w:rPr>
              <w:t>EVIDENCA PO IZVEDBI</w:t>
            </w:r>
          </w:p>
          <w:p w14:paraId="7D9DC51B"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289F8C14" w14:textId="77777777" w:rsidR="00080BF0" w:rsidRDefault="00000000">
            <w:pPr>
              <w:spacing w:before="40" w:after="20" w:line="245" w:lineRule="auto"/>
            </w:pPr>
            <w:r>
              <w:rPr>
                <w:b/>
                <w:color w:val="000000"/>
                <w:sz w:val="17"/>
              </w:rPr>
              <w:t>RAVEN DOSEGANJA</w:t>
            </w:r>
          </w:p>
          <w:p w14:paraId="0BCDAB11"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6C286FCF"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5FDE209" w14:textId="77777777">
              <w:trPr>
                <w:jc w:val="center"/>
              </w:trPr>
              <w:tc>
                <w:tcPr>
                  <w:tcW w:w="7087" w:type="dxa"/>
                  <w:shd w:val="clear" w:color="auto" w:fill="EDC9EA"/>
                  <w:tcMar>
                    <w:top w:w="45" w:type="dxa"/>
                    <w:left w:w="70" w:type="dxa"/>
                    <w:bottom w:w="45" w:type="dxa"/>
                    <w:right w:w="70" w:type="dxa"/>
                  </w:tcMar>
                </w:tcPr>
                <w:p w14:paraId="665640B9" w14:textId="77777777" w:rsidR="00080BF0" w:rsidRDefault="00000000">
                  <w:pPr>
                    <w:keepNext/>
                  </w:pPr>
                  <w:r>
                    <w:rPr>
                      <w:b/>
                      <w:color w:val="000000"/>
                    </w:rPr>
                    <w:t>VPRAŠANJA V PODPORO LIKOVNEMU UČENJU</w:t>
                  </w:r>
                </w:p>
              </w:tc>
            </w:tr>
          </w:tbl>
          <w:p w14:paraId="47D52B2A" w14:textId="77777777" w:rsidR="00080BF0" w:rsidRDefault="00080BF0">
            <w:pPr>
              <w:spacing w:line="20" w:lineRule="exact"/>
            </w:pPr>
          </w:p>
          <w:p w14:paraId="57E5D76D" w14:textId="77777777" w:rsidR="00080BF0" w:rsidRDefault="00000000">
            <w:pPr>
              <w:pStyle w:val="Oznaenseznam"/>
              <w:spacing w:after="16"/>
            </w:pPr>
            <w:r>
              <w:rPr>
                <w:color w:val="000000"/>
                <w:sz w:val="16"/>
              </w:rPr>
              <w:t>Kaj si najprej opazil/-a in katera likovna prvina je zate najpomembnejša?</w:t>
            </w:r>
          </w:p>
          <w:p w14:paraId="27866364" w14:textId="77777777" w:rsidR="00080BF0" w:rsidRDefault="00000000">
            <w:pPr>
              <w:pStyle w:val="Oznaenseznam"/>
              <w:spacing w:after="16"/>
            </w:pPr>
            <w:r>
              <w:rPr>
                <w:color w:val="000000"/>
                <w:sz w:val="16"/>
              </w:rPr>
              <w:t>Kako je material ali postopek vplival na črto, barvo, obliko, površino, prostor oziroma delovanje izdelka?</w:t>
            </w:r>
          </w:p>
          <w:p w14:paraId="699FB14B" w14:textId="77777777" w:rsidR="00080BF0" w:rsidRDefault="00000000">
            <w:pPr>
              <w:pStyle w:val="Oznaenseznam"/>
              <w:spacing w:after="16"/>
            </w:pPr>
            <w:r>
              <w:rPr>
                <w:color w:val="000000"/>
                <w:sz w:val="16"/>
              </w:rPr>
              <w:t>Katero možnost si preizkusil/-a, zakaj si jo izbral/-a in kaj si ob poskusu spremenil/-a?</w:t>
            </w:r>
          </w:p>
          <w:p w14:paraId="2E616C67" w14:textId="77777777" w:rsidR="00080BF0" w:rsidRDefault="00000000">
            <w:pPr>
              <w:pStyle w:val="Oznaenseznam"/>
              <w:spacing w:after="16"/>
            </w:pPr>
            <w:r>
              <w:rPr>
                <w:color w:val="000000"/>
                <w:sz w:val="16"/>
              </w:rPr>
              <w:t>Kateri del tvojega procesa ali izdelka najjasneje pokaže dogovorjeno merilo?</w:t>
            </w:r>
          </w:p>
          <w:p w14:paraId="6A88834E"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487E2689" w14:textId="77777777">
              <w:trPr>
                <w:jc w:val="center"/>
              </w:trPr>
              <w:tc>
                <w:tcPr>
                  <w:tcW w:w="7087" w:type="dxa"/>
                  <w:shd w:val="clear" w:color="auto" w:fill="C6E7F3"/>
                  <w:tcMar>
                    <w:top w:w="45" w:type="dxa"/>
                    <w:left w:w="70" w:type="dxa"/>
                    <w:bottom w:w="45" w:type="dxa"/>
                    <w:right w:w="70" w:type="dxa"/>
                  </w:tcMar>
                </w:tcPr>
                <w:p w14:paraId="12224A04" w14:textId="77777777" w:rsidR="00080BF0" w:rsidRDefault="00000000">
                  <w:pPr>
                    <w:keepNext/>
                  </w:pPr>
                  <w:r>
                    <w:rPr>
                      <w:b/>
                      <w:color w:val="000000"/>
                    </w:rPr>
                    <w:t>ZAKLJUČNI DEL – TIHA GALERIJA, RAZLAGA IN REFLEKSIJA (8–12 min)</w:t>
                  </w:r>
                </w:p>
              </w:tc>
            </w:tr>
          </w:tbl>
          <w:p w14:paraId="2A99409E" w14:textId="77777777" w:rsidR="00080BF0" w:rsidRDefault="00080BF0">
            <w:pPr>
              <w:spacing w:line="20" w:lineRule="exact"/>
            </w:pPr>
          </w:p>
          <w:p w14:paraId="5450C7FC"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529C27AD" w14:textId="77777777">
              <w:trPr>
                <w:jc w:val="center"/>
              </w:trPr>
              <w:tc>
                <w:tcPr>
                  <w:tcW w:w="7087" w:type="dxa"/>
                  <w:shd w:val="clear" w:color="auto" w:fill="EDC9EA"/>
                  <w:tcMar>
                    <w:top w:w="45" w:type="dxa"/>
                    <w:left w:w="70" w:type="dxa"/>
                    <w:bottom w:w="45" w:type="dxa"/>
                    <w:right w:w="70" w:type="dxa"/>
                  </w:tcMar>
                </w:tcPr>
                <w:p w14:paraId="3A14FF8A" w14:textId="77777777" w:rsidR="00080BF0" w:rsidRDefault="00000000">
                  <w:pPr>
                    <w:keepNext/>
                  </w:pPr>
                  <w:r>
                    <w:rPr>
                      <w:b/>
                      <w:color w:val="000000"/>
                    </w:rPr>
                    <w:t>SAMOVREDNOTENJE</w:t>
                  </w:r>
                </w:p>
              </w:tc>
            </w:tr>
          </w:tbl>
          <w:p w14:paraId="4BAAE9D2" w14:textId="77777777" w:rsidR="00080BF0" w:rsidRDefault="00080BF0">
            <w:pPr>
              <w:spacing w:line="20" w:lineRule="exact"/>
            </w:pPr>
          </w:p>
          <w:p w14:paraId="76D8EC2F"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77188EBE" w14:textId="77777777">
              <w:trPr>
                <w:jc w:val="center"/>
              </w:trPr>
              <w:tc>
                <w:tcPr>
                  <w:tcW w:w="7087" w:type="dxa"/>
                  <w:shd w:val="clear" w:color="auto" w:fill="EDC9EA"/>
                  <w:tcMar>
                    <w:top w:w="45" w:type="dxa"/>
                    <w:left w:w="70" w:type="dxa"/>
                    <w:bottom w:w="45" w:type="dxa"/>
                    <w:right w:w="70" w:type="dxa"/>
                  </w:tcMar>
                </w:tcPr>
                <w:p w14:paraId="7AE9D18A" w14:textId="77777777" w:rsidR="00080BF0" w:rsidRDefault="00000000">
                  <w:pPr>
                    <w:keepNext/>
                  </w:pPr>
                  <w:r>
                    <w:rPr>
                      <w:b/>
                      <w:color w:val="000000"/>
                    </w:rPr>
                    <w:t>VRSTNIŠKO VREDNOTENJE</w:t>
                  </w:r>
                </w:p>
              </w:tc>
            </w:tr>
          </w:tbl>
          <w:p w14:paraId="042919B8" w14:textId="77777777" w:rsidR="00080BF0" w:rsidRDefault="00080BF0">
            <w:pPr>
              <w:spacing w:line="20" w:lineRule="exact"/>
            </w:pPr>
          </w:p>
          <w:p w14:paraId="37CC63B6"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7FB01E02" w14:textId="77777777">
              <w:trPr>
                <w:jc w:val="center"/>
              </w:trPr>
              <w:tc>
                <w:tcPr>
                  <w:tcW w:w="7087" w:type="dxa"/>
                  <w:shd w:val="clear" w:color="auto" w:fill="EDC9EA"/>
                  <w:tcMar>
                    <w:top w:w="45" w:type="dxa"/>
                    <w:left w:w="70" w:type="dxa"/>
                    <w:bottom w:w="45" w:type="dxa"/>
                    <w:right w:w="70" w:type="dxa"/>
                  </w:tcMar>
                </w:tcPr>
                <w:p w14:paraId="371A1BFA" w14:textId="77777777" w:rsidR="00080BF0" w:rsidRDefault="00000000">
                  <w:pPr>
                    <w:keepNext/>
                  </w:pPr>
                  <w:r>
                    <w:rPr>
                      <w:b/>
                      <w:color w:val="000000"/>
                    </w:rPr>
                    <w:t>SKUPNI POVZETEK</w:t>
                  </w:r>
                </w:p>
              </w:tc>
            </w:tr>
          </w:tbl>
          <w:p w14:paraId="227C2AEA" w14:textId="77777777" w:rsidR="00080BF0" w:rsidRDefault="00080BF0"/>
          <w:p w14:paraId="108713F9" w14:textId="77777777" w:rsidR="00080BF0" w:rsidRDefault="00000000">
            <w:pPr>
              <w:spacing w:before="20" w:after="40" w:line="245" w:lineRule="auto"/>
            </w:pPr>
            <w:r>
              <w:rPr>
                <w:b/>
                <w:color w:val="000000"/>
                <w:sz w:val="16"/>
              </w:rPr>
              <w:t>izberem delo; oblikujem oznako; poda opisno povratno informacijo. Izbrani dokaz pojasnim in po povratni informaciji izboljšam.</w:t>
            </w:r>
          </w:p>
        </w:tc>
        <w:tc>
          <w:tcPr>
            <w:tcW w:w="2551" w:type="dxa"/>
            <w:tcMar>
              <w:top w:w="70" w:type="dxa"/>
              <w:left w:w="90" w:type="dxa"/>
              <w:bottom w:w="70" w:type="dxa"/>
              <w:right w:w="90" w:type="dxa"/>
            </w:tcMar>
          </w:tcPr>
          <w:p w14:paraId="2915FD71" w14:textId="77777777" w:rsidR="00080BF0" w:rsidRDefault="00080BF0"/>
          <w:p w14:paraId="4BA8A48D" w14:textId="77777777" w:rsidR="00080BF0" w:rsidRDefault="00000000">
            <w:pPr>
              <w:spacing w:after="80" w:line="245" w:lineRule="auto"/>
            </w:pPr>
            <w:r>
              <w:rPr>
                <w:color w:val="000000"/>
                <w:sz w:val="15"/>
              </w:rPr>
              <w:t>Odgovarja na podporna vprašanja in se sklicuje na opaženo, preizkušeno, ustvarjeno ali razstavljeno.</w:t>
            </w:r>
          </w:p>
          <w:p w14:paraId="1FBDA086" w14:textId="77777777" w:rsidR="00080BF0" w:rsidRDefault="00000000">
            <w:pPr>
              <w:spacing w:after="80" w:line="245" w:lineRule="auto"/>
            </w:pPr>
            <w:r>
              <w:rPr>
                <w:color w:val="000000"/>
                <w:sz w:val="15"/>
              </w:rPr>
              <w:t>Predstavi izbrani procesni ali izdelkovni dokaz ter pove, katero merilo z njim pokaže.</w:t>
            </w:r>
          </w:p>
          <w:p w14:paraId="48C3EC5A" w14:textId="77777777" w:rsidR="00080BF0" w:rsidRDefault="00000000">
            <w:pPr>
              <w:spacing w:after="80" w:line="245" w:lineRule="auto"/>
            </w:pPr>
            <w:r>
              <w:rPr>
                <w:color w:val="000000"/>
                <w:sz w:val="15"/>
              </w:rPr>
              <w:t>Tiho opazuje vrstnikovo delo, opiše eno konkretno likovno rešitev in poda prijazen predlog.</w:t>
            </w:r>
          </w:p>
          <w:p w14:paraId="1F4F10F7" w14:textId="77777777" w:rsidR="00080BF0" w:rsidRDefault="00000000">
            <w:pPr>
              <w:spacing w:after="80" w:line="245" w:lineRule="auto"/>
            </w:pPr>
            <w:r>
              <w:rPr>
                <w:color w:val="000000"/>
                <w:sz w:val="15"/>
              </w:rPr>
              <w:t>Po povratni informaciji po želji ponovi poskus, spremeni podrobnost, izboljša spoj, razporeditev ali razlago.</w:t>
            </w:r>
          </w:p>
          <w:p w14:paraId="374A8628" w14:textId="77777777" w:rsidR="00080BF0" w:rsidRDefault="00000000">
            <w:pPr>
              <w:spacing w:after="100" w:line="245" w:lineRule="auto"/>
            </w:pPr>
            <w:r>
              <w:rPr>
                <w:color w:val="000000"/>
                <w:sz w:val="15"/>
              </w:rPr>
              <w:t>Izbere raven samostojnosti ter določi majhen in izvedljiv naslednji ustvarjalni korak.</w:t>
            </w:r>
          </w:p>
          <w:p w14:paraId="41098FBD" w14:textId="77777777" w:rsidR="00080BF0" w:rsidRDefault="00000000">
            <w:pPr>
              <w:spacing w:after="20" w:line="245" w:lineRule="auto"/>
            </w:pPr>
            <w:r>
              <w:rPr>
                <w:b/>
                <w:color w:val="D95BC6"/>
                <w:sz w:val="17"/>
              </w:rPr>
              <w:t>DOKAZ O UČENJU</w:t>
            </w:r>
          </w:p>
          <w:p w14:paraId="26DC0C05"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5CE73CC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5F5BCA42" w14:textId="77777777">
        <w:trPr>
          <w:cantSplit/>
          <w:jc w:val="center"/>
        </w:trPr>
        <w:tc>
          <w:tcPr>
            <w:tcW w:w="14060" w:type="dxa"/>
            <w:gridSpan w:val="6"/>
            <w:tcMar>
              <w:top w:w="70" w:type="dxa"/>
              <w:left w:w="90" w:type="dxa"/>
              <w:bottom w:w="70" w:type="dxa"/>
              <w:right w:w="90" w:type="dxa"/>
            </w:tcMar>
            <w:vAlign w:val="center"/>
          </w:tcPr>
          <w:p w14:paraId="2E146462" w14:textId="77777777" w:rsidR="00080BF0" w:rsidRDefault="00000000">
            <w:pPr>
              <w:jc w:val="center"/>
            </w:pPr>
            <w:r>
              <w:rPr>
                <w:b/>
                <w:color w:val="000000"/>
                <w:sz w:val="24"/>
              </w:rPr>
              <w:lastRenderedPageBreak/>
              <w:t>UČNA PRIPRAVA 36/39</w:t>
            </w:r>
          </w:p>
        </w:tc>
      </w:tr>
      <w:tr w:rsidR="00080BF0" w14:paraId="35E8B441" w14:textId="77777777">
        <w:trPr>
          <w:jc w:val="center"/>
        </w:trPr>
        <w:tc>
          <w:tcPr>
            <w:tcW w:w="2665" w:type="dxa"/>
            <w:tcMar>
              <w:top w:w="70" w:type="dxa"/>
              <w:left w:w="90" w:type="dxa"/>
              <w:bottom w:w="70" w:type="dxa"/>
              <w:right w:w="90" w:type="dxa"/>
            </w:tcMar>
            <w:vAlign w:val="center"/>
          </w:tcPr>
          <w:p w14:paraId="5F6B2AD4"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D56F397"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7BCBA2E5"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E35307D" w14:textId="77777777" w:rsidR="00080BF0" w:rsidRDefault="00000000">
            <w:r>
              <w:rPr>
                <w:b/>
                <w:color w:val="000000"/>
                <w:sz w:val="16"/>
              </w:rPr>
              <w:t xml:space="preserve">NAČRTOVANI TERMIN: </w:t>
            </w:r>
            <w:r>
              <w:rPr>
                <w:color w:val="000000"/>
                <w:sz w:val="16"/>
              </w:rPr>
              <w:t>36. teden • 31. 5.–4. 6. 2027</w:t>
            </w:r>
          </w:p>
        </w:tc>
        <w:tc>
          <w:tcPr>
            <w:tcW w:w="2268" w:type="dxa"/>
            <w:tcMar>
              <w:top w:w="70" w:type="dxa"/>
              <w:left w:w="90" w:type="dxa"/>
              <w:bottom w:w="70" w:type="dxa"/>
              <w:right w:w="90" w:type="dxa"/>
            </w:tcMar>
            <w:vAlign w:val="center"/>
          </w:tcPr>
          <w:p w14:paraId="69920AA4"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2AF309D" w14:textId="77777777" w:rsidR="00080BF0" w:rsidRDefault="00000000">
            <w:r>
              <w:rPr>
                <w:b/>
                <w:color w:val="000000"/>
                <w:sz w:val="16"/>
              </w:rPr>
              <w:t xml:space="preserve">ŠTEVILO UR: </w:t>
            </w:r>
            <w:r>
              <w:rPr>
                <w:color w:val="000000"/>
                <w:sz w:val="16"/>
              </w:rPr>
              <w:t>2</w:t>
            </w:r>
          </w:p>
        </w:tc>
      </w:tr>
      <w:tr w:rsidR="00080BF0" w14:paraId="35E3EA84" w14:textId="77777777">
        <w:trPr>
          <w:jc w:val="center"/>
        </w:trPr>
        <w:tc>
          <w:tcPr>
            <w:tcW w:w="14061" w:type="dxa"/>
            <w:gridSpan w:val="6"/>
            <w:tcMar>
              <w:top w:w="70" w:type="dxa"/>
              <w:left w:w="90" w:type="dxa"/>
              <w:bottom w:w="70" w:type="dxa"/>
              <w:right w:w="90" w:type="dxa"/>
            </w:tcMar>
            <w:vAlign w:val="center"/>
          </w:tcPr>
          <w:p w14:paraId="3B57E473"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0EF1FE1F" w14:textId="77777777">
        <w:trPr>
          <w:cantSplit/>
          <w:jc w:val="center"/>
        </w:trPr>
        <w:tc>
          <w:tcPr>
            <w:tcW w:w="14060" w:type="dxa"/>
            <w:gridSpan w:val="6"/>
            <w:tcMar>
              <w:top w:w="70" w:type="dxa"/>
              <w:left w:w="90" w:type="dxa"/>
              <w:bottom w:w="70" w:type="dxa"/>
              <w:right w:w="90" w:type="dxa"/>
            </w:tcMar>
            <w:vAlign w:val="center"/>
          </w:tcPr>
          <w:p w14:paraId="03A8A286" w14:textId="77777777" w:rsidR="00080BF0" w:rsidRDefault="00080BF0"/>
          <w:p w14:paraId="776F969D" w14:textId="77777777" w:rsidR="00080BF0" w:rsidRDefault="00000000">
            <w:pPr>
              <w:spacing w:line="245" w:lineRule="auto"/>
            </w:pPr>
            <w:r>
              <w:rPr>
                <w:b/>
                <w:color w:val="000000"/>
                <w:sz w:val="15"/>
              </w:rPr>
              <w:t xml:space="preserve">UČNI SKLOP: </w:t>
            </w:r>
            <w:r>
              <w:rPr>
                <w:color w:val="000000"/>
                <w:sz w:val="15"/>
              </w:rPr>
              <w:t>POLETJE, SKUPNOST IN ZAKLJUČEK</w:t>
            </w:r>
          </w:p>
        </w:tc>
      </w:tr>
      <w:tr w:rsidR="00080BF0" w14:paraId="28F43AAE" w14:textId="77777777">
        <w:trPr>
          <w:cantSplit/>
          <w:jc w:val="center"/>
        </w:trPr>
        <w:tc>
          <w:tcPr>
            <w:tcW w:w="14060" w:type="dxa"/>
            <w:gridSpan w:val="6"/>
            <w:tcMar>
              <w:top w:w="70" w:type="dxa"/>
              <w:left w:w="90" w:type="dxa"/>
              <w:bottom w:w="70" w:type="dxa"/>
              <w:right w:w="90" w:type="dxa"/>
            </w:tcMar>
            <w:vAlign w:val="center"/>
          </w:tcPr>
          <w:p w14:paraId="74AEB31D" w14:textId="77777777" w:rsidR="00080BF0" w:rsidRDefault="00080BF0"/>
          <w:p w14:paraId="6D1A6727" w14:textId="77777777" w:rsidR="00080BF0" w:rsidRDefault="00000000">
            <w:pPr>
              <w:spacing w:line="245" w:lineRule="auto"/>
            </w:pPr>
            <w:r>
              <w:rPr>
                <w:b/>
                <w:color w:val="000000"/>
                <w:sz w:val="15"/>
              </w:rPr>
              <w:t xml:space="preserve">UČNA TEMA: </w:t>
            </w:r>
            <w:r>
              <w:rPr>
                <w:color w:val="000000"/>
                <w:sz w:val="15"/>
              </w:rPr>
              <w:t>SLIKANJE NA PROSTEM</w:t>
            </w:r>
          </w:p>
        </w:tc>
      </w:tr>
      <w:tr w:rsidR="00080BF0" w14:paraId="6293D6D3" w14:textId="77777777">
        <w:trPr>
          <w:cantSplit/>
          <w:jc w:val="center"/>
        </w:trPr>
        <w:tc>
          <w:tcPr>
            <w:tcW w:w="14060" w:type="dxa"/>
            <w:gridSpan w:val="6"/>
            <w:tcMar>
              <w:top w:w="70" w:type="dxa"/>
              <w:left w:w="90" w:type="dxa"/>
              <w:bottom w:w="70" w:type="dxa"/>
              <w:right w:w="90" w:type="dxa"/>
            </w:tcMar>
            <w:vAlign w:val="center"/>
          </w:tcPr>
          <w:p w14:paraId="3C7BF443" w14:textId="77777777" w:rsidR="00080BF0" w:rsidRDefault="00080BF0"/>
          <w:p w14:paraId="7A567A04" w14:textId="77777777" w:rsidR="00080BF0" w:rsidRDefault="00000000">
            <w:pPr>
              <w:spacing w:line="245" w:lineRule="auto"/>
            </w:pPr>
            <w:r>
              <w:rPr>
                <w:b/>
                <w:color w:val="000000"/>
                <w:sz w:val="15"/>
              </w:rPr>
              <w:t xml:space="preserve">KNJIŽEVNO / MOTIVNO IZHODIŠČE: </w:t>
            </w:r>
            <w:r>
              <w:rPr>
                <w:color w:val="000000"/>
                <w:sz w:val="15"/>
              </w:rPr>
              <w:t>»Sonček boža tačice« – Srečko Kosovel • NADALJEVANJE • poletje, sonce, varnost in doživljanje narave</w:t>
            </w:r>
          </w:p>
        </w:tc>
      </w:tr>
      <w:tr w:rsidR="00080BF0" w14:paraId="480B6767" w14:textId="77777777">
        <w:trPr>
          <w:cantSplit/>
          <w:jc w:val="center"/>
        </w:trPr>
        <w:tc>
          <w:tcPr>
            <w:tcW w:w="14060" w:type="dxa"/>
            <w:gridSpan w:val="6"/>
            <w:tcMar>
              <w:top w:w="70" w:type="dxa"/>
              <w:left w:w="90" w:type="dxa"/>
              <w:bottom w:w="70" w:type="dxa"/>
              <w:right w:w="90" w:type="dxa"/>
            </w:tcMar>
            <w:vAlign w:val="center"/>
          </w:tcPr>
          <w:p w14:paraId="5CA541BB" w14:textId="77777777" w:rsidR="00080BF0" w:rsidRDefault="00080BF0"/>
          <w:p w14:paraId="4AD77E0C" w14:textId="77777777" w:rsidR="00080BF0" w:rsidRDefault="00000000">
            <w:pPr>
              <w:spacing w:line="245" w:lineRule="auto"/>
            </w:pPr>
            <w:r>
              <w:rPr>
                <w:b/>
                <w:color w:val="000000"/>
                <w:sz w:val="15"/>
              </w:rPr>
              <w:t xml:space="preserve">LIKOVNO IZHODIŠČE / MOTIVACIJA: </w:t>
            </w:r>
            <w:r>
              <w:rPr>
                <w:color w:val="000000"/>
                <w:sz w:val="15"/>
              </w:rPr>
              <w:t>barva iz zgodbe izgubi svoje razpoloženje; učenci z opazovanjem, mešanjem in gibalnim odzivom ugotavljajo, kako bi jo ponovno izrazili v motivu »slikanje na prostem«. Tematska rešitev: slika sončno pokrajino na prostem.</w:t>
            </w:r>
          </w:p>
        </w:tc>
      </w:tr>
      <w:tr w:rsidR="00080BF0" w14:paraId="69E323B1" w14:textId="77777777">
        <w:trPr>
          <w:cantSplit/>
          <w:jc w:val="center"/>
        </w:trPr>
        <w:tc>
          <w:tcPr>
            <w:tcW w:w="14060" w:type="dxa"/>
            <w:gridSpan w:val="6"/>
            <w:tcMar>
              <w:top w:w="70" w:type="dxa"/>
              <w:left w:w="90" w:type="dxa"/>
              <w:bottom w:w="70" w:type="dxa"/>
              <w:right w:w="90" w:type="dxa"/>
            </w:tcMar>
            <w:vAlign w:val="center"/>
          </w:tcPr>
          <w:p w14:paraId="788ABA79" w14:textId="77777777" w:rsidR="00080BF0" w:rsidRDefault="00080BF0"/>
          <w:p w14:paraId="7D20AEE9" w14:textId="77777777" w:rsidR="00080BF0" w:rsidRDefault="00000000">
            <w:pPr>
              <w:spacing w:line="245" w:lineRule="auto"/>
            </w:pPr>
            <w:r>
              <w:rPr>
                <w:b/>
                <w:color w:val="000000"/>
                <w:sz w:val="15"/>
              </w:rPr>
              <w:t xml:space="preserve">UČNE ENOTE: </w:t>
            </w:r>
            <w:r>
              <w:rPr>
                <w:color w:val="000000"/>
                <w:sz w:val="15"/>
              </w:rPr>
              <w:t>1. ura – Slikanje na prostem – Opazujem, preizkušam, načrtujem • 2. ura – Slikanje na prostem – Ustvarjam, predstavim, izboljšam</w:t>
            </w:r>
          </w:p>
        </w:tc>
      </w:tr>
      <w:tr w:rsidR="00080BF0" w14:paraId="03BBB970" w14:textId="77777777">
        <w:trPr>
          <w:cantSplit/>
          <w:jc w:val="center"/>
        </w:trPr>
        <w:tc>
          <w:tcPr>
            <w:tcW w:w="14060" w:type="dxa"/>
            <w:gridSpan w:val="6"/>
            <w:tcMar>
              <w:top w:w="70" w:type="dxa"/>
              <w:left w:w="90" w:type="dxa"/>
              <w:bottom w:w="70" w:type="dxa"/>
              <w:right w:w="90" w:type="dxa"/>
            </w:tcMar>
            <w:vAlign w:val="center"/>
          </w:tcPr>
          <w:p w14:paraId="49DD31AA" w14:textId="77777777" w:rsidR="00080BF0" w:rsidRDefault="00080BF0"/>
          <w:p w14:paraId="45C723F8"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17E95637" w14:textId="77777777">
        <w:trPr>
          <w:cantSplit/>
          <w:jc w:val="center"/>
        </w:trPr>
        <w:tc>
          <w:tcPr>
            <w:tcW w:w="14060" w:type="dxa"/>
            <w:gridSpan w:val="6"/>
            <w:tcMar>
              <w:top w:w="70" w:type="dxa"/>
              <w:left w:w="90" w:type="dxa"/>
              <w:bottom w:w="70" w:type="dxa"/>
              <w:right w:w="90" w:type="dxa"/>
            </w:tcMar>
            <w:vAlign w:val="center"/>
          </w:tcPr>
          <w:p w14:paraId="53C5B715" w14:textId="77777777" w:rsidR="00080BF0" w:rsidRDefault="00080BF0"/>
          <w:p w14:paraId="630D7FB6"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059676A6" w14:textId="77777777">
        <w:trPr>
          <w:cantSplit/>
          <w:jc w:val="center"/>
        </w:trPr>
        <w:tc>
          <w:tcPr>
            <w:tcW w:w="14060" w:type="dxa"/>
            <w:gridSpan w:val="6"/>
            <w:tcMar>
              <w:top w:w="70" w:type="dxa"/>
              <w:left w:w="90" w:type="dxa"/>
              <w:bottom w:w="70" w:type="dxa"/>
              <w:right w:w="90" w:type="dxa"/>
            </w:tcMar>
            <w:vAlign w:val="center"/>
          </w:tcPr>
          <w:p w14:paraId="6D9D4170" w14:textId="77777777" w:rsidR="00080BF0" w:rsidRDefault="00080BF0"/>
          <w:p w14:paraId="44E44E23"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23B82A59" w14:textId="77777777">
        <w:trPr>
          <w:cantSplit/>
          <w:jc w:val="center"/>
        </w:trPr>
        <w:tc>
          <w:tcPr>
            <w:tcW w:w="14060" w:type="dxa"/>
            <w:gridSpan w:val="6"/>
            <w:tcMar>
              <w:top w:w="70" w:type="dxa"/>
              <w:left w:w="90" w:type="dxa"/>
              <w:bottom w:w="70" w:type="dxa"/>
              <w:right w:w="90" w:type="dxa"/>
            </w:tcMar>
            <w:vAlign w:val="center"/>
          </w:tcPr>
          <w:p w14:paraId="7852814A" w14:textId="77777777" w:rsidR="00080BF0" w:rsidRDefault="00080BF0"/>
          <w:p w14:paraId="1036DC90" w14:textId="77777777" w:rsidR="00080BF0" w:rsidRDefault="00000000">
            <w:pPr>
              <w:spacing w:line="245" w:lineRule="auto"/>
            </w:pPr>
            <w:r>
              <w:rPr>
                <w:b/>
                <w:color w:val="000000"/>
                <w:sz w:val="15"/>
              </w:rPr>
              <w:t xml:space="preserve">MEDPREDMETNE POVEZAVE: </w:t>
            </w:r>
            <w:r>
              <w:rPr>
                <w:color w:val="000000"/>
                <w:sz w:val="15"/>
              </w:rPr>
              <w:t>SPO – poletje, sonce, varnost in doživljanje narave; SLJ – poslušanje, opis opažanja, poimenovanje postopka in predstavitev; MAT – oblike, razvrščanje, vzorci in prostorski odnosi; ŠPO – gibalna črta, telesna skulptura, smer in ravnotežje; GUM – ritem, ponavljanje.</w:t>
            </w:r>
          </w:p>
        </w:tc>
      </w:tr>
      <w:tr w:rsidR="00080BF0" w14:paraId="792A9512" w14:textId="77777777">
        <w:trPr>
          <w:cantSplit/>
          <w:jc w:val="center"/>
        </w:trPr>
        <w:tc>
          <w:tcPr>
            <w:tcW w:w="14060" w:type="dxa"/>
            <w:gridSpan w:val="6"/>
            <w:tcMar>
              <w:top w:w="70" w:type="dxa"/>
              <w:left w:w="90" w:type="dxa"/>
              <w:bottom w:w="70" w:type="dxa"/>
              <w:right w:w="90" w:type="dxa"/>
            </w:tcMar>
            <w:vAlign w:val="center"/>
          </w:tcPr>
          <w:p w14:paraId="6B3D6E59" w14:textId="77777777" w:rsidR="00080BF0" w:rsidRDefault="00080BF0"/>
          <w:p w14:paraId="2EBF3A41" w14:textId="77777777" w:rsidR="00080BF0" w:rsidRDefault="00000000">
            <w:pPr>
              <w:spacing w:line="245" w:lineRule="auto"/>
            </w:pPr>
            <w:r>
              <w:rPr>
                <w:b/>
                <w:color w:val="000000"/>
                <w:sz w:val="15"/>
              </w:rPr>
              <w:t xml:space="preserve">UČNA SREDSTVA IN PRIPOMOČKI: </w:t>
            </w:r>
            <w:r>
              <w:rPr>
                <w:color w:val="000000"/>
                <w:sz w:val="15"/>
              </w:rPr>
              <w:t>debelejši papir, tempera ali vodene barve, čopiči različnih širin, palete, lončki za vodo, gobice, krpe in zaščita miz; fotografija, reprodukcija ali resnični predmet za opazovanje; kartice namena in meril; talne oznake štirih postaj; mapa dokazov; sredstva za čiščenje in pospravljanje</w:t>
            </w:r>
          </w:p>
        </w:tc>
      </w:tr>
      <w:tr w:rsidR="00080BF0" w14:paraId="21F1B388" w14:textId="77777777">
        <w:trPr>
          <w:cantSplit/>
          <w:jc w:val="center"/>
        </w:trPr>
        <w:tc>
          <w:tcPr>
            <w:tcW w:w="14060" w:type="dxa"/>
            <w:gridSpan w:val="6"/>
            <w:tcMar>
              <w:top w:w="70" w:type="dxa"/>
              <w:left w:w="90" w:type="dxa"/>
              <w:bottom w:w="70" w:type="dxa"/>
              <w:right w:w="90" w:type="dxa"/>
            </w:tcMar>
            <w:vAlign w:val="center"/>
          </w:tcPr>
          <w:p w14:paraId="71A5BBFD" w14:textId="77777777" w:rsidR="00080BF0" w:rsidRDefault="00080BF0"/>
          <w:p w14:paraId="7E29BAD7"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5CB81364" w14:textId="77777777">
        <w:trPr>
          <w:cantSplit/>
          <w:jc w:val="center"/>
        </w:trPr>
        <w:tc>
          <w:tcPr>
            <w:tcW w:w="14060" w:type="dxa"/>
            <w:gridSpan w:val="6"/>
            <w:tcMar>
              <w:top w:w="70" w:type="dxa"/>
              <w:left w:w="90" w:type="dxa"/>
              <w:bottom w:w="70" w:type="dxa"/>
              <w:right w:w="90" w:type="dxa"/>
            </w:tcMar>
            <w:vAlign w:val="center"/>
          </w:tcPr>
          <w:p w14:paraId="508131C3" w14:textId="77777777" w:rsidR="00080BF0" w:rsidRDefault="00080BF0"/>
          <w:p w14:paraId="075ED904"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1F9D0DEA" w14:textId="77777777">
        <w:trPr>
          <w:cantSplit/>
          <w:jc w:val="center"/>
        </w:trPr>
        <w:tc>
          <w:tcPr>
            <w:tcW w:w="14060" w:type="dxa"/>
            <w:gridSpan w:val="6"/>
            <w:tcMar>
              <w:top w:w="70" w:type="dxa"/>
              <w:left w:w="90" w:type="dxa"/>
              <w:bottom w:w="70" w:type="dxa"/>
              <w:right w:w="90" w:type="dxa"/>
            </w:tcMar>
            <w:vAlign w:val="center"/>
          </w:tcPr>
          <w:p w14:paraId="1CCCD239" w14:textId="77777777" w:rsidR="00080BF0" w:rsidRDefault="00080BF0"/>
          <w:p w14:paraId="78A9A7F3"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672B8E91"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13AFD4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D09323C"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4D8EE4E" w14:textId="77777777" w:rsidR="00080BF0" w:rsidRDefault="00000000">
            <w:pPr>
              <w:jc w:val="center"/>
            </w:pPr>
            <w:r>
              <w:rPr>
                <w:b/>
                <w:color w:val="000000"/>
                <w:sz w:val="20"/>
              </w:rPr>
              <w:t>UČNE DEJAVNOSTI, METODE IN FORMATIVNO SPREMLJANJE</w:t>
            </w:r>
          </w:p>
        </w:tc>
      </w:tr>
      <w:tr w:rsidR="00080BF0" w14:paraId="31E88B42" w14:textId="77777777">
        <w:trPr>
          <w:tblHeader/>
          <w:jc w:val="center"/>
        </w:trPr>
        <w:tc>
          <w:tcPr>
            <w:tcW w:w="4422" w:type="dxa"/>
            <w:vMerge/>
            <w:tcMar>
              <w:top w:w="70" w:type="dxa"/>
              <w:left w:w="90" w:type="dxa"/>
              <w:bottom w:w="70" w:type="dxa"/>
              <w:right w:w="90" w:type="dxa"/>
            </w:tcMar>
            <w:vAlign w:val="center"/>
          </w:tcPr>
          <w:p w14:paraId="4F127510" w14:textId="77777777" w:rsidR="00080BF0" w:rsidRDefault="00080BF0"/>
        </w:tc>
        <w:tc>
          <w:tcPr>
            <w:tcW w:w="7087" w:type="dxa"/>
            <w:shd w:val="clear" w:color="auto" w:fill="FFFFFF"/>
            <w:tcMar>
              <w:top w:w="70" w:type="dxa"/>
              <w:left w:w="90" w:type="dxa"/>
              <w:bottom w:w="70" w:type="dxa"/>
              <w:right w:w="90" w:type="dxa"/>
            </w:tcMar>
            <w:vAlign w:val="center"/>
          </w:tcPr>
          <w:p w14:paraId="1221C779"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4EE3809" w14:textId="77777777" w:rsidR="00080BF0" w:rsidRDefault="00000000">
            <w:pPr>
              <w:jc w:val="center"/>
            </w:pPr>
            <w:r>
              <w:rPr>
                <w:b/>
                <w:color w:val="000000"/>
              </w:rPr>
              <w:t>UČENEC</w:t>
            </w:r>
          </w:p>
        </w:tc>
      </w:tr>
      <w:tr w:rsidR="00080BF0" w14:paraId="1B8F0CD0" w14:textId="77777777">
        <w:trPr>
          <w:jc w:val="center"/>
        </w:trPr>
        <w:tc>
          <w:tcPr>
            <w:tcW w:w="4422" w:type="dxa"/>
            <w:tcMar>
              <w:top w:w="70" w:type="dxa"/>
              <w:left w:w="90" w:type="dxa"/>
              <w:bottom w:w="70" w:type="dxa"/>
              <w:right w:w="90" w:type="dxa"/>
            </w:tcMar>
          </w:tcPr>
          <w:p w14:paraId="41334296" w14:textId="77777777" w:rsidR="00080BF0" w:rsidRDefault="00080BF0"/>
          <w:p w14:paraId="668E45A3" w14:textId="77777777" w:rsidR="00080BF0" w:rsidRDefault="00000000">
            <w:pPr>
              <w:spacing w:after="60" w:line="245" w:lineRule="auto"/>
            </w:pPr>
            <w:r>
              <w:rPr>
                <w:b/>
                <w:color w:val="000000"/>
              </w:rPr>
              <w:t>UČNI CILJI</w:t>
            </w:r>
          </w:p>
          <w:p w14:paraId="7B12738D" w14:textId="77777777" w:rsidR="00080BF0" w:rsidRDefault="00000000">
            <w:pPr>
              <w:spacing w:after="20" w:line="245" w:lineRule="auto"/>
            </w:pPr>
            <w:r>
              <w:rPr>
                <w:b/>
                <w:color w:val="000000"/>
                <w:sz w:val="17"/>
              </w:rPr>
              <w:t>SPLOŠNI</w:t>
            </w:r>
          </w:p>
          <w:p w14:paraId="0DE7D34C"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11A1D3D1"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0847BE2A"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4356FE71"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7B6BFCD4" w14:textId="77777777" w:rsidR="00080BF0" w:rsidRDefault="00000000">
            <w:pPr>
              <w:spacing w:before="40" w:after="20" w:line="245" w:lineRule="auto"/>
            </w:pPr>
            <w:r>
              <w:rPr>
                <w:b/>
                <w:color w:val="000000"/>
                <w:sz w:val="17"/>
              </w:rPr>
              <w:t>OPERATIVNI</w:t>
            </w:r>
          </w:p>
          <w:p w14:paraId="78CF51AA" w14:textId="77777777" w:rsidR="00080BF0" w:rsidRDefault="00000000">
            <w:pPr>
              <w:pStyle w:val="Oznaenseznam"/>
              <w:spacing w:after="16"/>
            </w:pPr>
            <w:r>
              <w:rPr>
                <w:color w:val="000000"/>
                <w:sz w:val="16"/>
              </w:rPr>
              <w:t>opazuje barve okolja</w:t>
            </w:r>
          </w:p>
          <w:p w14:paraId="447CE251" w14:textId="77777777" w:rsidR="00080BF0" w:rsidRDefault="00000000">
            <w:pPr>
              <w:pStyle w:val="Oznaenseznam"/>
              <w:spacing w:after="16"/>
            </w:pPr>
            <w:r>
              <w:rPr>
                <w:color w:val="000000"/>
                <w:sz w:val="16"/>
              </w:rPr>
              <w:t>izbere motiv</w:t>
            </w:r>
          </w:p>
          <w:p w14:paraId="06030523" w14:textId="77777777" w:rsidR="00080BF0" w:rsidRDefault="00000000">
            <w:pPr>
              <w:pStyle w:val="Oznaenseznam"/>
              <w:spacing w:after="16"/>
            </w:pPr>
            <w:r>
              <w:rPr>
                <w:color w:val="000000"/>
                <w:sz w:val="16"/>
              </w:rPr>
              <w:t>varno in odgovorno ustvarja</w:t>
            </w:r>
          </w:p>
          <w:p w14:paraId="3CE8BCAC" w14:textId="77777777" w:rsidR="00080BF0" w:rsidRDefault="00000000">
            <w:pPr>
              <w:spacing w:before="40" w:after="20" w:line="245" w:lineRule="auto"/>
            </w:pPr>
            <w:r>
              <w:rPr>
                <w:b/>
                <w:color w:val="000000"/>
                <w:sz w:val="17"/>
              </w:rPr>
              <w:t>PRIČAKOVANI DOSEŽKI / MINIMALNI POUDARKI</w:t>
            </w:r>
          </w:p>
          <w:p w14:paraId="479AEBB9" w14:textId="77777777" w:rsidR="00080BF0" w:rsidRDefault="00000000">
            <w:pPr>
              <w:pStyle w:val="Oznaenseznam"/>
              <w:spacing w:after="16"/>
            </w:pPr>
            <w:r>
              <w:rPr>
                <w:color w:val="000000"/>
                <w:sz w:val="15"/>
              </w:rPr>
              <w:t>samostojno oziroma z dogovorjeno oporo opazuje barve okolja</w:t>
            </w:r>
          </w:p>
          <w:p w14:paraId="1D51FEDC" w14:textId="77777777" w:rsidR="00080BF0" w:rsidRDefault="00000000">
            <w:pPr>
              <w:pStyle w:val="Oznaenseznam"/>
              <w:spacing w:after="16"/>
            </w:pPr>
            <w:r>
              <w:rPr>
                <w:color w:val="000000"/>
                <w:sz w:val="15"/>
              </w:rPr>
              <w:t>samostojno oziroma z dogovorjeno oporo izbere motiv</w:t>
            </w:r>
          </w:p>
          <w:p w14:paraId="6DAB11EA" w14:textId="77777777" w:rsidR="00080BF0" w:rsidRDefault="00000000">
            <w:pPr>
              <w:pStyle w:val="Oznaenseznam"/>
              <w:spacing w:after="16"/>
            </w:pPr>
            <w:r>
              <w:rPr>
                <w:color w:val="000000"/>
                <w:sz w:val="15"/>
              </w:rPr>
              <w:t>samostojno oziroma z dogovorjeno oporo varno in odgovorno ustvarja</w:t>
            </w:r>
          </w:p>
        </w:tc>
        <w:tc>
          <w:tcPr>
            <w:tcW w:w="7087" w:type="dxa"/>
            <w:tcMar>
              <w:top w:w="70" w:type="dxa"/>
              <w:left w:w="90" w:type="dxa"/>
              <w:bottom w:w="70" w:type="dxa"/>
              <w:right w:w="90" w:type="dxa"/>
            </w:tcMar>
          </w:tcPr>
          <w:p w14:paraId="56DB2F99"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5D8D9A97" w14:textId="77777777">
              <w:trPr>
                <w:jc w:val="center"/>
              </w:trPr>
              <w:tc>
                <w:tcPr>
                  <w:tcW w:w="7087" w:type="dxa"/>
                  <w:shd w:val="clear" w:color="auto" w:fill="C6E7F3"/>
                  <w:tcMar>
                    <w:top w:w="45" w:type="dxa"/>
                    <w:left w:w="70" w:type="dxa"/>
                    <w:bottom w:w="45" w:type="dxa"/>
                    <w:right w:w="70" w:type="dxa"/>
                  </w:tcMar>
                </w:tcPr>
                <w:p w14:paraId="31BDE882" w14:textId="77777777" w:rsidR="00080BF0" w:rsidRDefault="00000000">
                  <w:pPr>
                    <w:keepNext/>
                  </w:pPr>
                  <w:r>
                    <w:rPr>
                      <w:b/>
                      <w:color w:val="000000"/>
                    </w:rPr>
                    <w:t>UVODNI DEL – likovna uganka, opazovanje, aktivacija predznanja in namen učenja (8–12 min)</w:t>
                  </w:r>
                </w:p>
              </w:tc>
            </w:tr>
          </w:tbl>
          <w:p w14:paraId="1C708B1E" w14:textId="77777777" w:rsidR="00080BF0" w:rsidRDefault="00080BF0">
            <w:pPr>
              <w:spacing w:line="20" w:lineRule="exact"/>
            </w:pPr>
          </w:p>
          <w:p w14:paraId="2495C5D5" w14:textId="77777777" w:rsidR="00080BF0" w:rsidRDefault="00000000">
            <w:pPr>
              <w:spacing w:before="40" w:after="60" w:line="245" w:lineRule="auto"/>
            </w:pPr>
            <w:r>
              <w:rPr>
                <w:color w:val="000000"/>
                <w:sz w:val="16"/>
              </w:rPr>
              <w:t>Ob književnem motivu »Sonček boža tačice« – Srečko Kosovel • NADALJEVANJE učenci vstopijo v temo poletje, sonce, varnost in doživljanje narave. Učiteljica pokaže fotografijo, reprodukcijo, predmet ali material in pove kratko likovno zgodbo: barva iz zgodbe izgubi svoje razpoloženje; učenci z opazovanjem, mešanjem in gibalnim odzivom ugotavljajo, kako bi jo ponovno izrazili v motivu »slikanje na prostem«. Tematska rešitev: slika sončno pokrajino na prostem.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63079D66" w14:textId="77777777">
              <w:trPr>
                <w:jc w:val="center"/>
              </w:trPr>
              <w:tc>
                <w:tcPr>
                  <w:tcW w:w="7087" w:type="dxa"/>
                  <w:shd w:val="clear" w:color="auto" w:fill="EDC9EA"/>
                  <w:tcMar>
                    <w:top w:w="45" w:type="dxa"/>
                    <w:left w:w="70" w:type="dxa"/>
                    <w:bottom w:w="45" w:type="dxa"/>
                    <w:right w:w="70" w:type="dxa"/>
                  </w:tcMar>
                </w:tcPr>
                <w:p w14:paraId="20D33E3E" w14:textId="77777777" w:rsidR="00080BF0" w:rsidRDefault="00000000">
                  <w:pPr>
                    <w:keepNext/>
                  </w:pPr>
                  <w:r>
                    <w:rPr>
                      <w:b/>
                      <w:color w:val="000000"/>
                    </w:rPr>
                    <w:t>NAMENI UČENJA</w:t>
                  </w:r>
                </w:p>
              </w:tc>
            </w:tr>
          </w:tbl>
          <w:p w14:paraId="362E39D5" w14:textId="77777777" w:rsidR="00080BF0" w:rsidRDefault="00080BF0">
            <w:pPr>
              <w:spacing w:line="20" w:lineRule="exact"/>
            </w:pPr>
          </w:p>
          <w:p w14:paraId="266D69CF"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4E810456" w14:textId="77777777" w:rsidR="00080BF0" w:rsidRDefault="00000000">
            <w:pPr>
              <w:pStyle w:val="Oznaenseznam"/>
              <w:spacing w:after="16"/>
            </w:pPr>
            <w:r>
              <w:rPr>
                <w:color w:val="000000"/>
                <w:sz w:val="16"/>
              </w:rPr>
              <w:t>opazujem barve okolja</w:t>
            </w:r>
          </w:p>
          <w:p w14:paraId="469044CA" w14:textId="77777777" w:rsidR="00080BF0" w:rsidRDefault="00000000">
            <w:pPr>
              <w:pStyle w:val="Oznaenseznam"/>
              <w:spacing w:after="16"/>
            </w:pPr>
            <w:r>
              <w:rPr>
                <w:color w:val="000000"/>
                <w:sz w:val="16"/>
              </w:rPr>
              <w:t>izberem motiv</w:t>
            </w:r>
          </w:p>
          <w:p w14:paraId="27ABC24A" w14:textId="77777777" w:rsidR="00080BF0" w:rsidRDefault="00000000">
            <w:pPr>
              <w:pStyle w:val="Oznaenseznam"/>
              <w:spacing w:after="16"/>
            </w:pPr>
            <w:r>
              <w:rPr>
                <w:color w:val="000000"/>
                <w:sz w:val="16"/>
              </w:rPr>
              <w:t>varno in odgovorno ustvarjam</w:t>
            </w:r>
          </w:p>
          <w:tbl>
            <w:tblPr>
              <w:tblStyle w:val="Tabelamrea"/>
              <w:tblW w:w="0" w:type="auto"/>
              <w:jc w:val="center"/>
              <w:tblLayout w:type="fixed"/>
              <w:tblLook w:val="04A0" w:firstRow="1" w:lastRow="0" w:firstColumn="1" w:lastColumn="0" w:noHBand="0" w:noVBand="1"/>
            </w:tblPr>
            <w:tblGrid>
              <w:gridCol w:w="7087"/>
            </w:tblGrid>
            <w:tr w:rsidR="00080BF0" w14:paraId="310BFE57" w14:textId="77777777">
              <w:trPr>
                <w:jc w:val="center"/>
              </w:trPr>
              <w:tc>
                <w:tcPr>
                  <w:tcW w:w="7087" w:type="dxa"/>
                  <w:shd w:val="clear" w:color="auto" w:fill="EDC9EA"/>
                  <w:tcMar>
                    <w:top w:w="45" w:type="dxa"/>
                    <w:left w:w="70" w:type="dxa"/>
                    <w:bottom w:w="45" w:type="dxa"/>
                    <w:right w:w="70" w:type="dxa"/>
                  </w:tcMar>
                </w:tcPr>
                <w:p w14:paraId="0349609C" w14:textId="77777777" w:rsidR="00080BF0" w:rsidRDefault="00000000">
                  <w:pPr>
                    <w:keepNext/>
                  </w:pPr>
                  <w:r>
                    <w:rPr>
                      <w:b/>
                      <w:color w:val="000000"/>
                    </w:rPr>
                    <w:t>PREVERJANJE PREDZNANJA</w:t>
                  </w:r>
                </w:p>
              </w:tc>
            </w:tr>
          </w:tbl>
          <w:p w14:paraId="342915E4" w14:textId="77777777" w:rsidR="00080BF0" w:rsidRDefault="00080BF0">
            <w:pPr>
              <w:spacing w:line="20" w:lineRule="exact"/>
            </w:pPr>
          </w:p>
          <w:p w14:paraId="2739A4D8" w14:textId="77777777" w:rsidR="00080BF0" w:rsidRDefault="00000000">
            <w:pPr>
              <w:pStyle w:val="Oznaenseznam"/>
              <w:spacing w:after="16"/>
            </w:pPr>
            <w:r>
              <w:rPr>
                <w:color w:val="000000"/>
                <w:sz w:val="16"/>
              </w:rPr>
              <w:t>Kaj najprej opazim pri motivu, predmetu ali materialu, povezanem s temo »SLIKANJE NA PROSTEM«?</w:t>
            </w:r>
          </w:p>
          <w:p w14:paraId="6975C437"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65F55256"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22031B3F" w14:textId="77777777">
              <w:trPr>
                <w:jc w:val="center"/>
              </w:trPr>
              <w:tc>
                <w:tcPr>
                  <w:tcW w:w="7087" w:type="dxa"/>
                  <w:shd w:val="clear" w:color="auto" w:fill="EDC9EA"/>
                  <w:tcMar>
                    <w:top w:w="45" w:type="dxa"/>
                    <w:left w:w="70" w:type="dxa"/>
                    <w:bottom w:w="45" w:type="dxa"/>
                    <w:right w:w="70" w:type="dxa"/>
                  </w:tcMar>
                </w:tcPr>
                <w:p w14:paraId="0F649DB6" w14:textId="77777777" w:rsidR="00080BF0" w:rsidRDefault="00000000">
                  <w:pPr>
                    <w:keepNext/>
                  </w:pPr>
                  <w:r>
                    <w:rPr>
                      <w:b/>
                      <w:color w:val="000000"/>
                    </w:rPr>
                    <w:t>KRITERIJI USPEŠNOSTI</w:t>
                  </w:r>
                </w:p>
              </w:tc>
            </w:tr>
          </w:tbl>
          <w:p w14:paraId="6C390857" w14:textId="77777777" w:rsidR="00080BF0" w:rsidRDefault="00080BF0"/>
          <w:p w14:paraId="6301E43E" w14:textId="77777777" w:rsidR="00080BF0" w:rsidRDefault="00000000">
            <w:pPr>
              <w:spacing w:before="20" w:after="20" w:line="245" w:lineRule="auto"/>
            </w:pPr>
            <w:r>
              <w:rPr>
                <w:b/>
                <w:color w:val="000000"/>
                <w:sz w:val="16"/>
              </w:rPr>
              <w:t>Uspešen/-na bom, ko:</w:t>
            </w:r>
          </w:p>
          <w:p w14:paraId="5A9E1B6D" w14:textId="77777777" w:rsidR="00080BF0" w:rsidRDefault="00000000">
            <w:pPr>
              <w:pStyle w:val="Oznaenseznam"/>
              <w:spacing w:after="16"/>
            </w:pPr>
            <w:r>
              <w:rPr>
                <w:color w:val="000000"/>
                <w:sz w:val="16"/>
              </w:rPr>
              <w:t>opazujem barve okolja</w:t>
            </w:r>
          </w:p>
          <w:p w14:paraId="7E8F1CEE" w14:textId="77777777" w:rsidR="00080BF0" w:rsidRDefault="00000000">
            <w:pPr>
              <w:pStyle w:val="Oznaenseznam"/>
              <w:spacing w:after="16"/>
            </w:pPr>
            <w:r>
              <w:rPr>
                <w:color w:val="000000"/>
                <w:sz w:val="16"/>
              </w:rPr>
              <w:t>izberem motiv</w:t>
            </w:r>
          </w:p>
          <w:p w14:paraId="5355CBB9" w14:textId="77777777" w:rsidR="00080BF0" w:rsidRDefault="00000000">
            <w:pPr>
              <w:pStyle w:val="Oznaenseznam"/>
              <w:spacing w:after="16"/>
            </w:pPr>
            <w:r>
              <w:rPr>
                <w:color w:val="000000"/>
                <w:sz w:val="16"/>
              </w:rPr>
              <w:t>varno in odgovorno ustvarjam</w:t>
            </w:r>
          </w:p>
          <w:p w14:paraId="1D755C63" w14:textId="77777777" w:rsidR="00080BF0" w:rsidRDefault="00000000">
            <w:pPr>
              <w:pStyle w:val="Oznaenseznam"/>
              <w:spacing w:after="16"/>
            </w:pPr>
            <w:r>
              <w:rPr>
                <w:color w:val="000000"/>
                <w:sz w:val="15"/>
              </w:rPr>
              <w:t>varno in namensko uporabim material, zaščitim prostor ter po delu uredim svojo postajo</w:t>
            </w:r>
          </w:p>
          <w:p w14:paraId="3A66162F"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796DE934" w14:textId="77777777" w:rsidR="00080BF0" w:rsidRDefault="00080BF0"/>
          <w:p w14:paraId="089871D2"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5B533791" w14:textId="77777777" w:rsidR="00080BF0" w:rsidRDefault="00000000">
            <w:pPr>
              <w:spacing w:after="80" w:line="245" w:lineRule="auto"/>
            </w:pPr>
            <w:r>
              <w:rPr>
                <w:color w:val="000000"/>
                <w:sz w:val="16"/>
              </w:rPr>
              <w:t>Pove ali pokaže, kaj že zna opaziti in katero likovno možnost bi najprej preizkusil.</w:t>
            </w:r>
          </w:p>
          <w:p w14:paraId="22878AF2" w14:textId="77777777" w:rsidR="00080BF0" w:rsidRDefault="00000000">
            <w:pPr>
              <w:spacing w:after="100" w:line="245" w:lineRule="auto"/>
            </w:pPr>
            <w:r>
              <w:rPr>
                <w:color w:val="000000"/>
                <w:sz w:val="16"/>
              </w:rPr>
              <w:t>Sodeluje pri razumevanju namena, meril uspešnosti, varne rabe pripomočkov in načina dokazovanja.</w:t>
            </w:r>
          </w:p>
          <w:p w14:paraId="44EA3484" w14:textId="77777777" w:rsidR="00080BF0" w:rsidRDefault="00000000">
            <w:pPr>
              <w:spacing w:after="20" w:line="245" w:lineRule="auto"/>
            </w:pPr>
            <w:r>
              <w:rPr>
                <w:b/>
                <w:color w:val="D95BC6"/>
                <w:sz w:val="17"/>
              </w:rPr>
              <w:t>DOKAZ O UČENJU</w:t>
            </w:r>
          </w:p>
          <w:p w14:paraId="67ED742F"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59EB43F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79C7AE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19AD0EB"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B4D82B8" w14:textId="77777777" w:rsidR="00080BF0" w:rsidRDefault="00000000">
            <w:pPr>
              <w:jc w:val="center"/>
            </w:pPr>
            <w:r>
              <w:rPr>
                <w:b/>
                <w:color w:val="000000"/>
                <w:sz w:val="20"/>
              </w:rPr>
              <w:t>UČNE DEJAVNOSTI, METODE IN FORMATIVNO SPREMLJANJE</w:t>
            </w:r>
          </w:p>
        </w:tc>
      </w:tr>
      <w:tr w:rsidR="00080BF0" w14:paraId="54BD7D13" w14:textId="77777777">
        <w:trPr>
          <w:tblHeader/>
          <w:jc w:val="center"/>
        </w:trPr>
        <w:tc>
          <w:tcPr>
            <w:tcW w:w="4422" w:type="dxa"/>
            <w:vMerge/>
            <w:tcMar>
              <w:top w:w="70" w:type="dxa"/>
              <w:left w:w="90" w:type="dxa"/>
              <w:bottom w:w="70" w:type="dxa"/>
              <w:right w:w="90" w:type="dxa"/>
            </w:tcMar>
            <w:vAlign w:val="center"/>
          </w:tcPr>
          <w:p w14:paraId="1924A4C6" w14:textId="77777777" w:rsidR="00080BF0" w:rsidRDefault="00080BF0"/>
        </w:tc>
        <w:tc>
          <w:tcPr>
            <w:tcW w:w="7087" w:type="dxa"/>
            <w:shd w:val="clear" w:color="auto" w:fill="FFFFFF"/>
            <w:tcMar>
              <w:top w:w="70" w:type="dxa"/>
              <w:left w:w="90" w:type="dxa"/>
              <w:bottom w:w="70" w:type="dxa"/>
              <w:right w:w="90" w:type="dxa"/>
            </w:tcMar>
            <w:vAlign w:val="center"/>
          </w:tcPr>
          <w:p w14:paraId="2DD20F21"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E9B3E9A" w14:textId="77777777" w:rsidR="00080BF0" w:rsidRDefault="00000000">
            <w:pPr>
              <w:jc w:val="center"/>
            </w:pPr>
            <w:r>
              <w:rPr>
                <w:b/>
                <w:color w:val="000000"/>
              </w:rPr>
              <w:t>UČENEC</w:t>
            </w:r>
          </w:p>
        </w:tc>
      </w:tr>
      <w:tr w:rsidR="00080BF0" w14:paraId="0DEF3C92" w14:textId="77777777">
        <w:trPr>
          <w:jc w:val="center"/>
        </w:trPr>
        <w:tc>
          <w:tcPr>
            <w:tcW w:w="4422" w:type="dxa"/>
            <w:tcMar>
              <w:top w:w="70" w:type="dxa"/>
              <w:left w:w="90" w:type="dxa"/>
              <w:bottom w:w="70" w:type="dxa"/>
              <w:right w:w="90" w:type="dxa"/>
            </w:tcMar>
          </w:tcPr>
          <w:p w14:paraId="047427BC" w14:textId="77777777" w:rsidR="00080BF0" w:rsidRDefault="00080BF0"/>
          <w:p w14:paraId="77250500" w14:textId="77777777" w:rsidR="00080BF0" w:rsidRDefault="00000000">
            <w:pPr>
              <w:spacing w:after="40" w:line="245" w:lineRule="auto"/>
            </w:pPr>
            <w:r>
              <w:rPr>
                <w:b/>
                <w:color w:val="000000"/>
              </w:rPr>
              <w:t>KLJUČNI LIKOVNI POJMI</w:t>
            </w:r>
          </w:p>
          <w:p w14:paraId="623DC98F"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osnovna barva, mešanje, topla in hladna barva, barvna ploskev, ospredje, ozadje</w:t>
            </w:r>
          </w:p>
          <w:p w14:paraId="776A56D3" w14:textId="77777777" w:rsidR="00080BF0" w:rsidRDefault="00000000">
            <w:pPr>
              <w:spacing w:after="20" w:line="245" w:lineRule="auto"/>
            </w:pPr>
            <w:r>
              <w:rPr>
                <w:b/>
                <w:color w:val="000000"/>
                <w:sz w:val="17"/>
              </w:rPr>
              <w:t>DOKAZI O UČENJU</w:t>
            </w:r>
          </w:p>
          <w:p w14:paraId="4591E1BA" w14:textId="77777777" w:rsidR="00080BF0" w:rsidRDefault="00000000">
            <w:pPr>
              <w:pStyle w:val="Oznaenseznam"/>
              <w:spacing w:after="9"/>
            </w:pPr>
            <w:r>
              <w:rPr>
                <w:color w:val="000000"/>
                <w:sz w:val="15"/>
              </w:rPr>
              <w:t>list materialnih poskusov, skica/načrt, učenčeva razlaga in učiteljev zapis o varni rabi pripomočkov.</w:t>
            </w:r>
          </w:p>
          <w:p w14:paraId="088D66D4" w14:textId="77777777" w:rsidR="00080BF0" w:rsidRDefault="00000000">
            <w:pPr>
              <w:pStyle w:val="Oznaenseznam"/>
              <w:spacing w:after="9"/>
            </w:pPr>
            <w:r>
              <w:rPr>
                <w:color w:val="000000"/>
                <w:sz w:val="15"/>
              </w:rPr>
              <w:t>likovni proces in izdelek, fotografija faze, učenčeva razlaga ter samovrednotenje v mapi.</w:t>
            </w:r>
          </w:p>
          <w:p w14:paraId="33AE86B8" w14:textId="77777777" w:rsidR="00080BF0" w:rsidRDefault="00000000">
            <w:pPr>
              <w:spacing w:before="40" w:after="20" w:line="245" w:lineRule="auto"/>
            </w:pPr>
            <w:r>
              <w:rPr>
                <w:b/>
                <w:color w:val="000000"/>
                <w:sz w:val="17"/>
              </w:rPr>
              <w:t>LIKOVNO DOŽIVETJE IN IZKUŠENJSKI POUK</w:t>
            </w:r>
          </w:p>
          <w:p w14:paraId="4973010F"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5BFC6979" w14:textId="77777777" w:rsidR="00080BF0" w:rsidRDefault="00000000">
            <w:pPr>
              <w:spacing w:after="20" w:line="245" w:lineRule="auto"/>
            </w:pPr>
            <w:r>
              <w:rPr>
                <w:b/>
                <w:color w:val="000000"/>
                <w:sz w:val="17"/>
              </w:rPr>
              <w:t>POUČEVANJE V GIBANJU</w:t>
            </w:r>
          </w:p>
          <w:p w14:paraId="7D673CAA"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7C8F53AB" w14:textId="77777777" w:rsidR="00080BF0" w:rsidRDefault="00000000">
            <w:pPr>
              <w:spacing w:after="20" w:line="245" w:lineRule="auto"/>
            </w:pPr>
            <w:r>
              <w:rPr>
                <w:b/>
                <w:color w:val="000000"/>
                <w:sz w:val="17"/>
              </w:rPr>
              <w:t>DELO PO POSTAJAH</w:t>
            </w:r>
          </w:p>
          <w:p w14:paraId="2189C886"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3DDE8AD5" w14:textId="77777777" w:rsidR="00080BF0" w:rsidRDefault="00000000">
            <w:pPr>
              <w:spacing w:after="9" w:line="245" w:lineRule="auto"/>
            </w:pPr>
            <w:r>
              <w:rPr>
                <w:color w:val="000000"/>
                <w:sz w:val="14"/>
              </w:rPr>
              <w:t>1. Barvno-opazovalna: v motivu poiščem barvne ploskve, kontraste, tople ali hladne odnose in razpoloženje.</w:t>
            </w:r>
          </w:p>
          <w:p w14:paraId="1D80D22A" w14:textId="77777777" w:rsidR="00080BF0" w:rsidRDefault="00000000">
            <w:pPr>
              <w:spacing w:after="9" w:line="245" w:lineRule="auto"/>
            </w:pPr>
            <w:r>
              <w:rPr>
                <w:color w:val="000000"/>
                <w:sz w:val="14"/>
              </w:rPr>
              <w:t>2. Mešalna: na paleti varno preizkusim najmanj dve mešanici, ju označim in izberem za svoj namen.</w:t>
            </w:r>
          </w:p>
          <w:p w14:paraId="720B655A" w14:textId="77777777" w:rsidR="00080BF0" w:rsidRDefault="00000000">
            <w:pPr>
              <w:spacing w:after="9" w:line="245" w:lineRule="auto"/>
            </w:pPr>
            <w:r>
              <w:rPr>
                <w:color w:val="000000"/>
                <w:sz w:val="14"/>
              </w:rPr>
              <w:t>3. Gibalna barva: z ruto, hojo, nivojem in hitrostjo telesa pokažem značaj izbrane barve ali poteze.</w:t>
            </w:r>
          </w:p>
          <w:p w14:paraId="3A3C3491" w14:textId="77777777" w:rsidR="00080BF0" w:rsidRDefault="00000000">
            <w:pPr>
              <w:spacing w:after="9" w:line="245" w:lineRule="auto"/>
            </w:pPr>
            <w:r>
              <w:rPr>
                <w:color w:val="000000"/>
                <w:sz w:val="14"/>
              </w:rPr>
              <w:t>4. Slikarsko-galerijska: slikam osebno rešitev, jo pogledam od daleč, prejmem opisni odziv in izboljšam.</w:t>
            </w:r>
          </w:p>
          <w:p w14:paraId="32B976B8" w14:textId="77777777" w:rsidR="00080BF0" w:rsidRDefault="00000000">
            <w:pPr>
              <w:spacing w:after="20" w:line="245" w:lineRule="auto"/>
            </w:pPr>
            <w:r>
              <w:rPr>
                <w:b/>
                <w:color w:val="000000"/>
                <w:sz w:val="17"/>
              </w:rPr>
              <w:t>DIFERENCIACIJA IN VKLJUČEVANJE</w:t>
            </w:r>
          </w:p>
          <w:p w14:paraId="100C34BB"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3F4FB324" w14:textId="77777777" w:rsidR="00080BF0" w:rsidRDefault="00000000">
            <w:pPr>
              <w:spacing w:after="20" w:line="245" w:lineRule="auto"/>
            </w:pPr>
            <w:r>
              <w:rPr>
                <w:b/>
                <w:color w:val="000000"/>
                <w:sz w:val="17"/>
              </w:rPr>
              <w:t>SPREMLJANJE</w:t>
            </w:r>
          </w:p>
          <w:p w14:paraId="6F98314F"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3CA89D9C"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47FE94E" w14:textId="77777777">
              <w:trPr>
                <w:jc w:val="center"/>
              </w:trPr>
              <w:tc>
                <w:tcPr>
                  <w:tcW w:w="7087" w:type="dxa"/>
                  <w:shd w:val="clear" w:color="auto" w:fill="C6E7F3"/>
                  <w:tcMar>
                    <w:top w:w="45" w:type="dxa"/>
                    <w:left w:w="70" w:type="dxa"/>
                    <w:bottom w:w="45" w:type="dxa"/>
                    <w:right w:w="70" w:type="dxa"/>
                  </w:tcMar>
                </w:tcPr>
                <w:p w14:paraId="2BB33188" w14:textId="77777777" w:rsidR="00080BF0" w:rsidRDefault="00000000">
                  <w:pPr>
                    <w:keepNext/>
                  </w:pPr>
                  <w:r>
                    <w:rPr>
                      <w:b/>
                      <w:color w:val="000000"/>
                      <w:sz w:val="17"/>
                    </w:rPr>
                    <w:t>GLAVNI DEL – OPAZOVANJE, MATERIALNI PREIZKUS, USTVARJANJE IN GALERIJA (2 šolski uri)</w:t>
                  </w:r>
                </w:p>
              </w:tc>
            </w:tr>
          </w:tbl>
          <w:p w14:paraId="0A25FFF9" w14:textId="77777777" w:rsidR="00080BF0" w:rsidRDefault="00080BF0">
            <w:pPr>
              <w:spacing w:line="20" w:lineRule="exact"/>
            </w:pPr>
          </w:p>
          <w:p w14:paraId="6ED9B47E" w14:textId="77777777" w:rsidR="00080BF0" w:rsidRDefault="00000000">
            <w:pPr>
              <w:keepNext/>
              <w:spacing w:before="22" w:after="8" w:line="245" w:lineRule="auto"/>
            </w:pPr>
            <w:r>
              <w:rPr>
                <w:b/>
                <w:color w:val="000000"/>
                <w:sz w:val="16"/>
              </w:rPr>
              <w:t>1. URA – Slikanje na prostem – Opazujem, preizkušam, načrtujem</w:t>
            </w:r>
          </w:p>
          <w:p w14:paraId="30EE3917"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»SLIKANJE NA PROSTEM«.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3E10EFD0"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2ACCCAD7"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0D8E7080" w14:textId="77777777" w:rsidR="00080BF0" w:rsidRDefault="00000000">
            <w:pPr>
              <w:keepNext/>
              <w:spacing w:before="22" w:after="8" w:line="245" w:lineRule="auto"/>
            </w:pPr>
            <w:r>
              <w:rPr>
                <w:b/>
                <w:color w:val="000000"/>
                <w:sz w:val="16"/>
              </w:rPr>
              <w:t>2. URA – Slikanje na prostem – Ustvarjam, predstavim, izboljšam</w:t>
            </w:r>
          </w:p>
          <w:p w14:paraId="2C7EA289"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»SLIKANJE NA PROSTEM«; postavlja vprašanja o nameri, nudi tehnično oporo in omogoči izboljšavo. Zaključek 10': 10' – Izvede tiho galerijo; modelira odziv »Opazim … / Učinkuje … / Lahko poskusiš …« ter vodi pospravljanje.</w:t>
            </w:r>
          </w:p>
          <w:p w14:paraId="112E38EA"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354A2600"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457EFE59" w14:textId="77777777">
              <w:trPr>
                <w:jc w:val="center"/>
              </w:trPr>
              <w:tc>
                <w:tcPr>
                  <w:tcW w:w="7087" w:type="dxa"/>
                  <w:shd w:val="clear" w:color="auto" w:fill="EDC9EA"/>
                  <w:tcMar>
                    <w:top w:w="45" w:type="dxa"/>
                    <w:left w:w="70" w:type="dxa"/>
                    <w:bottom w:w="45" w:type="dxa"/>
                    <w:right w:w="70" w:type="dxa"/>
                  </w:tcMar>
                </w:tcPr>
                <w:p w14:paraId="78A0A24B" w14:textId="77777777" w:rsidR="00080BF0" w:rsidRDefault="00000000">
                  <w:pPr>
                    <w:keepNext/>
                  </w:pPr>
                  <w:r>
                    <w:rPr>
                      <w:b/>
                      <w:color w:val="000000"/>
                      <w:sz w:val="17"/>
                    </w:rPr>
                    <w:t>ORGANIZACIJA POSTAJ IN PREHODOV</w:t>
                  </w:r>
                </w:p>
              </w:tc>
            </w:tr>
          </w:tbl>
          <w:p w14:paraId="33F073C6" w14:textId="77777777" w:rsidR="00080BF0" w:rsidRDefault="00080BF0"/>
          <w:p w14:paraId="2A964BCC" w14:textId="77777777" w:rsidR="00080BF0" w:rsidRDefault="00000000">
            <w:pPr>
              <w:spacing w:before="8" w:after="8" w:line="245" w:lineRule="auto"/>
            </w:pPr>
            <w:r>
              <w:rPr>
                <w:color w:val="000000"/>
                <w:sz w:val="14"/>
              </w:rPr>
              <w:t>Postaja 1: Barvno-opazovalna: v motivu poiščem barvne ploskve, kontraste, tople ali hladne odnose in razpoloženje.</w:t>
            </w:r>
          </w:p>
          <w:p w14:paraId="62E694EB" w14:textId="77777777" w:rsidR="00080BF0" w:rsidRDefault="00000000">
            <w:pPr>
              <w:spacing w:before="8" w:after="8" w:line="245" w:lineRule="auto"/>
            </w:pPr>
            <w:r>
              <w:rPr>
                <w:color w:val="000000"/>
                <w:sz w:val="14"/>
              </w:rPr>
              <w:t>Postaja 2: Mešalna: na paleti varno preizkusim najmanj dve mešanici, ju označim in izberem za svoj namen.</w:t>
            </w:r>
          </w:p>
          <w:p w14:paraId="42EBE3F9" w14:textId="77777777" w:rsidR="00080BF0" w:rsidRDefault="00000000">
            <w:pPr>
              <w:spacing w:before="8" w:after="8" w:line="245" w:lineRule="auto"/>
            </w:pPr>
            <w:r>
              <w:rPr>
                <w:color w:val="000000"/>
                <w:sz w:val="14"/>
              </w:rPr>
              <w:t>Postaja 3: Gibalna barva: z ruto, hojo, nivojem in hitrostjo telesa pokažem značaj izbrane barve ali poteze.</w:t>
            </w:r>
          </w:p>
          <w:p w14:paraId="6E9590CF" w14:textId="77777777" w:rsidR="00080BF0" w:rsidRDefault="00000000">
            <w:pPr>
              <w:spacing w:before="8" w:after="8" w:line="245" w:lineRule="auto"/>
            </w:pPr>
            <w:r>
              <w:rPr>
                <w:color w:val="000000"/>
                <w:sz w:val="14"/>
              </w:rPr>
              <w:t>Postaja 4: Slikarsko-galerijska: slikam osebno rešitev, jo pogledam od daleč, prejmem opisni odziv in izboljšam.</w:t>
            </w:r>
          </w:p>
          <w:p w14:paraId="7AE14EBB"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30964DC0" w14:textId="77777777" w:rsidR="00080BF0" w:rsidRDefault="00080BF0"/>
          <w:p w14:paraId="1131954C" w14:textId="77777777" w:rsidR="00080BF0" w:rsidRDefault="00000000">
            <w:pPr>
              <w:spacing w:after="6" w:line="245" w:lineRule="auto"/>
            </w:pPr>
            <w:r>
              <w:rPr>
                <w:b/>
                <w:color w:val="000000"/>
                <w:sz w:val="15"/>
              </w:rPr>
              <w:t>1. URA – Slikanje na prostem – Opazujem, preizkušam, načrtujem</w:t>
            </w:r>
          </w:p>
          <w:p w14:paraId="36393038"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4AFBA33E" w14:textId="77777777" w:rsidR="00080BF0" w:rsidRDefault="00000000">
            <w:pPr>
              <w:spacing w:after="20" w:line="245" w:lineRule="auto"/>
            </w:pPr>
            <w:r>
              <w:rPr>
                <w:color w:val="D95BC6"/>
                <w:sz w:val="14"/>
              </w:rPr>
              <w:t>Dokaz: list materialnih poskusov, skica/načrt, učenčeva razlaga in učiteljev zapis o varni rabi.</w:t>
            </w:r>
          </w:p>
          <w:p w14:paraId="32B265A1" w14:textId="77777777" w:rsidR="00080BF0" w:rsidRDefault="00000000">
            <w:pPr>
              <w:spacing w:after="6" w:line="245" w:lineRule="auto"/>
            </w:pPr>
            <w:r>
              <w:rPr>
                <w:b/>
                <w:color w:val="000000"/>
                <w:sz w:val="15"/>
              </w:rPr>
              <w:t>2. URA – Slikanje na prostem – Ustvarjam, predstavim, izboljšam</w:t>
            </w:r>
          </w:p>
          <w:p w14:paraId="00F19EBE"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50639CEA" w14:textId="77777777" w:rsidR="00080BF0" w:rsidRDefault="00000000">
            <w:pPr>
              <w:spacing w:after="20" w:line="245" w:lineRule="auto"/>
            </w:pPr>
            <w:r>
              <w:rPr>
                <w:color w:val="D95BC6"/>
                <w:sz w:val="14"/>
              </w:rPr>
              <w:t>Dokaz: likovni proces in izdelek, fotografija faze, učenčeva razlaga ter samovrednotenje v mapi.</w:t>
            </w:r>
          </w:p>
          <w:p w14:paraId="18879833" w14:textId="77777777" w:rsidR="00080BF0" w:rsidRDefault="00000000">
            <w:pPr>
              <w:spacing w:before="40" w:after="20" w:line="245" w:lineRule="auto"/>
            </w:pPr>
            <w:r>
              <w:rPr>
                <w:b/>
                <w:color w:val="D95BC6"/>
                <w:sz w:val="16"/>
              </w:rPr>
              <w:t>MOJ KROG POSTAJ</w:t>
            </w:r>
          </w:p>
          <w:p w14:paraId="24E69DA4" w14:textId="77777777" w:rsidR="00080BF0" w:rsidRDefault="00000000">
            <w:pPr>
              <w:spacing w:after="11" w:line="245" w:lineRule="auto"/>
            </w:pPr>
            <w:r>
              <w:rPr>
                <w:color w:val="000000"/>
                <w:sz w:val="13"/>
              </w:rPr>
              <w:t>1. Barvno-opazovalna: v motivu poiščem barvne ploskve, kontraste.</w:t>
            </w:r>
          </w:p>
          <w:p w14:paraId="3E3A7080" w14:textId="77777777" w:rsidR="00080BF0" w:rsidRDefault="00000000">
            <w:pPr>
              <w:spacing w:after="11" w:line="245" w:lineRule="auto"/>
            </w:pPr>
            <w:r>
              <w:rPr>
                <w:color w:val="000000"/>
                <w:sz w:val="13"/>
              </w:rPr>
              <w:t>2. Mešalna: na paleti varno preizkusim najmanj dve mešanici.</w:t>
            </w:r>
          </w:p>
          <w:p w14:paraId="62FAA2C2" w14:textId="77777777" w:rsidR="00080BF0" w:rsidRDefault="00000000">
            <w:pPr>
              <w:spacing w:after="11" w:line="245" w:lineRule="auto"/>
            </w:pPr>
            <w:r>
              <w:rPr>
                <w:color w:val="000000"/>
                <w:sz w:val="13"/>
              </w:rPr>
              <w:t>3. Gibalna barva: z ruto, hojo, nivojem in hitrostjo telesa pokažem značaj izbrane barve ali.</w:t>
            </w:r>
          </w:p>
          <w:p w14:paraId="4442D886" w14:textId="77777777" w:rsidR="00080BF0" w:rsidRDefault="00000000">
            <w:pPr>
              <w:spacing w:after="11" w:line="245" w:lineRule="auto"/>
            </w:pPr>
            <w:r>
              <w:rPr>
                <w:color w:val="000000"/>
                <w:sz w:val="13"/>
              </w:rPr>
              <w:t>4. Slikarsko-galerijska: slikam osebno rešitev, jo pogledam od daleč.</w:t>
            </w:r>
          </w:p>
          <w:p w14:paraId="537963AC"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72F192E6" w14:textId="77777777" w:rsidR="00080BF0" w:rsidRDefault="00000000">
            <w:pPr>
              <w:spacing w:after="20" w:line="245" w:lineRule="auto"/>
            </w:pPr>
            <w:r>
              <w:rPr>
                <w:b/>
                <w:color w:val="D95BC6"/>
                <w:sz w:val="17"/>
              </w:rPr>
              <w:t>DOKAZ O UČENJU</w:t>
            </w:r>
          </w:p>
          <w:p w14:paraId="389D8475"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2DF36C21"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1B55CD9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E880594"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34AE590" w14:textId="77777777" w:rsidR="00080BF0" w:rsidRDefault="00000000">
            <w:pPr>
              <w:jc w:val="center"/>
            </w:pPr>
            <w:r>
              <w:rPr>
                <w:b/>
                <w:color w:val="000000"/>
                <w:sz w:val="20"/>
              </w:rPr>
              <w:t>UČNE DEJAVNOSTI, METODE IN FORMATIVNO SPREMLJANJE</w:t>
            </w:r>
          </w:p>
        </w:tc>
      </w:tr>
      <w:tr w:rsidR="00080BF0" w14:paraId="1579D785" w14:textId="77777777">
        <w:trPr>
          <w:tblHeader/>
          <w:jc w:val="center"/>
        </w:trPr>
        <w:tc>
          <w:tcPr>
            <w:tcW w:w="4422" w:type="dxa"/>
            <w:vMerge/>
            <w:tcMar>
              <w:top w:w="70" w:type="dxa"/>
              <w:left w:w="90" w:type="dxa"/>
              <w:bottom w:w="70" w:type="dxa"/>
              <w:right w:w="90" w:type="dxa"/>
            </w:tcMar>
            <w:vAlign w:val="center"/>
          </w:tcPr>
          <w:p w14:paraId="45BD9CBC" w14:textId="77777777" w:rsidR="00080BF0" w:rsidRDefault="00080BF0"/>
        </w:tc>
        <w:tc>
          <w:tcPr>
            <w:tcW w:w="7087" w:type="dxa"/>
            <w:shd w:val="clear" w:color="auto" w:fill="FFFFFF"/>
            <w:tcMar>
              <w:top w:w="70" w:type="dxa"/>
              <w:left w:w="90" w:type="dxa"/>
              <w:bottom w:w="70" w:type="dxa"/>
              <w:right w:w="90" w:type="dxa"/>
            </w:tcMar>
            <w:vAlign w:val="center"/>
          </w:tcPr>
          <w:p w14:paraId="1632A194"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F6D76F8" w14:textId="77777777" w:rsidR="00080BF0" w:rsidRDefault="00000000">
            <w:pPr>
              <w:jc w:val="center"/>
            </w:pPr>
            <w:r>
              <w:rPr>
                <w:b/>
                <w:color w:val="000000"/>
              </w:rPr>
              <w:t>UČENEC</w:t>
            </w:r>
          </w:p>
        </w:tc>
      </w:tr>
      <w:tr w:rsidR="00080BF0" w14:paraId="16C962FA" w14:textId="77777777">
        <w:trPr>
          <w:jc w:val="center"/>
        </w:trPr>
        <w:tc>
          <w:tcPr>
            <w:tcW w:w="4422" w:type="dxa"/>
            <w:tcMar>
              <w:top w:w="70" w:type="dxa"/>
              <w:left w:w="90" w:type="dxa"/>
              <w:bottom w:w="70" w:type="dxa"/>
              <w:right w:w="90" w:type="dxa"/>
            </w:tcMar>
          </w:tcPr>
          <w:p w14:paraId="7E4DD178" w14:textId="77777777" w:rsidR="00080BF0" w:rsidRDefault="00080BF0"/>
          <w:p w14:paraId="0A69E5BA" w14:textId="77777777" w:rsidR="00080BF0" w:rsidRDefault="00000000">
            <w:pPr>
              <w:spacing w:after="40" w:line="245" w:lineRule="auto"/>
            </w:pPr>
            <w:r>
              <w:rPr>
                <w:b/>
                <w:color w:val="000000"/>
              </w:rPr>
              <w:t>FORMATIVNO SPREMLJANJE</w:t>
            </w:r>
          </w:p>
          <w:p w14:paraId="1B9ED13C" w14:textId="77777777" w:rsidR="00080BF0" w:rsidRDefault="00000000">
            <w:pPr>
              <w:pStyle w:val="Oznaenseznam"/>
              <w:spacing w:after="16"/>
            </w:pPr>
            <w:r>
              <w:rPr>
                <w:color w:val="000000"/>
                <w:sz w:val="15"/>
              </w:rPr>
              <w:t>predznanje: opažanje, gibalna ponazoritev, izbira kartice, razvrstitev materialov, poskusna sled ali skica</w:t>
            </w:r>
          </w:p>
          <w:p w14:paraId="36CDBB45"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0D96230E"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53CB9385" w14:textId="77777777" w:rsidR="00080BF0" w:rsidRDefault="00000000">
            <w:pPr>
              <w:pStyle w:val="Oznaenseznam"/>
              <w:spacing w:after="16"/>
            </w:pPr>
            <w:r>
              <w:rPr>
                <w:color w:val="000000"/>
                <w:sz w:val="15"/>
              </w:rPr>
              <w:t>povratna informacija: opis vidne likovne odločitve, povezava z enim merilom in izvedljiv naslednji korak</w:t>
            </w:r>
          </w:p>
          <w:p w14:paraId="43E74170" w14:textId="77777777" w:rsidR="00080BF0" w:rsidRDefault="00000000">
            <w:pPr>
              <w:pStyle w:val="Oznaenseznam"/>
              <w:spacing w:after="16"/>
            </w:pPr>
            <w:r>
              <w:rPr>
                <w:color w:val="000000"/>
                <w:sz w:val="15"/>
              </w:rPr>
              <w:t>samovrednotenje: likovni semafor, lestvica samostojnosti, izbran dokaz, galerijski odziv in izboljšava</w:t>
            </w:r>
          </w:p>
          <w:p w14:paraId="19C643A6" w14:textId="77777777" w:rsidR="00080BF0" w:rsidRDefault="00000000">
            <w:pPr>
              <w:spacing w:before="40" w:after="20" w:line="245" w:lineRule="auto"/>
            </w:pPr>
            <w:r>
              <w:rPr>
                <w:b/>
                <w:color w:val="000000"/>
                <w:sz w:val="17"/>
              </w:rPr>
              <w:t>VARNOST, HIGIENA IN UREDITEV PROSTORA</w:t>
            </w:r>
          </w:p>
          <w:p w14:paraId="661E089A"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Lončki so napolnjeni le do polovice in postavljeni stran od roba; mokra tla se takoj obrišejo.</w:t>
            </w:r>
          </w:p>
          <w:p w14:paraId="293CD8DC" w14:textId="77777777" w:rsidR="00080BF0" w:rsidRDefault="00000000">
            <w:pPr>
              <w:spacing w:after="20" w:line="245" w:lineRule="auto"/>
            </w:pPr>
            <w:r>
              <w:rPr>
                <w:b/>
                <w:color w:val="000000"/>
                <w:sz w:val="17"/>
              </w:rPr>
              <w:t>EVIDENCA PO IZVEDBI</w:t>
            </w:r>
          </w:p>
          <w:p w14:paraId="1E582C64"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37ABC235" w14:textId="77777777" w:rsidR="00080BF0" w:rsidRDefault="00000000">
            <w:pPr>
              <w:spacing w:before="40" w:after="20" w:line="245" w:lineRule="auto"/>
            </w:pPr>
            <w:r>
              <w:rPr>
                <w:b/>
                <w:color w:val="000000"/>
                <w:sz w:val="17"/>
              </w:rPr>
              <w:t>RAVEN DOSEGANJA</w:t>
            </w:r>
          </w:p>
          <w:p w14:paraId="534648D7"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4A6534E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436FF36" w14:textId="77777777">
              <w:trPr>
                <w:jc w:val="center"/>
              </w:trPr>
              <w:tc>
                <w:tcPr>
                  <w:tcW w:w="7087" w:type="dxa"/>
                  <w:shd w:val="clear" w:color="auto" w:fill="EDC9EA"/>
                  <w:tcMar>
                    <w:top w:w="45" w:type="dxa"/>
                    <w:left w:w="70" w:type="dxa"/>
                    <w:bottom w:w="45" w:type="dxa"/>
                    <w:right w:w="70" w:type="dxa"/>
                  </w:tcMar>
                </w:tcPr>
                <w:p w14:paraId="27AC3341" w14:textId="77777777" w:rsidR="00080BF0" w:rsidRDefault="00000000">
                  <w:pPr>
                    <w:keepNext/>
                  </w:pPr>
                  <w:r>
                    <w:rPr>
                      <w:b/>
                      <w:color w:val="000000"/>
                    </w:rPr>
                    <w:t>VPRAŠANJA V PODPORO LIKOVNEMU UČENJU</w:t>
                  </w:r>
                </w:p>
              </w:tc>
            </w:tr>
          </w:tbl>
          <w:p w14:paraId="1CE96FBE" w14:textId="77777777" w:rsidR="00080BF0" w:rsidRDefault="00080BF0">
            <w:pPr>
              <w:spacing w:line="20" w:lineRule="exact"/>
            </w:pPr>
          </w:p>
          <w:p w14:paraId="42709D8C" w14:textId="77777777" w:rsidR="00080BF0" w:rsidRDefault="00000000">
            <w:pPr>
              <w:pStyle w:val="Oznaenseznam"/>
              <w:spacing w:after="16"/>
            </w:pPr>
            <w:r>
              <w:rPr>
                <w:color w:val="000000"/>
                <w:sz w:val="16"/>
              </w:rPr>
              <w:t>Kaj si najprej opazil/-a in katera likovna prvina je zate najpomembnejša?</w:t>
            </w:r>
          </w:p>
          <w:p w14:paraId="7558CF4F" w14:textId="77777777" w:rsidR="00080BF0" w:rsidRDefault="00000000">
            <w:pPr>
              <w:pStyle w:val="Oznaenseznam"/>
              <w:spacing w:after="16"/>
            </w:pPr>
            <w:r>
              <w:rPr>
                <w:color w:val="000000"/>
                <w:sz w:val="16"/>
              </w:rPr>
              <w:t>Kako je material ali postopek vplival na črto, barvo, obliko, površino, prostor oziroma delovanje izdelka?</w:t>
            </w:r>
          </w:p>
          <w:p w14:paraId="6B160687" w14:textId="77777777" w:rsidR="00080BF0" w:rsidRDefault="00000000">
            <w:pPr>
              <w:pStyle w:val="Oznaenseznam"/>
              <w:spacing w:after="16"/>
            </w:pPr>
            <w:r>
              <w:rPr>
                <w:color w:val="000000"/>
                <w:sz w:val="16"/>
              </w:rPr>
              <w:t>Katero možnost si preizkusil/-a, zakaj si jo izbral/-a in kaj si ob poskusu spremenil/-a?</w:t>
            </w:r>
          </w:p>
          <w:p w14:paraId="47055A8F" w14:textId="77777777" w:rsidR="00080BF0" w:rsidRDefault="00000000">
            <w:pPr>
              <w:pStyle w:val="Oznaenseznam"/>
              <w:spacing w:after="16"/>
            </w:pPr>
            <w:r>
              <w:rPr>
                <w:color w:val="000000"/>
                <w:sz w:val="16"/>
              </w:rPr>
              <w:t>Kateri del tvojega procesa ali izdelka najjasneje pokaže dogovorjeno merilo?</w:t>
            </w:r>
          </w:p>
          <w:p w14:paraId="337000FC"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0E4783FB" w14:textId="77777777">
              <w:trPr>
                <w:jc w:val="center"/>
              </w:trPr>
              <w:tc>
                <w:tcPr>
                  <w:tcW w:w="7087" w:type="dxa"/>
                  <w:shd w:val="clear" w:color="auto" w:fill="C6E7F3"/>
                  <w:tcMar>
                    <w:top w:w="45" w:type="dxa"/>
                    <w:left w:w="70" w:type="dxa"/>
                    <w:bottom w:w="45" w:type="dxa"/>
                    <w:right w:w="70" w:type="dxa"/>
                  </w:tcMar>
                </w:tcPr>
                <w:p w14:paraId="6AE27FA3" w14:textId="77777777" w:rsidR="00080BF0" w:rsidRDefault="00000000">
                  <w:pPr>
                    <w:keepNext/>
                  </w:pPr>
                  <w:r>
                    <w:rPr>
                      <w:b/>
                      <w:color w:val="000000"/>
                    </w:rPr>
                    <w:t>ZAKLJUČNI DEL – TIHA GALERIJA, RAZLAGA IN REFLEKSIJA (8–12 min)</w:t>
                  </w:r>
                </w:p>
              </w:tc>
            </w:tr>
          </w:tbl>
          <w:p w14:paraId="689F0015" w14:textId="77777777" w:rsidR="00080BF0" w:rsidRDefault="00080BF0">
            <w:pPr>
              <w:spacing w:line="20" w:lineRule="exact"/>
            </w:pPr>
          </w:p>
          <w:p w14:paraId="36D325E8"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15BCEC01" w14:textId="77777777">
              <w:trPr>
                <w:jc w:val="center"/>
              </w:trPr>
              <w:tc>
                <w:tcPr>
                  <w:tcW w:w="7087" w:type="dxa"/>
                  <w:shd w:val="clear" w:color="auto" w:fill="EDC9EA"/>
                  <w:tcMar>
                    <w:top w:w="45" w:type="dxa"/>
                    <w:left w:w="70" w:type="dxa"/>
                    <w:bottom w:w="45" w:type="dxa"/>
                    <w:right w:w="70" w:type="dxa"/>
                  </w:tcMar>
                </w:tcPr>
                <w:p w14:paraId="5D620DEC" w14:textId="77777777" w:rsidR="00080BF0" w:rsidRDefault="00000000">
                  <w:pPr>
                    <w:keepNext/>
                  </w:pPr>
                  <w:r>
                    <w:rPr>
                      <w:b/>
                      <w:color w:val="000000"/>
                    </w:rPr>
                    <w:t>SAMOVREDNOTENJE</w:t>
                  </w:r>
                </w:p>
              </w:tc>
            </w:tr>
          </w:tbl>
          <w:p w14:paraId="0BB6B0F7" w14:textId="77777777" w:rsidR="00080BF0" w:rsidRDefault="00080BF0">
            <w:pPr>
              <w:spacing w:line="20" w:lineRule="exact"/>
            </w:pPr>
          </w:p>
          <w:p w14:paraId="7AAFBBF5"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73EC8A46" w14:textId="77777777">
              <w:trPr>
                <w:jc w:val="center"/>
              </w:trPr>
              <w:tc>
                <w:tcPr>
                  <w:tcW w:w="7087" w:type="dxa"/>
                  <w:shd w:val="clear" w:color="auto" w:fill="EDC9EA"/>
                  <w:tcMar>
                    <w:top w:w="45" w:type="dxa"/>
                    <w:left w:w="70" w:type="dxa"/>
                    <w:bottom w:w="45" w:type="dxa"/>
                    <w:right w:w="70" w:type="dxa"/>
                  </w:tcMar>
                </w:tcPr>
                <w:p w14:paraId="42CAAA1A" w14:textId="77777777" w:rsidR="00080BF0" w:rsidRDefault="00000000">
                  <w:pPr>
                    <w:keepNext/>
                  </w:pPr>
                  <w:r>
                    <w:rPr>
                      <w:b/>
                      <w:color w:val="000000"/>
                    </w:rPr>
                    <w:t>VRSTNIŠKO VREDNOTENJE</w:t>
                  </w:r>
                </w:p>
              </w:tc>
            </w:tr>
          </w:tbl>
          <w:p w14:paraId="54818FAC" w14:textId="77777777" w:rsidR="00080BF0" w:rsidRDefault="00080BF0">
            <w:pPr>
              <w:spacing w:line="20" w:lineRule="exact"/>
            </w:pPr>
          </w:p>
          <w:p w14:paraId="09719739"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0A00025C" w14:textId="77777777">
              <w:trPr>
                <w:jc w:val="center"/>
              </w:trPr>
              <w:tc>
                <w:tcPr>
                  <w:tcW w:w="7087" w:type="dxa"/>
                  <w:shd w:val="clear" w:color="auto" w:fill="EDC9EA"/>
                  <w:tcMar>
                    <w:top w:w="45" w:type="dxa"/>
                    <w:left w:w="70" w:type="dxa"/>
                    <w:bottom w:w="45" w:type="dxa"/>
                    <w:right w:w="70" w:type="dxa"/>
                  </w:tcMar>
                </w:tcPr>
                <w:p w14:paraId="65C32219" w14:textId="77777777" w:rsidR="00080BF0" w:rsidRDefault="00000000">
                  <w:pPr>
                    <w:keepNext/>
                  </w:pPr>
                  <w:r>
                    <w:rPr>
                      <w:b/>
                      <w:color w:val="000000"/>
                    </w:rPr>
                    <w:t>SKUPNI POVZETEK</w:t>
                  </w:r>
                </w:p>
              </w:tc>
            </w:tr>
          </w:tbl>
          <w:p w14:paraId="3D673EC4" w14:textId="77777777" w:rsidR="00080BF0" w:rsidRDefault="00080BF0"/>
          <w:p w14:paraId="3CDFB9A6" w14:textId="77777777" w:rsidR="00080BF0" w:rsidRDefault="00000000">
            <w:pPr>
              <w:spacing w:before="20" w:after="40" w:line="245" w:lineRule="auto"/>
            </w:pPr>
            <w:r>
              <w:rPr>
                <w:b/>
                <w:color w:val="000000"/>
                <w:sz w:val="16"/>
              </w:rPr>
              <w:t>opazujem barve okolja; izberem motiv; varno in odgovorno ustvarjam. Izbrani dokaz pojasnim in po povratni informaciji izboljšam.</w:t>
            </w:r>
          </w:p>
        </w:tc>
        <w:tc>
          <w:tcPr>
            <w:tcW w:w="2551" w:type="dxa"/>
            <w:tcMar>
              <w:top w:w="70" w:type="dxa"/>
              <w:left w:w="90" w:type="dxa"/>
              <w:bottom w:w="70" w:type="dxa"/>
              <w:right w:w="90" w:type="dxa"/>
            </w:tcMar>
          </w:tcPr>
          <w:p w14:paraId="6DE1E3FA" w14:textId="77777777" w:rsidR="00080BF0" w:rsidRDefault="00080BF0"/>
          <w:p w14:paraId="0DF3E363" w14:textId="77777777" w:rsidR="00080BF0" w:rsidRDefault="00000000">
            <w:pPr>
              <w:spacing w:after="80" w:line="245" w:lineRule="auto"/>
            </w:pPr>
            <w:r>
              <w:rPr>
                <w:color w:val="000000"/>
                <w:sz w:val="15"/>
              </w:rPr>
              <w:t>Odgovarja na podporna vprašanja in se sklicuje na opaženo, preizkušeno, ustvarjeno ali razstavljeno.</w:t>
            </w:r>
          </w:p>
          <w:p w14:paraId="6067004A" w14:textId="77777777" w:rsidR="00080BF0" w:rsidRDefault="00000000">
            <w:pPr>
              <w:spacing w:after="80" w:line="245" w:lineRule="auto"/>
            </w:pPr>
            <w:r>
              <w:rPr>
                <w:color w:val="000000"/>
                <w:sz w:val="15"/>
              </w:rPr>
              <w:t>Predstavi izbrani procesni ali izdelkovni dokaz ter pove, katero merilo z njim pokaže.</w:t>
            </w:r>
          </w:p>
          <w:p w14:paraId="6A8300FB" w14:textId="77777777" w:rsidR="00080BF0" w:rsidRDefault="00000000">
            <w:pPr>
              <w:spacing w:after="80" w:line="245" w:lineRule="auto"/>
            </w:pPr>
            <w:r>
              <w:rPr>
                <w:color w:val="000000"/>
                <w:sz w:val="15"/>
              </w:rPr>
              <w:t>Tiho opazuje vrstnikovo delo, opiše eno konkretno likovno rešitev in poda prijazen predlog.</w:t>
            </w:r>
          </w:p>
          <w:p w14:paraId="3EC97ED1" w14:textId="77777777" w:rsidR="00080BF0" w:rsidRDefault="00000000">
            <w:pPr>
              <w:spacing w:after="80" w:line="245" w:lineRule="auto"/>
            </w:pPr>
            <w:r>
              <w:rPr>
                <w:color w:val="000000"/>
                <w:sz w:val="15"/>
              </w:rPr>
              <w:t>Po povratni informaciji po želji ponovi poskus, spremeni podrobnost, izboljša spoj, razporeditev ali razlago.</w:t>
            </w:r>
          </w:p>
          <w:p w14:paraId="5312E567" w14:textId="77777777" w:rsidR="00080BF0" w:rsidRDefault="00000000">
            <w:pPr>
              <w:spacing w:after="100" w:line="245" w:lineRule="auto"/>
            </w:pPr>
            <w:r>
              <w:rPr>
                <w:color w:val="000000"/>
                <w:sz w:val="15"/>
              </w:rPr>
              <w:t>Izbere raven samostojnosti ter določi majhen in izvedljiv naslednji ustvarjalni korak.</w:t>
            </w:r>
          </w:p>
          <w:p w14:paraId="16F77337" w14:textId="77777777" w:rsidR="00080BF0" w:rsidRDefault="00000000">
            <w:pPr>
              <w:spacing w:after="20" w:line="245" w:lineRule="auto"/>
            </w:pPr>
            <w:r>
              <w:rPr>
                <w:b/>
                <w:color w:val="D95BC6"/>
                <w:sz w:val="17"/>
              </w:rPr>
              <w:t>DOKAZ O UČENJU</w:t>
            </w:r>
          </w:p>
          <w:p w14:paraId="2E0BD3CE"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46E6BBD4"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23900AE7" w14:textId="77777777">
        <w:trPr>
          <w:cantSplit/>
          <w:jc w:val="center"/>
        </w:trPr>
        <w:tc>
          <w:tcPr>
            <w:tcW w:w="14060" w:type="dxa"/>
            <w:gridSpan w:val="6"/>
            <w:tcMar>
              <w:top w:w="70" w:type="dxa"/>
              <w:left w:w="90" w:type="dxa"/>
              <w:bottom w:w="70" w:type="dxa"/>
              <w:right w:w="90" w:type="dxa"/>
            </w:tcMar>
            <w:vAlign w:val="center"/>
          </w:tcPr>
          <w:p w14:paraId="1CC097E6" w14:textId="77777777" w:rsidR="00080BF0" w:rsidRDefault="00000000">
            <w:pPr>
              <w:jc w:val="center"/>
            </w:pPr>
            <w:r>
              <w:rPr>
                <w:b/>
                <w:color w:val="000000"/>
                <w:sz w:val="24"/>
              </w:rPr>
              <w:lastRenderedPageBreak/>
              <w:t>UČNA PRIPRAVA 37/39</w:t>
            </w:r>
          </w:p>
        </w:tc>
      </w:tr>
      <w:tr w:rsidR="00080BF0" w14:paraId="11980C11" w14:textId="77777777">
        <w:trPr>
          <w:jc w:val="center"/>
        </w:trPr>
        <w:tc>
          <w:tcPr>
            <w:tcW w:w="2665" w:type="dxa"/>
            <w:tcMar>
              <w:top w:w="70" w:type="dxa"/>
              <w:left w:w="90" w:type="dxa"/>
              <w:bottom w:w="70" w:type="dxa"/>
              <w:right w:w="90" w:type="dxa"/>
            </w:tcMar>
            <w:vAlign w:val="center"/>
          </w:tcPr>
          <w:p w14:paraId="67FF0A2B"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E36140C"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3BABF6F0"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F2D2237" w14:textId="77777777" w:rsidR="00080BF0" w:rsidRDefault="00000000">
            <w:r>
              <w:rPr>
                <w:b/>
                <w:color w:val="000000"/>
                <w:sz w:val="16"/>
              </w:rPr>
              <w:t xml:space="preserve">NAČRTOVANI TERMIN: </w:t>
            </w:r>
            <w:r>
              <w:rPr>
                <w:color w:val="000000"/>
                <w:sz w:val="16"/>
              </w:rPr>
              <w:t>37. teden • 7.–11. 6. 2027</w:t>
            </w:r>
          </w:p>
        </w:tc>
        <w:tc>
          <w:tcPr>
            <w:tcW w:w="2268" w:type="dxa"/>
            <w:tcMar>
              <w:top w:w="70" w:type="dxa"/>
              <w:left w:w="90" w:type="dxa"/>
              <w:bottom w:w="70" w:type="dxa"/>
              <w:right w:w="90" w:type="dxa"/>
            </w:tcMar>
            <w:vAlign w:val="center"/>
          </w:tcPr>
          <w:p w14:paraId="11866755"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C36E910" w14:textId="77777777" w:rsidR="00080BF0" w:rsidRDefault="00000000">
            <w:r>
              <w:rPr>
                <w:b/>
                <w:color w:val="000000"/>
                <w:sz w:val="16"/>
              </w:rPr>
              <w:t xml:space="preserve">ŠTEVILO UR: </w:t>
            </w:r>
            <w:r>
              <w:rPr>
                <w:color w:val="000000"/>
                <w:sz w:val="16"/>
              </w:rPr>
              <w:t>2</w:t>
            </w:r>
          </w:p>
        </w:tc>
      </w:tr>
      <w:tr w:rsidR="00080BF0" w14:paraId="3A2FD15B" w14:textId="77777777">
        <w:trPr>
          <w:jc w:val="center"/>
        </w:trPr>
        <w:tc>
          <w:tcPr>
            <w:tcW w:w="14061" w:type="dxa"/>
            <w:gridSpan w:val="6"/>
            <w:tcMar>
              <w:top w:w="70" w:type="dxa"/>
              <w:left w:w="90" w:type="dxa"/>
              <w:bottom w:w="70" w:type="dxa"/>
              <w:right w:w="90" w:type="dxa"/>
            </w:tcMar>
            <w:vAlign w:val="center"/>
          </w:tcPr>
          <w:p w14:paraId="1113A864" w14:textId="77777777" w:rsidR="00080BF0" w:rsidRDefault="00000000">
            <w:r>
              <w:rPr>
                <w:b/>
                <w:color w:val="000000"/>
                <w:sz w:val="17"/>
              </w:rPr>
              <w:t xml:space="preserve">TIP UČNE URE: </w:t>
            </w:r>
            <w:r>
              <w:rPr>
                <w:color w:val="000000"/>
                <w:sz w:val="17"/>
              </w:rPr>
              <w:t>priprava, individualno opisno ocenjevanje s procesnim, praktičnim oziroma portfolio dokazom, analiza in ponovno učenje</w:t>
            </w:r>
          </w:p>
        </w:tc>
      </w:tr>
      <w:tr w:rsidR="00080BF0" w14:paraId="4C2597C4" w14:textId="77777777">
        <w:trPr>
          <w:cantSplit/>
          <w:jc w:val="center"/>
        </w:trPr>
        <w:tc>
          <w:tcPr>
            <w:tcW w:w="14060" w:type="dxa"/>
            <w:gridSpan w:val="6"/>
            <w:tcMar>
              <w:top w:w="70" w:type="dxa"/>
              <w:left w:w="90" w:type="dxa"/>
              <w:bottom w:w="70" w:type="dxa"/>
              <w:right w:w="90" w:type="dxa"/>
            </w:tcMar>
            <w:vAlign w:val="center"/>
          </w:tcPr>
          <w:p w14:paraId="577F5F68" w14:textId="77777777" w:rsidR="00080BF0" w:rsidRDefault="00080BF0"/>
          <w:p w14:paraId="4C7C0055" w14:textId="77777777" w:rsidR="00080BF0" w:rsidRDefault="00000000">
            <w:pPr>
              <w:spacing w:line="245" w:lineRule="auto"/>
            </w:pPr>
            <w:r>
              <w:rPr>
                <w:b/>
                <w:color w:val="000000"/>
                <w:sz w:val="15"/>
              </w:rPr>
              <w:t xml:space="preserve">UČNI SKLOP: </w:t>
            </w:r>
            <w:r>
              <w:rPr>
                <w:color w:val="000000"/>
                <w:sz w:val="15"/>
              </w:rPr>
              <w:t>POLETJE, SKUPNOST IN ZAKLJUČEK</w:t>
            </w:r>
          </w:p>
        </w:tc>
      </w:tr>
      <w:tr w:rsidR="00080BF0" w14:paraId="387D5009" w14:textId="77777777">
        <w:trPr>
          <w:cantSplit/>
          <w:jc w:val="center"/>
        </w:trPr>
        <w:tc>
          <w:tcPr>
            <w:tcW w:w="14060" w:type="dxa"/>
            <w:gridSpan w:val="6"/>
            <w:tcMar>
              <w:top w:w="70" w:type="dxa"/>
              <w:left w:w="90" w:type="dxa"/>
              <w:bottom w:w="70" w:type="dxa"/>
              <w:right w:w="90" w:type="dxa"/>
            </w:tcMar>
            <w:vAlign w:val="center"/>
          </w:tcPr>
          <w:p w14:paraId="593C20B4" w14:textId="77777777" w:rsidR="00080BF0" w:rsidRDefault="00080BF0"/>
          <w:p w14:paraId="72BF85CF" w14:textId="77777777" w:rsidR="00080BF0" w:rsidRDefault="00000000">
            <w:pPr>
              <w:spacing w:line="245" w:lineRule="auto"/>
            </w:pPr>
            <w:r>
              <w:rPr>
                <w:b/>
                <w:color w:val="000000"/>
                <w:sz w:val="15"/>
              </w:rPr>
              <w:t xml:space="preserve">UČNA TEMA: </w:t>
            </w:r>
            <w:r>
              <w:rPr>
                <w:color w:val="000000"/>
                <w:sz w:val="15"/>
              </w:rPr>
              <w:t>UPORABEN IZDELEK</w:t>
            </w:r>
          </w:p>
        </w:tc>
      </w:tr>
      <w:tr w:rsidR="00080BF0" w14:paraId="2B3B9629" w14:textId="77777777">
        <w:trPr>
          <w:cantSplit/>
          <w:jc w:val="center"/>
        </w:trPr>
        <w:tc>
          <w:tcPr>
            <w:tcW w:w="14060" w:type="dxa"/>
            <w:gridSpan w:val="6"/>
            <w:tcMar>
              <w:top w:w="70" w:type="dxa"/>
              <w:left w:w="90" w:type="dxa"/>
              <w:bottom w:w="70" w:type="dxa"/>
              <w:right w:w="90" w:type="dxa"/>
            </w:tcMar>
            <w:vAlign w:val="center"/>
          </w:tcPr>
          <w:p w14:paraId="3A742A3C" w14:textId="77777777" w:rsidR="00080BF0" w:rsidRDefault="00080BF0"/>
          <w:p w14:paraId="158505C8" w14:textId="77777777" w:rsidR="00080BF0" w:rsidRDefault="00000000">
            <w:pPr>
              <w:spacing w:line="245" w:lineRule="auto"/>
            </w:pPr>
            <w:r>
              <w:rPr>
                <w:b/>
                <w:color w:val="000000"/>
                <w:sz w:val="15"/>
              </w:rPr>
              <w:t xml:space="preserve">KNJIŽEVNO / MOTIVNO IZHODIŠČE: </w:t>
            </w:r>
            <w:r>
              <w:rPr>
                <w:color w:val="000000"/>
                <w:sz w:val="15"/>
              </w:rPr>
              <w:t>»Zakaj?« – Lila Prap • NADALJEVANJE • okoljska vprašanja, ponovna uporaba in ustvarjalne rešitve</w:t>
            </w:r>
          </w:p>
        </w:tc>
      </w:tr>
      <w:tr w:rsidR="00080BF0" w14:paraId="30AFE0FD" w14:textId="77777777">
        <w:trPr>
          <w:cantSplit/>
          <w:jc w:val="center"/>
        </w:trPr>
        <w:tc>
          <w:tcPr>
            <w:tcW w:w="14060" w:type="dxa"/>
            <w:gridSpan w:val="6"/>
            <w:tcMar>
              <w:top w:w="70" w:type="dxa"/>
              <w:left w:w="90" w:type="dxa"/>
              <w:bottom w:w="70" w:type="dxa"/>
              <w:right w:w="90" w:type="dxa"/>
            </w:tcMar>
            <w:vAlign w:val="center"/>
          </w:tcPr>
          <w:p w14:paraId="27FC67D5" w14:textId="77777777" w:rsidR="00080BF0" w:rsidRDefault="00080BF0"/>
          <w:p w14:paraId="19280E0E" w14:textId="77777777" w:rsidR="00080BF0" w:rsidRDefault="00000000">
            <w:pPr>
              <w:spacing w:line="245" w:lineRule="auto"/>
            </w:pPr>
            <w:r>
              <w:rPr>
                <w:b/>
                <w:color w:val="000000"/>
                <w:sz w:val="15"/>
              </w:rPr>
              <w:t xml:space="preserve">LIKOVNO IZHODIŠČE / MOTIVACIJA: </w:t>
            </w:r>
            <w:r>
              <w:rPr>
                <w:color w:val="000000"/>
                <w:sz w:val="15"/>
              </w:rPr>
              <w:t>mali oblikovalec prinese izdelek, ki še ne stoji ali ne deluje; učenci z dotikom, gibanjem in preizkusom iščejo način, kako bi ga izboljšali pri temi »uporaben izdelek«.</w:t>
            </w:r>
          </w:p>
        </w:tc>
      </w:tr>
      <w:tr w:rsidR="00080BF0" w14:paraId="6A0A9427" w14:textId="77777777">
        <w:trPr>
          <w:cantSplit/>
          <w:jc w:val="center"/>
        </w:trPr>
        <w:tc>
          <w:tcPr>
            <w:tcW w:w="14060" w:type="dxa"/>
            <w:gridSpan w:val="6"/>
            <w:tcMar>
              <w:top w:w="70" w:type="dxa"/>
              <w:left w:w="90" w:type="dxa"/>
              <w:bottom w:w="70" w:type="dxa"/>
              <w:right w:w="90" w:type="dxa"/>
            </w:tcMar>
            <w:vAlign w:val="center"/>
          </w:tcPr>
          <w:p w14:paraId="665722B3" w14:textId="77777777" w:rsidR="00080BF0" w:rsidRDefault="00080BF0"/>
          <w:p w14:paraId="37DB103C" w14:textId="77777777" w:rsidR="00080BF0" w:rsidRDefault="00000000">
            <w:pPr>
              <w:spacing w:line="245" w:lineRule="auto"/>
            </w:pPr>
            <w:r>
              <w:rPr>
                <w:b/>
                <w:color w:val="000000"/>
                <w:sz w:val="15"/>
              </w:rPr>
              <w:t xml:space="preserve">UČNE ENOTE: </w:t>
            </w:r>
            <w:r>
              <w:rPr>
                <w:color w:val="000000"/>
                <w:sz w:val="15"/>
              </w:rPr>
              <w:t>1. ura – Uporaben izdelek – Opazujem, preizkušam, načrtujem • 2. ura – Moj likovni napredek – Individualni portfolio dokaz</w:t>
            </w:r>
          </w:p>
        </w:tc>
      </w:tr>
      <w:tr w:rsidR="00080BF0" w14:paraId="31316511" w14:textId="77777777">
        <w:trPr>
          <w:cantSplit/>
          <w:jc w:val="center"/>
        </w:trPr>
        <w:tc>
          <w:tcPr>
            <w:tcW w:w="14060" w:type="dxa"/>
            <w:gridSpan w:val="6"/>
            <w:tcMar>
              <w:top w:w="70" w:type="dxa"/>
              <w:left w:w="90" w:type="dxa"/>
              <w:bottom w:w="70" w:type="dxa"/>
              <w:right w:w="90" w:type="dxa"/>
            </w:tcMar>
            <w:vAlign w:val="center"/>
          </w:tcPr>
          <w:p w14:paraId="32E28B83" w14:textId="77777777" w:rsidR="00080BF0" w:rsidRDefault="00080BF0"/>
          <w:p w14:paraId="380EF748"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29ADAF02" w14:textId="77777777">
        <w:trPr>
          <w:cantSplit/>
          <w:jc w:val="center"/>
        </w:trPr>
        <w:tc>
          <w:tcPr>
            <w:tcW w:w="14060" w:type="dxa"/>
            <w:gridSpan w:val="6"/>
            <w:tcMar>
              <w:top w:w="70" w:type="dxa"/>
              <w:left w:w="90" w:type="dxa"/>
              <w:bottom w:w="70" w:type="dxa"/>
              <w:right w:w="90" w:type="dxa"/>
            </w:tcMar>
            <w:vAlign w:val="center"/>
          </w:tcPr>
          <w:p w14:paraId="4EFF03D5" w14:textId="77777777" w:rsidR="00080BF0" w:rsidRDefault="00080BF0"/>
          <w:p w14:paraId="2842E73C"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16E04BA9" w14:textId="77777777">
        <w:trPr>
          <w:cantSplit/>
          <w:jc w:val="center"/>
        </w:trPr>
        <w:tc>
          <w:tcPr>
            <w:tcW w:w="14060" w:type="dxa"/>
            <w:gridSpan w:val="6"/>
            <w:tcMar>
              <w:top w:w="70" w:type="dxa"/>
              <w:left w:w="90" w:type="dxa"/>
              <w:bottom w:w="70" w:type="dxa"/>
              <w:right w:w="90" w:type="dxa"/>
            </w:tcMar>
            <w:vAlign w:val="center"/>
          </w:tcPr>
          <w:p w14:paraId="071F9AC6" w14:textId="77777777" w:rsidR="00080BF0" w:rsidRDefault="00080BF0"/>
          <w:p w14:paraId="62815680"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7761D1B1" w14:textId="77777777">
        <w:trPr>
          <w:cantSplit/>
          <w:jc w:val="center"/>
        </w:trPr>
        <w:tc>
          <w:tcPr>
            <w:tcW w:w="14060" w:type="dxa"/>
            <w:gridSpan w:val="6"/>
            <w:tcMar>
              <w:top w:w="70" w:type="dxa"/>
              <w:left w:w="90" w:type="dxa"/>
              <w:bottom w:w="70" w:type="dxa"/>
              <w:right w:w="90" w:type="dxa"/>
            </w:tcMar>
            <w:vAlign w:val="center"/>
          </w:tcPr>
          <w:p w14:paraId="35C36019" w14:textId="77777777" w:rsidR="00080BF0" w:rsidRDefault="00080BF0"/>
          <w:p w14:paraId="234A606C" w14:textId="77777777" w:rsidR="00080BF0" w:rsidRDefault="00000000">
            <w:pPr>
              <w:spacing w:line="245" w:lineRule="auto"/>
            </w:pPr>
            <w:r>
              <w:rPr>
                <w:b/>
                <w:color w:val="000000"/>
                <w:sz w:val="15"/>
              </w:rPr>
              <w:t xml:space="preserve">MEDPREDMETNE POVEZAVE: </w:t>
            </w:r>
            <w:r>
              <w:rPr>
                <w:color w:val="000000"/>
                <w:sz w:val="15"/>
              </w:rPr>
              <w:t>SPO – okoljska vprašanja, ponovna uporaba in ustvarjalne rešitve; SLJ – poslušanje, opis opažanja, poimenovanje postopka in predstavitev; MAT – oblike, razvrščanje, vzorci in prostorski odnosi; ŠPO – gibalna črta, telesna skulptura, smer in ravnotežje; GUM – ritem, ponavljanje.</w:t>
            </w:r>
          </w:p>
        </w:tc>
      </w:tr>
      <w:tr w:rsidR="00080BF0" w14:paraId="22DAA187" w14:textId="77777777">
        <w:trPr>
          <w:cantSplit/>
          <w:jc w:val="center"/>
        </w:trPr>
        <w:tc>
          <w:tcPr>
            <w:tcW w:w="14060" w:type="dxa"/>
            <w:gridSpan w:val="6"/>
            <w:tcMar>
              <w:top w:w="70" w:type="dxa"/>
              <w:left w:w="90" w:type="dxa"/>
              <w:bottom w:w="70" w:type="dxa"/>
              <w:right w:w="90" w:type="dxa"/>
            </w:tcMar>
            <w:vAlign w:val="center"/>
          </w:tcPr>
          <w:p w14:paraId="7EB677EC" w14:textId="77777777" w:rsidR="00080BF0" w:rsidRDefault="00080BF0"/>
          <w:p w14:paraId="3923860E" w14:textId="77777777" w:rsidR="00080BF0" w:rsidRDefault="00000000">
            <w:pPr>
              <w:spacing w:line="245" w:lineRule="auto"/>
            </w:pPr>
            <w:r>
              <w:rPr>
                <w:b/>
                <w:color w:val="000000"/>
                <w:sz w:val="15"/>
              </w:rPr>
              <w:t xml:space="preserve">UČNA SREDSTVA IN PRIPOMOČKI: </w:t>
            </w:r>
            <w:r>
              <w:rPr>
                <w:color w:val="000000"/>
                <w:sz w:val="15"/>
              </w:rPr>
              <w:t>glina ali mehka modelirna masa, karton, čista embalaža, lesene paličice, papirnate sponke, vrvica, lepilni trak in varne škarje; fotografija, reprodukcija ali resnični predmet za opazovanje; kartice namena in meril; talne oznake štirih postaj; mapa dokazov; sredstva za čiščenje in pospravljanje</w:t>
            </w:r>
          </w:p>
        </w:tc>
      </w:tr>
      <w:tr w:rsidR="00080BF0" w14:paraId="2BE509DA" w14:textId="77777777">
        <w:trPr>
          <w:cantSplit/>
          <w:jc w:val="center"/>
        </w:trPr>
        <w:tc>
          <w:tcPr>
            <w:tcW w:w="14060" w:type="dxa"/>
            <w:gridSpan w:val="6"/>
            <w:tcMar>
              <w:top w:w="70" w:type="dxa"/>
              <w:left w:w="90" w:type="dxa"/>
              <w:bottom w:w="70" w:type="dxa"/>
              <w:right w:w="90" w:type="dxa"/>
            </w:tcMar>
            <w:vAlign w:val="center"/>
          </w:tcPr>
          <w:p w14:paraId="387374BC" w14:textId="77777777" w:rsidR="00080BF0" w:rsidRDefault="00080BF0"/>
          <w:p w14:paraId="40522F15"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05B450A1" w14:textId="77777777">
        <w:trPr>
          <w:cantSplit/>
          <w:jc w:val="center"/>
        </w:trPr>
        <w:tc>
          <w:tcPr>
            <w:tcW w:w="14060" w:type="dxa"/>
            <w:gridSpan w:val="6"/>
            <w:tcMar>
              <w:top w:w="70" w:type="dxa"/>
              <w:left w:w="90" w:type="dxa"/>
              <w:bottom w:w="70" w:type="dxa"/>
              <w:right w:w="90" w:type="dxa"/>
            </w:tcMar>
            <w:vAlign w:val="center"/>
          </w:tcPr>
          <w:p w14:paraId="0CB7C624" w14:textId="77777777" w:rsidR="00080BF0" w:rsidRDefault="00080BF0"/>
          <w:p w14:paraId="013913AC" w14:textId="77777777" w:rsidR="00080BF0" w:rsidRDefault="00000000">
            <w:pPr>
              <w:spacing w:line="245" w:lineRule="auto"/>
            </w:pPr>
            <w:r>
              <w:rPr>
                <w:b/>
                <w:color w:val="000000"/>
                <w:sz w:val="15"/>
              </w:rPr>
              <w:t xml:space="preserve">OCENJEVANJE / DAN DEJAVNOSTI: </w:t>
            </w:r>
            <w:r>
              <w:rPr>
                <w:color w:val="000000"/>
                <w:sz w:val="15"/>
              </w:rPr>
              <w:t>OCENJEVANJE 3: izbor del iz mape, postavitev mini razstave in učenčeva razlaga napredka</w:t>
            </w:r>
          </w:p>
        </w:tc>
      </w:tr>
      <w:tr w:rsidR="00080BF0" w14:paraId="03F21276" w14:textId="77777777">
        <w:trPr>
          <w:cantSplit/>
          <w:jc w:val="center"/>
        </w:trPr>
        <w:tc>
          <w:tcPr>
            <w:tcW w:w="14060" w:type="dxa"/>
            <w:gridSpan w:val="6"/>
            <w:tcMar>
              <w:top w:w="70" w:type="dxa"/>
              <w:left w:w="90" w:type="dxa"/>
              <w:bottom w:w="70" w:type="dxa"/>
              <w:right w:w="90" w:type="dxa"/>
            </w:tcMar>
            <w:vAlign w:val="center"/>
          </w:tcPr>
          <w:p w14:paraId="7185EB3B" w14:textId="77777777" w:rsidR="00080BF0" w:rsidRDefault="00080BF0"/>
          <w:p w14:paraId="399E2B5B"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78BAE88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ECF7ED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577243D"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6B5FD9F" w14:textId="77777777" w:rsidR="00080BF0" w:rsidRDefault="00000000">
            <w:pPr>
              <w:jc w:val="center"/>
            </w:pPr>
            <w:r>
              <w:rPr>
                <w:b/>
                <w:color w:val="000000"/>
                <w:sz w:val="20"/>
              </w:rPr>
              <w:t>UČNE DEJAVNOSTI, METODE IN FORMATIVNO SPREMLJANJE</w:t>
            </w:r>
          </w:p>
        </w:tc>
      </w:tr>
      <w:tr w:rsidR="00080BF0" w14:paraId="76C4D249" w14:textId="77777777">
        <w:trPr>
          <w:tblHeader/>
          <w:jc w:val="center"/>
        </w:trPr>
        <w:tc>
          <w:tcPr>
            <w:tcW w:w="4422" w:type="dxa"/>
            <w:vMerge/>
            <w:tcMar>
              <w:top w:w="70" w:type="dxa"/>
              <w:left w:w="90" w:type="dxa"/>
              <w:bottom w:w="70" w:type="dxa"/>
              <w:right w:w="90" w:type="dxa"/>
            </w:tcMar>
            <w:vAlign w:val="center"/>
          </w:tcPr>
          <w:p w14:paraId="79422C9C" w14:textId="77777777" w:rsidR="00080BF0" w:rsidRDefault="00080BF0"/>
        </w:tc>
        <w:tc>
          <w:tcPr>
            <w:tcW w:w="7087" w:type="dxa"/>
            <w:shd w:val="clear" w:color="auto" w:fill="FFFFFF"/>
            <w:tcMar>
              <w:top w:w="70" w:type="dxa"/>
              <w:left w:w="90" w:type="dxa"/>
              <w:bottom w:w="70" w:type="dxa"/>
              <w:right w:w="90" w:type="dxa"/>
            </w:tcMar>
            <w:vAlign w:val="center"/>
          </w:tcPr>
          <w:p w14:paraId="7AB65E85"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1550C47" w14:textId="77777777" w:rsidR="00080BF0" w:rsidRDefault="00000000">
            <w:pPr>
              <w:jc w:val="center"/>
            </w:pPr>
            <w:r>
              <w:rPr>
                <w:b/>
                <w:color w:val="000000"/>
              </w:rPr>
              <w:t>UČENEC</w:t>
            </w:r>
          </w:p>
        </w:tc>
      </w:tr>
      <w:tr w:rsidR="00080BF0" w14:paraId="0C69EE86" w14:textId="77777777">
        <w:trPr>
          <w:jc w:val="center"/>
        </w:trPr>
        <w:tc>
          <w:tcPr>
            <w:tcW w:w="4422" w:type="dxa"/>
            <w:tcMar>
              <w:top w:w="70" w:type="dxa"/>
              <w:left w:w="90" w:type="dxa"/>
              <w:bottom w:w="70" w:type="dxa"/>
              <w:right w:w="90" w:type="dxa"/>
            </w:tcMar>
          </w:tcPr>
          <w:p w14:paraId="77C43A32" w14:textId="77777777" w:rsidR="00080BF0" w:rsidRDefault="00080BF0"/>
          <w:p w14:paraId="3DF97DC9" w14:textId="77777777" w:rsidR="00080BF0" w:rsidRDefault="00000000">
            <w:pPr>
              <w:spacing w:after="60" w:line="245" w:lineRule="auto"/>
            </w:pPr>
            <w:r>
              <w:rPr>
                <w:b/>
                <w:color w:val="000000"/>
              </w:rPr>
              <w:t>UČNI CILJI</w:t>
            </w:r>
          </w:p>
          <w:p w14:paraId="275B57F8" w14:textId="77777777" w:rsidR="00080BF0" w:rsidRDefault="00000000">
            <w:pPr>
              <w:spacing w:after="20" w:line="245" w:lineRule="auto"/>
            </w:pPr>
            <w:r>
              <w:rPr>
                <w:b/>
                <w:color w:val="000000"/>
                <w:sz w:val="17"/>
              </w:rPr>
              <w:t>SPLOŠNI</w:t>
            </w:r>
          </w:p>
          <w:p w14:paraId="764A97A9"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26A9350B"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4464AA35"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64E28A78"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61E707EA" w14:textId="77777777" w:rsidR="00080BF0" w:rsidRDefault="00000000">
            <w:pPr>
              <w:spacing w:before="40" w:after="20" w:line="245" w:lineRule="auto"/>
            </w:pPr>
            <w:r>
              <w:rPr>
                <w:b/>
                <w:color w:val="000000"/>
                <w:sz w:val="17"/>
              </w:rPr>
              <w:t>OPERATIVNI</w:t>
            </w:r>
          </w:p>
          <w:p w14:paraId="7727928B" w14:textId="77777777" w:rsidR="00080BF0" w:rsidRDefault="00000000">
            <w:pPr>
              <w:pStyle w:val="Oznaenseznam"/>
              <w:spacing w:after="16"/>
            </w:pPr>
            <w:r>
              <w:rPr>
                <w:color w:val="000000"/>
                <w:sz w:val="16"/>
              </w:rPr>
              <w:t>načrtuje iz odpadnega materiala</w:t>
            </w:r>
          </w:p>
          <w:p w14:paraId="442DC5F9" w14:textId="77777777" w:rsidR="00080BF0" w:rsidRDefault="00000000">
            <w:pPr>
              <w:pStyle w:val="Oznaenseznam"/>
              <w:spacing w:after="16"/>
            </w:pPr>
            <w:r>
              <w:rPr>
                <w:color w:val="000000"/>
                <w:sz w:val="16"/>
              </w:rPr>
              <w:t>izdela in preizkusi</w:t>
            </w:r>
          </w:p>
          <w:p w14:paraId="2B10B574" w14:textId="77777777" w:rsidR="00080BF0" w:rsidRDefault="00000000">
            <w:pPr>
              <w:pStyle w:val="Oznaenseznam"/>
              <w:spacing w:after="16"/>
            </w:pPr>
            <w:r>
              <w:rPr>
                <w:color w:val="000000"/>
                <w:sz w:val="16"/>
              </w:rPr>
              <w:t>predlaga izboljšavo</w:t>
            </w:r>
          </w:p>
          <w:p w14:paraId="3B0DEE5F" w14:textId="77777777" w:rsidR="00080BF0" w:rsidRDefault="00000000">
            <w:pPr>
              <w:spacing w:before="40" w:after="20" w:line="245" w:lineRule="auto"/>
            </w:pPr>
            <w:r>
              <w:rPr>
                <w:b/>
                <w:color w:val="000000"/>
                <w:sz w:val="17"/>
              </w:rPr>
              <w:t>PRIČAKOVANI DOSEŽKI / MINIMALNI POUDARKI</w:t>
            </w:r>
          </w:p>
          <w:p w14:paraId="207E7414" w14:textId="77777777" w:rsidR="00080BF0" w:rsidRDefault="00000000">
            <w:pPr>
              <w:pStyle w:val="Oznaenseznam"/>
              <w:spacing w:after="16"/>
            </w:pPr>
            <w:r>
              <w:rPr>
                <w:color w:val="000000"/>
                <w:sz w:val="15"/>
              </w:rPr>
              <w:t>samostojno oziroma z dogovorjeno oporo načrtuje iz odpadnega materiala</w:t>
            </w:r>
          </w:p>
          <w:p w14:paraId="2E37D445" w14:textId="77777777" w:rsidR="00080BF0" w:rsidRDefault="00000000">
            <w:pPr>
              <w:pStyle w:val="Oznaenseznam"/>
              <w:spacing w:after="16"/>
            </w:pPr>
            <w:r>
              <w:rPr>
                <w:color w:val="000000"/>
                <w:sz w:val="15"/>
              </w:rPr>
              <w:t>samostojno oziroma z dogovorjeno oporo izdela in preizkusi</w:t>
            </w:r>
          </w:p>
          <w:p w14:paraId="2ED72CF7" w14:textId="77777777" w:rsidR="00080BF0" w:rsidRDefault="00000000">
            <w:pPr>
              <w:pStyle w:val="Oznaenseznam"/>
              <w:spacing w:after="16"/>
            </w:pPr>
            <w:r>
              <w:rPr>
                <w:color w:val="000000"/>
                <w:sz w:val="15"/>
              </w:rPr>
              <w:t>samostojno oziroma z dogovorjeno oporo predlaga izboljšavo</w:t>
            </w:r>
          </w:p>
        </w:tc>
        <w:tc>
          <w:tcPr>
            <w:tcW w:w="7087" w:type="dxa"/>
            <w:tcMar>
              <w:top w:w="70" w:type="dxa"/>
              <w:left w:w="90" w:type="dxa"/>
              <w:bottom w:w="70" w:type="dxa"/>
              <w:right w:w="90" w:type="dxa"/>
            </w:tcMar>
          </w:tcPr>
          <w:p w14:paraId="0FE4C7AA"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F554EA2" w14:textId="77777777">
              <w:trPr>
                <w:jc w:val="center"/>
              </w:trPr>
              <w:tc>
                <w:tcPr>
                  <w:tcW w:w="7087" w:type="dxa"/>
                  <w:shd w:val="clear" w:color="auto" w:fill="C6E7F3"/>
                  <w:tcMar>
                    <w:top w:w="45" w:type="dxa"/>
                    <w:left w:w="70" w:type="dxa"/>
                    <w:bottom w:w="45" w:type="dxa"/>
                    <w:right w:w="70" w:type="dxa"/>
                  </w:tcMar>
                </w:tcPr>
                <w:p w14:paraId="56CC869E" w14:textId="77777777" w:rsidR="00080BF0" w:rsidRDefault="00000000">
                  <w:pPr>
                    <w:keepNext/>
                  </w:pPr>
                  <w:r>
                    <w:rPr>
                      <w:b/>
                      <w:color w:val="000000"/>
                    </w:rPr>
                    <w:t>UVODNI DEL – likovna uganka, opazovanje, aktivacija predznanja in namen učenja (8–12 min)</w:t>
                  </w:r>
                </w:p>
              </w:tc>
            </w:tr>
          </w:tbl>
          <w:p w14:paraId="06B6AAFF" w14:textId="77777777" w:rsidR="00080BF0" w:rsidRDefault="00080BF0">
            <w:pPr>
              <w:spacing w:line="20" w:lineRule="exact"/>
            </w:pPr>
          </w:p>
          <w:p w14:paraId="28CA9BC8" w14:textId="77777777" w:rsidR="00080BF0" w:rsidRDefault="00000000">
            <w:pPr>
              <w:spacing w:before="40" w:after="60" w:line="245" w:lineRule="auto"/>
            </w:pPr>
            <w:r>
              <w:rPr>
                <w:color w:val="000000"/>
                <w:sz w:val="16"/>
              </w:rPr>
              <w:t>Ob književnem motivu »Zakaj?« – Lila Prap • NADALJEVANJE učenci vstopijo v temo okoljska vprašanja, ponovna uporaba in ustvarjalne rešitve. Učiteljica pokaže fotografijo, reprodukcijo, predmet ali material in pove kratko likovno zgodbo: mali oblikovalec prinese izdelek, ki še ne stoji ali ne deluje; učenci z dotikom, gibanjem in preizkusom iščejo način, kako bi ga izboljšali pri temi »uporaben izdelek«. Tematska rešitev: iz odpadnega materiala izdela in izboljša uporaben izdelek. Učenci najprej tiho opazujejo, nato prvi odziv pokažejo z gibanjem, izbiro kartice, materialnim poskusom, skico ali kratko razlago. Pred individualnim dokazom obnovijo javna merila in dovoljene opore; po dokazovanju določijo naslednji korak.</w:t>
            </w:r>
          </w:p>
          <w:tbl>
            <w:tblPr>
              <w:tblStyle w:val="Tabelamrea"/>
              <w:tblW w:w="0" w:type="auto"/>
              <w:jc w:val="center"/>
              <w:tblLayout w:type="fixed"/>
              <w:tblLook w:val="04A0" w:firstRow="1" w:lastRow="0" w:firstColumn="1" w:lastColumn="0" w:noHBand="0" w:noVBand="1"/>
            </w:tblPr>
            <w:tblGrid>
              <w:gridCol w:w="7087"/>
            </w:tblGrid>
            <w:tr w:rsidR="00080BF0" w14:paraId="10B3EC7B" w14:textId="77777777">
              <w:trPr>
                <w:jc w:val="center"/>
              </w:trPr>
              <w:tc>
                <w:tcPr>
                  <w:tcW w:w="7087" w:type="dxa"/>
                  <w:shd w:val="clear" w:color="auto" w:fill="EDC9EA"/>
                  <w:tcMar>
                    <w:top w:w="45" w:type="dxa"/>
                    <w:left w:w="70" w:type="dxa"/>
                    <w:bottom w:w="45" w:type="dxa"/>
                    <w:right w:w="70" w:type="dxa"/>
                  </w:tcMar>
                </w:tcPr>
                <w:p w14:paraId="7FC70265" w14:textId="77777777" w:rsidR="00080BF0" w:rsidRDefault="00000000">
                  <w:pPr>
                    <w:keepNext/>
                  </w:pPr>
                  <w:r>
                    <w:rPr>
                      <w:b/>
                      <w:color w:val="000000"/>
                    </w:rPr>
                    <w:t>NAMENI UČENJA</w:t>
                  </w:r>
                </w:p>
              </w:tc>
            </w:tr>
          </w:tbl>
          <w:p w14:paraId="6183F409" w14:textId="77777777" w:rsidR="00080BF0" w:rsidRDefault="00080BF0">
            <w:pPr>
              <w:spacing w:line="20" w:lineRule="exact"/>
            </w:pPr>
          </w:p>
          <w:p w14:paraId="1E35F6CE"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174A0824" w14:textId="77777777" w:rsidR="00080BF0" w:rsidRDefault="00000000">
            <w:pPr>
              <w:pStyle w:val="Oznaenseznam"/>
              <w:spacing w:after="16"/>
            </w:pPr>
            <w:r>
              <w:rPr>
                <w:color w:val="000000"/>
                <w:sz w:val="16"/>
              </w:rPr>
              <w:t>načrtujem iz odpadnega materiala</w:t>
            </w:r>
          </w:p>
          <w:p w14:paraId="0E27159D" w14:textId="77777777" w:rsidR="00080BF0" w:rsidRDefault="00000000">
            <w:pPr>
              <w:pStyle w:val="Oznaenseznam"/>
              <w:spacing w:after="16"/>
            </w:pPr>
            <w:r>
              <w:rPr>
                <w:color w:val="000000"/>
                <w:sz w:val="16"/>
              </w:rPr>
              <w:t>izdelam in preizkusim</w:t>
            </w:r>
          </w:p>
          <w:p w14:paraId="0C74D4EC" w14:textId="77777777" w:rsidR="00080BF0" w:rsidRDefault="00000000">
            <w:pPr>
              <w:pStyle w:val="Oznaenseznam"/>
              <w:spacing w:after="16"/>
            </w:pPr>
            <w:r>
              <w:rPr>
                <w:color w:val="000000"/>
                <w:sz w:val="16"/>
              </w:rPr>
              <w:t>predlaga izboljšavo</w:t>
            </w:r>
          </w:p>
          <w:tbl>
            <w:tblPr>
              <w:tblStyle w:val="Tabelamrea"/>
              <w:tblW w:w="0" w:type="auto"/>
              <w:jc w:val="center"/>
              <w:tblLayout w:type="fixed"/>
              <w:tblLook w:val="04A0" w:firstRow="1" w:lastRow="0" w:firstColumn="1" w:lastColumn="0" w:noHBand="0" w:noVBand="1"/>
            </w:tblPr>
            <w:tblGrid>
              <w:gridCol w:w="7087"/>
            </w:tblGrid>
            <w:tr w:rsidR="00080BF0" w14:paraId="512D375A" w14:textId="77777777">
              <w:trPr>
                <w:jc w:val="center"/>
              </w:trPr>
              <w:tc>
                <w:tcPr>
                  <w:tcW w:w="7087" w:type="dxa"/>
                  <w:shd w:val="clear" w:color="auto" w:fill="EDC9EA"/>
                  <w:tcMar>
                    <w:top w:w="45" w:type="dxa"/>
                    <w:left w:w="70" w:type="dxa"/>
                    <w:bottom w:w="45" w:type="dxa"/>
                    <w:right w:w="70" w:type="dxa"/>
                  </w:tcMar>
                </w:tcPr>
                <w:p w14:paraId="79190DA4" w14:textId="77777777" w:rsidR="00080BF0" w:rsidRDefault="00000000">
                  <w:pPr>
                    <w:keepNext/>
                  </w:pPr>
                  <w:r>
                    <w:rPr>
                      <w:b/>
                      <w:color w:val="000000"/>
                    </w:rPr>
                    <w:t>PREVERJANJE PREDZNANJA</w:t>
                  </w:r>
                </w:p>
              </w:tc>
            </w:tr>
          </w:tbl>
          <w:p w14:paraId="4EB14B64" w14:textId="77777777" w:rsidR="00080BF0" w:rsidRDefault="00080BF0">
            <w:pPr>
              <w:spacing w:line="20" w:lineRule="exact"/>
            </w:pPr>
          </w:p>
          <w:p w14:paraId="02A6110D" w14:textId="77777777" w:rsidR="00080BF0" w:rsidRDefault="00000000">
            <w:pPr>
              <w:pStyle w:val="Oznaenseznam"/>
              <w:spacing w:after="16"/>
            </w:pPr>
            <w:r>
              <w:rPr>
                <w:color w:val="000000"/>
                <w:sz w:val="16"/>
              </w:rPr>
              <w:t>Kaj najprej opazim pri motivu, predmetu ali materialu, povezanem s temo »UPORABEN IZDELEK«?</w:t>
            </w:r>
          </w:p>
          <w:p w14:paraId="37E8CB68"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78D02AA6"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763416CD" w14:textId="77777777">
              <w:trPr>
                <w:jc w:val="center"/>
              </w:trPr>
              <w:tc>
                <w:tcPr>
                  <w:tcW w:w="7087" w:type="dxa"/>
                  <w:shd w:val="clear" w:color="auto" w:fill="EDC9EA"/>
                  <w:tcMar>
                    <w:top w:w="45" w:type="dxa"/>
                    <w:left w:w="70" w:type="dxa"/>
                    <w:bottom w:w="45" w:type="dxa"/>
                    <w:right w:w="70" w:type="dxa"/>
                  </w:tcMar>
                </w:tcPr>
                <w:p w14:paraId="6501194A" w14:textId="77777777" w:rsidR="00080BF0" w:rsidRDefault="00000000">
                  <w:pPr>
                    <w:keepNext/>
                  </w:pPr>
                  <w:r>
                    <w:rPr>
                      <w:b/>
                      <w:color w:val="000000"/>
                    </w:rPr>
                    <w:t>KRITERIJI USPEŠNOSTI</w:t>
                  </w:r>
                </w:p>
              </w:tc>
            </w:tr>
          </w:tbl>
          <w:p w14:paraId="475BBE64" w14:textId="77777777" w:rsidR="00080BF0" w:rsidRDefault="00080BF0"/>
          <w:p w14:paraId="25A3EF5A" w14:textId="77777777" w:rsidR="00080BF0" w:rsidRDefault="00000000">
            <w:pPr>
              <w:spacing w:before="20" w:after="20" w:line="245" w:lineRule="auto"/>
            </w:pPr>
            <w:r>
              <w:rPr>
                <w:b/>
                <w:color w:val="000000"/>
                <w:sz w:val="16"/>
              </w:rPr>
              <w:t>Uspešen/-na bom, ko:</w:t>
            </w:r>
          </w:p>
          <w:p w14:paraId="1D220E30" w14:textId="77777777" w:rsidR="00080BF0" w:rsidRDefault="00000000">
            <w:pPr>
              <w:pStyle w:val="Oznaenseznam"/>
              <w:spacing w:after="16"/>
            </w:pPr>
            <w:r>
              <w:rPr>
                <w:color w:val="000000"/>
                <w:sz w:val="16"/>
              </w:rPr>
              <w:t>načrtujem iz odpadnega materiala</w:t>
            </w:r>
          </w:p>
          <w:p w14:paraId="3E870DA5" w14:textId="77777777" w:rsidR="00080BF0" w:rsidRDefault="00000000">
            <w:pPr>
              <w:pStyle w:val="Oznaenseznam"/>
              <w:spacing w:after="16"/>
            </w:pPr>
            <w:r>
              <w:rPr>
                <w:color w:val="000000"/>
                <w:sz w:val="16"/>
              </w:rPr>
              <w:t>izdelam in preizkusim</w:t>
            </w:r>
          </w:p>
          <w:p w14:paraId="5E235459" w14:textId="77777777" w:rsidR="00080BF0" w:rsidRDefault="00000000">
            <w:pPr>
              <w:pStyle w:val="Oznaenseznam"/>
              <w:spacing w:after="16"/>
            </w:pPr>
            <w:r>
              <w:rPr>
                <w:color w:val="000000"/>
                <w:sz w:val="16"/>
              </w:rPr>
              <w:t>predlaga izboljšavo</w:t>
            </w:r>
          </w:p>
          <w:p w14:paraId="0C67B945" w14:textId="77777777" w:rsidR="00080BF0" w:rsidRDefault="00000000">
            <w:pPr>
              <w:pStyle w:val="Oznaenseznam"/>
              <w:spacing w:after="16"/>
            </w:pPr>
            <w:r>
              <w:rPr>
                <w:color w:val="000000"/>
                <w:sz w:val="15"/>
              </w:rPr>
              <w:t>varno in namensko uporabim material, zaščitim prostor ter po delu uredim svojo postajo</w:t>
            </w:r>
          </w:p>
          <w:p w14:paraId="023B44DE"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36CD9FFD" w14:textId="77777777" w:rsidR="00080BF0" w:rsidRDefault="00080BF0"/>
          <w:p w14:paraId="097F6E41"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78B566B6" w14:textId="77777777" w:rsidR="00080BF0" w:rsidRDefault="00000000">
            <w:pPr>
              <w:spacing w:after="80" w:line="245" w:lineRule="auto"/>
            </w:pPr>
            <w:r>
              <w:rPr>
                <w:color w:val="000000"/>
                <w:sz w:val="16"/>
              </w:rPr>
              <w:t>Pove ali pokaže, kaj že zna opaziti in katero likovno možnost bi najprej preizkusil.</w:t>
            </w:r>
          </w:p>
          <w:p w14:paraId="62324FAC" w14:textId="77777777" w:rsidR="00080BF0" w:rsidRDefault="00000000">
            <w:pPr>
              <w:spacing w:after="100" w:line="245" w:lineRule="auto"/>
            </w:pPr>
            <w:r>
              <w:rPr>
                <w:color w:val="000000"/>
                <w:sz w:val="16"/>
              </w:rPr>
              <w:t>Sodeluje pri razumevanju namena, meril uspešnosti, varne rabe pripomočkov in načina dokazovanja.</w:t>
            </w:r>
          </w:p>
          <w:p w14:paraId="3F27678E" w14:textId="77777777" w:rsidR="00080BF0" w:rsidRDefault="00000000">
            <w:pPr>
              <w:spacing w:after="20" w:line="245" w:lineRule="auto"/>
            </w:pPr>
            <w:r>
              <w:rPr>
                <w:b/>
                <w:color w:val="D95BC6"/>
                <w:sz w:val="17"/>
              </w:rPr>
              <w:t>DOKAZ O UČENJU</w:t>
            </w:r>
          </w:p>
          <w:p w14:paraId="65BC85E7"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56F04AF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085F450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B78E016"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7399D95" w14:textId="77777777" w:rsidR="00080BF0" w:rsidRDefault="00000000">
            <w:pPr>
              <w:jc w:val="center"/>
            </w:pPr>
            <w:r>
              <w:rPr>
                <w:b/>
                <w:color w:val="000000"/>
                <w:sz w:val="20"/>
              </w:rPr>
              <w:t>UČNE DEJAVNOSTI, METODE IN FORMATIVNO SPREMLJANJE</w:t>
            </w:r>
          </w:p>
        </w:tc>
      </w:tr>
      <w:tr w:rsidR="00080BF0" w14:paraId="3E4C208A" w14:textId="77777777">
        <w:trPr>
          <w:tblHeader/>
          <w:jc w:val="center"/>
        </w:trPr>
        <w:tc>
          <w:tcPr>
            <w:tcW w:w="4422" w:type="dxa"/>
            <w:vMerge/>
            <w:tcMar>
              <w:top w:w="70" w:type="dxa"/>
              <w:left w:w="90" w:type="dxa"/>
              <w:bottom w:w="70" w:type="dxa"/>
              <w:right w:w="90" w:type="dxa"/>
            </w:tcMar>
            <w:vAlign w:val="center"/>
          </w:tcPr>
          <w:p w14:paraId="49E90174" w14:textId="77777777" w:rsidR="00080BF0" w:rsidRDefault="00080BF0"/>
        </w:tc>
        <w:tc>
          <w:tcPr>
            <w:tcW w:w="7087" w:type="dxa"/>
            <w:shd w:val="clear" w:color="auto" w:fill="FFFFFF"/>
            <w:tcMar>
              <w:top w:w="70" w:type="dxa"/>
              <w:left w:w="90" w:type="dxa"/>
              <w:bottom w:w="70" w:type="dxa"/>
              <w:right w:w="90" w:type="dxa"/>
            </w:tcMar>
            <w:vAlign w:val="center"/>
          </w:tcPr>
          <w:p w14:paraId="0AE9910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D6DF491" w14:textId="77777777" w:rsidR="00080BF0" w:rsidRDefault="00000000">
            <w:pPr>
              <w:jc w:val="center"/>
            </w:pPr>
            <w:r>
              <w:rPr>
                <w:b/>
                <w:color w:val="000000"/>
              </w:rPr>
              <w:t>UČENEC</w:t>
            </w:r>
          </w:p>
        </w:tc>
      </w:tr>
      <w:tr w:rsidR="00080BF0" w14:paraId="41624FCF" w14:textId="77777777">
        <w:trPr>
          <w:jc w:val="center"/>
        </w:trPr>
        <w:tc>
          <w:tcPr>
            <w:tcW w:w="4422" w:type="dxa"/>
            <w:tcMar>
              <w:top w:w="70" w:type="dxa"/>
              <w:left w:w="90" w:type="dxa"/>
              <w:bottom w:w="70" w:type="dxa"/>
              <w:right w:w="90" w:type="dxa"/>
            </w:tcMar>
          </w:tcPr>
          <w:p w14:paraId="09891B03" w14:textId="77777777" w:rsidR="00080BF0" w:rsidRDefault="00080BF0"/>
          <w:p w14:paraId="6BDE0380" w14:textId="77777777" w:rsidR="00080BF0" w:rsidRDefault="00000000">
            <w:pPr>
              <w:spacing w:after="40" w:line="245" w:lineRule="auto"/>
            </w:pPr>
            <w:r>
              <w:rPr>
                <w:b/>
                <w:color w:val="000000"/>
              </w:rPr>
              <w:t>KLJUČNI LIKOVNI POJMI</w:t>
            </w:r>
          </w:p>
          <w:p w14:paraId="3F39354B"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telo, prostornina, masa, spoj, stabilnost, gibanje, funkcija, preizkus</w:t>
            </w:r>
          </w:p>
          <w:p w14:paraId="10BE5863" w14:textId="77777777" w:rsidR="00080BF0" w:rsidRDefault="00000000">
            <w:pPr>
              <w:spacing w:after="20" w:line="245" w:lineRule="auto"/>
            </w:pPr>
            <w:r>
              <w:rPr>
                <w:b/>
                <w:color w:val="000000"/>
                <w:sz w:val="17"/>
              </w:rPr>
              <w:t>DOKAZI O UČENJU</w:t>
            </w:r>
          </w:p>
          <w:p w14:paraId="71519525" w14:textId="77777777" w:rsidR="00080BF0" w:rsidRDefault="00000000">
            <w:pPr>
              <w:pStyle w:val="Oznaenseznam"/>
              <w:spacing w:after="9"/>
            </w:pPr>
            <w:r>
              <w:rPr>
                <w:color w:val="000000"/>
                <w:sz w:val="15"/>
              </w:rPr>
              <w:t>list materialnih poskusov, skica/načrt, učenčeva razlaga in učiteljev zapis o varni rabi pripomočkov.</w:t>
            </w:r>
          </w:p>
          <w:p w14:paraId="61D39BB5" w14:textId="77777777" w:rsidR="00080BF0" w:rsidRDefault="00000000">
            <w:pPr>
              <w:pStyle w:val="Oznaenseznam"/>
              <w:spacing w:after="9"/>
            </w:pPr>
            <w:r>
              <w:rPr>
                <w:color w:val="000000"/>
                <w:sz w:val="15"/>
              </w:rPr>
              <w:t>individualni izbor del, mini razstava, primerjava starejšega in novejšega dokaza ter učenčeva razlaga napredka</w:t>
            </w:r>
          </w:p>
          <w:p w14:paraId="0E0964EB" w14:textId="77777777" w:rsidR="00080BF0" w:rsidRDefault="00000000">
            <w:pPr>
              <w:spacing w:before="40" w:after="20" w:line="245" w:lineRule="auto"/>
            </w:pPr>
            <w:r>
              <w:rPr>
                <w:b/>
                <w:color w:val="000000"/>
                <w:sz w:val="17"/>
              </w:rPr>
              <w:t>LIKOVNO DOŽIVETJE IN IZKUŠENJSKI POUK</w:t>
            </w:r>
          </w:p>
          <w:p w14:paraId="19715002"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2B171EE4" w14:textId="77777777" w:rsidR="00080BF0" w:rsidRDefault="00000000">
            <w:pPr>
              <w:spacing w:after="20" w:line="245" w:lineRule="auto"/>
            </w:pPr>
            <w:r>
              <w:rPr>
                <w:b/>
                <w:color w:val="000000"/>
                <w:sz w:val="17"/>
              </w:rPr>
              <w:t>POUČEVANJE V GIBANJU</w:t>
            </w:r>
          </w:p>
          <w:p w14:paraId="3108D337"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3A9BBC46" w14:textId="77777777" w:rsidR="00080BF0" w:rsidRDefault="00000000">
            <w:pPr>
              <w:spacing w:after="20" w:line="245" w:lineRule="auto"/>
            </w:pPr>
            <w:r>
              <w:rPr>
                <w:b/>
                <w:color w:val="000000"/>
                <w:sz w:val="17"/>
              </w:rPr>
              <w:t>DELO PO POSTAJAH</w:t>
            </w:r>
          </w:p>
          <w:p w14:paraId="0392945D"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2952597A" w14:textId="77777777" w:rsidR="00080BF0" w:rsidRDefault="00000000">
            <w:pPr>
              <w:spacing w:after="9" w:line="245" w:lineRule="auto"/>
            </w:pPr>
            <w:r>
              <w:rPr>
                <w:color w:val="000000"/>
                <w:sz w:val="14"/>
              </w:rPr>
              <w:t>1. Portfolio-ocenjevalna: individualno izberem starejši in novejši dokaz, ju postavim ter z likovnim pojmom pojasnim napredek.</w:t>
            </w:r>
          </w:p>
          <w:p w14:paraId="573F5ECE" w14:textId="77777777" w:rsidR="00080BF0" w:rsidRDefault="00000000">
            <w:pPr>
              <w:spacing w:after="9" w:line="245" w:lineRule="auto"/>
            </w:pPr>
            <w:r>
              <w:rPr>
                <w:color w:val="000000"/>
                <w:sz w:val="14"/>
              </w:rPr>
              <w:t>2. Kuratorska: preizkusim dve razporeditvi del in izberem tisto, ki gledalcu najjasneje pokaže razvoj.</w:t>
            </w:r>
          </w:p>
          <w:p w14:paraId="3524FB99" w14:textId="77777777" w:rsidR="00080BF0" w:rsidRDefault="00000000">
            <w:pPr>
              <w:spacing w:after="9" w:line="245" w:lineRule="auto"/>
            </w:pPr>
            <w:r>
              <w:rPr>
                <w:color w:val="000000"/>
                <w:sz w:val="14"/>
              </w:rPr>
              <w:t>3. Označevalna: pripravim naslov, simbol merila ali kratko razstavno oznako za izbrano delo.</w:t>
            </w:r>
          </w:p>
          <w:p w14:paraId="66D4F299" w14:textId="77777777" w:rsidR="00080BF0" w:rsidRDefault="00000000">
            <w:pPr>
              <w:spacing w:after="9" w:line="245" w:lineRule="auto"/>
            </w:pPr>
            <w:r>
              <w:rPr>
                <w:color w:val="000000"/>
                <w:sz w:val="14"/>
              </w:rPr>
              <w:t>4. Galerijska: poslušam razlago, povem konkretno opažanje in z avtorjem določim naslednji likovni korak.</w:t>
            </w:r>
          </w:p>
          <w:p w14:paraId="126BC581" w14:textId="77777777" w:rsidR="00080BF0" w:rsidRDefault="00000000">
            <w:pPr>
              <w:spacing w:after="20" w:line="245" w:lineRule="auto"/>
            </w:pPr>
            <w:r>
              <w:rPr>
                <w:b/>
                <w:color w:val="000000"/>
                <w:sz w:val="17"/>
              </w:rPr>
              <w:t>DIFERENCIACIJA IN VKLJUČEVANJE</w:t>
            </w:r>
          </w:p>
          <w:p w14:paraId="4B84AB3F"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3BAA715E" w14:textId="77777777" w:rsidR="00080BF0" w:rsidRDefault="00000000">
            <w:pPr>
              <w:spacing w:after="20" w:line="245" w:lineRule="auto"/>
            </w:pPr>
            <w:r>
              <w:rPr>
                <w:b/>
                <w:color w:val="000000"/>
                <w:sz w:val="17"/>
              </w:rPr>
              <w:t>SPREMLJANJE</w:t>
            </w:r>
          </w:p>
          <w:p w14:paraId="14CC090E"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728412C2"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0F544557" w14:textId="77777777">
              <w:trPr>
                <w:jc w:val="center"/>
              </w:trPr>
              <w:tc>
                <w:tcPr>
                  <w:tcW w:w="7087" w:type="dxa"/>
                  <w:shd w:val="clear" w:color="auto" w:fill="C6E7F3"/>
                  <w:tcMar>
                    <w:top w:w="45" w:type="dxa"/>
                    <w:left w:w="70" w:type="dxa"/>
                    <w:bottom w:w="45" w:type="dxa"/>
                    <w:right w:w="70" w:type="dxa"/>
                  </w:tcMar>
                </w:tcPr>
                <w:p w14:paraId="4FD090EA" w14:textId="77777777" w:rsidR="00080BF0" w:rsidRDefault="00000000">
                  <w:pPr>
                    <w:keepNext/>
                  </w:pPr>
                  <w:r>
                    <w:rPr>
                      <w:b/>
                      <w:color w:val="000000"/>
                      <w:sz w:val="17"/>
                    </w:rPr>
                    <w:t>GLAVNI DEL – OPAZOVANJE, MATERIALNI PREIZKUS, USTVARJANJE IN GALERIJA (2 šolski uri)</w:t>
                  </w:r>
                </w:p>
              </w:tc>
            </w:tr>
          </w:tbl>
          <w:p w14:paraId="2EF4D666" w14:textId="77777777" w:rsidR="00080BF0" w:rsidRDefault="00080BF0">
            <w:pPr>
              <w:spacing w:line="20" w:lineRule="exact"/>
            </w:pPr>
          </w:p>
          <w:p w14:paraId="01D1DEF3" w14:textId="77777777" w:rsidR="00080BF0" w:rsidRDefault="00000000">
            <w:pPr>
              <w:keepNext/>
              <w:spacing w:before="22" w:after="8" w:line="245" w:lineRule="auto"/>
            </w:pPr>
            <w:r>
              <w:rPr>
                <w:b/>
                <w:color w:val="000000"/>
                <w:sz w:val="16"/>
              </w:rPr>
              <w:t>1. URA – Uporaben izdelek – Opazujem, preizkušam, načrtujem</w:t>
            </w:r>
          </w:p>
          <w:p w14:paraId="6B62C639"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»UPORABEN IZDELEK«.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475B7085"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19F879CE"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6C65A55B" w14:textId="77777777" w:rsidR="00080BF0" w:rsidRDefault="00000000">
            <w:pPr>
              <w:keepNext/>
              <w:spacing w:before="22" w:after="8" w:line="245" w:lineRule="auto"/>
            </w:pPr>
            <w:r>
              <w:rPr>
                <w:b/>
                <w:color w:val="000000"/>
                <w:sz w:val="16"/>
              </w:rPr>
              <w:t>2. URA – Moj likovni napredek – Individualni portfolio dokaz</w:t>
            </w:r>
          </w:p>
          <w:p w14:paraId="128585E1" w14:textId="77777777" w:rsidR="00080BF0" w:rsidRDefault="00000000">
            <w:pPr>
              <w:spacing w:after="10" w:line="245" w:lineRule="auto"/>
            </w:pPr>
            <w:r>
              <w:rPr>
                <w:b/>
                <w:color w:val="000000"/>
                <w:sz w:val="15"/>
              </w:rPr>
              <w:t xml:space="preserve">Dejavnost učiteljice: </w:t>
            </w:r>
            <w:r>
              <w:rPr>
                <w:color w:val="000000"/>
                <w:sz w:val="15"/>
              </w:rPr>
              <w:t>Pripravi individualni izbor iz likovne mape in enotna javna merila. Učenec izbere starejši ter novejši dokaz, ju razporedi v mini razstavo in pojasni napredek; učiteljica zapiše konkretno opaženo zmožnost, uporabljeno oporo in naslednji korak.</w:t>
            </w:r>
          </w:p>
          <w:p w14:paraId="276DB8EB" w14:textId="77777777" w:rsidR="00080BF0" w:rsidRDefault="00000000">
            <w:pPr>
              <w:spacing w:after="10" w:line="245" w:lineRule="auto"/>
            </w:pPr>
            <w:r>
              <w:rPr>
                <w:b/>
                <w:color w:val="000000"/>
                <w:sz w:val="15"/>
              </w:rPr>
              <w:t xml:space="preserve">Dejavnost učencev: </w:t>
            </w:r>
            <w:r>
              <w:rPr>
                <w:color w:val="000000"/>
                <w:sz w:val="15"/>
              </w:rPr>
              <w:t>Iz likovne mape izbere dve ali tri dela, ju smiselno postavi in označi, primerja starejši in novejši dokaz ter z likovnim pojmom pojasni, kaj je napredovalo in kaj želi še razvijati.</w:t>
            </w:r>
          </w:p>
          <w:p w14:paraId="375BE158" w14:textId="77777777" w:rsidR="00080BF0" w:rsidRDefault="00000000">
            <w:pPr>
              <w:spacing w:after="22" w:line="245" w:lineRule="auto"/>
            </w:pPr>
            <w:r>
              <w:rPr>
                <w:i/>
                <w:color w:val="D95BC6"/>
                <w:sz w:val="14"/>
              </w:rPr>
              <w:t>Predvideni dokaz: individualni izbor del, mini razstava, primerjava starejšega in novejšega dokaza ter učenčeva razlaga napredka.</w:t>
            </w:r>
          </w:p>
          <w:tbl>
            <w:tblPr>
              <w:tblStyle w:val="Tabelamrea"/>
              <w:tblW w:w="0" w:type="auto"/>
              <w:jc w:val="center"/>
              <w:tblLayout w:type="fixed"/>
              <w:tblLook w:val="04A0" w:firstRow="1" w:lastRow="0" w:firstColumn="1" w:lastColumn="0" w:noHBand="0" w:noVBand="1"/>
            </w:tblPr>
            <w:tblGrid>
              <w:gridCol w:w="7087"/>
            </w:tblGrid>
            <w:tr w:rsidR="00080BF0" w14:paraId="7A9417C0" w14:textId="77777777">
              <w:trPr>
                <w:jc w:val="center"/>
              </w:trPr>
              <w:tc>
                <w:tcPr>
                  <w:tcW w:w="7087" w:type="dxa"/>
                  <w:shd w:val="clear" w:color="auto" w:fill="EDC9EA"/>
                  <w:tcMar>
                    <w:top w:w="45" w:type="dxa"/>
                    <w:left w:w="70" w:type="dxa"/>
                    <w:bottom w:w="45" w:type="dxa"/>
                    <w:right w:w="70" w:type="dxa"/>
                  </w:tcMar>
                </w:tcPr>
                <w:p w14:paraId="5AE0BBDE" w14:textId="77777777" w:rsidR="00080BF0" w:rsidRDefault="00000000">
                  <w:pPr>
                    <w:keepNext/>
                  </w:pPr>
                  <w:r>
                    <w:rPr>
                      <w:b/>
                      <w:color w:val="000000"/>
                      <w:sz w:val="17"/>
                    </w:rPr>
                    <w:t>ORGANIZACIJA POSTAJ IN PREHODOV</w:t>
                  </w:r>
                </w:p>
              </w:tc>
            </w:tr>
          </w:tbl>
          <w:p w14:paraId="1E60145E" w14:textId="77777777" w:rsidR="00080BF0" w:rsidRDefault="00080BF0"/>
          <w:p w14:paraId="66FA181D" w14:textId="77777777" w:rsidR="00080BF0" w:rsidRDefault="00000000">
            <w:pPr>
              <w:spacing w:before="8" w:after="8" w:line="245" w:lineRule="auto"/>
            </w:pPr>
            <w:r>
              <w:rPr>
                <w:color w:val="000000"/>
                <w:sz w:val="14"/>
              </w:rPr>
              <w:t>Postaja 1: Portfolio-ocenjevalna: individualno izberem starejši in novejši dokaz, ju postavim ter z likovnim pojmom pojasnim napredek.</w:t>
            </w:r>
          </w:p>
          <w:p w14:paraId="237BF2B1" w14:textId="77777777" w:rsidR="00080BF0" w:rsidRDefault="00000000">
            <w:pPr>
              <w:spacing w:before="8" w:after="8" w:line="245" w:lineRule="auto"/>
            </w:pPr>
            <w:r>
              <w:rPr>
                <w:color w:val="000000"/>
                <w:sz w:val="14"/>
              </w:rPr>
              <w:t>Postaja 2: Kuratorska: preizkusim dve razporeditvi del in izberem tisto, ki gledalcu najjasneje pokaže razvoj.</w:t>
            </w:r>
          </w:p>
          <w:p w14:paraId="651A4831" w14:textId="77777777" w:rsidR="00080BF0" w:rsidRDefault="00000000">
            <w:pPr>
              <w:spacing w:before="8" w:after="8" w:line="245" w:lineRule="auto"/>
            </w:pPr>
            <w:r>
              <w:rPr>
                <w:color w:val="000000"/>
                <w:sz w:val="14"/>
              </w:rPr>
              <w:t>Postaja 3: Označevalna: pripravim naslov, simbol merila ali kratko razstavno oznako za izbrano delo.</w:t>
            </w:r>
          </w:p>
          <w:p w14:paraId="3C505C1D" w14:textId="77777777" w:rsidR="00080BF0" w:rsidRDefault="00000000">
            <w:pPr>
              <w:spacing w:before="8" w:after="8" w:line="245" w:lineRule="auto"/>
            </w:pPr>
            <w:r>
              <w:rPr>
                <w:color w:val="000000"/>
                <w:sz w:val="14"/>
              </w:rPr>
              <w:t>Postaja 4: Galerijska: poslušam razlago, povem konkretno opažanje in z avtorjem določim naslednji likovni korak.</w:t>
            </w:r>
          </w:p>
          <w:p w14:paraId="71EA95FB"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4F88A908" w14:textId="77777777" w:rsidR="00080BF0" w:rsidRDefault="00080BF0"/>
          <w:p w14:paraId="48C972A5" w14:textId="77777777" w:rsidR="00080BF0" w:rsidRDefault="00000000">
            <w:pPr>
              <w:spacing w:after="6" w:line="245" w:lineRule="auto"/>
            </w:pPr>
            <w:r>
              <w:rPr>
                <w:b/>
                <w:color w:val="000000"/>
                <w:sz w:val="15"/>
              </w:rPr>
              <w:t>1. URA – Uporaben izdelek – Opazujem, preizkušam, načrtujem</w:t>
            </w:r>
          </w:p>
          <w:p w14:paraId="733FFC81"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78C6D586" w14:textId="77777777" w:rsidR="00080BF0" w:rsidRDefault="00000000">
            <w:pPr>
              <w:spacing w:after="20" w:line="245" w:lineRule="auto"/>
            </w:pPr>
            <w:r>
              <w:rPr>
                <w:color w:val="D95BC6"/>
                <w:sz w:val="14"/>
              </w:rPr>
              <w:t>Dokaz: list materialnih poskusov, skica/načrt, učenčeva razlaga in učiteljev zapis o varni rabi.</w:t>
            </w:r>
          </w:p>
          <w:p w14:paraId="7EFA6ED6" w14:textId="77777777" w:rsidR="00080BF0" w:rsidRDefault="00000000">
            <w:pPr>
              <w:spacing w:after="6" w:line="245" w:lineRule="auto"/>
            </w:pPr>
            <w:r>
              <w:rPr>
                <w:b/>
                <w:color w:val="000000"/>
                <w:sz w:val="15"/>
              </w:rPr>
              <w:t>2. URA – Moj likovni napredek – Individualni portfolio dokaz</w:t>
            </w:r>
          </w:p>
          <w:p w14:paraId="687AFD01" w14:textId="77777777" w:rsidR="00080BF0" w:rsidRDefault="00000000">
            <w:pPr>
              <w:spacing w:after="9" w:line="245" w:lineRule="auto"/>
            </w:pPr>
            <w:r>
              <w:rPr>
                <w:color w:val="000000"/>
                <w:sz w:val="14"/>
              </w:rPr>
              <w:t>Iz likovne mape izbere dve ali tri dela, ju smiselno postavi in označi, primerja starejši in novejši dokaz ter z likovnim pojmom pojasni.</w:t>
            </w:r>
          </w:p>
          <w:p w14:paraId="5148F38B" w14:textId="77777777" w:rsidR="00080BF0" w:rsidRDefault="00000000">
            <w:pPr>
              <w:spacing w:after="20" w:line="245" w:lineRule="auto"/>
            </w:pPr>
            <w:r>
              <w:rPr>
                <w:color w:val="D95BC6"/>
                <w:sz w:val="14"/>
              </w:rPr>
              <w:t>Dokaz: individualni izbor del, mini razstava, primerjava starejšega in novejšega dokaza ter učenčeva.</w:t>
            </w:r>
          </w:p>
          <w:p w14:paraId="76B3EFB6" w14:textId="77777777" w:rsidR="00080BF0" w:rsidRDefault="00000000">
            <w:pPr>
              <w:spacing w:before="40" w:after="20" w:line="245" w:lineRule="auto"/>
            </w:pPr>
            <w:r>
              <w:rPr>
                <w:b/>
                <w:color w:val="D95BC6"/>
                <w:sz w:val="16"/>
              </w:rPr>
              <w:t>MOJ KROG POSTAJ</w:t>
            </w:r>
          </w:p>
          <w:p w14:paraId="70001F9C" w14:textId="77777777" w:rsidR="00080BF0" w:rsidRDefault="00000000">
            <w:pPr>
              <w:spacing w:after="11" w:line="245" w:lineRule="auto"/>
            </w:pPr>
            <w:r>
              <w:rPr>
                <w:color w:val="000000"/>
                <w:sz w:val="13"/>
              </w:rPr>
              <w:t>1. Portfolio-ocenjevalna: individualno izberem starejši in novejši dokaz.</w:t>
            </w:r>
          </w:p>
          <w:p w14:paraId="4FC9A5AC" w14:textId="77777777" w:rsidR="00080BF0" w:rsidRDefault="00000000">
            <w:pPr>
              <w:spacing w:after="11" w:line="245" w:lineRule="auto"/>
            </w:pPr>
            <w:r>
              <w:rPr>
                <w:color w:val="000000"/>
                <w:sz w:val="13"/>
              </w:rPr>
              <w:t>2. Kuratorska: preizkusim dve razporeditvi del in izberem tisto.</w:t>
            </w:r>
          </w:p>
          <w:p w14:paraId="05E59706" w14:textId="77777777" w:rsidR="00080BF0" w:rsidRDefault="00000000">
            <w:pPr>
              <w:spacing w:after="11" w:line="245" w:lineRule="auto"/>
            </w:pPr>
            <w:r>
              <w:rPr>
                <w:color w:val="000000"/>
                <w:sz w:val="13"/>
              </w:rPr>
              <w:t>3. Označevalna: pripravim naslov, simbol merila ali kratko razstavno oznako za izbrano delo.</w:t>
            </w:r>
          </w:p>
          <w:p w14:paraId="53DF64FF" w14:textId="77777777" w:rsidR="00080BF0" w:rsidRDefault="00000000">
            <w:pPr>
              <w:spacing w:after="11" w:line="245" w:lineRule="auto"/>
            </w:pPr>
            <w:r>
              <w:rPr>
                <w:color w:val="000000"/>
                <w:sz w:val="13"/>
              </w:rPr>
              <w:t>4. Galerijska: poslušam razlago, povem konkretno opažanje in z avtorjem določim naslednji.</w:t>
            </w:r>
          </w:p>
          <w:p w14:paraId="3C325DBC"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7342B9A1" w14:textId="77777777" w:rsidR="00080BF0" w:rsidRDefault="00000000">
            <w:pPr>
              <w:spacing w:after="20" w:line="245" w:lineRule="auto"/>
            </w:pPr>
            <w:r>
              <w:rPr>
                <w:b/>
                <w:color w:val="D95BC6"/>
                <w:sz w:val="17"/>
              </w:rPr>
              <w:t>DOKAZ O UČENJU</w:t>
            </w:r>
          </w:p>
          <w:p w14:paraId="61D84880"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739C94F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134FD9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90B7642"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7C4BA8A" w14:textId="77777777" w:rsidR="00080BF0" w:rsidRDefault="00000000">
            <w:pPr>
              <w:jc w:val="center"/>
            </w:pPr>
            <w:r>
              <w:rPr>
                <w:b/>
                <w:color w:val="000000"/>
                <w:sz w:val="20"/>
              </w:rPr>
              <w:t>UČNE DEJAVNOSTI, METODE IN FORMATIVNO SPREMLJANJE</w:t>
            </w:r>
          </w:p>
        </w:tc>
      </w:tr>
      <w:tr w:rsidR="00080BF0" w14:paraId="7DA2D921" w14:textId="77777777">
        <w:trPr>
          <w:tblHeader/>
          <w:jc w:val="center"/>
        </w:trPr>
        <w:tc>
          <w:tcPr>
            <w:tcW w:w="4422" w:type="dxa"/>
            <w:vMerge/>
            <w:tcMar>
              <w:top w:w="70" w:type="dxa"/>
              <w:left w:w="90" w:type="dxa"/>
              <w:bottom w:w="70" w:type="dxa"/>
              <w:right w:w="90" w:type="dxa"/>
            </w:tcMar>
            <w:vAlign w:val="center"/>
          </w:tcPr>
          <w:p w14:paraId="28F0C825" w14:textId="77777777" w:rsidR="00080BF0" w:rsidRDefault="00080BF0"/>
        </w:tc>
        <w:tc>
          <w:tcPr>
            <w:tcW w:w="7087" w:type="dxa"/>
            <w:shd w:val="clear" w:color="auto" w:fill="FFFFFF"/>
            <w:tcMar>
              <w:top w:w="70" w:type="dxa"/>
              <w:left w:w="90" w:type="dxa"/>
              <w:bottom w:w="70" w:type="dxa"/>
              <w:right w:w="90" w:type="dxa"/>
            </w:tcMar>
            <w:vAlign w:val="center"/>
          </w:tcPr>
          <w:p w14:paraId="383B01D1"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AC1889D" w14:textId="77777777" w:rsidR="00080BF0" w:rsidRDefault="00000000">
            <w:pPr>
              <w:jc w:val="center"/>
            </w:pPr>
            <w:r>
              <w:rPr>
                <w:b/>
                <w:color w:val="000000"/>
              </w:rPr>
              <w:t>UČENEC</w:t>
            </w:r>
          </w:p>
        </w:tc>
      </w:tr>
      <w:tr w:rsidR="00080BF0" w14:paraId="2471DBDC" w14:textId="77777777">
        <w:trPr>
          <w:jc w:val="center"/>
        </w:trPr>
        <w:tc>
          <w:tcPr>
            <w:tcW w:w="4422" w:type="dxa"/>
            <w:tcMar>
              <w:top w:w="70" w:type="dxa"/>
              <w:left w:w="90" w:type="dxa"/>
              <w:bottom w:w="70" w:type="dxa"/>
              <w:right w:w="90" w:type="dxa"/>
            </w:tcMar>
          </w:tcPr>
          <w:p w14:paraId="6B70CEFB" w14:textId="77777777" w:rsidR="00080BF0" w:rsidRDefault="00080BF0"/>
          <w:p w14:paraId="61C16719" w14:textId="77777777" w:rsidR="00080BF0" w:rsidRDefault="00000000">
            <w:pPr>
              <w:spacing w:after="40" w:line="245" w:lineRule="auto"/>
            </w:pPr>
            <w:r>
              <w:rPr>
                <w:b/>
                <w:color w:val="000000"/>
              </w:rPr>
              <w:t>FORMATIVNO SPREMLJANJE</w:t>
            </w:r>
          </w:p>
          <w:p w14:paraId="539D03EC" w14:textId="77777777" w:rsidR="00080BF0" w:rsidRDefault="00000000">
            <w:pPr>
              <w:pStyle w:val="Oznaenseznam"/>
              <w:spacing w:after="16"/>
            </w:pPr>
            <w:r>
              <w:rPr>
                <w:color w:val="000000"/>
                <w:sz w:val="15"/>
              </w:rPr>
              <w:t>predznanje: opažanje, gibalna ponazoritev, izbira kartice, razvrstitev materialov, poskusna sled ali skica</w:t>
            </w:r>
          </w:p>
          <w:p w14:paraId="49AC4668"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7115DD2B"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6ED2AF35" w14:textId="77777777" w:rsidR="00080BF0" w:rsidRDefault="00000000">
            <w:pPr>
              <w:pStyle w:val="Oznaenseznam"/>
              <w:spacing w:after="16"/>
            </w:pPr>
            <w:r>
              <w:rPr>
                <w:color w:val="000000"/>
                <w:sz w:val="15"/>
              </w:rPr>
              <w:t>povratna informacija: opis vidne likovne odločitve, povezava z enim merilom in izvedljiv naslednji korak</w:t>
            </w:r>
          </w:p>
          <w:p w14:paraId="2398765F" w14:textId="77777777" w:rsidR="00080BF0" w:rsidRDefault="00000000">
            <w:pPr>
              <w:pStyle w:val="Oznaenseznam"/>
              <w:spacing w:after="16"/>
            </w:pPr>
            <w:r>
              <w:rPr>
                <w:color w:val="000000"/>
                <w:sz w:val="15"/>
              </w:rPr>
              <w:t>samovrednotenje: likovni semafor, lestvica samostojnosti, izbran dokaz, galerijski odziv in izboljšava</w:t>
            </w:r>
          </w:p>
          <w:p w14:paraId="2B01E691" w14:textId="77777777" w:rsidR="00080BF0" w:rsidRDefault="00000000">
            <w:pPr>
              <w:spacing w:before="40" w:after="20" w:line="245" w:lineRule="auto"/>
            </w:pPr>
            <w:r>
              <w:rPr>
                <w:b/>
                <w:color w:val="000000"/>
                <w:sz w:val="17"/>
              </w:rPr>
              <w:t>VARNOST, HIGIENA IN UREDITEV PROSTORA</w:t>
            </w:r>
          </w:p>
          <w:p w14:paraId="02F70A2B"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Spoje in stabilnost učenci preverjajo na mizi; ostrih žic, vročega lepila in rezil ne uporabljajo.</w:t>
            </w:r>
          </w:p>
          <w:p w14:paraId="5A4DBDA8" w14:textId="77777777" w:rsidR="00080BF0" w:rsidRDefault="00000000">
            <w:pPr>
              <w:spacing w:after="20" w:line="245" w:lineRule="auto"/>
            </w:pPr>
            <w:r>
              <w:rPr>
                <w:b/>
                <w:color w:val="000000"/>
                <w:sz w:val="17"/>
              </w:rPr>
              <w:t>EVIDENCA PO IZVEDBI</w:t>
            </w:r>
          </w:p>
          <w:p w14:paraId="7371AC0C"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6AE24D48" w14:textId="77777777" w:rsidR="00080BF0" w:rsidRDefault="00000000">
            <w:pPr>
              <w:spacing w:before="40" w:after="20" w:line="245" w:lineRule="auto"/>
            </w:pPr>
            <w:r>
              <w:rPr>
                <w:b/>
                <w:color w:val="000000"/>
                <w:sz w:val="17"/>
              </w:rPr>
              <w:t>RAVEN DOSEGANJA</w:t>
            </w:r>
          </w:p>
          <w:p w14:paraId="06BBA5FE"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67DBA4D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5EB786CD" w14:textId="77777777">
              <w:trPr>
                <w:jc w:val="center"/>
              </w:trPr>
              <w:tc>
                <w:tcPr>
                  <w:tcW w:w="7087" w:type="dxa"/>
                  <w:shd w:val="clear" w:color="auto" w:fill="EDC9EA"/>
                  <w:tcMar>
                    <w:top w:w="45" w:type="dxa"/>
                    <w:left w:w="70" w:type="dxa"/>
                    <w:bottom w:w="45" w:type="dxa"/>
                    <w:right w:w="70" w:type="dxa"/>
                  </w:tcMar>
                </w:tcPr>
                <w:p w14:paraId="705096D6" w14:textId="77777777" w:rsidR="00080BF0" w:rsidRDefault="00000000">
                  <w:pPr>
                    <w:keepNext/>
                  </w:pPr>
                  <w:r>
                    <w:rPr>
                      <w:b/>
                      <w:color w:val="000000"/>
                    </w:rPr>
                    <w:t>VPRAŠANJA V PODPORO LIKOVNEMU UČENJU</w:t>
                  </w:r>
                </w:p>
              </w:tc>
            </w:tr>
          </w:tbl>
          <w:p w14:paraId="41BB5870" w14:textId="77777777" w:rsidR="00080BF0" w:rsidRDefault="00080BF0">
            <w:pPr>
              <w:spacing w:line="20" w:lineRule="exact"/>
            </w:pPr>
          </w:p>
          <w:p w14:paraId="4B3CA517" w14:textId="77777777" w:rsidR="00080BF0" w:rsidRDefault="00000000">
            <w:pPr>
              <w:pStyle w:val="Oznaenseznam"/>
              <w:spacing w:after="16"/>
            </w:pPr>
            <w:r>
              <w:rPr>
                <w:color w:val="000000"/>
                <w:sz w:val="16"/>
              </w:rPr>
              <w:t>Kaj si najprej opazil/-a in katera likovna prvina je zate najpomembnejša?</w:t>
            </w:r>
          </w:p>
          <w:p w14:paraId="70964C7A" w14:textId="77777777" w:rsidR="00080BF0" w:rsidRDefault="00000000">
            <w:pPr>
              <w:pStyle w:val="Oznaenseznam"/>
              <w:spacing w:after="16"/>
            </w:pPr>
            <w:r>
              <w:rPr>
                <w:color w:val="000000"/>
                <w:sz w:val="16"/>
              </w:rPr>
              <w:t>Kako je material ali postopek vplival na črto, barvo, obliko, površino, prostor oziroma delovanje izdelka?</w:t>
            </w:r>
          </w:p>
          <w:p w14:paraId="5100DE74" w14:textId="77777777" w:rsidR="00080BF0" w:rsidRDefault="00000000">
            <w:pPr>
              <w:pStyle w:val="Oznaenseznam"/>
              <w:spacing w:after="16"/>
            </w:pPr>
            <w:r>
              <w:rPr>
                <w:color w:val="000000"/>
                <w:sz w:val="16"/>
              </w:rPr>
              <w:t>Katero možnost si preizkusil/-a, zakaj si jo izbral/-a in kaj si ob poskusu spremenil/-a?</w:t>
            </w:r>
          </w:p>
          <w:p w14:paraId="2962E4FA" w14:textId="77777777" w:rsidR="00080BF0" w:rsidRDefault="00000000">
            <w:pPr>
              <w:pStyle w:val="Oznaenseznam"/>
              <w:spacing w:after="16"/>
            </w:pPr>
            <w:r>
              <w:rPr>
                <w:color w:val="000000"/>
                <w:sz w:val="16"/>
              </w:rPr>
              <w:t>Kateri del tvojega procesa ali izdelka najjasneje pokaže dogovorjeno merilo?</w:t>
            </w:r>
          </w:p>
          <w:p w14:paraId="51F726AE"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6F75459C" w14:textId="77777777">
              <w:trPr>
                <w:jc w:val="center"/>
              </w:trPr>
              <w:tc>
                <w:tcPr>
                  <w:tcW w:w="7087" w:type="dxa"/>
                  <w:shd w:val="clear" w:color="auto" w:fill="C6E7F3"/>
                  <w:tcMar>
                    <w:top w:w="45" w:type="dxa"/>
                    <w:left w:w="70" w:type="dxa"/>
                    <w:bottom w:w="45" w:type="dxa"/>
                    <w:right w:w="70" w:type="dxa"/>
                  </w:tcMar>
                </w:tcPr>
                <w:p w14:paraId="1193D594" w14:textId="77777777" w:rsidR="00080BF0" w:rsidRDefault="00000000">
                  <w:pPr>
                    <w:keepNext/>
                  </w:pPr>
                  <w:r>
                    <w:rPr>
                      <w:b/>
                      <w:color w:val="000000"/>
                    </w:rPr>
                    <w:t>ZAKLJUČNI DEL – TIHA GALERIJA, RAZLAGA IN REFLEKSIJA (8–12 min)</w:t>
                  </w:r>
                </w:p>
              </w:tc>
            </w:tr>
          </w:tbl>
          <w:p w14:paraId="00FC7061" w14:textId="77777777" w:rsidR="00080BF0" w:rsidRDefault="00080BF0">
            <w:pPr>
              <w:spacing w:line="20" w:lineRule="exact"/>
            </w:pPr>
          </w:p>
          <w:p w14:paraId="6F6FF2B5"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1C02A65A" w14:textId="77777777">
              <w:trPr>
                <w:jc w:val="center"/>
              </w:trPr>
              <w:tc>
                <w:tcPr>
                  <w:tcW w:w="7087" w:type="dxa"/>
                  <w:shd w:val="clear" w:color="auto" w:fill="EDC9EA"/>
                  <w:tcMar>
                    <w:top w:w="45" w:type="dxa"/>
                    <w:left w:w="70" w:type="dxa"/>
                    <w:bottom w:w="45" w:type="dxa"/>
                    <w:right w:w="70" w:type="dxa"/>
                  </w:tcMar>
                </w:tcPr>
                <w:p w14:paraId="34BEEFCF" w14:textId="77777777" w:rsidR="00080BF0" w:rsidRDefault="00000000">
                  <w:pPr>
                    <w:keepNext/>
                  </w:pPr>
                  <w:r>
                    <w:rPr>
                      <w:b/>
                      <w:color w:val="000000"/>
                    </w:rPr>
                    <w:t>SAMOVREDNOTENJE</w:t>
                  </w:r>
                </w:p>
              </w:tc>
            </w:tr>
          </w:tbl>
          <w:p w14:paraId="2CB48F7B" w14:textId="77777777" w:rsidR="00080BF0" w:rsidRDefault="00080BF0">
            <w:pPr>
              <w:spacing w:line="20" w:lineRule="exact"/>
            </w:pPr>
          </w:p>
          <w:p w14:paraId="25F131C9"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4066714D" w14:textId="77777777">
              <w:trPr>
                <w:jc w:val="center"/>
              </w:trPr>
              <w:tc>
                <w:tcPr>
                  <w:tcW w:w="7087" w:type="dxa"/>
                  <w:shd w:val="clear" w:color="auto" w:fill="EDC9EA"/>
                  <w:tcMar>
                    <w:top w:w="45" w:type="dxa"/>
                    <w:left w:w="70" w:type="dxa"/>
                    <w:bottom w:w="45" w:type="dxa"/>
                    <w:right w:w="70" w:type="dxa"/>
                  </w:tcMar>
                </w:tcPr>
                <w:p w14:paraId="310FA62A" w14:textId="77777777" w:rsidR="00080BF0" w:rsidRDefault="00000000">
                  <w:pPr>
                    <w:keepNext/>
                  </w:pPr>
                  <w:r>
                    <w:rPr>
                      <w:b/>
                      <w:color w:val="000000"/>
                    </w:rPr>
                    <w:t>VRSTNIŠKO VREDNOTENJE</w:t>
                  </w:r>
                </w:p>
              </w:tc>
            </w:tr>
          </w:tbl>
          <w:p w14:paraId="35155ADC" w14:textId="77777777" w:rsidR="00080BF0" w:rsidRDefault="00080BF0">
            <w:pPr>
              <w:spacing w:line="20" w:lineRule="exact"/>
            </w:pPr>
          </w:p>
          <w:p w14:paraId="0F4B7321"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14D32441" w14:textId="77777777">
              <w:trPr>
                <w:jc w:val="center"/>
              </w:trPr>
              <w:tc>
                <w:tcPr>
                  <w:tcW w:w="7087" w:type="dxa"/>
                  <w:shd w:val="clear" w:color="auto" w:fill="EDC9EA"/>
                  <w:tcMar>
                    <w:top w:w="45" w:type="dxa"/>
                    <w:left w:w="70" w:type="dxa"/>
                    <w:bottom w:w="45" w:type="dxa"/>
                    <w:right w:w="70" w:type="dxa"/>
                  </w:tcMar>
                </w:tcPr>
                <w:p w14:paraId="5C8C7E38" w14:textId="77777777" w:rsidR="00080BF0" w:rsidRDefault="00000000">
                  <w:pPr>
                    <w:keepNext/>
                  </w:pPr>
                  <w:r>
                    <w:rPr>
                      <w:b/>
                      <w:color w:val="000000"/>
                    </w:rPr>
                    <w:t>SKUPNI POVZETEK</w:t>
                  </w:r>
                </w:p>
              </w:tc>
            </w:tr>
          </w:tbl>
          <w:p w14:paraId="03229966" w14:textId="77777777" w:rsidR="00080BF0" w:rsidRDefault="00080BF0">
            <w:pPr>
              <w:spacing w:line="20" w:lineRule="exact"/>
            </w:pPr>
          </w:p>
          <w:p w14:paraId="616391FA" w14:textId="77777777" w:rsidR="00080BF0" w:rsidRDefault="00000000">
            <w:pPr>
              <w:spacing w:before="20" w:after="40" w:line="245" w:lineRule="auto"/>
            </w:pPr>
            <w:r>
              <w:rPr>
                <w:b/>
                <w:color w:val="000000"/>
                <w:sz w:val="16"/>
              </w:rPr>
              <w:t>načrtujem iz odpadnega materiala; izdelam in preizkusim; predlaga izboljšavo. Izbrani dokaz pojasnim in po povratni informaciji izboljšam.</w:t>
            </w:r>
          </w:p>
          <w:tbl>
            <w:tblPr>
              <w:tblStyle w:val="Tabelamrea"/>
              <w:tblW w:w="0" w:type="auto"/>
              <w:jc w:val="center"/>
              <w:tblLayout w:type="fixed"/>
              <w:tblLook w:val="04A0" w:firstRow="1" w:lastRow="0" w:firstColumn="1" w:lastColumn="0" w:noHBand="0" w:noVBand="1"/>
            </w:tblPr>
            <w:tblGrid>
              <w:gridCol w:w="7087"/>
            </w:tblGrid>
            <w:tr w:rsidR="00080BF0" w14:paraId="2191CB01" w14:textId="77777777">
              <w:trPr>
                <w:jc w:val="center"/>
              </w:trPr>
              <w:tc>
                <w:tcPr>
                  <w:tcW w:w="7087" w:type="dxa"/>
                  <w:shd w:val="clear" w:color="auto" w:fill="EDC9EA"/>
                  <w:tcMar>
                    <w:top w:w="45" w:type="dxa"/>
                    <w:left w:w="70" w:type="dxa"/>
                    <w:bottom w:w="45" w:type="dxa"/>
                    <w:right w:w="70" w:type="dxa"/>
                  </w:tcMar>
                </w:tcPr>
                <w:p w14:paraId="43E41F4E" w14:textId="77777777" w:rsidR="00080BF0" w:rsidRDefault="00000000">
                  <w:pPr>
                    <w:keepNext/>
                  </w:pPr>
                  <w:r>
                    <w:rPr>
                      <w:b/>
                      <w:color w:val="000000"/>
                    </w:rPr>
                    <w:t>OPISNO OCENJEVANJE</w:t>
                  </w:r>
                </w:p>
              </w:tc>
            </w:tr>
          </w:tbl>
          <w:p w14:paraId="7125ACC4" w14:textId="77777777" w:rsidR="00080BF0" w:rsidRDefault="00080BF0"/>
          <w:p w14:paraId="4D61DF60" w14:textId="77777777" w:rsidR="00080BF0" w:rsidRDefault="00000000">
            <w:pPr>
              <w:spacing w:before="20" w:after="30" w:line="245" w:lineRule="auto"/>
            </w:pPr>
            <w:r>
              <w:rPr>
                <w:color w:val="000000"/>
                <w:sz w:val="15"/>
              </w:rPr>
              <w:t>OCENJEVANJE 3: izbor del iz mape, postavitev mini razstave in učenčeva razlaga napredka. Dokaz se zbere individualno, opora se zabeleži, opis doseganja pa vsebuje opaženo zmožnost, konkreten procesni, praktični ali portfolio dokaz in naslednji korak. Rezultat se ne izraža s številčno oceno.</w:t>
            </w:r>
          </w:p>
        </w:tc>
        <w:tc>
          <w:tcPr>
            <w:tcW w:w="2551" w:type="dxa"/>
            <w:tcMar>
              <w:top w:w="70" w:type="dxa"/>
              <w:left w:w="90" w:type="dxa"/>
              <w:bottom w:w="70" w:type="dxa"/>
              <w:right w:w="90" w:type="dxa"/>
            </w:tcMar>
          </w:tcPr>
          <w:p w14:paraId="3EC34F99" w14:textId="77777777" w:rsidR="00080BF0" w:rsidRDefault="00080BF0"/>
          <w:p w14:paraId="65D185BC" w14:textId="77777777" w:rsidR="00080BF0" w:rsidRDefault="00000000">
            <w:pPr>
              <w:spacing w:after="80" w:line="245" w:lineRule="auto"/>
            </w:pPr>
            <w:r>
              <w:rPr>
                <w:color w:val="000000"/>
                <w:sz w:val="15"/>
              </w:rPr>
              <w:t>Odgovarja na podporna vprašanja in se sklicuje na opaženo, preizkušeno, ustvarjeno ali razstavljeno.</w:t>
            </w:r>
          </w:p>
          <w:p w14:paraId="32045F61" w14:textId="77777777" w:rsidR="00080BF0" w:rsidRDefault="00000000">
            <w:pPr>
              <w:spacing w:after="80" w:line="245" w:lineRule="auto"/>
            </w:pPr>
            <w:r>
              <w:rPr>
                <w:color w:val="000000"/>
                <w:sz w:val="15"/>
              </w:rPr>
              <w:t>Predstavi izbrani procesni ali izdelkovni dokaz ter pove, katero merilo z njim pokaže.</w:t>
            </w:r>
          </w:p>
          <w:p w14:paraId="6CCBDD29" w14:textId="77777777" w:rsidR="00080BF0" w:rsidRDefault="00000000">
            <w:pPr>
              <w:spacing w:after="80" w:line="245" w:lineRule="auto"/>
            </w:pPr>
            <w:r>
              <w:rPr>
                <w:color w:val="000000"/>
                <w:sz w:val="15"/>
              </w:rPr>
              <w:t>Tiho opazuje vrstnikovo delo, opiše eno konkretno likovno rešitev in poda prijazen predlog.</w:t>
            </w:r>
          </w:p>
          <w:p w14:paraId="63F04E53" w14:textId="77777777" w:rsidR="00080BF0" w:rsidRDefault="00000000">
            <w:pPr>
              <w:spacing w:after="80" w:line="245" w:lineRule="auto"/>
            </w:pPr>
            <w:r>
              <w:rPr>
                <w:color w:val="000000"/>
                <w:sz w:val="15"/>
              </w:rPr>
              <w:t>Po povratni informaciji po želji ponovi poskus, spremeni podrobnost, izboljša spoj, razporeditev ali razlago.</w:t>
            </w:r>
          </w:p>
          <w:p w14:paraId="14F9BDAA" w14:textId="77777777" w:rsidR="00080BF0" w:rsidRDefault="00000000">
            <w:pPr>
              <w:spacing w:after="100" w:line="245" w:lineRule="auto"/>
            </w:pPr>
            <w:r>
              <w:rPr>
                <w:color w:val="000000"/>
                <w:sz w:val="15"/>
              </w:rPr>
              <w:t>Izbere raven samostojnosti ter določi majhen in izvedljiv naslednji ustvarjalni korak.</w:t>
            </w:r>
          </w:p>
          <w:p w14:paraId="4BEDF1BB" w14:textId="77777777" w:rsidR="00080BF0" w:rsidRDefault="00000000">
            <w:pPr>
              <w:spacing w:after="20" w:line="245" w:lineRule="auto"/>
            </w:pPr>
            <w:r>
              <w:rPr>
                <w:b/>
                <w:color w:val="D95BC6"/>
                <w:sz w:val="17"/>
              </w:rPr>
              <w:t>DOKAZ O UČENJU</w:t>
            </w:r>
          </w:p>
          <w:p w14:paraId="025F7E03"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3F0C4531"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78B3BD82" w14:textId="77777777">
        <w:trPr>
          <w:cantSplit/>
          <w:jc w:val="center"/>
        </w:trPr>
        <w:tc>
          <w:tcPr>
            <w:tcW w:w="14060" w:type="dxa"/>
            <w:gridSpan w:val="6"/>
            <w:tcMar>
              <w:top w:w="70" w:type="dxa"/>
              <w:left w:w="90" w:type="dxa"/>
              <w:bottom w:w="70" w:type="dxa"/>
              <w:right w:w="90" w:type="dxa"/>
            </w:tcMar>
            <w:vAlign w:val="center"/>
          </w:tcPr>
          <w:p w14:paraId="54C7311B" w14:textId="77777777" w:rsidR="00080BF0" w:rsidRDefault="00000000">
            <w:pPr>
              <w:jc w:val="center"/>
            </w:pPr>
            <w:r>
              <w:rPr>
                <w:b/>
                <w:color w:val="000000"/>
                <w:sz w:val="24"/>
              </w:rPr>
              <w:lastRenderedPageBreak/>
              <w:t>UČNA PRIPRAVA 38/39</w:t>
            </w:r>
          </w:p>
        </w:tc>
      </w:tr>
      <w:tr w:rsidR="00080BF0" w14:paraId="585CADAB" w14:textId="77777777">
        <w:trPr>
          <w:jc w:val="center"/>
        </w:trPr>
        <w:tc>
          <w:tcPr>
            <w:tcW w:w="2665" w:type="dxa"/>
            <w:tcMar>
              <w:top w:w="70" w:type="dxa"/>
              <w:left w:w="90" w:type="dxa"/>
              <w:bottom w:w="70" w:type="dxa"/>
              <w:right w:w="90" w:type="dxa"/>
            </w:tcMar>
            <w:vAlign w:val="center"/>
          </w:tcPr>
          <w:p w14:paraId="227A293A"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38C596E"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7A4FB61C"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F0A589D" w14:textId="77777777" w:rsidR="00080BF0" w:rsidRDefault="00000000">
            <w:r>
              <w:rPr>
                <w:b/>
                <w:color w:val="000000"/>
                <w:sz w:val="16"/>
              </w:rPr>
              <w:t xml:space="preserve">NAČRTOVANI TERMIN: </w:t>
            </w:r>
            <w:r>
              <w:rPr>
                <w:color w:val="000000"/>
                <w:sz w:val="16"/>
              </w:rPr>
              <w:t>38. teden • 14.–18. 6. 2027</w:t>
            </w:r>
          </w:p>
        </w:tc>
        <w:tc>
          <w:tcPr>
            <w:tcW w:w="2268" w:type="dxa"/>
            <w:tcMar>
              <w:top w:w="70" w:type="dxa"/>
              <w:left w:w="90" w:type="dxa"/>
              <w:bottom w:w="70" w:type="dxa"/>
              <w:right w:w="90" w:type="dxa"/>
            </w:tcMar>
            <w:vAlign w:val="center"/>
          </w:tcPr>
          <w:p w14:paraId="2AF67666"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C28E818" w14:textId="77777777" w:rsidR="00080BF0" w:rsidRDefault="00000000">
            <w:r>
              <w:rPr>
                <w:b/>
                <w:color w:val="000000"/>
                <w:sz w:val="16"/>
              </w:rPr>
              <w:t xml:space="preserve">ŠTEVILO UR: </w:t>
            </w:r>
            <w:r>
              <w:rPr>
                <w:color w:val="000000"/>
                <w:sz w:val="16"/>
              </w:rPr>
              <w:t>2</w:t>
            </w:r>
          </w:p>
        </w:tc>
      </w:tr>
      <w:tr w:rsidR="00080BF0" w14:paraId="10C074F6" w14:textId="77777777">
        <w:trPr>
          <w:jc w:val="center"/>
        </w:trPr>
        <w:tc>
          <w:tcPr>
            <w:tcW w:w="14061" w:type="dxa"/>
            <w:gridSpan w:val="6"/>
            <w:tcMar>
              <w:top w:w="70" w:type="dxa"/>
              <w:left w:w="90" w:type="dxa"/>
              <w:bottom w:w="70" w:type="dxa"/>
              <w:right w:w="90" w:type="dxa"/>
            </w:tcMar>
            <w:vAlign w:val="center"/>
          </w:tcPr>
          <w:p w14:paraId="767F67DD"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29F92560" w14:textId="77777777">
        <w:trPr>
          <w:cantSplit/>
          <w:jc w:val="center"/>
        </w:trPr>
        <w:tc>
          <w:tcPr>
            <w:tcW w:w="14060" w:type="dxa"/>
            <w:gridSpan w:val="6"/>
            <w:tcMar>
              <w:top w:w="70" w:type="dxa"/>
              <w:left w:w="90" w:type="dxa"/>
              <w:bottom w:w="70" w:type="dxa"/>
              <w:right w:w="90" w:type="dxa"/>
            </w:tcMar>
            <w:vAlign w:val="center"/>
          </w:tcPr>
          <w:p w14:paraId="4253B598" w14:textId="77777777" w:rsidR="00080BF0" w:rsidRDefault="00080BF0"/>
          <w:p w14:paraId="206A52D9" w14:textId="77777777" w:rsidR="00080BF0" w:rsidRDefault="00000000">
            <w:pPr>
              <w:spacing w:line="245" w:lineRule="auto"/>
            </w:pPr>
            <w:r>
              <w:rPr>
                <w:b/>
                <w:color w:val="000000"/>
                <w:sz w:val="15"/>
              </w:rPr>
              <w:t xml:space="preserve">UČNI SKLOP: </w:t>
            </w:r>
            <w:r>
              <w:rPr>
                <w:color w:val="000000"/>
                <w:sz w:val="15"/>
              </w:rPr>
              <w:t>POLETJE, SKUPNOST IN ZAKLJUČEK</w:t>
            </w:r>
          </w:p>
        </w:tc>
      </w:tr>
      <w:tr w:rsidR="00080BF0" w14:paraId="54779E09" w14:textId="77777777">
        <w:trPr>
          <w:cantSplit/>
          <w:jc w:val="center"/>
        </w:trPr>
        <w:tc>
          <w:tcPr>
            <w:tcW w:w="14060" w:type="dxa"/>
            <w:gridSpan w:val="6"/>
            <w:tcMar>
              <w:top w:w="70" w:type="dxa"/>
              <w:left w:w="90" w:type="dxa"/>
              <w:bottom w:w="70" w:type="dxa"/>
              <w:right w:w="90" w:type="dxa"/>
            </w:tcMar>
            <w:vAlign w:val="center"/>
          </w:tcPr>
          <w:p w14:paraId="561BA5D8" w14:textId="77777777" w:rsidR="00080BF0" w:rsidRDefault="00080BF0"/>
          <w:p w14:paraId="7DB644BA" w14:textId="77777777" w:rsidR="00080BF0" w:rsidRDefault="00000000">
            <w:pPr>
              <w:spacing w:line="245" w:lineRule="auto"/>
            </w:pPr>
            <w:r>
              <w:rPr>
                <w:b/>
                <w:color w:val="000000"/>
                <w:sz w:val="15"/>
              </w:rPr>
              <w:t xml:space="preserve">UČNA TEMA: </w:t>
            </w:r>
            <w:r>
              <w:rPr>
                <w:color w:val="000000"/>
                <w:sz w:val="15"/>
              </w:rPr>
              <w:t>MOJ LIKOVNI NAPREDEK</w:t>
            </w:r>
          </w:p>
        </w:tc>
      </w:tr>
      <w:tr w:rsidR="00080BF0" w14:paraId="3FFEBA3F" w14:textId="77777777">
        <w:trPr>
          <w:cantSplit/>
          <w:jc w:val="center"/>
        </w:trPr>
        <w:tc>
          <w:tcPr>
            <w:tcW w:w="14060" w:type="dxa"/>
            <w:gridSpan w:val="6"/>
            <w:tcMar>
              <w:top w:w="70" w:type="dxa"/>
              <w:left w:w="90" w:type="dxa"/>
              <w:bottom w:w="70" w:type="dxa"/>
              <w:right w:w="90" w:type="dxa"/>
            </w:tcMar>
            <w:vAlign w:val="center"/>
          </w:tcPr>
          <w:p w14:paraId="0BF6B2E3" w14:textId="77777777" w:rsidR="00080BF0" w:rsidRDefault="00080BF0"/>
          <w:p w14:paraId="12396C5C" w14:textId="77777777" w:rsidR="00080BF0" w:rsidRDefault="00000000">
            <w:pPr>
              <w:spacing w:line="245" w:lineRule="auto"/>
            </w:pPr>
            <w:r>
              <w:rPr>
                <w:b/>
                <w:color w:val="000000"/>
                <w:sz w:val="15"/>
              </w:rPr>
              <w:t xml:space="preserve">KNJIŽEVNO / MOTIVNO IZHODIŠČE: </w:t>
            </w:r>
            <w:r>
              <w:rPr>
                <w:color w:val="000000"/>
                <w:sz w:val="15"/>
              </w:rPr>
              <w:t>»Pedenjped« – Niko Grafenauer • NADALJEVANJE • osebni napredek, samovrednotenje in igrivost učenja</w:t>
            </w:r>
          </w:p>
        </w:tc>
      </w:tr>
      <w:tr w:rsidR="00080BF0" w14:paraId="7F8A2BBD" w14:textId="77777777">
        <w:trPr>
          <w:cantSplit/>
          <w:jc w:val="center"/>
        </w:trPr>
        <w:tc>
          <w:tcPr>
            <w:tcW w:w="14060" w:type="dxa"/>
            <w:gridSpan w:val="6"/>
            <w:tcMar>
              <w:top w:w="70" w:type="dxa"/>
              <w:left w:w="90" w:type="dxa"/>
              <w:bottom w:w="70" w:type="dxa"/>
              <w:right w:w="90" w:type="dxa"/>
            </w:tcMar>
            <w:vAlign w:val="center"/>
          </w:tcPr>
          <w:p w14:paraId="2A3BDEE6" w14:textId="77777777" w:rsidR="00080BF0" w:rsidRDefault="00080BF0"/>
          <w:p w14:paraId="55E2F97E" w14:textId="77777777" w:rsidR="00080BF0" w:rsidRDefault="00000000">
            <w:pPr>
              <w:spacing w:line="245" w:lineRule="auto"/>
            </w:pPr>
            <w:r>
              <w:rPr>
                <w:b/>
                <w:color w:val="000000"/>
                <w:sz w:val="15"/>
              </w:rPr>
              <w:t xml:space="preserve">LIKOVNO IZHODIŠČE / MOTIVACIJA: </w:t>
            </w:r>
            <w:r>
              <w:rPr>
                <w:color w:val="000000"/>
                <w:sz w:val="15"/>
              </w:rPr>
              <w:t>v razredu se pojavi prazna razstavna oznaka; učenci poiščejo delo, ki bi mu pripadala, in utemeljijo, kako bi gledalcu predstavili temo »moj likovni napredek«. Tematska rešitev: oblikuje Pedenjpedovo mapo dosežkov ali avtoportret.</w:t>
            </w:r>
          </w:p>
        </w:tc>
      </w:tr>
      <w:tr w:rsidR="00080BF0" w14:paraId="60E4596E" w14:textId="77777777">
        <w:trPr>
          <w:cantSplit/>
          <w:jc w:val="center"/>
        </w:trPr>
        <w:tc>
          <w:tcPr>
            <w:tcW w:w="14060" w:type="dxa"/>
            <w:gridSpan w:val="6"/>
            <w:tcMar>
              <w:top w:w="70" w:type="dxa"/>
              <w:left w:w="90" w:type="dxa"/>
              <w:bottom w:w="70" w:type="dxa"/>
              <w:right w:w="90" w:type="dxa"/>
            </w:tcMar>
            <w:vAlign w:val="center"/>
          </w:tcPr>
          <w:p w14:paraId="72BCF11C" w14:textId="77777777" w:rsidR="00080BF0" w:rsidRDefault="00080BF0"/>
          <w:p w14:paraId="557ABE53" w14:textId="77777777" w:rsidR="00080BF0" w:rsidRDefault="00000000">
            <w:pPr>
              <w:spacing w:line="245" w:lineRule="auto"/>
            </w:pPr>
            <w:r>
              <w:rPr>
                <w:b/>
                <w:color w:val="000000"/>
                <w:sz w:val="15"/>
              </w:rPr>
              <w:t xml:space="preserve">UČNE ENOTE: </w:t>
            </w:r>
            <w:r>
              <w:rPr>
                <w:color w:val="000000"/>
                <w:sz w:val="15"/>
              </w:rPr>
              <w:t>1. ura – Moj likovni napredek – Opazujem, preizkušam, načrtujem • 2. ura – Moj likovni napredek – Razstavim, pojasnim in načrtujem</w:t>
            </w:r>
          </w:p>
        </w:tc>
      </w:tr>
      <w:tr w:rsidR="00080BF0" w14:paraId="0F0AB51D" w14:textId="77777777">
        <w:trPr>
          <w:cantSplit/>
          <w:jc w:val="center"/>
        </w:trPr>
        <w:tc>
          <w:tcPr>
            <w:tcW w:w="14060" w:type="dxa"/>
            <w:gridSpan w:val="6"/>
            <w:tcMar>
              <w:top w:w="70" w:type="dxa"/>
              <w:left w:w="90" w:type="dxa"/>
              <w:bottom w:w="70" w:type="dxa"/>
              <w:right w:w="90" w:type="dxa"/>
            </w:tcMar>
            <w:vAlign w:val="center"/>
          </w:tcPr>
          <w:p w14:paraId="3347C4A7" w14:textId="77777777" w:rsidR="00080BF0" w:rsidRDefault="00080BF0"/>
          <w:p w14:paraId="634FFF86"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2E49CB83" w14:textId="77777777">
        <w:trPr>
          <w:cantSplit/>
          <w:jc w:val="center"/>
        </w:trPr>
        <w:tc>
          <w:tcPr>
            <w:tcW w:w="14060" w:type="dxa"/>
            <w:gridSpan w:val="6"/>
            <w:tcMar>
              <w:top w:w="70" w:type="dxa"/>
              <w:left w:w="90" w:type="dxa"/>
              <w:bottom w:w="70" w:type="dxa"/>
              <w:right w:w="90" w:type="dxa"/>
            </w:tcMar>
            <w:vAlign w:val="center"/>
          </w:tcPr>
          <w:p w14:paraId="28D2CF8F" w14:textId="77777777" w:rsidR="00080BF0" w:rsidRDefault="00080BF0"/>
          <w:p w14:paraId="3A71795E"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2FB0D79A" w14:textId="77777777">
        <w:trPr>
          <w:cantSplit/>
          <w:jc w:val="center"/>
        </w:trPr>
        <w:tc>
          <w:tcPr>
            <w:tcW w:w="14060" w:type="dxa"/>
            <w:gridSpan w:val="6"/>
            <w:tcMar>
              <w:top w:w="70" w:type="dxa"/>
              <w:left w:w="90" w:type="dxa"/>
              <w:bottom w:w="70" w:type="dxa"/>
              <w:right w:w="90" w:type="dxa"/>
            </w:tcMar>
            <w:vAlign w:val="center"/>
          </w:tcPr>
          <w:p w14:paraId="60113B8D" w14:textId="77777777" w:rsidR="00080BF0" w:rsidRDefault="00080BF0"/>
          <w:p w14:paraId="10267DB2"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56F9C070" w14:textId="77777777">
        <w:trPr>
          <w:cantSplit/>
          <w:jc w:val="center"/>
        </w:trPr>
        <w:tc>
          <w:tcPr>
            <w:tcW w:w="14060" w:type="dxa"/>
            <w:gridSpan w:val="6"/>
            <w:tcMar>
              <w:top w:w="70" w:type="dxa"/>
              <w:left w:w="90" w:type="dxa"/>
              <w:bottom w:w="70" w:type="dxa"/>
              <w:right w:w="90" w:type="dxa"/>
            </w:tcMar>
            <w:vAlign w:val="center"/>
          </w:tcPr>
          <w:p w14:paraId="2E4C02CB" w14:textId="77777777" w:rsidR="00080BF0" w:rsidRDefault="00080BF0"/>
          <w:p w14:paraId="3513E30A" w14:textId="77777777" w:rsidR="00080BF0" w:rsidRDefault="00000000">
            <w:pPr>
              <w:spacing w:line="245" w:lineRule="auto"/>
            </w:pPr>
            <w:r>
              <w:rPr>
                <w:b/>
                <w:color w:val="000000"/>
                <w:sz w:val="15"/>
              </w:rPr>
              <w:t xml:space="preserve">MEDPREDMETNE POVEZAVE: </w:t>
            </w:r>
            <w:r>
              <w:rPr>
                <w:color w:val="000000"/>
                <w:sz w:val="15"/>
              </w:rPr>
              <w:t>SPO – osebni napredek, samovrednotenje in igrivost učenja; SLJ – poslušanje, opis opažanja, poimenovanje postopka in predstavitev; MAT – oblike, razvrščanje, vzorci in prostorski odnosi; ŠPO – gibalna črta, telesna skulptura, smer in ravnotežje; GUM – ritem, ponavljanje.</w:t>
            </w:r>
          </w:p>
        </w:tc>
      </w:tr>
      <w:tr w:rsidR="00080BF0" w14:paraId="71DCCA92" w14:textId="77777777">
        <w:trPr>
          <w:cantSplit/>
          <w:jc w:val="center"/>
        </w:trPr>
        <w:tc>
          <w:tcPr>
            <w:tcW w:w="14060" w:type="dxa"/>
            <w:gridSpan w:val="6"/>
            <w:tcMar>
              <w:top w:w="70" w:type="dxa"/>
              <w:left w:w="90" w:type="dxa"/>
              <w:bottom w:w="70" w:type="dxa"/>
              <w:right w:w="90" w:type="dxa"/>
            </w:tcMar>
            <w:vAlign w:val="center"/>
          </w:tcPr>
          <w:p w14:paraId="46585F4E" w14:textId="77777777" w:rsidR="00080BF0" w:rsidRDefault="00080BF0"/>
          <w:p w14:paraId="474D0C47" w14:textId="77777777" w:rsidR="00080BF0" w:rsidRDefault="00000000">
            <w:pPr>
              <w:spacing w:line="245" w:lineRule="auto"/>
            </w:pPr>
            <w:r>
              <w:rPr>
                <w:b/>
                <w:color w:val="000000"/>
                <w:sz w:val="15"/>
              </w:rPr>
              <w:t xml:space="preserve">UČNA SREDSTVA IN PRIPOMOČKI: </w:t>
            </w:r>
            <w:r>
              <w:rPr>
                <w:color w:val="000000"/>
                <w:sz w:val="15"/>
              </w:rPr>
              <w:t>likovna mapa, izbrana dela, podlage, ščipalke ali lepilni trak, prazne oznake, simboli meril, fotografije procesa in razstavni načrt; fotografija, reprodukcija ali resnični predmet za opazovanje; kartice namena in meril; talne oznake štirih postaj; mapa dokazov; sredstva za čiščenje in pospravljanje</w:t>
            </w:r>
          </w:p>
        </w:tc>
      </w:tr>
      <w:tr w:rsidR="00080BF0" w14:paraId="7B21F2E0" w14:textId="77777777">
        <w:trPr>
          <w:cantSplit/>
          <w:jc w:val="center"/>
        </w:trPr>
        <w:tc>
          <w:tcPr>
            <w:tcW w:w="14060" w:type="dxa"/>
            <w:gridSpan w:val="6"/>
            <w:tcMar>
              <w:top w:w="70" w:type="dxa"/>
              <w:left w:w="90" w:type="dxa"/>
              <w:bottom w:w="70" w:type="dxa"/>
              <w:right w:w="90" w:type="dxa"/>
            </w:tcMar>
            <w:vAlign w:val="center"/>
          </w:tcPr>
          <w:p w14:paraId="3E542785" w14:textId="77777777" w:rsidR="00080BF0" w:rsidRDefault="00080BF0"/>
          <w:p w14:paraId="3D7CE31F"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47BAC142" w14:textId="77777777">
        <w:trPr>
          <w:cantSplit/>
          <w:jc w:val="center"/>
        </w:trPr>
        <w:tc>
          <w:tcPr>
            <w:tcW w:w="14060" w:type="dxa"/>
            <w:gridSpan w:val="6"/>
            <w:tcMar>
              <w:top w:w="70" w:type="dxa"/>
              <w:left w:w="90" w:type="dxa"/>
              <w:bottom w:w="70" w:type="dxa"/>
              <w:right w:w="90" w:type="dxa"/>
            </w:tcMar>
            <w:vAlign w:val="center"/>
          </w:tcPr>
          <w:p w14:paraId="606F7AAD" w14:textId="77777777" w:rsidR="00080BF0" w:rsidRDefault="00080BF0"/>
          <w:p w14:paraId="2FC23011"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37BFC183" w14:textId="77777777">
        <w:trPr>
          <w:cantSplit/>
          <w:jc w:val="center"/>
        </w:trPr>
        <w:tc>
          <w:tcPr>
            <w:tcW w:w="14060" w:type="dxa"/>
            <w:gridSpan w:val="6"/>
            <w:tcMar>
              <w:top w:w="70" w:type="dxa"/>
              <w:left w:w="90" w:type="dxa"/>
              <w:bottom w:w="70" w:type="dxa"/>
              <w:right w:w="90" w:type="dxa"/>
            </w:tcMar>
            <w:vAlign w:val="center"/>
          </w:tcPr>
          <w:p w14:paraId="6294ECF2" w14:textId="77777777" w:rsidR="00080BF0" w:rsidRDefault="00080BF0"/>
          <w:p w14:paraId="0652F64E"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526F9AC0"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258DC0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E90A1A0"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D9543DA" w14:textId="77777777" w:rsidR="00080BF0" w:rsidRDefault="00000000">
            <w:pPr>
              <w:jc w:val="center"/>
            </w:pPr>
            <w:r>
              <w:rPr>
                <w:b/>
                <w:color w:val="000000"/>
                <w:sz w:val="20"/>
              </w:rPr>
              <w:t>UČNE DEJAVNOSTI, METODE IN FORMATIVNO SPREMLJANJE</w:t>
            </w:r>
          </w:p>
        </w:tc>
      </w:tr>
      <w:tr w:rsidR="00080BF0" w14:paraId="7907910B" w14:textId="77777777">
        <w:trPr>
          <w:tblHeader/>
          <w:jc w:val="center"/>
        </w:trPr>
        <w:tc>
          <w:tcPr>
            <w:tcW w:w="4422" w:type="dxa"/>
            <w:vMerge/>
            <w:tcMar>
              <w:top w:w="70" w:type="dxa"/>
              <w:left w:w="90" w:type="dxa"/>
              <w:bottom w:w="70" w:type="dxa"/>
              <w:right w:w="90" w:type="dxa"/>
            </w:tcMar>
            <w:vAlign w:val="center"/>
          </w:tcPr>
          <w:p w14:paraId="35FE16F1" w14:textId="77777777" w:rsidR="00080BF0" w:rsidRDefault="00080BF0"/>
        </w:tc>
        <w:tc>
          <w:tcPr>
            <w:tcW w:w="7087" w:type="dxa"/>
            <w:shd w:val="clear" w:color="auto" w:fill="FFFFFF"/>
            <w:tcMar>
              <w:top w:w="70" w:type="dxa"/>
              <w:left w:w="90" w:type="dxa"/>
              <w:bottom w:w="70" w:type="dxa"/>
              <w:right w:w="90" w:type="dxa"/>
            </w:tcMar>
            <w:vAlign w:val="center"/>
          </w:tcPr>
          <w:p w14:paraId="6FC2F4F0"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53B8FC7" w14:textId="77777777" w:rsidR="00080BF0" w:rsidRDefault="00000000">
            <w:pPr>
              <w:jc w:val="center"/>
            </w:pPr>
            <w:r>
              <w:rPr>
                <w:b/>
                <w:color w:val="000000"/>
              </w:rPr>
              <w:t>UČENEC</w:t>
            </w:r>
          </w:p>
        </w:tc>
      </w:tr>
      <w:tr w:rsidR="00080BF0" w14:paraId="4E451AE9" w14:textId="77777777">
        <w:trPr>
          <w:jc w:val="center"/>
        </w:trPr>
        <w:tc>
          <w:tcPr>
            <w:tcW w:w="4422" w:type="dxa"/>
            <w:tcMar>
              <w:top w:w="70" w:type="dxa"/>
              <w:left w:w="90" w:type="dxa"/>
              <w:bottom w:w="70" w:type="dxa"/>
              <w:right w:w="90" w:type="dxa"/>
            </w:tcMar>
          </w:tcPr>
          <w:p w14:paraId="32544556" w14:textId="77777777" w:rsidR="00080BF0" w:rsidRDefault="00080BF0"/>
          <w:p w14:paraId="65F4D546" w14:textId="77777777" w:rsidR="00080BF0" w:rsidRDefault="00000000">
            <w:pPr>
              <w:spacing w:after="60" w:line="245" w:lineRule="auto"/>
            </w:pPr>
            <w:r>
              <w:rPr>
                <w:b/>
                <w:color w:val="000000"/>
              </w:rPr>
              <w:t>UČNI CILJI</w:t>
            </w:r>
          </w:p>
          <w:p w14:paraId="7CA6C0E2" w14:textId="77777777" w:rsidR="00080BF0" w:rsidRDefault="00000000">
            <w:pPr>
              <w:spacing w:after="20" w:line="245" w:lineRule="auto"/>
            </w:pPr>
            <w:r>
              <w:rPr>
                <w:b/>
                <w:color w:val="000000"/>
                <w:sz w:val="17"/>
              </w:rPr>
              <w:t>SPLOŠNI</w:t>
            </w:r>
          </w:p>
          <w:p w14:paraId="244291DE"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28E2BD8D"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1D8EA424"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043BAB5C"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00299755" w14:textId="77777777" w:rsidR="00080BF0" w:rsidRDefault="00000000">
            <w:pPr>
              <w:spacing w:before="40" w:after="20" w:line="245" w:lineRule="auto"/>
            </w:pPr>
            <w:r>
              <w:rPr>
                <w:b/>
                <w:color w:val="000000"/>
                <w:sz w:val="17"/>
              </w:rPr>
              <w:t>OPERATIVNI</w:t>
            </w:r>
          </w:p>
          <w:p w14:paraId="569F401D" w14:textId="77777777" w:rsidR="00080BF0" w:rsidRDefault="00000000">
            <w:pPr>
              <w:pStyle w:val="Oznaenseznam"/>
              <w:spacing w:after="16"/>
            </w:pPr>
            <w:r>
              <w:rPr>
                <w:color w:val="000000"/>
                <w:sz w:val="16"/>
              </w:rPr>
              <w:t>izbere dela iz mape</w:t>
            </w:r>
          </w:p>
          <w:p w14:paraId="366B8722" w14:textId="77777777" w:rsidR="00080BF0" w:rsidRDefault="00000000">
            <w:pPr>
              <w:pStyle w:val="Oznaenseznam"/>
              <w:spacing w:after="16"/>
            </w:pPr>
            <w:r>
              <w:rPr>
                <w:color w:val="000000"/>
                <w:sz w:val="16"/>
              </w:rPr>
              <w:t>pojasni razvoj</w:t>
            </w:r>
          </w:p>
          <w:p w14:paraId="562BE91C" w14:textId="77777777" w:rsidR="00080BF0" w:rsidRDefault="00000000">
            <w:pPr>
              <w:pStyle w:val="Oznaenseznam"/>
              <w:spacing w:after="16"/>
            </w:pPr>
            <w:r>
              <w:rPr>
                <w:color w:val="000000"/>
                <w:sz w:val="16"/>
              </w:rPr>
              <w:t>pripravi razstavo</w:t>
            </w:r>
          </w:p>
          <w:p w14:paraId="6D9AB521" w14:textId="77777777" w:rsidR="00080BF0" w:rsidRDefault="00000000">
            <w:pPr>
              <w:spacing w:before="40" w:after="20" w:line="245" w:lineRule="auto"/>
            </w:pPr>
            <w:r>
              <w:rPr>
                <w:b/>
                <w:color w:val="000000"/>
                <w:sz w:val="17"/>
              </w:rPr>
              <w:t>PRIČAKOVANI DOSEŽKI / MINIMALNI POUDARKI</w:t>
            </w:r>
          </w:p>
          <w:p w14:paraId="6323AAA6" w14:textId="77777777" w:rsidR="00080BF0" w:rsidRDefault="00000000">
            <w:pPr>
              <w:pStyle w:val="Oznaenseznam"/>
              <w:spacing w:after="16"/>
            </w:pPr>
            <w:r>
              <w:rPr>
                <w:color w:val="000000"/>
                <w:sz w:val="15"/>
              </w:rPr>
              <w:t>samostojno oziroma z dogovorjeno oporo izbere dela iz mape</w:t>
            </w:r>
          </w:p>
          <w:p w14:paraId="6A567F4A" w14:textId="77777777" w:rsidR="00080BF0" w:rsidRDefault="00000000">
            <w:pPr>
              <w:pStyle w:val="Oznaenseznam"/>
              <w:spacing w:after="16"/>
            </w:pPr>
            <w:r>
              <w:rPr>
                <w:color w:val="000000"/>
                <w:sz w:val="15"/>
              </w:rPr>
              <w:t>samostojno oziroma z dogovorjeno oporo pojasni razvoj</w:t>
            </w:r>
          </w:p>
          <w:p w14:paraId="135E23AF" w14:textId="77777777" w:rsidR="00080BF0" w:rsidRDefault="00000000">
            <w:pPr>
              <w:pStyle w:val="Oznaenseznam"/>
              <w:spacing w:after="16"/>
            </w:pPr>
            <w:r>
              <w:rPr>
                <w:color w:val="000000"/>
                <w:sz w:val="15"/>
              </w:rPr>
              <w:t>samostojno oziroma z dogovorjeno oporo pripravi razstavo</w:t>
            </w:r>
          </w:p>
        </w:tc>
        <w:tc>
          <w:tcPr>
            <w:tcW w:w="7087" w:type="dxa"/>
            <w:tcMar>
              <w:top w:w="70" w:type="dxa"/>
              <w:left w:w="90" w:type="dxa"/>
              <w:bottom w:w="70" w:type="dxa"/>
              <w:right w:w="90" w:type="dxa"/>
            </w:tcMar>
          </w:tcPr>
          <w:p w14:paraId="1D8BB65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6265E167" w14:textId="77777777">
              <w:trPr>
                <w:jc w:val="center"/>
              </w:trPr>
              <w:tc>
                <w:tcPr>
                  <w:tcW w:w="7087" w:type="dxa"/>
                  <w:shd w:val="clear" w:color="auto" w:fill="C6E7F3"/>
                  <w:tcMar>
                    <w:top w:w="45" w:type="dxa"/>
                    <w:left w:w="70" w:type="dxa"/>
                    <w:bottom w:w="45" w:type="dxa"/>
                    <w:right w:w="70" w:type="dxa"/>
                  </w:tcMar>
                </w:tcPr>
                <w:p w14:paraId="13DEB8D8" w14:textId="77777777" w:rsidR="00080BF0" w:rsidRDefault="00000000">
                  <w:pPr>
                    <w:keepNext/>
                  </w:pPr>
                  <w:r>
                    <w:rPr>
                      <w:b/>
                      <w:color w:val="000000"/>
                    </w:rPr>
                    <w:t>UVODNI DEL – likovna uganka, opazovanje, aktivacija predznanja in namen učenja (8–12 min)</w:t>
                  </w:r>
                </w:p>
              </w:tc>
            </w:tr>
          </w:tbl>
          <w:p w14:paraId="79850953" w14:textId="77777777" w:rsidR="00080BF0" w:rsidRDefault="00080BF0">
            <w:pPr>
              <w:spacing w:line="20" w:lineRule="exact"/>
            </w:pPr>
          </w:p>
          <w:p w14:paraId="7FC3BE58" w14:textId="77777777" w:rsidR="00080BF0" w:rsidRDefault="00000000">
            <w:pPr>
              <w:spacing w:before="40" w:after="60" w:line="245" w:lineRule="auto"/>
            </w:pPr>
            <w:r>
              <w:rPr>
                <w:color w:val="000000"/>
                <w:sz w:val="16"/>
              </w:rPr>
              <w:t>Ob književnem motivu »Pedenjped« – Niko Grafenauer • NADALJEVANJE učenci vstopijo v temo osebni napredek, samovrednotenje in igrivost učenja. Učiteljica pokaže fotografijo, reprodukcijo, predmet ali material in pove kratko likovno zgodbo: v razredu se pojavi prazna razstavna oznaka; učenci poiščejo delo, ki bi mu pripadala, in utemeljijo, kako bi gledalcu predstavili temo »moj likovni napredek«. Tematska rešitev: oblikuje Pedenjpedovo mapo dosežkov ali avtoportret.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6A4BA325" w14:textId="77777777">
              <w:trPr>
                <w:jc w:val="center"/>
              </w:trPr>
              <w:tc>
                <w:tcPr>
                  <w:tcW w:w="7087" w:type="dxa"/>
                  <w:shd w:val="clear" w:color="auto" w:fill="EDC9EA"/>
                  <w:tcMar>
                    <w:top w:w="45" w:type="dxa"/>
                    <w:left w:w="70" w:type="dxa"/>
                    <w:bottom w:w="45" w:type="dxa"/>
                    <w:right w:w="70" w:type="dxa"/>
                  </w:tcMar>
                </w:tcPr>
                <w:p w14:paraId="136A264A" w14:textId="77777777" w:rsidR="00080BF0" w:rsidRDefault="00000000">
                  <w:pPr>
                    <w:keepNext/>
                  </w:pPr>
                  <w:r>
                    <w:rPr>
                      <w:b/>
                      <w:color w:val="000000"/>
                    </w:rPr>
                    <w:t>NAMENI UČENJA</w:t>
                  </w:r>
                </w:p>
              </w:tc>
            </w:tr>
          </w:tbl>
          <w:p w14:paraId="72BEC078" w14:textId="77777777" w:rsidR="00080BF0" w:rsidRDefault="00080BF0">
            <w:pPr>
              <w:spacing w:line="20" w:lineRule="exact"/>
            </w:pPr>
          </w:p>
          <w:p w14:paraId="1AEAA95E"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377032AC" w14:textId="77777777" w:rsidR="00080BF0" w:rsidRDefault="00000000">
            <w:pPr>
              <w:pStyle w:val="Oznaenseznam"/>
              <w:spacing w:after="16"/>
            </w:pPr>
            <w:r>
              <w:rPr>
                <w:color w:val="000000"/>
                <w:sz w:val="16"/>
              </w:rPr>
              <w:t>izberem dela iz mape</w:t>
            </w:r>
          </w:p>
          <w:p w14:paraId="6654BAD0" w14:textId="77777777" w:rsidR="00080BF0" w:rsidRDefault="00000000">
            <w:pPr>
              <w:pStyle w:val="Oznaenseznam"/>
              <w:spacing w:after="16"/>
            </w:pPr>
            <w:r>
              <w:rPr>
                <w:color w:val="000000"/>
                <w:sz w:val="16"/>
              </w:rPr>
              <w:t>pojasnim razvoj</w:t>
            </w:r>
          </w:p>
          <w:p w14:paraId="5B8F9E98" w14:textId="77777777" w:rsidR="00080BF0" w:rsidRDefault="00000000">
            <w:pPr>
              <w:pStyle w:val="Oznaenseznam"/>
              <w:spacing w:after="16"/>
            </w:pPr>
            <w:r>
              <w:rPr>
                <w:color w:val="000000"/>
                <w:sz w:val="16"/>
              </w:rPr>
              <w:t>pripravim razstavo</w:t>
            </w:r>
          </w:p>
          <w:tbl>
            <w:tblPr>
              <w:tblStyle w:val="Tabelamrea"/>
              <w:tblW w:w="0" w:type="auto"/>
              <w:jc w:val="center"/>
              <w:tblLayout w:type="fixed"/>
              <w:tblLook w:val="04A0" w:firstRow="1" w:lastRow="0" w:firstColumn="1" w:lastColumn="0" w:noHBand="0" w:noVBand="1"/>
            </w:tblPr>
            <w:tblGrid>
              <w:gridCol w:w="7087"/>
            </w:tblGrid>
            <w:tr w:rsidR="00080BF0" w14:paraId="0F9A2D40" w14:textId="77777777">
              <w:trPr>
                <w:jc w:val="center"/>
              </w:trPr>
              <w:tc>
                <w:tcPr>
                  <w:tcW w:w="7087" w:type="dxa"/>
                  <w:shd w:val="clear" w:color="auto" w:fill="EDC9EA"/>
                  <w:tcMar>
                    <w:top w:w="45" w:type="dxa"/>
                    <w:left w:w="70" w:type="dxa"/>
                    <w:bottom w:w="45" w:type="dxa"/>
                    <w:right w:w="70" w:type="dxa"/>
                  </w:tcMar>
                </w:tcPr>
                <w:p w14:paraId="2FC40FAD" w14:textId="77777777" w:rsidR="00080BF0" w:rsidRDefault="00000000">
                  <w:pPr>
                    <w:keepNext/>
                  </w:pPr>
                  <w:r>
                    <w:rPr>
                      <w:b/>
                      <w:color w:val="000000"/>
                    </w:rPr>
                    <w:t>PREVERJANJE PREDZNANJA</w:t>
                  </w:r>
                </w:p>
              </w:tc>
            </w:tr>
          </w:tbl>
          <w:p w14:paraId="28C6BC14" w14:textId="77777777" w:rsidR="00080BF0" w:rsidRDefault="00080BF0">
            <w:pPr>
              <w:spacing w:line="20" w:lineRule="exact"/>
            </w:pPr>
          </w:p>
          <w:p w14:paraId="6B2A1E35" w14:textId="77777777" w:rsidR="00080BF0" w:rsidRDefault="00000000">
            <w:pPr>
              <w:pStyle w:val="Oznaenseznam"/>
              <w:spacing w:after="16"/>
            </w:pPr>
            <w:r>
              <w:rPr>
                <w:color w:val="000000"/>
                <w:sz w:val="16"/>
              </w:rPr>
              <w:t>Kaj najprej opazim pri motivu, predmetu ali materialu, povezanem s temo »MOJ LIKOVNI NAPREDEK«?</w:t>
            </w:r>
          </w:p>
          <w:p w14:paraId="49D5DA61"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2C279049"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4649E493" w14:textId="77777777">
              <w:trPr>
                <w:jc w:val="center"/>
              </w:trPr>
              <w:tc>
                <w:tcPr>
                  <w:tcW w:w="7087" w:type="dxa"/>
                  <w:shd w:val="clear" w:color="auto" w:fill="EDC9EA"/>
                  <w:tcMar>
                    <w:top w:w="45" w:type="dxa"/>
                    <w:left w:w="70" w:type="dxa"/>
                    <w:bottom w:w="45" w:type="dxa"/>
                    <w:right w:w="70" w:type="dxa"/>
                  </w:tcMar>
                </w:tcPr>
                <w:p w14:paraId="04D6FA38" w14:textId="77777777" w:rsidR="00080BF0" w:rsidRDefault="00000000">
                  <w:pPr>
                    <w:keepNext/>
                  </w:pPr>
                  <w:r>
                    <w:rPr>
                      <w:b/>
                      <w:color w:val="000000"/>
                    </w:rPr>
                    <w:t>KRITERIJI USPEŠNOSTI</w:t>
                  </w:r>
                </w:p>
              </w:tc>
            </w:tr>
          </w:tbl>
          <w:p w14:paraId="1BD2B804" w14:textId="77777777" w:rsidR="00080BF0" w:rsidRDefault="00080BF0"/>
          <w:p w14:paraId="7DEA3868" w14:textId="77777777" w:rsidR="00080BF0" w:rsidRDefault="00000000">
            <w:pPr>
              <w:spacing w:before="20" w:after="20" w:line="245" w:lineRule="auto"/>
            </w:pPr>
            <w:r>
              <w:rPr>
                <w:b/>
                <w:color w:val="000000"/>
                <w:sz w:val="16"/>
              </w:rPr>
              <w:t>Uspešen/-na bom, ko:</w:t>
            </w:r>
          </w:p>
          <w:p w14:paraId="1D82EE83" w14:textId="77777777" w:rsidR="00080BF0" w:rsidRDefault="00000000">
            <w:pPr>
              <w:pStyle w:val="Oznaenseznam"/>
              <w:spacing w:after="16"/>
            </w:pPr>
            <w:r>
              <w:rPr>
                <w:color w:val="000000"/>
                <w:sz w:val="16"/>
              </w:rPr>
              <w:t>izberem dela iz mape</w:t>
            </w:r>
          </w:p>
          <w:p w14:paraId="4304CD77" w14:textId="77777777" w:rsidR="00080BF0" w:rsidRDefault="00000000">
            <w:pPr>
              <w:pStyle w:val="Oznaenseznam"/>
              <w:spacing w:after="16"/>
            </w:pPr>
            <w:r>
              <w:rPr>
                <w:color w:val="000000"/>
                <w:sz w:val="16"/>
              </w:rPr>
              <w:t>pojasnim razvoj</w:t>
            </w:r>
          </w:p>
          <w:p w14:paraId="2A4B18B6" w14:textId="77777777" w:rsidR="00080BF0" w:rsidRDefault="00000000">
            <w:pPr>
              <w:pStyle w:val="Oznaenseznam"/>
              <w:spacing w:after="16"/>
            </w:pPr>
            <w:r>
              <w:rPr>
                <w:color w:val="000000"/>
                <w:sz w:val="16"/>
              </w:rPr>
              <w:t>pripravim razstavo</w:t>
            </w:r>
          </w:p>
          <w:p w14:paraId="1DFFC6BA" w14:textId="77777777" w:rsidR="00080BF0" w:rsidRDefault="00000000">
            <w:pPr>
              <w:pStyle w:val="Oznaenseznam"/>
              <w:spacing w:after="16"/>
            </w:pPr>
            <w:r>
              <w:rPr>
                <w:color w:val="000000"/>
                <w:sz w:val="15"/>
              </w:rPr>
              <w:t>varno in namensko uporabim material, zaščitim prostor ter po delu uredim svojo postajo</w:t>
            </w:r>
          </w:p>
          <w:p w14:paraId="7877816B"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1BACDA63" w14:textId="77777777" w:rsidR="00080BF0" w:rsidRDefault="00080BF0"/>
          <w:p w14:paraId="5142CCD3"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0AB891B9" w14:textId="77777777" w:rsidR="00080BF0" w:rsidRDefault="00000000">
            <w:pPr>
              <w:spacing w:after="80" w:line="245" w:lineRule="auto"/>
            </w:pPr>
            <w:r>
              <w:rPr>
                <w:color w:val="000000"/>
                <w:sz w:val="16"/>
              </w:rPr>
              <w:t>Pove ali pokaže, kaj že zna opaziti in katero likovno možnost bi najprej preizkusil.</w:t>
            </w:r>
          </w:p>
          <w:p w14:paraId="65BB1C3A" w14:textId="77777777" w:rsidR="00080BF0" w:rsidRDefault="00000000">
            <w:pPr>
              <w:spacing w:after="100" w:line="245" w:lineRule="auto"/>
            </w:pPr>
            <w:r>
              <w:rPr>
                <w:color w:val="000000"/>
                <w:sz w:val="16"/>
              </w:rPr>
              <w:t>Sodeluje pri razumevanju namena, meril uspešnosti, varne rabe pripomočkov in načina dokazovanja.</w:t>
            </w:r>
          </w:p>
          <w:p w14:paraId="5636DBD9" w14:textId="77777777" w:rsidR="00080BF0" w:rsidRDefault="00000000">
            <w:pPr>
              <w:spacing w:after="20" w:line="245" w:lineRule="auto"/>
            </w:pPr>
            <w:r>
              <w:rPr>
                <w:b/>
                <w:color w:val="D95BC6"/>
                <w:sz w:val="17"/>
              </w:rPr>
              <w:t>DOKAZ O UČENJU</w:t>
            </w:r>
          </w:p>
          <w:p w14:paraId="119CFA90"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4C264A1D"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45CB413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3F622D5"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4A33F96" w14:textId="77777777" w:rsidR="00080BF0" w:rsidRDefault="00000000">
            <w:pPr>
              <w:jc w:val="center"/>
            </w:pPr>
            <w:r>
              <w:rPr>
                <w:b/>
                <w:color w:val="000000"/>
                <w:sz w:val="20"/>
              </w:rPr>
              <w:t>UČNE DEJAVNOSTI, METODE IN FORMATIVNO SPREMLJANJE</w:t>
            </w:r>
          </w:p>
        </w:tc>
      </w:tr>
      <w:tr w:rsidR="00080BF0" w14:paraId="568EBACC" w14:textId="77777777">
        <w:trPr>
          <w:tblHeader/>
          <w:jc w:val="center"/>
        </w:trPr>
        <w:tc>
          <w:tcPr>
            <w:tcW w:w="4422" w:type="dxa"/>
            <w:vMerge/>
            <w:tcMar>
              <w:top w:w="70" w:type="dxa"/>
              <w:left w:w="90" w:type="dxa"/>
              <w:bottom w:w="70" w:type="dxa"/>
              <w:right w:w="90" w:type="dxa"/>
            </w:tcMar>
            <w:vAlign w:val="center"/>
          </w:tcPr>
          <w:p w14:paraId="2191F87B" w14:textId="77777777" w:rsidR="00080BF0" w:rsidRDefault="00080BF0"/>
        </w:tc>
        <w:tc>
          <w:tcPr>
            <w:tcW w:w="7087" w:type="dxa"/>
            <w:shd w:val="clear" w:color="auto" w:fill="FFFFFF"/>
            <w:tcMar>
              <w:top w:w="70" w:type="dxa"/>
              <w:left w:w="90" w:type="dxa"/>
              <w:bottom w:w="70" w:type="dxa"/>
              <w:right w:w="90" w:type="dxa"/>
            </w:tcMar>
            <w:vAlign w:val="center"/>
          </w:tcPr>
          <w:p w14:paraId="77F6592D"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0C81307" w14:textId="77777777" w:rsidR="00080BF0" w:rsidRDefault="00000000">
            <w:pPr>
              <w:jc w:val="center"/>
            </w:pPr>
            <w:r>
              <w:rPr>
                <w:b/>
                <w:color w:val="000000"/>
              </w:rPr>
              <w:t>UČENEC</w:t>
            </w:r>
          </w:p>
        </w:tc>
      </w:tr>
      <w:tr w:rsidR="00080BF0" w14:paraId="49BABD07" w14:textId="77777777">
        <w:trPr>
          <w:jc w:val="center"/>
        </w:trPr>
        <w:tc>
          <w:tcPr>
            <w:tcW w:w="4422" w:type="dxa"/>
            <w:tcMar>
              <w:top w:w="70" w:type="dxa"/>
              <w:left w:w="90" w:type="dxa"/>
              <w:bottom w:w="70" w:type="dxa"/>
              <w:right w:w="90" w:type="dxa"/>
            </w:tcMar>
          </w:tcPr>
          <w:p w14:paraId="3CA11A59" w14:textId="77777777" w:rsidR="00080BF0" w:rsidRDefault="00080BF0"/>
          <w:p w14:paraId="0B7C93F0" w14:textId="77777777" w:rsidR="00080BF0" w:rsidRDefault="00000000">
            <w:pPr>
              <w:spacing w:after="40" w:line="245" w:lineRule="auto"/>
            </w:pPr>
            <w:r>
              <w:rPr>
                <w:b/>
                <w:color w:val="000000"/>
              </w:rPr>
              <w:t>KLJUČNI LIKOVNI POJMI</w:t>
            </w:r>
          </w:p>
          <w:p w14:paraId="45441C3A"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izbor, razstavna oznaka, postavitev, gledalec, likovna mapa, napredek</w:t>
            </w:r>
          </w:p>
          <w:p w14:paraId="60FBC631" w14:textId="77777777" w:rsidR="00080BF0" w:rsidRDefault="00000000">
            <w:pPr>
              <w:spacing w:after="20" w:line="245" w:lineRule="auto"/>
            </w:pPr>
            <w:r>
              <w:rPr>
                <w:b/>
                <w:color w:val="000000"/>
                <w:sz w:val="17"/>
              </w:rPr>
              <w:t>DOKAZI O UČENJU</w:t>
            </w:r>
          </w:p>
          <w:p w14:paraId="35EF3FEF" w14:textId="77777777" w:rsidR="00080BF0" w:rsidRDefault="00000000">
            <w:pPr>
              <w:pStyle w:val="Oznaenseznam"/>
              <w:spacing w:after="9"/>
            </w:pPr>
            <w:r>
              <w:rPr>
                <w:color w:val="000000"/>
                <w:sz w:val="15"/>
              </w:rPr>
              <w:t>list materialnih poskusov, skica/načrt, učenčeva razlaga in učiteljev zapis o varni rabi pripomočkov.</w:t>
            </w:r>
          </w:p>
          <w:p w14:paraId="36749083" w14:textId="77777777" w:rsidR="00080BF0" w:rsidRDefault="00000000">
            <w:pPr>
              <w:pStyle w:val="Oznaenseznam"/>
              <w:spacing w:after="9"/>
            </w:pPr>
            <w:r>
              <w:rPr>
                <w:color w:val="000000"/>
                <w:sz w:val="15"/>
              </w:rPr>
              <w:t>izbor iz likovne mape, razstavna oznaka, učenčeva razlaga in formativno samovrednotenje</w:t>
            </w:r>
          </w:p>
          <w:p w14:paraId="30D8BF84" w14:textId="77777777" w:rsidR="00080BF0" w:rsidRDefault="00000000">
            <w:pPr>
              <w:spacing w:before="40" w:after="20" w:line="245" w:lineRule="auto"/>
            </w:pPr>
            <w:r>
              <w:rPr>
                <w:b/>
                <w:color w:val="000000"/>
                <w:sz w:val="17"/>
              </w:rPr>
              <w:t>LIKOVNO DOŽIVETJE IN IZKUŠENJSKI POUK</w:t>
            </w:r>
          </w:p>
          <w:p w14:paraId="06380133"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2D92B7A1" w14:textId="77777777" w:rsidR="00080BF0" w:rsidRDefault="00000000">
            <w:pPr>
              <w:spacing w:after="20" w:line="245" w:lineRule="auto"/>
            </w:pPr>
            <w:r>
              <w:rPr>
                <w:b/>
                <w:color w:val="000000"/>
                <w:sz w:val="17"/>
              </w:rPr>
              <w:t>POUČEVANJE V GIBANJU</w:t>
            </w:r>
          </w:p>
          <w:p w14:paraId="709B5482"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1205E1D6" w14:textId="77777777" w:rsidR="00080BF0" w:rsidRDefault="00000000">
            <w:pPr>
              <w:spacing w:after="20" w:line="245" w:lineRule="auto"/>
            </w:pPr>
            <w:r>
              <w:rPr>
                <w:b/>
                <w:color w:val="000000"/>
                <w:sz w:val="17"/>
              </w:rPr>
              <w:t>DELO PO POSTAJAH</w:t>
            </w:r>
          </w:p>
          <w:p w14:paraId="06B583B8"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7C8AED6D" w14:textId="77777777" w:rsidR="00080BF0" w:rsidRDefault="00000000">
            <w:pPr>
              <w:spacing w:after="9" w:line="245" w:lineRule="auto"/>
            </w:pPr>
            <w:r>
              <w:rPr>
                <w:color w:val="000000"/>
                <w:sz w:val="14"/>
              </w:rPr>
              <w:t>1. Izbirna: iz mape izberem delo po dogovorjenem merilu in svojo odločitev utemeljim.</w:t>
            </w:r>
          </w:p>
          <w:p w14:paraId="78C368A7" w14:textId="77777777" w:rsidR="00080BF0" w:rsidRDefault="00000000">
            <w:pPr>
              <w:spacing w:after="9" w:line="245" w:lineRule="auto"/>
            </w:pPr>
            <w:r>
              <w:rPr>
                <w:color w:val="000000"/>
                <w:sz w:val="14"/>
              </w:rPr>
              <w:t>2. Kuratorska: preizkusim razporeditev, višino, zaporedje in razdaljo med deli ter varno uredim postavitev.</w:t>
            </w:r>
          </w:p>
          <w:p w14:paraId="7B92CAD2" w14:textId="77777777" w:rsidR="00080BF0" w:rsidRDefault="00000000">
            <w:pPr>
              <w:spacing w:after="9" w:line="245" w:lineRule="auto"/>
            </w:pPr>
            <w:r>
              <w:rPr>
                <w:color w:val="000000"/>
                <w:sz w:val="14"/>
              </w:rPr>
              <w:t>3. Označevalna: izdelam naslov, simbol ali kratko oznako, ki gledalcu pomaga razumeti delo.</w:t>
            </w:r>
          </w:p>
          <w:p w14:paraId="497BD9BE" w14:textId="77777777" w:rsidR="00080BF0" w:rsidRDefault="00000000">
            <w:pPr>
              <w:spacing w:after="9" w:line="245" w:lineRule="auto"/>
            </w:pPr>
            <w:r>
              <w:rPr>
                <w:color w:val="000000"/>
                <w:sz w:val="14"/>
              </w:rPr>
              <w:t>4. Galerijska: prevzamem vlogo avtorja, vodnika ali obiskovalca, podam opisni odziv in določim naslednji korak.</w:t>
            </w:r>
          </w:p>
          <w:p w14:paraId="2F5D26D1" w14:textId="77777777" w:rsidR="00080BF0" w:rsidRDefault="00000000">
            <w:pPr>
              <w:spacing w:after="20" w:line="245" w:lineRule="auto"/>
            </w:pPr>
            <w:r>
              <w:rPr>
                <w:b/>
                <w:color w:val="000000"/>
                <w:sz w:val="17"/>
              </w:rPr>
              <w:t>DIFERENCIACIJA IN VKLJUČEVANJE</w:t>
            </w:r>
          </w:p>
          <w:p w14:paraId="23A6DCC5"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537037EC" w14:textId="77777777" w:rsidR="00080BF0" w:rsidRDefault="00000000">
            <w:pPr>
              <w:spacing w:after="20" w:line="245" w:lineRule="auto"/>
            </w:pPr>
            <w:r>
              <w:rPr>
                <w:b/>
                <w:color w:val="000000"/>
                <w:sz w:val="17"/>
              </w:rPr>
              <w:t>SPREMLJANJE</w:t>
            </w:r>
          </w:p>
          <w:p w14:paraId="131E4815"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0BBFFDF6"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12FDFAAB" w14:textId="77777777">
              <w:trPr>
                <w:jc w:val="center"/>
              </w:trPr>
              <w:tc>
                <w:tcPr>
                  <w:tcW w:w="7087" w:type="dxa"/>
                  <w:shd w:val="clear" w:color="auto" w:fill="C6E7F3"/>
                  <w:tcMar>
                    <w:top w:w="45" w:type="dxa"/>
                    <w:left w:w="70" w:type="dxa"/>
                    <w:bottom w:w="45" w:type="dxa"/>
                    <w:right w:w="70" w:type="dxa"/>
                  </w:tcMar>
                </w:tcPr>
                <w:p w14:paraId="5F7E7FE9" w14:textId="77777777" w:rsidR="00080BF0" w:rsidRDefault="00000000">
                  <w:pPr>
                    <w:keepNext/>
                  </w:pPr>
                  <w:r>
                    <w:rPr>
                      <w:b/>
                      <w:color w:val="000000"/>
                      <w:sz w:val="17"/>
                    </w:rPr>
                    <w:t>GLAVNI DEL – OPAZOVANJE, MATERIALNI PREIZKUS, USTVARJANJE IN GALERIJA (2 šolski uri)</w:t>
                  </w:r>
                </w:p>
              </w:tc>
            </w:tr>
          </w:tbl>
          <w:p w14:paraId="3486309D" w14:textId="77777777" w:rsidR="00080BF0" w:rsidRDefault="00080BF0">
            <w:pPr>
              <w:spacing w:line="20" w:lineRule="exact"/>
            </w:pPr>
          </w:p>
          <w:p w14:paraId="1B03BD3F" w14:textId="77777777" w:rsidR="00080BF0" w:rsidRDefault="00000000">
            <w:pPr>
              <w:keepNext/>
              <w:spacing w:before="22" w:after="8" w:line="245" w:lineRule="auto"/>
            </w:pPr>
            <w:r>
              <w:rPr>
                <w:b/>
                <w:color w:val="000000"/>
                <w:sz w:val="16"/>
              </w:rPr>
              <w:t>1. URA – Moj likovni napredek – Opazujem, preizkušam, načrtujem</w:t>
            </w:r>
          </w:p>
          <w:p w14:paraId="797FD4ED" w14:textId="77777777" w:rsidR="00080BF0" w:rsidRDefault="00000000">
            <w:pPr>
              <w:spacing w:after="10" w:line="245" w:lineRule="auto"/>
            </w:pPr>
            <w:r>
              <w:rPr>
                <w:b/>
                <w:color w:val="000000"/>
                <w:sz w:val="15"/>
              </w:rPr>
              <w:t xml:space="preserve">Dejavnost učiteljice: </w:t>
            </w:r>
            <w:r>
              <w:rPr>
                <w:color w:val="000000"/>
                <w:sz w:val="15"/>
              </w:rPr>
              <w:t>Uvod 5': 5' – Prikaže dve raznoliki podobi/predmeta in vpraša, kako bi z likovnimi prvinami prikazali »MOJ LIKOVNI NAPREDEK«. Osrednji del 30': 30' – Vodi kratek materialni laboratorij; pokaže varen postopek, ne končnega vzorca, ter pomaga učencem skicirati osebni načrt. Zaključek 10': 10' – Učenci razgrnejo poskuse; učitelj zbere 'opazim – zanima me' in skupaj oblikuje kriterije za ustvarjanje.</w:t>
            </w:r>
          </w:p>
          <w:p w14:paraId="38188D65" w14:textId="77777777" w:rsidR="00080BF0" w:rsidRDefault="00000000">
            <w:pPr>
              <w:spacing w:after="10" w:line="245" w:lineRule="auto"/>
            </w:pPr>
            <w:r>
              <w:rPr>
                <w:b/>
                <w:color w:val="000000"/>
                <w:sz w:val="15"/>
              </w:rPr>
              <w:t xml:space="preserve">Dejavnost učencev: </w:t>
            </w:r>
            <w:r>
              <w:rPr>
                <w:color w:val="000000"/>
                <w:sz w:val="15"/>
              </w:rPr>
              <w:t>Uvodno opazuje in napove: Opazuje, išče črte/barve/oblike/prostor/površino ter z gesto pokaže vizualni učinek. Nato preizkuša in ustvarja: Na postajah preizkusi najmanj dve možnosti, varno ravna z materialom in v skici izbere svojo rešitev. Ob koncu predstavi in vrednoti: Primerja poskus s kriterijem.</w:t>
            </w:r>
          </w:p>
          <w:p w14:paraId="20F53AED" w14:textId="77777777" w:rsidR="00080BF0" w:rsidRDefault="00000000">
            <w:pPr>
              <w:spacing w:after="22" w:line="245" w:lineRule="auto"/>
            </w:pPr>
            <w:r>
              <w:rPr>
                <w:i/>
                <w:color w:val="D95BC6"/>
                <w:sz w:val="14"/>
              </w:rPr>
              <w:t>Predvideni dokaz: list materialnih poskusov, skica/načrt, učenčeva razlaga in učiteljev zapis o varni rabi pripomočkov..</w:t>
            </w:r>
          </w:p>
          <w:p w14:paraId="7AE26AC3" w14:textId="77777777" w:rsidR="00080BF0" w:rsidRDefault="00000000">
            <w:pPr>
              <w:keepNext/>
              <w:spacing w:before="22" w:after="8" w:line="245" w:lineRule="auto"/>
            </w:pPr>
            <w:r>
              <w:rPr>
                <w:b/>
                <w:color w:val="000000"/>
                <w:sz w:val="16"/>
              </w:rPr>
              <w:t>2. URA – Moj likovni napredek – Razstavim, pojasnim in načrtujem</w:t>
            </w:r>
          </w:p>
          <w:p w14:paraId="5B26C4C8" w14:textId="77777777" w:rsidR="00080BF0" w:rsidRDefault="00000000">
            <w:pPr>
              <w:spacing w:after="10" w:line="245" w:lineRule="auto"/>
            </w:pPr>
            <w:r>
              <w:rPr>
                <w:b/>
                <w:color w:val="000000"/>
                <w:sz w:val="15"/>
              </w:rPr>
              <w:t xml:space="preserve">Dejavnost učiteljice: </w:t>
            </w:r>
            <w:r>
              <w:rPr>
                <w:color w:val="000000"/>
                <w:sz w:val="15"/>
              </w:rPr>
              <w:t>Organizira galerijo map dosežkov. Modelira primerjavo dveh del brez razvrščanja učencev, nato vodi izbor merila, zapis razstavne oznake, vrstniški odziv in načrt majhnega naslednjega koraka.</w:t>
            </w:r>
          </w:p>
          <w:p w14:paraId="795815ED" w14:textId="77777777" w:rsidR="00080BF0" w:rsidRDefault="00000000">
            <w:pPr>
              <w:spacing w:after="10" w:line="245" w:lineRule="auto"/>
            </w:pPr>
            <w:r>
              <w:rPr>
                <w:b/>
                <w:color w:val="000000"/>
                <w:sz w:val="15"/>
              </w:rPr>
              <w:t xml:space="preserve">Dejavnost učencev: </w:t>
            </w:r>
            <w:r>
              <w:rPr>
                <w:color w:val="000000"/>
                <w:sz w:val="15"/>
              </w:rPr>
              <w:t>Izbere dela, pripravi oznako, obiskovalcu opiše eno vidno spremembo v svojem likovnem izražanju, sprejme opisni odziv in izbere naslednji ustvarjalni cilj.</w:t>
            </w:r>
          </w:p>
          <w:p w14:paraId="434E2D2B" w14:textId="77777777" w:rsidR="00080BF0" w:rsidRDefault="00000000">
            <w:pPr>
              <w:spacing w:after="22" w:line="245" w:lineRule="auto"/>
            </w:pPr>
            <w:r>
              <w:rPr>
                <w:i/>
                <w:color w:val="D95BC6"/>
                <w:sz w:val="14"/>
              </w:rPr>
              <w:t>Predvideni dokaz: izbor iz likovne mape, razstavna oznaka, učenčeva razlaga in formativno samovrednotenje.</w:t>
            </w:r>
          </w:p>
          <w:tbl>
            <w:tblPr>
              <w:tblStyle w:val="Tabelamrea"/>
              <w:tblW w:w="0" w:type="auto"/>
              <w:jc w:val="center"/>
              <w:tblLayout w:type="fixed"/>
              <w:tblLook w:val="04A0" w:firstRow="1" w:lastRow="0" w:firstColumn="1" w:lastColumn="0" w:noHBand="0" w:noVBand="1"/>
            </w:tblPr>
            <w:tblGrid>
              <w:gridCol w:w="7087"/>
            </w:tblGrid>
            <w:tr w:rsidR="00080BF0" w14:paraId="700E1DD9" w14:textId="77777777">
              <w:trPr>
                <w:jc w:val="center"/>
              </w:trPr>
              <w:tc>
                <w:tcPr>
                  <w:tcW w:w="7087" w:type="dxa"/>
                  <w:shd w:val="clear" w:color="auto" w:fill="EDC9EA"/>
                  <w:tcMar>
                    <w:top w:w="45" w:type="dxa"/>
                    <w:left w:w="70" w:type="dxa"/>
                    <w:bottom w:w="45" w:type="dxa"/>
                    <w:right w:w="70" w:type="dxa"/>
                  </w:tcMar>
                </w:tcPr>
                <w:p w14:paraId="29279F11" w14:textId="77777777" w:rsidR="00080BF0" w:rsidRDefault="00000000">
                  <w:pPr>
                    <w:keepNext/>
                  </w:pPr>
                  <w:r>
                    <w:rPr>
                      <w:b/>
                      <w:color w:val="000000"/>
                      <w:sz w:val="17"/>
                    </w:rPr>
                    <w:t>ORGANIZACIJA POSTAJ IN PREHODOV</w:t>
                  </w:r>
                </w:p>
              </w:tc>
            </w:tr>
          </w:tbl>
          <w:p w14:paraId="689C0364" w14:textId="77777777" w:rsidR="00080BF0" w:rsidRDefault="00080BF0"/>
          <w:p w14:paraId="443B1361" w14:textId="77777777" w:rsidR="00080BF0" w:rsidRDefault="00000000">
            <w:pPr>
              <w:spacing w:before="8" w:after="8" w:line="245" w:lineRule="auto"/>
            </w:pPr>
            <w:r>
              <w:rPr>
                <w:color w:val="000000"/>
                <w:sz w:val="14"/>
              </w:rPr>
              <w:t>Postaja 1: Izbirna: iz mape izberem delo po dogovorjenem merilu in svojo odločitev utemeljim.</w:t>
            </w:r>
          </w:p>
          <w:p w14:paraId="29635A57" w14:textId="77777777" w:rsidR="00080BF0" w:rsidRDefault="00000000">
            <w:pPr>
              <w:spacing w:before="8" w:after="8" w:line="245" w:lineRule="auto"/>
            </w:pPr>
            <w:r>
              <w:rPr>
                <w:color w:val="000000"/>
                <w:sz w:val="14"/>
              </w:rPr>
              <w:t>Postaja 2: Kuratorska: preizkusim razporeditev, višino, zaporedje in razdaljo med deli ter varno uredim postavitev.</w:t>
            </w:r>
          </w:p>
          <w:p w14:paraId="638D76DF" w14:textId="77777777" w:rsidR="00080BF0" w:rsidRDefault="00000000">
            <w:pPr>
              <w:spacing w:before="8" w:after="8" w:line="245" w:lineRule="auto"/>
            </w:pPr>
            <w:r>
              <w:rPr>
                <w:color w:val="000000"/>
                <w:sz w:val="14"/>
              </w:rPr>
              <w:t>Postaja 3: Označevalna: izdelam naslov, simbol ali kratko oznako, ki gledalcu pomaga razumeti delo.</w:t>
            </w:r>
          </w:p>
          <w:p w14:paraId="45163CDA" w14:textId="77777777" w:rsidR="00080BF0" w:rsidRDefault="00000000">
            <w:pPr>
              <w:spacing w:before="8" w:after="8" w:line="245" w:lineRule="auto"/>
            </w:pPr>
            <w:r>
              <w:rPr>
                <w:color w:val="000000"/>
                <w:sz w:val="14"/>
              </w:rPr>
              <w:t>Postaja 4: Galerijska: prevzamem vlogo avtorja, vodnika ali obiskovalca, podam opisni odziv in določim naslednji korak.</w:t>
            </w:r>
          </w:p>
          <w:p w14:paraId="012949FF"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2808641A" w14:textId="77777777" w:rsidR="00080BF0" w:rsidRDefault="00080BF0"/>
          <w:p w14:paraId="64F4F038" w14:textId="77777777" w:rsidR="00080BF0" w:rsidRDefault="00000000">
            <w:pPr>
              <w:spacing w:after="6" w:line="245" w:lineRule="auto"/>
            </w:pPr>
            <w:r>
              <w:rPr>
                <w:b/>
                <w:color w:val="000000"/>
                <w:sz w:val="15"/>
              </w:rPr>
              <w:t>1. URA – Moj likovni napredek – Opazujem, preizkušam, načrtujem</w:t>
            </w:r>
          </w:p>
          <w:p w14:paraId="23B07138" w14:textId="77777777" w:rsidR="00080BF0" w:rsidRDefault="00000000">
            <w:pPr>
              <w:spacing w:after="9" w:line="245" w:lineRule="auto"/>
            </w:pPr>
            <w:r>
              <w:rPr>
                <w:color w:val="000000"/>
                <w:sz w:val="14"/>
              </w:rPr>
              <w:t>Uvodno opazuje in napove: Opazuje, išče črte/barve/oblike/prostor/površino ter z gesto pokaže vizualni učinek.</w:t>
            </w:r>
          </w:p>
          <w:p w14:paraId="42F43D79" w14:textId="77777777" w:rsidR="00080BF0" w:rsidRDefault="00000000">
            <w:pPr>
              <w:spacing w:after="20" w:line="245" w:lineRule="auto"/>
            </w:pPr>
            <w:r>
              <w:rPr>
                <w:color w:val="D95BC6"/>
                <w:sz w:val="14"/>
              </w:rPr>
              <w:t>Dokaz: list materialnih poskusov, skica/načrt, učenčeva razlaga in učiteljev zapis o varni rabi.</w:t>
            </w:r>
          </w:p>
          <w:p w14:paraId="2EE7136A" w14:textId="77777777" w:rsidR="00080BF0" w:rsidRDefault="00000000">
            <w:pPr>
              <w:spacing w:after="6" w:line="245" w:lineRule="auto"/>
            </w:pPr>
            <w:r>
              <w:rPr>
                <w:b/>
                <w:color w:val="000000"/>
                <w:sz w:val="15"/>
              </w:rPr>
              <w:t>2. URA – Moj likovni napredek – Razstavim, pojasnim in načrtujem</w:t>
            </w:r>
          </w:p>
          <w:p w14:paraId="71E095C8" w14:textId="77777777" w:rsidR="00080BF0" w:rsidRDefault="00000000">
            <w:pPr>
              <w:spacing w:after="9" w:line="245" w:lineRule="auto"/>
            </w:pPr>
            <w:r>
              <w:rPr>
                <w:color w:val="000000"/>
                <w:sz w:val="14"/>
              </w:rPr>
              <w:t>Izbere dela, pripravi oznako, obiskovalcu opiše eno vidno spremembo v svojem likovnem izražanju.</w:t>
            </w:r>
          </w:p>
          <w:p w14:paraId="4FDF1669" w14:textId="77777777" w:rsidR="00080BF0" w:rsidRDefault="00000000">
            <w:pPr>
              <w:spacing w:after="20" w:line="245" w:lineRule="auto"/>
            </w:pPr>
            <w:r>
              <w:rPr>
                <w:color w:val="D95BC6"/>
                <w:sz w:val="14"/>
              </w:rPr>
              <w:t>Dokaz: izbor iz likovne mape, razstavna oznaka, učenčeva razlaga in formativno samovrednotenje</w:t>
            </w:r>
          </w:p>
          <w:p w14:paraId="3C6BA49E" w14:textId="77777777" w:rsidR="00080BF0" w:rsidRDefault="00000000">
            <w:pPr>
              <w:spacing w:before="40" w:after="20" w:line="245" w:lineRule="auto"/>
            </w:pPr>
            <w:r>
              <w:rPr>
                <w:b/>
                <w:color w:val="D95BC6"/>
                <w:sz w:val="16"/>
              </w:rPr>
              <w:t>MOJ KROG POSTAJ</w:t>
            </w:r>
          </w:p>
          <w:p w14:paraId="08971F83" w14:textId="77777777" w:rsidR="00080BF0" w:rsidRDefault="00000000">
            <w:pPr>
              <w:spacing w:after="11" w:line="245" w:lineRule="auto"/>
            </w:pPr>
            <w:r>
              <w:rPr>
                <w:color w:val="000000"/>
                <w:sz w:val="13"/>
              </w:rPr>
              <w:t>1. Izbirna: iz mape izberem delo po dogovorjenem merilu in svojo odločitev utemeljim.</w:t>
            </w:r>
          </w:p>
          <w:p w14:paraId="28A09D76" w14:textId="77777777" w:rsidR="00080BF0" w:rsidRDefault="00000000">
            <w:pPr>
              <w:spacing w:after="11" w:line="245" w:lineRule="auto"/>
            </w:pPr>
            <w:r>
              <w:rPr>
                <w:color w:val="000000"/>
                <w:sz w:val="13"/>
              </w:rPr>
              <w:t>2. Kuratorska: preizkusim razporeditev, višino, zaporedje in razdaljo med deli ter varno uredim.</w:t>
            </w:r>
          </w:p>
          <w:p w14:paraId="34C58C8A" w14:textId="77777777" w:rsidR="00080BF0" w:rsidRDefault="00000000">
            <w:pPr>
              <w:spacing w:after="11" w:line="245" w:lineRule="auto"/>
            </w:pPr>
            <w:r>
              <w:rPr>
                <w:color w:val="000000"/>
                <w:sz w:val="13"/>
              </w:rPr>
              <w:t>3. Označevalna: izdelam naslov, simbol ali kratko oznako, ki gledalcu pomaga razumeti delo.</w:t>
            </w:r>
          </w:p>
          <w:p w14:paraId="19AD475A" w14:textId="77777777" w:rsidR="00080BF0" w:rsidRDefault="00000000">
            <w:pPr>
              <w:spacing w:after="11" w:line="245" w:lineRule="auto"/>
            </w:pPr>
            <w:r>
              <w:rPr>
                <w:color w:val="000000"/>
                <w:sz w:val="13"/>
              </w:rPr>
              <w:t>4. Galerijska: prevzamem vlogo avtorja, vodnika ali obiskovalca.</w:t>
            </w:r>
          </w:p>
          <w:p w14:paraId="27970A88"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687BDE24" w14:textId="77777777" w:rsidR="00080BF0" w:rsidRDefault="00000000">
            <w:pPr>
              <w:spacing w:after="20" w:line="245" w:lineRule="auto"/>
            </w:pPr>
            <w:r>
              <w:rPr>
                <w:b/>
                <w:color w:val="D95BC6"/>
                <w:sz w:val="17"/>
              </w:rPr>
              <w:t>DOKAZ O UČENJU</w:t>
            </w:r>
          </w:p>
          <w:p w14:paraId="73060A01"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1BF28857"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71AF257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265406E"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1659919" w14:textId="77777777" w:rsidR="00080BF0" w:rsidRDefault="00000000">
            <w:pPr>
              <w:jc w:val="center"/>
            </w:pPr>
            <w:r>
              <w:rPr>
                <w:b/>
                <w:color w:val="000000"/>
                <w:sz w:val="20"/>
              </w:rPr>
              <w:t>UČNE DEJAVNOSTI, METODE IN FORMATIVNO SPREMLJANJE</w:t>
            </w:r>
          </w:p>
        </w:tc>
      </w:tr>
      <w:tr w:rsidR="00080BF0" w14:paraId="409A1990" w14:textId="77777777">
        <w:trPr>
          <w:tblHeader/>
          <w:jc w:val="center"/>
        </w:trPr>
        <w:tc>
          <w:tcPr>
            <w:tcW w:w="4422" w:type="dxa"/>
            <w:vMerge/>
            <w:tcMar>
              <w:top w:w="70" w:type="dxa"/>
              <w:left w:w="90" w:type="dxa"/>
              <w:bottom w:w="70" w:type="dxa"/>
              <w:right w:w="90" w:type="dxa"/>
            </w:tcMar>
            <w:vAlign w:val="center"/>
          </w:tcPr>
          <w:p w14:paraId="673CB705" w14:textId="77777777" w:rsidR="00080BF0" w:rsidRDefault="00080BF0"/>
        </w:tc>
        <w:tc>
          <w:tcPr>
            <w:tcW w:w="7087" w:type="dxa"/>
            <w:shd w:val="clear" w:color="auto" w:fill="FFFFFF"/>
            <w:tcMar>
              <w:top w:w="70" w:type="dxa"/>
              <w:left w:w="90" w:type="dxa"/>
              <w:bottom w:w="70" w:type="dxa"/>
              <w:right w:w="90" w:type="dxa"/>
            </w:tcMar>
            <w:vAlign w:val="center"/>
          </w:tcPr>
          <w:p w14:paraId="1F46199A"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F50FA2A" w14:textId="77777777" w:rsidR="00080BF0" w:rsidRDefault="00000000">
            <w:pPr>
              <w:jc w:val="center"/>
            </w:pPr>
            <w:r>
              <w:rPr>
                <w:b/>
                <w:color w:val="000000"/>
              </w:rPr>
              <w:t>UČENEC</w:t>
            </w:r>
          </w:p>
        </w:tc>
      </w:tr>
      <w:tr w:rsidR="00080BF0" w14:paraId="439BA775" w14:textId="77777777">
        <w:trPr>
          <w:jc w:val="center"/>
        </w:trPr>
        <w:tc>
          <w:tcPr>
            <w:tcW w:w="4422" w:type="dxa"/>
            <w:tcMar>
              <w:top w:w="70" w:type="dxa"/>
              <w:left w:w="90" w:type="dxa"/>
              <w:bottom w:w="70" w:type="dxa"/>
              <w:right w:w="90" w:type="dxa"/>
            </w:tcMar>
          </w:tcPr>
          <w:p w14:paraId="72D39043" w14:textId="77777777" w:rsidR="00080BF0" w:rsidRDefault="00080BF0"/>
          <w:p w14:paraId="39524A35" w14:textId="77777777" w:rsidR="00080BF0" w:rsidRDefault="00000000">
            <w:pPr>
              <w:spacing w:after="40" w:line="245" w:lineRule="auto"/>
            </w:pPr>
            <w:r>
              <w:rPr>
                <w:b/>
                <w:color w:val="000000"/>
              </w:rPr>
              <w:t>FORMATIVNO SPREMLJANJE</w:t>
            </w:r>
          </w:p>
          <w:p w14:paraId="24F5B470" w14:textId="77777777" w:rsidR="00080BF0" w:rsidRDefault="00000000">
            <w:pPr>
              <w:pStyle w:val="Oznaenseznam"/>
              <w:spacing w:after="16"/>
            </w:pPr>
            <w:r>
              <w:rPr>
                <w:color w:val="000000"/>
                <w:sz w:val="15"/>
              </w:rPr>
              <w:t>predznanje: opažanje, gibalna ponazoritev, izbira kartice, razvrstitev materialov, poskusna sled ali skica</w:t>
            </w:r>
          </w:p>
          <w:p w14:paraId="0117F6B9"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0F60B601"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0C3310F2" w14:textId="77777777" w:rsidR="00080BF0" w:rsidRDefault="00000000">
            <w:pPr>
              <w:pStyle w:val="Oznaenseznam"/>
              <w:spacing w:after="16"/>
            </w:pPr>
            <w:r>
              <w:rPr>
                <w:color w:val="000000"/>
                <w:sz w:val="15"/>
              </w:rPr>
              <w:t>povratna informacija: opis vidne likovne odločitve, povezava z enim merilom in izvedljiv naslednji korak</w:t>
            </w:r>
          </w:p>
          <w:p w14:paraId="1E1DC4F5" w14:textId="77777777" w:rsidR="00080BF0" w:rsidRDefault="00000000">
            <w:pPr>
              <w:pStyle w:val="Oznaenseznam"/>
              <w:spacing w:after="16"/>
            </w:pPr>
            <w:r>
              <w:rPr>
                <w:color w:val="000000"/>
                <w:sz w:val="15"/>
              </w:rPr>
              <w:t>samovrednotenje: likovni semafor, lestvica samostojnosti, izbran dokaz, galerijski odziv in izboljšava</w:t>
            </w:r>
          </w:p>
          <w:p w14:paraId="7719AD33" w14:textId="77777777" w:rsidR="00080BF0" w:rsidRDefault="00000000">
            <w:pPr>
              <w:spacing w:before="40" w:after="20" w:line="245" w:lineRule="auto"/>
            </w:pPr>
            <w:r>
              <w:rPr>
                <w:b/>
                <w:color w:val="000000"/>
                <w:sz w:val="17"/>
              </w:rPr>
              <w:t>VARNOST, HIGIENA IN UREDITEV PROSTORA</w:t>
            </w:r>
          </w:p>
          <w:p w14:paraId="2F167CF2"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Razstavljanje poteka na dosegljivi višini; učenci ne plezajo na pohištvo in ne zakrivajo prehodov.</w:t>
            </w:r>
          </w:p>
          <w:p w14:paraId="0CC41214" w14:textId="77777777" w:rsidR="00080BF0" w:rsidRDefault="00000000">
            <w:pPr>
              <w:spacing w:after="20" w:line="245" w:lineRule="auto"/>
            </w:pPr>
            <w:r>
              <w:rPr>
                <w:b/>
                <w:color w:val="000000"/>
                <w:sz w:val="17"/>
              </w:rPr>
              <w:t>EVIDENCA PO IZVEDBI</w:t>
            </w:r>
          </w:p>
          <w:p w14:paraId="58F64BA7"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7BC11CF5" w14:textId="77777777" w:rsidR="00080BF0" w:rsidRDefault="00000000">
            <w:pPr>
              <w:spacing w:before="40" w:after="20" w:line="245" w:lineRule="auto"/>
            </w:pPr>
            <w:r>
              <w:rPr>
                <w:b/>
                <w:color w:val="000000"/>
                <w:sz w:val="17"/>
              </w:rPr>
              <w:t>RAVEN DOSEGANJA</w:t>
            </w:r>
          </w:p>
          <w:p w14:paraId="3A80D44C"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7B5D33A9"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5C8FBB6F" w14:textId="77777777">
              <w:trPr>
                <w:jc w:val="center"/>
              </w:trPr>
              <w:tc>
                <w:tcPr>
                  <w:tcW w:w="7087" w:type="dxa"/>
                  <w:shd w:val="clear" w:color="auto" w:fill="EDC9EA"/>
                  <w:tcMar>
                    <w:top w:w="45" w:type="dxa"/>
                    <w:left w:w="70" w:type="dxa"/>
                    <w:bottom w:w="45" w:type="dxa"/>
                    <w:right w:w="70" w:type="dxa"/>
                  </w:tcMar>
                </w:tcPr>
                <w:p w14:paraId="4193C23F" w14:textId="77777777" w:rsidR="00080BF0" w:rsidRDefault="00000000">
                  <w:pPr>
                    <w:keepNext/>
                  </w:pPr>
                  <w:r>
                    <w:rPr>
                      <w:b/>
                      <w:color w:val="000000"/>
                    </w:rPr>
                    <w:t>VPRAŠANJA V PODPORO LIKOVNEMU UČENJU</w:t>
                  </w:r>
                </w:p>
              </w:tc>
            </w:tr>
          </w:tbl>
          <w:p w14:paraId="11167548" w14:textId="77777777" w:rsidR="00080BF0" w:rsidRDefault="00080BF0">
            <w:pPr>
              <w:spacing w:line="20" w:lineRule="exact"/>
            </w:pPr>
          </w:p>
          <w:p w14:paraId="259E0A79" w14:textId="77777777" w:rsidR="00080BF0" w:rsidRDefault="00000000">
            <w:pPr>
              <w:pStyle w:val="Oznaenseznam"/>
              <w:spacing w:after="16"/>
            </w:pPr>
            <w:r>
              <w:rPr>
                <w:color w:val="000000"/>
                <w:sz w:val="16"/>
              </w:rPr>
              <w:t>Kaj si najprej opazil/-a in katera likovna prvina je zate najpomembnejša?</w:t>
            </w:r>
          </w:p>
          <w:p w14:paraId="3B048A17" w14:textId="77777777" w:rsidR="00080BF0" w:rsidRDefault="00000000">
            <w:pPr>
              <w:pStyle w:val="Oznaenseznam"/>
              <w:spacing w:after="16"/>
            </w:pPr>
            <w:r>
              <w:rPr>
                <w:color w:val="000000"/>
                <w:sz w:val="16"/>
              </w:rPr>
              <w:t>Kako je material ali postopek vplival na črto, barvo, obliko, površino, prostor oziroma delovanje izdelka?</w:t>
            </w:r>
          </w:p>
          <w:p w14:paraId="38326ECB" w14:textId="77777777" w:rsidR="00080BF0" w:rsidRDefault="00000000">
            <w:pPr>
              <w:pStyle w:val="Oznaenseznam"/>
              <w:spacing w:after="16"/>
            </w:pPr>
            <w:r>
              <w:rPr>
                <w:color w:val="000000"/>
                <w:sz w:val="16"/>
              </w:rPr>
              <w:t>Katero možnost si preizkusil/-a, zakaj si jo izbral/-a in kaj si ob poskusu spremenil/-a?</w:t>
            </w:r>
          </w:p>
          <w:p w14:paraId="01D144CE" w14:textId="77777777" w:rsidR="00080BF0" w:rsidRDefault="00000000">
            <w:pPr>
              <w:pStyle w:val="Oznaenseznam"/>
              <w:spacing w:after="16"/>
            </w:pPr>
            <w:r>
              <w:rPr>
                <w:color w:val="000000"/>
                <w:sz w:val="16"/>
              </w:rPr>
              <w:t>Kateri del tvojega procesa ali izdelka najjasneje pokaže dogovorjeno merilo?</w:t>
            </w:r>
          </w:p>
          <w:p w14:paraId="54494B42"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101D357A" w14:textId="77777777">
              <w:trPr>
                <w:jc w:val="center"/>
              </w:trPr>
              <w:tc>
                <w:tcPr>
                  <w:tcW w:w="7087" w:type="dxa"/>
                  <w:shd w:val="clear" w:color="auto" w:fill="C6E7F3"/>
                  <w:tcMar>
                    <w:top w:w="45" w:type="dxa"/>
                    <w:left w:w="70" w:type="dxa"/>
                    <w:bottom w:w="45" w:type="dxa"/>
                    <w:right w:w="70" w:type="dxa"/>
                  </w:tcMar>
                </w:tcPr>
                <w:p w14:paraId="1AD8F434" w14:textId="77777777" w:rsidR="00080BF0" w:rsidRDefault="00000000">
                  <w:pPr>
                    <w:keepNext/>
                  </w:pPr>
                  <w:r>
                    <w:rPr>
                      <w:b/>
                      <w:color w:val="000000"/>
                    </w:rPr>
                    <w:t>ZAKLJUČNI DEL – TIHA GALERIJA, RAZLAGA IN REFLEKSIJA (8–12 min)</w:t>
                  </w:r>
                </w:p>
              </w:tc>
            </w:tr>
          </w:tbl>
          <w:p w14:paraId="4B9940D8" w14:textId="77777777" w:rsidR="00080BF0" w:rsidRDefault="00080BF0">
            <w:pPr>
              <w:spacing w:line="20" w:lineRule="exact"/>
            </w:pPr>
          </w:p>
          <w:p w14:paraId="515968CC"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65E7B688" w14:textId="77777777">
              <w:trPr>
                <w:jc w:val="center"/>
              </w:trPr>
              <w:tc>
                <w:tcPr>
                  <w:tcW w:w="7087" w:type="dxa"/>
                  <w:shd w:val="clear" w:color="auto" w:fill="EDC9EA"/>
                  <w:tcMar>
                    <w:top w:w="45" w:type="dxa"/>
                    <w:left w:w="70" w:type="dxa"/>
                    <w:bottom w:w="45" w:type="dxa"/>
                    <w:right w:w="70" w:type="dxa"/>
                  </w:tcMar>
                </w:tcPr>
                <w:p w14:paraId="6E163B24" w14:textId="77777777" w:rsidR="00080BF0" w:rsidRDefault="00000000">
                  <w:pPr>
                    <w:keepNext/>
                  </w:pPr>
                  <w:r>
                    <w:rPr>
                      <w:b/>
                      <w:color w:val="000000"/>
                    </w:rPr>
                    <w:t>SAMOVREDNOTENJE</w:t>
                  </w:r>
                </w:p>
              </w:tc>
            </w:tr>
          </w:tbl>
          <w:p w14:paraId="05527353" w14:textId="77777777" w:rsidR="00080BF0" w:rsidRDefault="00080BF0">
            <w:pPr>
              <w:spacing w:line="20" w:lineRule="exact"/>
            </w:pPr>
          </w:p>
          <w:p w14:paraId="471EEA8E"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452C3865" w14:textId="77777777">
              <w:trPr>
                <w:jc w:val="center"/>
              </w:trPr>
              <w:tc>
                <w:tcPr>
                  <w:tcW w:w="7087" w:type="dxa"/>
                  <w:shd w:val="clear" w:color="auto" w:fill="EDC9EA"/>
                  <w:tcMar>
                    <w:top w:w="45" w:type="dxa"/>
                    <w:left w:w="70" w:type="dxa"/>
                    <w:bottom w:w="45" w:type="dxa"/>
                    <w:right w:w="70" w:type="dxa"/>
                  </w:tcMar>
                </w:tcPr>
                <w:p w14:paraId="0819144B" w14:textId="77777777" w:rsidR="00080BF0" w:rsidRDefault="00000000">
                  <w:pPr>
                    <w:keepNext/>
                  </w:pPr>
                  <w:r>
                    <w:rPr>
                      <w:b/>
                      <w:color w:val="000000"/>
                    </w:rPr>
                    <w:t>VRSTNIŠKO VREDNOTENJE</w:t>
                  </w:r>
                </w:p>
              </w:tc>
            </w:tr>
          </w:tbl>
          <w:p w14:paraId="4C7C488B" w14:textId="77777777" w:rsidR="00080BF0" w:rsidRDefault="00080BF0">
            <w:pPr>
              <w:spacing w:line="20" w:lineRule="exact"/>
            </w:pPr>
          </w:p>
          <w:p w14:paraId="56F7CBC5"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730B01D0" w14:textId="77777777">
              <w:trPr>
                <w:jc w:val="center"/>
              </w:trPr>
              <w:tc>
                <w:tcPr>
                  <w:tcW w:w="7087" w:type="dxa"/>
                  <w:shd w:val="clear" w:color="auto" w:fill="EDC9EA"/>
                  <w:tcMar>
                    <w:top w:w="45" w:type="dxa"/>
                    <w:left w:w="70" w:type="dxa"/>
                    <w:bottom w:w="45" w:type="dxa"/>
                    <w:right w:w="70" w:type="dxa"/>
                  </w:tcMar>
                </w:tcPr>
                <w:p w14:paraId="7B512525" w14:textId="77777777" w:rsidR="00080BF0" w:rsidRDefault="00000000">
                  <w:pPr>
                    <w:keepNext/>
                  </w:pPr>
                  <w:r>
                    <w:rPr>
                      <w:b/>
                      <w:color w:val="000000"/>
                    </w:rPr>
                    <w:t>SKUPNI POVZETEK</w:t>
                  </w:r>
                </w:p>
              </w:tc>
            </w:tr>
          </w:tbl>
          <w:p w14:paraId="08516EB2" w14:textId="77777777" w:rsidR="00080BF0" w:rsidRDefault="00080BF0"/>
          <w:p w14:paraId="371045F5" w14:textId="77777777" w:rsidR="00080BF0" w:rsidRDefault="00000000">
            <w:pPr>
              <w:spacing w:before="20" w:after="40" w:line="245" w:lineRule="auto"/>
            </w:pPr>
            <w:r>
              <w:rPr>
                <w:b/>
                <w:color w:val="000000"/>
                <w:sz w:val="16"/>
              </w:rPr>
              <w:t>izberem dela iz mape; pojasnim razvoj; pripravim razstavo. Izbrani dokaz pojasnim in po povratni informaciji izboljšam.</w:t>
            </w:r>
          </w:p>
        </w:tc>
        <w:tc>
          <w:tcPr>
            <w:tcW w:w="2551" w:type="dxa"/>
            <w:tcMar>
              <w:top w:w="70" w:type="dxa"/>
              <w:left w:w="90" w:type="dxa"/>
              <w:bottom w:w="70" w:type="dxa"/>
              <w:right w:w="90" w:type="dxa"/>
            </w:tcMar>
          </w:tcPr>
          <w:p w14:paraId="065890B0" w14:textId="77777777" w:rsidR="00080BF0" w:rsidRDefault="00080BF0"/>
          <w:p w14:paraId="0EB36AC2" w14:textId="77777777" w:rsidR="00080BF0" w:rsidRDefault="00000000">
            <w:pPr>
              <w:spacing w:after="80" w:line="245" w:lineRule="auto"/>
            </w:pPr>
            <w:r>
              <w:rPr>
                <w:color w:val="000000"/>
                <w:sz w:val="15"/>
              </w:rPr>
              <w:t>Odgovarja na podporna vprašanja in se sklicuje na opaženo, preizkušeno, ustvarjeno ali razstavljeno.</w:t>
            </w:r>
          </w:p>
          <w:p w14:paraId="14135E82" w14:textId="77777777" w:rsidR="00080BF0" w:rsidRDefault="00000000">
            <w:pPr>
              <w:spacing w:after="80" w:line="245" w:lineRule="auto"/>
            </w:pPr>
            <w:r>
              <w:rPr>
                <w:color w:val="000000"/>
                <w:sz w:val="15"/>
              </w:rPr>
              <w:t>Predstavi izbrani procesni ali izdelkovni dokaz ter pove, katero merilo z njim pokaže.</w:t>
            </w:r>
          </w:p>
          <w:p w14:paraId="461D6663" w14:textId="77777777" w:rsidR="00080BF0" w:rsidRDefault="00000000">
            <w:pPr>
              <w:spacing w:after="80" w:line="245" w:lineRule="auto"/>
            </w:pPr>
            <w:r>
              <w:rPr>
                <w:color w:val="000000"/>
                <w:sz w:val="15"/>
              </w:rPr>
              <w:t>Tiho opazuje vrstnikovo delo, opiše eno konkretno likovno rešitev in poda prijazen predlog.</w:t>
            </w:r>
          </w:p>
          <w:p w14:paraId="70EDB08A" w14:textId="77777777" w:rsidR="00080BF0" w:rsidRDefault="00000000">
            <w:pPr>
              <w:spacing w:after="80" w:line="245" w:lineRule="auto"/>
            </w:pPr>
            <w:r>
              <w:rPr>
                <w:color w:val="000000"/>
                <w:sz w:val="15"/>
              </w:rPr>
              <w:t>Po povratni informaciji po želji ponovi poskus, spremeni podrobnost, izboljša spoj, razporeditev ali razlago.</w:t>
            </w:r>
          </w:p>
          <w:p w14:paraId="699A9065" w14:textId="77777777" w:rsidR="00080BF0" w:rsidRDefault="00000000">
            <w:pPr>
              <w:spacing w:after="100" w:line="245" w:lineRule="auto"/>
            </w:pPr>
            <w:r>
              <w:rPr>
                <w:color w:val="000000"/>
                <w:sz w:val="15"/>
              </w:rPr>
              <w:t>Izbere raven samostojnosti ter določi majhen in izvedljiv naslednji ustvarjalni korak.</w:t>
            </w:r>
          </w:p>
          <w:p w14:paraId="69A2730B" w14:textId="77777777" w:rsidR="00080BF0" w:rsidRDefault="00000000">
            <w:pPr>
              <w:spacing w:after="20" w:line="245" w:lineRule="auto"/>
            </w:pPr>
            <w:r>
              <w:rPr>
                <w:b/>
                <w:color w:val="D95BC6"/>
                <w:sz w:val="17"/>
              </w:rPr>
              <w:t>DOKAZ O UČENJU</w:t>
            </w:r>
          </w:p>
          <w:p w14:paraId="18244C9B"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4574027A"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080BF0" w14:paraId="429304D2" w14:textId="77777777">
        <w:trPr>
          <w:cantSplit/>
          <w:jc w:val="center"/>
        </w:trPr>
        <w:tc>
          <w:tcPr>
            <w:tcW w:w="14060" w:type="dxa"/>
            <w:gridSpan w:val="6"/>
            <w:tcMar>
              <w:top w:w="70" w:type="dxa"/>
              <w:left w:w="90" w:type="dxa"/>
              <w:bottom w:w="70" w:type="dxa"/>
              <w:right w:w="90" w:type="dxa"/>
            </w:tcMar>
            <w:vAlign w:val="center"/>
          </w:tcPr>
          <w:p w14:paraId="0E8FED65" w14:textId="77777777" w:rsidR="00080BF0" w:rsidRDefault="00000000">
            <w:pPr>
              <w:jc w:val="center"/>
            </w:pPr>
            <w:r>
              <w:rPr>
                <w:b/>
                <w:color w:val="000000"/>
                <w:sz w:val="24"/>
              </w:rPr>
              <w:lastRenderedPageBreak/>
              <w:t>UČNA PRIPRAVA 39/39</w:t>
            </w:r>
          </w:p>
        </w:tc>
      </w:tr>
      <w:tr w:rsidR="00080BF0" w14:paraId="5CFE47B5" w14:textId="77777777">
        <w:trPr>
          <w:jc w:val="center"/>
        </w:trPr>
        <w:tc>
          <w:tcPr>
            <w:tcW w:w="2665" w:type="dxa"/>
            <w:tcMar>
              <w:top w:w="70" w:type="dxa"/>
              <w:left w:w="90" w:type="dxa"/>
              <w:bottom w:w="70" w:type="dxa"/>
              <w:right w:w="90" w:type="dxa"/>
            </w:tcMar>
            <w:vAlign w:val="center"/>
          </w:tcPr>
          <w:p w14:paraId="1D2CD0EC" w14:textId="77777777" w:rsidR="00080BF0"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B579F09" w14:textId="77777777" w:rsidR="00080BF0" w:rsidRDefault="00000000">
            <w:r>
              <w:rPr>
                <w:b/>
                <w:color w:val="000000"/>
                <w:sz w:val="16"/>
              </w:rPr>
              <w:t xml:space="preserve">PREDMET: </w:t>
            </w:r>
            <w:r>
              <w:rPr>
                <w:color w:val="000000"/>
                <w:sz w:val="16"/>
              </w:rPr>
              <w:t>Likovna umetnost</w:t>
            </w:r>
          </w:p>
        </w:tc>
        <w:tc>
          <w:tcPr>
            <w:tcW w:w="1701" w:type="dxa"/>
            <w:tcMar>
              <w:top w:w="70" w:type="dxa"/>
              <w:left w:w="90" w:type="dxa"/>
              <w:bottom w:w="70" w:type="dxa"/>
              <w:right w:w="90" w:type="dxa"/>
            </w:tcMar>
            <w:vAlign w:val="center"/>
          </w:tcPr>
          <w:p w14:paraId="4B7D0A0A" w14:textId="77777777" w:rsidR="00080BF0"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6F6FF72" w14:textId="77777777" w:rsidR="00080BF0" w:rsidRDefault="00000000">
            <w:r>
              <w:rPr>
                <w:b/>
                <w:color w:val="000000"/>
                <w:sz w:val="16"/>
              </w:rPr>
              <w:t xml:space="preserve">NAČRTOVANI TERMIN: </w:t>
            </w:r>
            <w:r>
              <w:rPr>
                <w:color w:val="000000"/>
                <w:sz w:val="16"/>
              </w:rPr>
              <w:t>39. teden • 21.–24. 6. 2027</w:t>
            </w:r>
          </w:p>
        </w:tc>
        <w:tc>
          <w:tcPr>
            <w:tcW w:w="2268" w:type="dxa"/>
            <w:tcMar>
              <w:top w:w="70" w:type="dxa"/>
              <w:left w:w="90" w:type="dxa"/>
              <w:bottom w:w="70" w:type="dxa"/>
              <w:right w:w="90" w:type="dxa"/>
            </w:tcMar>
            <w:vAlign w:val="center"/>
          </w:tcPr>
          <w:p w14:paraId="1CB27BC7" w14:textId="77777777" w:rsidR="00080BF0"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6434016" w14:textId="77777777" w:rsidR="00080BF0" w:rsidRDefault="00000000">
            <w:r>
              <w:rPr>
                <w:b/>
                <w:color w:val="000000"/>
                <w:sz w:val="16"/>
              </w:rPr>
              <w:t xml:space="preserve">ŠTEVILO UR: </w:t>
            </w:r>
            <w:r>
              <w:rPr>
                <w:color w:val="000000"/>
                <w:sz w:val="16"/>
              </w:rPr>
              <w:t>1</w:t>
            </w:r>
          </w:p>
        </w:tc>
      </w:tr>
      <w:tr w:rsidR="00080BF0" w14:paraId="23197A11" w14:textId="77777777">
        <w:trPr>
          <w:jc w:val="center"/>
        </w:trPr>
        <w:tc>
          <w:tcPr>
            <w:tcW w:w="14061" w:type="dxa"/>
            <w:gridSpan w:val="6"/>
            <w:tcMar>
              <w:top w:w="70" w:type="dxa"/>
              <w:left w:w="90" w:type="dxa"/>
              <w:bottom w:w="70" w:type="dxa"/>
              <w:right w:w="90" w:type="dxa"/>
            </w:tcMar>
            <w:vAlign w:val="center"/>
          </w:tcPr>
          <w:p w14:paraId="2211E20B" w14:textId="77777777" w:rsidR="00080BF0" w:rsidRDefault="00000000">
            <w:r>
              <w:rPr>
                <w:b/>
                <w:color w:val="000000"/>
                <w:sz w:val="17"/>
              </w:rPr>
              <w:t xml:space="preserve">TIP UČNE URE: </w:t>
            </w:r>
            <w:r>
              <w:rPr>
                <w:color w:val="000000"/>
                <w:sz w:val="17"/>
              </w:rPr>
              <w:t>doživljajski, raziskovalni, ustvarjalni in refleksivni likovni pouk z izkušenjskim učenjem ter formativnim spremljanjem</w:t>
            </w:r>
          </w:p>
        </w:tc>
      </w:tr>
      <w:tr w:rsidR="00080BF0" w14:paraId="62D996CE" w14:textId="77777777">
        <w:trPr>
          <w:cantSplit/>
          <w:jc w:val="center"/>
        </w:trPr>
        <w:tc>
          <w:tcPr>
            <w:tcW w:w="14060" w:type="dxa"/>
            <w:gridSpan w:val="6"/>
            <w:tcMar>
              <w:top w:w="70" w:type="dxa"/>
              <w:left w:w="90" w:type="dxa"/>
              <w:bottom w:w="70" w:type="dxa"/>
              <w:right w:w="90" w:type="dxa"/>
            </w:tcMar>
            <w:vAlign w:val="center"/>
          </w:tcPr>
          <w:p w14:paraId="236CAF40" w14:textId="77777777" w:rsidR="00080BF0" w:rsidRDefault="00080BF0"/>
          <w:p w14:paraId="1B8BF242" w14:textId="77777777" w:rsidR="00080BF0" w:rsidRDefault="00000000">
            <w:pPr>
              <w:spacing w:line="245" w:lineRule="auto"/>
            </w:pPr>
            <w:r>
              <w:rPr>
                <w:b/>
                <w:color w:val="000000"/>
                <w:sz w:val="15"/>
              </w:rPr>
              <w:t xml:space="preserve">UČNI SKLOP: </w:t>
            </w:r>
            <w:r>
              <w:rPr>
                <w:color w:val="000000"/>
                <w:sz w:val="15"/>
              </w:rPr>
              <w:t>POLETJE, SKUPNOST IN ZAKLJUČEK</w:t>
            </w:r>
          </w:p>
        </w:tc>
      </w:tr>
      <w:tr w:rsidR="00080BF0" w14:paraId="0020ACA9" w14:textId="77777777">
        <w:trPr>
          <w:cantSplit/>
          <w:jc w:val="center"/>
        </w:trPr>
        <w:tc>
          <w:tcPr>
            <w:tcW w:w="14060" w:type="dxa"/>
            <w:gridSpan w:val="6"/>
            <w:tcMar>
              <w:top w:w="70" w:type="dxa"/>
              <w:left w:w="90" w:type="dxa"/>
              <w:bottom w:w="70" w:type="dxa"/>
              <w:right w:w="90" w:type="dxa"/>
            </w:tcMar>
            <w:vAlign w:val="center"/>
          </w:tcPr>
          <w:p w14:paraId="507B4BF4" w14:textId="77777777" w:rsidR="00080BF0" w:rsidRDefault="00080BF0"/>
          <w:p w14:paraId="251DB7CB" w14:textId="77777777" w:rsidR="00080BF0" w:rsidRDefault="00000000">
            <w:pPr>
              <w:spacing w:line="245" w:lineRule="auto"/>
            </w:pPr>
            <w:r>
              <w:rPr>
                <w:b/>
                <w:color w:val="000000"/>
                <w:sz w:val="15"/>
              </w:rPr>
              <w:t xml:space="preserve">UČNA TEMA: </w:t>
            </w:r>
            <w:r>
              <w:rPr>
                <w:color w:val="000000"/>
                <w:sz w:val="15"/>
              </w:rPr>
              <w:t>SKUPNA POSTAVITEV</w:t>
            </w:r>
          </w:p>
        </w:tc>
      </w:tr>
      <w:tr w:rsidR="00080BF0" w14:paraId="439CE6F8" w14:textId="77777777">
        <w:trPr>
          <w:cantSplit/>
          <w:jc w:val="center"/>
        </w:trPr>
        <w:tc>
          <w:tcPr>
            <w:tcW w:w="14060" w:type="dxa"/>
            <w:gridSpan w:val="6"/>
            <w:tcMar>
              <w:top w:w="70" w:type="dxa"/>
              <w:left w:w="90" w:type="dxa"/>
              <w:bottom w:w="70" w:type="dxa"/>
              <w:right w:w="90" w:type="dxa"/>
            </w:tcMar>
            <w:vAlign w:val="center"/>
          </w:tcPr>
          <w:p w14:paraId="008C6E92" w14:textId="77777777" w:rsidR="00080BF0" w:rsidRDefault="00080BF0"/>
          <w:p w14:paraId="267A79BC" w14:textId="77777777" w:rsidR="00080BF0" w:rsidRDefault="00000000">
            <w:pPr>
              <w:spacing w:line="245" w:lineRule="auto"/>
            </w:pPr>
            <w:r>
              <w:rPr>
                <w:b/>
                <w:color w:val="000000"/>
                <w:sz w:val="15"/>
              </w:rPr>
              <w:t xml:space="preserve">KNJIŽEVNO / MOTIVNO IZHODIŠČE: </w:t>
            </w:r>
            <w:r>
              <w:rPr>
                <w:color w:val="000000"/>
                <w:sz w:val="15"/>
              </w:rPr>
              <w:t>»Moj prijatelj Piki Jakob« – Kajetan Kovič • NADALJEVANJE • prijateljstvo, hvaležnost, skupnost in varne počitnice</w:t>
            </w:r>
          </w:p>
        </w:tc>
      </w:tr>
      <w:tr w:rsidR="00080BF0" w14:paraId="56CFFD4D" w14:textId="77777777">
        <w:trPr>
          <w:cantSplit/>
          <w:jc w:val="center"/>
        </w:trPr>
        <w:tc>
          <w:tcPr>
            <w:tcW w:w="14060" w:type="dxa"/>
            <w:gridSpan w:val="6"/>
            <w:tcMar>
              <w:top w:w="70" w:type="dxa"/>
              <w:left w:w="90" w:type="dxa"/>
              <w:bottom w:w="70" w:type="dxa"/>
              <w:right w:w="90" w:type="dxa"/>
            </w:tcMar>
            <w:vAlign w:val="center"/>
          </w:tcPr>
          <w:p w14:paraId="755583B2" w14:textId="77777777" w:rsidR="00080BF0" w:rsidRDefault="00080BF0"/>
          <w:p w14:paraId="6CAA2811" w14:textId="77777777" w:rsidR="00080BF0" w:rsidRDefault="00000000">
            <w:pPr>
              <w:spacing w:line="245" w:lineRule="auto"/>
            </w:pPr>
            <w:r>
              <w:rPr>
                <w:b/>
                <w:color w:val="000000"/>
                <w:sz w:val="15"/>
              </w:rPr>
              <w:t xml:space="preserve">LIKOVNO IZHODIŠČE / MOTIVACIJA: </w:t>
            </w:r>
            <w:r>
              <w:rPr>
                <w:color w:val="000000"/>
                <w:sz w:val="15"/>
              </w:rPr>
              <w:t>v razredu se pojavi prazna razstavna oznaka; učenci poiščejo delo, ki bi mu pripadala, in utemeljijo, kako bi gledalcu predstavili temo »skupna postavitev«. Tematska rešitev: pripravi skupno razstavo spominov na razred.</w:t>
            </w:r>
          </w:p>
        </w:tc>
      </w:tr>
      <w:tr w:rsidR="00080BF0" w14:paraId="669254EE" w14:textId="77777777">
        <w:trPr>
          <w:cantSplit/>
          <w:jc w:val="center"/>
        </w:trPr>
        <w:tc>
          <w:tcPr>
            <w:tcW w:w="14060" w:type="dxa"/>
            <w:gridSpan w:val="6"/>
            <w:tcMar>
              <w:top w:w="70" w:type="dxa"/>
              <w:left w:w="90" w:type="dxa"/>
              <w:bottom w:w="70" w:type="dxa"/>
              <w:right w:w="90" w:type="dxa"/>
            </w:tcMar>
            <w:vAlign w:val="center"/>
          </w:tcPr>
          <w:p w14:paraId="043546D2" w14:textId="77777777" w:rsidR="00080BF0" w:rsidRDefault="00080BF0"/>
          <w:p w14:paraId="0AEAA395" w14:textId="77777777" w:rsidR="00080BF0" w:rsidRDefault="00000000">
            <w:pPr>
              <w:spacing w:line="245" w:lineRule="auto"/>
            </w:pPr>
            <w:r>
              <w:rPr>
                <w:b/>
                <w:color w:val="000000"/>
                <w:sz w:val="15"/>
              </w:rPr>
              <w:t xml:space="preserve">UČNE ENOTE: </w:t>
            </w:r>
            <w:r>
              <w:rPr>
                <w:color w:val="000000"/>
                <w:sz w:val="15"/>
              </w:rPr>
              <w:t>1. ura – Skupna postavitev – Ustvarjam, predstavim, izboljšam</w:t>
            </w:r>
          </w:p>
        </w:tc>
      </w:tr>
      <w:tr w:rsidR="00080BF0" w14:paraId="4C87E90D" w14:textId="77777777">
        <w:trPr>
          <w:cantSplit/>
          <w:jc w:val="center"/>
        </w:trPr>
        <w:tc>
          <w:tcPr>
            <w:tcW w:w="14060" w:type="dxa"/>
            <w:gridSpan w:val="6"/>
            <w:tcMar>
              <w:top w:w="70" w:type="dxa"/>
              <w:left w:w="90" w:type="dxa"/>
              <w:bottom w:w="70" w:type="dxa"/>
              <w:right w:w="90" w:type="dxa"/>
            </w:tcMar>
            <w:vAlign w:val="center"/>
          </w:tcPr>
          <w:p w14:paraId="16D12B72" w14:textId="77777777" w:rsidR="00080BF0" w:rsidRDefault="00080BF0"/>
          <w:p w14:paraId="717C66FD" w14:textId="77777777" w:rsidR="00080BF0" w:rsidRDefault="00000000">
            <w:pPr>
              <w:spacing w:line="245" w:lineRule="auto"/>
            </w:pPr>
            <w:r>
              <w:rPr>
                <w:b/>
                <w:color w:val="000000"/>
                <w:sz w:val="15"/>
              </w:rPr>
              <w:t xml:space="preserve">UČNE METODE: </w:t>
            </w:r>
            <w:r>
              <w:rPr>
                <w:color w:val="000000"/>
                <w:sz w:val="15"/>
              </w:rPr>
              <w:t>vizualno opazovanje in doživljanje; likovna uganka; demonstracija varnega postopka; materialni laboratorij; reševanje likovnega problema; risanje, slikanje, odtiskovanje, oblikovanje ali konstruiranje; izkušenjsko učenje; poučevanje v gibanju; delo po postajah; galerijski pogovor in formativno spremljanje</w:t>
            </w:r>
          </w:p>
        </w:tc>
      </w:tr>
      <w:tr w:rsidR="00080BF0" w14:paraId="30349731" w14:textId="77777777">
        <w:trPr>
          <w:cantSplit/>
          <w:jc w:val="center"/>
        </w:trPr>
        <w:tc>
          <w:tcPr>
            <w:tcW w:w="14060" w:type="dxa"/>
            <w:gridSpan w:val="6"/>
            <w:tcMar>
              <w:top w:w="70" w:type="dxa"/>
              <w:left w:w="90" w:type="dxa"/>
              <w:bottom w:w="70" w:type="dxa"/>
              <w:right w:w="90" w:type="dxa"/>
            </w:tcMar>
            <w:vAlign w:val="center"/>
          </w:tcPr>
          <w:p w14:paraId="15047C5B" w14:textId="77777777" w:rsidR="00080BF0" w:rsidRDefault="00080BF0"/>
          <w:p w14:paraId="6823605C" w14:textId="77777777" w:rsidR="00080BF0" w:rsidRDefault="00000000">
            <w:pPr>
              <w:spacing w:line="245" w:lineRule="auto"/>
            </w:pPr>
            <w:r>
              <w:rPr>
                <w:b/>
                <w:color w:val="000000"/>
                <w:sz w:val="15"/>
              </w:rPr>
              <w:t xml:space="preserve">UČNE OBLIKE: </w:t>
            </w:r>
            <w:r>
              <w:rPr>
                <w:color w:val="000000"/>
                <w:sz w:val="15"/>
              </w:rPr>
              <w:t>opazovalni krog, frontalno, individualno, delo v paru, skupinsko, postajno delo in tiha galerija</w:t>
            </w:r>
          </w:p>
        </w:tc>
      </w:tr>
      <w:tr w:rsidR="00080BF0" w14:paraId="0F4479EC" w14:textId="77777777">
        <w:trPr>
          <w:cantSplit/>
          <w:jc w:val="center"/>
        </w:trPr>
        <w:tc>
          <w:tcPr>
            <w:tcW w:w="14060" w:type="dxa"/>
            <w:gridSpan w:val="6"/>
            <w:tcMar>
              <w:top w:w="70" w:type="dxa"/>
              <w:left w:w="90" w:type="dxa"/>
              <w:bottom w:w="70" w:type="dxa"/>
              <w:right w:w="90" w:type="dxa"/>
            </w:tcMar>
            <w:vAlign w:val="center"/>
          </w:tcPr>
          <w:p w14:paraId="6C99109C" w14:textId="77777777" w:rsidR="00080BF0" w:rsidRDefault="00080BF0"/>
          <w:p w14:paraId="471F1A65" w14:textId="77777777" w:rsidR="00080BF0" w:rsidRDefault="00000000">
            <w:pPr>
              <w:spacing w:line="245" w:lineRule="auto"/>
            </w:pPr>
            <w:r>
              <w:rPr>
                <w:b/>
                <w:color w:val="000000"/>
                <w:sz w:val="15"/>
              </w:rPr>
              <w:t xml:space="preserve">DIDAKTIČNI POUDARKI: </w:t>
            </w:r>
            <w:r>
              <w:rPr>
                <w:color w:val="000000"/>
                <w:sz w:val="15"/>
              </w:rPr>
              <w:t>učenec likovno prvino in material najprej opazi, telesno ponazori ter neposredno preizkusi, nato načrtuje osebno rešitev; učiteljica pokaže postopek, ne enega pravilnega izdelka; štiri postaje povezujejo opazovanje, materialni preizkus, gibanje in ustvarjalni dokaz; merila, povratna informacija ter naslednji korak so vidni</w:t>
            </w:r>
          </w:p>
        </w:tc>
      </w:tr>
      <w:tr w:rsidR="00080BF0" w14:paraId="08454315" w14:textId="77777777">
        <w:trPr>
          <w:cantSplit/>
          <w:jc w:val="center"/>
        </w:trPr>
        <w:tc>
          <w:tcPr>
            <w:tcW w:w="14060" w:type="dxa"/>
            <w:gridSpan w:val="6"/>
            <w:tcMar>
              <w:top w:w="70" w:type="dxa"/>
              <w:left w:w="90" w:type="dxa"/>
              <w:bottom w:w="70" w:type="dxa"/>
              <w:right w:w="90" w:type="dxa"/>
            </w:tcMar>
            <w:vAlign w:val="center"/>
          </w:tcPr>
          <w:p w14:paraId="5106156B" w14:textId="77777777" w:rsidR="00080BF0" w:rsidRDefault="00080BF0"/>
          <w:p w14:paraId="71709D08" w14:textId="77777777" w:rsidR="00080BF0" w:rsidRDefault="00000000">
            <w:pPr>
              <w:spacing w:line="245" w:lineRule="auto"/>
            </w:pPr>
            <w:r>
              <w:rPr>
                <w:b/>
                <w:color w:val="000000"/>
                <w:sz w:val="15"/>
              </w:rPr>
              <w:t xml:space="preserve">MEDPREDMETNE POVEZAVE: </w:t>
            </w:r>
            <w:r>
              <w:rPr>
                <w:color w:val="000000"/>
                <w:sz w:val="15"/>
              </w:rPr>
              <w:t>SPO – prijateljstvo, hvaležnost, skupnost in varne počitnice; SLJ – poslušanje, opis opažanja, poimenovanje postopka in predstavitev; MAT – oblike, razvrščanje, vzorci in prostorski odnosi; ŠPO – gibalna črta, telesna skulptura, smer in ravnotežje; GUM – ritem, ponavljanje.</w:t>
            </w:r>
          </w:p>
        </w:tc>
      </w:tr>
      <w:tr w:rsidR="00080BF0" w14:paraId="244A6B02" w14:textId="77777777">
        <w:trPr>
          <w:cantSplit/>
          <w:jc w:val="center"/>
        </w:trPr>
        <w:tc>
          <w:tcPr>
            <w:tcW w:w="14060" w:type="dxa"/>
            <w:gridSpan w:val="6"/>
            <w:tcMar>
              <w:top w:w="70" w:type="dxa"/>
              <w:left w:w="90" w:type="dxa"/>
              <w:bottom w:w="70" w:type="dxa"/>
              <w:right w:w="90" w:type="dxa"/>
            </w:tcMar>
            <w:vAlign w:val="center"/>
          </w:tcPr>
          <w:p w14:paraId="642B23D1" w14:textId="77777777" w:rsidR="00080BF0" w:rsidRDefault="00080BF0"/>
          <w:p w14:paraId="6609E2B0" w14:textId="77777777" w:rsidR="00080BF0" w:rsidRDefault="00000000">
            <w:pPr>
              <w:spacing w:line="245" w:lineRule="auto"/>
            </w:pPr>
            <w:r>
              <w:rPr>
                <w:b/>
                <w:color w:val="000000"/>
                <w:sz w:val="15"/>
              </w:rPr>
              <w:t xml:space="preserve">UČNA SREDSTVA IN PRIPOMOČKI: </w:t>
            </w:r>
            <w:r>
              <w:rPr>
                <w:color w:val="000000"/>
                <w:sz w:val="15"/>
              </w:rPr>
              <w:t>likovna mapa, izbrana dela, podlage, ščipalke ali lepilni trak, prazne oznake, simboli meril, fotografije procesa in razstavni načrt; fotografija, reprodukcija ali resnični predmet za opazovanje; kartice namena in meril; talne oznake štirih postaj; mapa dokazov; sredstva za čiščenje in pospravljanje</w:t>
            </w:r>
          </w:p>
        </w:tc>
      </w:tr>
      <w:tr w:rsidR="00080BF0" w14:paraId="7C827557" w14:textId="77777777">
        <w:trPr>
          <w:cantSplit/>
          <w:jc w:val="center"/>
        </w:trPr>
        <w:tc>
          <w:tcPr>
            <w:tcW w:w="14060" w:type="dxa"/>
            <w:gridSpan w:val="6"/>
            <w:tcMar>
              <w:top w:w="70" w:type="dxa"/>
              <w:left w:w="90" w:type="dxa"/>
              <w:bottom w:w="70" w:type="dxa"/>
              <w:right w:w="90" w:type="dxa"/>
            </w:tcMar>
            <w:vAlign w:val="center"/>
          </w:tcPr>
          <w:p w14:paraId="55F7E2DF" w14:textId="77777777" w:rsidR="00080BF0" w:rsidRDefault="00080BF0"/>
          <w:p w14:paraId="21C7793A" w14:textId="77777777" w:rsidR="00080BF0" w:rsidRDefault="00000000">
            <w:pPr>
              <w:spacing w:line="245" w:lineRule="auto"/>
            </w:pPr>
            <w:r>
              <w:rPr>
                <w:b/>
                <w:color w:val="000000"/>
                <w:sz w:val="15"/>
              </w:rPr>
              <w:t xml:space="preserve">LITERATURA IN VIRI: </w:t>
            </w:r>
            <w:r>
              <w:rPr>
                <w:color w:val="000000"/>
                <w:sz w:val="15"/>
              </w:rPr>
              <w:t>Učni načrt za prvo vzgojno-izobraževalno obdobje (MVI in ZRSŠ, 2025), področje Likovna umetnost; letna priprava 2026/27; navedeno književno izhodišče; učiteljičina zbirka reprodukcij, predmetov in materialov.</w:t>
            </w:r>
          </w:p>
        </w:tc>
      </w:tr>
      <w:tr w:rsidR="00080BF0" w14:paraId="40AD766F" w14:textId="77777777">
        <w:trPr>
          <w:cantSplit/>
          <w:jc w:val="center"/>
        </w:trPr>
        <w:tc>
          <w:tcPr>
            <w:tcW w:w="14060" w:type="dxa"/>
            <w:gridSpan w:val="6"/>
            <w:tcMar>
              <w:top w:w="70" w:type="dxa"/>
              <w:left w:w="90" w:type="dxa"/>
              <w:bottom w:w="70" w:type="dxa"/>
              <w:right w:w="90" w:type="dxa"/>
            </w:tcMar>
            <w:vAlign w:val="center"/>
          </w:tcPr>
          <w:p w14:paraId="33DC918D" w14:textId="77777777" w:rsidR="00080BF0" w:rsidRDefault="00080BF0"/>
          <w:p w14:paraId="2FC8AD4F" w14:textId="77777777" w:rsidR="00080BF0"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080BF0" w14:paraId="38BED797" w14:textId="77777777">
        <w:trPr>
          <w:cantSplit/>
          <w:jc w:val="center"/>
        </w:trPr>
        <w:tc>
          <w:tcPr>
            <w:tcW w:w="14060" w:type="dxa"/>
            <w:gridSpan w:val="6"/>
            <w:tcMar>
              <w:top w:w="70" w:type="dxa"/>
              <w:left w:w="90" w:type="dxa"/>
              <w:bottom w:w="70" w:type="dxa"/>
              <w:right w:w="90" w:type="dxa"/>
            </w:tcMar>
            <w:vAlign w:val="center"/>
          </w:tcPr>
          <w:p w14:paraId="59A545C8" w14:textId="77777777" w:rsidR="00080BF0" w:rsidRDefault="00080BF0"/>
          <w:p w14:paraId="3472F21B" w14:textId="77777777" w:rsidR="00080BF0" w:rsidRDefault="00000000">
            <w:pPr>
              <w:spacing w:line="245" w:lineRule="auto"/>
            </w:pPr>
            <w:r>
              <w:rPr>
                <w:b/>
                <w:color w:val="000000"/>
                <w:sz w:val="15"/>
              </w:rPr>
              <w:t xml:space="preserve">VARNOST, HIGIENA IN UREDITEV PROSTORA: </w:t>
            </w: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w:t>
            </w:r>
          </w:p>
        </w:tc>
      </w:tr>
    </w:tbl>
    <w:p w14:paraId="0C619745"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5000CC5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6F4FC9F"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F8C2F56" w14:textId="77777777" w:rsidR="00080BF0" w:rsidRDefault="00000000">
            <w:pPr>
              <w:jc w:val="center"/>
            </w:pPr>
            <w:r>
              <w:rPr>
                <w:b/>
                <w:color w:val="000000"/>
                <w:sz w:val="20"/>
              </w:rPr>
              <w:t>UČNE DEJAVNOSTI, METODE IN FORMATIVNO SPREMLJANJE</w:t>
            </w:r>
          </w:p>
        </w:tc>
      </w:tr>
      <w:tr w:rsidR="00080BF0" w14:paraId="7E6C9264" w14:textId="77777777">
        <w:trPr>
          <w:tblHeader/>
          <w:jc w:val="center"/>
        </w:trPr>
        <w:tc>
          <w:tcPr>
            <w:tcW w:w="4422" w:type="dxa"/>
            <w:vMerge/>
            <w:tcMar>
              <w:top w:w="70" w:type="dxa"/>
              <w:left w:w="90" w:type="dxa"/>
              <w:bottom w:w="70" w:type="dxa"/>
              <w:right w:w="90" w:type="dxa"/>
            </w:tcMar>
            <w:vAlign w:val="center"/>
          </w:tcPr>
          <w:p w14:paraId="49ABCDC4" w14:textId="77777777" w:rsidR="00080BF0" w:rsidRDefault="00080BF0"/>
        </w:tc>
        <w:tc>
          <w:tcPr>
            <w:tcW w:w="7087" w:type="dxa"/>
            <w:shd w:val="clear" w:color="auto" w:fill="FFFFFF"/>
            <w:tcMar>
              <w:top w:w="70" w:type="dxa"/>
              <w:left w:w="90" w:type="dxa"/>
              <w:bottom w:w="70" w:type="dxa"/>
              <w:right w:w="90" w:type="dxa"/>
            </w:tcMar>
            <w:vAlign w:val="center"/>
          </w:tcPr>
          <w:p w14:paraId="5F01BFD4"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12909DF" w14:textId="77777777" w:rsidR="00080BF0" w:rsidRDefault="00000000">
            <w:pPr>
              <w:jc w:val="center"/>
            </w:pPr>
            <w:r>
              <w:rPr>
                <w:b/>
                <w:color w:val="000000"/>
              </w:rPr>
              <w:t>UČENEC</w:t>
            </w:r>
          </w:p>
        </w:tc>
      </w:tr>
      <w:tr w:rsidR="00080BF0" w14:paraId="3FA2BC7E" w14:textId="77777777">
        <w:trPr>
          <w:jc w:val="center"/>
        </w:trPr>
        <w:tc>
          <w:tcPr>
            <w:tcW w:w="4422" w:type="dxa"/>
            <w:tcMar>
              <w:top w:w="70" w:type="dxa"/>
              <w:left w:w="90" w:type="dxa"/>
              <w:bottom w:w="70" w:type="dxa"/>
              <w:right w:w="90" w:type="dxa"/>
            </w:tcMar>
          </w:tcPr>
          <w:p w14:paraId="2638F320" w14:textId="77777777" w:rsidR="00080BF0" w:rsidRDefault="00080BF0"/>
          <w:p w14:paraId="71D3E292" w14:textId="77777777" w:rsidR="00080BF0" w:rsidRDefault="00000000">
            <w:pPr>
              <w:spacing w:after="60" w:line="245" w:lineRule="auto"/>
            </w:pPr>
            <w:r>
              <w:rPr>
                <w:b/>
                <w:color w:val="000000"/>
              </w:rPr>
              <w:t>UČNI CILJI</w:t>
            </w:r>
          </w:p>
          <w:p w14:paraId="68A7F3F9" w14:textId="77777777" w:rsidR="00080BF0" w:rsidRDefault="00000000">
            <w:pPr>
              <w:spacing w:after="20" w:line="245" w:lineRule="auto"/>
            </w:pPr>
            <w:r>
              <w:rPr>
                <w:b/>
                <w:color w:val="000000"/>
                <w:sz w:val="17"/>
              </w:rPr>
              <w:t>SPLOŠNI</w:t>
            </w:r>
          </w:p>
          <w:p w14:paraId="0E4777E5" w14:textId="77777777" w:rsidR="00080BF0" w:rsidRDefault="00000000">
            <w:pPr>
              <w:pStyle w:val="Oznaenseznam"/>
              <w:spacing w:after="16"/>
            </w:pPr>
            <w:r>
              <w:rPr>
                <w:color w:val="000000"/>
                <w:sz w:val="16"/>
              </w:rPr>
              <w:t>doživlja, opazuje, raziskuje in ustvarja likovne rešitve ter se odziva na naravo, predmete, podobe in književne motive</w:t>
            </w:r>
          </w:p>
          <w:p w14:paraId="66CF36E6" w14:textId="77777777" w:rsidR="00080BF0" w:rsidRDefault="00000000">
            <w:pPr>
              <w:pStyle w:val="Oznaenseznam"/>
              <w:spacing w:after="16"/>
            </w:pPr>
            <w:r>
              <w:rPr>
                <w:color w:val="000000"/>
                <w:sz w:val="16"/>
              </w:rPr>
              <w:t>uporablja črto, barvo, obliko, površino, prostor in različne materiale pri risanju, slikanju, odtiskovanju ali prostorskem oblikovanju</w:t>
            </w:r>
          </w:p>
          <w:p w14:paraId="367A03ED" w14:textId="77777777" w:rsidR="00080BF0" w:rsidRDefault="00000000">
            <w:pPr>
              <w:pStyle w:val="Oznaenseznam"/>
              <w:spacing w:after="16"/>
            </w:pPr>
            <w:r>
              <w:rPr>
                <w:color w:val="000000"/>
                <w:sz w:val="16"/>
              </w:rPr>
              <w:t>varno in odgovorno uporablja pripomočke, načrtuje delovni proces, vztraja, ureja delovno mesto in skrbi za skupna gradiva</w:t>
            </w:r>
          </w:p>
          <w:p w14:paraId="01F563EF" w14:textId="77777777" w:rsidR="00080BF0" w:rsidRDefault="00000000">
            <w:pPr>
              <w:pStyle w:val="Oznaenseznam"/>
              <w:spacing w:after="16"/>
            </w:pPr>
            <w:r>
              <w:rPr>
                <w:color w:val="000000"/>
                <w:sz w:val="16"/>
              </w:rPr>
              <w:t>predstavi likovno odločitev, posluša opisni odziv, samovrednoti proces ter po jasnem merilu izbere naslednji korak</w:t>
            </w:r>
          </w:p>
          <w:p w14:paraId="3E076A37" w14:textId="77777777" w:rsidR="00080BF0" w:rsidRDefault="00000000">
            <w:pPr>
              <w:spacing w:before="40" w:after="20" w:line="245" w:lineRule="auto"/>
            </w:pPr>
            <w:r>
              <w:rPr>
                <w:b/>
                <w:color w:val="000000"/>
                <w:sz w:val="17"/>
              </w:rPr>
              <w:t>OPERATIVNI</w:t>
            </w:r>
          </w:p>
          <w:p w14:paraId="3D82A822" w14:textId="77777777" w:rsidR="00080BF0" w:rsidRDefault="00000000">
            <w:pPr>
              <w:pStyle w:val="Oznaenseznam"/>
              <w:spacing w:after="16"/>
            </w:pPr>
            <w:r>
              <w:rPr>
                <w:color w:val="000000"/>
                <w:sz w:val="16"/>
              </w:rPr>
              <w:t>sodeluje pri razstavi</w:t>
            </w:r>
          </w:p>
          <w:p w14:paraId="5878FD43" w14:textId="77777777" w:rsidR="00080BF0" w:rsidRDefault="00000000">
            <w:pPr>
              <w:pStyle w:val="Oznaenseznam"/>
              <w:spacing w:after="16"/>
            </w:pPr>
            <w:r>
              <w:rPr>
                <w:color w:val="000000"/>
                <w:sz w:val="16"/>
              </w:rPr>
              <w:t>skrbi za izdelke</w:t>
            </w:r>
          </w:p>
          <w:p w14:paraId="3498D62C" w14:textId="77777777" w:rsidR="00080BF0" w:rsidRDefault="00000000">
            <w:pPr>
              <w:pStyle w:val="Oznaenseznam"/>
              <w:spacing w:after="16"/>
            </w:pPr>
            <w:r>
              <w:rPr>
                <w:color w:val="000000"/>
                <w:sz w:val="16"/>
              </w:rPr>
              <w:t>pospravi prostor</w:t>
            </w:r>
          </w:p>
          <w:p w14:paraId="665D1FDD" w14:textId="77777777" w:rsidR="00080BF0" w:rsidRDefault="00000000">
            <w:pPr>
              <w:spacing w:before="40" w:after="20" w:line="245" w:lineRule="auto"/>
            </w:pPr>
            <w:r>
              <w:rPr>
                <w:b/>
                <w:color w:val="000000"/>
                <w:sz w:val="17"/>
              </w:rPr>
              <w:t>PRIČAKOVANI DOSEŽKI / MINIMALNI POUDARKI</w:t>
            </w:r>
          </w:p>
          <w:p w14:paraId="1D9C3EDF" w14:textId="77777777" w:rsidR="00080BF0" w:rsidRDefault="00000000">
            <w:pPr>
              <w:pStyle w:val="Oznaenseznam"/>
              <w:spacing w:after="16"/>
            </w:pPr>
            <w:r>
              <w:rPr>
                <w:color w:val="000000"/>
                <w:sz w:val="15"/>
              </w:rPr>
              <w:t>samostojno oziroma z dogovorjeno oporo sodeluje pri razstavi</w:t>
            </w:r>
          </w:p>
          <w:p w14:paraId="0E24C5D5" w14:textId="77777777" w:rsidR="00080BF0" w:rsidRDefault="00000000">
            <w:pPr>
              <w:pStyle w:val="Oznaenseznam"/>
              <w:spacing w:after="16"/>
            </w:pPr>
            <w:r>
              <w:rPr>
                <w:color w:val="000000"/>
                <w:sz w:val="15"/>
              </w:rPr>
              <w:t>samostojno oziroma z dogovorjeno oporo skrbi za izdelke</w:t>
            </w:r>
          </w:p>
          <w:p w14:paraId="33C64788" w14:textId="77777777" w:rsidR="00080BF0" w:rsidRDefault="00000000">
            <w:pPr>
              <w:pStyle w:val="Oznaenseznam"/>
              <w:spacing w:after="16"/>
            </w:pPr>
            <w:r>
              <w:rPr>
                <w:color w:val="000000"/>
                <w:sz w:val="15"/>
              </w:rPr>
              <w:t>samostojno oziroma z dogovorjeno oporo pospravi prostor</w:t>
            </w:r>
          </w:p>
        </w:tc>
        <w:tc>
          <w:tcPr>
            <w:tcW w:w="7087" w:type="dxa"/>
            <w:tcMar>
              <w:top w:w="70" w:type="dxa"/>
              <w:left w:w="90" w:type="dxa"/>
              <w:bottom w:w="70" w:type="dxa"/>
              <w:right w:w="90" w:type="dxa"/>
            </w:tcMar>
          </w:tcPr>
          <w:p w14:paraId="58B30D5D"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62342F3" w14:textId="77777777">
              <w:trPr>
                <w:jc w:val="center"/>
              </w:trPr>
              <w:tc>
                <w:tcPr>
                  <w:tcW w:w="7087" w:type="dxa"/>
                  <w:shd w:val="clear" w:color="auto" w:fill="C6E7F3"/>
                  <w:tcMar>
                    <w:top w:w="45" w:type="dxa"/>
                    <w:left w:w="70" w:type="dxa"/>
                    <w:bottom w:w="45" w:type="dxa"/>
                    <w:right w:w="70" w:type="dxa"/>
                  </w:tcMar>
                </w:tcPr>
                <w:p w14:paraId="68148445" w14:textId="77777777" w:rsidR="00080BF0" w:rsidRDefault="00000000">
                  <w:pPr>
                    <w:keepNext/>
                  </w:pPr>
                  <w:r>
                    <w:rPr>
                      <w:b/>
                      <w:color w:val="000000"/>
                    </w:rPr>
                    <w:t>UVODNI DEL – likovna uganka, opazovanje, aktivacija predznanja in namen učenja (8–12 min)</w:t>
                  </w:r>
                </w:p>
              </w:tc>
            </w:tr>
          </w:tbl>
          <w:p w14:paraId="41CC5618" w14:textId="77777777" w:rsidR="00080BF0" w:rsidRDefault="00080BF0">
            <w:pPr>
              <w:spacing w:line="20" w:lineRule="exact"/>
            </w:pPr>
          </w:p>
          <w:p w14:paraId="570FAD43" w14:textId="77777777" w:rsidR="00080BF0" w:rsidRDefault="00000000">
            <w:pPr>
              <w:spacing w:before="40" w:after="60" w:line="245" w:lineRule="auto"/>
            </w:pPr>
            <w:r>
              <w:rPr>
                <w:color w:val="000000"/>
                <w:sz w:val="16"/>
              </w:rPr>
              <w:t>Ob književnem motivu »Moj prijatelj Piki Jakob« – Kajetan Kovič • NADALJEVANJE učenci vstopijo v temo prijateljstvo, hvaležnost, skupnost in varne počitnice. Učiteljica pokaže fotografijo, reprodukcijo, predmet ali material in pove kratko likovno zgodbo: v razredu se pojavi prazna razstavna oznaka; učenci poiščejo delo, ki bi mu pripadala, in utemeljijo, kako bi gledalcu predstavili temo »skupna postavitev«. Tematska rešitev: pripravi skupno razstavo spominov na razred. Učenci najprej tiho opazujejo, nato prvi odziv pokažejo z gibanjem, izbiro kartice, materialnim poskusom, skico ali kratko razlago.</w:t>
            </w:r>
          </w:p>
          <w:tbl>
            <w:tblPr>
              <w:tblStyle w:val="Tabelamrea"/>
              <w:tblW w:w="0" w:type="auto"/>
              <w:jc w:val="center"/>
              <w:tblLayout w:type="fixed"/>
              <w:tblLook w:val="04A0" w:firstRow="1" w:lastRow="0" w:firstColumn="1" w:lastColumn="0" w:noHBand="0" w:noVBand="1"/>
            </w:tblPr>
            <w:tblGrid>
              <w:gridCol w:w="7087"/>
            </w:tblGrid>
            <w:tr w:rsidR="00080BF0" w14:paraId="58168CF6" w14:textId="77777777">
              <w:trPr>
                <w:jc w:val="center"/>
              </w:trPr>
              <w:tc>
                <w:tcPr>
                  <w:tcW w:w="7087" w:type="dxa"/>
                  <w:shd w:val="clear" w:color="auto" w:fill="EDC9EA"/>
                  <w:tcMar>
                    <w:top w:w="45" w:type="dxa"/>
                    <w:left w:w="70" w:type="dxa"/>
                    <w:bottom w:w="45" w:type="dxa"/>
                    <w:right w:w="70" w:type="dxa"/>
                  </w:tcMar>
                </w:tcPr>
                <w:p w14:paraId="0F76B551" w14:textId="77777777" w:rsidR="00080BF0" w:rsidRDefault="00000000">
                  <w:pPr>
                    <w:keepNext/>
                  </w:pPr>
                  <w:r>
                    <w:rPr>
                      <w:b/>
                      <w:color w:val="000000"/>
                    </w:rPr>
                    <w:t>NAMENI UČENJA</w:t>
                  </w:r>
                </w:p>
              </w:tc>
            </w:tr>
          </w:tbl>
          <w:p w14:paraId="742A9D78" w14:textId="77777777" w:rsidR="00080BF0" w:rsidRDefault="00080BF0">
            <w:pPr>
              <w:spacing w:line="20" w:lineRule="exact"/>
            </w:pPr>
          </w:p>
          <w:p w14:paraId="21E7F836" w14:textId="77777777" w:rsidR="00080BF0" w:rsidRDefault="00000000">
            <w:pPr>
              <w:spacing w:before="20" w:after="20" w:line="245" w:lineRule="auto"/>
            </w:pPr>
            <w:r>
              <w:rPr>
                <w:color w:val="000000"/>
                <w:sz w:val="16"/>
              </w:rPr>
              <w:t>Učimo se zato, da bomo likovni problem pozorno opazili, varno raziskali lastnosti materiala, izbrali ustrezno likovno prvino ali postopek, ustvarili osebno rešitev ter jo po odzivu gledalca po želji izboljšali.</w:t>
            </w:r>
          </w:p>
          <w:p w14:paraId="5B29ED95" w14:textId="77777777" w:rsidR="00080BF0" w:rsidRDefault="00000000">
            <w:pPr>
              <w:pStyle w:val="Oznaenseznam"/>
              <w:spacing w:after="16"/>
            </w:pPr>
            <w:r>
              <w:rPr>
                <w:color w:val="000000"/>
                <w:sz w:val="16"/>
              </w:rPr>
              <w:t>sodelujem pri razstavi</w:t>
            </w:r>
          </w:p>
          <w:p w14:paraId="728C4F48" w14:textId="77777777" w:rsidR="00080BF0" w:rsidRDefault="00000000">
            <w:pPr>
              <w:pStyle w:val="Oznaenseznam"/>
              <w:spacing w:after="16"/>
            </w:pPr>
            <w:r>
              <w:rPr>
                <w:color w:val="000000"/>
                <w:sz w:val="16"/>
              </w:rPr>
              <w:t>skrbim za izdelke</w:t>
            </w:r>
          </w:p>
          <w:p w14:paraId="0BCA7B6A" w14:textId="77777777" w:rsidR="00080BF0" w:rsidRDefault="00000000">
            <w:pPr>
              <w:pStyle w:val="Oznaenseznam"/>
              <w:spacing w:after="16"/>
            </w:pPr>
            <w:r>
              <w:rPr>
                <w:color w:val="000000"/>
                <w:sz w:val="16"/>
              </w:rPr>
              <w:t>pospravi prostor</w:t>
            </w:r>
          </w:p>
          <w:tbl>
            <w:tblPr>
              <w:tblStyle w:val="Tabelamrea"/>
              <w:tblW w:w="0" w:type="auto"/>
              <w:jc w:val="center"/>
              <w:tblLayout w:type="fixed"/>
              <w:tblLook w:val="04A0" w:firstRow="1" w:lastRow="0" w:firstColumn="1" w:lastColumn="0" w:noHBand="0" w:noVBand="1"/>
            </w:tblPr>
            <w:tblGrid>
              <w:gridCol w:w="7087"/>
            </w:tblGrid>
            <w:tr w:rsidR="00080BF0" w14:paraId="36DE04D3" w14:textId="77777777">
              <w:trPr>
                <w:jc w:val="center"/>
              </w:trPr>
              <w:tc>
                <w:tcPr>
                  <w:tcW w:w="7087" w:type="dxa"/>
                  <w:shd w:val="clear" w:color="auto" w:fill="EDC9EA"/>
                  <w:tcMar>
                    <w:top w:w="45" w:type="dxa"/>
                    <w:left w:w="70" w:type="dxa"/>
                    <w:bottom w:w="45" w:type="dxa"/>
                    <w:right w:w="70" w:type="dxa"/>
                  </w:tcMar>
                </w:tcPr>
                <w:p w14:paraId="71ED4787" w14:textId="77777777" w:rsidR="00080BF0" w:rsidRDefault="00000000">
                  <w:pPr>
                    <w:keepNext/>
                  </w:pPr>
                  <w:r>
                    <w:rPr>
                      <w:b/>
                      <w:color w:val="000000"/>
                    </w:rPr>
                    <w:t>PREVERJANJE PREDZNANJA</w:t>
                  </w:r>
                </w:p>
              </w:tc>
            </w:tr>
          </w:tbl>
          <w:p w14:paraId="7E6BD303" w14:textId="77777777" w:rsidR="00080BF0" w:rsidRDefault="00080BF0">
            <w:pPr>
              <w:spacing w:line="20" w:lineRule="exact"/>
            </w:pPr>
          </w:p>
          <w:p w14:paraId="098B1B6B" w14:textId="77777777" w:rsidR="00080BF0" w:rsidRDefault="00000000">
            <w:pPr>
              <w:pStyle w:val="Oznaenseznam"/>
              <w:spacing w:after="16"/>
            </w:pPr>
            <w:r>
              <w:rPr>
                <w:color w:val="000000"/>
                <w:sz w:val="16"/>
              </w:rPr>
              <w:t>Kaj najprej opazim pri motivu, predmetu ali materialu, povezanem s temo »SKUPNA POSTAVITEV«?</w:t>
            </w:r>
          </w:p>
          <w:p w14:paraId="38A79F21" w14:textId="77777777" w:rsidR="00080BF0" w:rsidRDefault="00000000">
            <w:pPr>
              <w:pStyle w:val="Oznaenseznam"/>
              <w:spacing w:after="16"/>
            </w:pPr>
            <w:r>
              <w:rPr>
                <w:color w:val="000000"/>
                <w:sz w:val="16"/>
              </w:rPr>
              <w:t>Kaj že znam pokazati s črto, barvo, obliko, površino, prostorom ali materialom in katero možnost bi najprej preizkusil/-a?</w:t>
            </w:r>
          </w:p>
          <w:p w14:paraId="119084DD" w14:textId="77777777" w:rsidR="00080BF0" w:rsidRDefault="00000000">
            <w:pPr>
              <w:spacing w:after="40" w:line="245" w:lineRule="auto"/>
            </w:pPr>
            <w:r>
              <w:rPr>
                <w:i/>
                <w:color w:val="000000"/>
                <w:sz w:val="15"/>
              </w:rPr>
              <w:t>Učiteljica sprejme opazovalne, gibalne, materialne, slikovne in govorne odzive. Začetni dokaz zapiše brez vrednotenja, med procesom pa se z učenci vrača k prvi napovedi ter preverja spremembo razumevanja.</w:t>
            </w:r>
          </w:p>
          <w:tbl>
            <w:tblPr>
              <w:tblStyle w:val="Tabelamrea"/>
              <w:tblW w:w="0" w:type="auto"/>
              <w:jc w:val="center"/>
              <w:tblLayout w:type="fixed"/>
              <w:tblLook w:val="04A0" w:firstRow="1" w:lastRow="0" w:firstColumn="1" w:lastColumn="0" w:noHBand="0" w:noVBand="1"/>
            </w:tblPr>
            <w:tblGrid>
              <w:gridCol w:w="7087"/>
            </w:tblGrid>
            <w:tr w:rsidR="00080BF0" w14:paraId="435E31DE" w14:textId="77777777">
              <w:trPr>
                <w:jc w:val="center"/>
              </w:trPr>
              <w:tc>
                <w:tcPr>
                  <w:tcW w:w="7087" w:type="dxa"/>
                  <w:shd w:val="clear" w:color="auto" w:fill="EDC9EA"/>
                  <w:tcMar>
                    <w:top w:w="45" w:type="dxa"/>
                    <w:left w:w="70" w:type="dxa"/>
                    <w:bottom w:w="45" w:type="dxa"/>
                    <w:right w:w="70" w:type="dxa"/>
                  </w:tcMar>
                </w:tcPr>
                <w:p w14:paraId="7045DDE3" w14:textId="77777777" w:rsidR="00080BF0" w:rsidRDefault="00000000">
                  <w:pPr>
                    <w:keepNext/>
                  </w:pPr>
                  <w:r>
                    <w:rPr>
                      <w:b/>
                      <w:color w:val="000000"/>
                    </w:rPr>
                    <w:t>KRITERIJI USPEŠNOSTI</w:t>
                  </w:r>
                </w:p>
              </w:tc>
            </w:tr>
          </w:tbl>
          <w:p w14:paraId="0FABFAC7" w14:textId="77777777" w:rsidR="00080BF0" w:rsidRDefault="00080BF0"/>
          <w:p w14:paraId="53C051B3" w14:textId="77777777" w:rsidR="00080BF0" w:rsidRDefault="00000000">
            <w:pPr>
              <w:spacing w:before="20" w:after="20" w:line="245" w:lineRule="auto"/>
            </w:pPr>
            <w:r>
              <w:rPr>
                <w:b/>
                <w:color w:val="000000"/>
                <w:sz w:val="16"/>
              </w:rPr>
              <w:t>Uspešen/-na bom, ko:</w:t>
            </w:r>
          </w:p>
          <w:p w14:paraId="140B1CB7" w14:textId="77777777" w:rsidR="00080BF0" w:rsidRDefault="00000000">
            <w:pPr>
              <w:pStyle w:val="Oznaenseznam"/>
              <w:spacing w:after="16"/>
            </w:pPr>
            <w:r>
              <w:rPr>
                <w:color w:val="000000"/>
                <w:sz w:val="16"/>
              </w:rPr>
              <w:t>sodelujem pri razstavi</w:t>
            </w:r>
          </w:p>
          <w:p w14:paraId="09596669" w14:textId="77777777" w:rsidR="00080BF0" w:rsidRDefault="00000000">
            <w:pPr>
              <w:pStyle w:val="Oznaenseznam"/>
              <w:spacing w:after="16"/>
            </w:pPr>
            <w:r>
              <w:rPr>
                <w:color w:val="000000"/>
                <w:sz w:val="16"/>
              </w:rPr>
              <w:t>skrbim za izdelke</w:t>
            </w:r>
          </w:p>
          <w:p w14:paraId="45BA7A06" w14:textId="77777777" w:rsidR="00080BF0" w:rsidRDefault="00000000">
            <w:pPr>
              <w:pStyle w:val="Oznaenseznam"/>
              <w:spacing w:after="16"/>
            </w:pPr>
            <w:r>
              <w:rPr>
                <w:color w:val="000000"/>
                <w:sz w:val="16"/>
              </w:rPr>
              <w:t>pospravi prostor</w:t>
            </w:r>
          </w:p>
          <w:p w14:paraId="1DE814A5" w14:textId="77777777" w:rsidR="00080BF0" w:rsidRDefault="00000000">
            <w:pPr>
              <w:pStyle w:val="Oznaenseznam"/>
              <w:spacing w:after="16"/>
            </w:pPr>
            <w:r>
              <w:rPr>
                <w:color w:val="000000"/>
                <w:sz w:val="15"/>
              </w:rPr>
              <w:t>varno in namensko uporabim material, zaščitim prostor ter po delu uredim svojo postajo</w:t>
            </w:r>
          </w:p>
          <w:p w14:paraId="6B6CB6F6" w14:textId="77777777" w:rsidR="00080BF0" w:rsidRDefault="00000000">
            <w:pPr>
              <w:pStyle w:val="Oznaenseznam"/>
              <w:spacing w:after="16"/>
            </w:pPr>
            <w:r>
              <w:rPr>
                <w:color w:val="000000"/>
                <w:sz w:val="15"/>
              </w:rPr>
              <w:t>izberem konkreten dokaz, ga povežem z merilom, pojasnim eno likovno odločitev in po povratni informaciji izboljšam</w:t>
            </w:r>
          </w:p>
        </w:tc>
        <w:tc>
          <w:tcPr>
            <w:tcW w:w="2551" w:type="dxa"/>
            <w:tcMar>
              <w:top w:w="70" w:type="dxa"/>
              <w:left w:w="90" w:type="dxa"/>
              <w:bottom w:w="70" w:type="dxa"/>
              <w:right w:w="90" w:type="dxa"/>
            </w:tcMar>
          </w:tcPr>
          <w:p w14:paraId="44B3DDF9" w14:textId="77777777" w:rsidR="00080BF0" w:rsidRDefault="00080BF0"/>
          <w:p w14:paraId="435774CB" w14:textId="77777777" w:rsidR="00080BF0" w:rsidRDefault="00000000">
            <w:pPr>
              <w:spacing w:after="80" w:line="245" w:lineRule="auto"/>
            </w:pPr>
            <w:r>
              <w:rPr>
                <w:color w:val="000000"/>
                <w:sz w:val="16"/>
              </w:rPr>
              <w:t>V tišini opazuje podobo, predmet, material ali kratko motivno zgodbo ter prvi odziv pokaže z gibom, razvrstitvijo, kartico, materialnim poskusom, skico ali kratko razlago.</w:t>
            </w:r>
          </w:p>
          <w:p w14:paraId="0D2879B3" w14:textId="77777777" w:rsidR="00080BF0" w:rsidRDefault="00000000">
            <w:pPr>
              <w:spacing w:after="80" w:line="245" w:lineRule="auto"/>
            </w:pPr>
            <w:r>
              <w:rPr>
                <w:color w:val="000000"/>
                <w:sz w:val="16"/>
              </w:rPr>
              <w:t>Pove ali pokaže, kaj že zna opaziti in katero likovno možnost bi najprej preizkusil.</w:t>
            </w:r>
          </w:p>
          <w:p w14:paraId="64D1755B" w14:textId="77777777" w:rsidR="00080BF0" w:rsidRDefault="00000000">
            <w:pPr>
              <w:spacing w:after="100" w:line="245" w:lineRule="auto"/>
            </w:pPr>
            <w:r>
              <w:rPr>
                <w:color w:val="000000"/>
                <w:sz w:val="16"/>
              </w:rPr>
              <w:t>Sodeluje pri razumevanju namena, meril uspešnosti, varne rabe pripomočkov in načina dokazovanja.</w:t>
            </w:r>
          </w:p>
          <w:p w14:paraId="52902024" w14:textId="77777777" w:rsidR="00080BF0" w:rsidRDefault="00000000">
            <w:pPr>
              <w:spacing w:after="20" w:line="245" w:lineRule="auto"/>
            </w:pPr>
            <w:r>
              <w:rPr>
                <w:b/>
                <w:color w:val="D95BC6"/>
                <w:sz w:val="17"/>
              </w:rPr>
              <w:t>DOKAZ O UČENJU</w:t>
            </w:r>
          </w:p>
          <w:p w14:paraId="7E2DD71F" w14:textId="77777777" w:rsidR="00080BF0" w:rsidRDefault="00000000">
            <w:pPr>
              <w:spacing w:after="30" w:line="245" w:lineRule="auto"/>
            </w:pPr>
            <w:r>
              <w:rPr>
                <w:color w:val="D95BC6"/>
                <w:sz w:val="16"/>
              </w:rPr>
              <w:t>začetno opažanje, gibalna ponazoritev črte ali oblike, razvrstitev materialov, barvna napoved, poskusna sled, skica, izbira kartice ali kratka razlaga</w:t>
            </w:r>
          </w:p>
        </w:tc>
      </w:tr>
    </w:tbl>
    <w:p w14:paraId="61260DE8"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94F5AB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F058D9"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E8D2EF6" w14:textId="77777777" w:rsidR="00080BF0" w:rsidRDefault="00000000">
            <w:pPr>
              <w:jc w:val="center"/>
            </w:pPr>
            <w:r>
              <w:rPr>
                <w:b/>
                <w:color w:val="000000"/>
                <w:sz w:val="20"/>
              </w:rPr>
              <w:t>UČNE DEJAVNOSTI, METODE IN FORMATIVNO SPREMLJANJE</w:t>
            </w:r>
          </w:p>
        </w:tc>
      </w:tr>
      <w:tr w:rsidR="00080BF0" w14:paraId="230CFDD4" w14:textId="77777777">
        <w:trPr>
          <w:tblHeader/>
          <w:jc w:val="center"/>
        </w:trPr>
        <w:tc>
          <w:tcPr>
            <w:tcW w:w="4422" w:type="dxa"/>
            <w:vMerge/>
            <w:tcMar>
              <w:top w:w="70" w:type="dxa"/>
              <w:left w:w="90" w:type="dxa"/>
              <w:bottom w:w="70" w:type="dxa"/>
              <w:right w:w="90" w:type="dxa"/>
            </w:tcMar>
            <w:vAlign w:val="center"/>
          </w:tcPr>
          <w:p w14:paraId="64575BDE" w14:textId="77777777" w:rsidR="00080BF0" w:rsidRDefault="00080BF0"/>
        </w:tc>
        <w:tc>
          <w:tcPr>
            <w:tcW w:w="7087" w:type="dxa"/>
            <w:shd w:val="clear" w:color="auto" w:fill="FFFFFF"/>
            <w:tcMar>
              <w:top w:w="70" w:type="dxa"/>
              <w:left w:w="90" w:type="dxa"/>
              <w:bottom w:w="70" w:type="dxa"/>
              <w:right w:w="90" w:type="dxa"/>
            </w:tcMar>
            <w:vAlign w:val="center"/>
          </w:tcPr>
          <w:p w14:paraId="066C417F"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219638E" w14:textId="77777777" w:rsidR="00080BF0" w:rsidRDefault="00000000">
            <w:pPr>
              <w:jc w:val="center"/>
            </w:pPr>
            <w:r>
              <w:rPr>
                <w:b/>
                <w:color w:val="000000"/>
              </w:rPr>
              <w:t>UČENEC</w:t>
            </w:r>
          </w:p>
        </w:tc>
      </w:tr>
      <w:tr w:rsidR="00080BF0" w14:paraId="42F845E8" w14:textId="77777777">
        <w:trPr>
          <w:jc w:val="center"/>
        </w:trPr>
        <w:tc>
          <w:tcPr>
            <w:tcW w:w="4422" w:type="dxa"/>
            <w:tcMar>
              <w:top w:w="70" w:type="dxa"/>
              <w:left w:w="90" w:type="dxa"/>
              <w:bottom w:w="70" w:type="dxa"/>
              <w:right w:w="90" w:type="dxa"/>
            </w:tcMar>
          </w:tcPr>
          <w:p w14:paraId="44726D2F" w14:textId="77777777" w:rsidR="00080BF0" w:rsidRDefault="00080BF0"/>
          <w:p w14:paraId="74D37345" w14:textId="77777777" w:rsidR="00080BF0" w:rsidRDefault="00000000">
            <w:pPr>
              <w:spacing w:after="40" w:line="245" w:lineRule="auto"/>
            </w:pPr>
            <w:r>
              <w:rPr>
                <w:b/>
                <w:color w:val="000000"/>
              </w:rPr>
              <w:t>KLJUČNI LIKOVNI POJMI</w:t>
            </w:r>
          </w:p>
          <w:p w14:paraId="6EFA1E0B" w14:textId="77777777" w:rsidR="00080BF0" w:rsidRDefault="00000000">
            <w:pPr>
              <w:spacing w:after="60" w:line="245" w:lineRule="auto"/>
            </w:pPr>
            <w:r>
              <w:rPr>
                <w:color w:val="000000"/>
                <w:sz w:val="15"/>
              </w:rPr>
              <w:t>opazovanje, likovni problem, likovna odločitev, črta, barva, oblika, površina, prostor, kompozicija, material, tehnika, dokaz, povratna informacija, izbor, razstavna oznaka, postavitev, gledalec, likovna mapa, napredek</w:t>
            </w:r>
          </w:p>
          <w:p w14:paraId="0C5F6F21" w14:textId="77777777" w:rsidR="00080BF0" w:rsidRDefault="00000000">
            <w:pPr>
              <w:spacing w:after="20" w:line="245" w:lineRule="auto"/>
            </w:pPr>
            <w:r>
              <w:rPr>
                <w:b/>
                <w:color w:val="000000"/>
                <w:sz w:val="17"/>
              </w:rPr>
              <w:t>DOKAZI O UČENJU</w:t>
            </w:r>
          </w:p>
          <w:p w14:paraId="44370474" w14:textId="77777777" w:rsidR="00080BF0" w:rsidRDefault="00000000">
            <w:pPr>
              <w:pStyle w:val="Oznaenseznam"/>
              <w:spacing w:after="9"/>
            </w:pPr>
            <w:r>
              <w:rPr>
                <w:color w:val="000000"/>
                <w:sz w:val="15"/>
              </w:rPr>
              <w:t>likovni proces in izdelek, fotografija faze, učenčeva razlaga ter samovrednotenje v mapi.</w:t>
            </w:r>
          </w:p>
          <w:p w14:paraId="0DB2AA37" w14:textId="77777777" w:rsidR="00080BF0" w:rsidRDefault="00000000">
            <w:pPr>
              <w:spacing w:before="40" w:after="20" w:line="245" w:lineRule="auto"/>
            </w:pPr>
            <w:r>
              <w:rPr>
                <w:b/>
                <w:color w:val="000000"/>
                <w:sz w:val="17"/>
              </w:rPr>
              <w:t>LIKOVNO DOŽIVETJE IN IZKUŠENJSKI POUK</w:t>
            </w:r>
          </w:p>
          <w:p w14:paraId="1A38ABD1" w14:textId="77777777" w:rsidR="00080BF0" w:rsidRDefault="00000000">
            <w:pPr>
              <w:spacing w:after="60" w:line="245" w:lineRule="auto"/>
            </w:pPr>
            <w:r>
              <w:rPr>
                <w:color w:val="000000"/>
                <w:sz w:val="15"/>
              </w:rPr>
              <w:t>Učenec podobo, predmet, prostor in material najprej neposredno opazuje, tipa, primerja ali preizkusi. Iz konkretnega učinka oblikuje likovni pojem, sprejme osebno ustvarjalno odločitev ter preveri, kako izbrana črta, barva, oblika, površina, prostor ali spoj vpliva na rešitev in gledalca.</w:t>
            </w:r>
          </w:p>
          <w:p w14:paraId="0B242E5F" w14:textId="77777777" w:rsidR="00080BF0" w:rsidRDefault="00000000">
            <w:pPr>
              <w:spacing w:after="20" w:line="245" w:lineRule="auto"/>
            </w:pPr>
            <w:r>
              <w:rPr>
                <w:b/>
                <w:color w:val="000000"/>
                <w:sz w:val="17"/>
              </w:rPr>
              <w:t>POUČEVANJE V GIBANJU</w:t>
            </w:r>
          </w:p>
          <w:p w14:paraId="0613A3E5" w14:textId="77777777" w:rsidR="00080BF0" w:rsidRDefault="00000000">
            <w:pPr>
              <w:spacing w:after="60" w:line="245" w:lineRule="auto"/>
            </w:pPr>
            <w:r>
              <w:rPr>
                <w:color w:val="000000"/>
                <w:sz w:val="15"/>
              </w:rPr>
              <w:t>Črto, obliko, smer, ritem, razmerje, ravnotežje, volumen in prostorski odnos učenec ponazori s hojo, vrvjo, držo, telesno skulpturo, rutami, izbiro razgledne točke in ustvarjanjem stoje na velikem formatu. Prehodi med postajami potekajo ob kratkem vizualnem ali zvočnem znaku.</w:t>
            </w:r>
          </w:p>
          <w:p w14:paraId="3A833034" w14:textId="77777777" w:rsidR="00080BF0" w:rsidRDefault="00000000">
            <w:pPr>
              <w:spacing w:after="20" w:line="245" w:lineRule="auto"/>
            </w:pPr>
            <w:r>
              <w:rPr>
                <w:b/>
                <w:color w:val="000000"/>
                <w:sz w:val="17"/>
              </w:rPr>
              <w:t>DELO PO POSTAJAH</w:t>
            </w:r>
          </w:p>
          <w:p w14:paraId="55DD1494" w14:textId="77777777" w:rsidR="00080BF0" w:rsidRDefault="00000000">
            <w:pPr>
              <w:spacing w:after="20" w:line="245" w:lineRule="auto"/>
            </w:pPr>
            <w:r>
              <w:rPr>
                <w:color w:val="000000"/>
                <w:sz w:val="15"/>
              </w:rPr>
              <w:t>Pri eni uri so postaje kratke, 5–6-minutne, z vnaprej pripravljenim materialom; pri dveh urah skupine opravijo celoten krog in se v drugi uri vrnejo k osebnemu ustvarjanju, galeriji ter izboljšavi.</w:t>
            </w:r>
          </w:p>
          <w:p w14:paraId="1D6B5BDE" w14:textId="77777777" w:rsidR="00080BF0" w:rsidRDefault="00000000">
            <w:pPr>
              <w:spacing w:after="9" w:line="245" w:lineRule="auto"/>
            </w:pPr>
            <w:r>
              <w:rPr>
                <w:color w:val="000000"/>
                <w:sz w:val="14"/>
              </w:rPr>
              <w:t>1. Izbirna: iz mape izberem delo po dogovorjenem merilu in svojo odločitev utemeljim.</w:t>
            </w:r>
          </w:p>
          <w:p w14:paraId="3AB00EEB" w14:textId="77777777" w:rsidR="00080BF0" w:rsidRDefault="00000000">
            <w:pPr>
              <w:spacing w:after="9" w:line="245" w:lineRule="auto"/>
            </w:pPr>
            <w:r>
              <w:rPr>
                <w:color w:val="000000"/>
                <w:sz w:val="14"/>
              </w:rPr>
              <w:t>2. Kuratorska: preizkusim razporeditev, višino, zaporedje in razdaljo med deli ter varno uredim postavitev.</w:t>
            </w:r>
          </w:p>
          <w:p w14:paraId="0F391ADA" w14:textId="77777777" w:rsidR="00080BF0" w:rsidRDefault="00000000">
            <w:pPr>
              <w:spacing w:after="9" w:line="245" w:lineRule="auto"/>
            </w:pPr>
            <w:r>
              <w:rPr>
                <w:color w:val="000000"/>
                <w:sz w:val="14"/>
              </w:rPr>
              <w:t>3. Označevalna: izdelam naslov, simbol ali kratko oznako, ki gledalcu pomaga razumeti delo.</w:t>
            </w:r>
          </w:p>
          <w:p w14:paraId="1CC7C9A1" w14:textId="77777777" w:rsidR="00080BF0" w:rsidRDefault="00000000">
            <w:pPr>
              <w:spacing w:after="9" w:line="245" w:lineRule="auto"/>
            </w:pPr>
            <w:r>
              <w:rPr>
                <w:color w:val="000000"/>
                <w:sz w:val="14"/>
              </w:rPr>
              <w:t>4. Galerijska: prevzamem vlogo avtorja, vodnika ali obiskovalca, podam opisni odziv in določim naslednji korak.</w:t>
            </w:r>
          </w:p>
          <w:p w14:paraId="378EF450" w14:textId="77777777" w:rsidR="00080BF0" w:rsidRDefault="00000000">
            <w:pPr>
              <w:spacing w:after="20" w:line="245" w:lineRule="auto"/>
            </w:pPr>
            <w:r>
              <w:rPr>
                <w:b/>
                <w:color w:val="000000"/>
                <w:sz w:val="17"/>
              </w:rPr>
              <w:t>DIFERENCIACIJA IN VKLJUČEVANJE</w:t>
            </w:r>
          </w:p>
          <w:p w14:paraId="023F7E34" w14:textId="77777777" w:rsidR="00080BF0" w:rsidRDefault="00000000">
            <w:pPr>
              <w:spacing w:after="60" w:line="245" w:lineRule="auto"/>
            </w:pPr>
            <w:r>
              <w:rPr>
                <w:color w:val="000000"/>
                <w:sz w:val="14"/>
              </w:rPr>
              <w:t>Podpora: slikovni koraki, večji format, debelejša prijemala, predpripravljena podlaga, manjši izbor materialov ali omejena barvna paleta; postopek se pokaže po korakih, ne kot enoten končni vzorec. Učenec lahko dokaz poda z izdelkom, fotografijo faze, izbiro kartice, gibom, skico, simbolom ali kratko razlago. Izziv: samostojna kombinacija tehnik.</w:t>
            </w:r>
          </w:p>
          <w:p w14:paraId="58D93BE6" w14:textId="77777777" w:rsidR="00080BF0" w:rsidRDefault="00000000">
            <w:pPr>
              <w:spacing w:after="20" w:line="245" w:lineRule="auto"/>
            </w:pPr>
            <w:r>
              <w:rPr>
                <w:b/>
                <w:color w:val="000000"/>
                <w:sz w:val="17"/>
              </w:rPr>
              <w:t>SPREMLJANJE</w:t>
            </w:r>
          </w:p>
          <w:p w14:paraId="20DBCA70" w14:textId="77777777" w:rsidR="00080BF0" w:rsidRDefault="00000000">
            <w:pPr>
              <w:spacing w:after="30" w:line="245" w:lineRule="auto"/>
            </w:pPr>
            <w:r>
              <w:rPr>
                <w:color w:val="000000"/>
                <w:sz w:val="15"/>
              </w:rPr>
              <w:t>Učiteljica sproti zapiše kakovost opazovanja, izbor in varno rabo materiala, načrtovanje, vztrajanje, uporabo likovnega pojma, samostojnost, uporabljeno oporo, odziv na povratno informacijo in naslednji korak.</w:t>
            </w:r>
          </w:p>
        </w:tc>
        <w:tc>
          <w:tcPr>
            <w:tcW w:w="7087" w:type="dxa"/>
            <w:tcMar>
              <w:top w:w="70" w:type="dxa"/>
              <w:left w:w="90" w:type="dxa"/>
              <w:bottom w:w="70" w:type="dxa"/>
              <w:right w:w="90" w:type="dxa"/>
            </w:tcMar>
          </w:tcPr>
          <w:p w14:paraId="2AF1FA0A"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7068DD2D" w14:textId="77777777">
              <w:trPr>
                <w:jc w:val="center"/>
              </w:trPr>
              <w:tc>
                <w:tcPr>
                  <w:tcW w:w="7087" w:type="dxa"/>
                  <w:shd w:val="clear" w:color="auto" w:fill="C6E7F3"/>
                  <w:tcMar>
                    <w:top w:w="45" w:type="dxa"/>
                    <w:left w:w="70" w:type="dxa"/>
                    <w:bottom w:w="45" w:type="dxa"/>
                    <w:right w:w="70" w:type="dxa"/>
                  </w:tcMar>
                </w:tcPr>
                <w:p w14:paraId="201212D3" w14:textId="77777777" w:rsidR="00080BF0" w:rsidRDefault="00000000">
                  <w:pPr>
                    <w:keepNext/>
                  </w:pPr>
                  <w:r>
                    <w:rPr>
                      <w:b/>
                      <w:color w:val="000000"/>
                      <w:sz w:val="17"/>
                    </w:rPr>
                    <w:t>GLAVNI DEL – OPAZOVANJE, MATERIALNI PREIZKUS, USTVARJANJE IN GALERIJA (1 šolska ura)</w:t>
                  </w:r>
                </w:p>
              </w:tc>
            </w:tr>
          </w:tbl>
          <w:p w14:paraId="01F9EDDB" w14:textId="77777777" w:rsidR="00080BF0" w:rsidRDefault="00080BF0">
            <w:pPr>
              <w:spacing w:line="20" w:lineRule="exact"/>
            </w:pPr>
          </w:p>
          <w:p w14:paraId="6C268A40" w14:textId="77777777" w:rsidR="00080BF0" w:rsidRDefault="00000000">
            <w:pPr>
              <w:keepNext/>
              <w:spacing w:before="22" w:after="8" w:line="245" w:lineRule="auto"/>
            </w:pPr>
            <w:r>
              <w:rPr>
                <w:b/>
                <w:color w:val="000000"/>
                <w:sz w:val="16"/>
              </w:rPr>
              <w:t>1. URA – Skupna postavitev – Ustvarjam, predstavim, izboljšam</w:t>
            </w:r>
          </w:p>
          <w:p w14:paraId="1D92B317" w14:textId="77777777" w:rsidR="00080BF0" w:rsidRDefault="00000000">
            <w:pPr>
              <w:spacing w:after="10" w:line="245" w:lineRule="auto"/>
            </w:pPr>
            <w:r>
              <w:rPr>
                <w:b/>
                <w:color w:val="000000"/>
                <w:sz w:val="15"/>
              </w:rPr>
              <w:t xml:space="preserve">Dejavnost učiteljice: </w:t>
            </w:r>
            <w:r>
              <w:rPr>
                <w:color w:val="000000"/>
                <w:sz w:val="15"/>
              </w:rPr>
              <w:t>Uvod 5': 5' – Obnovi namen in kriterije, pripravi materiale po postajah ter ponovi varnost in ravnanje z odpadki. Osrednji del 30': 30' – Spremlja samostojno ustvarjanje na temo »SKUPNA POSTAVITEV«; postavlja vprašanja o nameri, nudi tehnično oporo in omogoči izboljšavo. Zaključek 10': 10' – Izvede tiho galerijo; modelira odziv »Opazim … / Učinkuje … / Lahko poskusiš …« ter vodi pospravljanje.</w:t>
            </w:r>
          </w:p>
          <w:p w14:paraId="1FED2AE3" w14:textId="77777777" w:rsidR="00080BF0" w:rsidRDefault="00000000">
            <w:pPr>
              <w:spacing w:after="10" w:line="245" w:lineRule="auto"/>
            </w:pPr>
            <w:r>
              <w:rPr>
                <w:b/>
                <w:color w:val="000000"/>
                <w:sz w:val="15"/>
              </w:rPr>
              <w:t xml:space="preserve">Dejavnost učencev: </w:t>
            </w:r>
            <w:r>
              <w:rPr>
                <w:color w:val="000000"/>
                <w:sz w:val="15"/>
              </w:rPr>
              <w:t>Uvodno opazuje in napove: Pripravi prostor in materiale, pokaže svoj načrt ter izbere prvi izvedbeni korak. Nato preizkuša in ustvarja: Ustvarja, preizkuša, vztraja, sprejme tehnično pomoč in po povratni informaciji po želji spremeni del rešitve. Ob koncu predstavi in vrednoti: V galeriji izbere delo, opiše konkretno likovno rešitev.</w:t>
            </w:r>
          </w:p>
          <w:p w14:paraId="6892FC69" w14:textId="77777777" w:rsidR="00080BF0" w:rsidRDefault="00000000">
            <w:pPr>
              <w:spacing w:after="22" w:line="245" w:lineRule="auto"/>
            </w:pPr>
            <w:r>
              <w:rPr>
                <w:i/>
                <w:color w:val="D95BC6"/>
                <w:sz w:val="14"/>
              </w:rPr>
              <w:t>Predvideni dokaz: likovni proces in izdelek, fotografija faze, učenčeva razlaga ter samovrednotenje v mapi..</w:t>
            </w:r>
          </w:p>
          <w:tbl>
            <w:tblPr>
              <w:tblStyle w:val="Tabelamrea"/>
              <w:tblW w:w="0" w:type="auto"/>
              <w:jc w:val="center"/>
              <w:tblLayout w:type="fixed"/>
              <w:tblLook w:val="04A0" w:firstRow="1" w:lastRow="0" w:firstColumn="1" w:lastColumn="0" w:noHBand="0" w:noVBand="1"/>
            </w:tblPr>
            <w:tblGrid>
              <w:gridCol w:w="7087"/>
            </w:tblGrid>
            <w:tr w:rsidR="00080BF0" w14:paraId="5AA45E7D" w14:textId="77777777">
              <w:trPr>
                <w:jc w:val="center"/>
              </w:trPr>
              <w:tc>
                <w:tcPr>
                  <w:tcW w:w="7087" w:type="dxa"/>
                  <w:shd w:val="clear" w:color="auto" w:fill="EDC9EA"/>
                  <w:tcMar>
                    <w:top w:w="45" w:type="dxa"/>
                    <w:left w:w="70" w:type="dxa"/>
                    <w:bottom w:w="45" w:type="dxa"/>
                    <w:right w:w="70" w:type="dxa"/>
                  </w:tcMar>
                </w:tcPr>
                <w:p w14:paraId="69EA3FF4" w14:textId="77777777" w:rsidR="00080BF0" w:rsidRDefault="00000000">
                  <w:pPr>
                    <w:keepNext/>
                  </w:pPr>
                  <w:r>
                    <w:rPr>
                      <w:b/>
                      <w:color w:val="000000"/>
                      <w:sz w:val="17"/>
                    </w:rPr>
                    <w:t>ORGANIZACIJA POSTAJ IN PREHODOV</w:t>
                  </w:r>
                </w:p>
              </w:tc>
            </w:tr>
          </w:tbl>
          <w:p w14:paraId="6EC9BBFF" w14:textId="77777777" w:rsidR="00080BF0" w:rsidRDefault="00080BF0"/>
          <w:p w14:paraId="4C3E16A1" w14:textId="77777777" w:rsidR="00080BF0" w:rsidRDefault="00000000">
            <w:pPr>
              <w:spacing w:before="8" w:after="8" w:line="245" w:lineRule="auto"/>
            </w:pPr>
            <w:r>
              <w:rPr>
                <w:color w:val="000000"/>
                <w:sz w:val="14"/>
              </w:rPr>
              <w:t>Postaja 1: Izbirna: iz mape izberem delo po dogovorjenem merilu in svojo odločitev utemeljim.</w:t>
            </w:r>
          </w:p>
          <w:p w14:paraId="04F6F509" w14:textId="77777777" w:rsidR="00080BF0" w:rsidRDefault="00000000">
            <w:pPr>
              <w:spacing w:before="8" w:after="8" w:line="245" w:lineRule="auto"/>
            </w:pPr>
            <w:r>
              <w:rPr>
                <w:color w:val="000000"/>
                <w:sz w:val="14"/>
              </w:rPr>
              <w:t>Postaja 2: Kuratorska: preizkusim razporeditev, višino, zaporedje in razdaljo med deli ter varno uredim postavitev.</w:t>
            </w:r>
          </w:p>
          <w:p w14:paraId="112305E2" w14:textId="77777777" w:rsidR="00080BF0" w:rsidRDefault="00000000">
            <w:pPr>
              <w:spacing w:before="8" w:after="8" w:line="245" w:lineRule="auto"/>
            </w:pPr>
            <w:r>
              <w:rPr>
                <w:color w:val="000000"/>
                <w:sz w:val="14"/>
              </w:rPr>
              <w:t>Postaja 3: Označevalna: izdelam naslov, simbol ali kratko oznako, ki gledalcu pomaga razumeti delo.</w:t>
            </w:r>
          </w:p>
          <w:p w14:paraId="07A557A4" w14:textId="77777777" w:rsidR="00080BF0" w:rsidRDefault="00000000">
            <w:pPr>
              <w:spacing w:before="8" w:after="8" w:line="245" w:lineRule="auto"/>
            </w:pPr>
            <w:r>
              <w:rPr>
                <w:color w:val="000000"/>
                <w:sz w:val="14"/>
              </w:rPr>
              <w:t>Postaja 4: Galerijska: prevzamem vlogo avtorja, vodnika ali obiskovalca, podam opisni odziv in določim naslednji korak.</w:t>
            </w:r>
          </w:p>
          <w:p w14:paraId="6D1FEC51" w14:textId="77777777" w:rsidR="00080BF0" w:rsidRDefault="00000000">
            <w:pPr>
              <w:spacing w:before="20" w:after="30" w:line="245" w:lineRule="auto"/>
            </w:pPr>
            <w:r>
              <w:rPr>
                <w:color w:val="000000"/>
                <w:sz w:val="14"/>
              </w:rPr>
              <w:t>Vloge krožijo: opazovalec, skrbnik materiala, ustvarjalec, preizkuševalec oziroma galerijski poročevalec. Dogovorjeni znak pomeni konec, zapiranje pripomočkov, ureditev mize in varen prehod. Povratna informacija je kratka, vezana na eno vidno merilo in takoj uporabljena pri naslednjem poskusu ali izboljšavi.</w:t>
            </w:r>
          </w:p>
        </w:tc>
        <w:tc>
          <w:tcPr>
            <w:tcW w:w="2551" w:type="dxa"/>
            <w:tcMar>
              <w:top w:w="70" w:type="dxa"/>
              <w:left w:w="90" w:type="dxa"/>
              <w:bottom w:w="70" w:type="dxa"/>
              <w:right w:w="90" w:type="dxa"/>
            </w:tcMar>
          </w:tcPr>
          <w:p w14:paraId="7CB9D309" w14:textId="77777777" w:rsidR="00080BF0" w:rsidRDefault="00080BF0"/>
          <w:p w14:paraId="7FE20AF5" w14:textId="77777777" w:rsidR="00080BF0" w:rsidRDefault="00000000">
            <w:pPr>
              <w:spacing w:after="6" w:line="245" w:lineRule="auto"/>
            </w:pPr>
            <w:r>
              <w:rPr>
                <w:b/>
                <w:color w:val="000000"/>
                <w:sz w:val="15"/>
              </w:rPr>
              <w:t>1. URA – Skupna postavitev – Ustvarjam, predstavim, izboljšam</w:t>
            </w:r>
          </w:p>
          <w:p w14:paraId="1DCB619A" w14:textId="77777777" w:rsidR="00080BF0" w:rsidRDefault="00000000">
            <w:pPr>
              <w:spacing w:after="9" w:line="245" w:lineRule="auto"/>
            </w:pPr>
            <w:r>
              <w:rPr>
                <w:color w:val="000000"/>
                <w:sz w:val="14"/>
              </w:rPr>
              <w:t>Uvodno opazuje in napove: Pripravi prostor in materiale, pokaže svoj načrt ter izbere prvi izvedbeni korak. Nato preizkuša in ustvarja: Ustvarja.</w:t>
            </w:r>
          </w:p>
          <w:p w14:paraId="1E6C0985" w14:textId="77777777" w:rsidR="00080BF0" w:rsidRDefault="00000000">
            <w:pPr>
              <w:spacing w:after="20" w:line="245" w:lineRule="auto"/>
            </w:pPr>
            <w:r>
              <w:rPr>
                <w:color w:val="D95BC6"/>
                <w:sz w:val="14"/>
              </w:rPr>
              <w:t>Dokaz: likovni proces in izdelek, fotografija faze, učenčeva razlaga ter samovrednotenje v mapi.</w:t>
            </w:r>
          </w:p>
          <w:p w14:paraId="31B5EC1D" w14:textId="77777777" w:rsidR="00080BF0" w:rsidRDefault="00000000">
            <w:pPr>
              <w:spacing w:before="40" w:after="20" w:line="245" w:lineRule="auto"/>
            </w:pPr>
            <w:r>
              <w:rPr>
                <w:b/>
                <w:color w:val="D95BC6"/>
                <w:sz w:val="16"/>
              </w:rPr>
              <w:t>MOJ KROG POSTAJ</w:t>
            </w:r>
          </w:p>
          <w:p w14:paraId="2B2FE23D" w14:textId="77777777" w:rsidR="00080BF0" w:rsidRDefault="00000000">
            <w:pPr>
              <w:spacing w:after="11" w:line="245" w:lineRule="auto"/>
            </w:pPr>
            <w:r>
              <w:rPr>
                <w:color w:val="000000"/>
                <w:sz w:val="13"/>
              </w:rPr>
              <w:t>1. Izbirna: iz mape izberem delo po dogovorjenem merilu in svojo odločitev utemeljim.</w:t>
            </w:r>
          </w:p>
          <w:p w14:paraId="6706FF7F" w14:textId="77777777" w:rsidR="00080BF0" w:rsidRDefault="00000000">
            <w:pPr>
              <w:spacing w:after="11" w:line="245" w:lineRule="auto"/>
            </w:pPr>
            <w:r>
              <w:rPr>
                <w:color w:val="000000"/>
                <w:sz w:val="13"/>
              </w:rPr>
              <w:t>2. Kuratorska: preizkusim razporeditev, višino, zaporedje in razdaljo med deli ter varno uredim.</w:t>
            </w:r>
          </w:p>
          <w:p w14:paraId="128493F7" w14:textId="77777777" w:rsidR="00080BF0" w:rsidRDefault="00000000">
            <w:pPr>
              <w:spacing w:after="11" w:line="245" w:lineRule="auto"/>
            </w:pPr>
            <w:r>
              <w:rPr>
                <w:color w:val="000000"/>
                <w:sz w:val="13"/>
              </w:rPr>
              <w:t>3. Označevalna: izdelam naslov, simbol ali kratko oznako, ki gledalcu pomaga razumeti delo.</w:t>
            </w:r>
          </w:p>
          <w:p w14:paraId="032D22A2" w14:textId="77777777" w:rsidR="00080BF0" w:rsidRDefault="00000000">
            <w:pPr>
              <w:spacing w:after="11" w:line="245" w:lineRule="auto"/>
            </w:pPr>
            <w:r>
              <w:rPr>
                <w:color w:val="000000"/>
                <w:sz w:val="13"/>
              </w:rPr>
              <w:t>4. Galerijska: prevzamem vlogo avtorja, vodnika ali obiskovalca.</w:t>
            </w:r>
          </w:p>
          <w:p w14:paraId="7596414B" w14:textId="77777777" w:rsidR="00080BF0" w:rsidRDefault="00000000">
            <w:pPr>
              <w:spacing w:after="20" w:line="245" w:lineRule="auto"/>
            </w:pPr>
            <w:r>
              <w:rPr>
                <w:color w:val="000000"/>
                <w:sz w:val="14"/>
              </w:rPr>
              <w:t>Ob dogovorjenem znaku zaključim, zaprem ali odložim pripomoček, uredim mizo, pogledam smer in z vlogo varno preidem na naslednjo postajo.</w:t>
            </w:r>
          </w:p>
          <w:p w14:paraId="2053CD0A" w14:textId="77777777" w:rsidR="00080BF0" w:rsidRDefault="00000000">
            <w:pPr>
              <w:spacing w:after="20" w:line="245" w:lineRule="auto"/>
            </w:pPr>
            <w:r>
              <w:rPr>
                <w:b/>
                <w:color w:val="D95BC6"/>
                <w:sz w:val="17"/>
              </w:rPr>
              <w:t>DOKAZ O UČENJU</w:t>
            </w:r>
          </w:p>
          <w:p w14:paraId="49EDCDAD" w14:textId="77777777" w:rsidR="00080BF0" w:rsidRDefault="00000000">
            <w:pPr>
              <w:spacing w:after="30" w:line="245" w:lineRule="auto"/>
            </w:pPr>
            <w:r>
              <w:rPr>
                <w:color w:val="D95BC6"/>
                <w:sz w:val="14"/>
              </w:rPr>
              <w:t>opazovalna odločitev, materialni poskus, gibalna ponazoritev, skica ali načrt, vmesna faza, končni izdelek, praktični preizkus, razlaga likovne odločitve, galerijski odziv in izboljšava</w:t>
            </w:r>
          </w:p>
        </w:tc>
      </w:tr>
    </w:tbl>
    <w:p w14:paraId="499EA9E0" w14:textId="77777777" w:rsidR="00080BF0"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080BF0" w14:paraId="22C5F10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6E7D2FC" w14:textId="77777777" w:rsidR="00080BF0"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695FADD" w14:textId="77777777" w:rsidR="00080BF0" w:rsidRDefault="00000000">
            <w:pPr>
              <w:jc w:val="center"/>
            </w:pPr>
            <w:r>
              <w:rPr>
                <w:b/>
                <w:color w:val="000000"/>
                <w:sz w:val="20"/>
              </w:rPr>
              <w:t>UČNE DEJAVNOSTI, METODE IN FORMATIVNO SPREMLJANJE</w:t>
            </w:r>
          </w:p>
        </w:tc>
      </w:tr>
      <w:tr w:rsidR="00080BF0" w14:paraId="5C35D355" w14:textId="77777777">
        <w:trPr>
          <w:tblHeader/>
          <w:jc w:val="center"/>
        </w:trPr>
        <w:tc>
          <w:tcPr>
            <w:tcW w:w="4422" w:type="dxa"/>
            <w:vMerge/>
            <w:tcMar>
              <w:top w:w="70" w:type="dxa"/>
              <w:left w:w="90" w:type="dxa"/>
              <w:bottom w:w="70" w:type="dxa"/>
              <w:right w:w="90" w:type="dxa"/>
            </w:tcMar>
            <w:vAlign w:val="center"/>
          </w:tcPr>
          <w:p w14:paraId="1EBBDC2E" w14:textId="77777777" w:rsidR="00080BF0" w:rsidRDefault="00080BF0"/>
        </w:tc>
        <w:tc>
          <w:tcPr>
            <w:tcW w:w="7087" w:type="dxa"/>
            <w:shd w:val="clear" w:color="auto" w:fill="FFFFFF"/>
            <w:tcMar>
              <w:top w:w="70" w:type="dxa"/>
              <w:left w:w="90" w:type="dxa"/>
              <w:bottom w:w="70" w:type="dxa"/>
              <w:right w:w="90" w:type="dxa"/>
            </w:tcMar>
            <w:vAlign w:val="center"/>
          </w:tcPr>
          <w:p w14:paraId="27FA8D41" w14:textId="77777777" w:rsidR="00080BF0"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209C776" w14:textId="77777777" w:rsidR="00080BF0" w:rsidRDefault="00000000">
            <w:pPr>
              <w:jc w:val="center"/>
            </w:pPr>
            <w:r>
              <w:rPr>
                <w:b/>
                <w:color w:val="000000"/>
              </w:rPr>
              <w:t>UČENEC</w:t>
            </w:r>
          </w:p>
        </w:tc>
      </w:tr>
      <w:tr w:rsidR="00080BF0" w14:paraId="07C2DBD3" w14:textId="77777777">
        <w:trPr>
          <w:jc w:val="center"/>
        </w:trPr>
        <w:tc>
          <w:tcPr>
            <w:tcW w:w="4422" w:type="dxa"/>
            <w:tcMar>
              <w:top w:w="70" w:type="dxa"/>
              <w:left w:w="90" w:type="dxa"/>
              <w:bottom w:w="70" w:type="dxa"/>
              <w:right w:w="90" w:type="dxa"/>
            </w:tcMar>
          </w:tcPr>
          <w:p w14:paraId="17F93913" w14:textId="77777777" w:rsidR="00080BF0" w:rsidRDefault="00080BF0"/>
          <w:p w14:paraId="4F0F5588" w14:textId="77777777" w:rsidR="00080BF0" w:rsidRDefault="00000000">
            <w:pPr>
              <w:spacing w:after="40" w:line="245" w:lineRule="auto"/>
            </w:pPr>
            <w:r>
              <w:rPr>
                <w:b/>
                <w:color w:val="000000"/>
              </w:rPr>
              <w:t>FORMATIVNO SPREMLJANJE</w:t>
            </w:r>
          </w:p>
          <w:p w14:paraId="1A513520" w14:textId="77777777" w:rsidR="00080BF0" w:rsidRDefault="00000000">
            <w:pPr>
              <w:pStyle w:val="Oznaenseznam"/>
              <w:spacing w:after="16"/>
            </w:pPr>
            <w:r>
              <w:rPr>
                <w:color w:val="000000"/>
                <w:sz w:val="15"/>
              </w:rPr>
              <w:t>predznanje: opažanje, gibalna ponazoritev, izbira kartice, razvrstitev materialov, poskusna sled ali skica</w:t>
            </w:r>
          </w:p>
          <w:p w14:paraId="386FC3A0" w14:textId="77777777" w:rsidR="00080BF0" w:rsidRDefault="00000000">
            <w:pPr>
              <w:pStyle w:val="Oznaenseznam"/>
              <w:spacing w:after="16"/>
            </w:pPr>
            <w:r>
              <w:rPr>
                <w:color w:val="000000"/>
                <w:sz w:val="15"/>
              </w:rPr>
              <w:t>nameni in merila: kratka poved, slikovni znak, model varnega postopka in vidna merila osebne likovne rešitve</w:t>
            </w:r>
          </w:p>
          <w:p w14:paraId="32B0910A" w14:textId="77777777" w:rsidR="00080BF0" w:rsidRDefault="00000000">
            <w:pPr>
              <w:pStyle w:val="Oznaenseznam"/>
              <w:spacing w:after="16"/>
            </w:pPr>
            <w:r>
              <w:rPr>
                <w:color w:val="000000"/>
                <w:sz w:val="15"/>
              </w:rPr>
              <w:t>dokazi med učenjem: materialni preizkus, skica, načrt, fotografija faze, vmesni izdelek, praktični preizkus ali razlaga</w:t>
            </w:r>
          </w:p>
          <w:p w14:paraId="3AB90426" w14:textId="77777777" w:rsidR="00080BF0" w:rsidRDefault="00000000">
            <w:pPr>
              <w:pStyle w:val="Oznaenseznam"/>
              <w:spacing w:after="16"/>
            </w:pPr>
            <w:r>
              <w:rPr>
                <w:color w:val="000000"/>
                <w:sz w:val="15"/>
              </w:rPr>
              <w:t>povratna informacija: opis vidne likovne odločitve, povezava z enim merilom in izvedljiv naslednji korak</w:t>
            </w:r>
          </w:p>
          <w:p w14:paraId="66E105A3" w14:textId="77777777" w:rsidR="00080BF0" w:rsidRDefault="00000000">
            <w:pPr>
              <w:pStyle w:val="Oznaenseznam"/>
              <w:spacing w:after="16"/>
            </w:pPr>
            <w:r>
              <w:rPr>
                <w:color w:val="000000"/>
                <w:sz w:val="15"/>
              </w:rPr>
              <w:t>samovrednotenje: likovni semafor, lestvica samostojnosti, izbran dokaz, galerijski odziv in izboljšava</w:t>
            </w:r>
          </w:p>
          <w:p w14:paraId="61A22444" w14:textId="77777777" w:rsidR="00080BF0" w:rsidRDefault="00000000">
            <w:pPr>
              <w:spacing w:before="40" w:after="20" w:line="245" w:lineRule="auto"/>
            </w:pPr>
            <w:r>
              <w:rPr>
                <w:b/>
                <w:color w:val="000000"/>
                <w:sz w:val="17"/>
              </w:rPr>
              <w:t>VARNOST, HIGIENA IN UREDITEV PROSTORA</w:t>
            </w:r>
          </w:p>
          <w:p w14:paraId="24562DAE" w14:textId="77777777" w:rsidR="00080BF0" w:rsidRDefault="00000000">
            <w:pPr>
              <w:spacing w:after="60" w:line="245" w:lineRule="auto"/>
            </w:pPr>
            <w:r>
              <w:rPr>
                <w:color w:val="000000"/>
                <w:sz w:val="15"/>
              </w:rPr>
              <w:t>Učiteljica pred začetkom zaščiti delovne površine, preveri neoporečnost in dostopnost materialov ter dogovori varen prenos pripomočkov. Učenci škarje prenašajo zaprte, lepilo in barve uporabljajo namensko, ne okušajo materialov, skrbijo za razdaljo pri delu na velikem formatu, sproti brišejo razlito tekočino, po dejavnosti uredijo postajo in si umijejo roke. Razstavljanje poteka na dosegljivi višini; učenci ne plezajo na pohištvo in ne zakrivajo prehodov.</w:t>
            </w:r>
          </w:p>
          <w:p w14:paraId="1923320C" w14:textId="77777777" w:rsidR="00080BF0" w:rsidRDefault="00000000">
            <w:pPr>
              <w:spacing w:after="20" w:line="245" w:lineRule="auto"/>
            </w:pPr>
            <w:r>
              <w:rPr>
                <w:b/>
                <w:color w:val="000000"/>
                <w:sz w:val="17"/>
              </w:rPr>
              <w:t>EVIDENCA PO IZVEDBI</w:t>
            </w:r>
          </w:p>
          <w:p w14:paraId="7643B4EC" w14:textId="77777777" w:rsidR="00080BF0"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Potrebna ponovitev ali prilagoditev: ______________________________</w:t>
            </w:r>
            <w:r>
              <w:rPr>
                <w:color w:val="000000"/>
                <w:sz w:val="15"/>
              </w:rPr>
              <w:br/>
              <w:t>Opažanja o opazovanju, rabi materiala, procesu, izdelku in refleksiji: ______________________________</w:t>
            </w:r>
          </w:p>
          <w:p w14:paraId="1E80B547" w14:textId="77777777" w:rsidR="00080BF0" w:rsidRDefault="00000000">
            <w:pPr>
              <w:spacing w:before="40" w:after="20" w:line="245" w:lineRule="auto"/>
            </w:pPr>
            <w:r>
              <w:rPr>
                <w:b/>
                <w:color w:val="000000"/>
                <w:sz w:val="17"/>
              </w:rPr>
              <w:t>RAVEN DOSEGANJA</w:t>
            </w:r>
          </w:p>
          <w:p w14:paraId="4AB71BDD" w14:textId="77777777" w:rsidR="00080BF0" w:rsidRDefault="00000000">
            <w:pPr>
              <w:spacing w:after="30" w:line="245" w:lineRule="auto"/>
            </w:pPr>
            <w:r>
              <w:rPr>
                <w:color w:val="000000"/>
                <w:sz w:val="15"/>
              </w:rPr>
              <w:t>DOSEGA – samostojno pokaže bistveni procesni ali izdelkovni dokaz.  DELNO DOSEGA – cilj doseže ob občasni usmeritvi, slikovnem koraku ali tehnični opori.  ŠE NE DOSEGA – potrebuje ponoven materialni preizkus, prilagoditev in manjši opazljiv cilj.</w:t>
            </w:r>
          </w:p>
        </w:tc>
        <w:tc>
          <w:tcPr>
            <w:tcW w:w="7087" w:type="dxa"/>
            <w:tcMar>
              <w:top w:w="70" w:type="dxa"/>
              <w:left w:w="90" w:type="dxa"/>
              <w:bottom w:w="70" w:type="dxa"/>
              <w:right w:w="90" w:type="dxa"/>
            </w:tcMar>
          </w:tcPr>
          <w:p w14:paraId="6DB4DA87" w14:textId="77777777" w:rsidR="00080BF0" w:rsidRDefault="00080BF0">
            <w:pPr>
              <w:spacing w:line="20" w:lineRule="exact"/>
            </w:pPr>
          </w:p>
          <w:tbl>
            <w:tblPr>
              <w:tblStyle w:val="Tabelamrea"/>
              <w:tblW w:w="0" w:type="auto"/>
              <w:jc w:val="center"/>
              <w:tblLayout w:type="fixed"/>
              <w:tblLook w:val="04A0" w:firstRow="1" w:lastRow="0" w:firstColumn="1" w:lastColumn="0" w:noHBand="0" w:noVBand="1"/>
            </w:tblPr>
            <w:tblGrid>
              <w:gridCol w:w="7087"/>
            </w:tblGrid>
            <w:tr w:rsidR="00080BF0" w14:paraId="31E4A6C2" w14:textId="77777777">
              <w:trPr>
                <w:jc w:val="center"/>
              </w:trPr>
              <w:tc>
                <w:tcPr>
                  <w:tcW w:w="7087" w:type="dxa"/>
                  <w:shd w:val="clear" w:color="auto" w:fill="EDC9EA"/>
                  <w:tcMar>
                    <w:top w:w="45" w:type="dxa"/>
                    <w:left w:w="70" w:type="dxa"/>
                    <w:bottom w:w="45" w:type="dxa"/>
                    <w:right w:w="70" w:type="dxa"/>
                  </w:tcMar>
                </w:tcPr>
                <w:p w14:paraId="4E3066CD" w14:textId="77777777" w:rsidR="00080BF0" w:rsidRDefault="00000000">
                  <w:pPr>
                    <w:keepNext/>
                  </w:pPr>
                  <w:r>
                    <w:rPr>
                      <w:b/>
                      <w:color w:val="000000"/>
                    </w:rPr>
                    <w:t>VPRAŠANJA V PODPORO LIKOVNEMU UČENJU</w:t>
                  </w:r>
                </w:p>
              </w:tc>
            </w:tr>
          </w:tbl>
          <w:p w14:paraId="2BDE239D" w14:textId="77777777" w:rsidR="00080BF0" w:rsidRDefault="00080BF0">
            <w:pPr>
              <w:spacing w:line="20" w:lineRule="exact"/>
            </w:pPr>
          </w:p>
          <w:p w14:paraId="04090E4A" w14:textId="77777777" w:rsidR="00080BF0" w:rsidRDefault="00000000">
            <w:pPr>
              <w:pStyle w:val="Oznaenseznam"/>
              <w:spacing w:after="16"/>
            </w:pPr>
            <w:r>
              <w:rPr>
                <w:color w:val="000000"/>
                <w:sz w:val="16"/>
              </w:rPr>
              <w:t>Kaj si najprej opazil/-a in katera likovna prvina je zate najpomembnejša?</w:t>
            </w:r>
          </w:p>
          <w:p w14:paraId="6A75CE99" w14:textId="77777777" w:rsidR="00080BF0" w:rsidRDefault="00000000">
            <w:pPr>
              <w:pStyle w:val="Oznaenseznam"/>
              <w:spacing w:after="16"/>
            </w:pPr>
            <w:r>
              <w:rPr>
                <w:color w:val="000000"/>
                <w:sz w:val="16"/>
              </w:rPr>
              <w:t>Kako je material ali postopek vplival na črto, barvo, obliko, površino, prostor oziroma delovanje izdelka?</w:t>
            </w:r>
          </w:p>
          <w:p w14:paraId="4483B9BE" w14:textId="77777777" w:rsidR="00080BF0" w:rsidRDefault="00000000">
            <w:pPr>
              <w:pStyle w:val="Oznaenseznam"/>
              <w:spacing w:after="16"/>
            </w:pPr>
            <w:r>
              <w:rPr>
                <w:color w:val="000000"/>
                <w:sz w:val="16"/>
              </w:rPr>
              <w:t>Katero možnost si preizkusil/-a, zakaj si jo izbral/-a in kaj si ob poskusu spremenil/-a?</w:t>
            </w:r>
          </w:p>
          <w:p w14:paraId="0C799906" w14:textId="77777777" w:rsidR="00080BF0" w:rsidRDefault="00000000">
            <w:pPr>
              <w:pStyle w:val="Oznaenseznam"/>
              <w:spacing w:after="16"/>
            </w:pPr>
            <w:r>
              <w:rPr>
                <w:color w:val="000000"/>
                <w:sz w:val="16"/>
              </w:rPr>
              <w:t>Kateri del tvojega procesa ali izdelka najjasneje pokaže dogovorjeno merilo?</w:t>
            </w:r>
          </w:p>
          <w:p w14:paraId="2FF03D58" w14:textId="77777777" w:rsidR="00080BF0" w:rsidRDefault="00000000">
            <w:pPr>
              <w:pStyle w:val="Oznaenseznam"/>
              <w:spacing w:after="16"/>
            </w:pPr>
            <w:r>
              <w:rPr>
                <w:color w:val="000000"/>
                <w:sz w:val="16"/>
              </w:rPr>
              <w:t>Kaj želiš ohraniti in kateri majhen naslednji likovni korak boš izvedel/-la?</w:t>
            </w:r>
          </w:p>
          <w:tbl>
            <w:tblPr>
              <w:tblStyle w:val="Tabelamrea"/>
              <w:tblW w:w="0" w:type="auto"/>
              <w:jc w:val="center"/>
              <w:tblLayout w:type="fixed"/>
              <w:tblLook w:val="04A0" w:firstRow="1" w:lastRow="0" w:firstColumn="1" w:lastColumn="0" w:noHBand="0" w:noVBand="1"/>
            </w:tblPr>
            <w:tblGrid>
              <w:gridCol w:w="7087"/>
            </w:tblGrid>
            <w:tr w:rsidR="00080BF0" w14:paraId="511C4959" w14:textId="77777777">
              <w:trPr>
                <w:jc w:val="center"/>
              </w:trPr>
              <w:tc>
                <w:tcPr>
                  <w:tcW w:w="7087" w:type="dxa"/>
                  <w:shd w:val="clear" w:color="auto" w:fill="C6E7F3"/>
                  <w:tcMar>
                    <w:top w:w="45" w:type="dxa"/>
                    <w:left w:w="70" w:type="dxa"/>
                    <w:bottom w:w="45" w:type="dxa"/>
                    <w:right w:w="70" w:type="dxa"/>
                  </w:tcMar>
                </w:tcPr>
                <w:p w14:paraId="2E6E1B5B" w14:textId="77777777" w:rsidR="00080BF0" w:rsidRDefault="00000000">
                  <w:pPr>
                    <w:keepNext/>
                  </w:pPr>
                  <w:r>
                    <w:rPr>
                      <w:b/>
                      <w:color w:val="000000"/>
                    </w:rPr>
                    <w:t>ZAKLJUČNI DEL – TIHA GALERIJA, RAZLAGA IN REFLEKSIJA (8–12 min)</w:t>
                  </w:r>
                </w:p>
              </w:tc>
            </w:tr>
          </w:tbl>
          <w:p w14:paraId="4536CCA0" w14:textId="77777777" w:rsidR="00080BF0" w:rsidRDefault="00080BF0">
            <w:pPr>
              <w:spacing w:line="20" w:lineRule="exact"/>
            </w:pPr>
          </w:p>
          <w:p w14:paraId="6254E22D" w14:textId="77777777" w:rsidR="00080BF0" w:rsidRDefault="00000000">
            <w:pPr>
              <w:spacing w:before="20" w:after="40" w:line="245" w:lineRule="auto"/>
            </w:pPr>
            <w:r>
              <w:rPr>
                <w:color w:val="000000"/>
                <w:sz w:val="16"/>
              </w:rPr>
              <w:t>Učenci razstavijo namensko izbran procesni ali končni dokaz. Obiskovalci najprej tiho opazujejo, nato opišejo vidno likovno odločitev in odziv povežejo z enim merilom. Učiteljica omogoči kratek ponovni poseg, kadar je smiseln, ter v mapo shrani le izbran dokaz ali fotografijo faze skladno s šolskimi pravili.</w:t>
            </w:r>
          </w:p>
          <w:tbl>
            <w:tblPr>
              <w:tblStyle w:val="Tabelamrea"/>
              <w:tblW w:w="0" w:type="auto"/>
              <w:jc w:val="center"/>
              <w:tblLayout w:type="fixed"/>
              <w:tblLook w:val="04A0" w:firstRow="1" w:lastRow="0" w:firstColumn="1" w:lastColumn="0" w:noHBand="0" w:noVBand="1"/>
            </w:tblPr>
            <w:tblGrid>
              <w:gridCol w:w="7087"/>
            </w:tblGrid>
            <w:tr w:rsidR="00080BF0" w14:paraId="595B34ED" w14:textId="77777777">
              <w:trPr>
                <w:jc w:val="center"/>
              </w:trPr>
              <w:tc>
                <w:tcPr>
                  <w:tcW w:w="7087" w:type="dxa"/>
                  <w:shd w:val="clear" w:color="auto" w:fill="EDC9EA"/>
                  <w:tcMar>
                    <w:top w:w="45" w:type="dxa"/>
                    <w:left w:w="70" w:type="dxa"/>
                    <w:bottom w:w="45" w:type="dxa"/>
                    <w:right w:w="70" w:type="dxa"/>
                  </w:tcMar>
                </w:tcPr>
                <w:p w14:paraId="6D75C032" w14:textId="77777777" w:rsidR="00080BF0" w:rsidRDefault="00000000">
                  <w:pPr>
                    <w:keepNext/>
                  </w:pPr>
                  <w:r>
                    <w:rPr>
                      <w:b/>
                      <w:color w:val="000000"/>
                    </w:rPr>
                    <w:t>SAMOVREDNOTENJE</w:t>
                  </w:r>
                </w:p>
              </w:tc>
            </w:tr>
          </w:tbl>
          <w:p w14:paraId="1B0A3E31" w14:textId="77777777" w:rsidR="00080BF0" w:rsidRDefault="00080BF0">
            <w:pPr>
              <w:spacing w:line="20" w:lineRule="exact"/>
            </w:pPr>
          </w:p>
          <w:p w14:paraId="7300AC53" w14:textId="77777777" w:rsidR="00080BF0" w:rsidRDefault="00000000">
            <w:pPr>
              <w:spacing w:before="20" w:after="40" w:line="245" w:lineRule="auto"/>
            </w:pPr>
            <w:r>
              <w:rPr>
                <w:color w:val="000000"/>
                <w:sz w:val="15"/>
              </w:rPr>
              <w:t>Učenec izbere likovni semafor: zeleno – merilo pokažem in odločitev pojasnim samostojno; rumeno – merilo pokažem ob slikovnem koraku ali tehnični opori; modro – potrebujem nov skupni materialni preizkus. Nato izbere en dokaz in pove izvedljiv naslednji korak.</w:t>
            </w:r>
          </w:p>
          <w:tbl>
            <w:tblPr>
              <w:tblStyle w:val="Tabelamrea"/>
              <w:tblW w:w="0" w:type="auto"/>
              <w:jc w:val="center"/>
              <w:tblLayout w:type="fixed"/>
              <w:tblLook w:val="04A0" w:firstRow="1" w:lastRow="0" w:firstColumn="1" w:lastColumn="0" w:noHBand="0" w:noVBand="1"/>
            </w:tblPr>
            <w:tblGrid>
              <w:gridCol w:w="7087"/>
            </w:tblGrid>
            <w:tr w:rsidR="00080BF0" w14:paraId="54CC5B39" w14:textId="77777777">
              <w:trPr>
                <w:jc w:val="center"/>
              </w:trPr>
              <w:tc>
                <w:tcPr>
                  <w:tcW w:w="7087" w:type="dxa"/>
                  <w:shd w:val="clear" w:color="auto" w:fill="EDC9EA"/>
                  <w:tcMar>
                    <w:top w:w="45" w:type="dxa"/>
                    <w:left w:w="70" w:type="dxa"/>
                    <w:bottom w:w="45" w:type="dxa"/>
                    <w:right w:w="70" w:type="dxa"/>
                  </w:tcMar>
                </w:tcPr>
                <w:p w14:paraId="7BDFD3C6" w14:textId="77777777" w:rsidR="00080BF0" w:rsidRDefault="00000000">
                  <w:pPr>
                    <w:keepNext/>
                  </w:pPr>
                  <w:r>
                    <w:rPr>
                      <w:b/>
                      <w:color w:val="000000"/>
                    </w:rPr>
                    <w:t>VRSTNIŠKO VREDNOTENJE</w:t>
                  </w:r>
                </w:p>
              </w:tc>
            </w:tr>
          </w:tbl>
          <w:p w14:paraId="3ED48322" w14:textId="77777777" w:rsidR="00080BF0" w:rsidRDefault="00080BF0">
            <w:pPr>
              <w:spacing w:line="20" w:lineRule="exact"/>
            </w:pPr>
          </w:p>
          <w:p w14:paraId="79B778A1" w14:textId="77777777" w:rsidR="00080BF0" w:rsidRDefault="00000000">
            <w:pPr>
              <w:spacing w:before="20" w:after="40" w:line="245" w:lineRule="auto"/>
            </w:pPr>
            <w:r>
              <w:rPr>
                <w:color w:val="000000"/>
                <w:sz w:val="15"/>
              </w:rPr>
              <w:t>V paru ali galeriji uporabi odziv: »Opazim …«, »Učinkuje …« in »Lahko poskusiš …«. Odziv se nanaša na črto, barvo, obliko, površino, prostor, material, spoj, sporočilo ali predstavitev; ne na osebni okus, lepoto, nadarjenost in ne na primerjanje učencev.</w:t>
            </w:r>
          </w:p>
          <w:tbl>
            <w:tblPr>
              <w:tblStyle w:val="Tabelamrea"/>
              <w:tblW w:w="0" w:type="auto"/>
              <w:jc w:val="center"/>
              <w:tblLayout w:type="fixed"/>
              <w:tblLook w:val="04A0" w:firstRow="1" w:lastRow="0" w:firstColumn="1" w:lastColumn="0" w:noHBand="0" w:noVBand="1"/>
            </w:tblPr>
            <w:tblGrid>
              <w:gridCol w:w="7087"/>
            </w:tblGrid>
            <w:tr w:rsidR="00080BF0" w14:paraId="04FE0797" w14:textId="77777777">
              <w:trPr>
                <w:jc w:val="center"/>
              </w:trPr>
              <w:tc>
                <w:tcPr>
                  <w:tcW w:w="7087" w:type="dxa"/>
                  <w:shd w:val="clear" w:color="auto" w:fill="EDC9EA"/>
                  <w:tcMar>
                    <w:top w:w="45" w:type="dxa"/>
                    <w:left w:w="70" w:type="dxa"/>
                    <w:bottom w:w="45" w:type="dxa"/>
                    <w:right w:w="70" w:type="dxa"/>
                  </w:tcMar>
                </w:tcPr>
                <w:p w14:paraId="0E9BAB0F" w14:textId="77777777" w:rsidR="00080BF0" w:rsidRDefault="00000000">
                  <w:pPr>
                    <w:keepNext/>
                  </w:pPr>
                  <w:r>
                    <w:rPr>
                      <w:b/>
                      <w:color w:val="000000"/>
                    </w:rPr>
                    <w:t>SKUPNI POVZETEK</w:t>
                  </w:r>
                </w:p>
              </w:tc>
            </w:tr>
          </w:tbl>
          <w:p w14:paraId="2075D49E" w14:textId="77777777" w:rsidR="00080BF0" w:rsidRDefault="00080BF0"/>
          <w:p w14:paraId="636A840B" w14:textId="77777777" w:rsidR="00080BF0" w:rsidRDefault="00000000">
            <w:pPr>
              <w:spacing w:before="20" w:after="40" w:line="245" w:lineRule="auto"/>
            </w:pPr>
            <w:r>
              <w:rPr>
                <w:b/>
                <w:color w:val="000000"/>
                <w:sz w:val="16"/>
              </w:rPr>
              <w:t>sodelujem pri razstavi; skrbim za izdelke; pospravi prostor. Izbrani dokaz pojasnim in po povratni informaciji izboljšam.</w:t>
            </w:r>
          </w:p>
        </w:tc>
        <w:tc>
          <w:tcPr>
            <w:tcW w:w="2551" w:type="dxa"/>
            <w:tcMar>
              <w:top w:w="70" w:type="dxa"/>
              <w:left w:w="90" w:type="dxa"/>
              <w:bottom w:w="70" w:type="dxa"/>
              <w:right w:w="90" w:type="dxa"/>
            </w:tcMar>
          </w:tcPr>
          <w:p w14:paraId="08588140" w14:textId="77777777" w:rsidR="00080BF0" w:rsidRDefault="00080BF0"/>
          <w:p w14:paraId="46633344" w14:textId="77777777" w:rsidR="00080BF0" w:rsidRDefault="00000000">
            <w:pPr>
              <w:spacing w:after="80" w:line="245" w:lineRule="auto"/>
            </w:pPr>
            <w:r>
              <w:rPr>
                <w:color w:val="000000"/>
                <w:sz w:val="15"/>
              </w:rPr>
              <w:t>Odgovarja na podporna vprašanja in se sklicuje na opaženo, preizkušeno, ustvarjeno ali razstavljeno.</w:t>
            </w:r>
          </w:p>
          <w:p w14:paraId="66B28853" w14:textId="77777777" w:rsidR="00080BF0" w:rsidRDefault="00000000">
            <w:pPr>
              <w:spacing w:after="80" w:line="245" w:lineRule="auto"/>
            </w:pPr>
            <w:r>
              <w:rPr>
                <w:color w:val="000000"/>
                <w:sz w:val="15"/>
              </w:rPr>
              <w:t>Predstavi izbrani procesni ali izdelkovni dokaz ter pove, katero merilo z njim pokaže.</w:t>
            </w:r>
          </w:p>
          <w:p w14:paraId="6A24C313" w14:textId="77777777" w:rsidR="00080BF0" w:rsidRDefault="00000000">
            <w:pPr>
              <w:spacing w:after="80" w:line="245" w:lineRule="auto"/>
            </w:pPr>
            <w:r>
              <w:rPr>
                <w:color w:val="000000"/>
                <w:sz w:val="15"/>
              </w:rPr>
              <w:t>Tiho opazuje vrstnikovo delo, opiše eno konkretno likovno rešitev in poda prijazen predlog.</w:t>
            </w:r>
          </w:p>
          <w:p w14:paraId="1F5C9176" w14:textId="77777777" w:rsidR="00080BF0" w:rsidRDefault="00000000">
            <w:pPr>
              <w:spacing w:after="80" w:line="245" w:lineRule="auto"/>
            </w:pPr>
            <w:r>
              <w:rPr>
                <w:color w:val="000000"/>
                <w:sz w:val="15"/>
              </w:rPr>
              <w:t>Po povratni informaciji po želji ponovi poskus, spremeni podrobnost, izboljša spoj, razporeditev ali razlago.</w:t>
            </w:r>
          </w:p>
          <w:p w14:paraId="3D452260" w14:textId="77777777" w:rsidR="00080BF0" w:rsidRDefault="00000000">
            <w:pPr>
              <w:spacing w:after="100" w:line="245" w:lineRule="auto"/>
            </w:pPr>
            <w:r>
              <w:rPr>
                <w:color w:val="000000"/>
                <w:sz w:val="15"/>
              </w:rPr>
              <w:t>Izbere raven samostojnosti ter določi majhen in izvedljiv naslednji ustvarjalni korak.</w:t>
            </w:r>
          </w:p>
          <w:p w14:paraId="204493CB" w14:textId="77777777" w:rsidR="00080BF0" w:rsidRDefault="00000000">
            <w:pPr>
              <w:spacing w:after="20" w:line="245" w:lineRule="auto"/>
            </w:pPr>
            <w:r>
              <w:rPr>
                <w:b/>
                <w:color w:val="D95BC6"/>
                <w:sz w:val="17"/>
              </w:rPr>
              <w:t>DOKAZ O UČENJU</w:t>
            </w:r>
          </w:p>
          <w:p w14:paraId="01E6A133" w14:textId="77777777" w:rsidR="00080BF0" w:rsidRDefault="00000000">
            <w:pPr>
              <w:spacing w:after="30" w:line="245" w:lineRule="auto"/>
            </w:pPr>
            <w:r>
              <w:rPr>
                <w:color w:val="D95BC6"/>
                <w:sz w:val="15"/>
              </w:rPr>
              <w:t>opažanje; materialni poskus; gibalna ponazoritev; skica ali načrt; fotografija faze; končni izdelek; praktični preizkus; razlaga likovne odločitve; galerijski odziv; samovrednotenje in izboljšava</w:t>
            </w:r>
          </w:p>
        </w:tc>
      </w:tr>
    </w:tbl>
    <w:p w14:paraId="5977ED45" w14:textId="77777777" w:rsidR="003A100A" w:rsidRDefault="003A100A"/>
    <w:sectPr w:rsidR="003A100A" w:rsidSect="00034616">
      <w:pgSz w:w="16838" w:h="11906" w:orient="landscape"/>
      <w:pgMar w:top="709" w:right="1389" w:bottom="709" w:left="1389" w:header="283"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0DA1B" w14:textId="77777777" w:rsidR="003A100A" w:rsidRDefault="003A100A">
      <w:r>
        <w:separator/>
      </w:r>
    </w:p>
  </w:endnote>
  <w:endnote w:type="continuationSeparator" w:id="0">
    <w:p w14:paraId="6A4F9D03" w14:textId="77777777" w:rsidR="003A100A" w:rsidRDefault="003A1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97C15" w14:textId="77777777" w:rsidR="003A100A" w:rsidRDefault="003A100A">
      <w:r>
        <w:separator/>
      </w:r>
    </w:p>
  </w:footnote>
  <w:footnote w:type="continuationSeparator" w:id="0">
    <w:p w14:paraId="47FF0634" w14:textId="77777777" w:rsidR="003A100A" w:rsidRDefault="003A10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2146583640">
    <w:abstractNumId w:val="8"/>
  </w:num>
  <w:num w:numId="2" w16cid:durableId="1394964894">
    <w:abstractNumId w:val="6"/>
  </w:num>
  <w:num w:numId="3" w16cid:durableId="541331101">
    <w:abstractNumId w:val="5"/>
  </w:num>
  <w:num w:numId="4" w16cid:durableId="1900745112">
    <w:abstractNumId w:val="4"/>
  </w:num>
  <w:num w:numId="5" w16cid:durableId="1699965634">
    <w:abstractNumId w:val="7"/>
  </w:num>
  <w:num w:numId="6" w16cid:durableId="754283891">
    <w:abstractNumId w:val="3"/>
  </w:num>
  <w:num w:numId="7" w16cid:durableId="152724711">
    <w:abstractNumId w:val="2"/>
  </w:num>
  <w:num w:numId="8" w16cid:durableId="322587248">
    <w:abstractNumId w:val="1"/>
  </w:num>
  <w:num w:numId="9" w16cid:durableId="1511263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BF0"/>
    <w:rsid w:val="0015074B"/>
    <w:rsid w:val="0029639D"/>
    <w:rsid w:val="00326F90"/>
    <w:rsid w:val="003A100A"/>
    <w:rsid w:val="00851173"/>
    <w:rsid w:val="009501A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7B0C93"/>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0" w:line="240" w:lineRule="auto"/>
    </w:pPr>
    <w:rPr>
      <w:rFonts w:ascii="Arial" w:hAnsi="Arial"/>
      <w:sz w:val="18"/>
    </w:rPr>
  </w:style>
  <w:style w:type="paragraph" w:styleId="Naslov1">
    <w:name w:val="heading 1"/>
    <w:basedOn w:val="Navaden"/>
    <w:next w:val="Navaden"/>
    <w:link w:val="Naslov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rPr>
      <w:sz w:val="17"/>
    </w:rPr>
  </w:style>
  <w:style w:type="paragraph" w:styleId="Oznaenseznam2">
    <w:name w:val="List Bullet 2"/>
    <w:basedOn w:val="Navaden"/>
    <w:uiPriority w:val="99"/>
    <w:unhideWhenUsed/>
    <w:rsid w:val="00326F90"/>
    <w:pPr>
      <w:numPr>
        <w:numId w:val="2"/>
      </w:numPr>
      <w:contextualSpacing/>
    </w:pPr>
    <w:rPr>
      <w:sz w:val="17"/>
    </w:r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156</Pages>
  <Words>93590</Words>
  <Characters>533466</Characters>
  <Application>Microsoft Office Word</Application>
  <DocSecurity>0</DocSecurity>
  <Lines>4445</Lines>
  <Paragraphs>1251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625805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Dnevne učne priprave – Likovna umetnost, 1. razred, 2026/2027</dc:title>
  <dc:subject>39 priprav, ki skupaj pokrivajo 70 ur</dc:subject>
  <dc:creator>Narrayani Premal</dc:creator>
  <cp:keywords>Likovna umetnost, 1. razred, risanje, slikanje, grafika, kiparstvo, prostorsko oblikovanje, izkušenjski pouk, poučevanje v gibanju, delo po postajah, formativno spremljanje, opisno ocenjevanje, dnevne priprave</cp:keywords>
  <dc:description>generated by python-docx</dc:description>
  <cp:lastModifiedBy>Narrayani Premal</cp:lastModifiedBy>
  <cp:revision>2</cp:revision>
  <dcterms:created xsi:type="dcterms:W3CDTF">2013-12-23T23:15:00Z</dcterms:created>
  <dcterms:modified xsi:type="dcterms:W3CDTF">2026-08-17T07:27:00Z</dcterms:modified>
  <cp:category/>
</cp:coreProperties>
</file>