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0D078A07" w14:textId="77777777">
        <w:trPr>
          <w:cantSplit/>
          <w:jc w:val="center"/>
        </w:trPr>
        <w:tc>
          <w:tcPr>
            <w:tcW w:w="14060" w:type="dxa"/>
            <w:gridSpan w:val="6"/>
            <w:tcMar>
              <w:top w:w="70" w:type="dxa"/>
              <w:left w:w="90" w:type="dxa"/>
              <w:bottom w:w="70" w:type="dxa"/>
              <w:right w:w="90" w:type="dxa"/>
            </w:tcMar>
            <w:vAlign w:val="center"/>
          </w:tcPr>
          <w:p w14:paraId="2EA1B773" w14:textId="77777777" w:rsidR="008D43AB" w:rsidRDefault="00000000">
            <w:pPr>
              <w:jc w:val="center"/>
            </w:pPr>
            <w:r>
              <w:rPr>
                <w:b/>
                <w:color w:val="000000"/>
                <w:sz w:val="24"/>
              </w:rPr>
              <w:t>UČNA PRIPRAVA 1/39</w:t>
            </w:r>
          </w:p>
        </w:tc>
      </w:tr>
      <w:tr w:rsidR="008D43AB" w14:paraId="176D32A8" w14:textId="77777777">
        <w:trPr>
          <w:jc w:val="center"/>
        </w:trPr>
        <w:tc>
          <w:tcPr>
            <w:tcW w:w="2665" w:type="dxa"/>
            <w:tcMar>
              <w:top w:w="70" w:type="dxa"/>
              <w:left w:w="90" w:type="dxa"/>
              <w:bottom w:w="70" w:type="dxa"/>
              <w:right w:w="90" w:type="dxa"/>
            </w:tcMar>
            <w:vAlign w:val="center"/>
          </w:tcPr>
          <w:p w14:paraId="7546DA73"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A37588D"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784CECEA"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A29C917" w14:textId="77777777" w:rsidR="008D43AB" w:rsidRDefault="00000000">
            <w:r>
              <w:rPr>
                <w:b/>
                <w:color w:val="000000"/>
                <w:sz w:val="16"/>
              </w:rPr>
              <w:t xml:space="preserve">NAČRTOVANI TERMIN: </w:t>
            </w:r>
            <w:r>
              <w:rPr>
                <w:color w:val="000000"/>
                <w:sz w:val="16"/>
              </w:rPr>
              <w:t>1. teden • 1.–4. 9. 2026</w:t>
            </w:r>
          </w:p>
        </w:tc>
        <w:tc>
          <w:tcPr>
            <w:tcW w:w="2268" w:type="dxa"/>
            <w:tcMar>
              <w:top w:w="70" w:type="dxa"/>
              <w:left w:w="90" w:type="dxa"/>
              <w:bottom w:w="70" w:type="dxa"/>
              <w:right w:w="90" w:type="dxa"/>
            </w:tcMar>
            <w:vAlign w:val="center"/>
          </w:tcPr>
          <w:p w14:paraId="70144966"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550CA49" w14:textId="77777777" w:rsidR="008D43AB" w:rsidRDefault="00000000">
            <w:r>
              <w:rPr>
                <w:b/>
                <w:color w:val="000000"/>
                <w:sz w:val="16"/>
              </w:rPr>
              <w:t xml:space="preserve">ŠTEVILO UR: </w:t>
            </w:r>
            <w:r>
              <w:rPr>
                <w:color w:val="000000"/>
                <w:sz w:val="16"/>
              </w:rPr>
              <w:t>2</w:t>
            </w:r>
          </w:p>
        </w:tc>
      </w:tr>
      <w:tr w:rsidR="008D43AB" w14:paraId="680B0BEC" w14:textId="77777777">
        <w:trPr>
          <w:jc w:val="center"/>
        </w:trPr>
        <w:tc>
          <w:tcPr>
            <w:tcW w:w="14061" w:type="dxa"/>
            <w:gridSpan w:val="6"/>
            <w:tcMar>
              <w:top w:w="70" w:type="dxa"/>
              <w:left w:w="90" w:type="dxa"/>
              <w:bottom w:w="70" w:type="dxa"/>
              <w:right w:w="90" w:type="dxa"/>
            </w:tcMar>
            <w:vAlign w:val="center"/>
          </w:tcPr>
          <w:p w14:paraId="533D0C3B"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7E178A50" w14:textId="77777777">
        <w:trPr>
          <w:cantSplit/>
          <w:jc w:val="center"/>
        </w:trPr>
        <w:tc>
          <w:tcPr>
            <w:tcW w:w="14060" w:type="dxa"/>
            <w:gridSpan w:val="6"/>
            <w:tcMar>
              <w:top w:w="70" w:type="dxa"/>
              <w:left w:w="90" w:type="dxa"/>
              <w:bottom w:w="70" w:type="dxa"/>
              <w:right w:w="90" w:type="dxa"/>
            </w:tcMar>
            <w:vAlign w:val="center"/>
          </w:tcPr>
          <w:p w14:paraId="0AD54A6F" w14:textId="77777777" w:rsidR="008D43AB" w:rsidRDefault="008D43AB"/>
          <w:p w14:paraId="339534CE" w14:textId="77777777" w:rsidR="008D43AB" w:rsidRDefault="00000000">
            <w:pPr>
              <w:spacing w:line="245" w:lineRule="auto"/>
            </w:pPr>
            <w:r>
              <w:rPr>
                <w:b/>
                <w:color w:val="000000"/>
                <w:sz w:val="16"/>
              </w:rPr>
              <w:t xml:space="preserve">UČNI SKLOP: </w:t>
            </w:r>
            <w:r>
              <w:rPr>
                <w:color w:val="000000"/>
                <w:sz w:val="16"/>
              </w:rPr>
              <w:t>V ŠOLO – JAZ, ODNOSI IN UČENJE</w:t>
            </w:r>
          </w:p>
        </w:tc>
      </w:tr>
      <w:tr w:rsidR="008D43AB" w14:paraId="559B912C" w14:textId="77777777">
        <w:trPr>
          <w:cantSplit/>
          <w:jc w:val="center"/>
        </w:trPr>
        <w:tc>
          <w:tcPr>
            <w:tcW w:w="14060" w:type="dxa"/>
            <w:gridSpan w:val="6"/>
            <w:tcMar>
              <w:top w:w="70" w:type="dxa"/>
              <w:left w:w="90" w:type="dxa"/>
              <w:bottom w:w="70" w:type="dxa"/>
              <w:right w:w="90" w:type="dxa"/>
            </w:tcMar>
            <w:vAlign w:val="center"/>
          </w:tcPr>
          <w:p w14:paraId="68222A34" w14:textId="77777777" w:rsidR="008D43AB" w:rsidRDefault="008D43AB"/>
          <w:p w14:paraId="01B9F293" w14:textId="77777777" w:rsidR="008D43AB" w:rsidRDefault="00000000">
            <w:pPr>
              <w:spacing w:line="245" w:lineRule="auto"/>
            </w:pPr>
            <w:r>
              <w:rPr>
                <w:b/>
                <w:color w:val="000000"/>
                <w:sz w:val="16"/>
              </w:rPr>
              <w:t xml:space="preserve">UČNA TEMA: </w:t>
            </w:r>
            <w:r>
              <w:rPr>
                <w:color w:val="000000"/>
                <w:sz w:val="16"/>
              </w:rPr>
              <w:t>ZVOKI V UČILNICI</w:t>
            </w:r>
          </w:p>
        </w:tc>
      </w:tr>
      <w:tr w:rsidR="008D43AB" w14:paraId="2C864EF7" w14:textId="77777777">
        <w:trPr>
          <w:cantSplit/>
          <w:jc w:val="center"/>
        </w:trPr>
        <w:tc>
          <w:tcPr>
            <w:tcW w:w="14060" w:type="dxa"/>
            <w:gridSpan w:val="6"/>
            <w:tcMar>
              <w:top w:w="70" w:type="dxa"/>
              <w:left w:w="90" w:type="dxa"/>
              <w:bottom w:w="70" w:type="dxa"/>
              <w:right w:w="90" w:type="dxa"/>
            </w:tcMar>
            <w:vAlign w:val="center"/>
          </w:tcPr>
          <w:p w14:paraId="4C1D1F6D" w14:textId="77777777" w:rsidR="008D43AB" w:rsidRDefault="008D43AB"/>
          <w:p w14:paraId="144B6C4C" w14:textId="77777777" w:rsidR="008D43AB" w:rsidRDefault="00000000">
            <w:pPr>
              <w:spacing w:line="245" w:lineRule="auto"/>
            </w:pPr>
            <w:r>
              <w:rPr>
                <w:b/>
                <w:color w:val="000000"/>
                <w:sz w:val="16"/>
              </w:rPr>
              <w:t xml:space="preserve">KNJIŽEVNO / MOTIVNO IZHODIŠČE: </w:t>
            </w:r>
            <w:r>
              <w:rPr>
                <w:color w:val="000000"/>
                <w:sz w:val="16"/>
              </w:rPr>
              <w:t>»Muca Copatarica« – Ela Peroci • urejenost, odgovornost in pripadnost razredu</w:t>
            </w:r>
          </w:p>
        </w:tc>
      </w:tr>
      <w:tr w:rsidR="008D43AB" w14:paraId="7372CFE0" w14:textId="77777777">
        <w:trPr>
          <w:cantSplit/>
          <w:jc w:val="center"/>
        </w:trPr>
        <w:tc>
          <w:tcPr>
            <w:tcW w:w="14060" w:type="dxa"/>
            <w:gridSpan w:val="6"/>
            <w:tcMar>
              <w:top w:w="70" w:type="dxa"/>
              <w:left w:w="90" w:type="dxa"/>
              <w:bottom w:w="70" w:type="dxa"/>
              <w:right w:w="90" w:type="dxa"/>
            </w:tcMar>
            <w:vAlign w:val="center"/>
          </w:tcPr>
          <w:p w14:paraId="37902BC7" w14:textId="77777777" w:rsidR="008D43AB" w:rsidRDefault="008D43AB"/>
          <w:p w14:paraId="30EC4729" w14:textId="77777777" w:rsidR="008D43AB" w:rsidRDefault="00000000">
            <w:pPr>
              <w:spacing w:line="245" w:lineRule="auto"/>
            </w:pPr>
            <w:r>
              <w:rPr>
                <w:b/>
                <w:color w:val="000000"/>
                <w:sz w:val="16"/>
              </w:rPr>
              <w:t xml:space="preserve">GLASBENO IZHODIŠČE / REPERTOAR: </w:t>
            </w:r>
            <w:r>
              <w:rPr>
                <w:color w:val="000000"/>
                <w:sz w:val="16"/>
              </w:rPr>
              <w:t>pesem dobrodošlice; ritem imen in zvoki učilnice</w:t>
            </w:r>
          </w:p>
        </w:tc>
      </w:tr>
      <w:tr w:rsidR="008D43AB" w14:paraId="696BBCE6" w14:textId="77777777">
        <w:trPr>
          <w:cantSplit/>
          <w:jc w:val="center"/>
        </w:trPr>
        <w:tc>
          <w:tcPr>
            <w:tcW w:w="14060" w:type="dxa"/>
            <w:gridSpan w:val="6"/>
            <w:tcMar>
              <w:top w:w="70" w:type="dxa"/>
              <w:left w:w="90" w:type="dxa"/>
              <w:bottom w:w="70" w:type="dxa"/>
              <w:right w:w="90" w:type="dxa"/>
            </w:tcMar>
            <w:vAlign w:val="center"/>
          </w:tcPr>
          <w:p w14:paraId="169DB85E" w14:textId="77777777" w:rsidR="008D43AB" w:rsidRDefault="008D43AB"/>
          <w:p w14:paraId="3BB6A885" w14:textId="77777777" w:rsidR="008D43AB" w:rsidRDefault="00000000">
            <w:pPr>
              <w:spacing w:line="245" w:lineRule="auto"/>
            </w:pPr>
            <w:r>
              <w:rPr>
                <w:b/>
                <w:color w:val="000000"/>
                <w:sz w:val="16"/>
              </w:rPr>
              <w:t xml:space="preserve">UČNE ENOTE: </w:t>
            </w:r>
            <w:r>
              <w:rPr>
                <w:color w:val="000000"/>
                <w:sz w:val="16"/>
              </w:rPr>
              <w:t>1. ura – Zvoki V Učilnici – Poslušam in izvajam • 2. ura – Zvoki V Učilnici – Ustvarim in nastopim</w:t>
            </w:r>
          </w:p>
        </w:tc>
      </w:tr>
      <w:tr w:rsidR="008D43AB" w14:paraId="41430845" w14:textId="77777777">
        <w:trPr>
          <w:cantSplit/>
          <w:jc w:val="center"/>
        </w:trPr>
        <w:tc>
          <w:tcPr>
            <w:tcW w:w="14060" w:type="dxa"/>
            <w:gridSpan w:val="6"/>
            <w:tcMar>
              <w:top w:w="70" w:type="dxa"/>
              <w:left w:w="90" w:type="dxa"/>
              <w:bottom w:w="70" w:type="dxa"/>
              <w:right w:w="90" w:type="dxa"/>
            </w:tcMar>
            <w:vAlign w:val="center"/>
          </w:tcPr>
          <w:p w14:paraId="653AA170" w14:textId="77777777" w:rsidR="008D43AB" w:rsidRDefault="008D43AB"/>
          <w:p w14:paraId="15503662"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056DF476" w14:textId="77777777">
        <w:trPr>
          <w:cantSplit/>
          <w:jc w:val="center"/>
        </w:trPr>
        <w:tc>
          <w:tcPr>
            <w:tcW w:w="14060" w:type="dxa"/>
            <w:gridSpan w:val="6"/>
            <w:tcMar>
              <w:top w:w="70" w:type="dxa"/>
              <w:left w:w="90" w:type="dxa"/>
              <w:bottom w:w="70" w:type="dxa"/>
              <w:right w:w="90" w:type="dxa"/>
            </w:tcMar>
            <w:vAlign w:val="center"/>
          </w:tcPr>
          <w:p w14:paraId="43A12186" w14:textId="77777777" w:rsidR="008D43AB" w:rsidRDefault="008D43AB"/>
          <w:p w14:paraId="178FDF15"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236A7207" w14:textId="77777777">
        <w:trPr>
          <w:cantSplit/>
          <w:jc w:val="center"/>
        </w:trPr>
        <w:tc>
          <w:tcPr>
            <w:tcW w:w="14060" w:type="dxa"/>
            <w:gridSpan w:val="6"/>
            <w:tcMar>
              <w:top w:w="70" w:type="dxa"/>
              <w:left w:w="90" w:type="dxa"/>
              <w:bottom w:w="70" w:type="dxa"/>
              <w:right w:w="90" w:type="dxa"/>
            </w:tcMar>
            <w:vAlign w:val="center"/>
          </w:tcPr>
          <w:p w14:paraId="6647FF73" w14:textId="77777777" w:rsidR="008D43AB" w:rsidRDefault="008D43AB"/>
          <w:p w14:paraId="731FBB89"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0408D2FA" w14:textId="77777777">
        <w:trPr>
          <w:cantSplit/>
          <w:jc w:val="center"/>
        </w:trPr>
        <w:tc>
          <w:tcPr>
            <w:tcW w:w="14060" w:type="dxa"/>
            <w:gridSpan w:val="6"/>
            <w:tcMar>
              <w:top w:w="70" w:type="dxa"/>
              <w:left w:w="90" w:type="dxa"/>
              <w:bottom w:w="70" w:type="dxa"/>
              <w:right w:w="90" w:type="dxa"/>
            </w:tcMar>
            <w:vAlign w:val="center"/>
          </w:tcPr>
          <w:p w14:paraId="45A548BD" w14:textId="77777777" w:rsidR="008D43AB" w:rsidRDefault="008D43AB"/>
          <w:p w14:paraId="70E45E76" w14:textId="77777777" w:rsidR="008D43AB" w:rsidRDefault="00000000">
            <w:pPr>
              <w:spacing w:line="245" w:lineRule="auto"/>
            </w:pPr>
            <w:r>
              <w:rPr>
                <w:b/>
                <w:color w:val="000000"/>
                <w:sz w:val="16"/>
              </w:rPr>
              <w:t xml:space="preserve">MEDPREDMETNE POVEZAVE: </w:t>
            </w:r>
            <w:r>
              <w:rPr>
                <w:color w:val="000000"/>
                <w:sz w:val="16"/>
              </w:rPr>
              <w:t>SPO – urejenost, odgovornost in pripadnost razredu; SLJ – poslušanje, ritmični govor in opis doživetja; ŠPO – pulz, tempo, gibalni odziv in prostorska orientacija; LUM – simbol, barva, linija in zvočni zapis</w:t>
            </w:r>
          </w:p>
        </w:tc>
      </w:tr>
      <w:tr w:rsidR="008D43AB" w14:paraId="5893192A" w14:textId="77777777">
        <w:trPr>
          <w:cantSplit/>
          <w:jc w:val="center"/>
        </w:trPr>
        <w:tc>
          <w:tcPr>
            <w:tcW w:w="14060" w:type="dxa"/>
            <w:gridSpan w:val="6"/>
            <w:tcMar>
              <w:top w:w="70" w:type="dxa"/>
              <w:left w:w="90" w:type="dxa"/>
              <w:bottom w:w="70" w:type="dxa"/>
              <w:right w:w="90" w:type="dxa"/>
            </w:tcMar>
            <w:vAlign w:val="center"/>
          </w:tcPr>
          <w:p w14:paraId="619268E8" w14:textId="77777777" w:rsidR="008D43AB" w:rsidRDefault="008D43AB"/>
          <w:p w14:paraId="48CF6CF0"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1A49B596" w14:textId="77777777">
        <w:trPr>
          <w:cantSplit/>
          <w:jc w:val="center"/>
        </w:trPr>
        <w:tc>
          <w:tcPr>
            <w:tcW w:w="14060" w:type="dxa"/>
            <w:gridSpan w:val="6"/>
            <w:tcMar>
              <w:top w:w="70" w:type="dxa"/>
              <w:left w:w="90" w:type="dxa"/>
              <w:bottom w:w="70" w:type="dxa"/>
              <w:right w:w="90" w:type="dxa"/>
            </w:tcMar>
            <w:vAlign w:val="center"/>
          </w:tcPr>
          <w:p w14:paraId="1E394244" w14:textId="77777777" w:rsidR="008D43AB" w:rsidRDefault="008D43AB"/>
          <w:p w14:paraId="15AFF4A9"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088996F4" w14:textId="77777777">
        <w:trPr>
          <w:cantSplit/>
          <w:jc w:val="center"/>
        </w:trPr>
        <w:tc>
          <w:tcPr>
            <w:tcW w:w="14060" w:type="dxa"/>
            <w:gridSpan w:val="6"/>
            <w:tcMar>
              <w:top w:w="70" w:type="dxa"/>
              <w:left w:w="90" w:type="dxa"/>
              <w:bottom w:w="70" w:type="dxa"/>
              <w:right w:w="90" w:type="dxa"/>
            </w:tcMar>
            <w:vAlign w:val="center"/>
          </w:tcPr>
          <w:p w14:paraId="18C80C31" w14:textId="77777777" w:rsidR="008D43AB" w:rsidRDefault="008D43AB"/>
          <w:p w14:paraId="4D887F54"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524C3E1C" w14:textId="77777777">
        <w:trPr>
          <w:cantSplit/>
          <w:jc w:val="center"/>
        </w:trPr>
        <w:tc>
          <w:tcPr>
            <w:tcW w:w="14060" w:type="dxa"/>
            <w:gridSpan w:val="6"/>
            <w:tcMar>
              <w:top w:w="70" w:type="dxa"/>
              <w:left w:w="90" w:type="dxa"/>
              <w:bottom w:w="70" w:type="dxa"/>
              <w:right w:w="90" w:type="dxa"/>
            </w:tcMar>
            <w:vAlign w:val="center"/>
          </w:tcPr>
          <w:p w14:paraId="2170D586" w14:textId="77777777" w:rsidR="008D43AB" w:rsidRDefault="008D43AB"/>
          <w:p w14:paraId="00BC4914"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51F79AB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D380E7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F6CB3A"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0DF2FC2" w14:textId="77777777" w:rsidR="008D43AB" w:rsidRDefault="00000000">
            <w:pPr>
              <w:jc w:val="center"/>
            </w:pPr>
            <w:r>
              <w:rPr>
                <w:b/>
                <w:color w:val="000000"/>
                <w:sz w:val="20"/>
              </w:rPr>
              <w:t>UČNE DEJAVNOSTI, METODE IN FORMATIVNO SPREMLJANJE</w:t>
            </w:r>
          </w:p>
        </w:tc>
      </w:tr>
      <w:tr w:rsidR="008D43AB" w14:paraId="0B9B9792" w14:textId="77777777">
        <w:trPr>
          <w:tblHeader/>
          <w:jc w:val="center"/>
        </w:trPr>
        <w:tc>
          <w:tcPr>
            <w:tcW w:w="4422" w:type="dxa"/>
            <w:vMerge/>
            <w:tcMar>
              <w:top w:w="70" w:type="dxa"/>
              <w:left w:w="90" w:type="dxa"/>
              <w:bottom w:w="70" w:type="dxa"/>
              <w:right w:w="90" w:type="dxa"/>
            </w:tcMar>
            <w:vAlign w:val="center"/>
          </w:tcPr>
          <w:p w14:paraId="2A8F3E0D" w14:textId="77777777" w:rsidR="008D43AB" w:rsidRDefault="008D43AB"/>
        </w:tc>
        <w:tc>
          <w:tcPr>
            <w:tcW w:w="7087" w:type="dxa"/>
            <w:shd w:val="clear" w:color="auto" w:fill="FFFFFF"/>
            <w:tcMar>
              <w:top w:w="70" w:type="dxa"/>
              <w:left w:w="90" w:type="dxa"/>
              <w:bottom w:w="70" w:type="dxa"/>
              <w:right w:w="90" w:type="dxa"/>
            </w:tcMar>
            <w:vAlign w:val="center"/>
          </w:tcPr>
          <w:p w14:paraId="544C3E41"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FD3309" w14:textId="77777777" w:rsidR="008D43AB" w:rsidRDefault="00000000">
            <w:pPr>
              <w:jc w:val="center"/>
            </w:pPr>
            <w:r>
              <w:rPr>
                <w:b/>
                <w:color w:val="000000"/>
              </w:rPr>
              <w:t>UČENEC</w:t>
            </w:r>
          </w:p>
        </w:tc>
      </w:tr>
      <w:tr w:rsidR="008D43AB" w14:paraId="0C2EB9E5" w14:textId="77777777">
        <w:trPr>
          <w:jc w:val="center"/>
        </w:trPr>
        <w:tc>
          <w:tcPr>
            <w:tcW w:w="4422" w:type="dxa"/>
            <w:tcMar>
              <w:top w:w="70" w:type="dxa"/>
              <w:left w:w="90" w:type="dxa"/>
              <w:bottom w:w="70" w:type="dxa"/>
              <w:right w:w="90" w:type="dxa"/>
            </w:tcMar>
          </w:tcPr>
          <w:p w14:paraId="6B127176" w14:textId="77777777" w:rsidR="008D43AB" w:rsidRDefault="008D43AB"/>
          <w:p w14:paraId="3D97A943" w14:textId="77777777" w:rsidR="008D43AB" w:rsidRDefault="00000000">
            <w:pPr>
              <w:spacing w:after="60" w:line="245" w:lineRule="auto"/>
            </w:pPr>
            <w:r>
              <w:rPr>
                <w:b/>
                <w:color w:val="000000"/>
              </w:rPr>
              <w:t>UČNI CILJI</w:t>
            </w:r>
          </w:p>
          <w:p w14:paraId="7E4550AB" w14:textId="77777777" w:rsidR="008D43AB" w:rsidRDefault="00000000">
            <w:pPr>
              <w:spacing w:after="20" w:line="245" w:lineRule="auto"/>
            </w:pPr>
            <w:r>
              <w:rPr>
                <w:b/>
                <w:color w:val="000000"/>
                <w:sz w:val="17"/>
              </w:rPr>
              <w:t>SPLOŠNI</w:t>
            </w:r>
          </w:p>
          <w:p w14:paraId="4434AE73"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34155535" w14:textId="77777777" w:rsidR="008D43AB" w:rsidRDefault="00000000">
            <w:pPr>
              <w:pStyle w:val="Oznaenseznam"/>
              <w:spacing w:after="16"/>
            </w:pPr>
            <w:r>
              <w:rPr>
                <w:color w:val="000000"/>
                <w:sz w:val="16"/>
              </w:rPr>
              <w:t>poje, ritmično govori ter uporablja telo, glasbila in predmete kot zvočne vire</w:t>
            </w:r>
          </w:p>
          <w:p w14:paraId="3172AD85" w14:textId="77777777" w:rsidR="008D43AB" w:rsidRDefault="00000000">
            <w:pPr>
              <w:pStyle w:val="Oznaenseznam"/>
              <w:spacing w:after="16"/>
            </w:pPr>
            <w:r>
              <w:rPr>
                <w:color w:val="000000"/>
                <w:sz w:val="16"/>
              </w:rPr>
              <w:t>razlikuje izbrane lastnosti zvoka in glasbe ter varuje sluh in odgovorno uporablja glasbila</w:t>
            </w:r>
          </w:p>
          <w:p w14:paraId="177783F0"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5F0D3FA3" w14:textId="77777777" w:rsidR="008D43AB" w:rsidRDefault="00000000">
            <w:pPr>
              <w:spacing w:before="40" w:after="20" w:line="245" w:lineRule="auto"/>
            </w:pPr>
            <w:r>
              <w:rPr>
                <w:b/>
                <w:color w:val="000000"/>
                <w:sz w:val="17"/>
              </w:rPr>
              <w:t>OPERATIVNI</w:t>
            </w:r>
          </w:p>
          <w:p w14:paraId="1A4F4BED" w14:textId="77777777" w:rsidR="008D43AB" w:rsidRDefault="00000000">
            <w:pPr>
              <w:pStyle w:val="Oznaenseznam"/>
              <w:spacing w:after="16"/>
            </w:pPr>
            <w:r>
              <w:rPr>
                <w:color w:val="000000"/>
                <w:sz w:val="16"/>
              </w:rPr>
              <w:t>posluša in razlikuje zvoke</w:t>
            </w:r>
          </w:p>
          <w:p w14:paraId="6F20724D" w14:textId="77777777" w:rsidR="008D43AB" w:rsidRDefault="00000000">
            <w:pPr>
              <w:pStyle w:val="Oznaenseznam"/>
              <w:spacing w:after="16"/>
            </w:pPr>
            <w:r>
              <w:rPr>
                <w:color w:val="000000"/>
                <w:sz w:val="16"/>
              </w:rPr>
              <w:t>ritmično izreka imena</w:t>
            </w:r>
          </w:p>
          <w:p w14:paraId="4ACDDE72" w14:textId="77777777" w:rsidR="008D43AB" w:rsidRDefault="00000000">
            <w:pPr>
              <w:pStyle w:val="Oznaenseznam"/>
              <w:spacing w:after="16"/>
            </w:pPr>
            <w:r>
              <w:rPr>
                <w:color w:val="000000"/>
                <w:sz w:val="16"/>
              </w:rPr>
              <w:t>poje pesem dobrodošlice</w:t>
            </w:r>
          </w:p>
          <w:p w14:paraId="56DB9999" w14:textId="77777777" w:rsidR="008D43AB" w:rsidRDefault="00000000">
            <w:pPr>
              <w:spacing w:before="40" w:after="20" w:line="245" w:lineRule="auto"/>
            </w:pPr>
            <w:r>
              <w:rPr>
                <w:b/>
                <w:color w:val="000000"/>
                <w:sz w:val="17"/>
              </w:rPr>
              <w:t>PRIČAKOVANI DOSEŽKI / MINIMALNI POUDARKI</w:t>
            </w:r>
          </w:p>
          <w:p w14:paraId="41A068C9" w14:textId="77777777" w:rsidR="008D43AB" w:rsidRDefault="00000000">
            <w:pPr>
              <w:pStyle w:val="Oznaenseznam"/>
              <w:spacing w:after="16"/>
            </w:pPr>
            <w:r>
              <w:rPr>
                <w:color w:val="000000"/>
                <w:sz w:val="15"/>
              </w:rPr>
              <w:t>samostojno oziroma z dogovorjeno oporo posluša in razlikuje zvoke</w:t>
            </w:r>
          </w:p>
          <w:p w14:paraId="41E0B791" w14:textId="77777777" w:rsidR="008D43AB" w:rsidRDefault="00000000">
            <w:pPr>
              <w:pStyle w:val="Oznaenseznam"/>
              <w:spacing w:after="16"/>
            </w:pPr>
            <w:r>
              <w:rPr>
                <w:color w:val="000000"/>
                <w:sz w:val="15"/>
              </w:rPr>
              <w:t>samostojno oziroma z dogovorjeno oporo ritmično izreka imena</w:t>
            </w:r>
          </w:p>
          <w:p w14:paraId="64EF19A1" w14:textId="77777777" w:rsidR="008D43AB" w:rsidRDefault="00000000">
            <w:pPr>
              <w:pStyle w:val="Oznaenseznam"/>
              <w:spacing w:after="16"/>
            </w:pPr>
            <w:r>
              <w:rPr>
                <w:color w:val="000000"/>
                <w:sz w:val="15"/>
              </w:rPr>
              <w:t>samostojno oziroma z dogovorjeno oporo poje pesem dobrodošlice</w:t>
            </w:r>
          </w:p>
        </w:tc>
        <w:tc>
          <w:tcPr>
            <w:tcW w:w="7087" w:type="dxa"/>
            <w:tcMar>
              <w:top w:w="70" w:type="dxa"/>
              <w:left w:w="90" w:type="dxa"/>
              <w:bottom w:w="70" w:type="dxa"/>
              <w:right w:w="90" w:type="dxa"/>
            </w:tcMar>
          </w:tcPr>
          <w:p w14:paraId="43B71B2B"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A01F48D" w14:textId="77777777">
              <w:trPr>
                <w:jc w:val="center"/>
              </w:trPr>
              <w:tc>
                <w:tcPr>
                  <w:tcW w:w="7087" w:type="dxa"/>
                  <w:shd w:val="clear" w:color="auto" w:fill="C6E7F3"/>
                  <w:tcMar>
                    <w:top w:w="45" w:type="dxa"/>
                    <w:left w:w="70" w:type="dxa"/>
                    <w:bottom w:w="45" w:type="dxa"/>
                    <w:right w:w="70" w:type="dxa"/>
                  </w:tcMar>
                </w:tcPr>
                <w:p w14:paraId="629A06C1" w14:textId="77777777" w:rsidR="008D43AB" w:rsidRDefault="00000000">
                  <w:pPr>
                    <w:keepNext/>
                  </w:pPr>
                  <w:r>
                    <w:rPr>
                      <w:b/>
                      <w:color w:val="000000"/>
                    </w:rPr>
                    <w:t>UVODNI DEL – zvočna motivacija, aktivacija predznanja in namen učenja (8–12 min)</w:t>
                  </w:r>
                </w:p>
              </w:tc>
            </w:tr>
          </w:tbl>
          <w:p w14:paraId="480FA847" w14:textId="77777777" w:rsidR="008D43AB" w:rsidRDefault="008D43AB">
            <w:pPr>
              <w:spacing w:line="20" w:lineRule="exact"/>
            </w:pPr>
          </w:p>
          <w:p w14:paraId="1BB78A94" w14:textId="77777777" w:rsidR="008D43AB" w:rsidRDefault="00000000">
            <w:pPr>
              <w:spacing w:before="40" w:after="60" w:line="245" w:lineRule="auto"/>
            </w:pPr>
            <w:r>
              <w:rPr>
                <w:color w:val="000000"/>
                <w:sz w:val="16"/>
              </w:rPr>
              <w:t>Učenci ob motivu »Muca Copatarica« – Ela Peroci vstopijo v temo urejenost, odgovornost in pripadnost razredu. Najprej v tišini poslušajo kratek zvočni odlomek ali učiteljičino izvedbo (pesem dobrodošlice; ritem imen in zvoki učilnice),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629A5FDA" w14:textId="77777777">
              <w:trPr>
                <w:jc w:val="center"/>
              </w:trPr>
              <w:tc>
                <w:tcPr>
                  <w:tcW w:w="7087" w:type="dxa"/>
                  <w:shd w:val="clear" w:color="auto" w:fill="EDC9EA"/>
                  <w:tcMar>
                    <w:top w:w="45" w:type="dxa"/>
                    <w:left w:w="70" w:type="dxa"/>
                    <w:bottom w:w="45" w:type="dxa"/>
                    <w:right w:w="70" w:type="dxa"/>
                  </w:tcMar>
                </w:tcPr>
                <w:p w14:paraId="6B4C20FC" w14:textId="77777777" w:rsidR="008D43AB" w:rsidRDefault="00000000">
                  <w:pPr>
                    <w:keepNext/>
                  </w:pPr>
                  <w:r>
                    <w:rPr>
                      <w:b/>
                      <w:color w:val="000000"/>
                    </w:rPr>
                    <w:t>NAMENI UČENJA</w:t>
                  </w:r>
                </w:p>
              </w:tc>
            </w:tr>
          </w:tbl>
          <w:p w14:paraId="575C1538" w14:textId="77777777" w:rsidR="008D43AB" w:rsidRDefault="008D43AB">
            <w:pPr>
              <w:spacing w:line="20" w:lineRule="exact"/>
            </w:pPr>
          </w:p>
          <w:p w14:paraId="02A6FC2F"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5B254DB2" w14:textId="77777777" w:rsidR="008D43AB" w:rsidRDefault="00000000">
            <w:pPr>
              <w:pStyle w:val="Oznaenseznam"/>
              <w:spacing w:after="16"/>
            </w:pPr>
            <w:r>
              <w:rPr>
                <w:color w:val="000000"/>
                <w:sz w:val="16"/>
              </w:rPr>
              <w:t>poslušam in razlikujem zvoke</w:t>
            </w:r>
          </w:p>
          <w:p w14:paraId="41228F77" w14:textId="77777777" w:rsidR="008D43AB" w:rsidRDefault="00000000">
            <w:pPr>
              <w:pStyle w:val="Oznaenseznam"/>
              <w:spacing w:after="16"/>
            </w:pPr>
            <w:r>
              <w:rPr>
                <w:color w:val="000000"/>
                <w:sz w:val="16"/>
              </w:rPr>
              <w:t>ritmično izrekam imena</w:t>
            </w:r>
          </w:p>
          <w:p w14:paraId="65E6A4FD" w14:textId="77777777" w:rsidR="008D43AB" w:rsidRDefault="00000000">
            <w:pPr>
              <w:pStyle w:val="Oznaenseznam"/>
              <w:spacing w:after="16"/>
            </w:pPr>
            <w:r>
              <w:rPr>
                <w:color w:val="000000"/>
                <w:sz w:val="16"/>
              </w:rPr>
              <w:t>pojem pesem dobrodošlice</w:t>
            </w:r>
          </w:p>
          <w:tbl>
            <w:tblPr>
              <w:tblStyle w:val="Tabelamrea"/>
              <w:tblW w:w="0" w:type="auto"/>
              <w:jc w:val="center"/>
              <w:tblLayout w:type="fixed"/>
              <w:tblLook w:val="04A0" w:firstRow="1" w:lastRow="0" w:firstColumn="1" w:lastColumn="0" w:noHBand="0" w:noVBand="1"/>
            </w:tblPr>
            <w:tblGrid>
              <w:gridCol w:w="7087"/>
            </w:tblGrid>
            <w:tr w:rsidR="008D43AB" w14:paraId="2FB938BE" w14:textId="77777777">
              <w:trPr>
                <w:jc w:val="center"/>
              </w:trPr>
              <w:tc>
                <w:tcPr>
                  <w:tcW w:w="7087" w:type="dxa"/>
                  <w:shd w:val="clear" w:color="auto" w:fill="EDC9EA"/>
                  <w:tcMar>
                    <w:top w:w="45" w:type="dxa"/>
                    <w:left w:w="70" w:type="dxa"/>
                    <w:bottom w:w="45" w:type="dxa"/>
                    <w:right w:w="70" w:type="dxa"/>
                  </w:tcMar>
                </w:tcPr>
                <w:p w14:paraId="5C54792A" w14:textId="77777777" w:rsidR="008D43AB" w:rsidRDefault="00000000">
                  <w:pPr>
                    <w:keepNext/>
                  </w:pPr>
                  <w:r>
                    <w:rPr>
                      <w:b/>
                      <w:color w:val="000000"/>
                    </w:rPr>
                    <w:t>PREVERJANJE PREDZNANJA</w:t>
                  </w:r>
                </w:p>
              </w:tc>
            </w:tr>
          </w:tbl>
          <w:p w14:paraId="6FC2ADDB" w14:textId="77777777" w:rsidR="008D43AB" w:rsidRDefault="008D43AB">
            <w:pPr>
              <w:spacing w:line="20" w:lineRule="exact"/>
            </w:pPr>
          </w:p>
          <w:p w14:paraId="1A94ACC9" w14:textId="77777777" w:rsidR="008D43AB" w:rsidRDefault="00000000">
            <w:pPr>
              <w:pStyle w:val="Oznaenseznam"/>
              <w:spacing w:after="16"/>
            </w:pPr>
            <w:r>
              <w:rPr>
                <w:color w:val="000000"/>
                <w:sz w:val="16"/>
              </w:rPr>
              <w:t>Kaj mi zvok, naslov, slika ali motiv pove o temi urejenost, odgovornost in pripadnost razredu?</w:t>
            </w:r>
          </w:p>
          <w:p w14:paraId="54B5692B" w14:textId="77777777" w:rsidR="008D43AB" w:rsidRDefault="00000000">
            <w:pPr>
              <w:pStyle w:val="Oznaenseznam"/>
              <w:spacing w:after="16"/>
            </w:pPr>
            <w:r>
              <w:rPr>
                <w:color w:val="000000"/>
                <w:sz w:val="16"/>
              </w:rPr>
              <w:t>Kako lahko s poslušanjem, glasom, telesom, glasbilom ali simbolom pokažem, kaj že znam pri temi »ZVOKI V UČILNICI«?</w:t>
            </w:r>
          </w:p>
          <w:p w14:paraId="4E9081C5"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5FD78444" w14:textId="77777777">
              <w:trPr>
                <w:jc w:val="center"/>
              </w:trPr>
              <w:tc>
                <w:tcPr>
                  <w:tcW w:w="7087" w:type="dxa"/>
                  <w:shd w:val="clear" w:color="auto" w:fill="EDC9EA"/>
                  <w:tcMar>
                    <w:top w:w="45" w:type="dxa"/>
                    <w:left w:w="70" w:type="dxa"/>
                    <w:bottom w:w="45" w:type="dxa"/>
                    <w:right w:w="70" w:type="dxa"/>
                  </w:tcMar>
                </w:tcPr>
                <w:p w14:paraId="18CF32AB" w14:textId="77777777" w:rsidR="008D43AB" w:rsidRDefault="00000000">
                  <w:pPr>
                    <w:keepNext/>
                  </w:pPr>
                  <w:r>
                    <w:rPr>
                      <w:b/>
                      <w:color w:val="000000"/>
                    </w:rPr>
                    <w:t>KRITERIJI USPEŠNOSTI</w:t>
                  </w:r>
                </w:p>
              </w:tc>
            </w:tr>
          </w:tbl>
          <w:p w14:paraId="69F9FCBE" w14:textId="77777777" w:rsidR="008D43AB" w:rsidRDefault="008D43AB"/>
          <w:p w14:paraId="3661EF46" w14:textId="77777777" w:rsidR="008D43AB" w:rsidRDefault="00000000">
            <w:pPr>
              <w:spacing w:before="20" w:after="20" w:line="245" w:lineRule="auto"/>
            </w:pPr>
            <w:r>
              <w:rPr>
                <w:b/>
                <w:color w:val="000000"/>
                <w:sz w:val="16"/>
              </w:rPr>
              <w:t>Uspešen/-na bom, ko:</w:t>
            </w:r>
          </w:p>
          <w:p w14:paraId="662519A2" w14:textId="77777777" w:rsidR="008D43AB" w:rsidRDefault="00000000">
            <w:pPr>
              <w:pStyle w:val="Oznaenseznam"/>
              <w:spacing w:after="16"/>
            </w:pPr>
            <w:r>
              <w:rPr>
                <w:color w:val="000000"/>
                <w:sz w:val="16"/>
              </w:rPr>
              <w:t>poslušam in razlikujem zvoke</w:t>
            </w:r>
          </w:p>
          <w:p w14:paraId="38554773" w14:textId="77777777" w:rsidR="008D43AB" w:rsidRDefault="00000000">
            <w:pPr>
              <w:pStyle w:val="Oznaenseznam"/>
              <w:spacing w:after="16"/>
            </w:pPr>
            <w:r>
              <w:rPr>
                <w:color w:val="000000"/>
                <w:sz w:val="16"/>
              </w:rPr>
              <w:t>ritmično izrekam imena</w:t>
            </w:r>
          </w:p>
          <w:p w14:paraId="3AA2DA53" w14:textId="77777777" w:rsidR="008D43AB" w:rsidRDefault="00000000">
            <w:pPr>
              <w:pStyle w:val="Oznaenseznam"/>
              <w:spacing w:after="16"/>
            </w:pPr>
            <w:r>
              <w:rPr>
                <w:color w:val="000000"/>
                <w:sz w:val="16"/>
              </w:rPr>
              <w:t>pojem pesem dobrodošlice</w:t>
            </w:r>
          </w:p>
          <w:p w14:paraId="149E69F0" w14:textId="77777777" w:rsidR="008D43AB" w:rsidRDefault="00000000">
            <w:pPr>
              <w:pStyle w:val="Oznaenseznam"/>
              <w:spacing w:after="16"/>
            </w:pPr>
            <w:r>
              <w:rPr>
                <w:color w:val="000000"/>
                <w:sz w:val="16"/>
              </w:rPr>
              <w:t>upoštevam dogovorjeni začetek, konec, znak za tišino in varno glasnost</w:t>
            </w:r>
          </w:p>
          <w:p w14:paraId="1C52D01E"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3006BDA8" w14:textId="77777777" w:rsidR="008D43AB" w:rsidRDefault="008D43AB"/>
          <w:p w14:paraId="0DA696B3"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4AEFFB23" w14:textId="77777777" w:rsidR="008D43AB" w:rsidRDefault="00000000">
            <w:pPr>
              <w:spacing w:after="80" w:line="245" w:lineRule="auto"/>
            </w:pPr>
            <w:r>
              <w:rPr>
                <w:color w:val="000000"/>
                <w:sz w:val="16"/>
              </w:rPr>
              <w:t>Pove ali pokaže, kaj že zna in katero glasbeno strategijo bi uporabil.</w:t>
            </w:r>
          </w:p>
          <w:p w14:paraId="73824AB3" w14:textId="77777777" w:rsidR="008D43AB" w:rsidRDefault="00000000">
            <w:pPr>
              <w:spacing w:after="100" w:line="245" w:lineRule="auto"/>
            </w:pPr>
            <w:r>
              <w:rPr>
                <w:color w:val="000000"/>
                <w:sz w:val="16"/>
              </w:rPr>
              <w:t>Sodeluje pri razumevanju namenov, meril uspešnosti, varne glasnosti in načina dokazovanja.</w:t>
            </w:r>
          </w:p>
          <w:p w14:paraId="68789ED3" w14:textId="77777777" w:rsidR="008D43AB" w:rsidRDefault="00000000">
            <w:pPr>
              <w:spacing w:after="20" w:line="245" w:lineRule="auto"/>
            </w:pPr>
            <w:r>
              <w:rPr>
                <w:b/>
                <w:color w:val="D95BC6"/>
                <w:sz w:val="17"/>
              </w:rPr>
              <w:t>DOKAZ O UČENJU</w:t>
            </w:r>
          </w:p>
          <w:p w14:paraId="7671F0C5"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779E314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3E59CF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AD53548"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069BF88" w14:textId="77777777" w:rsidR="008D43AB" w:rsidRDefault="00000000">
            <w:pPr>
              <w:jc w:val="center"/>
            </w:pPr>
            <w:r>
              <w:rPr>
                <w:b/>
                <w:color w:val="000000"/>
                <w:sz w:val="20"/>
              </w:rPr>
              <w:t>UČNE DEJAVNOSTI, METODE IN FORMATIVNO SPREMLJANJE</w:t>
            </w:r>
          </w:p>
        </w:tc>
      </w:tr>
      <w:tr w:rsidR="008D43AB" w14:paraId="70278BDB" w14:textId="77777777">
        <w:trPr>
          <w:tblHeader/>
          <w:jc w:val="center"/>
        </w:trPr>
        <w:tc>
          <w:tcPr>
            <w:tcW w:w="4422" w:type="dxa"/>
            <w:vMerge/>
            <w:tcMar>
              <w:top w:w="70" w:type="dxa"/>
              <w:left w:w="90" w:type="dxa"/>
              <w:bottom w:w="70" w:type="dxa"/>
              <w:right w:w="90" w:type="dxa"/>
            </w:tcMar>
            <w:vAlign w:val="center"/>
          </w:tcPr>
          <w:p w14:paraId="7AC3CAC1" w14:textId="77777777" w:rsidR="008D43AB" w:rsidRDefault="008D43AB"/>
        </w:tc>
        <w:tc>
          <w:tcPr>
            <w:tcW w:w="7087" w:type="dxa"/>
            <w:shd w:val="clear" w:color="auto" w:fill="FFFFFF"/>
            <w:tcMar>
              <w:top w:w="70" w:type="dxa"/>
              <w:left w:w="90" w:type="dxa"/>
              <w:bottom w:w="70" w:type="dxa"/>
              <w:right w:w="90" w:type="dxa"/>
            </w:tcMar>
            <w:vAlign w:val="center"/>
          </w:tcPr>
          <w:p w14:paraId="4446473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7263762" w14:textId="77777777" w:rsidR="008D43AB" w:rsidRDefault="00000000">
            <w:pPr>
              <w:jc w:val="center"/>
            </w:pPr>
            <w:r>
              <w:rPr>
                <w:b/>
                <w:color w:val="000000"/>
              </w:rPr>
              <w:t>UČENEC</w:t>
            </w:r>
          </w:p>
        </w:tc>
      </w:tr>
      <w:tr w:rsidR="008D43AB" w14:paraId="4026566E" w14:textId="77777777">
        <w:trPr>
          <w:jc w:val="center"/>
        </w:trPr>
        <w:tc>
          <w:tcPr>
            <w:tcW w:w="4422" w:type="dxa"/>
            <w:tcMar>
              <w:top w:w="70" w:type="dxa"/>
              <w:left w:w="90" w:type="dxa"/>
              <w:bottom w:w="70" w:type="dxa"/>
              <w:right w:w="90" w:type="dxa"/>
            </w:tcMar>
          </w:tcPr>
          <w:p w14:paraId="382D47EC" w14:textId="77777777" w:rsidR="008D43AB" w:rsidRDefault="008D43AB"/>
          <w:p w14:paraId="3C2CE9D9" w14:textId="77777777" w:rsidR="008D43AB" w:rsidRDefault="00000000">
            <w:pPr>
              <w:spacing w:after="40" w:line="245" w:lineRule="auto"/>
            </w:pPr>
            <w:r>
              <w:rPr>
                <w:b/>
                <w:color w:val="000000"/>
              </w:rPr>
              <w:t>KLJUČNI GLASBENI POJMI</w:t>
            </w:r>
          </w:p>
          <w:p w14:paraId="2213FDC1" w14:textId="77777777" w:rsidR="008D43AB" w:rsidRDefault="00000000">
            <w:pPr>
              <w:spacing w:after="60" w:line="245" w:lineRule="auto"/>
            </w:pPr>
            <w:r>
              <w:rPr>
                <w:color w:val="000000"/>
                <w:sz w:val="15"/>
              </w:rPr>
              <w:t>poslušanje, zvok, tišina, izvedba, glasbeni znak, dokaz, povratna informacija, zvočni vir, glasno–tiho, visoko–nizko, dolgo–kratko, naravno–umetno</w:t>
            </w:r>
          </w:p>
          <w:p w14:paraId="73FA995F" w14:textId="77777777" w:rsidR="008D43AB" w:rsidRDefault="00000000">
            <w:pPr>
              <w:spacing w:after="20" w:line="245" w:lineRule="auto"/>
            </w:pPr>
            <w:r>
              <w:rPr>
                <w:b/>
                <w:color w:val="000000"/>
                <w:sz w:val="17"/>
              </w:rPr>
              <w:t>DOKAZI O UČENJU</w:t>
            </w:r>
          </w:p>
          <w:p w14:paraId="6FDABD8E" w14:textId="77777777" w:rsidR="008D43AB" w:rsidRDefault="00000000">
            <w:pPr>
              <w:pStyle w:val="Oznaenseznam"/>
              <w:spacing w:after="9"/>
            </w:pPr>
            <w:r>
              <w:rPr>
                <w:color w:val="000000"/>
                <w:sz w:val="15"/>
              </w:rPr>
              <w:t>poslušalski gibalni odziv, ritmični/pevski odmev in učiteljev zapis o skupnem pulzu oziroma začetku/koncu.</w:t>
            </w:r>
          </w:p>
          <w:p w14:paraId="35A6EE17" w14:textId="77777777" w:rsidR="008D43AB" w:rsidRDefault="00000000">
            <w:pPr>
              <w:pStyle w:val="Oznaenseznam"/>
              <w:spacing w:after="9"/>
            </w:pPr>
            <w:r>
              <w:rPr>
                <w:color w:val="000000"/>
                <w:sz w:val="15"/>
              </w:rPr>
              <w:t>slikovni zvočni zapis, skupinska izvedba/posnetek in vrstniška opisna povratna informacija.</w:t>
            </w:r>
          </w:p>
          <w:p w14:paraId="6008CBC9" w14:textId="77777777" w:rsidR="008D43AB" w:rsidRDefault="00000000">
            <w:pPr>
              <w:spacing w:before="40" w:after="20" w:line="245" w:lineRule="auto"/>
            </w:pPr>
            <w:r>
              <w:rPr>
                <w:b/>
                <w:color w:val="000000"/>
                <w:sz w:val="17"/>
              </w:rPr>
              <w:t>GLASBENO DOŽIVETJE IN IZKUŠENJSKI POUK</w:t>
            </w:r>
          </w:p>
          <w:p w14:paraId="4C7EB948"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3496E223" w14:textId="77777777" w:rsidR="008D43AB" w:rsidRDefault="00000000">
            <w:pPr>
              <w:spacing w:after="20" w:line="245" w:lineRule="auto"/>
            </w:pPr>
            <w:r>
              <w:rPr>
                <w:b/>
                <w:color w:val="000000"/>
                <w:sz w:val="17"/>
              </w:rPr>
              <w:t>POUČEVANJE V GIBANJU</w:t>
            </w:r>
          </w:p>
          <w:p w14:paraId="1B6E3089"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6D48A6BF" w14:textId="77777777" w:rsidR="008D43AB" w:rsidRDefault="00000000">
            <w:pPr>
              <w:spacing w:after="20" w:line="245" w:lineRule="auto"/>
            </w:pPr>
            <w:r>
              <w:rPr>
                <w:b/>
                <w:color w:val="000000"/>
                <w:sz w:val="17"/>
              </w:rPr>
              <w:t>DELO PO POSTAJAH</w:t>
            </w:r>
          </w:p>
          <w:p w14:paraId="1731E952"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70D0B30C" w14:textId="77777777" w:rsidR="008D43AB" w:rsidRDefault="00000000">
            <w:pPr>
              <w:spacing w:after="10" w:line="245" w:lineRule="auto"/>
            </w:pPr>
            <w:r>
              <w:rPr>
                <w:color w:val="000000"/>
                <w:sz w:val="15"/>
              </w:rPr>
              <w:t>1. Aktivno poslušanje: prepoznam zvočni vir ali spremembo ter odziv pokažem s kartico, gibom ali besedo.</w:t>
            </w:r>
          </w:p>
          <w:p w14:paraId="1171BF69" w14:textId="77777777" w:rsidR="008D43AB" w:rsidRDefault="00000000">
            <w:pPr>
              <w:spacing w:after="10" w:line="245" w:lineRule="auto"/>
            </w:pPr>
            <w:r>
              <w:rPr>
                <w:color w:val="000000"/>
                <w:sz w:val="15"/>
              </w:rPr>
              <w:t>2. Gibalna: glasbeno lastnost ponazorim s hojo, nivojem telesa, smerjo, hitrostjo in zamrznitvijo.</w:t>
            </w:r>
          </w:p>
          <w:p w14:paraId="53C8CFEC" w14:textId="77777777" w:rsidR="008D43AB" w:rsidRDefault="00000000">
            <w:pPr>
              <w:spacing w:after="10" w:line="245" w:lineRule="auto"/>
            </w:pPr>
            <w:r>
              <w:rPr>
                <w:color w:val="000000"/>
                <w:sz w:val="15"/>
              </w:rPr>
              <w:t>3. Izvajalska: zvok posnemam z glasom, telesom ali glasbilom ter upoštevam začetek, konec in tišino.</w:t>
            </w:r>
          </w:p>
          <w:p w14:paraId="59DD7417" w14:textId="77777777" w:rsidR="008D43AB" w:rsidRDefault="00000000">
            <w:pPr>
              <w:spacing w:after="10" w:line="245" w:lineRule="auto"/>
            </w:pPr>
            <w:r>
              <w:rPr>
                <w:color w:val="000000"/>
                <w:sz w:val="15"/>
              </w:rPr>
              <w:t>4. Likovno-zapisna: doživetje ali zvočno zaporedje prikažem s simboli, ga predstavim in izboljšam.</w:t>
            </w:r>
          </w:p>
          <w:p w14:paraId="1FBB6AA7" w14:textId="77777777" w:rsidR="008D43AB" w:rsidRDefault="00000000">
            <w:pPr>
              <w:spacing w:after="20" w:line="245" w:lineRule="auto"/>
            </w:pPr>
            <w:r>
              <w:rPr>
                <w:b/>
                <w:color w:val="000000"/>
                <w:sz w:val="17"/>
              </w:rPr>
              <w:t>DIFERENCIACIJA IN VKLJUČEVANJE</w:t>
            </w:r>
          </w:p>
          <w:p w14:paraId="73F74967"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70C7F238" w14:textId="77777777" w:rsidR="008D43AB" w:rsidRDefault="00000000">
            <w:pPr>
              <w:spacing w:after="20" w:line="245" w:lineRule="auto"/>
            </w:pPr>
            <w:r>
              <w:rPr>
                <w:b/>
                <w:color w:val="000000"/>
                <w:sz w:val="17"/>
              </w:rPr>
              <w:t>SPREMLJANJE</w:t>
            </w:r>
          </w:p>
          <w:p w14:paraId="41A44DA6"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5743A428"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FD6CBCC" w14:textId="77777777">
              <w:trPr>
                <w:jc w:val="center"/>
              </w:trPr>
              <w:tc>
                <w:tcPr>
                  <w:tcW w:w="7087" w:type="dxa"/>
                  <w:shd w:val="clear" w:color="auto" w:fill="C6E7F3"/>
                  <w:tcMar>
                    <w:top w:w="45" w:type="dxa"/>
                    <w:left w:w="70" w:type="dxa"/>
                    <w:bottom w:w="45" w:type="dxa"/>
                    <w:right w:w="70" w:type="dxa"/>
                  </w:tcMar>
                </w:tcPr>
                <w:p w14:paraId="58FD7DFA" w14:textId="77777777" w:rsidR="008D43AB" w:rsidRDefault="00000000">
                  <w:pPr>
                    <w:keepNext/>
                  </w:pPr>
                  <w:r>
                    <w:rPr>
                      <w:b/>
                      <w:color w:val="000000"/>
                      <w:sz w:val="17"/>
                    </w:rPr>
                    <w:t>GLAVNI DEL – POSLUŠANJE, IZVAJANJE, GIBANJE IN USTVARJANJE (2 šolski uri)</w:t>
                  </w:r>
                </w:p>
              </w:tc>
            </w:tr>
          </w:tbl>
          <w:p w14:paraId="3E54FAC5" w14:textId="77777777" w:rsidR="008D43AB" w:rsidRDefault="008D43AB">
            <w:pPr>
              <w:spacing w:line="20" w:lineRule="exact"/>
            </w:pPr>
          </w:p>
          <w:p w14:paraId="5D25311B" w14:textId="77777777" w:rsidR="008D43AB" w:rsidRDefault="00000000">
            <w:pPr>
              <w:keepNext/>
              <w:spacing w:before="24" w:after="8" w:line="245" w:lineRule="auto"/>
            </w:pPr>
            <w:r>
              <w:rPr>
                <w:b/>
                <w:color w:val="000000"/>
                <w:sz w:val="16"/>
              </w:rPr>
              <w:t>1. URA – Zvoki V Učilnici – Poslušam in izvajam</w:t>
            </w:r>
          </w:p>
          <w:p w14:paraId="76D9B4F8"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»ZVOKI V UČILNICI«,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190077F8"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420731E5"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2911FF00" w14:textId="77777777" w:rsidR="008D43AB" w:rsidRDefault="00000000">
            <w:pPr>
              <w:keepNext/>
              <w:spacing w:before="24" w:after="8" w:line="245" w:lineRule="auto"/>
            </w:pPr>
            <w:r>
              <w:rPr>
                <w:b/>
                <w:color w:val="000000"/>
                <w:sz w:val="16"/>
              </w:rPr>
              <w:t>2. URA – Zvoki V Učilnici – Ustvarim in nastopim</w:t>
            </w:r>
          </w:p>
          <w:p w14:paraId="3270708D"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zvoki v učilnici«; usmerja izbiro, zapis, vajo in menjavo vlog. Zaključek: 10' – Organizira nastop in odziv poslušalcev po kriterijih; posname kratek dokaz, če so soglasja urejena.</w:t>
            </w:r>
          </w:p>
          <w:p w14:paraId="1E9AAAFD"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2E9E769D"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7FBAC2B5" w14:textId="77777777">
              <w:trPr>
                <w:jc w:val="center"/>
              </w:trPr>
              <w:tc>
                <w:tcPr>
                  <w:tcW w:w="7087" w:type="dxa"/>
                  <w:shd w:val="clear" w:color="auto" w:fill="EDC9EA"/>
                  <w:tcMar>
                    <w:top w:w="45" w:type="dxa"/>
                    <w:left w:w="70" w:type="dxa"/>
                    <w:bottom w:w="45" w:type="dxa"/>
                    <w:right w:w="70" w:type="dxa"/>
                  </w:tcMar>
                </w:tcPr>
                <w:p w14:paraId="1039428D" w14:textId="77777777" w:rsidR="008D43AB" w:rsidRDefault="00000000">
                  <w:pPr>
                    <w:keepNext/>
                  </w:pPr>
                  <w:r>
                    <w:rPr>
                      <w:b/>
                      <w:color w:val="000000"/>
                      <w:sz w:val="17"/>
                    </w:rPr>
                    <w:t>ORGANIZACIJA POSTAJ IN PREHODOV</w:t>
                  </w:r>
                </w:p>
              </w:tc>
            </w:tr>
          </w:tbl>
          <w:p w14:paraId="3ACC8F64" w14:textId="77777777" w:rsidR="008D43AB" w:rsidRDefault="008D43AB"/>
          <w:p w14:paraId="54A5D00F"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782BBC64"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40E74C94"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0471942C"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144E1DA0"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13D33B19" w14:textId="77777777" w:rsidR="008D43AB" w:rsidRDefault="008D43AB"/>
          <w:p w14:paraId="298EFBDC" w14:textId="77777777" w:rsidR="008D43AB" w:rsidRDefault="00000000">
            <w:pPr>
              <w:spacing w:after="6" w:line="245" w:lineRule="auto"/>
            </w:pPr>
            <w:r>
              <w:rPr>
                <w:b/>
                <w:color w:val="000000"/>
                <w:sz w:val="15"/>
              </w:rPr>
              <w:t>1. URA – Zvoki V Učilnici – Poslušam in izvajam</w:t>
            </w:r>
          </w:p>
          <w:p w14:paraId="6D60EF3A"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3AC668C6" w14:textId="77777777" w:rsidR="008D43AB" w:rsidRDefault="00000000">
            <w:pPr>
              <w:spacing w:after="20" w:line="245" w:lineRule="auto"/>
            </w:pPr>
            <w:r>
              <w:rPr>
                <w:color w:val="D95BC6"/>
                <w:sz w:val="14"/>
              </w:rPr>
              <w:t>Dokaz: poslušalski gibalni odziv, ritmični/pevski odmev in učiteljev zapis o skupnem pulzu oziroma.</w:t>
            </w:r>
          </w:p>
          <w:p w14:paraId="68AE5290" w14:textId="77777777" w:rsidR="008D43AB" w:rsidRDefault="00000000">
            <w:pPr>
              <w:spacing w:after="6" w:line="245" w:lineRule="auto"/>
            </w:pPr>
            <w:r>
              <w:rPr>
                <w:b/>
                <w:color w:val="000000"/>
                <w:sz w:val="15"/>
              </w:rPr>
              <w:t>2. URA – Zvoki V Učilnici – Ustvarim in nastopim</w:t>
            </w:r>
          </w:p>
          <w:p w14:paraId="02A247F7"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26AF868E" w14:textId="77777777" w:rsidR="008D43AB" w:rsidRDefault="00000000">
            <w:pPr>
              <w:spacing w:after="20" w:line="245" w:lineRule="auto"/>
            </w:pPr>
            <w:r>
              <w:rPr>
                <w:color w:val="D95BC6"/>
                <w:sz w:val="14"/>
              </w:rPr>
              <w:t>Dokaz: slikovni zvočni zapis, skupinska izvedba/posnetek in vrstniška opisna povratna informacija.</w:t>
            </w:r>
          </w:p>
          <w:p w14:paraId="36C9B56E" w14:textId="77777777" w:rsidR="008D43AB" w:rsidRDefault="00000000">
            <w:pPr>
              <w:spacing w:before="40" w:after="20" w:line="245" w:lineRule="auto"/>
            </w:pPr>
            <w:r>
              <w:rPr>
                <w:b/>
                <w:color w:val="D95BC6"/>
                <w:sz w:val="16"/>
              </w:rPr>
              <w:t>MOJ KROG POSTAJ</w:t>
            </w:r>
          </w:p>
          <w:p w14:paraId="7341FE25" w14:textId="77777777" w:rsidR="008D43AB" w:rsidRDefault="00000000">
            <w:pPr>
              <w:spacing w:after="11" w:line="245" w:lineRule="auto"/>
            </w:pPr>
            <w:r>
              <w:rPr>
                <w:color w:val="000000"/>
                <w:sz w:val="14"/>
              </w:rPr>
              <w:t>1. Aktivno poslušanje: prepoznam zvočni vir ali spremembo ter odziv pokažem s kartico.</w:t>
            </w:r>
          </w:p>
          <w:p w14:paraId="45BFD2B1" w14:textId="77777777" w:rsidR="008D43AB" w:rsidRDefault="00000000">
            <w:pPr>
              <w:spacing w:after="11" w:line="245" w:lineRule="auto"/>
            </w:pPr>
            <w:r>
              <w:rPr>
                <w:color w:val="000000"/>
                <w:sz w:val="14"/>
              </w:rPr>
              <w:t>2. Gibalna: glasbeno lastnost ponazorim s hojo, nivojem telesa, smerjo.</w:t>
            </w:r>
          </w:p>
          <w:p w14:paraId="6B02B6E0" w14:textId="77777777" w:rsidR="008D43AB" w:rsidRDefault="00000000">
            <w:pPr>
              <w:spacing w:after="11" w:line="245" w:lineRule="auto"/>
            </w:pPr>
            <w:r>
              <w:rPr>
                <w:color w:val="000000"/>
                <w:sz w:val="14"/>
              </w:rPr>
              <w:t>3. Izvajalska: zvok posnemam z glasom, telesom ali glasbilom ter upoštevam začetek.</w:t>
            </w:r>
          </w:p>
          <w:p w14:paraId="622EA2C3" w14:textId="77777777" w:rsidR="008D43AB" w:rsidRDefault="00000000">
            <w:pPr>
              <w:spacing w:after="11" w:line="245" w:lineRule="auto"/>
            </w:pPr>
            <w:r>
              <w:rPr>
                <w:color w:val="000000"/>
                <w:sz w:val="14"/>
              </w:rPr>
              <w:t>4. Likovno-zapisna: doživetje ali zvočno zaporedje prikažem s simboli.</w:t>
            </w:r>
          </w:p>
          <w:p w14:paraId="3227088E"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1E7FF0C7" w14:textId="77777777" w:rsidR="008D43AB" w:rsidRDefault="00000000">
            <w:pPr>
              <w:spacing w:after="20" w:line="245" w:lineRule="auto"/>
            </w:pPr>
            <w:r>
              <w:rPr>
                <w:b/>
                <w:color w:val="D95BC6"/>
                <w:sz w:val="17"/>
              </w:rPr>
              <w:t>DOKAZ O UČENJU</w:t>
            </w:r>
          </w:p>
          <w:p w14:paraId="2D44B6D2"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19CE800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1F2911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12134A"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7ABEB3" w14:textId="77777777" w:rsidR="008D43AB" w:rsidRDefault="00000000">
            <w:pPr>
              <w:jc w:val="center"/>
            </w:pPr>
            <w:r>
              <w:rPr>
                <w:b/>
                <w:color w:val="000000"/>
                <w:sz w:val="20"/>
              </w:rPr>
              <w:t>UČNE DEJAVNOSTI, METODE IN FORMATIVNO SPREMLJANJE</w:t>
            </w:r>
          </w:p>
        </w:tc>
      </w:tr>
      <w:tr w:rsidR="008D43AB" w14:paraId="0AD43C87" w14:textId="77777777">
        <w:trPr>
          <w:tblHeader/>
          <w:jc w:val="center"/>
        </w:trPr>
        <w:tc>
          <w:tcPr>
            <w:tcW w:w="4422" w:type="dxa"/>
            <w:vMerge/>
            <w:tcMar>
              <w:top w:w="70" w:type="dxa"/>
              <w:left w:w="90" w:type="dxa"/>
              <w:bottom w:w="70" w:type="dxa"/>
              <w:right w:w="90" w:type="dxa"/>
            </w:tcMar>
            <w:vAlign w:val="center"/>
          </w:tcPr>
          <w:p w14:paraId="11B45AA6" w14:textId="77777777" w:rsidR="008D43AB" w:rsidRDefault="008D43AB"/>
        </w:tc>
        <w:tc>
          <w:tcPr>
            <w:tcW w:w="7087" w:type="dxa"/>
            <w:shd w:val="clear" w:color="auto" w:fill="FFFFFF"/>
            <w:tcMar>
              <w:top w:w="70" w:type="dxa"/>
              <w:left w:w="90" w:type="dxa"/>
              <w:bottom w:w="70" w:type="dxa"/>
              <w:right w:w="90" w:type="dxa"/>
            </w:tcMar>
            <w:vAlign w:val="center"/>
          </w:tcPr>
          <w:p w14:paraId="4F06567D"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30DE7D" w14:textId="77777777" w:rsidR="008D43AB" w:rsidRDefault="00000000">
            <w:pPr>
              <w:jc w:val="center"/>
            </w:pPr>
            <w:r>
              <w:rPr>
                <w:b/>
                <w:color w:val="000000"/>
              </w:rPr>
              <w:t>UČENEC</w:t>
            </w:r>
          </w:p>
        </w:tc>
      </w:tr>
      <w:tr w:rsidR="008D43AB" w14:paraId="31307390" w14:textId="77777777">
        <w:trPr>
          <w:jc w:val="center"/>
        </w:trPr>
        <w:tc>
          <w:tcPr>
            <w:tcW w:w="4422" w:type="dxa"/>
            <w:tcMar>
              <w:top w:w="70" w:type="dxa"/>
              <w:left w:w="90" w:type="dxa"/>
              <w:bottom w:w="70" w:type="dxa"/>
              <w:right w:w="90" w:type="dxa"/>
            </w:tcMar>
          </w:tcPr>
          <w:p w14:paraId="0B22B5BA" w14:textId="77777777" w:rsidR="008D43AB" w:rsidRDefault="008D43AB"/>
          <w:p w14:paraId="4DA25A44" w14:textId="77777777" w:rsidR="008D43AB" w:rsidRDefault="00000000">
            <w:pPr>
              <w:spacing w:after="40" w:line="245" w:lineRule="auto"/>
            </w:pPr>
            <w:r>
              <w:rPr>
                <w:b/>
                <w:color w:val="000000"/>
              </w:rPr>
              <w:t>FORMATIVNO SPREMLJANJE</w:t>
            </w:r>
          </w:p>
          <w:p w14:paraId="686DB74C" w14:textId="77777777" w:rsidR="008D43AB" w:rsidRDefault="00000000">
            <w:pPr>
              <w:pStyle w:val="Oznaenseznam"/>
              <w:spacing w:after="16"/>
            </w:pPr>
            <w:r>
              <w:rPr>
                <w:color w:val="000000"/>
                <w:sz w:val="16"/>
              </w:rPr>
              <w:t>predznanje: zvočna napoved, izbira kartice, gib, ritmični oziroma pevski poskus ali začetni simbol</w:t>
            </w:r>
          </w:p>
          <w:p w14:paraId="541DBB38" w14:textId="77777777" w:rsidR="008D43AB" w:rsidRDefault="00000000">
            <w:pPr>
              <w:pStyle w:val="Oznaenseznam"/>
              <w:spacing w:after="16"/>
            </w:pPr>
            <w:r>
              <w:rPr>
                <w:color w:val="000000"/>
                <w:sz w:val="16"/>
              </w:rPr>
              <w:t>nameni in merila: kratka poved, slikovni znak, model izvedbe ter vidna pravila varne glasnosti</w:t>
            </w:r>
          </w:p>
          <w:p w14:paraId="13A440AB"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1F519420" w14:textId="77777777" w:rsidR="008D43AB" w:rsidRDefault="00000000">
            <w:pPr>
              <w:pStyle w:val="Oznaenseznam"/>
              <w:spacing w:after="16"/>
            </w:pPr>
            <w:r>
              <w:rPr>
                <w:color w:val="000000"/>
                <w:sz w:val="16"/>
              </w:rPr>
              <w:t>povratna informacija: opis slišane strategije, povezava z enim merilom in izvedljiv naslednji korak</w:t>
            </w:r>
          </w:p>
          <w:p w14:paraId="17AC455A" w14:textId="77777777" w:rsidR="008D43AB" w:rsidRDefault="00000000">
            <w:pPr>
              <w:pStyle w:val="Oznaenseznam"/>
              <w:spacing w:after="16"/>
            </w:pPr>
            <w:r>
              <w:rPr>
                <w:color w:val="000000"/>
                <w:sz w:val="16"/>
              </w:rPr>
              <w:t>samovrednotenje: barvni zvočni semafor, lestvica samostojnosti, izbran dokaz in ponovna izvedba</w:t>
            </w:r>
          </w:p>
          <w:p w14:paraId="46ED4A3D" w14:textId="77777777" w:rsidR="008D43AB" w:rsidRDefault="00000000">
            <w:pPr>
              <w:spacing w:before="40" w:after="20" w:line="245" w:lineRule="auto"/>
            </w:pPr>
            <w:r>
              <w:rPr>
                <w:b/>
                <w:color w:val="000000"/>
                <w:sz w:val="17"/>
              </w:rPr>
              <w:t>VARNOST IN VAROVANJE SLUHA</w:t>
            </w:r>
          </w:p>
          <w:p w14:paraId="1845D703"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4A564131" w14:textId="77777777" w:rsidR="008D43AB" w:rsidRDefault="00000000">
            <w:pPr>
              <w:spacing w:after="20" w:line="245" w:lineRule="auto"/>
            </w:pPr>
            <w:r>
              <w:rPr>
                <w:b/>
                <w:color w:val="000000"/>
                <w:sz w:val="17"/>
              </w:rPr>
              <w:t>EVIDENCA PO IZVEDBI</w:t>
            </w:r>
          </w:p>
          <w:p w14:paraId="6A0FC9FE"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7AC50344" w14:textId="77777777" w:rsidR="008D43AB" w:rsidRDefault="00000000">
            <w:pPr>
              <w:spacing w:before="40" w:after="20" w:line="245" w:lineRule="auto"/>
            </w:pPr>
            <w:r>
              <w:rPr>
                <w:b/>
                <w:color w:val="000000"/>
                <w:sz w:val="17"/>
              </w:rPr>
              <w:t>RAVEN DOSEGANJA</w:t>
            </w:r>
          </w:p>
          <w:p w14:paraId="731B3A6A"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769CF84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6BBC879" w14:textId="77777777">
              <w:trPr>
                <w:jc w:val="center"/>
              </w:trPr>
              <w:tc>
                <w:tcPr>
                  <w:tcW w:w="7087" w:type="dxa"/>
                  <w:shd w:val="clear" w:color="auto" w:fill="EDC9EA"/>
                  <w:tcMar>
                    <w:top w:w="45" w:type="dxa"/>
                    <w:left w:w="70" w:type="dxa"/>
                    <w:bottom w:w="45" w:type="dxa"/>
                    <w:right w:w="70" w:type="dxa"/>
                  </w:tcMar>
                </w:tcPr>
                <w:p w14:paraId="7EEEB5A7" w14:textId="77777777" w:rsidR="008D43AB" w:rsidRDefault="00000000">
                  <w:pPr>
                    <w:keepNext/>
                  </w:pPr>
                  <w:r>
                    <w:rPr>
                      <w:b/>
                      <w:color w:val="000000"/>
                    </w:rPr>
                    <w:t>VPRAŠANJA V PODPORO GLASBENEMU UČENJU</w:t>
                  </w:r>
                </w:p>
              </w:tc>
            </w:tr>
          </w:tbl>
          <w:p w14:paraId="0D0686BA" w14:textId="77777777" w:rsidR="008D43AB" w:rsidRDefault="008D43AB">
            <w:pPr>
              <w:spacing w:line="20" w:lineRule="exact"/>
            </w:pPr>
          </w:p>
          <w:p w14:paraId="4E6B4CF6" w14:textId="77777777" w:rsidR="008D43AB" w:rsidRDefault="00000000">
            <w:pPr>
              <w:pStyle w:val="Oznaenseznam"/>
              <w:spacing w:after="16"/>
            </w:pPr>
            <w:r>
              <w:rPr>
                <w:color w:val="000000"/>
                <w:sz w:val="16"/>
              </w:rPr>
              <w:t>Kaj si v glasbi slišal/-a, začutil/-a ali pokazal/-a z gibanjem?</w:t>
            </w:r>
          </w:p>
          <w:p w14:paraId="05744679" w14:textId="77777777" w:rsidR="008D43AB" w:rsidRDefault="00000000">
            <w:pPr>
              <w:pStyle w:val="Oznaenseznam"/>
              <w:spacing w:after="16"/>
            </w:pPr>
            <w:r>
              <w:rPr>
                <w:color w:val="000000"/>
                <w:sz w:val="16"/>
              </w:rPr>
              <w:t>Po katerem zvočnem znaku, lastnosti ali vzorcu si prepoznal/-a rešitev?</w:t>
            </w:r>
          </w:p>
          <w:p w14:paraId="58C03FE9" w14:textId="77777777" w:rsidR="008D43AB" w:rsidRDefault="00000000">
            <w:pPr>
              <w:pStyle w:val="Oznaenseznam"/>
              <w:spacing w:after="16"/>
            </w:pPr>
            <w:r>
              <w:rPr>
                <w:color w:val="000000"/>
                <w:sz w:val="16"/>
              </w:rPr>
              <w:t>Kako veš, da je bil pulz, začetek, konec, glasnost ali skupinska izvedba skladna z merilom?</w:t>
            </w:r>
          </w:p>
          <w:p w14:paraId="6260B113" w14:textId="77777777" w:rsidR="008D43AB" w:rsidRDefault="00000000">
            <w:pPr>
              <w:pStyle w:val="Oznaenseznam"/>
              <w:spacing w:after="16"/>
            </w:pPr>
            <w:r>
              <w:rPr>
                <w:color w:val="000000"/>
                <w:sz w:val="16"/>
              </w:rPr>
              <w:t>Zakaj si za motiv, osebo, dogodek ali okolje izbral/-a prav ta glas, predmet ali glasbilo?</w:t>
            </w:r>
          </w:p>
          <w:p w14:paraId="3276012B"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46457AFA" w14:textId="77777777">
              <w:trPr>
                <w:jc w:val="center"/>
              </w:trPr>
              <w:tc>
                <w:tcPr>
                  <w:tcW w:w="7087" w:type="dxa"/>
                  <w:shd w:val="clear" w:color="auto" w:fill="C6E7F3"/>
                  <w:tcMar>
                    <w:top w:w="45" w:type="dxa"/>
                    <w:left w:w="70" w:type="dxa"/>
                    <w:bottom w:w="45" w:type="dxa"/>
                    <w:right w:w="70" w:type="dxa"/>
                  </w:tcMar>
                </w:tcPr>
                <w:p w14:paraId="74178B3C" w14:textId="77777777" w:rsidR="008D43AB" w:rsidRDefault="00000000">
                  <w:pPr>
                    <w:keepNext/>
                  </w:pPr>
                  <w:r>
                    <w:rPr>
                      <w:b/>
                      <w:color w:val="000000"/>
                    </w:rPr>
                    <w:t>ZAKLJUČNI DEL – NASTOP, POSLUŠALSKI ODZIV IN REFLEKSIJA (8–12 min)</w:t>
                  </w:r>
                </w:p>
              </w:tc>
            </w:tr>
          </w:tbl>
          <w:p w14:paraId="728B9E29" w14:textId="77777777" w:rsidR="008D43AB" w:rsidRDefault="008D43AB">
            <w:pPr>
              <w:spacing w:line="20" w:lineRule="exact"/>
            </w:pPr>
          </w:p>
          <w:p w14:paraId="713F86D3"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6169648D" w14:textId="77777777">
              <w:trPr>
                <w:jc w:val="center"/>
              </w:trPr>
              <w:tc>
                <w:tcPr>
                  <w:tcW w:w="7087" w:type="dxa"/>
                  <w:shd w:val="clear" w:color="auto" w:fill="EDC9EA"/>
                  <w:tcMar>
                    <w:top w:w="45" w:type="dxa"/>
                    <w:left w:w="70" w:type="dxa"/>
                    <w:bottom w:w="45" w:type="dxa"/>
                    <w:right w:w="70" w:type="dxa"/>
                  </w:tcMar>
                </w:tcPr>
                <w:p w14:paraId="2D243747" w14:textId="77777777" w:rsidR="008D43AB" w:rsidRDefault="00000000">
                  <w:pPr>
                    <w:keepNext/>
                  </w:pPr>
                  <w:r>
                    <w:rPr>
                      <w:b/>
                      <w:color w:val="000000"/>
                    </w:rPr>
                    <w:t>SAMOVREDNOTENJE</w:t>
                  </w:r>
                </w:p>
              </w:tc>
            </w:tr>
          </w:tbl>
          <w:p w14:paraId="2343532F" w14:textId="77777777" w:rsidR="008D43AB" w:rsidRDefault="008D43AB">
            <w:pPr>
              <w:spacing w:line="20" w:lineRule="exact"/>
            </w:pPr>
          </w:p>
          <w:p w14:paraId="68DB035F"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3BD78211" w14:textId="77777777">
              <w:trPr>
                <w:jc w:val="center"/>
              </w:trPr>
              <w:tc>
                <w:tcPr>
                  <w:tcW w:w="7087" w:type="dxa"/>
                  <w:shd w:val="clear" w:color="auto" w:fill="EDC9EA"/>
                  <w:tcMar>
                    <w:top w:w="45" w:type="dxa"/>
                    <w:left w:w="70" w:type="dxa"/>
                    <w:bottom w:w="45" w:type="dxa"/>
                    <w:right w:w="70" w:type="dxa"/>
                  </w:tcMar>
                </w:tcPr>
                <w:p w14:paraId="351D306C" w14:textId="77777777" w:rsidR="008D43AB" w:rsidRDefault="00000000">
                  <w:pPr>
                    <w:keepNext/>
                  </w:pPr>
                  <w:r>
                    <w:rPr>
                      <w:b/>
                      <w:color w:val="000000"/>
                    </w:rPr>
                    <w:t>VRSTNIŠKO VREDNOTENJE</w:t>
                  </w:r>
                </w:p>
              </w:tc>
            </w:tr>
          </w:tbl>
          <w:p w14:paraId="55A5900E" w14:textId="77777777" w:rsidR="008D43AB" w:rsidRDefault="008D43AB">
            <w:pPr>
              <w:spacing w:line="20" w:lineRule="exact"/>
            </w:pPr>
          </w:p>
          <w:p w14:paraId="4B9446AC"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3C39C07D" w14:textId="77777777">
              <w:trPr>
                <w:jc w:val="center"/>
              </w:trPr>
              <w:tc>
                <w:tcPr>
                  <w:tcW w:w="7087" w:type="dxa"/>
                  <w:shd w:val="clear" w:color="auto" w:fill="EDC9EA"/>
                  <w:tcMar>
                    <w:top w:w="45" w:type="dxa"/>
                    <w:left w:w="70" w:type="dxa"/>
                    <w:bottom w:w="45" w:type="dxa"/>
                    <w:right w:w="70" w:type="dxa"/>
                  </w:tcMar>
                </w:tcPr>
                <w:p w14:paraId="1268094E" w14:textId="77777777" w:rsidR="008D43AB" w:rsidRDefault="00000000">
                  <w:pPr>
                    <w:keepNext/>
                  </w:pPr>
                  <w:r>
                    <w:rPr>
                      <w:b/>
                      <w:color w:val="000000"/>
                    </w:rPr>
                    <w:t>SKUPNI POVZETEK</w:t>
                  </w:r>
                </w:p>
              </w:tc>
            </w:tr>
          </w:tbl>
          <w:p w14:paraId="0E9A5C5F" w14:textId="77777777" w:rsidR="008D43AB" w:rsidRDefault="008D43AB"/>
          <w:p w14:paraId="52D65DA3" w14:textId="77777777" w:rsidR="008D43AB" w:rsidRDefault="00000000">
            <w:pPr>
              <w:spacing w:before="20" w:after="40" w:line="245" w:lineRule="auto"/>
            </w:pPr>
            <w:r>
              <w:rPr>
                <w:b/>
                <w:color w:val="000000"/>
                <w:sz w:val="16"/>
              </w:rPr>
              <w:t>poslušam in razlikujem zvoke; ritmično izrekam imena; pojem pesem dobrodošlice. Izbrani dokaz pojasnim in po povratni informaciji izboljšam.</w:t>
            </w:r>
          </w:p>
        </w:tc>
        <w:tc>
          <w:tcPr>
            <w:tcW w:w="2551" w:type="dxa"/>
            <w:tcMar>
              <w:top w:w="70" w:type="dxa"/>
              <w:left w:w="90" w:type="dxa"/>
              <w:bottom w:w="70" w:type="dxa"/>
              <w:right w:w="90" w:type="dxa"/>
            </w:tcMar>
          </w:tcPr>
          <w:p w14:paraId="04D307BE" w14:textId="77777777" w:rsidR="008D43AB" w:rsidRDefault="008D43AB"/>
          <w:p w14:paraId="2EDCA91D" w14:textId="77777777" w:rsidR="008D43AB" w:rsidRDefault="00000000">
            <w:pPr>
              <w:spacing w:after="80" w:line="245" w:lineRule="auto"/>
            </w:pPr>
            <w:r>
              <w:rPr>
                <w:color w:val="000000"/>
                <w:sz w:val="16"/>
              </w:rPr>
              <w:t>Odgovarja na podporna vprašanja in se sklicuje na slišano, izvedeno, ustvarjeno ali zapisano.</w:t>
            </w:r>
          </w:p>
          <w:p w14:paraId="62509400" w14:textId="77777777" w:rsidR="008D43AB" w:rsidRDefault="00000000">
            <w:pPr>
              <w:spacing w:after="80" w:line="245" w:lineRule="auto"/>
            </w:pPr>
            <w:r>
              <w:rPr>
                <w:color w:val="000000"/>
                <w:sz w:val="16"/>
              </w:rPr>
              <w:t>Predstavi izbrani dokaz ter pove, katero merilo z njim pokaže.</w:t>
            </w:r>
          </w:p>
          <w:p w14:paraId="484AB55E" w14:textId="77777777" w:rsidR="008D43AB" w:rsidRDefault="00000000">
            <w:pPr>
              <w:spacing w:after="80" w:line="245" w:lineRule="auto"/>
            </w:pPr>
            <w:r>
              <w:rPr>
                <w:color w:val="000000"/>
                <w:sz w:val="16"/>
              </w:rPr>
              <w:t>Posluša vrstnika, opiše eno slišano moč in poda prijazen predlog za izboljšavo.</w:t>
            </w:r>
          </w:p>
          <w:p w14:paraId="751CAA2B" w14:textId="77777777" w:rsidR="008D43AB" w:rsidRDefault="00000000">
            <w:pPr>
              <w:spacing w:after="80" w:line="245" w:lineRule="auto"/>
            </w:pPr>
            <w:r>
              <w:rPr>
                <w:color w:val="000000"/>
                <w:sz w:val="16"/>
              </w:rPr>
              <w:t>Po povratni informaciji izvedbo, gib, ritem, zvočno izbiro ali slikovni zapis ponovi in izboljša.</w:t>
            </w:r>
          </w:p>
          <w:p w14:paraId="67B91759" w14:textId="77777777" w:rsidR="008D43AB" w:rsidRDefault="00000000">
            <w:pPr>
              <w:spacing w:after="100" w:line="245" w:lineRule="auto"/>
            </w:pPr>
            <w:r>
              <w:rPr>
                <w:color w:val="000000"/>
                <w:sz w:val="16"/>
              </w:rPr>
              <w:t>Izbere raven samostojnosti ter določi majhen in izvedljiv naslednji glasbeni korak.</w:t>
            </w:r>
          </w:p>
          <w:p w14:paraId="42C1A88B" w14:textId="77777777" w:rsidR="008D43AB" w:rsidRDefault="00000000">
            <w:pPr>
              <w:spacing w:after="20" w:line="245" w:lineRule="auto"/>
            </w:pPr>
            <w:r>
              <w:rPr>
                <w:b/>
                <w:color w:val="D95BC6"/>
                <w:sz w:val="17"/>
              </w:rPr>
              <w:t>DOKAZ O UČENJU</w:t>
            </w:r>
          </w:p>
          <w:p w14:paraId="1A6BB5F7"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2ACE22F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6D3C9010" w14:textId="77777777">
        <w:trPr>
          <w:cantSplit/>
          <w:jc w:val="center"/>
        </w:trPr>
        <w:tc>
          <w:tcPr>
            <w:tcW w:w="14060" w:type="dxa"/>
            <w:gridSpan w:val="6"/>
            <w:tcMar>
              <w:top w:w="70" w:type="dxa"/>
              <w:left w:w="90" w:type="dxa"/>
              <w:bottom w:w="70" w:type="dxa"/>
              <w:right w:w="90" w:type="dxa"/>
            </w:tcMar>
            <w:vAlign w:val="center"/>
          </w:tcPr>
          <w:p w14:paraId="411F6A44" w14:textId="77777777" w:rsidR="008D43AB" w:rsidRDefault="00000000">
            <w:pPr>
              <w:jc w:val="center"/>
            </w:pPr>
            <w:r>
              <w:rPr>
                <w:b/>
                <w:color w:val="000000"/>
                <w:sz w:val="24"/>
              </w:rPr>
              <w:lastRenderedPageBreak/>
              <w:t>UČNA PRIPRAVA 2/39</w:t>
            </w:r>
          </w:p>
        </w:tc>
      </w:tr>
      <w:tr w:rsidR="008D43AB" w14:paraId="180D9C1A" w14:textId="77777777">
        <w:trPr>
          <w:jc w:val="center"/>
        </w:trPr>
        <w:tc>
          <w:tcPr>
            <w:tcW w:w="2665" w:type="dxa"/>
            <w:tcMar>
              <w:top w:w="70" w:type="dxa"/>
              <w:left w:w="90" w:type="dxa"/>
              <w:bottom w:w="70" w:type="dxa"/>
              <w:right w:w="90" w:type="dxa"/>
            </w:tcMar>
            <w:vAlign w:val="center"/>
          </w:tcPr>
          <w:p w14:paraId="476F9C17"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FC3F5F3"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BBF2BB7"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FFCED6A" w14:textId="77777777" w:rsidR="008D43AB" w:rsidRDefault="00000000">
            <w:r>
              <w:rPr>
                <w:b/>
                <w:color w:val="000000"/>
                <w:sz w:val="16"/>
              </w:rPr>
              <w:t xml:space="preserve">NAČRTOVANI TERMIN: </w:t>
            </w:r>
            <w:r>
              <w:rPr>
                <w:color w:val="000000"/>
                <w:sz w:val="16"/>
              </w:rPr>
              <w:t>2. teden • 7.–11. 9. 2026</w:t>
            </w:r>
          </w:p>
        </w:tc>
        <w:tc>
          <w:tcPr>
            <w:tcW w:w="2268" w:type="dxa"/>
            <w:tcMar>
              <w:top w:w="70" w:type="dxa"/>
              <w:left w:w="90" w:type="dxa"/>
              <w:bottom w:w="70" w:type="dxa"/>
              <w:right w:w="90" w:type="dxa"/>
            </w:tcMar>
            <w:vAlign w:val="center"/>
          </w:tcPr>
          <w:p w14:paraId="152CBE7F"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094D072" w14:textId="77777777" w:rsidR="008D43AB" w:rsidRDefault="00000000">
            <w:r>
              <w:rPr>
                <w:b/>
                <w:color w:val="000000"/>
                <w:sz w:val="16"/>
              </w:rPr>
              <w:t xml:space="preserve">ŠTEVILO UR: </w:t>
            </w:r>
            <w:r>
              <w:rPr>
                <w:color w:val="000000"/>
                <w:sz w:val="16"/>
              </w:rPr>
              <w:t>2</w:t>
            </w:r>
          </w:p>
        </w:tc>
      </w:tr>
      <w:tr w:rsidR="008D43AB" w14:paraId="3DC4B3D1" w14:textId="77777777">
        <w:trPr>
          <w:jc w:val="center"/>
        </w:trPr>
        <w:tc>
          <w:tcPr>
            <w:tcW w:w="14061" w:type="dxa"/>
            <w:gridSpan w:val="6"/>
            <w:tcMar>
              <w:top w:w="70" w:type="dxa"/>
              <w:left w:w="90" w:type="dxa"/>
              <w:bottom w:w="70" w:type="dxa"/>
              <w:right w:w="90" w:type="dxa"/>
            </w:tcMar>
            <w:vAlign w:val="center"/>
          </w:tcPr>
          <w:p w14:paraId="5D2A607E"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6C471F28" w14:textId="77777777">
        <w:trPr>
          <w:cantSplit/>
          <w:jc w:val="center"/>
        </w:trPr>
        <w:tc>
          <w:tcPr>
            <w:tcW w:w="14060" w:type="dxa"/>
            <w:gridSpan w:val="6"/>
            <w:tcMar>
              <w:top w:w="70" w:type="dxa"/>
              <w:left w:w="90" w:type="dxa"/>
              <w:bottom w:w="70" w:type="dxa"/>
              <w:right w:w="90" w:type="dxa"/>
            </w:tcMar>
            <w:vAlign w:val="center"/>
          </w:tcPr>
          <w:p w14:paraId="3E331DEF" w14:textId="77777777" w:rsidR="008D43AB" w:rsidRDefault="008D43AB"/>
          <w:p w14:paraId="4A103ED4" w14:textId="77777777" w:rsidR="008D43AB" w:rsidRDefault="00000000">
            <w:pPr>
              <w:spacing w:line="245" w:lineRule="auto"/>
            </w:pPr>
            <w:r>
              <w:rPr>
                <w:b/>
                <w:color w:val="000000"/>
                <w:sz w:val="16"/>
              </w:rPr>
              <w:t xml:space="preserve">UČNI SKLOP: </w:t>
            </w:r>
            <w:r>
              <w:rPr>
                <w:color w:val="000000"/>
                <w:sz w:val="16"/>
              </w:rPr>
              <w:t>V ŠOLO – JAZ, ODNOSI IN UČENJE</w:t>
            </w:r>
          </w:p>
        </w:tc>
      </w:tr>
      <w:tr w:rsidR="008D43AB" w14:paraId="323AFC49" w14:textId="77777777">
        <w:trPr>
          <w:cantSplit/>
          <w:jc w:val="center"/>
        </w:trPr>
        <w:tc>
          <w:tcPr>
            <w:tcW w:w="14060" w:type="dxa"/>
            <w:gridSpan w:val="6"/>
            <w:tcMar>
              <w:top w:w="70" w:type="dxa"/>
              <w:left w:w="90" w:type="dxa"/>
              <w:bottom w:w="70" w:type="dxa"/>
              <w:right w:w="90" w:type="dxa"/>
            </w:tcMar>
            <w:vAlign w:val="center"/>
          </w:tcPr>
          <w:p w14:paraId="7F83410E" w14:textId="77777777" w:rsidR="008D43AB" w:rsidRDefault="008D43AB"/>
          <w:p w14:paraId="6963BC48" w14:textId="77777777" w:rsidR="008D43AB" w:rsidRDefault="00000000">
            <w:pPr>
              <w:spacing w:line="245" w:lineRule="auto"/>
            </w:pPr>
            <w:r>
              <w:rPr>
                <w:b/>
                <w:color w:val="000000"/>
                <w:sz w:val="16"/>
              </w:rPr>
              <w:t xml:space="preserve">UČNA TEMA: </w:t>
            </w:r>
            <w:r>
              <w:rPr>
                <w:color w:val="000000"/>
                <w:sz w:val="16"/>
              </w:rPr>
              <w:t>RITEM IMEN</w:t>
            </w:r>
          </w:p>
        </w:tc>
      </w:tr>
      <w:tr w:rsidR="008D43AB" w14:paraId="3CE384D6" w14:textId="77777777">
        <w:trPr>
          <w:cantSplit/>
          <w:jc w:val="center"/>
        </w:trPr>
        <w:tc>
          <w:tcPr>
            <w:tcW w:w="14060" w:type="dxa"/>
            <w:gridSpan w:val="6"/>
            <w:tcMar>
              <w:top w:w="70" w:type="dxa"/>
              <w:left w:w="90" w:type="dxa"/>
              <w:bottom w:w="70" w:type="dxa"/>
              <w:right w:w="90" w:type="dxa"/>
            </w:tcMar>
            <w:vAlign w:val="center"/>
          </w:tcPr>
          <w:p w14:paraId="1BED461A" w14:textId="77777777" w:rsidR="008D43AB" w:rsidRDefault="008D43AB"/>
          <w:p w14:paraId="78A71527" w14:textId="77777777" w:rsidR="008D43AB" w:rsidRDefault="00000000">
            <w:pPr>
              <w:spacing w:line="245" w:lineRule="auto"/>
            </w:pPr>
            <w:r>
              <w:rPr>
                <w:b/>
                <w:color w:val="000000"/>
                <w:sz w:val="16"/>
              </w:rPr>
              <w:t xml:space="preserve">KNJIŽEVNO / MOTIVNO IZHODIŠČE: </w:t>
            </w:r>
            <w:r>
              <w:rPr>
                <w:color w:val="000000"/>
                <w:sz w:val="16"/>
              </w:rPr>
              <w:t>»Pedenjped« – Niko Grafenauer • jaz, moje značilnosti in radovedno učenje</w:t>
            </w:r>
          </w:p>
        </w:tc>
      </w:tr>
      <w:tr w:rsidR="008D43AB" w14:paraId="3359C1A1" w14:textId="77777777">
        <w:trPr>
          <w:cantSplit/>
          <w:jc w:val="center"/>
        </w:trPr>
        <w:tc>
          <w:tcPr>
            <w:tcW w:w="14060" w:type="dxa"/>
            <w:gridSpan w:val="6"/>
            <w:tcMar>
              <w:top w:w="70" w:type="dxa"/>
              <w:left w:w="90" w:type="dxa"/>
              <w:bottom w:w="70" w:type="dxa"/>
              <w:right w:w="90" w:type="dxa"/>
            </w:tcMar>
            <w:vAlign w:val="center"/>
          </w:tcPr>
          <w:p w14:paraId="7F6BCF65" w14:textId="77777777" w:rsidR="008D43AB" w:rsidRDefault="008D43AB"/>
          <w:p w14:paraId="660044BC" w14:textId="77777777" w:rsidR="008D43AB" w:rsidRDefault="00000000">
            <w:pPr>
              <w:spacing w:line="245" w:lineRule="auto"/>
            </w:pPr>
            <w:r>
              <w:rPr>
                <w:b/>
                <w:color w:val="000000"/>
                <w:sz w:val="16"/>
              </w:rPr>
              <w:t xml:space="preserve">GLASBENO IZHODIŠČE / REPERTOAR: </w:t>
            </w:r>
            <w:r>
              <w:rPr>
                <w:color w:val="000000"/>
                <w:sz w:val="16"/>
              </w:rPr>
              <w:t>ritem imen; izštevanka »Enci benci na kamenci«</w:t>
            </w:r>
          </w:p>
        </w:tc>
      </w:tr>
      <w:tr w:rsidR="008D43AB" w14:paraId="49018A8F" w14:textId="77777777">
        <w:trPr>
          <w:cantSplit/>
          <w:jc w:val="center"/>
        </w:trPr>
        <w:tc>
          <w:tcPr>
            <w:tcW w:w="14060" w:type="dxa"/>
            <w:gridSpan w:val="6"/>
            <w:tcMar>
              <w:top w:w="70" w:type="dxa"/>
              <w:left w:w="90" w:type="dxa"/>
              <w:bottom w:w="70" w:type="dxa"/>
              <w:right w:w="90" w:type="dxa"/>
            </w:tcMar>
            <w:vAlign w:val="center"/>
          </w:tcPr>
          <w:p w14:paraId="15661575" w14:textId="77777777" w:rsidR="008D43AB" w:rsidRDefault="008D43AB"/>
          <w:p w14:paraId="0851E66D" w14:textId="77777777" w:rsidR="008D43AB" w:rsidRDefault="00000000">
            <w:pPr>
              <w:spacing w:line="245" w:lineRule="auto"/>
            </w:pPr>
            <w:r>
              <w:rPr>
                <w:b/>
                <w:color w:val="000000"/>
                <w:sz w:val="16"/>
              </w:rPr>
              <w:t xml:space="preserve">UČNE ENOTE: </w:t>
            </w:r>
            <w:r>
              <w:rPr>
                <w:color w:val="000000"/>
                <w:sz w:val="16"/>
              </w:rPr>
              <w:t>1. ura – Ritem Imen – Poslušam in izvajam • 2. ura – Ritem Imen – Ustvarim in nastopim</w:t>
            </w:r>
          </w:p>
        </w:tc>
      </w:tr>
      <w:tr w:rsidR="008D43AB" w14:paraId="431CB51C" w14:textId="77777777">
        <w:trPr>
          <w:cantSplit/>
          <w:jc w:val="center"/>
        </w:trPr>
        <w:tc>
          <w:tcPr>
            <w:tcW w:w="14060" w:type="dxa"/>
            <w:gridSpan w:val="6"/>
            <w:tcMar>
              <w:top w:w="70" w:type="dxa"/>
              <w:left w:w="90" w:type="dxa"/>
              <w:bottom w:w="70" w:type="dxa"/>
              <w:right w:w="90" w:type="dxa"/>
            </w:tcMar>
            <w:vAlign w:val="center"/>
          </w:tcPr>
          <w:p w14:paraId="5B2D7B2C" w14:textId="77777777" w:rsidR="008D43AB" w:rsidRDefault="008D43AB"/>
          <w:p w14:paraId="7ADB1E0C"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5C564932" w14:textId="77777777">
        <w:trPr>
          <w:cantSplit/>
          <w:jc w:val="center"/>
        </w:trPr>
        <w:tc>
          <w:tcPr>
            <w:tcW w:w="14060" w:type="dxa"/>
            <w:gridSpan w:val="6"/>
            <w:tcMar>
              <w:top w:w="70" w:type="dxa"/>
              <w:left w:w="90" w:type="dxa"/>
              <w:bottom w:w="70" w:type="dxa"/>
              <w:right w:w="90" w:type="dxa"/>
            </w:tcMar>
            <w:vAlign w:val="center"/>
          </w:tcPr>
          <w:p w14:paraId="3F5CCBAA" w14:textId="77777777" w:rsidR="008D43AB" w:rsidRDefault="008D43AB"/>
          <w:p w14:paraId="65FE0016"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30AD408B" w14:textId="77777777">
        <w:trPr>
          <w:cantSplit/>
          <w:jc w:val="center"/>
        </w:trPr>
        <w:tc>
          <w:tcPr>
            <w:tcW w:w="14060" w:type="dxa"/>
            <w:gridSpan w:val="6"/>
            <w:tcMar>
              <w:top w:w="70" w:type="dxa"/>
              <w:left w:w="90" w:type="dxa"/>
              <w:bottom w:w="70" w:type="dxa"/>
              <w:right w:w="90" w:type="dxa"/>
            </w:tcMar>
            <w:vAlign w:val="center"/>
          </w:tcPr>
          <w:p w14:paraId="7542F102" w14:textId="77777777" w:rsidR="008D43AB" w:rsidRDefault="008D43AB"/>
          <w:p w14:paraId="2424BE82"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04316328" w14:textId="77777777">
        <w:trPr>
          <w:cantSplit/>
          <w:jc w:val="center"/>
        </w:trPr>
        <w:tc>
          <w:tcPr>
            <w:tcW w:w="14060" w:type="dxa"/>
            <w:gridSpan w:val="6"/>
            <w:tcMar>
              <w:top w:w="70" w:type="dxa"/>
              <w:left w:w="90" w:type="dxa"/>
              <w:bottom w:w="70" w:type="dxa"/>
              <w:right w:w="90" w:type="dxa"/>
            </w:tcMar>
            <w:vAlign w:val="center"/>
          </w:tcPr>
          <w:p w14:paraId="0191DAA2" w14:textId="77777777" w:rsidR="008D43AB" w:rsidRDefault="008D43AB"/>
          <w:p w14:paraId="537D2CED" w14:textId="77777777" w:rsidR="008D43AB" w:rsidRDefault="00000000">
            <w:pPr>
              <w:spacing w:line="245" w:lineRule="auto"/>
            </w:pPr>
            <w:r>
              <w:rPr>
                <w:b/>
                <w:color w:val="000000"/>
                <w:sz w:val="16"/>
              </w:rPr>
              <w:t xml:space="preserve">MEDPREDMETNE POVEZAVE: </w:t>
            </w:r>
            <w:r>
              <w:rPr>
                <w:color w:val="000000"/>
                <w:sz w:val="16"/>
              </w:rPr>
              <w:t>SPO – jaz, moje značilnosti in radovedno učenje; SLJ – poslušanje, ritmični govor in opis doživetja; ŠPO – pulz, tempo, gibalni odziv in prostorska orientacija; LUM – simbol, barva, linija in zvočni zapis</w:t>
            </w:r>
          </w:p>
        </w:tc>
      </w:tr>
      <w:tr w:rsidR="008D43AB" w14:paraId="57F74F93" w14:textId="77777777">
        <w:trPr>
          <w:cantSplit/>
          <w:jc w:val="center"/>
        </w:trPr>
        <w:tc>
          <w:tcPr>
            <w:tcW w:w="14060" w:type="dxa"/>
            <w:gridSpan w:val="6"/>
            <w:tcMar>
              <w:top w:w="70" w:type="dxa"/>
              <w:left w:w="90" w:type="dxa"/>
              <w:bottom w:w="70" w:type="dxa"/>
              <w:right w:w="90" w:type="dxa"/>
            </w:tcMar>
            <w:vAlign w:val="center"/>
          </w:tcPr>
          <w:p w14:paraId="75B5B96A" w14:textId="77777777" w:rsidR="008D43AB" w:rsidRDefault="008D43AB"/>
          <w:p w14:paraId="57970713"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12CA7093" w14:textId="77777777">
        <w:trPr>
          <w:cantSplit/>
          <w:jc w:val="center"/>
        </w:trPr>
        <w:tc>
          <w:tcPr>
            <w:tcW w:w="14060" w:type="dxa"/>
            <w:gridSpan w:val="6"/>
            <w:tcMar>
              <w:top w:w="70" w:type="dxa"/>
              <w:left w:w="90" w:type="dxa"/>
              <w:bottom w:w="70" w:type="dxa"/>
              <w:right w:w="90" w:type="dxa"/>
            </w:tcMar>
            <w:vAlign w:val="center"/>
          </w:tcPr>
          <w:p w14:paraId="45B494EA" w14:textId="77777777" w:rsidR="008D43AB" w:rsidRDefault="008D43AB"/>
          <w:p w14:paraId="3BC1BF08"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0E231490" w14:textId="77777777">
        <w:trPr>
          <w:cantSplit/>
          <w:jc w:val="center"/>
        </w:trPr>
        <w:tc>
          <w:tcPr>
            <w:tcW w:w="14060" w:type="dxa"/>
            <w:gridSpan w:val="6"/>
            <w:tcMar>
              <w:top w:w="70" w:type="dxa"/>
              <w:left w:w="90" w:type="dxa"/>
              <w:bottom w:w="70" w:type="dxa"/>
              <w:right w:w="90" w:type="dxa"/>
            </w:tcMar>
            <w:vAlign w:val="center"/>
          </w:tcPr>
          <w:p w14:paraId="7B4D62A2" w14:textId="77777777" w:rsidR="008D43AB" w:rsidRDefault="008D43AB"/>
          <w:p w14:paraId="62CDD9A2"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088263AD" w14:textId="77777777">
        <w:trPr>
          <w:cantSplit/>
          <w:jc w:val="center"/>
        </w:trPr>
        <w:tc>
          <w:tcPr>
            <w:tcW w:w="14060" w:type="dxa"/>
            <w:gridSpan w:val="6"/>
            <w:tcMar>
              <w:top w:w="70" w:type="dxa"/>
              <w:left w:w="90" w:type="dxa"/>
              <w:bottom w:w="70" w:type="dxa"/>
              <w:right w:w="90" w:type="dxa"/>
            </w:tcMar>
            <w:vAlign w:val="center"/>
          </w:tcPr>
          <w:p w14:paraId="72D8A3B0" w14:textId="77777777" w:rsidR="008D43AB" w:rsidRDefault="008D43AB"/>
          <w:p w14:paraId="7C0C8CCC"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0D36972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54767D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525D1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CC9D043" w14:textId="77777777" w:rsidR="008D43AB" w:rsidRDefault="00000000">
            <w:pPr>
              <w:jc w:val="center"/>
            </w:pPr>
            <w:r>
              <w:rPr>
                <w:b/>
                <w:color w:val="000000"/>
                <w:sz w:val="20"/>
              </w:rPr>
              <w:t>UČNE DEJAVNOSTI, METODE IN FORMATIVNO SPREMLJANJE</w:t>
            </w:r>
          </w:p>
        </w:tc>
      </w:tr>
      <w:tr w:rsidR="008D43AB" w14:paraId="1B02089F" w14:textId="77777777">
        <w:trPr>
          <w:tblHeader/>
          <w:jc w:val="center"/>
        </w:trPr>
        <w:tc>
          <w:tcPr>
            <w:tcW w:w="4422" w:type="dxa"/>
            <w:vMerge/>
            <w:tcMar>
              <w:top w:w="70" w:type="dxa"/>
              <w:left w:w="90" w:type="dxa"/>
              <w:bottom w:w="70" w:type="dxa"/>
              <w:right w:w="90" w:type="dxa"/>
            </w:tcMar>
            <w:vAlign w:val="center"/>
          </w:tcPr>
          <w:p w14:paraId="2F66A6BA" w14:textId="77777777" w:rsidR="008D43AB" w:rsidRDefault="008D43AB"/>
        </w:tc>
        <w:tc>
          <w:tcPr>
            <w:tcW w:w="7087" w:type="dxa"/>
            <w:shd w:val="clear" w:color="auto" w:fill="FFFFFF"/>
            <w:tcMar>
              <w:top w:w="70" w:type="dxa"/>
              <w:left w:w="90" w:type="dxa"/>
              <w:bottom w:w="70" w:type="dxa"/>
              <w:right w:w="90" w:type="dxa"/>
            </w:tcMar>
            <w:vAlign w:val="center"/>
          </w:tcPr>
          <w:p w14:paraId="1016F355"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B81BB79" w14:textId="77777777" w:rsidR="008D43AB" w:rsidRDefault="00000000">
            <w:pPr>
              <w:jc w:val="center"/>
            </w:pPr>
            <w:r>
              <w:rPr>
                <w:b/>
                <w:color w:val="000000"/>
              </w:rPr>
              <w:t>UČENEC</w:t>
            </w:r>
          </w:p>
        </w:tc>
      </w:tr>
      <w:tr w:rsidR="008D43AB" w14:paraId="0C9F0CA4" w14:textId="77777777">
        <w:trPr>
          <w:jc w:val="center"/>
        </w:trPr>
        <w:tc>
          <w:tcPr>
            <w:tcW w:w="4422" w:type="dxa"/>
            <w:tcMar>
              <w:top w:w="70" w:type="dxa"/>
              <w:left w:w="90" w:type="dxa"/>
              <w:bottom w:w="70" w:type="dxa"/>
              <w:right w:w="90" w:type="dxa"/>
            </w:tcMar>
          </w:tcPr>
          <w:p w14:paraId="3811724F" w14:textId="77777777" w:rsidR="008D43AB" w:rsidRDefault="008D43AB"/>
          <w:p w14:paraId="105B2388" w14:textId="77777777" w:rsidR="008D43AB" w:rsidRDefault="00000000">
            <w:pPr>
              <w:spacing w:after="60" w:line="245" w:lineRule="auto"/>
            </w:pPr>
            <w:r>
              <w:rPr>
                <w:b/>
                <w:color w:val="000000"/>
              </w:rPr>
              <w:t>UČNI CILJI</w:t>
            </w:r>
          </w:p>
          <w:p w14:paraId="136EE24A" w14:textId="77777777" w:rsidR="008D43AB" w:rsidRDefault="00000000">
            <w:pPr>
              <w:spacing w:after="20" w:line="245" w:lineRule="auto"/>
            </w:pPr>
            <w:r>
              <w:rPr>
                <w:b/>
                <w:color w:val="000000"/>
                <w:sz w:val="17"/>
              </w:rPr>
              <w:t>SPLOŠNI</w:t>
            </w:r>
          </w:p>
          <w:p w14:paraId="1FEBE81B"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383428A1" w14:textId="77777777" w:rsidR="008D43AB" w:rsidRDefault="00000000">
            <w:pPr>
              <w:pStyle w:val="Oznaenseznam"/>
              <w:spacing w:after="16"/>
            </w:pPr>
            <w:r>
              <w:rPr>
                <w:color w:val="000000"/>
                <w:sz w:val="16"/>
              </w:rPr>
              <w:t>poje, ritmično govori ter uporablja telo, glasbila in predmete kot zvočne vire</w:t>
            </w:r>
          </w:p>
          <w:p w14:paraId="440773A4" w14:textId="77777777" w:rsidR="008D43AB" w:rsidRDefault="00000000">
            <w:pPr>
              <w:pStyle w:val="Oznaenseznam"/>
              <w:spacing w:after="16"/>
            </w:pPr>
            <w:r>
              <w:rPr>
                <w:color w:val="000000"/>
                <w:sz w:val="16"/>
              </w:rPr>
              <w:t>razlikuje izbrane lastnosti zvoka in glasbe ter varuje sluh in odgovorno uporablja glasbila</w:t>
            </w:r>
          </w:p>
          <w:p w14:paraId="6CEC3B88"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3DB4D242" w14:textId="77777777" w:rsidR="008D43AB" w:rsidRDefault="00000000">
            <w:pPr>
              <w:spacing w:before="40" w:after="20" w:line="245" w:lineRule="auto"/>
            </w:pPr>
            <w:r>
              <w:rPr>
                <w:b/>
                <w:color w:val="000000"/>
                <w:sz w:val="17"/>
              </w:rPr>
              <w:t>OPERATIVNI</w:t>
            </w:r>
          </w:p>
          <w:p w14:paraId="5CF2FF92" w14:textId="77777777" w:rsidR="008D43AB" w:rsidRDefault="00000000">
            <w:pPr>
              <w:pStyle w:val="Oznaenseznam"/>
              <w:spacing w:after="16"/>
            </w:pPr>
            <w:r>
              <w:rPr>
                <w:color w:val="000000"/>
                <w:sz w:val="16"/>
              </w:rPr>
              <w:t>enakomerno izreka ritmično besedilo</w:t>
            </w:r>
          </w:p>
          <w:p w14:paraId="71437CD2" w14:textId="77777777" w:rsidR="008D43AB" w:rsidRDefault="00000000">
            <w:pPr>
              <w:pStyle w:val="Oznaenseznam"/>
              <w:spacing w:after="16"/>
            </w:pPr>
            <w:r>
              <w:rPr>
                <w:color w:val="000000"/>
                <w:sz w:val="16"/>
              </w:rPr>
              <w:t>spremlja ritem z lastnimi glasbili</w:t>
            </w:r>
          </w:p>
          <w:p w14:paraId="45187D00" w14:textId="77777777" w:rsidR="008D43AB" w:rsidRDefault="00000000">
            <w:pPr>
              <w:pStyle w:val="Oznaenseznam"/>
              <w:spacing w:after="16"/>
            </w:pPr>
            <w:r>
              <w:rPr>
                <w:color w:val="000000"/>
                <w:sz w:val="16"/>
              </w:rPr>
              <w:t>razlikuje zvok in tišino</w:t>
            </w:r>
          </w:p>
          <w:p w14:paraId="57803474" w14:textId="77777777" w:rsidR="008D43AB" w:rsidRDefault="00000000">
            <w:pPr>
              <w:spacing w:before="40" w:after="20" w:line="245" w:lineRule="auto"/>
            </w:pPr>
            <w:r>
              <w:rPr>
                <w:b/>
                <w:color w:val="000000"/>
                <w:sz w:val="17"/>
              </w:rPr>
              <w:t>PRIČAKOVANI DOSEŽKI / MINIMALNI POUDARKI</w:t>
            </w:r>
          </w:p>
          <w:p w14:paraId="6C691C9B" w14:textId="77777777" w:rsidR="008D43AB" w:rsidRDefault="00000000">
            <w:pPr>
              <w:pStyle w:val="Oznaenseznam"/>
              <w:spacing w:after="16"/>
            </w:pPr>
            <w:r>
              <w:rPr>
                <w:color w:val="000000"/>
                <w:sz w:val="15"/>
              </w:rPr>
              <w:t>samostojno oziroma z dogovorjeno oporo enakomerno izreka ritmično besedilo</w:t>
            </w:r>
          </w:p>
          <w:p w14:paraId="177B57AE" w14:textId="77777777" w:rsidR="008D43AB" w:rsidRDefault="00000000">
            <w:pPr>
              <w:pStyle w:val="Oznaenseznam"/>
              <w:spacing w:after="16"/>
            </w:pPr>
            <w:r>
              <w:rPr>
                <w:color w:val="000000"/>
                <w:sz w:val="15"/>
              </w:rPr>
              <w:t>samostojno oziroma z dogovorjeno oporo spremlja ritem z lastnimi glasbili</w:t>
            </w:r>
          </w:p>
          <w:p w14:paraId="71DF5AF1" w14:textId="77777777" w:rsidR="008D43AB" w:rsidRDefault="00000000">
            <w:pPr>
              <w:pStyle w:val="Oznaenseznam"/>
              <w:spacing w:after="16"/>
            </w:pPr>
            <w:r>
              <w:rPr>
                <w:color w:val="000000"/>
                <w:sz w:val="15"/>
              </w:rPr>
              <w:t>samostojno oziroma z dogovorjeno oporo razlikuje zvok in tišino</w:t>
            </w:r>
          </w:p>
        </w:tc>
        <w:tc>
          <w:tcPr>
            <w:tcW w:w="7087" w:type="dxa"/>
            <w:tcMar>
              <w:top w:w="70" w:type="dxa"/>
              <w:left w:w="90" w:type="dxa"/>
              <w:bottom w:w="70" w:type="dxa"/>
              <w:right w:w="90" w:type="dxa"/>
            </w:tcMar>
          </w:tcPr>
          <w:p w14:paraId="20B0BA4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F1771CA" w14:textId="77777777">
              <w:trPr>
                <w:jc w:val="center"/>
              </w:trPr>
              <w:tc>
                <w:tcPr>
                  <w:tcW w:w="7087" w:type="dxa"/>
                  <w:shd w:val="clear" w:color="auto" w:fill="C6E7F3"/>
                  <w:tcMar>
                    <w:top w:w="45" w:type="dxa"/>
                    <w:left w:w="70" w:type="dxa"/>
                    <w:bottom w:w="45" w:type="dxa"/>
                    <w:right w:w="70" w:type="dxa"/>
                  </w:tcMar>
                </w:tcPr>
                <w:p w14:paraId="36E5F5E7" w14:textId="77777777" w:rsidR="008D43AB" w:rsidRDefault="00000000">
                  <w:pPr>
                    <w:keepNext/>
                  </w:pPr>
                  <w:r>
                    <w:rPr>
                      <w:b/>
                      <w:color w:val="000000"/>
                    </w:rPr>
                    <w:t>UVODNI DEL – zvočna motivacija, aktivacija predznanja in namen učenja (8–12 min)</w:t>
                  </w:r>
                </w:p>
              </w:tc>
            </w:tr>
          </w:tbl>
          <w:p w14:paraId="3175282D" w14:textId="77777777" w:rsidR="008D43AB" w:rsidRDefault="008D43AB">
            <w:pPr>
              <w:spacing w:line="20" w:lineRule="exact"/>
            </w:pPr>
          </w:p>
          <w:p w14:paraId="76931F5C" w14:textId="77777777" w:rsidR="008D43AB" w:rsidRDefault="00000000">
            <w:pPr>
              <w:spacing w:before="40" w:after="60" w:line="245" w:lineRule="auto"/>
            </w:pPr>
            <w:r>
              <w:rPr>
                <w:color w:val="000000"/>
                <w:sz w:val="16"/>
              </w:rPr>
              <w:t>Učenci ob motivu »Pedenjped« – Niko Grafenauer vstopijo v temo jaz, moje značilnosti in radovedno učenje. Najprej v tišini poslušajo kratek zvočni odlomek ali učiteljičino izvedbo (ritem imen; izštevanka »Enci benci na kamenci«),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44E5B5D7" w14:textId="77777777">
              <w:trPr>
                <w:jc w:val="center"/>
              </w:trPr>
              <w:tc>
                <w:tcPr>
                  <w:tcW w:w="7087" w:type="dxa"/>
                  <w:shd w:val="clear" w:color="auto" w:fill="EDC9EA"/>
                  <w:tcMar>
                    <w:top w:w="45" w:type="dxa"/>
                    <w:left w:w="70" w:type="dxa"/>
                    <w:bottom w:w="45" w:type="dxa"/>
                    <w:right w:w="70" w:type="dxa"/>
                  </w:tcMar>
                </w:tcPr>
                <w:p w14:paraId="05270489" w14:textId="77777777" w:rsidR="008D43AB" w:rsidRDefault="00000000">
                  <w:pPr>
                    <w:keepNext/>
                  </w:pPr>
                  <w:r>
                    <w:rPr>
                      <w:b/>
                      <w:color w:val="000000"/>
                    </w:rPr>
                    <w:t>NAMENI UČENJA</w:t>
                  </w:r>
                </w:p>
              </w:tc>
            </w:tr>
          </w:tbl>
          <w:p w14:paraId="3B7DCA2E" w14:textId="77777777" w:rsidR="008D43AB" w:rsidRDefault="008D43AB">
            <w:pPr>
              <w:spacing w:line="20" w:lineRule="exact"/>
            </w:pPr>
          </w:p>
          <w:p w14:paraId="63C20EB7"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26BB71AD" w14:textId="77777777" w:rsidR="008D43AB" w:rsidRDefault="00000000">
            <w:pPr>
              <w:pStyle w:val="Oznaenseznam"/>
              <w:spacing w:after="16"/>
            </w:pPr>
            <w:r>
              <w:rPr>
                <w:color w:val="000000"/>
                <w:sz w:val="16"/>
              </w:rPr>
              <w:t>enakomerno izreka ritmično besedilo</w:t>
            </w:r>
          </w:p>
          <w:p w14:paraId="0004C29B" w14:textId="77777777" w:rsidR="008D43AB" w:rsidRDefault="00000000">
            <w:pPr>
              <w:pStyle w:val="Oznaenseznam"/>
              <w:spacing w:after="16"/>
            </w:pPr>
            <w:r>
              <w:rPr>
                <w:color w:val="000000"/>
                <w:sz w:val="16"/>
              </w:rPr>
              <w:t>spremljam ritem z lastnimi glasbili</w:t>
            </w:r>
          </w:p>
          <w:p w14:paraId="51AA7618" w14:textId="77777777" w:rsidR="008D43AB" w:rsidRDefault="00000000">
            <w:pPr>
              <w:pStyle w:val="Oznaenseznam"/>
              <w:spacing w:after="16"/>
            </w:pPr>
            <w:r>
              <w:rPr>
                <w:color w:val="000000"/>
                <w:sz w:val="16"/>
              </w:rPr>
              <w:t>razlikujem zvok in tišino</w:t>
            </w:r>
          </w:p>
          <w:tbl>
            <w:tblPr>
              <w:tblStyle w:val="Tabelamrea"/>
              <w:tblW w:w="0" w:type="auto"/>
              <w:jc w:val="center"/>
              <w:tblLayout w:type="fixed"/>
              <w:tblLook w:val="04A0" w:firstRow="1" w:lastRow="0" w:firstColumn="1" w:lastColumn="0" w:noHBand="0" w:noVBand="1"/>
            </w:tblPr>
            <w:tblGrid>
              <w:gridCol w:w="7087"/>
            </w:tblGrid>
            <w:tr w:rsidR="008D43AB" w14:paraId="65BF7DAB" w14:textId="77777777">
              <w:trPr>
                <w:jc w:val="center"/>
              </w:trPr>
              <w:tc>
                <w:tcPr>
                  <w:tcW w:w="7087" w:type="dxa"/>
                  <w:shd w:val="clear" w:color="auto" w:fill="EDC9EA"/>
                  <w:tcMar>
                    <w:top w:w="45" w:type="dxa"/>
                    <w:left w:w="70" w:type="dxa"/>
                    <w:bottom w:w="45" w:type="dxa"/>
                    <w:right w:w="70" w:type="dxa"/>
                  </w:tcMar>
                </w:tcPr>
                <w:p w14:paraId="138162FF" w14:textId="77777777" w:rsidR="008D43AB" w:rsidRDefault="00000000">
                  <w:pPr>
                    <w:keepNext/>
                  </w:pPr>
                  <w:r>
                    <w:rPr>
                      <w:b/>
                      <w:color w:val="000000"/>
                    </w:rPr>
                    <w:t>PREVERJANJE PREDZNANJA</w:t>
                  </w:r>
                </w:p>
              </w:tc>
            </w:tr>
          </w:tbl>
          <w:p w14:paraId="7E44E953" w14:textId="77777777" w:rsidR="008D43AB" w:rsidRDefault="008D43AB">
            <w:pPr>
              <w:spacing w:line="20" w:lineRule="exact"/>
            </w:pPr>
          </w:p>
          <w:p w14:paraId="34B81E0C" w14:textId="77777777" w:rsidR="008D43AB" w:rsidRDefault="00000000">
            <w:pPr>
              <w:pStyle w:val="Oznaenseznam"/>
              <w:spacing w:after="16"/>
            </w:pPr>
            <w:r>
              <w:rPr>
                <w:color w:val="000000"/>
                <w:sz w:val="16"/>
              </w:rPr>
              <w:t>Kaj mi zvok, naslov, slika ali motiv pove o temi jaz, moje značilnosti in radovedno učenje?</w:t>
            </w:r>
          </w:p>
          <w:p w14:paraId="166586CE" w14:textId="77777777" w:rsidR="008D43AB" w:rsidRDefault="00000000">
            <w:pPr>
              <w:pStyle w:val="Oznaenseznam"/>
              <w:spacing w:after="16"/>
            </w:pPr>
            <w:r>
              <w:rPr>
                <w:color w:val="000000"/>
                <w:sz w:val="16"/>
              </w:rPr>
              <w:t>Kako lahko s poslušanjem, glasom, telesom, glasbilom ali simbolom pokažem, kaj že znam pri temi »RITEM IMEN«?</w:t>
            </w:r>
          </w:p>
          <w:p w14:paraId="4FF15B83"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20434200" w14:textId="77777777">
              <w:trPr>
                <w:jc w:val="center"/>
              </w:trPr>
              <w:tc>
                <w:tcPr>
                  <w:tcW w:w="7087" w:type="dxa"/>
                  <w:shd w:val="clear" w:color="auto" w:fill="EDC9EA"/>
                  <w:tcMar>
                    <w:top w:w="45" w:type="dxa"/>
                    <w:left w:w="70" w:type="dxa"/>
                    <w:bottom w:w="45" w:type="dxa"/>
                    <w:right w:w="70" w:type="dxa"/>
                  </w:tcMar>
                </w:tcPr>
                <w:p w14:paraId="79507FC9" w14:textId="77777777" w:rsidR="008D43AB" w:rsidRDefault="00000000">
                  <w:pPr>
                    <w:keepNext/>
                  </w:pPr>
                  <w:r>
                    <w:rPr>
                      <w:b/>
                      <w:color w:val="000000"/>
                    </w:rPr>
                    <w:t>KRITERIJI USPEŠNOSTI</w:t>
                  </w:r>
                </w:p>
              </w:tc>
            </w:tr>
          </w:tbl>
          <w:p w14:paraId="4F47B6C4" w14:textId="77777777" w:rsidR="008D43AB" w:rsidRDefault="008D43AB"/>
          <w:p w14:paraId="0D3B62F6" w14:textId="77777777" w:rsidR="008D43AB" w:rsidRDefault="00000000">
            <w:pPr>
              <w:spacing w:before="20" w:after="20" w:line="245" w:lineRule="auto"/>
            </w:pPr>
            <w:r>
              <w:rPr>
                <w:b/>
                <w:color w:val="000000"/>
                <w:sz w:val="16"/>
              </w:rPr>
              <w:t>Uspešen/-na bom, ko:</w:t>
            </w:r>
          </w:p>
          <w:p w14:paraId="3A501E1B" w14:textId="77777777" w:rsidR="008D43AB" w:rsidRDefault="00000000">
            <w:pPr>
              <w:pStyle w:val="Oznaenseznam"/>
              <w:spacing w:after="16"/>
            </w:pPr>
            <w:r>
              <w:rPr>
                <w:color w:val="000000"/>
                <w:sz w:val="16"/>
              </w:rPr>
              <w:t>enakomerno izreka ritmično besedilo</w:t>
            </w:r>
          </w:p>
          <w:p w14:paraId="2E9FC821" w14:textId="77777777" w:rsidR="008D43AB" w:rsidRDefault="00000000">
            <w:pPr>
              <w:pStyle w:val="Oznaenseznam"/>
              <w:spacing w:after="16"/>
            </w:pPr>
            <w:r>
              <w:rPr>
                <w:color w:val="000000"/>
                <w:sz w:val="16"/>
              </w:rPr>
              <w:t>spremljam ritem z lastnimi glasbili</w:t>
            </w:r>
          </w:p>
          <w:p w14:paraId="42CD570E" w14:textId="77777777" w:rsidR="008D43AB" w:rsidRDefault="00000000">
            <w:pPr>
              <w:pStyle w:val="Oznaenseznam"/>
              <w:spacing w:after="16"/>
            </w:pPr>
            <w:r>
              <w:rPr>
                <w:color w:val="000000"/>
                <w:sz w:val="16"/>
              </w:rPr>
              <w:t>razlikujem zvok in tišino</w:t>
            </w:r>
          </w:p>
          <w:p w14:paraId="5A918F59" w14:textId="77777777" w:rsidR="008D43AB" w:rsidRDefault="00000000">
            <w:pPr>
              <w:pStyle w:val="Oznaenseznam"/>
              <w:spacing w:after="16"/>
            </w:pPr>
            <w:r>
              <w:rPr>
                <w:color w:val="000000"/>
                <w:sz w:val="16"/>
              </w:rPr>
              <w:t>upoštevam dogovorjeni začetek, konec, znak za tišino in varno glasnost</w:t>
            </w:r>
          </w:p>
          <w:p w14:paraId="1D352C51"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1BF1D0E2" w14:textId="77777777" w:rsidR="008D43AB" w:rsidRDefault="008D43AB"/>
          <w:p w14:paraId="26E71D15"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B538433" w14:textId="77777777" w:rsidR="008D43AB" w:rsidRDefault="00000000">
            <w:pPr>
              <w:spacing w:after="80" w:line="245" w:lineRule="auto"/>
            </w:pPr>
            <w:r>
              <w:rPr>
                <w:color w:val="000000"/>
                <w:sz w:val="16"/>
              </w:rPr>
              <w:t>Pove ali pokaže, kaj že zna in katero glasbeno strategijo bi uporabil.</w:t>
            </w:r>
          </w:p>
          <w:p w14:paraId="1E035CA4" w14:textId="77777777" w:rsidR="008D43AB" w:rsidRDefault="00000000">
            <w:pPr>
              <w:spacing w:after="100" w:line="245" w:lineRule="auto"/>
            </w:pPr>
            <w:r>
              <w:rPr>
                <w:color w:val="000000"/>
                <w:sz w:val="16"/>
              </w:rPr>
              <w:t>Sodeluje pri razumevanju namenov, meril uspešnosti, varne glasnosti in načina dokazovanja.</w:t>
            </w:r>
          </w:p>
          <w:p w14:paraId="0205B754" w14:textId="77777777" w:rsidR="008D43AB" w:rsidRDefault="00000000">
            <w:pPr>
              <w:spacing w:after="20" w:line="245" w:lineRule="auto"/>
            </w:pPr>
            <w:r>
              <w:rPr>
                <w:b/>
                <w:color w:val="D95BC6"/>
                <w:sz w:val="17"/>
              </w:rPr>
              <w:t>DOKAZ O UČENJU</w:t>
            </w:r>
          </w:p>
          <w:p w14:paraId="3056CA63"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4CB49D6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A45DBA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8088B7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ADAE312" w14:textId="77777777" w:rsidR="008D43AB" w:rsidRDefault="00000000">
            <w:pPr>
              <w:jc w:val="center"/>
            </w:pPr>
            <w:r>
              <w:rPr>
                <w:b/>
                <w:color w:val="000000"/>
                <w:sz w:val="20"/>
              </w:rPr>
              <w:t>UČNE DEJAVNOSTI, METODE IN FORMATIVNO SPREMLJANJE</w:t>
            </w:r>
          </w:p>
        </w:tc>
      </w:tr>
      <w:tr w:rsidR="008D43AB" w14:paraId="2A7B3653" w14:textId="77777777">
        <w:trPr>
          <w:tblHeader/>
          <w:jc w:val="center"/>
        </w:trPr>
        <w:tc>
          <w:tcPr>
            <w:tcW w:w="4422" w:type="dxa"/>
            <w:vMerge/>
            <w:tcMar>
              <w:top w:w="70" w:type="dxa"/>
              <w:left w:w="90" w:type="dxa"/>
              <w:bottom w:w="70" w:type="dxa"/>
              <w:right w:w="90" w:type="dxa"/>
            </w:tcMar>
            <w:vAlign w:val="center"/>
          </w:tcPr>
          <w:p w14:paraId="3508F674" w14:textId="77777777" w:rsidR="008D43AB" w:rsidRDefault="008D43AB"/>
        </w:tc>
        <w:tc>
          <w:tcPr>
            <w:tcW w:w="7087" w:type="dxa"/>
            <w:shd w:val="clear" w:color="auto" w:fill="FFFFFF"/>
            <w:tcMar>
              <w:top w:w="70" w:type="dxa"/>
              <w:left w:w="90" w:type="dxa"/>
              <w:bottom w:w="70" w:type="dxa"/>
              <w:right w:w="90" w:type="dxa"/>
            </w:tcMar>
            <w:vAlign w:val="center"/>
          </w:tcPr>
          <w:p w14:paraId="33E396F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D240907" w14:textId="77777777" w:rsidR="008D43AB" w:rsidRDefault="00000000">
            <w:pPr>
              <w:jc w:val="center"/>
            </w:pPr>
            <w:r>
              <w:rPr>
                <w:b/>
                <w:color w:val="000000"/>
              </w:rPr>
              <w:t>UČENEC</w:t>
            </w:r>
          </w:p>
        </w:tc>
      </w:tr>
      <w:tr w:rsidR="008D43AB" w14:paraId="5BE78D02" w14:textId="77777777">
        <w:trPr>
          <w:jc w:val="center"/>
        </w:trPr>
        <w:tc>
          <w:tcPr>
            <w:tcW w:w="4422" w:type="dxa"/>
            <w:tcMar>
              <w:top w:w="70" w:type="dxa"/>
              <w:left w:w="90" w:type="dxa"/>
              <w:bottom w:w="70" w:type="dxa"/>
              <w:right w:w="90" w:type="dxa"/>
            </w:tcMar>
          </w:tcPr>
          <w:p w14:paraId="53DFCD64" w14:textId="77777777" w:rsidR="008D43AB" w:rsidRDefault="008D43AB"/>
          <w:p w14:paraId="4BD75ADB" w14:textId="77777777" w:rsidR="008D43AB" w:rsidRDefault="00000000">
            <w:pPr>
              <w:spacing w:after="40" w:line="245" w:lineRule="auto"/>
            </w:pPr>
            <w:r>
              <w:rPr>
                <w:b/>
                <w:color w:val="000000"/>
              </w:rPr>
              <w:t>KLJUČNI GLASBENI POJMI</w:t>
            </w:r>
          </w:p>
          <w:p w14:paraId="1FC5621F" w14:textId="77777777" w:rsidR="008D43AB" w:rsidRDefault="00000000">
            <w:pPr>
              <w:spacing w:after="60" w:line="245" w:lineRule="auto"/>
            </w:pPr>
            <w:r>
              <w:rPr>
                <w:color w:val="000000"/>
                <w:sz w:val="15"/>
              </w:rPr>
              <w:t>poslušanje, zvok, tišina, izvedba, glasbeni znak, dokaz, povratna informacija, pulz, ritem, tempo, ponavljanje, začetek, konec</w:t>
            </w:r>
          </w:p>
          <w:p w14:paraId="7251FB94" w14:textId="77777777" w:rsidR="008D43AB" w:rsidRDefault="00000000">
            <w:pPr>
              <w:spacing w:after="20" w:line="245" w:lineRule="auto"/>
            </w:pPr>
            <w:r>
              <w:rPr>
                <w:b/>
                <w:color w:val="000000"/>
                <w:sz w:val="17"/>
              </w:rPr>
              <w:t>DOKAZI O UČENJU</w:t>
            </w:r>
          </w:p>
          <w:p w14:paraId="4E2D3F12" w14:textId="77777777" w:rsidR="008D43AB" w:rsidRDefault="00000000">
            <w:pPr>
              <w:pStyle w:val="Oznaenseznam"/>
              <w:spacing w:after="9"/>
            </w:pPr>
            <w:r>
              <w:rPr>
                <w:color w:val="000000"/>
                <w:sz w:val="15"/>
              </w:rPr>
              <w:t>poslušalski gibalni odziv, ritmični/pevski odmev in učiteljev zapis o skupnem pulzu oziroma začetku/koncu.</w:t>
            </w:r>
          </w:p>
          <w:p w14:paraId="38D97B5E" w14:textId="77777777" w:rsidR="008D43AB" w:rsidRDefault="00000000">
            <w:pPr>
              <w:pStyle w:val="Oznaenseznam"/>
              <w:spacing w:after="9"/>
            </w:pPr>
            <w:r>
              <w:rPr>
                <w:color w:val="000000"/>
                <w:sz w:val="15"/>
              </w:rPr>
              <w:t>slikovni zvočni zapis, skupinska izvedba/posnetek in vrstniška opisna povratna informacija.</w:t>
            </w:r>
          </w:p>
          <w:p w14:paraId="0A5E9939" w14:textId="77777777" w:rsidR="008D43AB" w:rsidRDefault="00000000">
            <w:pPr>
              <w:spacing w:before="40" w:after="20" w:line="245" w:lineRule="auto"/>
            </w:pPr>
            <w:r>
              <w:rPr>
                <w:b/>
                <w:color w:val="000000"/>
                <w:sz w:val="17"/>
              </w:rPr>
              <w:t>GLASBENO DOŽIVETJE IN IZKUŠENJSKI POUK</w:t>
            </w:r>
          </w:p>
          <w:p w14:paraId="6A28CB8A"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3A1550F0" w14:textId="77777777" w:rsidR="008D43AB" w:rsidRDefault="00000000">
            <w:pPr>
              <w:spacing w:after="20" w:line="245" w:lineRule="auto"/>
            </w:pPr>
            <w:r>
              <w:rPr>
                <w:b/>
                <w:color w:val="000000"/>
                <w:sz w:val="17"/>
              </w:rPr>
              <w:t>POUČEVANJE V GIBANJU</w:t>
            </w:r>
          </w:p>
          <w:p w14:paraId="5ECEDEED"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14B1ED6" w14:textId="77777777" w:rsidR="008D43AB" w:rsidRDefault="00000000">
            <w:pPr>
              <w:spacing w:after="20" w:line="245" w:lineRule="auto"/>
            </w:pPr>
            <w:r>
              <w:rPr>
                <w:b/>
                <w:color w:val="000000"/>
                <w:sz w:val="17"/>
              </w:rPr>
              <w:t>DELO PO POSTAJAH</w:t>
            </w:r>
          </w:p>
          <w:p w14:paraId="79EAD16E"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4071530F" w14:textId="77777777" w:rsidR="008D43AB" w:rsidRDefault="00000000">
            <w:pPr>
              <w:spacing w:after="10" w:line="245" w:lineRule="auto"/>
            </w:pPr>
            <w:r>
              <w:rPr>
                <w:color w:val="000000"/>
                <w:sz w:val="15"/>
              </w:rPr>
              <w:t>1. Pulz in odmev: poslušam, ponovim in ohranim enakomeren utrip s ploskom, korakom ali glasom.</w:t>
            </w:r>
          </w:p>
          <w:p w14:paraId="568C4814" w14:textId="77777777" w:rsidR="008D43AB" w:rsidRDefault="00000000">
            <w:pPr>
              <w:spacing w:after="10" w:line="245" w:lineRule="auto"/>
            </w:pPr>
            <w:r>
              <w:rPr>
                <w:color w:val="000000"/>
                <w:sz w:val="15"/>
              </w:rPr>
              <w:t>2. Gibalna pot: tempo in ritem pokažem s hojo, spremembo smeri, zamrznitvijo in telesnimi glasbili.</w:t>
            </w:r>
          </w:p>
          <w:p w14:paraId="5EB61B1A" w14:textId="77777777" w:rsidR="008D43AB" w:rsidRDefault="00000000">
            <w:pPr>
              <w:spacing w:after="10" w:line="245" w:lineRule="auto"/>
            </w:pPr>
            <w:r>
              <w:rPr>
                <w:color w:val="000000"/>
                <w:sz w:val="15"/>
              </w:rPr>
              <w:t>3. Instrumentalna: motiv izvedem z malim ritmičnim ali Orffovim glasbilom ter upoštevam dirigentski znak.</w:t>
            </w:r>
          </w:p>
          <w:p w14:paraId="0B3AAD9C" w14:textId="77777777" w:rsidR="008D43AB" w:rsidRDefault="00000000">
            <w:pPr>
              <w:spacing w:after="10" w:line="245" w:lineRule="auto"/>
            </w:pPr>
            <w:r>
              <w:rPr>
                <w:color w:val="000000"/>
                <w:sz w:val="15"/>
              </w:rPr>
              <w:t>4. Ustvarjalno-zapisna: iz kartic sestavim ritem, ga izvedem, prejmem povratno informacijo in izboljšam.</w:t>
            </w:r>
          </w:p>
          <w:p w14:paraId="6522E222" w14:textId="77777777" w:rsidR="008D43AB" w:rsidRDefault="00000000">
            <w:pPr>
              <w:spacing w:after="20" w:line="245" w:lineRule="auto"/>
            </w:pPr>
            <w:r>
              <w:rPr>
                <w:b/>
                <w:color w:val="000000"/>
                <w:sz w:val="17"/>
              </w:rPr>
              <w:t>DIFERENCIACIJA IN VKLJUČEVANJE</w:t>
            </w:r>
          </w:p>
          <w:p w14:paraId="064A0F7E"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6240FFC8" w14:textId="77777777" w:rsidR="008D43AB" w:rsidRDefault="00000000">
            <w:pPr>
              <w:spacing w:after="20" w:line="245" w:lineRule="auto"/>
            </w:pPr>
            <w:r>
              <w:rPr>
                <w:b/>
                <w:color w:val="000000"/>
                <w:sz w:val="17"/>
              </w:rPr>
              <w:t>SPREMLJANJE</w:t>
            </w:r>
          </w:p>
          <w:p w14:paraId="72A17F88"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38A6897B"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CBEBA40" w14:textId="77777777">
              <w:trPr>
                <w:jc w:val="center"/>
              </w:trPr>
              <w:tc>
                <w:tcPr>
                  <w:tcW w:w="7087" w:type="dxa"/>
                  <w:shd w:val="clear" w:color="auto" w:fill="C6E7F3"/>
                  <w:tcMar>
                    <w:top w:w="45" w:type="dxa"/>
                    <w:left w:w="70" w:type="dxa"/>
                    <w:bottom w:w="45" w:type="dxa"/>
                    <w:right w:w="70" w:type="dxa"/>
                  </w:tcMar>
                </w:tcPr>
                <w:p w14:paraId="67F4FDEF" w14:textId="77777777" w:rsidR="008D43AB" w:rsidRDefault="00000000">
                  <w:pPr>
                    <w:keepNext/>
                  </w:pPr>
                  <w:r>
                    <w:rPr>
                      <w:b/>
                      <w:color w:val="000000"/>
                      <w:sz w:val="17"/>
                    </w:rPr>
                    <w:t>GLAVNI DEL – POSLUŠANJE, IZVAJANJE, GIBANJE IN USTVARJANJE (2 šolski uri)</w:t>
                  </w:r>
                </w:p>
              </w:tc>
            </w:tr>
          </w:tbl>
          <w:p w14:paraId="7BFC0FD3" w14:textId="77777777" w:rsidR="008D43AB" w:rsidRDefault="008D43AB">
            <w:pPr>
              <w:spacing w:line="20" w:lineRule="exact"/>
            </w:pPr>
          </w:p>
          <w:p w14:paraId="0FF8050C" w14:textId="77777777" w:rsidR="008D43AB" w:rsidRDefault="00000000">
            <w:pPr>
              <w:keepNext/>
              <w:spacing w:before="24" w:after="8" w:line="245" w:lineRule="auto"/>
            </w:pPr>
            <w:r>
              <w:rPr>
                <w:b/>
                <w:color w:val="000000"/>
                <w:sz w:val="16"/>
              </w:rPr>
              <w:t>1. URA – Ritem Imen – Poslušam in izvajam</w:t>
            </w:r>
          </w:p>
          <w:p w14:paraId="38E64659"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»RITEM IMEN«,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75258584"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B801A34"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3C7A2378" w14:textId="77777777" w:rsidR="008D43AB" w:rsidRDefault="00000000">
            <w:pPr>
              <w:keepNext/>
              <w:spacing w:before="24" w:after="8" w:line="245" w:lineRule="auto"/>
            </w:pPr>
            <w:r>
              <w:rPr>
                <w:b/>
                <w:color w:val="000000"/>
                <w:sz w:val="16"/>
              </w:rPr>
              <w:t>2. URA – Ritem Imen – Ustvarim in nastopim</w:t>
            </w:r>
          </w:p>
          <w:p w14:paraId="34AF7F9F"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ritem imen«; usmerja izbiro, zapis, vajo in menjavo vlog. Zaključek: 10' – Organizira nastop in odziv poslušalcev po kriterijih; posname kratek dokaz, če so soglasja urejena.</w:t>
            </w:r>
          </w:p>
          <w:p w14:paraId="4BBFC61C"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172007BA"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0516C239" w14:textId="77777777">
              <w:trPr>
                <w:jc w:val="center"/>
              </w:trPr>
              <w:tc>
                <w:tcPr>
                  <w:tcW w:w="7087" w:type="dxa"/>
                  <w:shd w:val="clear" w:color="auto" w:fill="EDC9EA"/>
                  <w:tcMar>
                    <w:top w:w="45" w:type="dxa"/>
                    <w:left w:w="70" w:type="dxa"/>
                    <w:bottom w:w="45" w:type="dxa"/>
                    <w:right w:w="70" w:type="dxa"/>
                  </w:tcMar>
                </w:tcPr>
                <w:p w14:paraId="42D51F18" w14:textId="77777777" w:rsidR="008D43AB" w:rsidRDefault="00000000">
                  <w:pPr>
                    <w:keepNext/>
                  </w:pPr>
                  <w:r>
                    <w:rPr>
                      <w:b/>
                      <w:color w:val="000000"/>
                      <w:sz w:val="17"/>
                    </w:rPr>
                    <w:t>ORGANIZACIJA POSTAJ IN PREHODOV</w:t>
                  </w:r>
                </w:p>
              </w:tc>
            </w:tr>
          </w:tbl>
          <w:p w14:paraId="5525CAC4" w14:textId="77777777" w:rsidR="008D43AB" w:rsidRDefault="008D43AB"/>
          <w:p w14:paraId="25E094AD" w14:textId="77777777" w:rsidR="008D43AB" w:rsidRDefault="00000000">
            <w:pPr>
              <w:spacing w:before="9" w:after="9" w:line="245" w:lineRule="auto"/>
            </w:pPr>
            <w:r>
              <w:rPr>
                <w:color w:val="000000"/>
                <w:sz w:val="15"/>
              </w:rPr>
              <w:t>Postaja 1: Pulz in odmev: poslušam, ponovim in ohranim enakomeren utrip s ploskom, korakom ali glasom.</w:t>
            </w:r>
          </w:p>
          <w:p w14:paraId="33B471A9" w14:textId="77777777" w:rsidR="008D43AB" w:rsidRDefault="00000000">
            <w:pPr>
              <w:spacing w:before="9" w:after="9" w:line="245" w:lineRule="auto"/>
            </w:pPr>
            <w:r>
              <w:rPr>
                <w:color w:val="000000"/>
                <w:sz w:val="15"/>
              </w:rPr>
              <w:t>Postaja 2: Gibalna pot: tempo in ritem pokažem s hojo, spremembo smeri, zamrznitvijo in telesnimi glasbili.</w:t>
            </w:r>
          </w:p>
          <w:p w14:paraId="2C793ECE" w14:textId="77777777" w:rsidR="008D43AB" w:rsidRDefault="00000000">
            <w:pPr>
              <w:spacing w:before="9" w:after="9" w:line="245" w:lineRule="auto"/>
            </w:pPr>
            <w:r>
              <w:rPr>
                <w:color w:val="000000"/>
                <w:sz w:val="15"/>
              </w:rPr>
              <w:t>Postaja 3: Instrumentalna: motiv izvedem z malim ritmičnim ali Orffovim glasbilom ter upoštevam dirigentski znak.</w:t>
            </w:r>
          </w:p>
          <w:p w14:paraId="426B3994" w14:textId="77777777" w:rsidR="008D43AB" w:rsidRDefault="00000000">
            <w:pPr>
              <w:spacing w:before="9" w:after="9" w:line="245" w:lineRule="auto"/>
            </w:pPr>
            <w:r>
              <w:rPr>
                <w:color w:val="000000"/>
                <w:sz w:val="15"/>
              </w:rPr>
              <w:t>Postaja 4: Ustvarjalno-zapisna: iz kartic sestavim ritem, ga izvedem, prejmem povratno informacijo in izboljšam.</w:t>
            </w:r>
          </w:p>
          <w:p w14:paraId="268CCD51"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02AD5B25" w14:textId="77777777" w:rsidR="008D43AB" w:rsidRDefault="008D43AB"/>
          <w:p w14:paraId="4F8E4F31" w14:textId="77777777" w:rsidR="008D43AB" w:rsidRDefault="00000000">
            <w:pPr>
              <w:spacing w:after="6" w:line="245" w:lineRule="auto"/>
            </w:pPr>
            <w:r>
              <w:rPr>
                <w:b/>
                <w:color w:val="000000"/>
                <w:sz w:val="15"/>
              </w:rPr>
              <w:t>1. URA – Ritem Imen – Poslušam in izvajam</w:t>
            </w:r>
          </w:p>
          <w:p w14:paraId="2180DFD9"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68185887" w14:textId="77777777" w:rsidR="008D43AB" w:rsidRDefault="00000000">
            <w:pPr>
              <w:spacing w:after="20" w:line="245" w:lineRule="auto"/>
            </w:pPr>
            <w:r>
              <w:rPr>
                <w:color w:val="D95BC6"/>
                <w:sz w:val="14"/>
              </w:rPr>
              <w:t>Dokaz: poslušalski gibalni odziv, ritmični/pevski odmev in učiteljev zapis o skupnem pulzu oziroma.</w:t>
            </w:r>
          </w:p>
          <w:p w14:paraId="090924F0" w14:textId="77777777" w:rsidR="008D43AB" w:rsidRDefault="00000000">
            <w:pPr>
              <w:spacing w:after="6" w:line="245" w:lineRule="auto"/>
            </w:pPr>
            <w:r>
              <w:rPr>
                <w:b/>
                <w:color w:val="000000"/>
                <w:sz w:val="15"/>
              </w:rPr>
              <w:t>2. URA – Ritem Imen – Ustvarim in nastopim</w:t>
            </w:r>
          </w:p>
          <w:p w14:paraId="3EDAC243"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695B4B38" w14:textId="77777777" w:rsidR="008D43AB" w:rsidRDefault="00000000">
            <w:pPr>
              <w:spacing w:after="20" w:line="245" w:lineRule="auto"/>
            </w:pPr>
            <w:r>
              <w:rPr>
                <w:color w:val="D95BC6"/>
                <w:sz w:val="14"/>
              </w:rPr>
              <w:t>Dokaz: slikovni zvočni zapis, skupinska izvedba/posnetek in vrstniška opisna povratna informacija.</w:t>
            </w:r>
          </w:p>
          <w:p w14:paraId="6E619D1A" w14:textId="77777777" w:rsidR="008D43AB" w:rsidRDefault="00000000">
            <w:pPr>
              <w:spacing w:before="40" w:after="20" w:line="245" w:lineRule="auto"/>
            </w:pPr>
            <w:r>
              <w:rPr>
                <w:b/>
                <w:color w:val="D95BC6"/>
                <w:sz w:val="16"/>
              </w:rPr>
              <w:t>MOJ KROG POSTAJ</w:t>
            </w:r>
          </w:p>
          <w:p w14:paraId="31D4CEA8" w14:textId="77777777" w:rsidR="008D43AB" w:rsidRDefault="00000000">
            <w:pPr>
              <w:spacing w:after="11" w:line="245" w:lineRule="auto"/>
            </w:pPr>
            <w:r>
              <w:rPr>
                <w:color w:val="000000"/>
                <w:sz w:val="14"/>
              </w:rPr>
              <w:t>1. Pulz in odmev: poslušam, ponovim in ohranim enakomeren utrip s ploskom, korakom ali glasom.</w:t>
            </w:r>
          </w:p>
          <w:p w14:paraId="4C08BF33" w14:textId="77777777" w:rsidR="008D43AB" w:rsidRDefault="00000000">
            <w:pPr>
              <w:spacing w:after="11" w:line="245" w:lineRule="auto"/>
            </w:pPr>
            <w:r>
              <w:rPr>
                <w:color w:val="000000"/>
                <w:sz w:val="14"/>
              </w:rPr>
              <w:t>2. Gibalna pot: tempo in ritem pokažem s hojo, spremembo smeri.</w:t>
            </w:r>
          </w:p>
          <w:p w14:paraId="069BDBE7" w14:textId="77777777" w:rsidR="008D43AB" w:rsidRDefault="00000000">
            <w:pPr>
              <w:spacing w:after="11" w:line="245" w:lineRule="auto"/>
            </w:pPr>
            <w:r>
              <w:rPr>
                <w:color w:val="000000"/>
                <w:sz w:val="14"/>
              </w:rPr>
              <w:t>3. Instrumentalna: motiv izvedem z malim ritmičnim ali Orffovim glasbilom ter upoštevam.</w:t>
            </w:r>
          </w:p>
          <w:p w14:paraId="244FCE43" w14:textId="77777777" w:rsidR="008D43AB" w:rsidRDefault="00000000">
            <w:pPr>
              <w:spacing w:after="11" w:line="245" w:lineRule="auto"/>
            </w:pPr>
            <w:r>
              <w:rPr>
                <w:color w:val="000000"/>
                <w:sz w:val="14"/>
              </w:rPr>
              <w:t>4. Ustvarjalno-zapisna: iz kartic sestavim ritem, ga izvedem.</w:t>
            </w:r>
          </w:p>
          <w:p w14:paraId="24A8B3A9"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770133A2" w14:textId="77777777" w:rsidR="008D43AB" w:rsidRDefault="00000000">
            <w:pPr>
              <w:spacing w:after="20" w:line="245" w:lineRule="auto"/>
            </w:pPr>
            <w:r>
              <w:rPr>
                <w:b/>
                <w:color w:val="D95BC6"/>
                <w:sz w:val="17"/>
              </w:rPr>
              <w:t>DOKAZ O UČENJU</w:t>
            </w:r>
          </w:p>
          <w:p w14:paraId="0426B482"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5D195EE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D298F9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15A308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C03E9B4" w14:textId="77777777" w:rsidR="008D43AB" w:rsidRDefault="00000000">
            <w:pPr>
              <w:jc w:val="center"/>
            </w:pPr>
            <w:r>
              <w:rPr>
                <w:b/>
                <w:color w:val="000000"/>
                <w:sz w:val="20"/>
              </w:rPr>
              <w:t>UČNE DEJAVNOSTI, METODE IN FORMATIVNO SPREMLJANJE</w:t>
            </w:r>
          </w:p>
        </w:tc>
      </w:tr>
      <w:tr w:rsidR="008D43AB" w14:paraId="210B48F5" w14:textId="77777777">
        <w:trPr>
          <w:tblHeader/>
          <w:jc w:val="center"/>
        </w:trPr>
        <w:tc>
          <w:tcPr>
            <w:tcW w:w="4422" w:type="dxa"/>
            <w:vMerge/>
            <w:tcMar>
              <w:top w:w="70" w:type="dxa"/>
              <w:left w:w="90" w:type="dxa"/>
              <w:bottom w:w="70" w:type="dxa"/>
              <w:right w:w="90" w:type="dxa"/>
            </w:tcMar>
            <w:vAlign w:val="center"/>
          </w:tcPr>
          <w:p w14:paraId="6E7718D4" w14:textId="77777777" w:rsidR="008D43AB" w:rsidRDefault="008D43AB"/>
        </w:tc>
        <w:tc>
          <w:tcPr>
            <w:tcW w:w="7087" w:type="dxa"/>
            <w:shd w:val="clear" w:color="auto" w:fill="FFFFFF"/>
            <w:tcMar>
              <w:top w:w="70" w:type="dxa"/>
              <w:left w:w="90" w:type="dxa"/>
              <w:bottom w:w="70" w:type="dxa"/>
              <w:right w:w="90" w:type="dxa"/>
            </w:tcMar>
            <w:vAlign w:val="center"/>
          </w:tcPr>
          <w:p w14:paraId="6A00700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DD6B5DA" w14:textId="77777777" w:rsidR="008D43AB" w:rsidRDefault="00000000">
            <w:pPr>
              <w:jc w:val="center"/>
            </w:pPr>
            <w:r>
              <w:rPr>
                <w:b/>
                <w:color w:val="000000"/>
              </w:rPr>
              <w:t>UČENEC</w:t>
            </w:r>
          </w:p>
        </w:tc>
      </w:tr>
      <w:tr w:rsidR="008D43AB" w14:paraId="1F81D717" w14:textId="77777777">
        <w:trPr>
          <w:jc w:val="center"/>
        </w:trPr>
        <w:tc>
          <w:tcPr>
            <w:tcW w:w="4422" w:type="dxa"/>
            <w:tcMar>
              <w:top w:w="70" w:type="dxa"/>
              <w:left w:w="90" w:type="dxa"/>
              <w:bottom w:w="70" w:type="dxa"/>
              <w:right w:w="90" w:type="dxa"/>
            </w:tcMar>
          </w:tcPr>
          <w:p w14:paraId="48FAB3E6" w14:textId="77777777" w:rsidR="008D43AB" w:rsidRDefault="008D43AB"/>
          <w:p w14:paraId="54D450AD" w14:textId="77777777" w:rsidR="008D43AB" w:rsidRDefault="00000000">
            <w:pPr>
              <w:spacing w:after="40" w:line="245" w:lineRule="auto"/>
            </w:pPr>
            <w:r>
              <w:rPr>
                <w:b/>
                <w:color w:val="000000"/>
              </w:rPr>
              <w:t>FORMATIVNO SPREMLJANJE</w:t>
            </w:r>
          </w:p>
          <w:p w14:paraId="7027D9AE" w14:textId="77777777" w:rsidR="008D43AB" w:rsidRDefault="00000000">
            <w:pPr>
              <w:pStyle w:val="Oznaenseznam"/>
              <w:spacing w:after="16"/>
            </w:pPr>
            <w:r>
              <w:rPr>
                <w:color w:val="000000"/>
                <w:sz w:val="16"/>
              </w:rPr>
              <w:t>predznanje: zvočna napoved, izbira kartice, gib, ritmični oziroma pevski poskus ali začetni simbol</w:t>
            </w:r>
          </w:p>
          <w:p w14:paraId="43D6EA70" w14:textId="77777777" w:rsidR="008D43AB" w:rsidRDefault="00000000">
            <w:pPr>
              <w:pStyle w:val="Oznaenseznam"/>
              <w:spacing w:after="16"/>
            </w:pPr>
            <w:r>
              <w:rPr>
                <w:color w:val="000000"/>
                <w:sz w:val="16"/>
              </w:rPr>
              <w:t>nameni in merila: kratka poved, slikovni znak, model izvedbe ter vidna pravila varne glasnosti</w:t>
            </w:r>
          </w:p>
          <w:p w14:paraId="26EC98D7"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DB034E3" w14:textId="77777777" w:rsidR="008D43AB" w:rsidRDefault="00000000">
            <w:pPr>
              <w:pStyle w:val="Oznaenseznam"/>
              <w:spacing w:after="16"/>
            </w:pPr>
            <w:r>
              <w:rPr>
                <w:color w:val="000000"/>
                <w:sz w:val="16"/>
              </w:rPr>
              <w:t>povratna informacija: opis slišane strategije, povezava z enim merilom in izvedljiv naslednji korak</w:t>
            </w:r>
          </w:p>
          <w:p w14:paraId="4BE9DEED" w14:textId="77777777" w:rsidR="008D43AB" w:rsidRDefault="00000000">
            <w:pPr>
              <w:pStyle w:val="Oznaenseznam"/>
              <w:spacing w:after="16"/>
            </w:pPr>
            <w:r>
              <w:rPr>
                <w:color w:val="000000"/>
                <w:sz w:val="16"/>
              </w:rPr>
              <w:t>samovrednotenje: barvni zvočni semafor, lestvica samostojnosti, izbran dokaz in ponovna izvedba</w:t>
            </w:r>
          </w:p>
          <w:p w14:paraId="661A0A9A" w14:textId="77777777" w:rsidR="008D43AB" w:rsidRDefault="00000000">
            <w:pPr>
              <w:spacing w:before="40" w:after="20" w:line="245" w:lineRule="auto"/>
            </w:pPr>
            <w:r>
              <w:rPr>
                <w:b/>
                <w:color w:val="000000"/>
                <w:sz w:val="17"/>
              </w:rPr>
              <w:t>VARNOST IN VAROVANJE SLUHA</w:t>
            </w:r>
          </w:p>
          <w:p w14:paraId="1015B45A"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BB4A495" w14:textId="77777777" w:rsidR="008D43AB" w:rsidRDefault="00000000">
            <w:pPr>
              <w:spacing w:after="20" w:line="245" w:lineRule="auto"/>
            </w:pPr>
            <w:r>
              <w:rPr>
                <w:b/>
                <w:color w:val="000000"/>
                <w:sz w:val="17"/>
              </w:rPr>
              <w:t>EVIDENCA PO IZVEDBI</w:t>
            </w:r>
          </w:p>
          <w:p w14:paraId="4C1AB155"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3711F57A" w14:textId="77777777" w:rsidR="008D43AB" w:rsidRDefault="00000000">
            <w:pPr>
              <w:spacing w:before="40" w:after="20" w:line="245" w:lineRule="auto"/>
            </w:pPr>
            <w:r>
              <w:rPr>
                <w:b/>
                <w:color w:val="000000"/>
                <w:sz w:val="17"/>
              </w:rPr>
              <w:t>RAVEN DOSEGANJA</w:t>
            </w:r>
          </w:p>
          <w:p w14:paraId="47031CDE"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5D77386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E75A25D" w14:textId="77777777">
              <w:trPr>
                <w:jc w:val="center"/>
              </w:trPr>
              <w:tc>
                <w:tcPr>
                  <w:tcW w:w="7087" w:type="dxa"/>
                  <w:shd w:val="clear" w:color="auto" w:fill="EDC9EA"/>
                  <w:tcMar>
                    <w:top w:w="45" w:type="dxa"/>
                    <w:left w:w="70" w:type="dxa"/>
                    <w:bottom w:w="45" w:type="dxa"/>
                    <w:right w:w="70" w:type="dxa"/>
                  </w:tcMar>
                </w:tcPr>
                <w:p w14:paraId="41BCAE40" w14:textId="77777777" w:rsidR="008D43AB" w:rsidRDefault="00000000">
                  <w:pPr>
                    <w:keepNext/>
                  </w:pPr>
                  <w:r>
                    <w:rPr>
                      <w:b/>
                      <w:color w:val="000000"/>
                    </w:rPr>
                    <w:t>VPRAŠANJA V PODPORO GLASBENEMU UČENJU</w:t>
                  </w:r>
                </w:p>
              </w:tc>
            </w:tr>
          </w:tbl>
          <w:p w14:paraId="01E2D72E" w14:textId="77777777" w:rsidR="008D43AB" w:rsidRDefault="008D43AB">
            <w:pPr>
              <w:spacing w:line="20" w:lineRule="exact"/>
            </w:pPr>
          </w:p>
          <w:p w14:paraId="7665A9E4" w14:textId="77777777" w:rsidR="008D43AB" w:rsidRDefault="00000000">
            <w:pPr>
              <w:pStyle w:val="Oznaenseznam"/>
              <w:spacing w:after="16"/>
            </w:pPr>
            <w:r>
              <w:rPr>
                <w:color w:val="000000"/>
                <w:sz w:val="16"/>
              </w:rPr>
              <w:t>Kaj si v glasbi slišal/-a, začutil/-a ali pokazal/-a z gibanjem?</w:t>
            </w:r>
          </w:p>
          <w:p w14:paraId="35339A26" w14:textId="77777777" w:rsidR="008D43AB" w:rsidRDefault="00000000">
            <w:pPr>
              <w:pStyle w:val="Oznaenseznam"/>
              <w:spacing w:after="16"/>
            </w:pPr>
            <w:r>
              <w:rPr>
                <w:color w:val="000000"/>
                <w:sz w:val="16"/>
              </w:rPr>
              <w:t>Po katerem zvočnem znaku, lastnosti ali vzorcu si prepoznal/-a rešitev?</w:t>
            </w:r>
          </w:p>
          <w:p w14:paraId="17AD7A33" w14:textId="77777777" w:rsidR="008D43AB" w:rsidRDefault="00000000">
            <w:pPr>
              <w:pStyle w:val="Oznaenseznam"/>
              <w:spacing w:after="16"/>
            </w:pPr>
            <w:r>
              <w:rPr>
                <w:color w:val="000000"/>
                <w:sz w:val="16"/>
              </w:rPr>
              <w:t>Kako veš, da je bil pulz, začetek, konec, glasnost ali skupinska izvedba skladna z merilom?</w:t>
            </w:r>
          </w:p>
          <w:p w14:paraId="7535BA8F" w14:textId="77777777" w:rsidR="008D43AB" w:rsidRDefault="00000000">
            <w:pPr>
              <w:pStyle w:val="Oznaenseznam"/>
              <w:spacing w:after="16"/>
            </w:pPr>
            <w:r>
              <w:rPr>
                <w:color w:val="000000"/>
                <w:sz w:val="16"/>
              </w:rPr>
              <w:t>Zakaj si za motiv, osebo, dogodek ali okolje izbral/-a prav ta glas, predmet ali glasbilo?</w:t>
            </w:r>
          </w:p>
          <w:p w14:paraId="2942FD75"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0C1724E" w14:textId="77777777">
              <w:trPr>
                <w:jc w:val="center"/>
              </w:trPr>
              <w:tc>
                <w:tcPr>
                  <w:tcW w:w="7087" w:type="dxa"/>
                  <w:shd w:val="clear" w:color="auto" w:fill="C6E7F3"/>
                  <w:tcMar>
                    <w:top w:w="45" w:type="dxa"/>
                    <w:left w:w="70" w:type="dxa"/>
                    <w:bottom w:w="45" w:type="dxa"/>
                    <w:right w:w="70" w:type="dxa"/>
                  </w:tcMar>
                </w:tcPr>
                <w:p w14:paraId="0A022E93" w14:textId="77777777" w:rsidR="008D43AB" w:rsidRDefault="00000000">
                  <w:pPr>
                    <w:keepNext/>
                  </w:pPr>
                  <w:r>
                    <w:rPr>
                      <w:b/>
                      <w:color w:val="000000"/>
                    </w:rPr>
                    <w:t>ZAKLJUČNI DEL – NASTOP, POSLUŠALSKI ODZIV IN REFLEKSIJA (8–12 min)</w:t>
                  </w:r>
                </w:p>
              </w:tc>
            </w:tr>
          </w:tbl>
          <w:p w14:paraId="684AD6F3" w14:textId="77777777" w:rsidR="008D43AB" w:rsidRDefault="008D43AB">
            <w:pPr>
              <w:spacing w:line="20" w:lineRule="exact"/>
            </w:pPr>
          </w:p>
          <w:p w14:paraId="1A252676"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453BF966" w14:textId="77777777">
              <w:trPr>
                <w:jc w:val="center"/>
              </w:trPr>
              <w:tc>
                <w:tcPr>
                  <w:tcW w:w="7087" w:type="dxa"/>
                  <w:shd w:val="clear" w:color="auto" w:fill="EDC9EA"/>
                  <w:tcMar>
                    <w:top w:w="45" w:type="dxa"/>
                    <w:left w:w="70" w:type="dxa"/>
                    <w:bottom w:w="45" w:type="dxa"/>
                    <w:right w:w="70" w:type="dxa"/>
                  </w:tcMar>
                </w:tcPr>
                <w:p w14:paraId="1E412BDA" w14:textId="77777777" w:rsidR="008D43AB" w:rsidRDefault="00000000">
                  <w:pPr>
                    <w:keepNext/>
                  </w:pPr>
                  <w:r>
                    <w:rPr>
                      <w:b/>
                      <w:color w:val="000000"/>
                    </w:rPr>
                    <w:t>SAMOVREDNOTENJE</w:t>
                  </w:r>
                </w:p>
              </w:tc>
            </w:tr>
          </w:tbl>
          <w:p w14:paraId="28DBA888" w14:textId="77777777" w:rsidR="008D43AB" w:rsidRDefault="008D43AB">
            <w:pPr>
              <w:spacing w:line="20" w:lineRule="exact"/>
            </w:pPr>
          </w:p>
          <w:p w14:paraId="0DDD2128"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7B0EA815" w14:textId="77777777">
              <w:trPr>
                <w:jc w:val="center"/>
              </w:trPr>
              <w:tc>
                <w:tcPr>
                  <w:tcW w:w="7087" w:type="dxa"/>
                  <w:shd w:val="clear" w:color="auto" w:fill="EDC9EA"/>
                  <w:tcMar>
                    <w:top w:w="45" w:type="dxa"/>
                    <w:left w:w="70" w:type="dxa"/>
                    <w:bottom w:w="45" w:type="dxa"/>
                    <w:right w:w="70" w:type="dxa"/>
                  </w:tcMar>
                </w:tcPr>
                <w:p w14:paraId="774DB466" w14:textId="77777777" w:rsidR="008D43AB" w:rsidRDefault="00000000">
                  <w:pPr>
                    <w:keepNext/>
                  </w:pPr>
                  <w:r>
                    <w:rPr>
                      <w:b/>
                      <w:color w:val="000000"/>
                    </w:rPr>
                    <w:t>VRSTNIŠKO VREDNOTENJE</w:t>
                  </w:r>
                </w:p>
              </w:tc>
            </w:tr>
          </w:tbl>
          <w:p w14:paraId="7C5337B8" w14:textId="77777777" w:rsidR="008D43AB" w:rsidRDefault="008D43AB">
            <w:pPr>
              <w:spacing w:line="20" w:lineRule="exact"/>
            </w:pPr>
          </w:p>
          <w:p w14:paraId="1F8D850F"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23CD2D4A" w14:textId="77777777">
              <w:trPr>
                <w:jc w:val="center"/>
              </w:trPr>
              <w:tc>
                <w:tcPr>
                  <w:tcW w:w="7087" w:type="dxa"/>
                  <w:shd w:val="clear" w:color="auto" w:fill="EDC9EA"/>
                  <w:tcMar>
                    <w:top w:w="45" w:type="dxa"/>
                    <w:left w:w="70" w:type="dxa"/>
                    <w:bottom w:w="45" w:type="dxa"/>
                    <w:right w:w="70" w:type="dxa"/>
                  </w:tcMar>
                </w:tcPr>
                <w:p w14:paraId="133643A1" w14:textId="77777777" w:rsidR="008D43AB" w:rsidRDefault="00000000">
                  <w:pPr>
                    <w:keepNext/>
                  </w:pPr>
                  <w:r>
                    <w:rPr>
                      <w:b/>
                      <w:color w:val="000000"/>
                    </w:rPr>
                    <w:t>SKUPNI POVZETEK</w:t>
                  </w:r>
                </w:p>
              </w:tc>
            </w:tr>
          </w:tbl>
          <w:p w14:paraId="114F3365" w14:textId="77777777" w:rsidR="008D43AB" w:rsidRDefault="008D43AB"/>
          <w:p w14:paraId="2673766B" w14:textId="77777777" w:rsidR="008D43AB" w:rsidRDefault="00000000">
            <w:pPr>
              <w:spacing w:before="20" w:after="40" w:line="245" w:lineRule="auto"/>
            </w:pPr>
            <w:r>
              <w:rPr>
                <w:b/>
                <w:color w:val="000000"/>
                <w:sz w:val="16"/>
              </w:rPr>
              <w:t>enakomerno izreka ritmično besedilo; spremljam ritem z lastnimi glasbili; razlikujem zvok in tišino. Izbrani dokaz pojasnim in po povratni informaciji izboljšam.</w:t>
            </w:r>
          </w:p>
        </w:tc>
        <w:tc>
          <w:tcPr>
            <w:tcW w:w="2551" w:type="dxa"/>
            <w:tcMar>
              <w:top w:w="70" w:type="dxa"/>
              <w:left w:w="90" w:type="dxa"/>
              <w:bottom w:w="70" w:type="dxa"/>
              <w:right w:w="90" w:type="dxa"/>
            </w:tcMar>
          </w:tcPr>
          <w:p w14:paraId="3692C0B6" w14:textId="77777777" w:rsidR="008D43AB" w:rsidRDefault="008D43AB"/>
          <w:p w14:paraId="36F7D7CA" w14:textId="77777777" w:rsidR="008D43AB" w:rsidRDefault="00000000">
            <w:pPr>
              <w:spacing w:after="80" w:line="245" w:lineRule="auto"/>
            </w:pPr>
            <w:r>
              <w:rPr>
                <w:color w:val="000000"/>
                <w:sz w:val="16"/>
              </w:rPr>
              <w:t>Odgovarja na podporna vprašanja in se sklicuje na slišano, izvedeno, ustvarjeno ali zapisano.</w:t>
            </w:r>
          </w:p>
          <w:p w14:paraId="5D1E39C5" w14:textId="77777777" w:rsidR="008D43AB" w:rsidRDefault="00000000">
            <w:pPr>
              <w:spacing w:after="80" w:line="245" w:lineRule="auto"/>
            </w:pPr>
            <w:r>
              <w:rPr>
                <w:color w:val="000000"/>
                <w:sz w:val="16"/>
              </w:rPr>
              <w:t>Predstavi izbrani dokaz ter pove, katero merilo z njim pokaže.</w:t>
            </w:r>
          </w:p>
          <w:p w14:paraId="6B9B2F27" w14:textId="77777777" w:rsidR="008D43AB" w:rsidRDefault="00000000">
            <w:pPr>
              <w:spacing w:after="80" w:line="245" w:lineRule="auto"/>
            </w:pPr>
            <w:r>
              <w:rPr>
                <w:color w:val="000000"/>
                <w:sz w:val="16"/>
              </w:rPr>
              <w:t>Posluša vrstnika, opiše eno slišano moč in poda prijazen predlog za izboljšavo.</w:t>
            </w:r>
          </w:p>
          <w:p w14:paraId="3B6CDD49" w14:textId="77777777" w:rsidR="008D43AB" w:rsidRDefault="00000000">
            <w:pPr>
              <w:spacing w:after="80" w:line="245" w:lineRule="auto"/>
            </w:pPr>
            <w:r>
              <w:rPr>
                <w:color w:val="000000"/>
                <w:sz w:val="16"/>
              </w:rPr>
              <w:t>Po povratni informaciji izvedbo, gib, ritem, zvočno izbiro ali slikovni zapis ponovi in izboljša.</w:t>
            </w:r>
          </w:p>
          <w:p w14:paraId="5A720592" w14:textId="77777777" w:rsidR="008D43AB" w:rsidRDefault="00000000">
            <w:pPr>
              <w:spacing w:after="100" w:line="245" w:lineRule="auto"/>
            </w:pPr>
            <w:r>
              <w:rPr>
                <w:color w:val="000000"/>
                <w:sz w:val="16"/>
              </w:rPr>
              <w:t>Izbere raven samostojnosti ter določi majhen in izvedljiv naslednji glasbeni korak.</w:t>
            </w:r>
          </w:p>
          <w:p w14:paraId="634C99E3" w14:textId="77777777" w:rsidR="008D43AB" w:rsidRDefault="00000000">
            <w:pPr>
              <w:spacing w:after="20" w:line="245" w:lineRule="auto"/>
            </w:pPr>
            <w:r>
              <w:rPr>
                <w:b/>
                <w:color w:val="D95BC6"/>
                <w:sz w:val="17"/>
              </w:rPr>
              <w:t>DOKAZ O UČENJU</w:t>
            </w:r>
          </w:p>
          <w:p w14:paraId="0CB8903B"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532554E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18938FD0" w14:textId="77777777">
        <w:trPr>
          <w:cantSplit/>
          <w:jc w:val="center"/>
        </w:trPr>
        <w:tc>
          <w:tcPr>
            <w:tcW w:w="14060" w:type="dxa"/>
            <w:gridSpan w:val="6"/>
            <w:tcMar>
              <w:top w:w="70" w:type="dxa"/>
              <w:left w:w="90" w:type="dxa"/>
              <w:bottom w:w="70" w:type="dxa"/>
              <w:right w:w="90" w:type="dxa"/>
            </w:tcMar>
            <w:vAlign w:val="center"/>
          </w:tcPr>
          <w:p w14:paraId="5A375A64" w14:textId="77777777" w:rsidR="008D43AB" w:rsidRDefault="00000000">
            <w:pPr>
              <w:jc w:val="center"/>
            </w:pPr>
            <w:r>
              <w:rPr>
                <w:b/>
                <w:color w:val="000000"/>
                <w:sz w:val="24"/>
              </w:rPr>
              <w:lastRenderedPageBreak/>
              <w:t>UČNA PRIPRAVA 3/39</w:t>
            </w:r>
          </w:p>
        </w:tc>
      </w:tr>
      <w:tr w:rsidR="008D43AB" w14:paraId="4FBBABA9" w14:textId="77777777">
        <w:trPr>
          <w:jc w:val="center"/>
        </w:trPr>
        <w:tc>
          <w:tcPr>
            <w:tcW w:w="2665" w:type="dxa"/>
            <w:tcMar>
              <w:top w:w="70" w:type="dxa"/>
              <w:left w:w="90" w:type="dxa"/>
              <w:bottom w:w="70" w:type="dxa"/>
              <w:right w:w="90" w:type="dxa"/>
            </w:tcMar>
            <w:vAlign w:val="center"/>
          </w:tcPr>
          <w:p w14:paraId="7000DE19"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C55667B"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3497133"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3887663" w14:textId="77777777" w:rsidR="008D43AB" w:rsidRDefault="00000000">
            <w:r>
              <w:rPr>
                <w:b/>
                <w:color w:val="000000"/>
                <w:sz w:val="16"/>
              </w:rPr>
              <w:t xml:space="preserve">NAČRTOVANI TERMIN: </w:t>
            </w:r>
            <w:r>
              <w:rPr>
                <w:color w:val="000000"/>
                <w:sz w:val="16"/>
              </w:rPr>
              <w:t>3. teden • 14.–18. 9. 2026</w:t>
            </w:r>
          </w:p>
        </w:tc>
        <w:tc>
          <w:tcPr>
            <w:tcW w:w="2268" w:type="dxa"/>
            <w:tcMar>
              <w:top w:w="70" w:type="dxa"/>
              <w:left w:w="90" w:type="dxa"/>
              <w:bottom w:w="70" w:type="dxa"/>
              <w:right w:w="90" w:type="dxa"/>
            </w:tcMar>
            <w:vAlign w:val="center"/>
          </w:tcPr>
          <w:p w14:paraId="35328B08"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F0C8E4A" w14:textId="77777777" w:rsidR="008D43AB" w:rsidRDefault="00000000">
            <w:r>
              <w:rPr>
                <w:b/>
                <w:color w:val="000000"/>
                <w:sz w:val="16"/>
              </w:rPr>
              <w:t xml:space="preserve">ŠTEVILO UR: </w:t>
            </w:r>
            <w:r>
              <w:rPr>
                <w:color w:val="000000"/>
                <w:sz w:val="16"/>
              </w:rPr>
              <w:t>2</w:t>
            </w:r>
          </w:p>
        </w:tc>
      </w:tr>
      <w:tr w:rsidR="008D43AB" w14:paraId="6128D539" w14:textId="77777777">
        <w:trPr>
          <w:jc w:val="center"/>
        </w:trPr>
        <w:tc>
          <w:tcPr>
            <w:tcW w:w="14061" w:type="dxa"/>
            <w:gridSpan w:val="6"/>
            <w:tcMar>
              <w:top w:w="70" w:type="dxa"/>
              <w:left w:w="90" w:type="dxa"/>
              <w:bottom w:w="70" w:type="dxa"/>
              <w:right w:w="90" w:type="dxa"/>
            </w:tcMar>
            <w:vAlign w:val="center"/>
          </w:tcPr>
          <w:p w14:paraId="6DB5591E"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39213715" w14:textId="77777777">
        <w:trPr>
          <w:cantSplit/>
          <w:jc w:val="center"/>
        </w:trPr>
        <w:tc>
          <w:tcPr>
            <w:tcW w:w="14060" w:type="dxa"/>
            <w:gridSpan w:val="6"/>
            <w:tcMar>
              <w:top w:w="70" w:type="dxa"/>
              <w:left w:w="90" w:type="dxa"/>
              <w:bottom w:w="70" w:type="dxa"/>
              <w:right w:w="90" w:type="dxa"/>
            </w:tcMar>
            <w:vAlign w:val="center"/>
          </w:tcPr>
          <w:p w14:paraId="7688D953" w14:textId="77777777" w:rsidR="008D43AB" w:rsidRDefault="008D43AB"/>
          <w:p w14:paraId="7B063B63" w14:textId="77777777" w:rsidR="008D43AB" w:rsidRDefault="00000000">
            <w:pPr>
              <w:spacing w:line="245" w:lineRule="auto"/>
            </w:pPr>
            <w:r>
              <w:rPr>
                <w:b/>
                <w:color w:val="000000"/>
                <w:sz w:val="16"/>
              </w:rPr>
              <w:t xml:space="preserve">UČNI SKLOP: </w:t>
            </w:r>
            <w:r>
              <w:rPr>
                <w:color w:val="000000"/>
                <w:sz w:val="16"/>
              </w:rPr>
              <w:t>V ŠOLO – JAZ, ODNOSI IN UČENJE</w:t>
            </w:r>
          </w:p>
        </w:tc>
      </w:tr>
      <w:tr w:rsidR="008D43AB" w14:paraId="7A89B135" w14:textId="77777777">
        <w:trPr>
          <w:cantSplit/>
          <w:jc w:val="center"/>
        </w:trPr>
        <w:tc>
          <w:tcPr>
            <w:tcW w:w="14060" w:type="dxa"/>
            <w:gridSpan w:val="6"/>
            <w:tcMar>
              <w:top w:w="70" w:type="dxa"/>
              <w:left w:w="90" w:type="dxa"/>
              <w:bottom w:w="70" w:type="dxa"/>
              <w:right w:w="90" w:type="dxa"/>
            </w:tcMar>
            <w:vAlign w:val="center"/>
          </w:tcPr>
          <w:p w14:paraId="4A4AECAE" w14:textId="77777777" w:rsidR="008D43AB" w:rsidRDefault="008D43AB"/>
          <w:p w14:paraId="3766B710" w14:textId="77777777" w:rsidR="008D43AB" w:rsidRDefault="00000000">
            <w:pPr>
              <w:spacing w:line="245" w:lineRule="auto"/>
            </w:pPr>
            <w:r>
              <w:rPr>
                <w:b/>
                <w:color w:val="000000"/>
                <w:sz w:val="16"/>
              </w:rPr>
              <w:t xml:space="preserve">UČNA TEMA: </w:t>
            </w:r>
            <w:r>
              <w:rPr>
                <w:color w:val="000000"/>
                <w:sz w:val="16"/>
              </w:rPr>
              <w:t>POJEMO SKUPAJ</w:t>
            </w:r>
          </w:p>
        </w:tc>
      </w:tr>
      <w:tr w:rsidR="008D43AB" w14:paraId="60C5DF50" w14:textId="77777777">
        <w:trPr>
          <w:cantSplit/>
          <w:jc w:val="center"/>
        </w:trPr>
        <w:tc>
          <w:tcPr>
            <w:tcW w:w="14060" w:type="dxa"/>
            <w:gridSpan w:val="6"/>
            <w:tcMar>
              <w:top w:w="70" w:type="dxa"/>
              <w:left w:w="90" w:type="dxa"/>
              <w:bottom w:w="70" w:type="dxa"/>
              <w:right w:w="90" w:type="dxa"/>
            </w:tcMar>
            <w:vAlign w:val="center"/>
          </w:tcPr>
          <w:p w14:paraId="0F603AA3" w14:textId="77777777" w:rsidR="008D43AB" w:rsidRDefault="008D43AB"/>
          <w:p w14:paraId="79B646C5" w14:textId="77777777" w:rsidR="008D43AB" w:rsidRDefault="00000000">
            <w:pPr>
              <w:spacing w:line="245" w:lineRule="auto"/>
            </w:pPr>
            <w:r>
              <w:rPr>
                <w:b/>
                <w:color w:val="000000"/>
                <w:sz w:val="16"/>
              </w:rPr>
              <w:t xml:space="preserve">KNJIŽEVNO / MOTIVNO IZHODIŠČE: </w:t>
            </w:r>
            <w:r>
              <w:rPr>
                <w:color w:val="000000"/>
                <w:sz w:val="16"/>
              </w:rPr>
              <w:t>»Moj prijatelj Piki Jakob« – Kajetan Kovič • prijateljstvo, empatija in sodelovanje</w:t>
            </w:r>
          </w:p>
        </w:tc>
      </w:tr>
      <w:tr w:rsidR="008D43AB" w14:paraId="600732DF" w14:textId="77777777">
        <w:trPr>
          <w:cantSplit/>
          <w:jc w:val="center"/>
        </w:trPr>
        <w:tc>
          <w:tcPr>
            <w:tcW w:w="14060" w:type="dxa"/>
            <w:gridSpan w:val="6"/>
            <w:tcMar>
              <w:top w:w="70" w:type="dxa"/>
              <w:left w:w="90" w:type="dxa"/>
              <w:bottom w:w="70" w:type="dxa"/>
              <w:right w:w="90" w:type="dxa"/>
            </w:tcMar>
            <w:vAlign w:val="center"/>
          </w:tcPr>
          <w:p w14:paraId="2214E1B2" w14:textId="77777777" w:rsidR="008D43AB" w:rsidRDefault="008D43AB"/>
          <w:p w14:paraId="16233725" w14:textId="77777777" w:rsidR="008D43AB" w:rsidRDefault="00000000">
            <w:pPr>
              <w:spacing w:line="245" w:lineRule="auto"/>
            </w:pPr>
            <w:r>
              <w:rPr>
                <w:b/>
                <w:color w:val="000000"/>
                <w:sz w:val="16"/>
              </w:rPr>
              <w:t xml:space="preserve">GLASBENO IZHODIŠČE / REPERTOAR: </w:t>
            </w:r>
            <w:r>
              <w:rPr>
                <w:color w:val="000000"/>
                <w:sz w:val="16"/>
              </w:rPr>
              <w:t>»Mi se imamo radi«; skupinsko petje in gibalna spremljava</w:t>
            </w:r>
          </w:p>
        </w:tc>
      </w:tr>
      <w:tr w:rsidR="008D43AB" w14:paraId="663C8221" w14:textId="77777777">
        <w:trPr>
          <w:cantSplit/>
          <w:jc w:val="center"/>
        </w:trPr>
        <w:tc>
          <w:tcPr>
            <w:tcW w:w="14060" w:type="dxa"/>
            <w:gridSpan w:val="6"/>
            <w:tcMar>
              <w:top w:w="70" w:type="dxa"/>
              <w:left w:w="90" w:type="dxa"/>
              <w:bottom w:w="70" w:type="dxa"/>
              <w:right w:w="90" w:type="dxa"/>
            </w:tcMar>
            <w:vAlign w:val="center"/>
          </w:tcPr>
          <w:p w14:paraId="0F378A34" w14:textId="77777777" w:rsidR="008D43AB" w:rsidRDefault="008D43AB"/>
          <w:p w14:paraId="60BDA3A9" w14:textId="77777777" w:rsidR="008D43AB" w:rsidRDefault="00000000">
            <w:pPr>
              <w:spacing w:line="245" w:lineRule="auto"/>
            </w:pPr>
            <w:r>
              <w:rPr>
                <w:b/>
                <w:color w:val="000000"/>
                <w:sz w:val="16"/>
              </w:rPr>
              <w:t xml:space="preserve">UČNE ENOTE: </w:t>
            </w:r>
            <w:r>
              <w:rPr>
                <w:color w:val="000000"/>
                <w:sz w:val="16"/>
              </w:rPr>
              <w:t>1. ura – Pojemo Skupaj – Poslušam in izvajam • 2. ura – Pojemo Skupaj – Ustvarim in nastopim</w:t>
            </w:r>
          </w:p>
        </w:tc>
      </w:tr>
      <w:tr w:rsidR="008D43AB" w14:paraId="150F11AE" w14:textId="77777777">
        <w:trPr>
          <w:cantSplit/>
          <w:jc w:val="center"/>
        </w:trPr>
        <w:tc>
          <w:tcPr>
            <w:tcW w:w="14060" w:type="dxa"/>
            <w:gridSpan w:val="6"/>
            <w:tcMar>
              <w:top w:w="70" w:type="dxa"/>
              <w:left w:w="90" w:type="dxa"/>
              <w:bottom w:w="70" w:type="dxa"/>
              <w:right w:w="90" w:type="dxa"/>
            </w:tcMar>
            <w:vAlign w:val="center"/>
          </w:tcPr>
          <w:p w14:paraId="3A590FDE" w14:textId="77777777" w:rsidR="008D43AB" w:rsidRDefault="008D43AB"/>
          <w:p w14:paraId="05C2965D"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71AD0FCE" w14:textId="77777777">
        <w:trPr>
          <w:cantSplit/>
          <w:jc w:val="center"/>
        </w:trPr>
        <w:tc>
          <w:tcPr>
            <w:tcW w:w="14060" w:type="dxa"/>
            <w:gridSpan w:val="6"/>
            <w:tcMar>
              <w:top w:w="70" w:type="dxa"/>
              <w:left w:w="90" w:type="dxa"/>
              <w:bottom w:w="70" w:type="dxa"/>
              <w:right w:w="90" w:type="dxa"/>
            </w:tcMar>
            <w:vAlign w:val="center"/>
          </w:tcPr>
          <w:p w14:paraId="7E25F3E8" w14:textId="77777777" w:rsidR="008D43AB" w:rsidRDefault="008D43AB"/>
          <w:p w14:paraId="110B1839"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3392E7DE" w14:textId="77777777">
        <w:trPr>
          <w:cantSplit/>
          <w:jc w:val="center"/>
        </w:trPr>
        <w:tc>
          <w:tcPr>
            <w:tcW w:w="14060" w:type="dxa"/>
            <w:gridSpan w:val="6"/>
            <w:tcMar>
              <w:top w:w="70" w:type="dxa"/>
              <w:left w:w="90" w:type="dxa"/>
              <w:bottom w:w="70" w:type="dxa"/>
              <w:right w:w="90" w:type="dxa"/>
            </w:tcMar>
            <w:vAlign w:val="center"/>
          </w:tcPr>
          <w:p w14:paraId="17444E85" w14:textId="77777777" w:rsidR="008D43AB" w:rsidRDefault="008D43AB"/>
          <w:p w14:paraId="32850162"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15E0F7AA" w14:textId="77777777">
        <w:trPr>
          <w:cantSplit/>
          <w:jc w:val="center"/>
        </w:trPr>
        <w:tc>
          <w:tcPr>
            <w:tcW w:w="14060" w:type="dxa"/>
            <w:gridSpan w:val="6"/>
            <w:tcMar>
              <w:top w:w="70" w:type="dxa"/>
              <w:left w:w="90" w:type="dxa"/>
              <w:bottom w:w="70" w:type="dxa"/>
              <w:right w:w="90" w:type="dxa"/>
            </w:tcMar>
            <w:vAlign w:val="center"/>
          </w:tcPr>
          <w:p w14:paraId="25D5EC44" w14:textId="77777777" w:rsidR="008D43AB" w:rsidRDefault="008D43AB"/>
          <w:p w14:paraId="1AD5C486" w14:textId="77777777" w:rsidR="008D43AB" w:rsidRDefault="00000000">
            <w:pPr>
              <w:spacing w:line="245" w:lineRule="auto"/>
            </w:pPr>
            <w:r>
              <w:rPr>
                <w:b/>
                <w:color w:val="000000"/>
                <w:sz w:val="16"/>
              </w:rPr>
              <w:t xml:space="preserve">MEDPREDMETNE POVEZAVE: </w:t>
            </w:r>
            <w:r>
              <w:rPr>
                <w:color w:val="000000"/>
                <w:sz w:val="16"/>
              </w:rPr>
              <w:t>SPO – prijateljstvo, empatija in sodelovanje; SLJ – poslušanje, ritmični govor in opis doživetja; ŠPO – pulz, tempo, gibalni odziv in prostorska orientacija; LUM – simbol, barva, linija in zvočni zapis</w:t>
            </w:r>
          </w:p>
        </w:tc>
      </w:tr>
      <w:tr w:rsidR="008D43AB" w14:paraId="77A69C4A" w14:textId="77777777">
        <w:trPr>
          <w:cantSplit/>
          <w:jc w:val="center"/>
        </w:trPr>
        <w:tc>
          <w:tcPr>
            <w:tcW w:w="14060" w:type="dxa"/>
            <w:gridSpan w:val="6"/>
            <w:tcMar>
              <w:top w:w="70" w:type="dxa"/>
              <w:left w:w="90" w:type="dxa"/>
              <w:bottom w:w="70" w:type="dxa"/>
              <w:right w:w="90" w:type="dxa"/>
            </w:tcMar>
            <w:vAlign w:val="center"/>
          </w:tcPr>
          <w:p w14:paraId="7289E3F6" w14:textId="77777777" w:rsidR="008D43AB" w:rsidRDefault="008D43AB"/>
          <w:p w14:paraId="2EFB3ED7"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26E36F17" w14:textId="77777777">
        <w:trPr>
          <w:cantSplit/>
          <w:jc w:val="center"/>
        </w:trPr>
        <w:tc>
          <w:tcPr>
            <w:tcW w:w="14060" w:type="dxa"/>
            <w:gridSpan w:val="6"/>
            <w:tcMar>
              <w:top w:w="70" w:type="dxa"/>
              <w:left w:w="90" w:type="dxa"/>
              <w:bottom w:w="70" w:type="dxa"/>
              <w:right w:w="90" w:type="dxa"/>
            </w:tcMar>
            <w:vAlign w:val="center"/>
          </w:tcPr>
          <w:p w14:paraId="4DC6A916" w14:textId="77777777" w:rsidR="008D43AB" w:rsidRDefault="008D43AB"/>
          <w:p w14:paraId="5951818A"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61FA07D6" w14:textId="77777777">
        <w:trPr>
          <w:cantSplit/>
          <w:jc w:val="center"/>
        </w:trPr>
        <w:tc>
          <w:tcPr>
            <w:tcW w:w="14060" w:type="dxa"/>
            <w:gridSpan w:val="6"/>
            <w:tcMar>
              <w:top w:w="70" w:type="dxa"/>
              <w:left w:w="90" w:type="dxa"/>
              <w:bottom w:w="70" w:type="dxa"/>
              <w:right w:w="90" w:type="dxa"/>
            </w:tcMar>
            <w:vAlign w:val="center"/>
          </w:tcPr>
          <w:p w14:paraId="7E2984AB" w14:textId="77777777" w:rsidR="008D43AB" w:rsidRDefault="008D43AB"/>
          <w:p w14:paraId="19D3809F"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0360896B" w14:textId="77777777">
        <w:trPr>
          <w:cantSplit/>
          <w:jc w:val="center"/>
        </w:trPr>
        <w:tc>
          <w:tcPr>
            <w:tcW w:w="14060" w:type="dxa"/>
            <w:gridSpan w:val="6"/>
            <w:tcMar>
              <w:top w:w="70" w:type="dxa"/>
              <w:left w:w="90" w:type="dxa"/>
              <w:bottom w:w="70" w:type="dxa"/>
              <w:right w:w="90" w:type="dxa"/>
            </w:tcMar>
            <w:vAlign w:val="center"/>
          </w:tcPr>
          <w:p w14:paraId="500B7FCC" w14:textId="77777777" w:rsidR="008D43AB" w:rsidRDefault="008D43AB"/>
          <w:p w14:paraId="643293E4"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29847D7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7ABFFC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ACD8BBA"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A764E71" w14:textId="77777777" w:rsidR="008D43AB" w:rsidRDefault="00000000">
            <w:pPr>
              <w:jc w:val="center"/>
            </w:pPr>
            <w:r>
              <w:rPr>
                <w:b/>
                <w:color w:val="000000"/>
                <w:sz w:val="20"/>
              </w:rPr>
              <w:t>UČNE DEJAVNOSTI, METODE IN FORMATIVNO SPREMLJANJE</w:t>
            </w:r>
          </w:p>
        </w:tc>
      </w:tr>
      <w:tr w:rsidR="008D43AB" w14:paraId="540A20B4" w14:textId="77777777">
        <w:trPr>
          <w:tblHeader/>
          <w:jc w:val="center"/>
        </w:trPr>
        <w:tc>
          <w:tcPr>
            <w:tcW w:w="4422" w:type="dxa"/>
            <w:vMerge/>
            <w:tcMar>
              <w:top w:w="70" w:type="dxa"/>
              <w:left w:w="90" w:type="dxa"/>
              <w:bottom w:w="70" w:type="dxa"/>
              <w:right w:w="90" w:type="dxa"/>
            </w:tcMar>
            <w:vAlign w:val="center"/>
          </w:tcPr>
          <w:p w14:paraId="2C80F82C" w14:textId="77777777" w:rsidR="008D43AB" w:rsidRDefault="008D43AB"/>
        </w:tc>
        <w:tc>
          <w:tcPr>
            <w:tcW w:w="7087" w:type="dxa"/>
            <w:shd w:val="clear" w:color="auto" w:fill="FFFFFF"/>
            <w:tcMar>
              <w:top w:w="70" w:type="dxa"/>
              <w:left w:w="90" w:type="dxa"/>
              <w:bottom w:w="70" w:type="dxa"/>
              <w:right w:w="90" w:type="dxa"/>
            </w:tcMar>
            <w:vAlign w:val="center"/>
          </w:tcPr>
          <w:p w14:paraId="6ABD794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1E1F1E9" w14:textId="77777777" w:rsidR="008D43AB" w:rsidRDefault="00000000">
            <w:pPr>
              <w:jc w:val="center"/>
            </w:pPr>
            <w:r>
              <w:rPr>
                <w:b/>
                <w:color w:val="000000"/>
              </w:rPr>
              <w:t>UČENEC</w:t>
            </w:r>
          </w:p>
        </w:tc>
      </w:tr>
      <w:tr w:rsidR="008D43AB" w14:paraId="110821BC" w14:textId="77777777">
        <w:trPr>
          <w:jc w:val="center"/>
        </w:trPr>
        <w:tc>
          <w:tcPr>
            <w:tcW w:w="4422" w:type="dxa"/>
            <w:tcMar>
              <w:top w:w="70" w:type="dxa"/>
              <w:left w:w="90" w:type="dxa"/>
              <w:bottom w:w="70" w:type="dxa"/>
              <w:right w:w="90" w:type="dxa"/>
            </w:tcMar>
          </w:tcPr>
          <w:p w14:paraId="239587EA" w14:textId="77777777" w:rsidR="008D43AB" w:rsidRDefault="008D43AB"/>
          <w:p w14:paraId="3A8BE36A" w14:textId="77777777" w:rsidR="008D43AB" w:rsidRDefault="00000000">
            <w:pPr>
              <w:spacing w:after="60" w:line="245" w:lineRule="auto"/>
            </w:pPr>
            <w:r>
              <w:rPr>
                <w:b/>
                <w:color w:val="000000"/>
              </w:rPr>
              <w:t>UČNI CILJI</w:t>
            </w:r>
          </w:p>
          <w:p w14:paraId="23A03752" w14:textId="77777777" w:rsidR="008D43AB" w:rsidRDefault="00000000">
            <w:pPr>
              <w:spacing w:after="20" w:line="245" w:lineRule="auto"/>
            </w:pPr>
            <w:r>
              <w:rPr>
                <w:b/>
                <w:color w:val="000000"/>
                <w:sz w:val="17"/>
              </w:rPr>
              <w:t>SPLOŠNI</w:t>
            </w:r>
          </w:p>
          <w:p w14:paraId="54770826"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75807EF4" w14:textId="77777777" w:rsidR="008D43AB" w:rsidRDefault="00000000">
            <w:pPr>
              <w:pStyle w:val="Oznaenseznam"/>
              <w:spacing w:after="16"/>
            </w:pPr>
            <w:r>
              <w:rPr>
                <w:color w:val="000000"/>
                <w:sz w:val="16"/>
              </w:rPr>
              <w:t>poje, ritmično govori ter uporablja telo, glasbila in predmete kot zvočne vire</w:t>
            </w:r>
          </w:p>
          <w:p w14:paraId="5D935F15" w14:textId="77777777" w:rsidR="008D43AB" w:rsidRDefault="00000000">
            <w:pPr>
              <w:pStyle w:val="Oznaenseznam"/>
              <w:spacing w:after="16"/>
            </w:pPr>
            <w:r>
              <w:rPr>
                <w:color w:val="000000"/>
                <w:sz w:val="16"/>
              </w:rPr>
              <w:t>razlikuje izbrane lastnosti zvoka in glasbe ter varuje sluh in odgovorno uporablja glasbila</w:t>
            </w:r>
          </w:p>
          <w:p w14:paraId="79B39FFD"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B0D944F" w14:textId="77777777" w:rsidR="008D43AB" w:rsidRDefault="00000000">
            <w:pPr>
              <w:spacing w:before="40" w:after="20" w:line="245" w:lineRule="auto"/>
            </w:pPr>
            <w:r>
              <w:rPr>
                <w:b/>
                <w:color w:val="000000"/>
                <w:sz w:val="17"/>
              </w:rPr>
              <w:t>OPERATIVNI</w:t>
            </w:r>
          </w:p>
          <w:p w14:paraId="52FF8E03" w14:textId="77777777" w:rsidR="008D43AB" w:rsidRDefault="00000000">
            <w:pPr>
              <w:pStyle w:val="Oznaenseznam"/>
              <w:spacing w:after="16"/>
            </w:pPr>
            <w:r>
              <w:rPr>
                <w:color w:val="000000"/>
                <w:sz w:val="16"/>
              </w:rPr>
              <w:t>poje v skupini</w:t>
            </w:r>
          </w:p>
          <w:p w14:paraId="30F7F7E9" w14:textId="77777777" w:rsidR="008D43AB" w:rsidRDefault="00000000">
            <w:pPr>
              <w:pStyle w:val="Oznaenseznam"/>
              <w:spacing w:after="16"/>
            </w:pPr>
            <w:r>
              <w:rPr>
                <w:color w:val="000000"/>
                <w:sz w:val="16"/>
              </w:rPr>
              <w:t>upošteva začetek in konec</w:t>
            </w:r>
          </w:p>
          <w:p w14:paraId="33EE71EC" w14:textId="77777777" w:rsidR="008D43AB" w:rsidRDefault="00000000">
            <w:pPr>
              <w:pStyle w:val="Oznaenseznam"/>
              <w:spacing w:after="16"/>
            </w:pPr>
            <w:r>
              <w:rPr>
                <w:color w:val="000000"/>
                <w:sz w:val="16"/>
              </w:rPr>
              <w:t>z gibanjem spremlja pesem</w:t>
            </w:r>
          </w:p>
          <w:p w14:paraId="5D954120" w14:textId="77777777" w:rsidR="008D43AB" w:rsidRDefault="00000000">
            <w:pPr>
              <w:spacing w:before="40" w:after="20" w:line="245" w:lineRule="auto"/>
            </w:pPr>
            <w:r>
              <w:rPr>
                <w:b/>
                <w:color w:val="000000"/>
                <w:sz w:val="17"/>
              </w:rPr>
              <w:t>PRIČAKOVANI DOSEŽKI / MINIMALNI POUDARKI</w:t>
            </w:r>
          </w:p>
          <w:p w14:paraId="41F05306" w14:textId="77777777" w:rsidR="008D43AB" w:rsidRDefault="00000000">
            <w:pPr>
              <w:pStyle w:val="Oznaenseznam"/>
              <w:spacing w:after="16"/>
            </w:pPr>
            <w:r>
              <w:rPr>
                <w:color w:val="000000"/>
                <w:sz w:val="15"/>
              </w:rPr>
              <w:t>samostojno oziroma z dogovorjeno oporo poje v skupini</w:t>
            </w:r>
          </w:p>
          <w:p w14:paraId="3BADE452" w14:textId="77777777" w:rsidR="008D43AB" w:rsidRDefault="00000000">
            <w:pPr>
              <w:pStyle w:val="Oznaenseznam"/>
              <w:spacing w:after="16"/>
            </w:pPr>
            <w:r>
              <w:rPr>
                <w:color w:val="000000"/>
                <w:sz w:val="15"/>
              </w:rPr>
              <w:t>samostojno oziroma z dogovorjeno oporo upošteva začetek in konec</w:t>
            </w:r>
          </w:p>
          <w:p w14:paraId="191D0126" w14:textId="77777777" w:rsidR="008D43AB" w:rsidRDefault="00000000">
            <w:pPr>
              <w:pStyle w:val="Oznaenseznam"/>
              <w:spacing w:after="16"/>
            </w:pPr>
            <w:r>
              <w:rPr>
                <w:color w:val="000000"/>
                <w:sz w:val="15"/>
              </w:rPr>
              <w:t>samostojno oziroma z dogovorjeno oporo z gibanjem spremlja pesem</w:t>
            </w:r>
          </w:p>
        </w:tc>
        <w:tc>
          <w:tcPr>
            <w:tcW w:w="7087" w:type="dxa"/>
            <w:tcMar>
              <w:top w:w="70" w:type="dxa"/>
              <w:left w:w="90" w:type="dxa"/>
              <w:bottom w:w="70" w:type="dxa"/>
              <w:right w:w="90" w:type="dxa"/>
            </w:tcMar>
          </w:tcPr>
          <w:p w14:paraId="08C1BCBD"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DC2A37F" w14:textId="77777777">
              <w:trPr>
                <w:jc w:val="center"/>
              </w:trPr>
              <w:tc>
                <w:tcPr>
                  <w:tcW w:w="7087" w:type="dxa"/>
                  <w:shd w:val="clear" w:color="auto" w:fill="C6E7F3"/>
                  <w:tcMar>
                    <w:top w:w="45" w:type="dxa"/>
                    <w:left w:w="70" w:type="dxa"/>
                    <w:bottom w:w="45" w:type="dxa"/>
                    <w:right w:w="70" w:type="dxa"/>
                  </w:tcMar>
                </w:tcPr>
                <w:p w14:paraId="0B725F67" w14:textId="77777777" w:rsidR="008D43AB" w:rsidRDefault="00000000">
                  <w:pPr>
                    <w:keepNext/>
                  </w:pPr>
                  <w:r>
                    <w:rPr>
                      <w:b/>
                      <w:color w:val="000000"/>
                    </w:rPr>
                    <w:t>UVODNI DEL – zvočna motivacija, aktivacija predznanja in namen učenja (8–12 min)</w:t>
                  </w:r>
                </w:p>
              </w:tc>
            </w:tr>
          </w:tbl>
          <w:p w14:paraId="6F071800" w14:textId="77777777" w:rsidR="008D43AB" w:rsidRDefault="008D43AB">
            <w:pPr>
              <w:spacing w:line="20" w:lineRule="exact"/>
            </w:pPr>
          </w:p>
          <w:p w14:paraId="7E30A22C" w14:textId="77777777" w:rsidR="008D43AB" w:rsidRDefault="00000000">
            <w:pPr>
              <w:spacing w:before="40" w:after="60" w:line="245" w:lineRule="auto"/>
            </w:pPr>
            <w:r>
              <w:rPr>
                <w:color w:val="000000"/>
                <w:sz w:val="16"/>
              </w:rPr>
              <w:t>Učenci ob motivu »Moj prijatelj Piki Jakob« – Kajetan Kovič vstopijo v temo prijateljstvo, empatija in sodelovanje. Najprej v tišini poslušajo kratek zvočni odlomek ali učiteljičino izvedbo (»Mi se imamo radi«; skupinsko petje in gibalna spremljava),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004D5CB" w14:textId="77777777">
              <w:trPr>
                <w:jc w:val="center"/>
              </w:trPr>
              <w:tc>
                <w:tcPr>
                  <w:tcW w:w="7087" w:type="dxa"/>
                  <w:shd w:val="clear" w:color="auto" w:fill="EDC9EA"/>
                  <w:tcMar>
                    <w:top w:w="45" w:type="dxa"/>
                    <w:left w:w="70" w:type="dxa"/>
                    <w:bottom w:w="45" w:type="dxa"/>
                    <w:right w:w="70" w:type="dxa"/>
                  </w:tcMar>
                </w:tcPr>
                <w:p w14:paraId="2ACA5AA9" w14:textId="77777777" w:rsidR="008D43AB" w:rsidRDefault="00000000">
                  <w:pPr>
                    <w:keepNext/>
                  </w:pPr>
                  <w:r>
                    <w:rPr>
                      <w:b/>
                      <w:color w:val="000000"/>
                    </w:rPr>
                    <w:t>NAMENI UČENJA</w:t>
                  </w:r>
                </w:p>
              </w:tc>
            </w:tr>
          </w:tbl>
          <w:p w14:paraId="448AA2C4" w14:textId="77777777" w:rsidR="008D43AB" w:rsidRDefault="008D43AB">
            <w:pPr>
              <w:spacing w:line="20" w:lineRule="exact"/>
            </w:pPr>
          </w:p>
          <w:p w14:paraId="159300C3"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4390FE39" w14:textId="77777777" w:rsidR="008D43AB" w:rsidRDefault="00000000">
            <w:pPr>
              <w:pStyle w:val="Oznaenseznam"/>
              <w:spacing w:after="16"/>
            </w:pPr>
            <w:r>
              <w:rPr>
                <w:color w:val="000000"/>
                <w:sz w:val="16"/>
              </w:rPr>
              <w:t>pojem v skupini</w:t>
            </w:r>
          </w:p>
          <w:p w14:paraId="2C75B231" w14:textId="77777777" w:rsidR="008D43AB" w:rsidRDefault="00000000">
            <w:pPr>
              <w:pStyle w:val="Oznaenseznam"/>
              <w:spacing w:after="16"/>
            </w:pPr>
            <w:r>
              <w:rPr>
                <w:color w:val="000000"/>
                <w:sz w:val="16"/>
              </w:rPr>
              <w:t>upoštevam začetek in konec</w:t>
            </w:r>
          </w:p>
          <w:p w14:paraId="3A41C157" w14:textId="77777777" w:rsidR="008D43AB" w:rsidRDefault="00000000">
            <w:pPr>
              <w:pStyle w:val="Oznaenseznam"/>
              <w:spacing w:after="16"/>
            </w:pPr>
            <w:r>
              <w:rPr>
                <w:color w:val="000000"/>
                <w:sz w:val="16"/>
              </w:rPr>
              <w:t>z gibanjem spremljam pesem</w:t>
            </w:r>
          </w:p>
          <w:tbl>
            <w:tblPr>
              <w:tblStyle w:val="Tabelamrea"/>
              <w:tblW w:w="0" w:type="auto"/>
              <w:jc w:val="center"/>
              <w:tblLayout w:type="fixed"/>
              <w:tblLook w:val="04A0" w:firstRow="1" w:lastRow="0" w:firstColumn="1" w:lastColumn="0" w:noHBand="0" w:noVBand="1"/>
            </w:tblPr>
            <w:tblGrid>
              <w:gridCol w:w="7087"/>
            </w:tblGrid>
            <w:tr w:rsidR="008D43AB" w14:paraId="1382E505" w14:textId="77777777">
              <w:trPr>
                <w:jc w:val="center"/>
              </w:trPr>
              <w:tc>
                <w:tcPr>
                  <w:tcW w:w="7087" w:type="dxa"/>
                  <w:shd w:val="clear" w:color="auto" w:fill="EDC9EA"/>
                  <w:tcMar>
                    <w:top w:w="45" w:type="dxa"/>
                    <w:left w:w="70" w:type="dxa"/>
                    <w:bottom w:w="45" w:type="dxa"/>
                    <w:right w:w="70" w:type="dxa"/>
                  </w:tcMar>
                </w:tcPr>
                <w:p w14:paraId="07A301A6" w14:textId="77777777" w:rsidR="008D43AB" w:rsidRDefault="00000000">
                  <w:pPr>
                    <w:keepNext/>
                  </w:pPr>
                  <w:r>
                    <w:rPr>
                      <w:b/>
                      <w:color w:val="000000"/>
                    </w:rPr>
                    <w:t>PREVERJANJE PREDZNANJA</w:t>
                  </w:r>
                </w:p>
              </w:tc>
            </w:tr>
          </w:tbl>
          <w:p w14:paraId="1F98AEA2" w14:textId="77777777" w:rsidR="008D43AB" w:rsidRDefault="008D43AB">
            <w:pPr>
              <w:spacing w:line="20" w:lineRule="exact"/>
            </w:pPr>
          </w:p>
          <w:p w14:paraId="3F705112" w14:textId="77777777" w:rsidR="008D43AB" w:rsidRDefault="00000000">
            <w:pPr>
              <w:pStyle w:val="Oznaenseznam"/>
              <w:spacing w:after="16"/>
            </w:pPr>
            <w:r>
              <w:rPr>
                <w:color w:val="000000"/>
                <w:sz w:val="16"/>
              </w:rPr>
              <w:t>Kaj mi zvok, naslov, slika ali motiv pove o temi prijateljstvo, empatija in sodelovanje?</w:t>
            </w:r>
          </w:p>
          <w:p w14:paraId="52E2FFAC" w14:textId="77777777" w:rsidR="008D43AB" w:rsidRDefault="00000000">
            <w:pPr>
              <w:pStyle w:val="Oznaenseznam"/>
              <w:spacing w:after="16"/>
            </w:pPr>
            <w:r>
              <w:rPr>
                <w:color w:val="000000"/>
                <w:sz w:val="16"/>
              </w:rPr>
              <w:t>Kako lahko s poslušanjem, glasom, telesom, glasbilom ali simbolom pokažem, kaj že znam pri temi »POJEMO SKUPAJ«?</w:t>
            </w:r>
          </w:p>
          <w:p w14:paraId="6977450B"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736D3386" w14:textId="77777777">
              <w:trPr>
                <w:jc w:val="center"/>
              </w:trPr>
              <w:tc>
                <w:tcPr>
                  <w:tcW w:w="7087" w:type="dxa"/>
                  <w:shd w:val="clear" w:color="auto" w:fill="EDC9EA"/>
                  <w:tcMar>
                    <w:top w:w="45" w:type="dxa"/>
                    <w:left w:w="70" w:type="dxa"/>
                    <w:bottom w:w="45" w:type="dxa"/>
                    <w:right w:w="70" w:type="dxa"/>
                  </w:tcMar>
                </w:tcPr>
                <w:p w14:paraId="1FA0B5DA" w14:textId="77777777" w:rsidR="008D43AB" w:rsidRDefault="00000000">
                  <w:pPr>
                    <w:keepNext/>
                  </w:pPr>
                  <w:r>
                    <w:rPr>
                      <w:b/>
                      <w:color w:val="000000"/>
                    </w:rPr>
                    <w:t>KRITERIJI USPEŠNOSTI</w:t>
                  </w:r>
                </w:p>
              </w:tc>
            </w:tr>
          </w:tbl>
          <w:p w14:paraId="3F5E98E3" w14:textId="77777777" w:rsidR="008D43AB" w:rsidRDefault="008D43AB"/>
          <w:p w14:paraId="2B1C0406" w14:textId="77777777" w:rsidR="008D43AB" w:rsidRDefault="00000000">
            <w:pPr>
              <w:spacing w:before="20" w:after="20" w:line="245" w:lineRule="auto"/>
            </w:pPr>
            <w:r>
              <w:rPr>
                <w:b/>
                <w:color w:val="000000"/>
                <w:sz w:val="16"/>
              </w:rPr>
              <w:t>Uspešen/-na bom, ko:</w:t>
            </w:r>
          </w:p>
          <w:p w14:paraId="6CD31F90" w14:textId="77777777" w:rsidR="008D43AB" w:rsidRDefault="00000000">
            <w:pPr>
              <w:pStyle w:val="Oznaenseznam"/>
              <w:spacing w:after="16"/>
            </w:pPr>
            <w:r>
              <w:rPr>
                <w:color w:val="000000"/>
                <w:sz w:val="16"/>
              </w:rPr>
              <w:t>pojem v skupini</w:t>
            </w:r>
          </w:p>
          <w:p w14:paraId="7A6EB8CA" w14:textId="77777777" w:rsidR="008D43AB" w:rsidRDefault="00000000">
            <w:pPr>
              <w:pStyle w:val="Oznaenseznam"/>
              <w:spacing w:after="16"/>
            </w:pPr>
            <w:r>
              <w:rPr>
                <w:color w:val="000000"/>
                <w:sz w:val="16"/>
              </w:rPr>
              <w:t>upoštevam začetek in konec</w:t>
            </w:r>
          </w:p>
          <w:p w14:paraId="04B429BA" w14:textId="77777777" w:rsidR="008D43AB" w:rsidRDefault="00000000">
            <w:pPr>
              <w:pStyle w:val="Oznaenseznam"/>
              <w:spacing w:after="16"/>
            </w:pPr>
            <w:r>
              <w:rPr>
                <w:color w:val="000000"/>
                <w:sz w:val="16"/>
              </w:rPr>
              <w:t>z gibanjem spremljam pesem</w:t>
            </w:r>
          </w:p>
          <w:p w14:paraId="0EB1804B" w14:textId="77777777" w:rsidR="008D43AB" w:rsidRDefault="00000000">
            <w:pPr>
              <w:pStyle w:val="Oznaenseznam"/>
              <w:spacing w:after="16"/>
            </w:pPr>
            <w:r>
              <w:rPr>
                <w:color w:val="000000"/>
                <w:sz w:val="16"/>
              </w:rPr>
              <w:t>upoštevam dogovorjeni začetek, konec, znak za tišino in varno glasnost</w:t>
            </w:r>
          </w:p>
          <w:p w14:paraId="4A9367CE"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14022A46" w14:textId="77777777" w:rsidR="008D43AB" w:rsidRDefault="008D43AB"/>
          <w:p w14:paraId="321C6A24"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720AF17" w14:textId="77777777" w:rsidR="008D43AB" w:rsidRDefault="00000000">
            <w:pPr>
              <w:spacing w:after="80" w:line="245" w:lineRule="auto"/>
            </w:pPr>
            <w:r>
              <w:rPr>
                <w:color w:val="000000"/>
                <w:sz w:val="16"/>
              </w:rPr>
              <w:t>Pove ali pokaže, kaj že zna in katero glasbeno strategijo bi uporabil.</w:t>
            </w:r>
          </w:p>
          <w:p w14:paraId="0BE9A7D3" w14:textId="77777777" w:rsidR="008D43AB" w:rsidRDefault="00000000">
            <w:pPr>
              <w:spacing w:after="100" w:line="245" w:lineRule="auto"/>
            </w:pPr>
            <w:r>
              <w:rPr>
                <w:color w:val="000000"/>
                <w:sz w:val="16"/>
              </w:rPr>
              <w:t>Sodeluje pri razumevanju namenov, meril uspešnosti, varne glasnosti in načina dokazovanja.</w:t>
            </w:r>
          </w:p>
          <w:p w14:paraId="1DD81269" w14:textId="77777777" w:rsidR="008D43AB" w:rsidRDefault="00000000">
            <w:pPr>
              <w:spacing w:after="20" w:line="245" w:lineRule="auto"/>
            </w:pPr>
            <w:r>
              <w:rPr>
                <w:b/>
                <w:color w:val="D95BC6"/>
                <w:sz w:val="17"/>
              </w:rPr>
              <w:t>DOKAZ O UČENJU</w:t>
            </w:r>
          </w:p>
          <w:p w14:paraId="054707EF"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0002EED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CBFCA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912A70"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B15C1FC" w14:textId="77777777" w:rsidR="008D43AB" w:rsidRDefault="00000000">
            <w:pPr>
              <w:jc w:val="center"/>
            </w:pPr>
            <w:r>
              <w:rPr>
                <w:b/>
                <w:color w:val="000000"/>
                <w:sz w:val="20"/>
              </w:rPr>
              <w:t>UČNE DEJAVNOSTI, METODE IN FORMATIVNO SPREMLJANJE</w:t>
            </w:r>
          </w:p>
        </w:tc>
      </w:tr>
      <w:tr w:rsidR="008D43AB" w14:paraId="32F1CA86" w14:textId="77777777">
        <w:trPr>
          <w:tblHeader/>
          <w:jc w:val="center"/>
        </w:trPr>
        <w:tc>
          <w:tcPr>
            <w:tcW w:w="4422" w:type="dxa"/>
            <w:vMerge/>
            <w:tcMar>
              <w:top w:w="70" w:type="dxa"/>
              <w:left w:w="90" w:type="dxa"/>
              <w:bottom w:w="70" w:type="dxa"/>
              <w:right w:w="90" w:type="dxa"/>
            </w:tcMar>
            <w:vAlign w:val="center"/>
          </w:tcPr>
          <w:p w14:paraId="14BBAA64" w14:textId="77777777" w:rsidR="008D43AB" w:rsidRDefault="008D43AB"/>
        </w:tc>
        <w:tc>
          <w:tcPr>
            <w:tcW w:w="7087" w:type="dxa"/>
            <w:shd w:val="clear" w:color="auto" w:fill="FFFFFF"/>
            <w:tcMar>
              <w:top w:w="70" w:type="dxa"/>
              <w:left w:w="90" w:type="dxa"/>
              <w:bottom w:w="70" w:type="dxa"/>
              <w:right w:w="90" w:type="dxa"/>
            </w:tcMar>
            <w:vAlign w:val="center"/>
          </w:tcPr>
          <w:p w14:paraId="7E847EFD"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C08A6BF" w14:textId="77777777" w:rsidR="008D43AB" w:rsidRDefault="00000000">
            <w:pPr>
              <w:jc w:val="center"/>
            </w:pPr>
            <w:r>
              <w:rPr>
                <w:b/>
                <w:color w:val="000000"/>
              </w:rPr>
              <w:t>UČENEC</w:t>
            </w:r>
          </w:p>
        </w:tc>
      </w:tr>
      <w:tr w:rsidR="008D43AB" w14:paraId="4DFA04EF" w14:textId="77777777">
        <w:trPr>
          <w:jc w:val="center"/>
        </w:trPr>
        <w:tc>
          <w:tcPr>
            <w:tcW w:w="4422" w:type="dxa"/>
            <w:tcMar>
              <w:top w:w="70" w:type="dxa"/>
              <w:left w:w="90" w:type="dxa"/>
              <w:bottom w:w="70" w:type="dxa"/>
              <w:right w:w="90" w:type="dxa"/>
            </w:tcMar>
          </w:tcPr>
          <w:p w14:paraId="00F3480E" w14:textId="77777777" w:rsidR="008D43AB" w:rsidRDefault="008D43AB"/>
          <w:p w14:paraId="101FFE9B" w14:textId="77777777" w:rsidR="008D43AB" w:rsidRDefault="00000000">
            <w:pPr>
              <w:spacing w:after="40" w:line="245" w:lineRule="auto"/>
            </w:pPr>
            <w:r>
              <w:rPr>
                <w:b/>
                <w:color w:val="000000"/>
              </w:rPr>
              <w:t>KLJUČNI GLASBENI POJMI</w:t>
            </w:r>
          </w:p>
          <w:p w14:paraId="367738A8"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16C55ACA" w14:textId="77777777" w:rsidR="008D43AB" w:rsidRDefault="00000000">
            <w:pPr>
              <w:spacing w:after="20" w:line="245" w:lineRule="auto"/>
            </w:pPr>
            <w:r>
              <w:rPr>
                <w:b/>
                <w:color w:val="000000"/>
                <w:sz w:val="17"/>
              </w:rPr>
              <w:t>DOKAZI O UČENJU</w:t>
            </w:r>
          </w:p>
          <w:p w14:paraId="2C38B9C5" w14:textId="77777777" w:rsidR="008D43AB" w:rsidRDefault="00000000">
            <w:pPr>
              <w:pStyle w:val="Oznaenseznam"/>
              <w:spacing w:after="9"/>
            </w:pPr>
            <w:r>
              <w:rPr>
                <w:color w:val="000000"/>
                <w:sz w:val="15"/>
              </w:rPr>
              <w:t>poslušalski gibalni odziv, ritmični/pevski odmev in učiteljev zapis o skupnem pulzu oziroma začetku/koncu.</w:t>
            </w:r>
          </w:p>
          <w:p w14:paraId="173B91DC" w14:textId="77777777" w:rsidR="008D43AB" w:rsidRDefault="00000000">
            <w:pPr>
              <w:pStyle w:val="Oznaenseznam"/>
              <w:spacing w:after="9"/>
            </w:pPr>
            <w:r>
              <w:rPr>
                <w:color w:val="000000"/>
                <w:sz w:val="15"/>
              </w:rPr>
              <w:t>slikovni zvočni zapis, skupinska izvedba/posnetek in vrstniška opisna povratna informacija.</w:t>
            </w:r>
          </w:p>
          <w:p w14:paraId="63576FD9" w14:textId="77777777" w:rsidR="008D43AB" w:rsidRDefault="00000000">
            <w:pPr>
              <w:spacing w:before="40" w:after="20" w:line="245" w:lineRule="auto"/>
            </w:pPr>
            <w:r>
              <w:rPr>
                <w:b/>
                <w:color w:val="000000"/>
                <w:sz w:val="17"/>
              </w:rPr>
              <w:t>GLASBENO DOŽIVETJE IN IZKUŠENJSKI POUK</w:t>
            </w:r>
          </w:p>
          <w:p w14:paraId="2C6ACA40"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17DDBABD" w14:textId="77777777" w:rsidR="008D43AB" w:rsidRDefault="00000000">
            <w:pPr>
              <w:spacing w:after="20" w:line="245" w:lineRule="auto"/>
            </w:pPr>
            <w:r>
              <w:rPr>
                <w:b/>
                <w:color w:val="000000"/>
                <w:sz w:val="17"/>
              </w:rPr>
              <w:t>POUČEVANJE V GIBANJU</w:t>
            </w:r>
          </w:p>
          <w:p w14:paraId="3051B50F"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99BD677" w14:textId="77777777" w:rsidR="008D43AB" w:rsidRDefault="00000000">
            <w:pPr>
              <w:spacing w:after="20" w:line="245" w:lineRule="auto"/>
            </w:pPr>
            <w:r>
              <w:rPr>
                <w:b/>
                <w:color w:val="000000"/>
                <w:sz w:val="17"/>
              </w:rPr>
              <w:t>DELO PO POSTAJAH</w:t>
            </w:r>
          </w:p>
          <w:p w14:paraId="7A7F8126"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088A7A8E" w14:textId="77777777" w:rsidR="008D43AB" w:rsidRDefault="00000000">
            <w:pPr>
              <w:spacing w:after="10" w:line="245" w:lineRule="auto"/>
            </w:pPr>
            <w:r>
              <w:rPr>
                <w:color w:val="000000"/>
                <w:sz w:val="15"/>
              </w:rPr>
              <w:t>1. Glas in dih: drža, tih vdih, pevski odmev in jasen začetek ter konec.</w:t>
            </w:r>
          </w:p>
          <w:p w14:paraId="438C54DB" w14:textId="77777777" w:rsidR="008D43AB" w:rsidRDefault="00000000">
            <w:pPr>
              <w:spacing w:after="10" w:line="245" w:lineRule="auto"/>
            </w:pPr>
            <w:r>
              <w:rPr>
                <w:color w:val="000000"/>
                <w:sz w:val="15"/>
              </w:rPr>
              <w:t>2. Beseda in ritem: besedilo ritmično izrekam, razčlenim na zloge in povežem s telesnimi glasbili.</w:t>
            </w:r>
          </w:p>
          <w:p w14:paraId="79A02308" w14:textId="77777777" w:rsidR="008D43AB" w:rsidRDefault="00000000">
            <w:pPr>
              <w:spacing w:after="10" w:line="245" w:lineRule="auto"/>
            </w:pPr>
            <w:r>
              <w:rPr>
                <w:color w:val="000000"/>
                <w:sz w:val="15"/>
              </w:rPr>
              <w:t>3. Gibalno-pevska: melodijo ali značaj pesmi pokažem z gibanjem, rajalno igro ali preprosto koreografijo.</w:t>
            </w:r>
          </w:p>
          <w:p w14:paraId="0F6CE312" w14:textId="77777777" w:rsidR="008D43AB" w:rsidRDefault="00000000">
            <w:pPr>
              <w:spacing w:after="10" w:line="245" w:lineRule="auto"/>
            </w:pPr>
            <w:r>
              <w:rPr>
                <w:color w:val="000000"/>
                <w:sz w:val="15"/>
              </w:rPr>
              <w:t>4. Spremljava in nastop: izberem zvočilo, vadim skupinsko izvedbo, nastopim in podam opisni odziv.</w:t>
            </w:r>
          </w:p>
          <w:p w14:paraId="5F4FD213" w14:textId="77777777" w:rsidR="008D43AB" w:rsidRDefault="00000000">
            <w:pPr>
              <w:spacing w:after="20" w:line="245" w:lineRule="auto"/>
            </w:pPr>
            <w:r>
              <w:rPr>
                <w:b/>
                <w:color w:val="000000"/>
                <w:sz w:val="17"/>
              </w:rPr>
              <w:t>DIFERENCIACIJA IN VKLJUČEVANJE</w:t>
            </w:r>
          </w:p>
          <w:p w14:paraId="143B0702"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3788A4FA" w14:textId="77777777" w:rsidR="008D43AB" w:rsidRDefault="00000000">
            <w:pPr>
              <w:spacing w:after="20" w:line="245" w:lineRule="auto"/>
            </w:pPr>
            <w:r>
              <w:rPr>
                <w:b/>
                <w:color w:val="000000"/>
                <w:sz w:val="17"/>
              </w:rPr>
              <w:t>SPREMLJANJE</w:t>
            </w:r>
          </w:p>
          <w:p w14:paraId="102DEF14"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4D398717"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F714716" w14:textId="77777777">
              <w:trPr>
                <w:jc w:val="center"/>
              </w:trPr>
              <w:tc>
                <w:tcPr>
                  <w:tcW w:w="7087" w:type="dxa"/>
                  <w:shd w:val="clear" w:color="auto" w:fill="C6E7F3"/>
                  <w:tcMar>
                    <w:top w:w="45" w:type="dxa"/>
                    <w:left w:w="70" w:type="dxa"/>
                    <w:bottom w:w="45" w:type="dxa"/>
                    <w:right w:w="70" w:type="dxa"/>
                  </w:tcMar>
                </w:tcPr>
                <w:p w14:paraId="3300595E" w14:textId="77777777" w:rsidR="008D43AB" w:rsidRDefault="00000000">
                  <w:pPr>
                    <w:keepNext/>
                  </w:pPr>
                  <w:r>
                    <w:rPr>
                      <w:b/>
                      <w:color w:val="000000"/>
                      <w:sz w:val="17"/>
                    </w:rPr>
                    <w:t>GLAVNI DEL – POSLUŠANJE, IZVAJANJE, GIBANJE IN USTVARJANJE (2 šolski uri)</w:t>
                  </w:r>
                </w:p>
              </w:tc>
            </w:tr>
          </w:tbl>
          <w:p w14:paraId="27C0EBF6" w14:textId="77777777" w:rsidR="008D43AB" w:rsidRDefault="008D43AB">
            <w:pPr>
              <w:spacing w:line="20" w:lineRule="exact"/>
            </w:pPr>
          </w:p>
          <w:p w14:paraId="2F291575" w14:textId="77777777" w:rsidR="008D43AB" w:rsidRDefault="00000000">
            <w:pPr>
              <w:keepNext/>
              <w:spacing w:before="24" w:after="8" w:line="245" w:lineRule="auto"/>
            </w:pPr>
            <w:r>
              <w:rPr>
                <w:b/>
                <w:color w:val="000000"/>
                <w:sz w:val="16"/>
              </w:rPr>
              <w:t>1. URA – Pojemo Skupaj – Poslušam in izvajam</w:t>
            </w:r>
          </w:p>
          <w:p w14:paraId="56290238"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»POJEMO SKUPAJ«,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7E46FA94"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0407F09D"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3FA6596D" w14:textId="77777777" w:rsidR="008D43AB" w:rsidRDefault="00000000">
            <w:pPr>
              <w:keepNext/>
              <w:spacing w:before="24" w:after="8" w:line="245" w:lineRule="auto"/>
            </w:pPr>
            <w:r>
              <w:rPr>
                <w:b/>
                <w:color w:val="000000"/>
                <w:sz w:val="16"/>
              </w:rPr>
              <w:t>2. URA – Pojemo Skupaj – Ustvarim in nastopim</w:t>
            </w:r>
          </w:p>
          <w:p w14:paraId="6BC192BF"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pojemo skupaj«; usmerja izbiro, zapis, vajo in menjavo vlog. Zaključek: 10' – Organizira nastop in odziv poslušalcev po kriterijih; posname kratek dokaz, če so soglasja urejena.</w:t>
            </w:r>
          </w:p>
          <w:p w14:paraId="7C2795A8"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15A53A01"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1BE47761" w14:textId="77777777">
              <w:trPr>
                <w:jc w:val="center"/>
              </w:trPr>
              <w:tc>
                <w:tcPr>
                  <w:tcW w:w="7087" w:type="dxa"/>
                  <w:shd w:val="clear" w:color="auto" w:fill="EDC9EA"/>
                  <w:tcMar>
                    <w:top w:w="45" w:type="dxa"/>
                    <w:left w:w="70" w:type="dxa"/>
                    <w:bottom w:w="45" w:type="dxa"/>
                    <w:right w:w="70" w:type="dxa"/>
                  </w:tcMar>
                </w:tcPr>
                <w:p w14:paraId="7EAF0875" w14:textId="77777777" w:rsidR="008D43AB" w:rsidRDefault="00000000">
                  <w:pPr>
                    <w:keepNext/>
                  </w:pPr>
                  <w:r>
                    <w:rPr>
                      <w:b/>
                      <w:color w:val="000000"/>
                      <w:sz w:val="17"/>
                    </w:rPr>
                    <w:t>ORGANIZACIJA POSTAJ IN PREHODOV</w:t>
                  </w:r>
                </w:p>
              </w:tc>
            </w:tr>
          </w:tbl>
          <w:p w14:paraId="26C475EB" w14:textId="77777777" w:rsidR="008D43AB" w:rsidRDefault="008D43AB"/>
          <w:p w14:paraId="59EC7C41" w14:textId="77777777" w:rsidR="008D43AB" w:rsidRDefault="00000000">
            <w:pPr>
              <w:spacing w:before="9" w:after="9" w:line="245" w:lineRule="auto"/>
            </w:pPr>
            <w:r>
              <w:rPr>
                <w:color w:val="000000"/>
                <w:sz w:val="15"/>
              </w:rPr>
              <w:t>Postaja 1: Glas in dih: drža, tih vdih, pevski odmev in jasen začetek ter konec.</w:t>
            </w:r>
          </w:p>
          <w:p w14:paraId="6067B92E"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06380550"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2E307B3F"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14F4E7AC"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1268656A" w14:textId="77777777" w:rsidR="008D43AB" w:rsidRDefault="008D43AB"/>
          <w:p w14:paraId="4A074243" w14:textId="77777777" w:rsidR="008D43AB" w:rsidRDefault="00000000">
            <w:pPr>
              <w:spacing w:after="6" w:line="245" w:lineRule="auto"/>
            </w:pPr>
            <w:r>
              <w:rPr>
                <w:b/>
                <w:color w:val="000000"/>
                <w:sz w:val="15"/>
              </w:rPr>
              <w:t>1. URA – Pojemo Skupaj – Poslušam in izvajam</w:t>
            </w:r>
          </w:p>
          <w:p w14:paraId="1385EB5F"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3A345A0" w14:textId="77777777" w:rsidR="008D43AB" w:rsidRDefault="00000000">
            <w:pPr>
              <w:spacing w:after="20" w:line="245" w:lineRule="auto"/>
            </w:pPr>
            <w:r>
              <w:rPr>
                <w:color w:val="D95BC6"/>
                <w:sz w:val="14"/>
              </w:rPr>
              <w:t>Dokaz: poslušalski gibalni odziv, ritmični/pevski odmev in učiteljev zapis o skupnem pulzu oziroma.</w:t>
            </w:r>
          </w:p>
          <w:p w14:paraId="79B2C1BF" w14:textId="77777777" w:rsidR="008D43AB" w:rsidRDefault="00000000">
            <w:pPr>
              <w:spacing w:after="6" w:line="245" w:lineRule="auto"/>
            </w:pPr>
            <w:r>
              <w:rPr>
                <w:b/>
                <w:color w:val="000000"/>
                <w:sz w:val="15"/>
              </w:rPr>
              <w:t>2. URA – Pojemo Skupaj – Ustvarim in nastopim</w:t>
            </w:r>
          </w:p>
          <w:p w14:paraId="59BFA62F"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28574533" w14:textId="77777777" w:rsidR="008D43AB" w:rsidRDefault="00000000">
            <w:pPr>
              <w:spacing w:after="20" w:line="245" w:lineRule="auto"/>
            </w:pPr>
            <w:r>
              <w:rPr>
                <w:color w:val="D95BC6"/>
                <w:sz w:val="14"/>
              </w:rPr>
              <w:t>Dokaz: slikovni zvočni zapis, skupinska izvedba/posnetek in vrstniška opisna povratna informacija.</w:t>
            </w:r>
          </w:p>
          <w:p w14:paraId="37066D20" w14:textId="77777777" w:rsidR="008D43AB" w:rsidRDefault="00000000">
            <w:pPr>
              <w:spacing w:before="40" w:after="20" w:line="245" w:lineRule="auto"/>
            </w:pPr>
            <w:r>
              <w:rPr>
                <w:b/>
                <w:color w:val="D95BC6"/>
                <w:sz w:val="16"/>
              </w:rPr>
              <w:t>MOJ KROG POSTAJ</w:t>
            </w:r>
          </w:p>
          <w:p w14:paraId="0C9535ED" w14:textId="77777777" w:rsidR="008D43AB" w:rsidRDefault="00000000">
            <w:pPr>
              <w:spacing w:after="11" w:line="245" w:lineRule="auto"/>
            </w:pPr>
            <w:r>
              <w:rPr>
                <w:color w:val="000000"/>
                <w:sz w:val="14"/>
              </w:rPr>
              <w:t>1. Glas in dih: drža, tih vdih, pevski odmev in jasen začetek ter konec.</w:t>
            </w:r>
          </w:p>
          <w:p w14:paraId="53427BA5" w14:textId="77777777" w:rsidR="008D43AB" w:rsidRDefault="00000000">
            <w:pPr>
              <w:spacing w:after="11" w:line="245" w:lineRule="auto"/>
            </w:pPr>
            <w:r>
              <w:rPr>
                <w:color w:val="000000"/>
                <w:sz w:val="14"/>
              </w:rPr>
              <w:t>2. Beseda in ritem: besedilo ritmično izrekam, razčlenim na zloge in povežem s telesnimi.</w:t>
            </w:r>
          </w:p>
          <w:p w14:paraId="388E4BC6" w14:textId="77777777" w:rsidR="008D43AB" w:rsidRDefault="00000000">
            <w:pPr>
              <w:spacing w:after="11" w:line="245" w:lineRule="auto"/>
            </w:pPr>
            <w:r>
              <w:rPr>
                <w:color w:val="000000"/>
                <w:sz w:val="14"/>
              </w:rPr>
              <w:t>3. Gibalno-pevska: melodijo ali značaj pesmi pokažem z gibanjem.</w:t>
            </w:r>
          </w:p>
          <w:p w14:paraId="45FDB4CF" w14:textId="77777777" w:rsidR="008D43AB" w:rsidRDefault="00000000">
            <w:pPr>
              <w:spacing w:after="11" w:line="245" w:lineRule="auto"/>
            </w:pPr>
            <w:r>
              <w:rPr>
                <w:color w:val="000000"/>
                <w:sz w:val="14"/>
              </w:rPr>
              <w:t>4. Spremljava in nastop: izberem zvočilo, vadim skupinsko izvedbo.</w:t>
            </w:r>
          </w:p>
          <w:p w14:paraId="310E46C9"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0BBE61D8" w14:textId="77777777" w:rsidR="008D43AB" w:rsidRDefault="00000000">
            <w:pPr>
              <w:spacing w:after="20" w:line="245" w:lineRule="auto"/>
            </w:pPr>
            <w:r>
              <w:rPr>
                <w:b/>
                <w:color w:val="D95BC6"/>
                <w:sz w:val="17"/>
              </w:rPr>
              <w:t>DOKAZ O UČENJU</w:t>
            </w:r>
          </w:p>
          <w:p w14:paraId="21BC4043"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B9C205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EDB897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F906E9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2EF3BF1" w14:textId="77777777" w:rsidR="008D43AB" w:rsidRDefault="00000000">
            <w:pPr>
              <w:jc w:val="center"/>
            </w:pPr>
            <w:r>
              <w:rPr>
                <w:b/>
                <w:color w:val="000000"/>
                <w:sz w:val="20"/>
              </w:rPr>
              <w:t>UČNE DEJAVNOSTI, METODE IN FORMATIVNO SPREMLJANJE</w:t>
            </w:r>
          </w:p>
        </w:tc>
      </w:tr>
      <w:tr w:rsidR="008D43AB" w14:paraId="042EDB08" w14:textId="77777777">
        <w:trPr>
          <w:tblHeader/>
          <w:jc w:val="center"/>
        </w:trPr>
        <w:tc>
          <w:tcPr>
            <w:tcW w:w="4422" w:type="dxa"/>
            <w:vMerge/>
            <w:tcMar>
              <w:top w:w="70" w:type="dxa"/>
              <w:left w:w="90" w:type="dxa"/>
              <w:bottom w:w="70" w:type="dxa"/>
              <w:right w:w="90" w:type="dxa"/>
            </w:tcMar>
            <w:vAlign w:val="center"/>
          </w:tcPr>
          <w:p w14:paraId="17351F7A" w14:textId="77777777" w:rsidR="008D43AB" w:rsidRDefault="008D43AB"/>
        </w:tc>
        <w:tc>
          <w:tcPr>
            <w:tcW w:w="7087" w:type="dxa"/>
            <w:shd w:val="clear" w:color="auto" w:fill="FFFFFF"/>
            <w:tcMar>
              <w:top w:w="70" w:type="dxa"/>
              <w:left w:w="90" w:type="dxa"/>
              <w:bottom w:w="70" w:type="dxa"/>
              <w:right w:w="90" w:type="dxa"/>
            </w:tcMar>
            <w:vAlign w:val="center"/>
          </w:tcPr>
          <w:p w14:paraId="6C055A3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462FA73" w14:textId="77777777" w:rsidR="008D43AB" w:rsidRDefault="00000000">
            <w:pPr>
              <w:jc w:val="center"/>
            </w:pPr>
            <w:r>
              <w:rPr>
                <w:b/>
                <w:color w:val="000000"/>
              </w:rPr>
              <w:t>UČENEC</w:t>
            </w:r>
          </w:p>
        </w:tc>
      </w:tr>
      <w:tr w:rsidR="008D43AB" w14:paraId="605ABE0B" w14:textId="77777777">
        <w:trPr>
          <w:jc w:val="center"/>
        </w:trPr>
        <w:tc>
          <w:tcPr>
            <w:tcW w:w="4422" w:type="dxa"/>
            <w:tcMar>
              <w:top w:w="70" w:type="dxa"/>
              <w:left w:w="90" w:type="dxa"/>
              <w:bottom w:w="70" w:type="dxa"/>
              <w:right w:w="90" w:type="dxa"/>
            </w:tcMar>
          </w:tcPr>
          <w:p w14:paraId="14957FCD" w14:textId="77777777" w:rsidR="008D43AB" w:rsidRDefault="008D43AB"/>
          <w:p w14:paraId="4654904C" w14:textId="77777777" w:rsidR="008D43AB" w:rsidRDefault="00000000">
            <w:pPr>
              <w:spacing w:after="40" w:line="245" w:lineRule="auto"/>
            </w:pPr>
            <w:r>
              <w:rPr>
                <w:b/>
                <w:color w:val="000000"/>
              </w:rPr>
              <w:t>FORMATIVNO SPREMLJANJE</w:t>
            </w:r>
          </w:p>
          <w:p w14:paraId="35308F9F" w14:textId="77777777" w:rsidR="008D43AB" w:rsidRDefault="00000000">
            <w:pPr>
              <w:pStyle w:val="Oznaenseznam"/>
              <w:spacing w:after="16"/>
            </w:pPr>
            <w:r>
              <w:rPr>
                <w:color w:val="000000"/>
                <w:sz w:val="16"/>
              </w:rPr>
              <w:t>predznanje: zvočna napoved, izbira kartice, gib, ritmični oziroma pevski poskus ali začetni simbol</w:t>
            </w:r>
          </w:p>
          <w:p w14:paraId="2302A2B3" w14:textId="77777777" w:rsidR="008D43AB" w:rsidRDefault="00000000">
            <w:pPr>
              <w:pStyle w:val="Oznaenseznam"/>
              <w:spacing w:after="16"/>
            </w:pPr>
            <w:r>
              <w:rPr>
                <w:color w:val="000000"/>
                <w:sz w:val="16"/>
              </w:rPr>
              <w:t>nameni in merila: kratka poved, slikovni znak, model izvedbe ter vidna pravila varne glasnosti</w:t>
            </w:r>
          </w:p>
          <w:p w14:paraId="372881FF"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80FECBA" w14:textId="77777777" w:rsidR="008D43AB" w:rsidRDefault="00000000">
            <w:pPr>
              <w:pStyle w:val="Oznaenseznam"/>
              <w:spacing w:after="16"/>
            </w:pPr>
            <w:r>
              <w:rPr>
                <w:color w:val="000000"/>
                <w:sz w:val="16"/>
              </w:rPr>
              <w:t>povratna informacija: opis slišane strategije, povezava z enim merilom in izvedljiv naslednji korak</w:t>
            </w:r>
          </w:p>
          <w:p w14:paraId="05F9744A" w14:textId="77777777" w:rsidR="008D43AB" w:rsidRDefault="00000000">
            <w:pPr>
              <w:pStyle w:val="Oznaenseznam"/>
              <w:spacing w:after="16"/>
            </w:pPr>
            <w:r>
              <w:rPr>
                <w:color w:val="000000"/>
                <w:sz w:val="16"/>
              </w:rPr>
              <w:t>samovrednotenje: barvni zvočni semafor, lestvica samostojnosti, izbran dokaz in ponovna izvedba</w:t>
            </w:r>
          </w:p>
          <w:p w14:paraId="4DEEF0C1" w14:textId="77777777" w:rsidR="008D43AB" w:rsidRDefault="00000000">
            <w:pPr>
              <w:spacing w:before="40" w:after="20" w:line="245" w:lineRule="auto"/>
            </w:pPr>
            <w:r>
              <w:rPr>
                <w:b/>
                <w:color w:val="000000"/>
                <w:sz w:val="17"/>
              </w:rPr>
              <w:t>VARNOST IN VAROVANJE SLUHA</w:t>
            </w:r>
          </w:p>
          <w:p w14:paraId="62970CF4"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7D8DB9C" w14:textId="77777777" w:rsidR="008D43AB" w:rsidRDefault="00000000">
            <w:pPr>
              <w:spacing w:after="20" w:line="245" w:lineRule="auto"/>
            </w:pPr>
            <w:r>
              <w:rPr>
                <w:b/>
                <w:color w:val="000000"/>
                <w:sz w:val="17"/>
              </w:rPr>
              <w:t>EVIDENCA PO IZVEDBI</w:t>
            </w:r>
          </w:p>
          <w:p w14:paraId="356DC9E3"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4FE6D79D" w14:textId="77777777" w:rsidR="008D43AB" w:rsidRDefault="00000000">
            <w:pPr>
              <w:spacing w:before="40" w:after="20" w:line="245" w:lineRule="auto"/>
            </w:pPr>
            <w:r>
              <w:rPr>
                <w:b/>
                <w:color w:val="000000"/>
                <w:sz w:val="17"/>
              </w:rPr>
              <w:t>RAVEN DOSEGANJA</w:t>
            </w:r>
          </w:p>
          <w:p w14:paraId="65EA8D2E"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7237142B"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80505D1" w14:textId="77777777">
              <w:trPr>
                <w:jc w:val="center"/>
              </w:trPr>
              <w:tc>
                <w:tcPr>
                  <w:tcW w:w="7087" w:type="dxa"/>
                  <w:shd w:val="clear" w:color="auto" w:fill="EDC9EA"/>
                  <w:tcMar>
                    <w:top w:w="45" w:type="dxa"/>
                    <w:left w:w="70" w:type="dxa"/>
                    <w:bottom w:w="45" w:type="dxa"/>
                    <w:right w:w="70" w:type="dxa"/>
                  </w:tcMar>
                </w:tcPr>
                <w:p w14:paraId="460DBC7E" w14:textId="77777777" w:rsidR="008D43AB" w:rsidRDefault="00000000">
                  <w:pPr>
                    <w:keepNext/>
                  </w:pPr>
                  <w:r>
                    <w:rPr>
                      <w:b/>
                      <w:color w:val="000000"/>
                    </w:rPr>
                    <w:t>VPRAŠANJA V PODPORO GLASBENEMU UČENJU</w:t>
                  </w:r>
                </w:p>
              </w:tc>
            </w:tr>
          </w:tbl>
          <w:p w14:paraId="13BCE6D0" w14:textId="77777777" w:rsidR="008D43AB" w:rsidRDefault="008D43AB">
            <w:pPr>
              <w:spacing w:line="20" w:lineRule="exact"/>
            </w:pPr>
          </w:p>
          <w:p w14:paraId="50EF82C4" w14:textId="77777777" w:rsidR="008D43AB" w:rsidRDefault="00000000">
            <w:pPr>
              <w:pStyle w:val="Oznaenseznam"/>
              <w:spacing w:after="16"/>
            </w:pPr>
            <w:r>
              <w:rPr>
                <w:color w:val="000000"/>
                <w:sz w:val="16"/>
              </w:rPr>
              <w:t>Kaj si v glasbi slišal/-a, začutil/-a ali pokazal/-a z gibanjem?</w:t>
            </w:r>
          </w:p>
          <w:p w14:paraId="0F7884CE" w14:textId="77777777" w:rsidR="008D43AB" w:rsidRDefault="00000000">
            <w:pPr>
              <w:pStyle w:val="Oznaenseznam"/>
              <w:spacing w:after="16"/>
            </w:pPr>
            <w:r>
              <w:rPr>
                <w:color w:val="000000"/>
                <w:sz w:val="16"/>
              </w:rPr>
              <w:t>Po katerem zvočnem znaku, lastnosti ali vzorcu si prepoznal/-a rešitev?</w:t>
            </w:r>
          </w:p>
          <w:p w14:paraId="1D8B8005" w14:textId="77777777" w:rsidR="008D43AB" w:rsidRDefault="00000000">
            <w:pPr>
              <w:pStyle w:val="Oznaenseznam"/>
              <w:spacing w:after="16"/>
            </w:pPr>
            <w:r>
              <w:rPr>
                <w:color w:val="000000"/>
                <w:sz w:val="16"/>
              </w:rPr>
              <w:t>Kako veš, da je bil pulz, začetek, konec, glasnost ali skupinska izvedba skladna z merilom?</w:t>
            </w:r>
          </w:p>
          <w:p w14:paraId="0BBB079A" w14:textId="77777777" w:rsidR="008D43AB" w:rsidRDefault="00000000">
            <w:pPr>
              <w:pStyle w:val="Oznaenseznam"/>
              <w:spacing w:after="16"/>
            </w:pPr>
            <w:r>
              <w:rPr>
                <w:color w:val="000000"/>
                <w:sz w:val="16"/>
              </w:rPr>
              <w:t>Zakaj si za motiv, osebo, dogodek ali okolje izbral/-a prav ta glas, predmet ali glasbilo?</w:t>
            </w:r>
          </w:p>
          <w:p w14:paraId="211F52DF"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27807B04" w14:textId="77777777">
              <w:trPr>
                <w:jc w:val="center"/>
              </w:trPr>
              <w:tc>
                <w:tcPr>
                  <w:tcW w:w="7087" w:type="dxa"/>
                  <w:shd w:val="clear" w:color="auto" w:fill="C6E7F3"/>
                  <w:tcMar>
                    <w:top w:w="45" w:type="dxa"/>
                    <w:left w:w="70" w:type="dxa"/>
                    <w:bottom w:w="45" w:type="dxa"/>
                    <w:right w:w="70" w:type="dxa"/>
                  </w:tcMar>
                </w:tcPr>
                <w:p w14:paraId="49BB0A21" w14:textId="77777777" w:rsidR="008D43AB" w:rsidRDefault="00000000">
                  <w:pPr>
                    <w:keepNext/>
                  </w:pPr>
                  <w:r>
                    <w:rPr>
                      <w:b/>
                      <w:color w:val="000000"/>
                    </w:rPr>
                    <w:t>ZAKLJUČNI DEL – NASTOP, POSLUŠALSKI ODZIV IN REFLEKSIJA (8–12 min)</w:t>
                  </w:r>
                </w:p>
              </w:tc>
            </w:tr>
          </w:tbl>
          <w:p w14:paraId="06FC18EE" w14:textId="77777777" w:rsidR="008D43AB" w:rsidRDefault="008D43AB">
            <w:pPr>
              <w:spacing w:line="20" w:lineRule="exact"/>
            </w:pPr>
          </w:p>
          <w:p w14:paraId="10551916"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1F7255B9" w14:textId="77777777">
              <w:trPr>
                <w:jc w:val="center"/>
              </w:trPr>
              <w:tc>
                <w:tcPr>
                  <w:tcW w:w="7087" w:type="dxa"/>
                  <w:shd w:val="clear" w:color="auto" w:fill="EDC9EA"/>
                  <w:tcMar>
                    <w:top w:w="45" w:type="dxa"/>
                    <w:left w:w="70" w:type="dxa"/>
                    <w:bottom w:w="45" w:type="dxa"/>
                    <w:right w:w="70" w:type="dxa"/>
                  </w:tcMar>
                </w:tcPr>
                <w:p w14:paraId="2BB0246E" w14:textId="77777777" w:rsidR="008D43AB" w:rsidRDefault="00000000">
                  <w:pPr>
                    <w:keepNext/>
                  </w:pPr>
                  <w:r>
                    <w:rPr>
                      <w:b/>
                      <w:color w:val="000000"/>
                    </w:rPr>
                    <w:t>SAMOVREDNOTENJE</w:t>
                  </w:r>
                </w:p>
              </w:tc>
            </w:tr>
          </w:tbl>
          <w:p w14:paraId="004F51CF" w14:textId="77777777" w:rsidR="008D43AB" w:rsidRDefault="008D43AB">
            <w:pPr>
              <w:spacing w:line="20" w:lineRule="exact"/>
            </w:pPr>
          </w:p>
          <w:p w14:paraId="7E021D21"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3D0CC18F" w14:textId="77777777">
              <w:trPr>
                <w:jc w:val="center"/>
              </w:trPr>
              <w:tc>
                <w:tcPr>
                  <w:tcW w:w="7087" w:type="dxa"/>
                  <w:shd w:val="clear" w:color="auto" w:fill="EDC9EA"/>
                  <w:tcMar>
                    <w:top w:w="45" w:type="dxa"/>
                    <w:left w:w="70" w:type="dxa"/>
                    <w:bottom w:w="45" w:type="dxa"/>
                    <w:right w:w="70" w:type="dxa"/>
                  </w:tcMar>
                </w:tcPr>
                <w:p w14:paraId="32247E44" w14:textId="77777777" w:rsidR="008D43AB" w:rsidRDefault="00000000">
                  <w:pPr>
                    <w:keepNext/>
                  </w:pPr>
                  <w:r>
                    <w:rPr>
                      <w:b/>
                      <w:color w:val="000000"/>
                    </w:rPr>
                    <w:t>VRSTNIŠKO VREDNOTENJE</w:t>
                  </w:r>
                </w:p>
              </w:tc>
            </w:tr>
          </w:tbl>
          <w:p w14:paraId="2D6A5009" w14:textId="77777777" w:rsidR="008D43AB" w:rsidRDefault="008D43AB">
            <w:pPr>
              <w:spacing w:line="20" w:lineRule="exact"/>
            </w:pPr>
          </w:p>
          <w:p w14:paraId="628D2EE0"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50EA3B61" w14:textId="77777777">
              <w:trPr>
                <w:jc w:val="center"/>
              </w:trPr>
              <w:tc>
                <w:tcPr>
                  <w:tcW w:w="7087" w:type="dxa"/>
                  <w:shd w:val="clear" w:color="auto" w:fill="EDC9EA"/>
                  <w:tcMar>
                    <w:top w:w="45" w:type="dxa"/>
                    <w:left w:w="70" w:type="dxa"/>
                    <w:bottom w:w="45" w:type="dxa"/>
                    <w:right w:w="70" w:type="dxa"/>
                  </w:tcMar>
                </w:tcPr>
                <w:p w14:paraId="5D4C3DC3" w14:textId="77777777" w:rsidR="008D43AB" w:rsidRDefault="00000000">
                  <w:pPr>
                    <w:keepNext/>
                  </w:pPr>
                  <w:r>
                    <w:rPr>
                      <w:b/>
                      <w:color w:val="000000"/>
                    </w:rPr>
                    <w:t>SKUPNI POVZETEK</w:t>
                  </w:r>
                </w:p>
              </w:tc>
            </w:tr>
          </w:tbl>
          <w:p w14:paraId="44F4D466" w14:textId="77777777" w:rsidR="008D43AB" w:rsidRDefault="008D43AB"/>
          <w:p w14:paraId="7F8536ED" w14:textId="77777777" w:rsidR="008D43AB" w:rsidRDefault="00000000">
            <w:pPr>
              <w:spacing w:before="20" w:after="40" w:line="245" w:lineRule="auto"/>
            </w:pPr>
            <w:r>
              <w:rPr>
                <w:b/>
                <w:color w:val="000000"/>
                <w:sz w:val="16"/>
              </w:rPr>
              <w:t>pojem v skupini; upoštevam začetek in konec; z gibanjem spremljam pesem. Izbrani dokaz pojasnim in po povratni informaciji izboljšam.</w:t>
            </w:r>
          </w:p>
        </w:tc>
        <w:tc>
          <w:tcPr>
            <w:tcW w:w="2551" w:type="dxa"/>
            <w:tcMar>
              <w:top w:w="70" w:type="dxa"/>
              <w:left w:w="90" w:type="dxa"/>
              <w:bottom w:w="70" w:type="dxa"/>
              <w:right w:w="90" w:type="dxa"/>
            </w:tcMar>
          </w:tcPr>
          <w:p w14:paraId="34991530" w14:textId="77777777" w:rsidR="008D43AB" w:rsidRDefault="008D43AB"/>
          <w:p w14:paraId="6FCEAC46" w14:textId="77777777" w:rsidR="008D43AB" w:rsidRDefault="00000000">
            <w:pPr>
              <w:spacing w:after="80" w:line="245" w:lineRule="auto"/>
            </w:pPr>
            <w:r>
              <w:rPr>
                <w:color w:val="000000"/>
                <w:sz w:val="16"/>
              </w:rPr>
              <w:t>Odgovarja na podporna vprašanja in se sklicuje na slišano, izvedeno, ustvarjeno ali zapisano.</w:t>
            </w:r>
          </w:p>
          <w:p w14:paraId="66B3F176" w14:textId="77777777" w:rsidR="008D43AB" w:rsidRDefault="00000000">
            <w:pPr>
              <w:spacing w:after="80" w:line="245" w:lineRule="auto"/>
            </w:pPr>
            <w:r>
              <w:rPr>
                <w:color w:val="000000"/>
                <w:sz w:val="16"/>
              </w:rPr>
              <w:t>Predstavi izbrani dokaz ter pove, katero merilo z njim pokaže.</w:t>
            </w:r>
          </w:p>
          <w:p w14:paraId="20433BC6" w14:textId="77777777" w:rsidR="008D43AB" w:rsidRDefault="00000000">
            <w:pPr>
              <w:spacing w:after="80" w:line="245" w:lineRule="auto"/>
            </w:pPr>
            <w:r>
              <w:rPr>
                <w:color w:val="000000"/>
                <w:sz w:val="16"/>
              </w:rPr>
              <w:t>Posluša vrstnika, opiše eno slišano moč in poda prijazen predlog za izboljšavo.</w:t>
            </w:r>
          </w:p>
          <w:p w14:paraId="4E58D0BA" w14:textId="77777777" w:rsidR="008D43AB" w:rsidRDefault="00000000">
            <w:pPr>
              <w:spacing w:after="80" w:line="245" w:lineRule="auto"/>
            </w:pPr>
            <w:r>
              <w:rPr>
                <w:color w:val="000000"/>
                <w:sz w:val="16"/>
              </w:rPr>
              <w:t>Po povratni informaciji izvedbo, gib, ritem, zvočno izbiro ali slikovni zapis ponovi in izboljša.</w:t>
            </w:r>
          </w:p>
          <w:p w14:paraId="404C5972" w14:textId="77777777" w:rsidR="008D43AB" w:rsidRDefault="00000000">
            <w:pPr>
              <w:spacing w:after="100" w:line="245" w:lineRule="auto"/>
            </w:pPr>
            <w:r>
              <w:rPr>
                <w:color w:val="000000"/>
                <w:sz w:val="16"/>
              </w:rPr>
              <w:t>Izbere raven samostojnosti ter določi majhen in izvedljiv naslednji glasbeni korak.</w:t>
            </w:r>
          </w:p>
          <w:p w14:paraId="4C103724" w14:textId="77777777" w:rsidR="008D43AB" w:rsidRDefault="00000000">
            <w:pPr>
              <w:spacing w:after="20" w:line="245" w:lineRule="auto"/>
            </w:pPr>
            <w:r>
              <w:rPr>
                <w:b/>
                <w:color w:val="D95BC6"/>
                <w:sz w:val="17"/>
              </w:rPr>
              <w:t>DOKAZ O UČENJU</w:t>
            </w:r>
          </w:p>
          <w:p w14:paraId="252039EB"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1439856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1D1248E" w14:textId="77777777">
        <w:trPr>
          <w:cantSplit/>
          <w:jc w:val="center"/>
        </w:trPr>
        <w:tc>
          <w:tcPr>
            <w:tcW w:w="14060" w:type="dxa"/>
            <w:gridSpan w:val="6"/>
            <w:tcMar>
              <w:top w:w="70" w:type="dxa"/>
              <w:left w:w="90" w:type="dxa"/>
              <w:bottom w:w="70" w:type="dxa"/>
              <w:right w:w="90" w:type="dxa"/>
            </w:tcMar>
            <w:vAlign w:val="center"/>
          </w:tcPr>
          <w:p w14:paraId="7DBEF530" w14:textId="77777777" w:rsidR="008D43AB" w:rsidRDefault="00000000">
            <w:pPr>
              <w:jc w:val="center"/>
            </w:pPr>
            <w:r>
              <w:rPr>
                <w:b/>
                <w:color w:val="000000"/>
                <w:sz w:val="24"/>
              </w:rPr>
              <w:lastRenderedPageBreak/>
              <w:t>UČNA PRIPRAVA 4/39</w:t>
            </w:r>
          </w:p>
        </w:tc>
      </w:tr>
      <w:tr w:rsidR="008D43AB" w14:paraId="2D8D6236" w14:textId="77777777">
        <w:trPr>
          <w:jc w:val="center"/>
        </w:trPr>
        <w:tc>
          <w:tcPr>
            <w:tcW w:w="2665" w:type="dxa"/>
            <w:tcMar>
              <w:top w:w="70" w:type="dxa"/>
              <w:left w:w="90" w:type="dxa"/>
              <w:bottom w:w="70" w:type="dxa"/>
              <w:right w:w="90" w:type="dxa"/>
            </w:tcMar>
            <w:vAlign w:val="center"/>
          </w:tcPr>
          <w:p w14:paraId="6F7427A3"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6218010"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5E3ADCB9"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332892A" w14:textId="77777777" w:rsidR="008D43AB" w:rsidRDefault="00000000">
            <w:r>
              <w:rPr>
                <w:b/>
                <w:color w:val="000000"/>
                <w:sz w:val="16"/>
              </w:rPr>
              <w:t xml:space="preserve">NAČRTOVANI TERMIN: </w:t>
            </w:r>
            <w:r>
              <w:rPr>
                <w:color w:val="000000"/>
                <w:sz w:val="16"/>
              </w:rPr>
              <w:t>4. teden • 21.–25. 9. 2026</w:t>
            </w:r>
          </w:p>
        </w:tc>
        <w:tc>
          <w:tcPr>
            <w:tcW w:w="2268" w:type="dxa"/>
            <w:tcMar>
              <w:top w:w="70" w:type="dxa"/>
              <w:left w:w="90" w:type="dxa"/>
              <w:bottom w:w="70" w:type="dxa"/>
              <w:right w:w="90" w:type="dxa"/>
            </w:tcMar>
            <w:vAlign w:val="center"/>
          </w:tcPr>
          <w:p w14:paraId="14C4CF93"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D5C0089" w14:textId="77777777" w:rsidR="008D43AB" w:rsidRDefault="00000000">
            <w:r>
              <w:rPr>
                <w:b/>
                <w:color w:val="000000"/>
                <w:sz w:val="16"/>
              </w:rPr>
              <w:t xml:space="preserve">ŠTEVILO UR: </w:t>
            </w:r>
            <w:r>
              <w:rPr>
                <w:color w:val="000000"/>
                <w:sz w:val="16"/>
              </w:rPr>
              <w:t>1</w:t>
            </w:r>
          </w:p>
        </w:tc>
      </w:tr>
      <w:tr w:rsidR="008D43AB" w14:paraId="4C7DAB7C" w14:textId="77777777">
        <w:trPr>
          <w:jc w:val="center"/>
        </w:trPr>
        <w:tc>
          <w:tcPr>
            <w:tcW w:w="14061" w:type="dxa"/>
            <w:gridSpan w:val="6"/>
            <w:tcMar>
              <w:top w:w="70" w:type="dxa"/>
              <w:left w:w="90" w:type="dxa"/>
              <w:bottom w:w="70" w:type="dxa"/>
              <w:right w:w="90" w:type="dxa"/>
            </w:tcMar>
            <w:vAlign w:val="center"/>
          </w:tcPr>
          <w:p w14:paraId="23FD6E50"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1427F9AE" w14:textId="77777777">
        <w:trPr>
          <w:cantSplit/>
          <w:jc w:val="center"/>
        </w:trPr>
        <w:tc>
          <w:tcPr>
            <w:tcW w:w="14060" w:type="dxa"/>
            <w:gridSpan w:val="6"/>
            <w:tcMar>
              <w:top w:w="70" w:type="dxa"/>
              <w:left w:w="90" w:type="dxa"/>
              <w:bottom w:w="70" w:type="dxa"/>
              <w:right w:w="90" w:type="dxa"/>
            </w:tcMar>
            <w:vAlign w:val="center"/>
          </w:tcPr>
          <w:p w14:paraId="0C288546" w14:textId="77777777" w:rsidR="008D43AB" w:rsidRDefault="008D43AB"/>
          <w:p w14:paraId="098D7E03" w14:textId="77777777" w:rsidR="008D43AB" w:rsidRDefault="00000000">
            <w:pPr>
              <w:spacing w:line="245" w:lineRule="auto"/>
            </w:pPr>
            <w:r>
              <w:rPr>
                <w:b/>
                <w:color w:val="000000"/>
                <w:sz w:val="16"/>
              </w:rPr>
              <w:t xml:space="preserve">UČNI SKLOP: </w:t>
            </w:r>
            <w:r>
              <w:rPr>
                <w:color w:val="000000"/>
                <w:sz w:val="16"/>
              </w:rPr>
              <w:t>V ŠOLO – JAZ, ODNOSI IN UČENJE</w:t>
            </w:r>
          </w:p>
        </w:tc>
      </w:tr>
      <w:tr w:rsidR="008D43AB" w14:paraId="7473F5EA" w14:textId="77777777">
        <w:trPr>
          <w:cantSplit/>
          <w:jc w:val="center"/>
        </w:trPr>
        <w:tc>
          <w:tcPr>
            <w:tcW w:w="14060" w:type="dxa"/>
            <w:gridSpan w:val="6"/>
            <w:tcMar>
              <w:top w:w="70" w:type="dxa"/>
              <w:left w:w="90" w:type="dxa"/>
              <w:bottom w:w="70" w:type="dxa"/>
              <w:right w:w="90" w:type="dxa"/>
            </w:tcMar>
            <w:vAlign w:val="center"/>
          </w:tcPr>
          <w:p w14:paraId="5CA251B7" w14:textId="77777777" w:rsidR="008D43AB" w:rsidRDefault="008D43AB"/>
          <w:p w14:paraId="5A25BA96" w14:textId="77777777" w:rsidR="008D43AB" w:rsidRDefault="00000000">
            <w:pPr>
              <w:spacing w:line="245" w:lineRule="auto"/>
            </w:pPr>
            <w:r>
              <w:rPr>
                <w:b/>
                <w:color w:val="000000"/>
                <w:sz w:val="16"/>
              </w:rPr>
              <w:t xml:space="preserve">UČNA TEMA: </w:t>
            </w:r>
            <w:r>
              <w:rPr>
                <w:color w:val="000000"/>
                <w:sz w:val="16"/>
              </w:rPr>
              <w:t>GLASBENA IGRA</w:t>
            </w:r>
          </w:p>
        </w:tc>
      </w:tr>
      <w:tr w:rsidR="008D43AB" w14:paraId="2A790D2E" w14:textId="77777777">
        <w:trPr>
          <w:cantSplit/>
          <w:jc w:val="center"/>
        </w:trPr>
        <w:tc>
          <w:tcPr>
            <w:tcW w:w="14060" w:type="dxa"/>
            <w:gridSpan w:val="6"/>
            <w:tcMar>
              <w:top w:w="70" w:type="dxa"/>
              <w:left w:w="90" w:type="dxa"/>
              <w:bottom w:w="70" w:type="dxa"/>
              <w:right w:w="90" w:type="dxa"/>
            </w:tcMar>
            <w:vAlign w:val="center"/>
          </w:tcPr>
          <w:p w14:paraId="1FAE01A7" w14:textId="77777777" w:rsidR="008D43AB" w:rsidRDefault="008D43AB"/>
          <w:p w14:paraId="71823004" w14:textId="77777777" w:rsidR="008D43AB" w:rsidRDefault="00000000">
            <w:pPr>
              <w:spacing w:line="245" w:lineRule="auto"/>
            </w:pPr>
            <w:r>
              <w:rPr>
                <w:b/>
                <w:color w:val="000000"/>
                <w:sz w:val="16"/>
              </w:rPr>
              <w:t xml:space="preserve">KNJIŽEVNO / MOTIVNO IZHODIŠČE: </w:t>
            </w:r>
            <w:r>
              <w:rPr>
                <w:color w:val="000000"/>
                <w:sz w:val="16"/>
              </w:rPr>
              <w:t>»Maček Muri« – Kajetan Kovič • dnevna rutina, skupnost in pot po znanem okolju</w:t>
            </w:r>
          </w:p>
        </w:tc>
      </w:tr>
      <w:tr w:rsidR="008D43AB" w14:paraId="071D3933" w14:textId="77777777">
        <w:trPr>
          <w:cantSplit/>
          <w:jc w:val="center"/>
        </w:trPr>
        <w:tc>
          <w:tcPr>
            <w:tcW w:w="14060" w:type="dxa"/>
            <w:gridSpan w:val="6"/>
            <w:tcMar>
              <w:top w:w="70" w:type="dxa"/>
              <w:left w:w="90" w:type="dxa"/>
              <w:bottom w:w="70" w:type="dxa"/>
              <w:right w:w="90" w:type="dxa"/>
            </w:tcMar>
            <w:vAlign w:val="center"/>
          </w:tcPr>
          <w:p w14:paraId="00FB5DC7" w14:textId="77777777" w:rsidR="008D43AB" w:rsidRDefault="008D43AB"/>
          <w:p w14:paraId="46495A62" w14:textId="77777777" w:rsidR="008D43AB" w:rsidRDefault="00000000">
            <w:pPr>
              <w:spacing w:line="245" w:lineRule="auto"/>
            </w:pPr>
            <w:r>
              <w:rPr>
                <w:b/>
                <w:color w:val="000000"/>
                <w:sz w:val="16"/>
              </w:rPr>
              <w:t xml:space="preserve">GLASBENO IZHODIŠČE / REPERTOAR: </w:t>
            </w:r>
            <w:r>
              <w:rPr>
                <w:color w:val="000000"/>
                <w:sz w:val="16"/>
              </w:rPr>
              <w:t>rajalna glasbena igra; kontrast hitro–počasi</w:t>
            </w:r>
          </w:p>
        </w:tc>
      </w:tr>
      <w:tr w:rsidR="008D43AB" w14:paraId="1F768FFF" w14:textId="77777777">
        <w:trPr>
          <w:cantSplit/>
          <w:jc w:val="center"/>
        </w:trPr>
        <w:tc>
          <w:tcPr>
            <w:tcW w:w="14060" w:type="dxa"/>
            <w:gridSpan w:val="6"/>
            <w:tcMar>
              <w:top w:w="70" w:type="dxa"/>
              <w:left w:w="90" w:type="dxa"/>
              <w:bottom w:w="70" w:type="dxa"/>
              <w:right w:w="90" w:type="dxa"/>
            </w:tcMar>
            <w:vAlign w:val="center"/>
          </w:tcPr>
          <w:p w14:paraId="0727FF12" w14:textId="77777777" w:rsidR="008D43AB" w:rsidRDefault="008D43AB"/>
          <w:p w14:paraId="24710917" w14:textId="77777777" w:rsidR="008D43AB" w:rsidRDefault="00000000">
            <w:pPr>
              <w:spacing w:line="245" w:lineRule="auto"/>
            </w:pPr>
            <w:r>
              <w:rPr>
                <w:b/>
                <w:color w:val="000000"/>
                <w:sz w:val="16"/>
              </w:rPr>
              <w:t xml:space="preserve">UČNE ENOTE: </w:t>
            </w:r>
            <w:r>
              <w:rPr>
                <w:color w:val="000000"/>
                <w:sz w:val="16"/>
              </w:rPr>
              <w:t>1. ura – Glasbena Igra – Ustvarim in nastopim</w:t>
            </w:r>
          </w:p>
        </w:tc>
      </w:tr>
      <w:tr w:rsidR="008D43AB" w14:paraId="645E1E55" w14:textId="77777777">
        <w:trPr>
          <w:cantSplit/>
          <w:jc w:val="center"/>
        </w:trPr>
        <w:tc>
          <w:tcPr>
            <w:tcW w:w="14060" w:type="dxa"/>
            <w:gridSpan w:val="6"/>
            <w:tcMar>
              <w:top w:w="70" w:type="dxa"/>
              <w:left w:w="90" w:type="dxa"/>
              <w:bottom w:w="70" w:type="dxa"/>
              <w:right w:w="90" w:type="dxa"/>
            </w:tcMar>
            <w:vAlign w:val="center"/>
          </w:tcPr>
          <w:p w14:paraId="227EFEE8" w14:textId="77777777" w:rsidR="008D43AB" w:rsidRDefault="008D43AB"/>
          <w:p w14:paraId="7D05D8E1"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2A0DD3A9" w14:textId="77777777">
        <w:trPr>
          <w:cantSplit/>
          <w:jc w:val="center"/>
        </w:trPr>
        <w:tc>
          <w:tcPr>
            <w:tcW w:w="14060" w:type="dxa"/>
            <w:gridSpan w:val="6"/>
            <w:tcMar>
              <w:top w:w="70" w:type="dxa"/>
              <w:left w:w="90" w:type="dxa"/>
              <w:bottom w:w="70" w:type="dxa"/>
              <w:right w:w="90" w:type="dxa"/>
            </w:tcMar>
            <w:vAlign w:val="center"/>
          </w:tcPr>
          <w:p w14:paraId="09BE809E" w14:textId="77777777" w:rsidR="008D43AB" w:rsidRDefault="008D43AB"/>
          <w:p w14:paraId="6C58E9CA"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66688C5F" w14:textId="77777777">
        <w:trPr>
          <w:cantSplit/>
          <w:jc w:val="center"/>
        </w:trPr>
        <w:tc>
          <w:tcPr>
            <w:tcW w:w="14060" w:type="dxa"/>
            <w:gridSpan w:val="6"/>
            <w:tcMar>
              <w:top w:w="70" w:type="dxa"/>
              <w:left w:w="90" w:type="dxa"/>
              <w:bottom w:w="70" w:type="dxa"/>
              <w:right w:w="90" w:type="dxa"/>
            </w:tcMar>
            <w:vAlign w:val="center"/>
          </w:tcPr>
          <w:p w14:paraId="6F7DB5CF" w14:textId="77777777" w:rsidR="008D43AB" w:rsidRDefault="008D43AB"/>
          <w:p w14:paraId="44B4C7FA"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74F648A" w14:textId="77777777">
        <w:trPr>
          <w:cantSplit/>
          <w:jc w:val="center"/>
        </w:trPr>
        <w:tc>
          <w:tcPr>
            <w:tcW w:w="14060" w:type="dxa"/>
            <w:gridSpan w:val="6"/>
            <w:tcMar>
              <w:top w:w="70" w:type="dxa"/>
              <w:left w:w="90" w:type="dxa"/>
              <w:bottom w:w="70" w:type="dxa"/>
              <w:right w:w="90" w:type="dxa"/>
            </w:tcMar>
            <w:vAlign w:val="center"/>
          </w:tcPr>
          <w:p w14:paraId="53DE0E73" w14:textId="77777777" w:rsidR="008D43AB" w:rsidRDefault="008D43AB"/>
          <w:p w14:paraId="08DD27E0" w14:textId="77777777" w:rsidR="008D43AB" w:rsidRDefault="00000000">
            <w:pPr>
              <w:spacing w:line="245" w:lineRule="auto"/>
            </w:pPr>
            <w:r>
              <w:rPr>
                <w:b/>
                <w:color w:val="000000"/>
                <w:sz w:val="16"/>
              </w:rPr>
              <w:t xml:space="preserve">MEDPREDMETNE POVEZAVE: </w:t>
            </w:r>
            <w:r>
              <w:rPr>
                <w:color w:val="000000"/>
                <w:sz w:val="16"/>
              </w:rPr>
              <w:t>SPO – dnevna rutina, skupnost in pot po znanem okolju; SLJ – poslušanje, ritmični govor in opis doživetja; ŠPO – pulz, tempo, gibalni odziv in prostorska orientacija; LUM – simbol, barva, linija in zvočni zapis</w:t>
            </w:r>
          </w:p>
        </w:tc>
      </w:tr>
      <w:tr w:rsidR="008D43AB" w14:paraId="20C76C3E" w14:textId="77777777">
        <w:trPr>
          <w:cantSplit/>
          <w:jc w:val="center"/>
        </w:trPr>
        <w:tc>
          <w:tcPr>
            <w:tcW w:w="14060" w:type="dxa"/>
            <w:gridSpan w:val="6"/>
            <w:tcMar>
              <w:top w:w="70" w:type="dxa"/>
              <w:left w:w="90" w:type="dxa"/>
              <w:bottom w:w="70" w:type="dxa"/>
              <w:right w:w="90" w:type="dxa"/>
            </w:tcMar>
            <w:vAlign w:val="center"/>
          </w:tcPr>
          <w:p w14:paraId="2BD0C366" w14:textId="77777777" w:rsidR="008D43AB" w:rsidRDefault="008D43AB"/>
          <w:p w14:paraId="02E4DB8D"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4BED3582" w14:textId="77777777">
        <w:trPr>
          <w:cantSplit/>
          <w:jc w:val="center"/>
        </w:trPr>
        <w:tc>
          <w:tcPr>
            <w:tcW w:w="14060" w:type="dxa"/>
            <w:gridSpan w:val="6"/>
            <w:tcMar>
              <w:top w:w="70" w:type="dxa"/>
              <w:left w:w="90" w:type="dxa"/>
              <w:bottom w:w="70" w:type="dxa"/>
              <w:right w:w="90" w:type="dxa"/>
            </w:tcMar>
            <w:vAlign w:val="center"/>
          </w:tcPr>
          <w:p w14:paraId="1D904CF6" w14:textId="77777777" w:rsidR="008D43AB" w:rsidRDefault="008D43AB"/>
          <w:p w14:paraId="43E539F5"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26C0C9E" w14:textId="77777777">
        <w:trPr>
          <w:cantSplit/>
          <w:jc w:val="center"/>
        </w:trPr>
        <w:tc>
          <w:tcPr>
            <w:tcW w:w="14060" w:type="dxa"/>
            <w:gridSpan w:val="6"/>
            <w:tcMar>
              <w:top w:w="70" w:type="dxa"/>
              <w:left w:w="90" w:type="dxa"/>
              <w:bottom w:w="70" w:type="dxa"/>
              <w:right w:w="90" w:type="dxa"/>
            </w:tcMar>
            <w:vAlign w:val="center"/>
          </w:tcPr>
          <w:p w14:paraId="662A9D55" w14:textId="77777777" w:rsidR="008D43AB" w:rsidRDefault="008D43AB"/>
          <w:p w14:paraId="0BE2AF4E" w14:textId="77777777" w:rsidR="008D43AB" w:rsidRDefault="00000000">
            <w:pPr>
              <w:spacing w:line="245" w:lineRule="auto"/>
            </w:pPr>
            <w:r>
              <w:rPr>
                <w:b/>
                <w:color w:val="000000"/>
                <w:sz w:val="16"/>
              </w:rPr>
              <w:t xml:space="preserve">OCENJEVANJE / DAN DEJAVNOSTI: </w:t>
            </w:r>
            <w:r>
              <w:rPr>
                <w:color w:val="000000"/>
                <w:sz w:val="16"/>
              </w:rPr>
              <w:t>ŠPORTNI DAN • ŠPORTNI DAN</w:t>
            </w:r>
          </w:p>
        </w:tc>
      </w:tr>
      <w:tr w:rsidR="008D43AB" w14:paraId="784AB8AA" w14:textId="77777777">
        <w:trPr>
          <w:cantSplit/>
          <w:jc w:val="center"/>
        </w:trPr>
        <w:tc>
          <w:tcPr>
            <w:tcW w:w="14060" w:type="dxa"/>
            <w:gridSpan w:val="6"/>
            <w:tcMar>
              <w:top w:w="70" w:type="dxa"/>
              <w:left w:w="90" w:type="dxa"/>
              <w:bottom w:w="70" w:type="dxa"/>
              <w:right w:w="90" w:type="dxa"/>
            </w:tcMar>
            <w:vAlign w:val="center"/>
          </w:tcPr>
          <w:p w14:paraId="562CD599" w14:textId="77777777" w:rsidR="008D43AB" w:rsidRDefault="008D43AB"/>
          <w:p w14:paraId="110B445F"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659B4EE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55400E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22E417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3934F40" w14:textId="77777777" w:rsidR="008D43AB" w:rsidRDefault="00000000">
            <w:pPr>
              <w:jc w:val="center"/>
            </w:pPr>
            <w:r>
              <w:rPr>
                <w:b/>
                <w:color w:val="000000"/>
                <w:sz w:val="20"/>
              </w:rPr>
              <w:t>UČNE DEJAVNOSTI, METODE IN FORMATIVNO SPREMLJANJE</w:t>
            </w:r>
          </w:p>
        </w:tc>
      </w:tr>
      <w:tr w:rsidR="008D43AB" w14:paraId="6F9F9F0B" w14:textId="77777777">
        <w:trPr>
          <w:tblHeader/>
          <w:jc w:val="center"/>
        </w:trPr>
        <w:tc>
          <w:tcPr>
            <w:tcW w:w="4422" w:type="dxa"/>
            <w:vMerge/>
            <w:tcMar>
              <w:top w:w="70" w:type="dxa"/>
              <w:left w:w="90" w:type="dxa"/>
              <w:bottom w:w="70" w:type="dxa"/>
              <w:right w:w="90" w:type="dxa"/>
            </w:tcMar>
            <w:vAlign w:val="center"/>
          </w:tcPr>
          <w:p w14:paraId="52B254CF" w14:textId="77777777" w:rsidR="008D43AB" w:rsidRDefault="008D43AB"/>
        </w:tc>
        <w:tc>
          <w:tcPr>
            <w:tcW w:w="7087" w:type="dxa"/>
            <w:shd w:val="clear" w:color="auto" w:fill="FFFFFF"/>
            <w:tcMar>
              <w:top w:w="70" w:type="dxa"/>
              <w:left w:w="90" w:type="dxa"/>
              <w:bottom w:w="70" w:type="dxa"/>
              <w:right w:w="90" w:type="dxa"/>
            </w:tcMar>
            <w:vAlign w:val="center"/>
          </w:tcPr>
          <w:p w14:paraId="1E6C755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DDA8C0" w14:textId="77777777" w:rsidR="008D43AB" w:rsidRDefault="00000000">
            <w:pPr>
              <w:jc w:val="center"/>
            </w:pPr>
            <w:r>
              <w:rPr>
                <w:b/>
                <w:color w:val="000000"/>
              </w:rPr>
              <w:t>UČENEC</w:t>
            </w:r>
          </w:p>
        </w:tc>
      </w:tr>
      <w:tr w:rsidR="008D43AB" w14:paraId="60421B60" w14:textId="77777777">
        <w:trPr>
          <w:jc w:val="center"/>
        </w:trPr>
        <w:tc>
          <w:tcPr>
            <w:tcW w:w="4422" w:type="dxa"/>
            <w:tcMar>
              <w:top w:w="70" w:type="dxa"/>
              <w:left w:w="90" w:type="dxa"/>
              <w:bottom w:w="70" w:type="dxa"/>
              <w:right w:w="90" w:type="dxa"/>
            </w:tcMar>
          </w:tcPr>
          <w:p w14:paraId="59A56C45" w14:textId="77777777" w:rsidR="008D43AB" w:rsidRDefault="008D43AB"/>
          <w:p w14:paraId="3A3775E6" w14:textId="77777777" w:rsidR="008D43AB" w:rsidRDefault="00000000">
            <w:pPr>
              <w:spacing w:after="60" w:line="245" w:lineRule="auto"/>
            </w:pPr>
            <w:r>
              <w:rPr>
                <w:b/>
                <w:color w:val="000000"/>
              </w:rPr>
              <w:t>UČNI CILJI</w:t>
            </w:r>
          </w:p>
          <w:p w14:paraId="7CB2C26E" w14:textId="77777777" w:rsidR="008D43AB" w:rsidRDefault="00000000">
            <w:pPr>
              <w:spacing w:after="20" w:line="245" w:lineRule="auto"/>
            </w:pPr>
            <w:r>
              <w:rPr>
                <w:b/>
                <w:color w:val="000000"/>
                <w:sz w:val="17"/>
              </w:rPr>
              <w:t>SPLOŠNI</w:t>
            </w:r>
          </w:p>
          <w:p w14:paraId="70D9F9E8"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75553489" w14:textId="77777777" w:rsidR="008D43AB" w:rsidRDefault="00000000">
            <w:pPr>
              <w:pStyle w:val="Oznaenseznam"/>
              <w:spacing w:after="16"/>
            </w:pPr>
            <w:r>
              <w:rPr>
                <w:color w:val="000000"/>
                <w:sz w:val="16"/>
              </w:rPr>
              <w:t>poje, ritmično govori ter uporablja telo, glasbila in predmete kot zvočne vire</w:t>
            </w:r>
          </w:p>
          <w:p w14:paraId="60CD6454" w14:textId="77777777" w:rsidR="008D43AB" w:rsidRDefault="00000000">
            <w:pPr>
              <w:pStyle w:val="Oznaenseznam"/>
              <w:spacing w:after="16"/>
            </w:pPr>
            <w:r>
              <w:rPr>
                <w:color w:val="000000"/>
                <w:sz w:val="16"/>
              </w:rPr>
              <w:t>razlikuje izbrane lastnosti zvoka in glasbe ter varuje sluh in odgovorno uporablja glasbila</w:t>
            </w:r>
          </w:p>
          <w:p w14:paraId="428ECE65"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B90D766" w14:textId="77777777" w:rsidR="008D43AB" w:rsidRDefault="00000000">
            <w:pPr>
              <w:spacing w:before="40" w:after="20" w:line="245" w:lineRule="auto"/>
            </w:pPr>
            <w:r>
              <w:rPr>
                <w:b/>
                <w:color w:val="000000"/>
                <w:sz w:val="17"/>
              </w:rPr>
              <w:t>OPERATIVNI</w:t>
            </w:r>
          </w:p>
          <w:p w14:paraId="7EA454AB" w14:textId="77777777" w:rsidR="008D43AB" w:rsidRDefault="00000000">
            <w:pPr>
              <w:pStyle w:val="Oznaenseznam"/>
              <w:spacing w:after="16"/>
            </w:pPr>
            <w:r>
              <w:rPr>
                <w:color w:val="000000"/>
                <w:sz w:val="16"/>
              </w:rPr>
              <w:t>razlikuje hitro in počasi</w:t>
            </w:r>
          </w:p>
          <w:p w14:paraId="015124A1" w14:textId="77777777" w:rsidR="008D43AB" w:rsidRDefault="00000000">
            <w:pPr>
              <w:pStyle w:val="Oznaenseznam"/>
              <w:spacing w:after="16"/>
            </w:pPr>
            <w:r>
              <w:rPr>
                <w:color w:val="000000"/>
                <w:sz w:val="16"/>
              </w:rPr>
              <w:t>ustvari kratek zvočni odziv</w:t>
            </w:r>
          </w:p>
          <w:p w14:paraId="20F6D562" w14:textId="77777777" w:rsidR="008D43AB" w:rsidRDefault="00000000">
            <w:pPr>
              <w:pStyle w:val="Oznaenseznam"/>
              <w:spacing w:after="16"/>
            </w:pPr>
            <w:r>
              <w:rPr>
                <w:color w:val="000000"/>
                <w:sz w:val="16"/>
              </w:rPr>
              <w:t>posluša nastop drugih</w:t>
            </w:r>
          </w:p>
          <w:p w14:paraId="3864E07A" w14:textId="77777777" w:rsidR="008D43AB" w:rsidRDefault="00000000">
            <w:pPr>
              <w:spacing w:before="40" w:after="20" w:line="245" w:lineRule="auto"/>
            </w:pPr>
            <w:r>
              <w:rPr>
                <w:b/>
                <w:color w:val="000000"/>
                <w:sz w:val="17"/>
              </w:rPr>
              <w:t>PRIČAKOVANI DOSEŽKI / MINIMALNI POUDARKI</w:t>
            </w:r>
          </w:p>
          <w:p w14:paraId="11047F6D" w14:textId="77777777" w:rsidR="008D43AB" w:rsidRDefault="00000000">
            <w:pPr>
              <w:pStyle w:val="Oznaenseznam"/>
              <w:spacing w:after="16"/>
            </w:pPr>
            <w:r>
              <w:rPr>
                <w:color w:val="000000"/>
                <w:sz w:val="15"/>
              </w:rPr>
              <w:t>samostojno oziroma z dogovorjeno oporo razlikuje hitro in počasi</w:t>
            </w:r>
          </w:p>
          <w:p w14:paraId="74994552" w14:textId="77777777" w:rsidR="008D43AB" w:rsidRDefault="00000000">
            <w:pPr>
              <w:pStyle w:val="Oznaenseznam"/>
              <w:spacing w:after="16"/>
            </w:pPr>
            <w:r>
              <w:rPr>
                <w:color w:val="000000"/>
                <w:sz w:val="15"/>
              </w:rPr>
              <w:t>samostojno oziroma z dogovorjeno oporo ustvari kratek zvočni odziv</w:t>
            </w:r>
          </w:p>
          <w:p w14:paraId="37055AFE" w14:textId="77777777" w:rsidR="008D43AB" w:rsidRDefault="00000000">
            <w:pPr>
              <w:pStyle w:val="Oznaenseznam"/>
              <w:spacing w:after="16"/>
            </w:pPr>
            <w:r>
              <w:rPr>
                <w:color w:val="000000"/>
                <w:sz w:val="15"/>
              </w:rPr>
              <w:t>samostojno oziroma z dogovorjeno oporo posluša nastop drugih</w:t>
            </w:r>
          </w:p>
        </w:tc>
        <w:tc>
          <w:tcPr>
            <w:tcW w:w="7087" w:type="dxa"/>
            <w:tcMar>
              <w:top w:w="70" w:type="dxa"/>
              <w:left w:w="90" w:type="dxa"/>
              <w:bottom w:w="70" w:type="dxa"/>
              <w:right w:w="90" w:type="dxa"/>
            </w:tcMar>
          </w:tcPr>
          <w:p w14:paraId="63809405"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DFEDC73" w14:textId="77777777">
              <w:trPr>
                <w:jc w:val="center"/>
              </w:trPr>
              <w:tc>
                <w:tcPr>
                  <w:tcW w:w="7087" w:type="dxa"/>
                  <w:shd w:val="clear" w:color="auto" w:fill="C6E7F3"/>
                  <w:tcMar>
                    <w:top w:w="45" w:type="dxa"/>
                    <w:left w:w="70" w:type="dxa"/>
                    <w:bottom w:w="45" w:type="dxa"/>
                    <w:right w:w="70" w:type="dxa"/>
                  </w:tcMar>
                </w:tcPr>
                <w:p w14:paraId="56BB642C" w14:textId="77777777" w:rsidR="008D43AB" w:rsidRDefault="00000000">
                  <w:pPr>
                    <w:keepNext/>
                  </w:pPr>
                  <w:r>
                    <w:rPr>
                      <w:b/>
                      <w:color w:val="000000"/>
                    </w:rPr>
                    <w:t>UVODNI DEL – zvočna motivacija, aktivacija predznanja in namen učenja (8–12 min)</w:t>
                  </w:r>
                </w:p>
              </w:tc>
            </w:tr>
          </w:tbl>
          <w:p w14:paraId="655C1A44" w14:textId="77777777" w:rsidR="008D43AB" w:rsidRDefault="008D43AB">
            <w:pPr>
              <w:spacing w:line="20" w:lineRule="exact"/>
            </w:pPr>
          </w:p>
          <w:p w14:paraId="19689186" w14:textId="77777777" w:rsidR="008D43AB" w:rsidRDefault="00000000">
            <w:pPr>
              <w:spacing w:before="40" w:after="60" w:line="245" w:lineRule="auto"/>
            </w:pPr>
            <w:r>
              <w:rPr>
                <w:color w:val="000000"/>
                <w:sz w:val="16"/>
              </w:rPr>
              <w:t>Učenci ob motivu »Maček Muri« – Kajetan Kovič vstopijo v temo dnevna rutina, skupnost in pot po znanem okolju. Najprej v tišini poslušajo kratek zvočni odlomek ali učiteljičino izvedbo (rajalna glasbena igra; kontrast hitro–počasi),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2C89C666" w14:textId="77777777">
              <w:trPr>
                <w:jc w:val="center"/>
              </w:trPr>
              <w:tc>
                <w:tcPr>
                  <w:tcW w:w="7087" w:type="dxa"/>
                  <w:shd w:val="clear" w:color="auto" w:fill="EDC9EA"/>
                  <w:tcMar>
                    <w:top w:w="45" w:type="dxa"/>
                    <w:left w:w="70" w:type="dxa"/>
                    <w:bottom w:w="45" w:type="dxa"/>
                    <w:right w:w="70" w:type="dxa"/>
                  </w:tcMar>
                </w:tcPr>
                <w:p w14:paraId="5BA38DF5" w14:textId="77777777" w:rsidR="008D43AB" w:rsidRDefault="00000000">
                  <w:pPr>
                    <w:keepNext/>
                  </w:pPr>
                  <w:r>
                    <w:rPr>
                      <w:b/>
                      <w:color w:val="000000"/>
                    </w:rPr>
                    <w:t>NAMENI UČENJA</w:t>
                  </w:r>
                </w:p>
              </w:tc>
            </w:tr>
          </w:tbl>
          <w:p w14:paraId="3C8CFB17" w14:textId="77777777" w:rsidR="008D43AB" w:rsidRDefault="008D43AB">
            <w:pPr>
              <w:spacing w:line="20" w:lineRule="exact"/>
            </w:pPr>
          </w:p>
          <w:p w14:paraId="07897880"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3FE0837E" w14:textId="77777777" w:rsidR="008D43AB" w:rsidRDefault="00000000">
            <w:pPr>
              <w:pStyle w:val="Oznaenseznam"/>
              <w:spacing w:after="16"/>
            </w:pPr>
            <w:r>
              <w:rPr>
                <w:color w:val="000000"/>
                <w:sz w:val="16"/>
              </w:rPr>
              <w:t>razlikujem hitro in počasi</w:t>
            </w:r>
          </w:p>
          <w:p w14:paraId="23214D12" w14:textId="77777777" w:rsidR="008D43AB" w:rsidRDefault="00000000">
            <w:pPr>
              <w:pStyle w:val="Oznaenseznam"/>
              <w:spacing w:after="16"/>
            </w:pPr>
            <w:r>
              <w:rPr>
                <w:color w:val="000000"/>
                <w:sz w:val="16"/>
              </w:rPr>
              <w:t>ustvarim kratek zvočni odziv</w:t>
            </w:r>
          </w:p>
          <w:p w14:paraId="4F966C47" w14:textId="77777777" w:rsidR="008D43AB" w:rsidRDefault="00000000">
            <w:pPr>
              <w:pStyle w:val="Oznaenseznam"/>
              <w:spacing w:after="16"/>
            </w:pPr>
            <w:r>
              <w:rPr>
                <w:color w:val="000000"/>
                <w:sz w:val="16"/>
              </w:rPr>
              <w:t>poslušam nastop drugih</w:t>
            </w:r>
          </w:p>
          <w:tbl>
            <w:tblPr>
              <w:tblStyle w:val="Tabelamrea"/>
              <w:tblW w:w="0" w:type="auto"/>
              <w:jc w:val="center"/>
              <w:tblLayout w:type="fixed"/>
              <w:tblLook w:val="04A0" w:firstRow="1" w:lastRow="0" w:firstColumn="1" w:lastColumn="0" w:noHBand="0" w:noVBand="1"/>
            </w:tblPr>
            <w:tblGrid>
              <w:gridCol w:w="7087"/>
            </w:tblGrid>
            <w:tr w:rsidR="008D43AB" w14:paraId="0DB651AA" w14:textId="77777777">
              <w:trPr>
                <w:jc w:val="center"/>
              </w:trPr>
              <w:tc>
                <w:tcPr>
                  <w:tcW w:w="7087" w:type="dxa"/>
                  <w:shd w:val="clear" w:color="auto" w:fill="EDC9EA"/>
                  <w:tcMar>
                    <w:top w:w="45" w:type="dxa"/>
                    <w:left w:w="70" w:type="dxa"/>
                    <w:bottom w:w="45" w:type="dxa"/>
                    <w:right w:w="70" w:type="dxa"/>
                  </w:tcMar>
                </w:tcPr>
                <w:p w14:paraId="58C4B73C" w14:textId="77777777" w:rsidR="008D43AB" w:rsidRDefault="00000000">
                  <w:pPr>
                    <w:keepNext/>
                  </w:pPr>
                  <w:r>
                    <w:rPr>
                      <w:b/>
                      <w:color w:val="000000"/>
                    </w:rPr>
                    <w:t>PREVERJANJE PREDZNANJA</w:t>
                  </w:r>
                </w:p>
              </w:tc>
            </w:tr>
          </w:tbl>
          <w:p w14:paraId="2667AA92" w14:textId="77777777" w:rsidR="008D43AB" w:rsidRDefault="008D43AB">
            <w:pPr>
              <w:spacing w:line="20" w:lineRule="exact"/>
            </w:pPr>
          </w:p>
          <w:p w14:paraId="72076546" w14:textId="77777777" w:rsidR="008D43AB" w:rsidRDefault="00000000">
            <w:pPr>
              <w:pStyle w:val="Oznaenseznam"/>
              <w:spacing w:after="16"/>
            </w:pPr>
            <w:r>
              <w:rPr>
                <w:color w:val="000000"/>
                <w:sz w:val="16"/>
              </w:rPr>
              <w:t>Kaj mi zvok, naslov, slika ali motiv pove o temi dnevna rutina, skupnost in pot po znanem okolju?</w:t>
            </w:r>
          </w:p>
          <w:p w14:paraId="20C51E26" w14:textId="77777777" w:rsidR="008D43AB" w:rsidRDefault="00000000">
            <w:pPr>
              <w:pStyle w:val="Oznaenseznam"/>
              <w:spacing w:after="16"/>
            </w:pPr>
            <w:r>
              <w:rPr>
                <w:color w:val="000000"/>
                <w:sz w:val="16"/>
              </w:rPr>
              <w:t>Kako lahko s poslušanjem, glasom, telesom, glasbilom ali simbolom pokažem, kaj že znam pri temi »GLASBENA IGRA«?</w:t>
            </w:r>
          </w:p>
          <w:p w14:paraId="45226B0D"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26AD320C" w14:textId="77777777">
              <w:trPr>
                <w:jc w:val="center"/>
              </w:trPr>
              <w:tc>
                <w:tcPr>
                  <w:tcW w:w="7087" w:type="dxa"/>
                  <w:shd w:val="clear" w:color="auto" w:fill="EDC9EA"/>
                  <w:tcMar>
                    <w:top w:w="45" w:type="dxa"/>
                    <w:left w:w="70" w:type="dxa"/>
                    <w:bottom w:w="45" w:type="dxa"/>
                    <w:right w:w="70" w:type="dxa"/>
                  </w:tcMar>
                </w:tcPr>
                <w:p w14:paraId="5471A3FE" w14:textId="77777777" w:rsidR="008D43AB" w:rsidRDefault="00000000">
                  <w:pPr>
                    <w:keepNext/>
                  </w:pPr>
                  <w:r>
                    <w:rPr>
                      <w:b/>
                      <w:color w:val="000000"/>
                    </w:rPr>
                    <w:t>KRITERIJI USPEŠNOSTI</w:t>
                  </w:r>
                </w:p>
              </w:tc>
            </w:tr>
          </w:tbl>
          <w:p w14:paraId="5D65C9FA" w14:textId="77777777" w:rsidR="008D43AB" w:rsidRDefault="008D43AB"/>
          <w:p w14:paraId="250270EF" w14:textId="77777777" w:rsidR="008D43AB" w:rsidRDefault="00000000">
            <w:pPr>
              <w:spacing w:before="20" w:after="20" w:line="245" w:lineRule="auto"/>
            </w:pPr>
            <w:r>
              <w:rPr>
                <w:b/>
                <w:color w:val="000000"/>
                <w:sz w:val="16"/>
              </w:rPr>
              <w:t>Uspešen/-na bom, ko:</w:t>
            </w:r>
          </w:p>
          <w:p w14:paraId="69B356FD" w14:textId="77777777" w:rsidR="008D43AB" w:rsidRDefault="00000000">
            <w:pPr>
              <w:pStyle w:val="Oznaenseznam"/>
              <w:spacing w:after="16"/>
            </w:pPr>
            <w:r>
              <w:rPr>
                <w:color w:val="000000"/>
                <w:sz w:val="16"/>
              </w:rPr>
              <w:t>razlikujem hitro in počasi</w:t>
            </w:r>
          </w:p>
          <w:p w14:paraId="201D23C5" w14:textId="77777777" w:rsidR="008D43AB" w:rsidRDefault="00000000">
            <w:pPr>
              <w:pStyle w:val="Oznaenseznam"/>
              <w:spacing w:after="16"/>
            </w:pPr>
            <w:r>
              <w:rPr>
                <w:color w:val="000000"/>
                <w:sz w:val="16"/>
              </w:rPr>
              <w:t>ustvarim kratek zvočni odziv</w:t>
            </w:r>
          </w:p>
          <w:p w14:paraId="18F1F9B6" w14:textId="77777777" w:rsidR="008D43AB" w:rsidRDefault="00000000">
            <w:pPr>
              <w:pStyle w:val="Oznaenseznam"/>
              <w:spacing w:after="16"/>
            </w:pPr>
            <w:r>
              <w:rPr>
                <w:color w:val="000000"/>
                <w:sz w:val="16"/>
              </w:rPr>
              <w:t>poslušam nastop drugih</w:t>
            </w:r>
          </w:p>
          <w:p w14:paraId="160576FD" w14:textId="77777777" w:rsidR="008D43AB" w:rsidRDefault="00000000">
            <w:pPr>
              <w:pStyle w:val="Oznaenseznam"/>
              <w:spacing w:after="16"/>
            </w:pPr>
            <w:r>
              <w:rPr>
                <w:color w:val="000000"/>
                <w:sz w:val="16"/>
              </w:rPr>
              <w:t>upoštevam dogovorjeni začetek, konec, znak za tišino in varno glasnost</w:t>
            </w:r>
          </w:p>
          <w:p w14:paraId="6AB28067"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5CF4EDF8" w14:textId="77777777" w:rsidR="008D43AB" w:rsidRDefault="008D43AB"/>
          <w:p w14:paraId="3B5A3B48"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FA0FA1F" w14:textId="77777777" w:rsidR="008D43AB" w:rsidRDefault="00000000">
            <w:pPr>
              <w:spacing w:after="80" w:line="245" w:lineRule="auto"/>
            </w:pPr>
            <w:r>
              <w:rPr>
                <w:color w:val="000000"/>
                <w:sz w:val="16"/>
              </w:rPr>
              <w:t>Pove ali pokaže, kaj že zna in katero glasbeno strategijo bi uporabil.</w:t>
            </w:r>
          </w:p>
          <w:p w14:paraId="2DA83D3F" w14:textId="77777777" w:rsidR="008D43AB" w:rsidRDefault="00000000">
            <w:pPr>
              <w:spacing w:after="100" w:line="245" w:lineRule="auto"/>
            </w:pPr>
            <w:r>
              <w:rPr>
                <w:color w:val="000000"/>
                <w:sz w:val="16"/>
              </w:rPr>
              <w:t>Sodeluje pri razumevanju namenov, meril uspešnosti, varne glasnosti in načina dokazovanja.</w:t>
            </w:r>
          </w:p>
          <w:p w14:paraId="2A426664" w14:textId="77777777" w:rsidR="008D43AB" w:rsidRDefault="00000000">
            <w:pPr>
              <w:spacing w:after="20" w:line="245" w:lineRule="auto"/>
            </w:pPr>
            <w:r>
              <w:rPr>
                <w:b/>
                <w:color w:val="D95BC6"/>
                <w:sz w:val="17"/>
              </w:rPr>
              <w:t>DOKAZ O UČENJU</w:t>
            </w:r>
          </w:p>
          <w:p w14:paraId="505ECF43"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63210A2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D8BD9E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58EDFD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2F2ADA" w14:textId="77777777" w:rsidR="008D43AB" w:rsidRDefault="00000000">
            <w:pPr>
              <w:jc w:val="center"/>
            </w:pPr>
            <w:r>
              <w:rPr>
                <w:b/>
                <w:color w:val="000000"/>
                <w:sz w:val="20"/>
              </w:rPr>
              <w:t>UČNE DEJAVNOSTI, METODE IN FORMATIVNO SPREMLJANJE</w:t>
            </w:r>
          </w:p>
        </w:tc>
      </w:tr>
      <w:tr w:rsidR="008D43AB" w14:paraId="307A6D09" w14:textId="77777777">
        <w:trPr>
          <w:tblHeader/>
          <w:jc w:val="center"/>
        </w:trPr>
        <w:tc>
          <w:tcPr>
            <w:tcW w:w="4422" w:type="dxa"/>
            <w:vMerge/>
            <w:tcMar>
              <w:top w:w="70" w:type="dxa"/>
              <w:left w:w="90" w:type="dxa"/>
              <w:bottom w:w="70" w:type="dxa"/>
              <w:right w:w="90" w:type="dxa"/>
            </w:tcMar>
            <w:vAlign w:val="center"/>
          </w:tcPr>
          <w:p w14:paraId="4933D55A" w14:textId="77777777" w:rsidR="008D43AB" w:rsidRDefault="008D43AB"/>
        </w:tc>
        <w:tc>
          <w:tcPr>
            <w:tcW w:w="7087" w:type="dxa"/>
            <w:shd w:val="clear" w:color="auto" w:fill="FFFFFF"/>
            <w:tcMar>
              <w:top w:w="70" w:type="dxa"/>
              <w:left w:w="90" w:type="dxa"/>
              <w:bottom w:w="70" w:type="dxa"/>
              <w:right w:w="90" w:type="dxa"/>
            </w:tcMar>
            <w:vAlign w:val="center"/>
          </w:tcPr>
          <w:p w14:paraId="648CB46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4F119E1" w14:textId="77777777" w:rsidR="008D43AB" w:rsidRDefault="00000000">
            <w:pPr>
              <w:jc w:val="center"/>
            </w:pPr>
            <w:r>
              <w:rPr>
                <w:b/>
                <w:color w:val="000000"/>
              </w:rPr>
              <w:t>UČENEC</w:t>
            </w:r>
          </w:p>
        </w:tc>
      </w:tr>
      <w:tr w:rsidR="008D43AB" w14:paraId="01443569" w14:textId="77777777">
        <w:trPr>
          <w:jc w:val="center"/>
        </w:trPr>
        <w:tc>
          <w:tcPr>
            <w:tcW w:w="4422" w:type="dxa"/>
            <w:tcMar>
              <w:top w:w="70" w:type="dxa"/>
              <w:left w:w="90" w:type="dxa"/>
              <w:bottom w:w="70" w:type="dxa"/>
              <w:right w:w="90" w:type="dxa"/>
            </w:tcMar>
          </w:tcPr>
          <w:p w14:paraId="63B5B0C2" w14:textId="77777777" w:rsidR="008D43AB" w:rsidRDefault="008D43AB"/>
          <w:p w14:paraId="4C4AEF0C" w14:textId="77777777" w:rsidR="008D43AB" w:rsidRDefault="00000000">
            <w:pPr>
              <w:spacing w:after="40" w:line="245" w:lineRule="auto"/>
            </w:pPr>
            <w:r>
              <w:rPr>
                <w:b/>
                <w:color w:val="000000"/>
              </w:rPr>
              <w:t>KLJUČNI GLASBENI POJMI</w:t>
            </w:r>
          </w:p>
          <w:p w14:paraId="71C180C3" w14:textId="77777777" w:rsidR="008D43AB" w:rsidRDefault="00000000">
            <w:pPr>
              <w:spacing w:after="60" w:line="245" w:lineRule="auto"/>
            </w:pPr>
            <w:r>
              <w:rPr>
                <w:color w:val="000000"/>
                <w:sz w:val="15"/>
              </w:rPr>
              <w:t>poslušanje, zvok, tišina, izvedba, glasbeni znak, dokaz, povratna informacija, pulz, ritem, tempo, ponavljanje, začetek, konec</w:t>
            </w:r>
          </w:p>
          <w:p w14:paraId="2775BE24" w14:textId="77777777" w:rsidR="008D43AB" w:rsidRDefault="00000000">
            <w:pPr>
              <w:spacing w:after="20" w:line="245" w:lineRule="auto"/>
            </w:pPr>
            <w:r>
              <w:rPr>
                <w:b/>
                <w:color w:val="000000"/>
                <w:sz w:val="17"/>
              </w:rPr>
              <w:t>DOKAZI O UČENJU</w:t>
            </w:r>
          </w:p>
          <w:p w14:paraId="6B0C23F2" w14:textId="77777777" w:rsidR="008D43AB" w:rsidRDefault="00000000">
            <w:pPr>
              <w:pStyle w:val="Oznaenseznam"/>
              <w:spacing w:after="9"/>
            </w:pPr>
            <w:r>
              <w:rPr>
                <w:color w:val="000000"/>
                <w:sz w:val="15"/>
              </w:rPr>
              <w:t>slikovni zvočni zapis, skupinska izvedba/posnetek in vrstniška opisna povratna informacija.</w:t>
            </w:r>
          </w:p>
          <w:p w14:paraId="4BCBF5F2" w14:textId="77777777" w:rsidR="008D43AB" w:rsidRDefault="00000000">
            <w:pPr>
              <w:spacing w:before="40" w:after="20" w:line="245" w:lineRule="auto"/>
            </w:pPr>
            <w:r>
              <w:rPr>
                <w:b/>
                <w:color w:val="000000"/>
                <w:sz w:val="17"/>
              </w:rPr>
              <w:t>GLASBENO DOŽIVETJE IN IZKUŠENJSKI POUK</w:t>
            </w:r>
          </w:p>
          <w:p w14:paraId="6AA728A4"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29CF12B7" w14:textId="77777777" w:rsidR="008D43AB" w:rsidRDefault="00000000">
            <w:pPr>
              <w:spacing w:after="20" w:line="245" w:lineRule="auto"/>
            </w:pPr>
            <w:r>
              <w:rPr>
                <w:b/>
                <w:color w:val="000000"/>
                <w:sz w:val="17"/>
              </w:rPr>
              <w:t>POUČEVANJE V GIBANJU</w:t>
            </w:r>
          </w:p>
          <w:p w14:paraId="080DC8FB"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3E3F823" w14:textId="77777777" w:rsidR="008D43AB" w:rsidRDefault="00000000">
            <w:pPr>
              <w:spacing w:after="20" w:line="245" w:lineRule="auto"/>
            </w:pPr>
            <w:r>
              <w:rPr>
                <w:b/>
                <w:color w:val="000000"/>
                <w:sz w:val="17"/>
              </w:rPr>
              <w:t>DELO PO POSTAJAH</w:t>
            </w:r>
          </w:p>
          <w:p w14:paraId="2BB31DF9"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1191A955" w14:textId="77777777" w:rsidR="008D43AB" w:rsidRDefault="00000000">
            <w:pPr>
              <w:spacing w:after="10" w:line="245" w:lineRule="auto"/>
            </w:pPr>
            <w:r>
              <w:rPr>
                <w:color w:val="000000"/>
                <w:sz w:val="15"/>
              </w:rPr>
              <w:t>1. Pulz in odmev: poslušam, ponovim in ohranim enakomeren utrip s ploskom, korakom ali glasom.</w:t>
            </w:r>
          </w:p>
          <w:p w14:paraId="1C19ED7C" w14:textId="77777777" w:rsidR="008D43AB" w:rsidRDefault="00000000">
            <w:pPr>
              <w:spacing w:after="10" w:line="245" w:lineRule="auto"/>
            </w:pPr>
            <w:r>
              <w:rPr>
                <w:color w:val="000000"/>
                <w:sz w:val="15"/>
              </w:rPr>
              <w:t>2. Gibalna pot: tempo in ritem pokažem s hojo, spremembo smeri, zamrznitvijo in telesnimi glasbili.</w:t>
            </w:r>
          </w:p>
          <w:p w14:paraId="29B86C17" w14:textId="77777777" w:rsidR="008D43AB" w:rsidRDefault="00000000">
            <w:pPr>
              <w:spacing w:after="10" w:line="245" w:lineRule="auto"/>
            </w:pPr>
            <w:r>
              <w:rPr>
                <w:color w:val="000000"/>
                <w:sz w:val="15"/>
              </w:rPr>
              <w:t>3. Instrumentalna: motiv izvedem z malim ritmičnim ali Orffovim glasbilom ter upoštevam dirigentski znak.</w:t>
            </w:r>
          </w:p>
          <w:p w14:paraId="2317711E" w14:textId="77777777" w:rsidR="008D43AB" w:rsidRDefault="00000000">
            <w:pPr>
              <w:spacing w:after="10" w:line="245" w:lineRule="auto"/>
            </w:pPr>
            <w:r>
              <w:rPr>
                <w:color w:val="000000"/>
                <w:sz w:val="15"/>
              </w:rPr>
              <w:t>4. Ustvarjalno-zapisna: iz kartic sestavim ritem, ga izvedem, prejmem povratno informacijo in izboljšam.</w:t>
            </w:r>
          </w:p>
          <w:p w14:paraId="555B5FAB" w14:textId="77777777" w:rsidR="008D43AB" w:rsidRDefault="00000000">
            <w:pPr>
              <w:spacing w:after="20" w:line="245" w:lineRule="auto"/>
            </w:pPr>
            <w:r>
              <w:rPr>
                <w:b/>
                <w:color w:val="000000"/>
                <w:sz w:val="17"/>
              </w:rPr>
              <w:t>DIFERENCIACIJA IN VKLJUČEVANJE</w:t>
            </w:r>
          </w:p>
          <w:p w14:paraId="2D71FFCF"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096F7621" w14:textId="77777777" w:rsidR="008D43AB" w:rsidRDefault="00000000">
            <w:pPr>
              <w:spacing w:after="20" w:line="245" w:lineRule="auto"/>
            </w:pPr>
            <w:r>
              <w:rPr>
                <w:b/>
                <w:color w:val="000000"/>
                <w:sz w:val="17"/>
              </w:rPr>
              <w:t>SPREMLJANJE</w:t>
            </w:r>
          </w:p>
          <w:p w14:paraId="14137FDF"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4B1D441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A09BB31" w14:textId="77777777">
              <w:trPr>
                <w:jc w:val="center"/>
              </w:trPr>
              <w:tc>
                <w:tcPr>
                  <w:tcW w:w="7087" w:type="dxa"/>
                  <w:shd w:val="clear" w:color="auto" w:fill="C6E7F3"/>
                  <w:tcMar>
                    <w:top w:w="45" w:type="dxa"/>
                    <w:left w:w="70" w:type="dxa"/>
                    <w:bottom w:w="45" w:type="dxa"/>
                    <w:right w:w="70" w:type="dxa"/>
                  </w:tcMar>
                </w:tcPr>
                <w:p w14:paraId="3CCAC58E" w14:textId="77777777" w:rsidR="008D43AB" w:rsidRDefault="00000000">
                  <w:pPr>
                    <w:keepNext/>
                  </w:pPr>
                  <w:r>
                    <w:rPr>
                      <w:b/>
                      <w:color w:val="000000"/>
                      <w:sz w:val="17"/>
                    </w:rPr>
                    <w:t>GLAVNI DEL – POSLUŠANJE, IZVAJANJE, GIBANJE IN USTVARJANJE (1 šolska ura)</w:t>
                  </w:r>
                </w:p>
              </w:tc>
            </w:tr>
          </w:tbl>
          <w:p w14:paraId="725F2223" w14:textId="77777777" w:rsidR="008D43AB" w:rsidRDefault="008D43AB">
            <w:pPr>
              <w:spacing w:line="20" w:lineRule="exact"/>
            </w:pPr>
          </w:p>
          <w:p w14:paraId="46AD82AA" w14:textId="77777777" w:rsidR="008D43AB" w:rsidRDefault="00000000">
            <w:pPr>
              <w:keepNext/>
              <w:spacing w:before="24" w:after="8" w:line="245" w:lineRule="auto"/>
            </w:pPr>
            <w:r>
              <w:rPr>
                <w:b/>
                <w:color w:val="000000"/>
                <w:sz w:val="16"/>
              </w:rPr>
              <w:t>1. URA – Glasbena Igra – Ustvarim in nastopim</w:t>
            </w:r>
          </w:p>
          <w:p w14:paraId="097A879B"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glasbena igra«; usmerja izbiro, zapis, vajo in menjavo vlog. Zaključek: 10' – Organizira nastop in odziv poslušalcev po kriterijih; posname kratek dokaz, če so soglasja urejena.</w:t>
            </w:r>
          </w:p>
          <w:p w14:paraId="3CB1029A"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6DBD97BF"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71B72A16" w14:textId="77777777">
              <w:trPr>
                <w:jc w:val="center"/>
              </w:trPr>
              <w:tc>
                <w:tcPr>
                  <w:tcW w:w="7087" w:type="dxa"/>
                  <w:shd w:val="clear" w:color="auto" w:fill="EDC9EA"/>
                  <w:tcMar>
                    <w:top w:w="45" w:type="dxa"/>
                    <w:left w:w="70" w:type="dxa"/>
                    <w:bottom w:w="45" w:type="dxa"/>
                    <w:right w:w="70" w:type="dxa"/>
                  </w:tcMar>
                </w:tcPr>
                <w:p w14:paraId="1D73775F" w14:textId="77777777" w:rsidR="008D43AB" w:rsidRDefault="00000000">
                  <w:pPr>
                    <w:keepNext/>
                  </w:pPr>
                  <w:r>
                    <w:rPr>
                      <w:b/>
                      <w:color w:val="000000"/>
                      <w:sz w:val="17"/>
                    </w:rPr>
                    <w:t>ORGANIZACIJA POSTAJ IN PREHODOV</w:t>
                  </w:r>
                </w:p>
              </w:tc>
            </w:tr>
          </w:tbl>
          <w:p w14:paraId="1AD67F23" w14:textId="77777777" w:rsidR="008D43AB" w:rsidRDefault="008D43AB"/>
          <w:p w14:paraId="31D81FFB" w14:textId="77777777" w:rsidR="008D43AB" w:rsidRDefault="00000000">
            <w:pPr>
              <w:spacing w:before="9" w:after="9" w:line="245" w:lineRule="auto"/>
            </w:pPr>
            <w:r>
              <w:rPr>
                <w:color w:val="000000"/>
                <w:sz w:val="15"/>
              </w:rPr>
              <w:t>Postaja 1: Pulz in odmev: poslušam, ponovim in ohranim enakomeren utrip s ploskom, korakom ali glasom.</w:t>
            </w:r>
          </w:p>
          <w:p w14:paraId="4B4FB7D9" w14:textId="77777777" w:rsidR="008D43AB" w:rsidRDefault="00000000">
            <w:pPr>
              <w:spacing w:before="9" w:after="9" w:line="245" w:lineRule="auto"/>
            </w:pPr>
            <w:r>
              <w:rPr>
                <w:color w:val="000000"/>
                <w:sz w:val="15"/>
              </w:rPr>
              <w:t>Postaja 2: Gibalna pot: tempo in ritem pokažem s hojo, spremembo smeri, zamrznitvijo in telesnimi glasbili.</w:t>
            </w:r>
          </w:p>
          <w:p w14:paraId="4C4CED9A" w14:textId="77777777" w:rsidR="008D43AB" w:rsidRDefault="00000000">
            <w:pPr>
              <w:spacing w:before="9" w:after="9" w:line="245" w:lineRule="auto"/>
            </w:pPr>
            <w:r>
              <w:rPr>
                <w:color w:val="000000"/>
                <w:sz w:val="15"/>
              </w:rPr>
              <w:t>Postaja 3: Instrumentalna: motiv izvedem z malim ritmičnim ali Orffovim glasbilom ter upoštevam dirigentski znak.</w:t>
            </w:r>
          </w:p>
          <w:p w14:paraId="3E440AC2" w14:textId="77777777" w:rsidR="008D43AB" w:rsidRDefault="00000000">
            <w:pPr>
              <w:spacing w:before="9" w:after="9" w:line="245" w:lineRule="auto"/>
            </w:pPr>
            <w:r>
              <w:rPr>
                <w:color w:val="000000"/>
                <w:sz w:val="15"/>
              </w:rPr>
              <w:t>Postaja 4: Ustvarjalno-zapisna: iz kartic sestavim ritem, ga izvedem, prejmem povratno informacijo in izboljšam.</w:t>
            </w:r>
          </w:p>
          <w:p w14:paraId="535D77D6"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43CB31E5" w14:textId="77777777" w:rsidR="008D43AB" w:rsidRDefault="008D43AB"/>
          <w:p w14:paraId="65460045" w14:textId="77777777" w:rsidR="008D43AB" w:rsidRDefault="00000000">
            <w:pPr>
              <w:spacing w:after="6" w:line="245" w:lineRule="auto"/>
            </w:pPr>
            <w:r>
              <w:rPr>
                <w:b/>
                <w:color w:val="000000"/>
                <w:sz w:val="15"/>
              </w:rPr>
              <w:t>1. URA – Glasbena Igra – Ustvarim in nastopim</w:t>
            </w:r>
          </w:p>
          <w:p w14:paraId="49854E5A"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1A1BB321" w14:textId="77777777" w:rsidR="008D43AB" w:rsidRDefault="00000000">
            <w:pPr>
              <w:spacing w:after="20" w:line="245" w:lineRule="auto"/>
            </w:pPr>
            <w:r>
              <w:rPr>
                <w:color w:val="D95BC6"/>
                <w:sz w:val="14"/>
              </w:rPr>
              <w:t>Dokaz: slikovni zvočni zapis, skupinska izvedba/posnetek in vrstniška opisna povratna informacija.</w:t>
            </w:r>
          </w:p>
          <w:p w14:paraId="33B3CA10" w14:textId="77777777" w:rsidR="008D43AB" w:rsidRDefault="00000000">
            <w:pPr>
              <w:spacing w:before="40" w:after="20" w:line="245" w:lineRule="auto"/>
            </w:pPr>
            <w:r>
              <w:rPr>
                <w:b/>
                <w:color w:val="D95BC6"/>
                <w:sz w:val="16"/>
              </w:rPr>
              <w:t>MOJ KROG POSTAJ</w:t>
            </w:r>
          </w:p>
          <w:p w14:paraId="135B8FD2" w14:textId="77777777" w:rsidR="008D43AB" w:rsidRDefault="00000000">
            <w:pPr>
              <w:spacing w:after="11" w:line="245" w:lineRule="auto"/>
            </w:pPr>
            <w:r>
              <w:rPr>
                <w:color w:val="000000"/>
                <w:sz w:val="14"/>
              </w:rPr>
              <w:t>1. Pulz in odmev: poslušam, ponovim in ohranim enakomeren utrip s ploskom, korakom ali glasom.</w:t>
            </w:r>
          </w:p>
          <w:p w14:paraId="3AA9341F" w14:textId="77777777" w:rsidR="008D43AB" w:rsidRDefault="00000000">
            <w:pPr>
              <w:spacing w:after="11" w:line="245" w:lineRule="auto"/>
            </w:pPr>
            <w:r>
              <w:rPr>
                <w:color w:val="000000"/>
                <w:sz w:val="14"/>
              </w:rPr>
              <w:t>2. Gibalna pot: tempo in ritem pokažem s hojo, spremembo smeri.</w:t>
            </w:r>
          </w:p>
          <w:p w14:paraId="08415205" w14:textId="77777777" w:rsidR="008D43AB" w:rsidRDefault="00000000">
            <w:pPr>
              <w:spacing w:after="11" w:line="245" w:lineRule="auto"/>
            </w:pPr>
            <w:r>
              <w:rPr>
                <w:color w:val="000000"/>
                <w:sz w:val="14"/>
              </w:rPr>
              <w:t>3. Instrumentalna: motiv izvedem z malim ritmičnim ali Orffovim glasbilom ter upoštevam.</w:t>
            </w:r>
          </w:p>
          <w:p w14:paraId="4CF44B9A" w14:textId="77777777" w:rsidR="008D43AB" w:rsidRDefault="00000000">
            <w:pPr>
              <w:spacing w:after="11" w:line="245" w:lineRule="auto"/>
            </w:pPr>
            <w:r>
              <w:rPr>
                <w:color w:val="000000"/>
                <w:sz w:val="14"/>
              </w:rPr>
              <w:t>4. Ustvarjalno-zapisna: iz kartic sestavim ritem, ga izvedem.</w:t>
            </w:r>
          </w:p>
          <w:p w14:paraId="53053F37"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0B570CE1" w14:textId="77777777" w:rsidR="008D43AB" w:rsidRDefault="00000000">
            <w:pPr>
              <w:spacing w:after="20" w:line="245" w:lineRule="auto"/>
            </w:pPr>
            <w:r>
              <w:rPr>
                <w:b/>
                <w:color w:val="D95BC6"/>
                <w:sz w:val="17"/>
              </w:rPr>
              <w:t>DOKAZ O UČENJU</w:t>
            </w:r>
          </w:p>
          <w:p w14:paraId="2595DCCC"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30C1B29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A78481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1EC521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156960" w14:textId="77777777" w:rsidR="008D43AB" w:rsidRDefault="00000000">
            <w:pPr>
              <w:jc w:val="center"/>
            </w:pPr>
            <w:r>
              <w:rPr>
                <w:b/>
                <w:color w:val="000000"/>
                <w:sz w:val="20"/>
              </w:rPr>
              <w:t>UČNE DEJAVNOSTI, METODE IN FORMATIVNO SPREMLJANJE</w:t>
            </w:r>
          </w:p>
        </w:tc>
      </w:tr>
      <w:tr w:rsidR="008D43AB" w14:paraId="1429E84C" w14:textId="77777777">
        <w:trPr>
          <w:tblHeader/>
          <w:jc w:val="center"/>
        </w:trPr>
        <w:tc>
          <w:tcPr>
            <w:tcW w:w="4422" w:type="dxa"/>
            <w:vMerge/>
            <w:tcMar>
              <w:top w:w="70" w:type="dxa"/>
              <w:left w:w="90" w:type="dxa"/>
              <w:bottom w:w="70" w:type="dxa"/>
              <w:right w:w="90" w:type="dxa"/>
            </w:tcMar>
            <w:vAlign w:val="center"/>
          </w:tcPr>
          <w:p w14:paraId="7373D750" w14:textId="77777777" w:rsidR="008D43AB" w:rsidRDefault="008D43AB"/>
        </w:tc>
        <w:tc>
          <w:tcPr>
            <w:tcW w:w="7087" w:type="dxa"/>
            <w:shd w:val="clear" w:color="auto" w:fill="FFFFFF"/>
            <w:tcMar>
              <w:top w:w="70" w:type="dxa"/>
              <w:left w:w="90" w:type="dxa"/>
              <w:bottom w:w="70" w:type="dxa"/>
              <w:right w:w="90" w:type="dxa"/>
            </w:tcMar>
            <w:vAlign w:val="center"/>
          </w:tcPr>
          <w:p w14:paraId="3E181F0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E6A6ED0" w14:textId="77777777" w:rsidR="008D43AB" w:rsidRDefault="00000000">
            <w:pPr>
              <w:jc w:val="center"/>
            </w:pPr>
            <w:r>
              <w:rPr>
                <w:b/>
                <w:color w:val="000000"/>
              </w:rPr>
              <w:t>UČENEC</w:t>
            </w:r>
          </w:p>
        </w:tc>
      </w:tr>
      <w:tr w:rsidR="008D43AB" w14:paraId="0716A1E3" w14:textId="77777777">
        <w:trPr>
          <w:jc w:val="center"/>
        </w:trPr>
        <w:tc>
          <w:tcPr>
            <w:tcW w:w="4422" w:type="dxa"/>
            <w:tcMar>
              <w:top w:w="70" w:type="dxa"/>
              <w:left w:w="90" w:type="dxa"/>
              <w:bottom w:w="70" w:type="dxa"/>
              <w:right w:w="90" w:type="dxa"/>
            </w:tcMar>
          </w:tcPr>
          <w:p w14:paraId="26C17112" w14:textId="77777777" w:rsidR="008D43AB" w:rsidRDefault="008D43AB"/>
          <w:p w14:paraId="661B81A0" w14:textId="77777777" w:rsidR="008D43AB" w:rsidRDefault="00000000">
            <w:pPr>
              <w:spacing w:after="40" w:line="245" w:lineRule="auto"/>
            </w:pPr>
            <w:r>
              <w:rPr>
                <w:b/>
                <w:color w:val="000000"/>
              </w:rPr>
              <w:t>FORMATIVNO SPREMLJANJE</w:t>
            </w:r>
          </w:p>
          <w:p w14:paraId="4848B8E8" w14:textId="77777777" w:rsidR="008D43AB" w:rsidRDefault="00000000">
            <w:pPr>
              <w:pStyle w:val="Oznaenseznam"/>
              <w:spacing w:after="16"/>
            </w:pPr>
            <w:r>
              <w:rPr>
                <w:color w:val="000000"/>
                <w:sz w:val="16"/>
              </w:rPr>
              <w:t>predznanje: zvočna napoved, izbira kartice, gib, ritmični oziroma pevski poskus ali začetni simbol</w:t>
            </w:r>
          </w:p>
          <w:p w14:paraId="28EA77B2" w14:textId="77777777" w:rsidR="008D43AB" w:rsidRDefault="00000000">
            <w:pPr>
              <w:pStyle w:val="Oznaenseznam"/>
              <w:spacing w:after="16"/>
            </w:pPr>
            <w:r>
              <w:rPr>
                <w:color w:val="000000"/>
                <w:sz w:val="16"/>
              </w:rPr>
              <w:t>nameni in merila: kratka poved, slikovni znak, model izvedbe ter vidna pravila varne glasnosti</w:t>
            </w:r>
          </w:p>
          <w:p w14:paraId="45FEB238"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707DDEB" w14:textId="77777777" w:rsidR="008D43AB" w:rsidRDefault="00000000">
            <w:pPr>
              <w:pStyle w:val="Oznaenseznam"/>
              <w:spacing w:after="16"/>
            </w:pPr>
            <w:r>
              <w:rPr>
                <w:color w:val="000000"/>
                <w:sz w:val="16"/>
              </w:rPr>
              <w:t>povratna informacija: opis slišane strategije, povezava z enim merilom in izvedljiv naslednji korak</w:t>
            </w:r>
          </w:p>
          <w:p w14:paraId="63D95676" w14:textId="77777777" w:rsidR="008D43AB" w:rsidRDefault="00000000">
            <w:pPr>
              <w:pStyle w:val="Oznaenseznam"/>
              <w:spacing w:after="16"/>
            </w:pPr>
            <w:r>
              <w:rPr>
                <w:color w:val="000000"/>
                <w:sz w:val="16"/>
              </w:rPr>
              <w:t>samovrednotenje: barvni zvočni semafor, lestvica samostojnosti, izbran dokaz in ponovna izvedba</w:t>
            </w:r>
          </w:p>
          <w:p w14:paraId="23D6E1C2" w14:textId="77777777" w:rsidR="008D43AB" w:rsidRDefault="00000000">
            <w:pPr>
              <w:spacing w:before="40" w:after="20" w:line="245" w:lineRule="auto"/>
            </w:pPr>
            <w:r>
              <w:rPr>
                <w:b/>
                <w:color w:val="000000"/>
                <w:sz w:val="17"/>
              </w:rPr>
              <w:t>VARNOST IN VAROVANJE SLUHA</w:t>
            </w:r>
          </w:p>
          <w:p w14:paraId="059F90BE"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5808484" w14:textId="77777777" w:rsidR="008D43AB" w:rsidRDefault="00000000">
            <w:pPr>
              <w:spacing w:after="20" w:line="245" w:lineRule="auto"/>
            </w:pPr>
            <w:r>
              <w:rPr>
                <w:b/>
                <w:color w:val="000000"/>
                <w:sz w:val="17"/>
              </w:rPr>
              <w:t>EVIDENCA PO IZVEDBI</w:t>
            </w:r>
          </w:p>
          <w:p w14:paraId="3E689E56"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4E8F0FAD" w14:textId="77777777" w:rsidR="008D43AB" w:rsidRDefault="00000000">
            <w:pPr>
              <w:spacing w:before="40" w:after="20" w:line="245" w:lineRule="auto"/>
            </w:pPr>
            <w:r>
              <w:rPr>
                <w:b/>
                <w:color w:val="000000"/>
                <w:sz w:val="17"/>
              </w:rPr>
              <w:t>RAVEN DOSEGANJA</w:t>
            </w:r>
          </w:p>
          <w:p w14:paraId="61592FCB"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358B77A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AB38147" w14:textId="77777777">
              <w:trPr>
                <w:jc w:val="center"/>
              </w:trPr>
              <w:tc>
                <w:tcPr>
                  <w:tcW w:w="7087" w:type="dxa"/>
                  <w:shd w:val="clear" w:color="auto" w:fill="EDC9EA"/>
                  <w:tcMar>
                    <w:top w:w="45" w:type="dxa"/>
                    <w:left w:w="70" w:type="dxa"/>
                    <w:bottom w:w="45" w:type="dxa"/>
                    <w:right w:w="70" w:type="dxa"/>
                  </w:tcMar>
                </w:tcPr>
                <w:p w14:paraId="427B2E7E" w14:textId="77777777" w:rsidR="008D43AB" w:rsidRDefault="00000000">
                  <w:pPr>
                    <w:keepNext/>
                  </w:pPr>
                  <w:r>
                    <w:rPr>
                      <w:b/>
                      <w:color w:val="000000"/>
                    </w:rPr>
                    <w:t>VPRAŠANJA V PODPORO GLASBENEMU UČENJU</w:t>
                  </w:r>
                </w:p>
              </w:tc>
            </w:tr>
          </w:tbl>
          <w:p w14:paraId="23732AAE" w14:textId="77777777" w:rsidR="008D43AB" w:rsidRDefault="008D43AB">
            <w:pPr>
              <w:spacing w:line="20" w:lineRule="exact"/>
            </w:pPr>
          </w:p>
          <w:p w14:paraId="14391D4C" w14:textId="77777777" w:rsidR="008D43AB" w:rsidRDefault="00000000">
            <w:pPr>
              <w:pStyle w:val="Oznaenseznam"/>
              <w:spacing w:after="16"/>
            </w:pPr>
            <w:r>
              <w:rPr>
                <w:color w:val="000000"/>
                <w:sz w:val="16"/>
              </w:rPr>
              <w:t>Kaj si v glasbi slišal/-a, začutil/-a ali pokazal/-a z gibanjem?</w:t>
            </w:r>
          </w:p>
          <w:p w14:paraId="6E25960B" w14:textId="77777777" w:rsidR="008D43AB" w:rsidRDefault="00000000">
            <w:pPr>
              <w:pStyle w:val="Oznaenseznam"/>
              <w:spacing w:after="16"/>
            </w:pPr>
            <w:r>
              <w:rPr>
                <w:color w:val="000000"/>
                <w:sz w:val="16"/>
              </w:rPr>
              <w:t>Po katerem zvočnem znaku, lastnosti ali vzorcu si prepoznal/-a rešitev?</w:t>
            </w:r>
          </w:p>
          <w:p w14:paraId="32FA0EFF" w14:textId="77777777" w:rsidR="008D43AB" w:rsidRDefault="00000000">
            <w:pPr>
              <w:pStyle w:val="Oznaenseznam"/>
              <w:spacing w:after="16"/>
            </w:pPr>
            <w:r>
              <w:rPr>
                <w:color w:val="000000"/>
                <w:sz w:val="16"/>
              </w:rPr>
              <w:t>Kako veš, da je bil pulz, začetek, konec, glasnost ali skupinska izvedba skladna z merilom?</w:t>
            </w:r>
          </w:p>
          <w:p w14:paraId="3E1E0ECD" w14:textId="77777777" w:rsidR="008D43AB" w:rsidRDefault="00000000">
            <w:pPr>
              <w:pStyle w:val="Oznaenseznam"/>
              <w:spacing w:after="16"/>
            </w:pPr>
            <w:r>
              <w:rPr>
                <w:color w:val="000000"/>
                <w:sz w:val="16"/>
              </w:rPr>
              <w:t>Zakaj si za motiv, osebo, dogodek ali okolje izbral/-a prav ta glas, predmet ali glasbilo?</w:t>
            </w:r>
          </w:p>
          <w:p w14:paraId="222A90DC"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772E4BE8" w14:textId="77777777">
              <w:trPr>
                <w:jc w:val="center"/>
              </w:trPr>
              <w:tc>
                <w:tcPr>
                  <w:tcW w:w="7087" w:type="dxa"/>
                  <w:shd w:val="clear" w:color="auto" w:fill="C6E7F3"/>
                  <w:tcMar>
                    <w:top w:w="45" w:type="dxa"/>
                    <w:left w:w="70" w:type="dxa"/>
                    <w:bottom w:w="45" w:type="dxa"/>
                    <w:right w:w="70" w:type="dxa"/>
                  </w:tcMar>
                </w:tcPr>
                <w:p w14:paraId="56041F36" w14:textId="77777777" w:rsidR="008D43AB" w:rsidRDefault="00000000">
                  <w:pPr>
                    <w:keepNext/>
                  </w:pPr>
                  <w:r>
                    <w:rPr>
                      <w:b/>
                      <w:color w:val="000000"/>
                    </w:rPr>
                    <w:t>ZAKLJUČNI DEL – NASTOP, POSLUŠALSKI ODZIV IN REFLEKSIJA (8–12 min)</w:t>
                  </w:r>
                </w:p>
              </w:tc>
            </w:tr>
          </w:tbl>
          <w:p w14:paraId="4622F5B2" w14:textId="77777777" w:rsidR="008D43AB" w:rsidRDefault="008D43AB">
            <w:pPr>
              <w:spacing w:line="20" w:lineRule="exact"/>
            </w:pPr>
          </w:p>
          <w:p w14:paraId="4638959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4E35F19A" w14:textId="77777777">
              <w:trPr>
                <w:jc w:val="center"/>
              </w:trPr>
              <w:tc>
                <w:tcPr>
                  <w:tcW w:w="7087" w:type="dxa"/>
                  <w:shd w:val="clear" w:color="auto" w:fill="EDC9EA"/>
                  <w:tcMar>
                    <w:top w:w="45" w:type="dxa"/>
                    <w:left w:w="70" w:type="dxa"/>
                    <w:bottom w:w="45" w:type="dxa"/>
                    <w:right w:w="70" w:type="dxa"/>
                  </w:tcMar>
                </w:tcPr>
                <w:p w14:paraId="03CF993A" w14:textId="77777777" w:rsidR="008D43AB" w:rsidRDefault="00000000">
                  <w:pPr>
                    <w:keepNext/>
                  </w:pPr>
                  <w:r>
                    <w:rPr>
                      <w:b/>
                      <w:color w:val="000000"/>
                    </w:rPr>
                    <w:t>SAMOVREDNOTENJE</w:t>
                  </w:r>
                </w:p>
              </w:tc>
            </w:tr>
          </w:tbl>
          <w:p w14:paraId="06828F3E" w14:textId="77777777" w:rsidR="008D43AB" w:rsidRDefault="008D43AB">
            <w:pPr>
              <w:spacing w:line="20" w:lineRule="exact"/>
            </w:pPr>
          </w:p>
          <w:p w14:paraId="59BDFF62"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0AB330E2" w14:textId="77777777">
              <w:trPr>
                <w:jc w:val="center"/>
              </w:trPr>
              <w:tc>
                <w:tcPr>
                  <w:tcW w:w="7087" w:type="dxa"/>
                  <w:shd w:val="clear" w:color="auto" w:fill="EDC9EA"/>
                  <w:tcMar>
                    <w:top w:w="45" w:type="dxa"/>
                    <w:left w:w="70" w:type="dxa"/>
                    <w:bottom w:w="45" w:type="dxa"/>
                    <w:right w:w="70" w:type="dxa"/>
                  </w:tcMar>
                </w:tcPr>
                <w:p w14:paraId="68FB45D7" w14:textId="77777777" w:rsidR="008D43AB" w:rsidRDefault="00000000">
                  <w:pPr>
                    <w:keepNext/>
                  </w:pPr>
                  <w:r>
                    <w:rPr>
                      <w:b/>
                      <w:color w:val="000000"/>
                    </w:rPr>
                    <w:t>VRSTNIŠKO VREDNOTENJE</w:t>
                  </w:r>
                </w:p>
              </w:tc>
            </w:tr>
          </w:tbl>
          <w:p w14:paraId="17671789" w14:textId="77777777" w:rsidR="008D43AB" w:rsidRDefault="008D43AB">
            <w:pPr>
              <w:spacing w:line="20" w:lineRule="exact"/>
            </w:pPr>
          </w:p>
          <w:p w14:paraId="68FE968B"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47BFAEE7" w14:textId="77777777">
              <w:trPr>
                <w:jc w:val="center"/>
              </w:trPr>
              <w:tc>
                <w:tcPr>
                  <w:tcW w:w="7087" w:type="dxa"/>
                  <w:shd w:val="clear" w:color="auto" w:fill="EDC9EA"/>
                  <w:tcMar>
                    <w:top w:w="45" w:type="dxa"/>
                    <w:left w:w="70" w:type="dxa"/>
                    <w:bottom w:w="45" w:type="dxa"/>
                    <w:right w:w="70" w:type="dxa"/>
                  </w:tcMar>
                </w:tcPr>
                <w:p w14:paraId="09E2400B" w14:textId="77777777" w:rsidR="008D43AB" w:rsidRDefault="00000000">
                  <w:pPr>
                    <w:keepNext/>
                  </w:pPr>
                  <w:r>
                    <w:rPr>
                      <w:b/>
                      <w:color w:val="000000"/>
                    </w:rPr>
                    <w:t>SKUPNI POVZETEK</w:t>
                  </w:r>
                </w:p>
              </w:tc>
            </w:tr>
          </w:tbl>
          <w:p w14:paraId="1FA5A3A5" w14:textId="77777777" w:rsidR="008D43AB" w:rsidRDefault="008D43AB"/>
          <w:p w14:paraId="3083AE9C" w14:textId="77777777" w:rsidR="008D43AB" w:rsidRDefault="00000000">
            <w:pPr>
              <w:spacing w:before="20" w:after="40" w:line="245" w:lineRule="auto"/>
            </w:pPr>
            <w:r>
              <w:rPr>
                <w:b/>
                <w:color w:val="000000"/>
                <w:sz w:val="16"/>
              </w:rPr>
              <w:t>razlikujem hitro in počasi; ustvarim kratek zvočni odziv; poslušam nastop drugih. Izbrani dokaz pojasnim in po povratni informaciji izboljšam.</w:t>
            </w:r>
          </w:p>
        </w:tc>
        <w:tc>
          <w:tcPr>
            <w:tcW w:w="2551" w:type="dxa"/>
            <w:tcMar>
              <w:top w:w="70" w:type="dxa"/>
              <w:left w:w="90" w:type="dxa"/>
              <w:bottom w:w="70" w:type="dxa"/>
              <w:right w:w="90" w:type="dxa"/>
            </w:tcMar>
          </w:tcPr>
          <w:p w14:paraId="46CE5CF4" w14:textId="77777777" w:rsidR="008D43AB" w:rsidRDefault="008D43AB"/>
          <w:p w14:paraId="75D0E503" w14:textId="77777777" w:rsidR="008D43AB" w:rsidRDefault="00000000">
            <w:pPr>
              <w:spacing w:after="80" w:line="245" w:lineRule="auto"/>
            </w:pPr>
            <w:r>
              <w:rPr>
                <w:color w:val="000000"/>
                <w:sz w:val="16"/>
              </w:rPr>
              <w:t>Odgovarja na podporna vprašanja in se sklicuje na slišano, izvedeno, ustvarjeno ali zapisano.</w:t>
            </w:r>
          </w:p>
          <w:p w14:paraId="69EEA544" w14:textId="77777777" w:rsidR="008D43AB" w:rsidRDefault="00000000">
            <w:pPr>
              <w:spacing w:after="80" w:line="245" w:lineRule="auto"/>
            </w:pPr>
            <w:r>
              <w:rPr>
                <w:color w:val="000000"/>
                <w:sz w:val="16"/>
              </w:rPr>
              <w:t>Predstavi izbrani dokaz ter pove, katero merilo z njim pokaže.</w:t>
            </w:r>
          </w:p>
          <w:p w14:paraId="0347013E" w14:textId="77777777" w:rsidR="008D43AB" w:rsidRDefault="00000000">
            <w:pPr>
              <w:spacing w:after="80" w:line="245" w:lineRule="auto"/>
            </w:pPr>
            <w:r>
              <w:rPr>
                <w:color w:val="000000"/>
                <w:sz w:val="16"/>
              </w:rPr>
              <w:t>Posluša vrstnika, opiše eno slišano moč in poda prijazen predlog za izboljšavo.</w:t>
            </w:r>
          </w:p>
          <w:p w14:paraId="56074B57" w14:textId="77777777" w:rsidR="008D43AB" w:rsidRDefault="00000000">
            <w:pPr>
              <w:spacing w:after="80" w:line="245" w:lineRule="auto"/>
            </w:pPr>
            <w:r>
              <w:rPr>
                <w:color w:val="000000"/>
                <w:sz w:val="16"/>
              </w:rPr>
              <w:t>Po povratni informaciji izvedbo, gib, ritem, zvočno izbiro ali slikovni zapis ponovi in izboljša.</w:t>
            </w:r>
          </w:p>
          <w:p w14:paraId="70E21BB3" w14:textId="77777777" w:rsidR="008D43AB" w:rsidRDefault="00000000">
            <w:pPr>
              <w:spacing w:after="100" w:line="245" w:lineRule="auto"/>
            </w:pPr>
            <w:r>
              <w:rPr>
                <w:color w:val="000000"/>
                <w:sz w:val="16"/>
              </w:rPr>
              <w:t>Izbere raven samostojnosti ter določi majhen in izvedljiv naslednji glasbeni korak.</w:t>
            </w:r>
          </w:p>
          <w:p w14:paraId="2D4DA3BB" w14:textId="77777777" w:rsidR="008D43AB" w:rsidRDefault="00000000">
            <w:pPr>
              <w:spacing w:after="20" w:line="245" w:lineRule="auto"/>
            </w:pPr>
            <w:r>
              <w:rPr>
                <w:b/>
                <w:color w:val="D95BC6"/>
                <w:sz w:val="17"/>
              </w:rPr>
              <w:t>DOKAZ O UČENJU</w:t>
            </w:r>
          </w:p>
          <w:p w14:paraId="168F0099"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0A4D2CB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3F168B20" w14:textId="77777777">
        <w:trPr>
          <w:cantSplit/>
          <w:jc w:val="center"/>
        </w:trPr>
        <w:tc>
          <w:tcPr>
            <w:tcW w:w="14060" w:type="dxa"/>
            <w:gridSpan w:val="6"/>
            <w:tcMar>
              <w:top w:w="70" w:type="dxa"/>
              <w:left w:w="90" w:type="dxa"/>
              <w:bottom w:w="70" w:type="dxa"/>
              <w:right w:w="90" w:type="dxa"/>
            </w:tcMar>
            <w:vAlign w:val="center"/>
          </w:tcPr>
          <w:p w14:paraId="4DB8A173" w14:textId="77777777" w:rsidR="008D43AB" w:rsidRDefault="00000000">
            <w:pPr>
              <w:jc w:val="center"/>
            </w:pPr>
            <w:r>
              <w:rPr>
                <w:b/>
                <w:color w:val="000000"/>
                <w:sz w:val="24"/>
              </w:rPr>
              <w:lastRenderedPageBreak/>
              <w:t>UČNA PRIPRAVA 5/39</w:t>
            </w:r>
          </w:p>
        </w:tc>
      </w:tr>
      <w:tr w:rsidR="008D43AB" w14:paraId="48E96A0E" w14:textId="77777777">
        <w:trPr>
          <w:jc w:val="center"/>
        </w:trPr>
        <w:tc>
          <w:tcPr>
            <w:tcW w:w="2665" w:type="dxa"/>
            <w:tcMar>
              <w:top w:w="70" w:type="dxa"/>
              <w:left w:w="90" w:type="dxa"/>
              <w:bottom w:w="70" w:type="dxa"/>
              <w:right w:w="90" w:type="dxa"/>
            </w:tcMar>
            <w:vAlign w:val="center"/>
          </w:tcPr>
          <w:p w14:paraId="5EE41600"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F2CF3DC"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A943469"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2AB72CB" w14:textId="77777777" w:rsidR="008D43AB" w:rsidRDefault="00000000">
            <w:r>
              <w:rPr>
                <w:b/>
                <w:color w:val="000000"/>
                <w:sz w:val="16"/>
              </w:rPr>
              <w:t xml:space="preserve">NAČRTOVANI TERMIN: </w:t>
            </w:r>
            <w:r>
              <w:rPr>
                <w:color w:val="000000"/>
                <w:sz w:val="16"/>
              </w:rPr>
              <w:t>5. teden • 28. 9.–2. 10. 2026</w:t>
            </w:r>
          </w:p>
        </w:tc>
        <w:tc>
          <w:tcPr>
            <w:tcW w:w="2268" w:type="dxa"/>
            <w:tcMar>
              <w:top w:w="70" w:type="dxa"/>
              <w:left w:w="90" w:type="dxa"/>
              <w:bottom w:w="70" w:type="dxa"/>
              <w:right w:w="90" w:type="dxa"/>
            </w:tcMar>
            <w:vAlign w:val="center"/>
          </w:tcPr>
          <w:p w14:paraId="565F96A2"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C22AA3B" w14:textId="77777777" w:rsidR="008D43AB" w:rsidRDefault="00000000">
            <w:r>
              <w:rPr>
                <w:b/>
                <w:color w:val="000000"/>
                <w:sz w:val="16"/>
              </w:rPr>
              <w:t xml:space="preserve">ŠTEVILO UR: </w:t>
            </w:r>
            <w:r>
              <w:rPr>
                <w:color w:val="000000"/>
                <w:sz w:val="16"/>
              </w:rPr>
              <w:t>2</w:t>
            </w:r>
          </w:p>
        </w:tc>
      </w:tr>
      <w:tr w:rsidR="008D43AB" w14:paraId="529FDC48" w14:textId="77777777">
        <w:trPr>
          <w:jc w:val="center"/>
        </w:trPr>
        <w:tc>
          <w:tcPr>
            <w:tcW w:w="14061" w:type="dxa"/>
            <w:gridSpan w:val="6"/>
            <w:tcMar>
              <w:top w:w="70" w:type="dxa"/>
              <w:left w:w="90" w:type="dxa"/>
              <w:bottom w:w="70" w:type="dxa"/>
              <w:right w:w="90" w:type="dxa"/>
            </w:tcMar>
            <w:vAlign w:val="center"/>
          </w:tcPr>
          <w:p w14:paraId="3D968602"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2494EF52" w14:textId="77777777">
        <w:trPr>
          <w:cantSplit/>
          <w:jc w:val="center"/>
        </w:trPr>
        <w:tc>
          <w:tcPr>
            <w:tcW w:w="14060" w:type="dxa"/>
            <w:gridSpan w:val="6"/>
            <w:tcMar>
              <w:top w:w="70" w:type="dxa"/>
              <w:left w:w="90" w:type="dxa"/>
              <w:bottom w:w="70" w:type="dxa"/>
              <w:right w:w="90" w:type="dxa"/>
            </w:tcMar>
            <w:vAlign w:val="center"/>
          </w:tcPr>
          <w:p w14:paraId="59D2A307" w14:textId="77777777" w:rsidR="008D43AB" w:rsidRDefault="008D43AB"/>
          <w:p w14:paraId="00C51A77" w14:textId="77777777" w:rsidR="008D43AB" w:rsidRDefault="00000000">
            <w:pPr>
              <w:spacing w:line="245" w:lineRule="auto"/>
            </w:pPr>
            <w:r>
              <w:rPr>
                <w:b/>
                <w:color w:val="000000"/>
                <w:sz w:val="16"/>
              </w:rPr>
              <w:t xml:space="preserve">UČNI SKLOP: </w:t>
            </w:r>
            <w:r>
              <w:rPr>
                <w:color w:val="000000"/>
                <w:sz w:val="16"/>
              </w:rPr>
              <w:t>VARNA POT IN MOBILNOST</w:t>
            </w:r>
          </w:p>
        </w:tc>
      </w:tr>
      <w:tr w:rsidR="008D43AB" w14:paraId="1C8C2678" w14:textId="77777777">
        <w:trPr>
          <w:cantSplit/>
          <w:jc w:val="center"/>
        </w:trPr>
        <w:tc>
          <w:tcPr>
            <w:tcW w:w="14060" w:type="dxa"/>
            <w:gridSpan w:val="6"/>
            <w:tcMar>
              <w:top w:w="70" w:type="dxa"/>
              <w:left w:w="90" w:type="dxa"/>
              <w:bottom w:w="70" w:type="dxa"/>
              <w:right w:w="90" w:type="dxa"/>
            </w:tcMar>
            <w:vAlign w:val="center"/>
          </w:tcPr>
          <w:p w14:paraId="00ADD717" w14:textId="77777777" w:rsidR="008D43AB" w:rsidRDefault="008D43AB"/>
          <w:p w14:paraId="2821321C" w14:textId="77777777" w:rsidR="008D43AB" w:rsidRDefault="00000000">
            <w:pPr>
              <w:spacing w:line="245" w:lineRule="auto"/>
            </w:pPr>
            <w:r>
              <w:rPr>
                <w:b/>
                <w:color w:val="000000"/>
                <w:sz w:val="16"/>
              </w:rPr>
              <w:t xml:space="preserve">UČNA TEMA: </w:t>
            </w:r>
            <w:r>
              <w:rPr>
                <w:color w:val="000000"/>
                <w:sz w:val="16"/>
              </w:rPr>
              <w:t>ZVOKI PROMETA</w:t>
            </w:r>
          </w:p>
        </w:tc>
      </w:tr>
      <w:tr w:rsidR="008D43AB" w14:paraId="4A731DCD" w14:textId="77777777">
        <w:trPr>
          <w:cantSplit/>
          <w:jc w:val="center"/>
        </w:trPr>
        <w:tc>
          <w:tcPr>
            <w:tcW w:w="14060" w:type="dxa"/>
            <w:gridSpan w:val="6"/>
            <w:tcMar>
              <w:top w:w="70" w:type="dxa"/>
              <w:left w:w="90" w:type="dxa"/>
              <w:bottom w:w="70" w:type="dxa"/>
              <w:right w:w="90" w:type="dxa"/>
            </w:tcMar>
            <w:vAlign w:val="center"/>
          </w:tcPr>
          <w:p w14:paraId="47AC7919" w14:textId="77777777" w:rsidR="008D43AB" w:rsidRDefault="008D43AB"/>
          <w:p w14:paraId="3EAE9411" w14:textId="77777777" w:rsidR="008D43AB" w:rsidRDefault="00000000">
            <w:pPr>
              <w:spacing w:line="245" w:lineRule="auto"/>
            </w:pPr>
            <w:r>
              <w:rPr>
                <w:b/>
                <w:color w:val="000000"/>
                <w:sz w:val="16"/>
              </w:rPr>
              <w:t xml:space="preserve">KNJIŽEVNO / MOTIVNO IZHODIŠČE: </w:t>
            </w:r>
            <w:r>
              <w:rPr>
                <w:color w:val="000000"/>
                <w:sz w:val="16"/>
              </w:rPr>
              <w:t>»Rdeča kapica« – brata Grimm • varna pot, vidnost in premišljeno ravnanje</w:t>
            </w:r>
          </w:p>
        </w:tc>
      </w:tr>
      <w:tr w:rsidR="008D43AB" w14:paraId="7AF51CA0" w14:textId="77777777">
        <w:trPr>
          <w:cantSplit/>
          <w:jc w:val="center"/>
        </w:trPr>
        <w:tc>
          <w:tcPr>
            <w:tcW w:w="14060" w:type="dxa"/>
            <w:gridSpan w:val="6"/>
            <w:tcMar>
              <w:top w:w="70" w:type="dxa"/>
              <w:left w:w="90" w:type="dxa"/>
              <w:bottom w:w="70" w:type="dxa"/>
              <w:right w:w="90" w:type="dxa"/>
            </w:tcMar>
            <w:vAlign w:val="center"/>
          </w:tcPr>
          <w:p w14:paraId="3D4B2235" w14:textId="77777777" w:rsidR="008D43AB" w:rsidRDefault="008D43AB"/>
          <w:p w14:paraId="066C11D7" w14:textId="77777777" w:rsidR="008D43AB" w:rsidRDefault="00000000">
            <w:pPr>
              <w:spacing w:line="245" w:lineRule="auto"/>
            </w:pPr>
            <w:r>
              <w:rPr>
                <w:b/>
                <w:color w:val="000000"/>
                <w:sz w:val="16"/>
              </w:rPr>
              <w:t xml:space="preserve">GLASBENO IZHODIŠČE / REPERTOAR: </w:t>
            </w:r>
            <w:r>
              <w:rPr>
                <w:color w:val="000000"/>
                <w:sz w:val="16"/>
              </w:rPr>
              <w:t>posnetki zvokov prometa, poti in gozda</w:t>
            </w:r>
          </w:p>
        </w:tc>
      </w:tr>
      <w:tr w:rsidR="008D43AB" w14:paraId="29130976" w14:textId="77777777">
        <w:trPr>
          <w:cantSplit/>
          <w:jc w:val="center"/>
        </w:trPr>
        <w:tc>
          <w:tcPr>
            <w:tcW w:w="14060" w:type="dxa"/>
            <w:gridSpan w:val="6"/>
            <w:tcMar>
              <w:top w:w="70" w:type="dxa"/>
              <w:left w:w="90" w:type="dxa"/>
              <w:bottom w:w="70" w:type="dxa"/>
              <w:right w:w="90" w:type="dxa"/>
            </w:tcMar>
            <w:vAlign w:val="center"/>
          </w:tcPr>
          <w:p w14:paraId="285816D2" w14:textId="77777777" w:rsidR="008D43AB" w:rsidRDefault="008D43AB"/>
          <w:p w14:paraId="567030F5" w14:textId="77777777" w:rsidR="008D43AB" w:rsidRDefault="00000000">
            <w:pPr>
              <w:spacing w:line="245" w:lineRule="auto"/>
            </w:pPr>
            <w:r>
              <w:rPr>
                <w:b/>
                <w:color w:val="000000"/>
                <w:sz w:val="16"/>
              </w:rPr>
              <w:t xml:space="preserve">UČNE ENOTE: </w:t>
            </w:r>
            <w:r>
              <w:rPr>
                <w:color w:val="000000"/>
                <w:sz w:val="16"/>
              </w:rPr>
              <w:t>1. ura – Zvoki Prometa – Poslušam in izvajam • 2. ura – Zvoki Prometa – Ustvarim in nastopim</w:t>
            </w:r>
          </w:p>
        </w:tc>
      </w:tr>
      <w:tr w:rsidR="008D43AB" w14:paraId="49850723" w14:textId="77777777">
        <w:trPr>
          <w:cantSplit/>
          <w:jc w:val="center"/>
        </w:trPr>
        <w:tc>
          <w:tcPr>
            <w:tcW w:w="14060" w:type="dxa"/>
            <w:gridSpan w:val="6"/>
            <w:tcMar>
              <w:top w:w="70" w:type="dxa"/>
              <w:left w:w="90" w:type="dxa"/>
              <w:bottom w:w="70" w:type="dxa"/>
              <w:right w:w="90" w:type="dxa"/>
            </w:tcMar>
            <w:vAlign w:val="center"/>
          </w:tcPr>
          <w:p w14:paraId="5A5EC144" w14:textId="77777777" w:rsidR="008D43AB" w:rsidRDefault="008D43AB"/>
          <w:p w14:paraId="00293FE6"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7C0FD645" w14:textId="77777777">
        <w:trPr>
          <w:cantSplit/>
          <w:jc w:val="center"/>
        </w:trPr>
        <w:tc>
          <w:tcPr>
            <w:tcW w:w="14060" w:type="dxa"/>
            <w:gridSpan w:val="6"/>
            <w:tcMar>
              <w:top w:w="70" w:type="dxa"/>
              <w:left w:w="90" w:type="dxa"/>
              <w:bottom w:w="70" w:type="dxa"/>
              <w:right w:w="90" w:type="dxa"/>
            </w:tcMar>
            <w:vAlign w:val="center"/>
          </w:tcPr>
          <w:p w14:paraId="0F6FA67B" w14:textId="77777777" w:rsidR="008D43AB" w:rsidRDefault="008D43AB"/>
          <w:p w14:paraId="4952799A"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5C8F3F88" w14:textId="77777777">
        <w:trPr>
          <w:cantSplit/>
          <w:jc w:val="center"/>
        </w:trPr>
        <w:tc>
          <w:tcPr>
            <w:tcW w:w="14060" w:type="dxa"/>
            <w:gridSpan w:val="6"/>
            <w:tcMar>
              <w:top w:w="70" w:type="dxa"/>
              <w:left w:w="90" w:type="dxa"/>
              <w:bottom w:w="70" w:type="dxa"/>
              <w:right w:w="90" w:type="dxa"/>
            </w:tcMar>
            <w:vAlign w:val="center"/>
          </w:tcPr>
          <w:p w14:paraId="069C004B" w14:textId="77777777" w:rsidR="008D43AB" w:rsidRDefault="008D43AB"/>
          <w:p w14:paraId="29C3EE07"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6C27FB72" w14:textId="77777777">
        <w:trPr>
          <w:cantSplit/>
          <w:jc w:val="center"/>
        </w:trPr>
        <w:tc>
          <w:tcPr>
            <w:tcW w:w="14060" w:type="dxa"/>
            <w:gridSpan w:val="6"/>
            <w:tcMar>
              <w:top w:w="70" w:type="dxa"/>
              <w:left w:w="90" w:type="dxa"/>
              <w:bottom w:w="70" w:type="dxa"/>
              <w:right w:w="90" w:type="dxa"/>
            </w:tcMar>
            <w:vAlign w:val="center"/>
          </w:tcPr>
          <w:p w14:paraId="7E853F0F" w14:textId="77777777" w:rsidR="008D43AB" w:rsidRDefault="008D43AB"/>
          <w:p w14:paraId="58D12FEA" w14:textId="77777777" w:rsidR="008D43AB" w:rsidRDefault="00000000">
            <w:pPr>
              <w:spacing w:line="245" w:lineRule="auto"/>
            </w:pPr>
            <w:r>
              <w:rPr>
                <w:b/>
                <w:color w:val="000000"/>
                <w:sz w:val="16"/>
              </w:rPr>
              <w:t xml:space="preserve">MEDPREDMETNE POVEZAVE: </w:t>
            </w:r>
            <w:r>
              <w:rPr>
                <w:color w:val="000000"/>
                <w:sz w:val="16"/>
              </w:rPr>
              <w:t>SPO – varna pot, vidnost in premišljeno ravnanje; SLJ – poslušanje, ritmični govor in opis doživetja; ŠPO – pulz, tempo, gibalni odziv in prostorska orientacija; LUM – simbol, barva, linija in zvočni zapis</w:t>
            </w:r>
          </w:p>
        </w:tc>
      </w:tr>
      <w:tr w:rsidR="008D43AB" w14:paraId="2D9D7218" w14:textId="77777777">
        <w:trPr>
          <w:cantSplit/>
          <w:jc w:val="center"/>
        </w:trPr>
        <w:tc>
          <w:tcPr>
            <w:tcW w:w="14060" w:type="dxa"/>
            <w:gridSpan w:val="6"/>
            <w:tcMar>
              <w:top w:w="70" w:type="dxa"/>
              <w:left w:w="90" w:type="dxa"/>
              <w:bottom w:w="70" w:type="dxa"/>
              <w:right w:w="90" w:type="dxa"/>
            </w:tcMar>
            <w:vAlign w:val="center"/>
          </w:tcPr>
          <w:p w14:paraId="54E643A4" w14:textId="77777777" w:rsidR="008D43AB" w:rsidRDefault="008D43AB"/>
          <w:p w14:paraId="20BDD4E7"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3261CC3C" w14:textId="77777777">
        <w:trPr>
          <w:cantSplit/>
          <w:jc w:val="center"/>
        </w:trPr>
        <w:tc>
          <w:tcPr>
            <w:tcW w:w="14060" w:type="dxa"/>
            <w:gridSpan w:val="6"/>
            <w:tcMar>
              <w:top w:w="70" w:type="dxa"/>
              <w:left w:w="90" w:type="dxa"/>
              <w:bottom w:w="70" w:type="dxa"/>
              <w:right w:w="90" w:type="dxa"/>
            </w:tcMar>
            <w:vAlign w:val="center"/>
          </w:tcPr>
          <w:p w14:paraId="0C2EC3D6" w14:textId="77777777" w:rsidR="008D43AB" w:rsidRDefault="008D43AB"/>
          <w:p w14:paraId="791B964C"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615D544E" w14:textId="77777777">
        <w:trPr>
          <w:cantSplit/>
          <w:jc w:val="center"/>
        </w:trPr>
        <w:tc>
          <w:tcPr>
            <w:tcW w:w="14060" w:type="dxa"/>
            <w:gridSpan w:val="6"/>
            <w:tcMar>
              <w:top w:w="70" w:type="dxa"/>
              <w:left w:w="90" w:type="dxa"/>
              <w:bottom w:w="70" w:type="dxa"/>
              <w:right w:w="90" w:type="dxa"/>
            </w:tcMar>
            <w:vAlign w:val="center"/>
          </w:tcPr>
          <w:p w14:paraId="6CE4DF8D" w14:textId="77777777" w:rsidR="008D43AB" w:rsidRDefault="008D43AB"/>
          <w:p w14:paraId="2361288C" w14:textId="77777777" w:rsidR="008D43AB" w:rsidRDefault="00000000">
            <w:pPr>
              <w:spacing w:line="245" w:lineRule="auto"/>
            </w:pPr>
            <w:r>
              <w:rPr>
                <w:b/>
                <w:color w:val="000000"/>
                <w:sz w:val="16"/>
              </w:rPr>
              <w:t xml:space="preserve">OCENJEVANJE / DAN DEJAVNOSTI: </w:t>
            </w:r>
            <w:r>
              <w:rPr>
                <w:color w:val="000000"/>
                <w:sz w:val="16"/>
              </w:rPr>
              <w:t>TEHNIŠKI DAN</w:t>
            </w:r>
          </w:p>
        </w:tc>
      </w:tr>
      <w:tr w:rsidR="008D43AB" w14:paraId="0791CC64" w14:textId="77777777">
        <w:trPr>
          <w:cantSplit/>
          <w:jc w:val="center"/>
        </w:trPr>
        <w:tc>
          <w:tcPr>
            <w:tcW w:w="14060" w:type="dxa"/>
            <w:gridSpan w:val="6"/>
            <w:tcMar>
              <w:top w:w="70" w:type="dxa"/>
              <w:left w:w="90" w:type="dxa"/>
              <w:bottom w:w="70" w:type="dxa"/>
              <w:right w:w="90" w:type="dxa"/>
            </w:tcMar>
            <w:vAlign w:val="center"/>
          </w:tcPr>
          <w:p w14:paraId="54781F2F" w14:textId="77777777" w:rsidR="008D43AB" w:rsidRDefault="008D43AB"/>
          <w:p w14:paraId="1F5128AA"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7F5AC88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3DE1D7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8CAF532"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D2D7493" w14:textId="77777777" w:rsidR="008D43AB" w:rsidRDefault="00000000">
            <w:pPr>
              <w:jc w:val="center"/>
            </w:pPr>
            <w:r>
              <w:rPr>
                <w:b/>
                <w:color w:val="000000"/>
                <w:sz w:val="20"/>
              </w:rPr>
              <w:t>UČNE DEJAVNOSTI, METODE IN FORMATIVNO SPREMLJANJE</w:t>
            </w:r>
          </w:p>
        </w:tc>
      </w:tr>
      <w:tr w:rsidR="008D43AB" w14:paraId="66FAE4E7" w14:textId="77777777">
        <w:trPr>
          <w:tblHeader/>
          <w:jc w:val="center"/>
        </w:trPr>
        <w:tc>
          <w:tcPr>
            <w:tcW w:w="4422" w:type="dxa"/>
            <w:vMerge/>
            <w:tcMar>
              <w:top w:w="70" w:type="dxa"/>
              <w:left w:w="90" w:type="dxa"/>
              <w:bottom w:w="70" w:type="dxa"/>
              <w:right w:w="90" w:type="dxa"/>
            </w:tcMar>
            <w:vAlign w:val="center"/>
          </w:tcPr>
          <w:p w14:paraId="0B1C6394" w14:textId="77777777" w:rsidR="008D43AB" w:rsidRDefault="008D43AB"/>
        </w:tc>
        <w:tc>
          <w:tcPr>
            <w:tcW w:w="7087" w:type="dxa"/>
            <w:shd w:val="clear" w:color="auto" w:fill="FFFFFF"/>
            <w:tcMar>
              <w:top w:w="70" w:type="dxa"/>
              <w:left w:w="90" w:type="dxa"/>
              <w:bottom w:w="70" w:type="dxa"/>
              <w:right w:w="90" w:type="dxa"/>
            </w:tcMar>
            <w:vAlign w:val="center"/>
          </w:tcPr>
          <w:p w14:paraId="5B24CAF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D8BCB16" w14:textId="77777777" w:rsidR="008D43AB" w:rsidRDefault="00000000">
            <w:pPr>
              <w:jc w:val="center"/>
            </w:pPr>
            <w:r>
              <w:rPr>
                <w:b/>
                <w:color w:val="000000"/>
              </w:rPr>
              <w:t>UČENEC</w:t>
            </w:r>
          </w:p>
        </w:tc>
      </w:tr>
      <w:tr w:rsidR="008D43AB" w14:paraId="0F009761" w14:textId="77777777">
        <w:trPr>
          <w:jc w:val="center"/>
        </w:trPr>
        <w:tc>
          <w:tcPr>
            <w:tcW w:w="4422" w:type="dxa"/>
            <w:tcMar>
              <w:top w:w="70" w:type="dxa"/>
              <w:left w:w="90" w:type="dxa"/>
              <w:bottom w:w="70" w:type="dxa"/>
              <w:right w:w="90" w:type="dxa"/>
            </w:tcMar>
          </w:tcPr>
          <w:p w14:paraId="422C70EC" w14:textId="77777777" w:rsidR="008D43AB" w:rsidRDefault="008D43AB"/>
          <w:p w14:paraId="3DF4E301" w14:textId="77777777" w:rsidR="008D43AB" w:rsidRDefault="00000000">
            <w:pPr>
              <w:spacing w:after="60" w:line="245" w:lineRule="auto"/>
            </w:pPr>
            <w:r>
              <w:rPr>
                <w:b/>
                <w:color w:val="000000"/>
              </w:rPr>
              <w:t>UČNI CILJI</w:t>
            </w:r>
          </w:p>
          <w:p w14:paraId="76B56BF6" w14:textId="77777777" w:rsidR="008D43AB" w:rsidRDefault="00000000">
            <w:pPr>
              <w:spacing w:after="20" w:line="245" w:lineRule="auto"/>
            </w:pPr>
            <w:r>
              <w:rPr>
                <w:b/>
                <w:color w:val="000000"/>
                <w:sz w:val="17"/>
              </w:rPr>
              <w:t>SPLOŠNI</w:t>
            </w:r>
          </w:p>
          <w:p w14:paraId="28FBAAF7"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59DA7D1A" w14:textId="77777777" w:rsidR="008D43AB" w:rsidRDefault="00000000">
            <w:pPr>
              <w:pStyle w:val="Oznaenseznam"/>
              <w:spacing w:after="16"/>
            </w:pPr>
            <w:r>
              <w:rPr>
                <w:color w:val="000000"/>
                <w:sz w:val="16"/>
              </w:rPr>
              <w:t>poje, ritmično govori ter uporablja telo, glasbila in predmete kot zvočne vire</w:t>
            </w:r>
          </w:p>
          <w:p w14:paraId="2DFE3134" w14:textId="77777777" w:rsidR="008D43AB" w:rsidRDefault="00000000">
            <w:pPr>
              <w:pStyle w:val="Oznaenseznam"/>
              <w:spacing w:after="16"/>
            </w:pPr>
            <w:r>
              <w:rPr>
                <w:color w:val="000000"/>
                <w:sz w:val="16"/>
              </w:rPr>
              <w:t>razlikuje izbrane lastnosti zvoka in glasbe ter varuje sluh in odgovorno uporablja glasbila</w:t>
            </w:r>
          </w:p>
          <w:p w14:paraId="0BB25ACE"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54524C2E" w14:textId="77777777" w:rsidR="008D43AB" w:rsidRDefault="00000000">
            <w:pPr>
              <w:spacing w:before="40" w:after="20" w:line="245" w:lineRule="auto"/>
            </w:pPr>
            <w:r>
              <w:rPr>
                <w:b/>
                <w:color w:val="000000"/>
                <w:sz w:val="17"/>
              </w:rPr>
              <w:t>OPERATIVNI</w:t>
            </w:r>
          </w:p>
          <w:p w14:paraId="74415527" w14:textId="77777777" w:rsidR="008D43AB" w:rsidRDefault="00000000">
            <w:pPr>
              <w:pStyle w:val="Oznaenseznam"/>
              <w:spacing w:after="16"/>
            </w:pPr>
            <w:r>
              <w:rPr>
                <w:color w:val="000000"/>
                <w:sz w:val="16"/>
              </w:rPr>
              <w:t>razlikuje naravne in umetne zvoke</w:t>
            </w:r>
          </w:p>
          <w:p w14:paraId="096CAE36" w14:textId="77777777" w:rsidR="008D43AB" w:rsidRDefault="00000000">
            <w:pPr>
              <w:pStyle w:val="Oznaenseznam"/>
              <w:spacing w:after="16"/>
            </w:pPr>
            <w:r>
              <w:rPr>
                <w:color w:val="000000"/>
                <w:sz w:val="16"/>
              </w:rPr>
              <w:t>ustvari zvočno spremljavo poti</w:t>
            </w:r>
          </w:p>
          <w:p w14:paraId="2963F69B" w14:textId="77777777" w:rsidR="008D43AB" w:rsidRDefault="00000000">
            <w:pPr>
              <w:pStyle w:val="Oznaenseznam"/>
              <w:spacing w:after="16"/>
            </w:pPr>
            <w:r>
              <w:rPr>
                <w:color w:val="000000"/>
                <w:sz w:val="16"/>
              </w:rPr>
              <w:t>odgovorno uporablja glasbilo</w:t>
            </w:r>
          </w:p>
          <w:p w14:paraId="7AF8597E" w14:textId="77777777" w:rsidR="008D43AB" w:rsidRDefault="00000000">
            <w:pPr>
              <w:spacing w:before="40" w:after="20" w:line="245" w:lineRule="auto"/>
            </w:pPr>
            <w:r>
              <w:rPr>
                <w:b/>
                <w:color w:val="000000"/>
                <w:sz w:val="17"/>
              </w:rPr>
              <w:t>PRIČAKOVANI DOSEŽKI / MINIMALNI POUDARKI</w:t>
            </w:r>
          </w:p>
          <w:p w14:paraId="248E3807" w14:textId="77777777" w:rsidR="008D43AB" w:rsidRDefault="00000000">
            <w:pPr>
              <w:pStyle w:val="Oznaenseznam"/>
              <w:spacing w:after="16"/>
            </w:pPr>
            <w:r>
              <w:rPr>
                <w:color w:val="000000"/>
                <w:sz w:val="15"/>
              </w:rPr>
              <w:t>samostojno oziroma z dogovorjeno oporo razlikuje naravne in umetne zvoke</w:t>
            </w:r>
          </w:p>
          <w:p w14:paraId="7F0824C1" w14:textId="77777777" w:rsidR="008D43AB" w:rsidRDefault="00000000">
            <w:pPr>
              <w:pStyle w:val="Oznaenseznam"/>
              <w:spacing w:after="16"/>
            </w:pPr>
            <w:r>
              <w:rPr>
                <w:color w:val="000000"/>
                <w:sz w:val="15"/>
              </w:rPr>
              <w:t>samostojno oziroma z dogovorjeno oporo ustvari zvočno spremljavo poti</w:t>
            </w:r>
          </w:p>
          <w:p w14:paraId="7676F380" w14:textId="77777777" w:rsidR="008D43AB" w:rsidRDefault="00000000">
            <w:pPr>
              <w:pStyle w:val="Oznaenseznam"/>
              <w:spacing w:after="16"/>
            </w:pPr>
            <w:r>
              <w:rPr>
                <w:color w:val="000000"/>
                <w:sz w:val="15"/>
              </w:rPr>
              <w:t>samostojno oziroma z dogovorjeno oporo odgovorno uporablja glasbilo</w:t>
            </w:r>
          </w:p>
        </w:tc>
        <w:tc>
          <w:tcPr>
            <w:tcW w:w="7087" w:type="dxa"/>
            <w:tcMar>
              <w:top w:w="70" w:type="dxa"/>
              <w:left w:w="90" w:type="dxa"/>
              <w:bottom w:w="70" w:type="dxa"/>
              <w:right w:w="90" w:type="dxa"/>
            </w:tcMar>
          </w:tcPr>
          <w:p w14:paraId="4C686B3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98BD260" w14:textId="77777777">
              <w:trPr>
                <w:jc w:val="center"/>
              </w:trPr>
              <w:tc>
                <w:tcPr>
                  <w:tcW w:w="7087" w:type="dxa"/>
                  <w:shd w:val="clear" w:color="auto" w:fill="C6E7F3"/>
                  <w:tcMar>
                    <w:top w:w="45" w:type="dxa"/>
                    <w:left w:w="70" w:type="dxa"/>
                    <w:bottom w:w="45" w:type="dxa"/>
                    <w:right w:w="70" w:type="dxa"/>
                  </w:tcMar>
                </w:tcPr>
                <w:p w14:paraId="5CE5DE3E" w14:textId="77777777" w:rsidR="008D43AB" w:rsidRDefault="00000000">
                  <w:pPr>
                    <w:keepNext/>
                  </w:pPr>
                  <w:r>
                    <w:rPr>
                      <w:b/>
                      <w:color w:val="000000"/>
                    </w:rPr>
                    <w:t>UVODNI DEL – zvočna motivacija, aktivacija predznanja in namen učenja (8–12 min)</w:t>
                  </w:r>
                </w:p>
              </w:tc>
            </w:tr>
          </w:tbl>
          <w:p w14:paraId="0412B5A0" w14:textId="77777777" w:rsidR="008D43AB" w:rsidRDefault="008D43AB">
            <w:pPr>
              <w:spacing w:line="20" w:lineRule="exact"/>
            </w:pPr>
          </w:p>
          <w:p w14:paraId="5CCE5B45" w14:textId="77777777" w:rsidR="008D43AB" w:rsidRDefault="00000000">
            <w:pPr>
              <w:spacing w:before="40" w:after="60" w:line="245" w:lineRule="auto"/>
            </w:pPr>
            <w:r>
              <w:rPr>
                <w:color w:val="000000"/>
                <w:sz w:val="16"/>
              </w:rPr>
              <w:t>Učenci ob motivu »Rdeča kapica« – brata Grimm vstopijo v temo varna pot, vidnost in premišljeno ravnanje. Najprej v tišini poslušajo kratek zvočni odlomek ali učiteljičino izvedbo (posnetki zvokov prometa, poti in gozda),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7F805DFE" w14:textId="77777777">
              <w:trPr>
                <w:jc w:val="center"/>
              </w:trPr>
              <w:tc>
                <w:tcPr>
                  <w:tcW w:w="7087" w:type="dxa"/>
                  <w:shd w:val="clear" w:color="auto" w:fill="EDC9EA"/>
                  <w:tcMar>
                    <w:top w:w="45" w:type="dxa"/>
                    <w:left w:w="70" w:type="dxa"/>
                    <w:bottom w:w="45" w:type="dxa"/>
                    <w:right w:w="70" w:type="dxa"/>
                  </w:tcMar>
                </w:tcPr>
                <w:p w14:paraId="73903CFB" w14:textId="77777777" w:rsidR="008D43AB" w:rsidRDefault="00000000">
                  <w:pPr>
                    <w:keepNext/>
                  </w:pPr>
                  <w:r>
                    <w:rPr>
                      <w:b/>
                      <w:color w:val="000000"/>
                    </w:rPr>
                    <w:t>NAMENI UČENJA</w:t>
                  </w:r>
                </w:p>
              </w:tc>
            </w:tr>
          </w:tbl>
          <w:p w14:paraId="7AA2E05E" w14:textId="77777777" w:rsidR="008D43AB" w:rsidRDefault="008D43AB">
            <w:pPr>
              <w:spacing w:line="20" w:lineRule="exact"/>
            </w:pPr>
          </w:p>
          <w:p w14:paraId="5586632B"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1F974D8D" w14:textId="77777777" w:rsidR="008D43AB" w:rsidRDefault="00000000">
            <w:pPr>
              <w:pStyle w:val="Oznaenseznam"/>
              <w:spacing w:after="16"/>
            </w:pPr>
            <w:r>
              <w:rPr>
                <w:color w:val="000000"/>
                <w:sz w:val="16"/>
              </w:rPr>
              <w:t>razlikujem naravne in umetne zvoke</w:t>
            </w:r>
          </w:p>
          <w:p w14:paraId="0A86E767" w14:textId="77777777" w:rsidR="008D43AB" w:rsidRDefault="00000000">
            <w:pPr>
              <w:pStyle w:val="Oznaenseznam"/>
              <w:spacing w:after="16"/>
            </w:pPr>
            <w:r>
              <w:rPr>
                <w:color w:val="000000"/>
                <w:sz w:val="16"/>
              </w:rPr>
              <w:t>ustvarim zvočno spremljavo poti</w:t>
            </w:r>
          </w:p>
          <w:p w14:paraId="74681156" w14:textId="77777777" w:rsidR="008D43AB" w:rsidRDefault="00000000">
            <w:pPr>
              <w:pStyle w:val="Oznaenseznam"/>
              <w:spacing w:after="16"/>
            </w:pPr>
            <w:r>
              <w:rPr>
                <w:color w:val="000000"/>
                <w:sz w:val="16"/>
              </w:rPr>
              <w:t>odgovorno uporablja glasbilo</w:t>
            </w:r>
          </w:p>
          <w:tbl>
            <w:tblPr>
              <w:tblStyle w:val="Tabelamrea"/>
              <w:tblW w:w="0" w:type="auto"/>
              <w:jc w:val="center"/>
              <w:tblLayout w:type="fixed"/>
              <w:tblLook w:val="04A0" w:firstRow="1" w:lastRow="0" w:firstColumn="1" w:lastColumn="0" w:noHBand="0" w:noVBand="1"/>
            </w:tblPr>
            <w:tblGrid>
              <w:gridCol w:w="7087"/>
            </w:tblGrid>
            <w:tr w:rsidR="008D43AB" w14:paraId="354B8DA5" w14:textId="77777777">
              <w:trPr>
                <w:jc w:val="center"/>
              </w:trPr>
              <w:tc>
                <w:tcPr>
                  <w:tcW w:w="7087" w:type="dxa"/>
                  <w:shd w:val="clear" w:color="auto" w:fill="EDC9EA"/>
                  <w:tcMar>
                    <w:top w:w="45" w:type="dxa"/>
                    <w:left w:w="70" w:type="dxa"/>
                    <w:bottom w:w="45" w:type="dxa"/>
                    <w:right w:w="70" w:type="dxa"/>
                  </w:tcMar>
                </w:tcPr>
                <w:p w14:paraId="576E15EA" w14:textId="77777777" w:rsidR="008D43AB" w:rsidRDefault="00000000">
                  <w:pPr>
                    <w:keepNext/>
                  </w:pPr>
                  <w:r>
                    <w:rPr>
                      <w:b/>
                      <w:color w:val="000000"/>
                    </w:rPr>
                    <w:t>PREVERJANJE PREDZNANJA</w:t>
                  </w:r>
                </w:p>
              </w:tc>
            </w:tr>
          </w:tbl>
          <w:p w14:paraId="2E85D267" w14:textId="77777777" w:rsidR="008D43AB" w:rsidRDefault="008D43AB">
            <w:pPr>
              <w:spacing w:line="20" w:lineRule="exact"/>
            </w:pPr>
          </w:p>
          <w:p w14:paraId="5EE57CA1" w14:textId="77777777" w:rsidR="008D43AB" w:rsidRDefault="00000000">
            <w:pPr>
              <w:pStyle w:val="Oznaenseznam"/>
              <w:spacing w:after="16"/>
            </w:pPr>
            <w:r>
              <w:rPr>
                <w:color w:val="000000"/>
                <w:sz w:val="16"/>
              </w:rPr>
              <w:t>Kaj mi zvok, naslov, slika ali motiv pove o temi varna pot, vidnost in premišljeno ravnanje?</w:t>
            </w:r>
          </w:p>
          <w:p w14:paraId="24EB03B5" w14:textId="77777777" w:rsidR="008D43AB" w:rsidRDefault="00000000">
            <w:pPr>
              <w:pStyle w:val="Oznaenseznam"/>
              <w:spacing w:after="16"/>
            </w:pPr>
            <w:r>
              <w:rPr>
                <w:color w:val="000000"/>
                <w:sz w:val="16"/>
              </w:rPr>
              <w:t>Kako lahko s poslušanjem, glasom, telesom, glasbilom ali simbolom pokažem, kaj že znam pri temi »ZVOKI PROMETA«?</w:t>
            </w:r>
          </w:p>
          <w:p w14:paraId="66F9FAB6"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5F830424" w14:textId="77777777">
              <w:trPr>
                <w:jc w:val="center"/>
              </w:trPr>
              <w:tc>
                <w:tcPr>
                  <w:tcW w:w="7087" w:type="dxa"/>
                  <w:shd w:val="clear" w:color="auto" w:fill="EDC9EA"/>
                  <w:tcMar>
                    <w:top w:w="45" w:type="dxa"/>
                    <w:left w:w="70" w:type="dxa"/>
                    <w:bottom w:w="45" w:type="dxa"/>
                    <w:right w:w="70" w:type="dxa"/>
                  </w:tcMar>
                </w:tcPr>
                <w:p w14:paraId="1F140EA8" w14:textId="77777777" w:rsidR="008D43AB" w:rsidRDefault="00000000">
                  <w:pPr>
                    <w:keepNext/>
                  </w:pPr>
                  <w:r>
                    <w:rPr>
                      <w:b/>
                      <w:color w:val="000000"/>
                    </w:rPr>
                    <w:t>KRITERIJI USPEŠNOSTI</w:t>
                  </w:r>
                </w:p>
              </w:tc>
            </w:tr>
          </w:tbl>
          <w:p w14:paraId="4042D35D" w14:textId="77777777" w:rsidR="008D43AB" w:rsidRDefault="008D43AB"/>
          <w:p w14:paraId="5EB35B0B" w14:textId="77777777" w:rsidR="008D43AB" w:rsidRDefault="00000000">
            <w:pPr>
              <w:spacing w:before="20" w:after="20" w:line="245" w:lineRule="auto"/>
            </w:pPr>
            <w:r>
              <w:rPr>
                <w:b/>
                <w:color w:val="000000"/>
                <w:sz w:val="16"/>
              </w:rPr>
              <w:t>Uspešen/-na bom, ko:</w:t>
            </w:r>
          </w:p>
          <w:p w14:paraId="21B8A10B" w14:textId="77777777" w:rsidR="008D43AB" w:rsidRDefault="00000000">
            <w:pPr>
              <w:pStyle w:val="Oznaenseznam"/>
              <w:spacing w:after="16"/>
            </w:pPr>
            <w:r>
              <w:rPr>
                <w:color w:val="000000"/>
                <w:sz w:val="16"/>
              </w:rPr>
              <w:t>razlikujem naravne in umetne zvoke</w:t>
            </w:r>
          </w:p>
          <w:p w14:paraId="4306F9FD" w14:textId="77777777" w:rsidR="008D43AB" w:rsidRDefault="00000000">
            <w:pPr>
              <w:pStyle w:val="Oznaenseznam"/>
              <w:spacing w:after="16"/>
            </w:pPr>
            <w:r>
              <w:rPr>
                <w:color w:val="000000"/>
                <w:sz w:val="16"/>
              </w:rPr>
              <w:t>ustvarim zvočno spremljavo poti</w:t>
            </w:r>
          </w:p>
          <w:p w14:paraId="7DB13453" w14:textId="77777777" w:rsidR="008D43AB" w:rsidRDefault="00000000">
            <w:pPr>
              <w:pStyle w:val="Oznaenseznam"/>
              <w:spacing w:after="16"/>
            </w:pPr>
            <w:r>
              <w:rPr>
                <w:color w:val="000000"/>
                <w:sz w:val="16"/>
              </w:rPr>
              <w:t>odgovorno uporablja glasbilo</w:t>
            </w:r>
          </w:p>
          <w:p w14:paraId="1231570E" w14:textId="77777777" w:rsidR="008D43AB" w:rsidRDefault="00000000">
            <w:pPr>
              <w:pStyle w:val="Oznaenseznam"/>
              <w:spacing w:after="16"/>
            </w:pPr>
            <w:r>
              <w:rPr>
                <w:color w:val="000000"/>
                <w:sz w:val="16"/>
              </w:rPr>
              <w:t>upoštevam dogovorjeni začetek, konec, znak za tišino in varno glasnost</w:t>
            </w:r>
          </w:p>
          <w:p w14:paraId="09E57427"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42A5BB42" w14:textId="77777777" w:rsidR="008D43AB" w:rsidRDefault="008D43AB"/>
          <w:p w14:paraId="6B0DAA91"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655637B" w14:textId="77777777" w:rsidR="008D43AB" w:rsidRDefault="00000000">
            <w:pPr>
              <w:spacing w:after="80" w:line="245" w:lineRule="auto"/>
            </w:pPr>
            <w:r>
              <w:rPr>
                <w:color w:val="000000"/>
                <w:sz w:val="16"/>
              </w:rPr>
              <w:t>Pove ali pokaže, kaj že zna in katero glasbeno strategijo bi uporabil.</w:t>
            </w:r>
          </w:p>
          <w:p w14:paraId="14D62141" w14:textId="77777777" w:rsidR="008D43AB" w:rsidRDefault="00000000">
            <w:pPr>
              <w:spacing w:after="100" w:line="245" w:lineRule="auto"/>
            </w:pPr>
            <w:r>
              <w:rPr>
                <w:color w:val="000000"/>
                <w:sz w:val="16"/>
              </w:rPr>
              <w:t>Sodeluje pri razumevanju namenov, meril uspešnosti, varne glasnosti in načina dokazovanja.</w:t>
            </w:r>
          </w:p>
          <w:p w14:paraId="75C67D99" w14:textId="77777777" w:rsidR="008D43AB" w:rsidRDefault="00000000">
            <w:pPr>
              <w:spacing w:after="20" w:line="245" w:lineRule="auto"/>
            </w:pPr>
            <w:r>
              <w:rPr>
                <w:b/>
                <w:color w:val="D95BC6"/>
                <w:sz w:val="17"/>
              </w:rPr>
              <w:t>DOKAZ O UČENJU</w:t>
            </w:r>
          </w:p>
          <w:p w14:paraId="5ACD3F41"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4BC13E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801AFD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E53FFB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872E22" w14:textId="77777777" w:rsidR="008D43AB" w:rsidRDefault="00000000">
            <w:pPr>
              <w:jc w:val="center"/>
            </w:pPr>
            <w:r>
              <w:rPr>
                <w:b/>
                <w:color w:val="000000"/>
                <w:sz w:val="20"/>
              </w:rPr>
              <w:t>UČNE DEJAVNOSTI, METODE IN FORMATIVNO SPREMLJANJE</w:t>
            </w:r>
          </w:p>
        </w:tc>
      </w:tr>
      <w:tr w:rsidR="008D43AB" w14:paraId="1F130536" w14:textId="77777777">
        <w:trPr>
          <w:tblHeader/>
          <w:jc w:val="center"/>
        </w:trPr>
        <w:tc>
          <w:tcPr>
            <w:tcW w:w="4422" w:type="dxa"/>
            <w:vMerge/>
            <w:tcMar>
              <w:top w:w="70" w:type="dxa"/>
              <w:left w:w="90" w:type="dxa"/>
              <w:bottom w:w="70" w:type="dxa"/>
              <w:right w:w="90" w:type="dxa"/>
            </w:tcMar>
            <w:vAlign w:val="center"/>
          </w:tcPr>
          <w:p w14:paraId="73C36447" w14:textId="77777777" w:rsidR="008D43AB" w:rsidRDefault="008D43AB"/>
        </w:tc>
        <w:tc>
          <w:tcPr>
            <w:tcW w:w="7087" w:type="dxa"/>
            <w:shd w:val="clear" w:color="auto" w:fill="FFFFFF"/>
            <w:tcMar>
              <w:top w:w="70" w:type="dxa"/>
              <w:left w:w="90" w:type="dxa"/>
              <w:bottom w:w="70" w:type="dxa"/>
              <w:right w:w="90" w:type="dxa"/>
            </w:tcMar>
            <w:vAlign w:val="center"/>
          </w:tcPr>
          <w:p w14:paraId="29EAF93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666C151" w14:textId="77777777" w:rsidR="008D43AB" w:rsidRDefault="00000000">
            <w:pPr>
              <w:jc w:val="center"/>
            </w:pPr>
            <w:r>
              <w:rPr>
                <w:b/>
                <w:color w:val="000000"/>
              </w:rPr>
              <w:t>UČENEC</w:t>
            </w:r>
          </w:p>
        </w:tc>
      </w:tr>
      <w:tr w:rsidR="008D43AB" w14:paraId="7B6EAD3F" w14:textId="77777777">
        <w:trPr>
          <w:jc w:val="center"/>
        </w:trPr>
        <w:tc>
          <w:tcPr>
            <w:tcW w:w="4422" w:type="dxa"/>
            <w:tcMar>
              <w:top w:w="70" w:type="dxa"/>
              <w:left w:w="90" w:type="dxa"/>
              <w:bottom w:w="70" w:type="dxa"/>
              <w:right w:w="90" w:type="dxa"/>
            </w:tcMar>
          </w:tcPr>
          <w:p w14:paraId="37BBB8B7" w14:textId="77777777" w:rsidR="008D43AB" w:rsidRDefault="008D43AB"/>
          <w:p w14:paraId="37AA24FD" w14:textId="77777777" w:rsidR="008D43AB" w:rsidRDefault="00000000">
            <w:pPr>
              <w:spacing w:after="40" w:line="245" w:lineRule="auto"/>
            </w:pPr>
            <w:r>
              <w:rPr>
                <w:b/>
                <w:color w:val="000000"/>
              </w:rPr>
              <w:t>KLJUČNI GLASBENI POJMI</w:t>
            </w:r>
          </w:p>
          <w:p w14:paraId="1559D5F4" w14:textId="77777777" w:rsidR="008D43AB" w:rsidRDefault="00000000">
            <w:pPr>
              <w:spacing w:after="60" w:line="245" w:lineRule="auto"/>
            </w:pPr>
            <w:r>
              <w:rPr>
                <w:color w:val="000000"/>
                <w:sz w:val="15"/>
              </w:rPr>
              <w:t>poslušanje, zvok, tišina, izvedba, glasbeni znak, dokaz, povratna informacija, zvočni vir, glasno–tiho, visoko–nizko, dolgo–kratko, naravno–umetno</w:t>
            </w:r>
          </w:p>
          <w:p w14:paraId="3271B587" w14:textId="77777777" w:rsidR="008D43AB" w:rsidRDefault="00000000">
            <w:pPr>
              <w:spacing w:after="20" w:line="245" w:lineRule="auto"/>
            </w:pPr>
            <w:r>
              <w:rPr>
                <w:b/>
                <w:color w:val="000000"/>
                <w:sz w:val="17"/>
              </w:rPr>
              <w:t>DOKAZI O UČENJU</w:t>
            </w:r>
          </w:p>
          <w:p w14:paraId="4F4DC53F" w14:textId="77777777" w:rsidR="008D43AB" w:rsidRDefault="00000000">
            <w:pPr>
              <w:pStyle w:val="Oznaenseznam"/>
              <w:spacing w:after="9"/>
            </w:pPr>
            <w:r>
              <w:rPr>
                <w:color w:val="000000"/>
                <w:sz w:val="15"/>
              </w:rPr>
              <w:t>poslušalski gibalni odziv, ritmični/pevski odmev in učiteljev zapis o skupnem pulzu oziroma začetku/koncu.</w:t>
            </w:r>
          </w:p>
          <w:p w14:paraId="7594ED7B" w14:textId="77777777" w:rsidR="008D43AB" w:rsidRDefault="00000000">
            <w:pPr>
              <w:pStyle w:val="Oznaenseznam"/>
              <w:spacing w:after="9"/>
            </w:pPr>
            <w:r>
              <w:rPr>
                <w:color w:val="000000"/>
                <w:sz w:val="15"/>
              </w:rPr>
              <w:t>slikovni zvočni zapis, skupinska izvedba/posnetek in vrstniška opisna povratna informacija.</w:t>
            </w:r>
          </w:p>
          <w:p w14:paraId="6D678197" w14:textId="77777777" w:rsidR="008D43AB" w:rsidRDefault="00000000">
            <w:pPr>
              <w:spacing w:before="40" w:after="20" w:line="245" w:lineRule="auto"/>
            </w:pPr>
            <w:r>
              <w:rPr>
                <w:b/>
                <w:color w:val="000000"/>
                <w:sz w:val="17"/>
              </w:rPr>
              <w:t>GLASBENO DOŽIVETJE IN IZKUŠENJSKI POUK</w:t>
            </w:r>
          </w:p>
          <w:p w14:paraId="36E36C13"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4DB5F63C" w14:textId="77777777" w:rsidR="008D43AB" w:rsidRDefault="00000000">
            <w:pPr>
              <w:spacing w:after="20" w:line="245" w:lineRule="auto"/>
            </w:pPr>
            <w:r>
              <w:rPr>
                <w:b/>
                <w:color w:val="000000"/>
                <w:sz w:val="17"/>
              </w:rPr>
              <w:t>POUČEVANJE V GIBANJU</w:t>
            </w:r>
          </w:p>
          <w:p w14:paraId="58B433C3"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432A31F" w14:textId="77777777" w:rsidR="008D43AB" w:rsidRDefault="00000000">
            <w:pPr>
              <w:spacing w:after="20" w:line="245" w:lineRule="auto"/>
            </w:pPr>
            <w:r>
              <w:rPr>
                <w:b/>
                <w:color w:val="000000"/>
                <w:sz w:val="17"/>
              </w:rPr>
              <w:t>DELO PO POSTAJAH</w:t>
            </w:r>
          </w:p>
          <w:p w14:paraId="75A8A996"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27ECAB6" w14:textId="77777777" w:rsidR="008D43AB" w:rsidRDefault="00000000">
            <w:pPr>
              <w:spacing w:after="10" w:line="245" w:lineRule="auto"/>
            </w:pPr>
            <w:r>
              <w:rPr>
                <w:color w:val="000000"/>
                <w:sz w:val="15"/>
              </w:rPr>
              <w:t>1. Aktivno poslušanje: prepoznam zvočni vir ali spremembo ter odziv pokažem s kartico, gibom ali besedo.</w:t>
            </w:r>
          </w:p>
          <w:p w14:paraId="3533A5A0" w14:textId="77777777" w:rsidR="008D43AB" w:rsidRDefault="00000000">
            <w:pPr>
              <w:spacing w:after="10" w:line="245" w:lineRule="auto"/>
            </w:pPr>
            <w:r>
              <w:rPr>
                <w:color w:val="000000"/>
                <w:sz w:val="15"/>
              </w:rPr>
              <w:t>2. Gibalna: glasbeno lastnost ponazorim s hojo, nivojem telesa, smerjo, hitrostjo in zamrznitvijo.</w:t>
            </w:r>
          </w:p>
          <w:p w14:paraId="1965A81F" w14:textId="77777777" w:rsidR="008D43AB" w:rsidRDefault="00000000">
            <w:pPr>
              <w:spacing w:after="10" w:line="245" w:lineRule="auto"/>
            </w:pPr>
            <w:r>
              <w:rPr>
                <w:color w:val="000000"/>
                <w:sz w:val="15"/>
              </w:rPr>
              <w:t>3. Izvajalska: zvok posnemam z glasom, telesom ali glasbilom ter upoštevam začetek, konec in tišino.</w:t>
            </w:r>
          </w:p>
          <w:p w14:paraId="6BEF5B31" w14:textId="77777777" w:rsidR="008D43AB" w:rsidRDefault="00000000">
            <w:pPr>
              <w:spacing w:after="10" w:line="245" w:lineRule="auto"/>
            </w:pPr>
            <w:r>
              <w:rPr>
                <w:color w:val="000000"/>
                <w:sz w:val="15"/>
              </w:rPr>
              <w:t>4. Likovno-zapisna: doživetje ali zvočno zaporedje prikažem s simboli, ga predstavim in izboljšam.</w:t>
            </w:r>
          </w:p>
          <w:p w14:paraId="588A4DE7" w14:textId="77777777" w:rsidR="008D43AB" w:rsidRDefault="00000000">
            <w:pPr>
              <w:spacing w:after="20" w:line="245" w:lineRule="auto"/>
            </w:pPr>
            <w:r>
              <w:rPr>
                <w:b/>
                <w:color w:val="000000"/>
                <w:sz w:val="17"/>
              </w:rPr>
              <w:t>DIFERENCIACIJA IN VKLJUČEVANJE</w:t>
            </w:r>
          </w:p>
          <w:p w14:paraId="4CDB6E5C"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1925984A" w14:textId="77777777" w:rsidR="008D43AB" w:rsidRDefault="00000000">
            <w:pPr>
              <w:spacing w:after="20" w:line="245" w:lineRule="auto"/>
            </w:pPr>
            <w:r>
              <w:rPr>
                <w:b/>
                <w:color w:val="000000"/>
                <w:sz w:val="17"/>
              </w:rPr>
              <w:t>SPREMLJANJE</w:t>
            </w:r>
          </w:p>
          <w:p w14:paraId="525012B1"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4E9F8E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465739B" w14:textId="77777777">
              <w:trPr>
                <w:jc w:val="center"/>
              </w:trPr>
              <w:tc>
                <w:tcPr>
                  <w:tcW w:w="7087" w:type="dxa"/>
                  <w:shd w:val="clear" w:color="auto" w:fill="C6E7F3"/>
                  <w:tcMar>
                    <w:top w:w="45" w:type="dxa"/>
                    <w:left w:w="70" w:type="dxa"/>
                    <w:bottom w:w="45" w:type="dxa"/>
                    <w:right w:w="70" w:type="dxa"/>
                  </w:tcMar>
                </w:tcPr>
                <w:p w14:paraId="7EFE7F45" w14:textId="77777777" w:rsidR="008D43AB" w:rsidRDefault="00000000">
                  <w:pPr>
                    <w:keepNext/>
                  </w:pPr>
                  <w:r>
                    <w:rPr>
                      <w:b/>
                      <w:color w:val="000000"/>
                      <w:sz w:val="17"/>
                    </w:rPr>
                    <w:t>GLAVNI DEL – POSLUŠANJE, IZVAJANJE, GIBANJE IN USTVARJANJE (2 šolski uri)</w:t>
                  </w:r>
                </w:p>
              </w:tc>
            </w:tr>
          </w:tbl>
          <w:p w14:paraId="4310A666" w14:textId="77777777" w:rsidR="008D43AB" w:rsidRDefault="008D43AB">
            <w:pPr>
              <w:spacing w:line="20" w:lineRule="exact"/>
            </w:pPr>
          </w:p>
          <w:p w14:paraId="70CC6D85" w14:textId="77777777" w:rsidR="008D43AB" w:rsidRDefault="00000000">
            <w:pPr>
              <w:keepNext/>
              <w:spacing w:before="24" w:after="8" w:line="245" w:lineRule="auto"/>
            </w:pPr>
            <w:r>
              <w:rPr>
                <w:b/>
                <w:color w:val="000000"/>
                <w:sz w:val="16"/>
              </w:rPr>
              <w:t>1. URA – Zvoki Prometa – Poslušam in izvajam</w:t>
            </w:r>
          </w:p>
          <w:p w14:paraId="6D9278AE"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»ZVOKI PROMETA«,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272CA4AC"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76B61EE4"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43CC0AD0" w14:textId="77777777" w:rsidR="008D43AB" w:rsidRDefault="00000000">
            <w:pPr>
              <w:keepNext/>
              <w:spacing w:before="24" w:after="8" w:line="245" w:lineRule="auto"/>
            </w:pPr>
            <w:r>
              <w:rPr>
                <w:b/>
                <w:color w:val="000000"/>
                <w:sz w:val="16"/>
              </w:rPr>
              <w:t>2. URA – Zvoki Prometa – Ustvarim in nastopim</w:t>
            </w:r>
          </w:p>
          <w:p w14:paraId="05C79C51"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zvoki prometa«; usmerja izbiro, zapis, vajo in menjavo vlog. Zaključek: 10' – Organizira nastop in odziv poslušalcev po kriterijih; posname kratek dokaz, če so soglasja urejena.</w:t>
            </w:r>
          </w:p>
          <w:p w14:paraId="55C47F3B"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6E51CFED"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2011E82E" w14:textId="77777777">
              <w:trPr>
                <w:jc w:val="center"/>
              </w:trPr>
              <w:tc>
                <w:tcPr>
                  <w:tcW w:w="7087" w:type="dxa"/>
                  <w:shd w:val="clear" w:color="auto" w:fill="EDC9EA"/>
                  <w:tcMar>
                    <w:top w:w="45" w:type="dxa"/>
                    <w:left w:w="70" w:type="dxa"/>
                    <w:bottom w:w="45" w:type="dxa"/>
                    <w:right w:w="70" w:type="dxa"/>
                  </w:tcMar>
                </w:tcPr>
                <w:p w14:paraId="53A29A9A" w14:textId="77777777" w:rsidR="008D43AB" w:rsidRDefault="00000000">
                  <w:pPr>
                    <w:keepNext/>
                  </w:pPr>
                  <w:r>
                    <w:rPr>
                      <w:b/>
                      <w:color w:val="000000"/>
                      <w:sz w:val="17"/>
                    </w:rPr>
                    <w:t>ORGANIZACIJA POSTAJ IN PREHODOV</w:t>
                  </w:r>
                </w:p>
              </w:tc>
            </w:tr>
          </w:tbl>
          <w:p w14:paraId="6A04E534" w14:textId="77777777" w:rsidR="008D43AB" w:rsidRDefault="008D43AB"/>
          <w:p w14:paraId="58D9FA71"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3D69B93C"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1BF41A20"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7E9B039B"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1BE6442D"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6BD2375B" w14:textId="77777777" w:rsidR="008D43AB" w:rsidRDefault="008D43AB"/>
          <w:p w14:paraId="7AA2830F" w14:textId="77777777" w:rsidR="008D43AB" w:rsidRDefault="00000000">
            <w:pPr>
              <w:spacing w:after="6" w:line="245" w:lineRule="auto"/>
            </w:pPr>
            <w:r>
              <w:rPr>
                <w:b/>
                <w:color w:val="000000"/>
                <w:sz w:val="15"/>
              </w:rPr>
              <w:t>1. URA – Zvoki Prometa – Poslušam in izvajam</w:t>
            </w:r>
          </w:p>
          <w:p w14:paraId="478AD0F5"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337F203F" w14:textId="77777777" w:rsidR="008D43AB" w:rsidRDefault="00000000">
            <w:pPr>
              <w:spacing w:after="20" w:line="245" w:lineRule="auto"/>
            </w:pPr>
            <w:r>
              <w:rPr>
                <w:color w:val="D95BC6"/>
                <w:sz w:val="14"/>
              </w:rPr>
              <w:t>Dokaz: poslušalski gibalni odziv, ritmični/pevski odmev in učiteljev zapis o skupnem pulzu oziroma.</w:t>
            </w:r>
          </w:p>
          <w:p w14:paraId="2F04D12D" w14:textId="77777777" w:rsidR="008D43AB" w:rsidRDefault="00000000">
            <w:pPr>
              <w:spacing w:after="6" w:line="245" w:lineRule="auto"/>
            </w:pPr>
            <w:r>
              <w:rPr>
                <w:b/>
                <w:color w:val="000000"/>
                <w:sz w:val="15"/>
              </w:rPr>
              <w:t>2. URA – Zvoki Prometa – Ustvarim in nastopim</w:t>
            </w:r>
          </w:p>
          <w:p w14:paraId="66D97F57"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40F71E32" w14:textId="77777777" w:rsidR="008D43AB" w:rsidRDefault="00000000">
            <w:pPr>
              <w:spacing w:after="20" w:line="245" w:lineRule="auto"/>
            </w:pPr>
            <w:r>
              <w:rPr>
                <w:color w:val="D95BC6"/>
                <w:sz w:val="14"/>
              </w:rPr>
              <w:t>Dokaz: slikovni zvočni zapis, skupinska izvedba/posnetek in vrstniška opisna povratna informacija.</w:t>
            </w:r>
          </w:p>
          <w:p w14:paraId="634E4C16" w14:textId="77777777" w:rsidR="008D43AB" w:rsidRDefault="00000000">
            <w:pPr>
              <w:spacing w:before="40" w:after="20" w:line="245" w:lineRule="auto"/>
            </w:pPr>
            <w:r>
              <w:rPr>
                <w:b/>
                <w:color w:val="D95BC6"/>
                <w:sz w:val="16"/>
              </w:rPr>
              <w:t>MOJ KROG POSTAJ</w:t>
            </w:r>
          </w:p>
          <w:p w14:paraId="4DC9E5B9" w14:textId="77777777" w:rsidR="008D43AB" w:rsidRDefault="00000000">
            <w:pPr>
              <w:spacing w:after="11" w:line="245" w:lineRule="auto"/>
            </w:pPr>
            <w:r>
              <w:rPr>
                <w:color w:val="000000"/>
                <w:sz w:val="14"/>
              </w:rPr>
              <w:t>1. Aktivno poslušanje: prepoznam zvočni vir ali spremembo ter odziv pokažem s kartico.</w:t>
            </w:r>
          </w:p>
          <w:p w14:paraId="557EBC1A" w14:textId="77777777" w:rsidR="008D43AB" w:rsidRDefault="00000000">
            <w:pPr>
              <w:spacing w:after="11" w:line="245" w:lineRule="auto"/>
            </w:pPr>
            <w:r>
              <w:rPr>
                <w:color w:val="000000"/>
                <w:sz w:val="14"/>
              </w:rPr>
              <w:t>2. Gibalna: glasbeno lastnost ponazorim s hojo, nivojem telesa, smerjo.</w:t>
            </w:r>
          </w:p>
          <w:p w14:paraId="7A031FBD" w14:textId="77777777" w:rsidR="008D43AB" w:rsidRDefault="00000000">
            <w:pPr>
              <w:spacing w:after="11" w:line="245" w:lineRule="auto"/>
            </w:pPr>
            <w:r>
              <w:rPr>
                <w:color w:val="000000"/>
                <w:sz w:val="14"/>
              </w:rPr>
              <w:t>3. Izvajalska: zvok posnemam z glasom, telesom ali glasbilom ter upoštevam začetek.</w:t>
            </w:r>
          </w:p>
          <w:p w14:paraId="64E57DE2" w14:textId="77777777" w:rsidR="008D43AB" w:rsidRDefault="00000000">
            <w:pPr>
              <w:spacing w:after="11" w:line="245" w:lineRule="auto"/>
            </w:pPr>
            <w:r>
              <w:rPr>
                <w:color w:val="000000"/>
                <w:sz w:val="14"/>
              </w:rPr>
              <w:t>4. Likovno-zapisna: doživetje ali zvočno zaporedje prikažem s simboli.</w:t>
            </w:r>
          </w:p>
          <w:p w14:paraId="531B3A6A"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69CE340" w14:textId="77777777" w:rsidR="008D43AB" w:rsidRDefault="00000000">
            <w:pPr>
              <w:spacing w:after="20" w:line="245" w:lineRule="auto"/>
            </w:pPr>
            <w:r>
              <w:rPr>
                <w:b/>
                <w:color w:val="D95BC6"/>
                <w:sz w:val="17"/>
              </w:rPr>
              <w:t>DOKAZ O UČENJU</w:t>
            </w:r>
          </w:p>
          <w:p w14:paraId="5BC6F9EC"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5FF933E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AEC541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494C61"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504242A" w14:textId="77777777" w:rsidR="008D43AB" w:rsidRDefault="00000000">
            <w:pPr>
              <w:jc w:val="center"/>
            </w:pPr>
            <w:r>
              <w:rPr>
                <w:b/>
                <w:color w:val="000000"/>
                <w:sz w:val="20"/>
              </w:rPr>
              <w:t>UČNE DEJAVNOSTI, METODE IN FORMATIVNO SPREMLJANJE</w:t>
            </w:r>
          </w:p>
        </w:tc>
      </w:tr>
      <w:tr w:rsidR="008D43AB" w14:paraId="23432827" w14:textId="77777777">
        <w:trPr>
          <w:tblHeader/>
          <w:jc w:val="center"/>
        </w:trPr>
        <w:tc>
          <w:tcPr>
            <w:tcW w:w="4422" w:type="dxa"/>
            <w:vMerge/>
            <w:tcMar>
              <w:top w:w="70" w:type="dxa"/>
              <w:left w:w="90" w:type="dxa"/>
              <w:bottom w:w="70" w:type="dxa"/>
              <w:right w:w="90" w:type="dxa"/>
            </w:tcMar>
            <w:vAlign w:val="center"/>
          </w:tcPr>
          <w:p w14:paraId="17621746" w14:textId="77777777" w:rsidR="008D43AB" w:rsidRDefault="008D43AB"/>
        </w:tc>
        <w:tc>
          <w:tcPr>
            <w:tcW w:w="7087" w:type="dxa"/>
            <w:shd w:val="clear" w:color="auto" w:fill="FFFFFF"/>
            <w:tcMar>
              <w:top w:w="70" w:type="dxa"/>
              <w:left w:w="90" w:type="dxa"/>
              <w:bottom w:w="70" w:type="dxa"/>
              <w:right w:w="90" w:type="dxa"/>
            </w:tcMar>
            <w:vAlign w:val="center"/>
          </w:tcPr>
          <w:p w14:paraId="29239F0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9813F9" w14:textId="77777777" w:rsidR="008D43AB" w:rsidRDefault="00000000">
            <w:pPr>
              <w:jc w:val="center"/>
            </w:pPr>
            <w:r>
              <w:rPr>
                <w:b/>
                <w:color w:val="000000"/>
              </w:rPr>
              <w:t>UČENEC</w:t>
            </w:r>
          </w:p>
        </w:tc>
      </w:tr>
      <w:tr w:rsidR="008D43AB" w14:paraId="61A43F71" w14:textId="77777777">
        <w:trPr>
          <w:jc w:val="center"/>
        </w:trPr>
        <w:tc>
          <w:tcPr>
            <w:tcW w:w="4422" w:type="dxa"/>
            <w:tcMar>
              <w:top w:w="70" w:type="dxa"/>
              <w:left w:w="90" w:type="dxa"/>
              <w:bottom w:w="70" w:type="dxa"/>
              <w:right w:w="90" w:type="dxa"/>
            </w:tcMar>
          </w:tcPr>
          <w:p w14:paraId="62681AD6" w14:textId="77777777" w:rsidR="008D43AB" w:rsidRDefault="008D43AB"/>
          <w:p w14:paraId="4EDA6633" w14:textId="77777777" w:rsidR="008D43AB" w:rsidRDefault="00000000">
            <w:pPr>
              <w:spacing w:after="40" w:line="245" w:lineRule="auto"/>
            </w:pPr>
            <w:r>
              <w:rPr>
                <w:b/>
                <w:color w:val="000000"/>
              </w:rPr>
              <w:t>FORMATIVNO SPREMLJANJE</w:t>
            </w:r>
          </w:p>
          <w:p w14:paraId="2B8F7FEE" w14:textId="77777777" w:rsidR="008D43AB" w:rsidRDefault="00000000">
            <w:pPr>
              <w:pStyle w:val="Oznaenseznam"/>
              <w:spacing w:after="16"/>
            </w:pPr>
            <w:r>
              <w:rPr>
                <w:color w:val="000000"/>
                <w:sz w:val="16"/>
              </w:rPr>
              <w:t>predznanje: zvočna napoved, izbira kartice, gib, ritmični oziroma pevski poskus ali začetni simbol</w:t>
            </w:r>
          </w:p>
          <w:p w14:paraId="3B2B994A" w14:textId="77777777" w:rsidR="008D43AB" w:rsidRDefault="00000000">
            <w:pPr>
              <w:pStyle w:val="Oznaenseznam"/>
              <w:spacing w:after="16"/>
            </w:pPr>
            <w:r>
              <w:rPr>
                <w:color w:val="000000"/>
                <w:sz w:val="16"/>
              </w:rPr>
              <w:t>nameni in merila: kratka poved, slikovni znak, model izvedbe ter vidna pravila varne glasnosti</w:t>
            </w:r>
          </w:p>
          <w:p w14:paraId="12A47ED5"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BA267C7" w14:textId="77777777" w:rsidR="008D43AB" w:rsidRDefault="00000000">
            <w:pPr>
              <w:pStyle w:val="Oznaenseznam"/>
              <w:spacing w:after="16"/>
            </w:pPr>
            <w:r>
              <w:rPr>
                <w:color w:val="000000"/>
                <w:sz w:val="16"/>
              </w:rPr>
              <w:t>povratna informacija: opis slišane strategije, povezava z enim merilom in izvedljiv naslednji korak</w:t>
            </w:r>
          </w:p>
          <w:p w14:paraId="30741230" w14:textId="77777777" w:rsidR="008D43AB" w:rsidRDefault="00000000">
            <w:pPr>
              <w:pStyle w:val="Oznaenseznam"/>
              <w:spacing w:after="16"/>
            </w:pPr>
            <w:r>
              <w:rPr>
                <w:color w:val="000000"/>
                <w:sz w:val="16"/>
              </w:rPr>
              <w:t>samovrednotenje: barvni zvočni semafor, lestvica samostojnosti, izbran dokaz in ponovna izvedba</w:t>
            </w:r>
          </w:p>
          <w:p w14:paraId="6FEA8D8E" w14:textId="77777777" w:rsidR="008D43AB" w:rsidRDefault="00000000">
            <w:pPr>
              <w:spacing w:before="40" w:after="20" w:line="245" w:lineRule="auto"/>
            </w:pPr>
            <w:r>
              <w:rPr>
                <w:b/>
                <w:color w:val="000000"/>
                <w:sz w:val="17"/>
              </w:rPr>
              <w:t>VARNOST IN VAROVANJE SLUHA</w:t>
            </w:r>
          </w:p>
          <w:p w14:paraId="144583CA"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49DD91F5" w14:textId="77777777" w:rsidR="008D43AB" w:rsidRDefault="00000000">
            <w:pPr>
              <w:spacing w:after="20" w:line="245" w:lineRule="auto"/>
            </w:pPr>
            <w:r>
              <w:rPr>
                <w:b/>
                <w:color w:val="000000"/>
                <w:sz w:val="17"/>
              </w:rPr>
              <w:t>EVIDENCA PO IZVEDBI</w:t>
            </w:r>
          </w:p>
          <w:p w14:paraId="543538F9"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18D7818D" w14:textId="77777777" w:rsidR="008D43AB" w:rsidRDefault="00000000">
            <w:pPr>
              <w:spacing w:before="40" w:after="20" w:line="245" w:lineRule="auto"/>
            </w:pPr>
            <w:r>
              <w:rPr>
                <w:b/>
                <w:color w:val="000000"/>
                <w:sz w:val="17"/>
              </w:rPr>
              <w:t>RAVEN DOSEGANJA</w:t>
            </w:r>
          </w:p>
          <w:p w14:paraId="1E91B094"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562FD3A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AE9D90D" w14:textId="77777777">
              <w:trPr>
                <w:jc w:val="center"/>
              </w:trPr>
              <w:tc>
                <w:tcPr>
                  <w:tcW w:w="7087" w:type="dxa"/>
                  <w:shd w:val="clear" w:color="auto" w:fill="EDC9EA"/>
                  <w:tcMar>
                    <w:top w:w="45" w:type="dxa"/>
                    <w:left w:w="70" w:type="dxa"/>
                    <w:bottom w:w="45" w:type="dxa"/>
                    <w:right w:w="70" w:type="dxa"/>
                  </w:tcMar>
                </w:tcPr>
                <w:p w14:paraId="03D70510" w14:textId="77777777" w:rsidR="008D43AB" w:rsidRDefault="00000000">
                  <w:pPr>
                    <w:keepNext/>
                  </w:pPr>
                  <w:r>
                    <w:rPr>
                      <w:b/>
                      <w:color w:val="000000"/>
                    </w:rPr>
                    <w:t>VPRAŠANJA V PODPORO GLASBENEMU UČENJU</w:t>
                  </w:r>
                </w:p>
              </w:tc>
            </w:tr>
          </w:tbl>
          <w:p w14:paraId="2838C84D" w14:textId="77777777" w:rsidR="008D43AB" w:rsidRDefault="008D43AB">
            <w:pPr>
              <w:spacing w:line="20" w:lineRule="exact"/>
            </w:pPr>
          </w:p>
          <w:p w14:paraId="25690020" w14:textId="77777777" w:rsidR="008D43AB" w:rsidRDefault="00000000">
            <w:pPr>
              <w:pStyle w:val="Oznaenseznam"/>
              <w:spacing w:after="16"/>
            </w:pPr>
            <w:r>
              <w:rPr>
                <w:color w:val="000000"/>
                <w:sz w:val="16"/>
              </w:rPr>
              <w:t>Kaj si v glasbi slišal/-a, začutil/-a ali pokazal/-a z gibanjem?</w:t>
            </w:r>
          </w:p>
          <w:p w14:paraId="48369069" w14:textId="77777777" w:rsidR="008D43AB" w:rsidRDefault="00000000">
            <w:pPr>
              <w:pStyle w:val="Oznaenseznam"/>
              <w:spacing w:after="16"/>
            </w:pPr>
            <w:r>
              <w:rPr>
                <w:color w:val="000000"/>
                <w:sz w:val="16"/>
              </w:rPr>
              <w:t>Po katerem zvočnem znaku, lastnosti ali vzorcu si prepoznal/-a rešitev?</w:t>
            </w:r>
          </w:p>
          <w:p w14:paraId="704EDC3E" w14:textId="77777777" w:rsidR="008D43AB" w:rsidRDefault="00000000">
            <w:pPr>
              <w:pStyle w:val="Oznaenseznam"/>
              <w:spacing w:after="16"/>
            </w:pPr>
            <w:r>
              <w:rPr>
                <w:color w:val="000000"/>
                <w:sz w:val="16"/>
              </w:rPr>
              <w:t>Kako veš, da je bil pulz, začetek, konec, glasnost ali skupinska izvedba skladna z merilom?</w:t>
            </w:r>
          </w:p>
          <w:p w14:paraId="1C641709" w14:textId="77777777" w:rsidR="008D43AB" w:rsidRDefault="00000000">
            <w:pPr>
              <w:pStyle w:val="Oznaenseznam"/>
              <w:spacing w:after="16"/>
            </w:pPr>
            <w:r>
              <w:rPr>
                <w:color w:val="000000"/>
                <w:sz w:val="16"/>
              </w:rPr>
              <w:t>Zakaj si za motiv, osebo, dogodek ali okolje izbral/-a prav ta glas, predmet ali glasbilo?</w:t>
            </w:r>
          </w:p>
          <w:p w14:paraId="46D465F2"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0F191777" w14:textId="77777777">
              <w:trPr>
                <w:jc w:val="center"/>
              </w:trPr>
              <w:tc>
                <w:tcPr>
                  <w:tcW w:w="7087" w:type="dxa"/>
                  <w:shd w:val="clear" w:color="auto" w:fill="C6E7F3"/>
                  <w:tcMar>
                    <w:top w:w="45" w:type="dxa"/>
                    <w:left w:w="70" w:type="dxa"/>
                    <w:bottom w:w="45" w:type="dxa"/>
                    <w:right w:w="70" w:type="dxa"/>
                  </w:tcMar>
                </w:tcPr>
                <w:p w14:paraId="5D57DF29" w14:textId="77777777" w:rsidR="008D43AB" w:rsidRDefault="00000000">
                  <w:pPr>
                    <w:keepNext/>
                  </w:pPr>
                  <w:r>
                    <w:rPr>
                      <w:b/>
                      <w:color w:val="000000"/>
                    </w:rPr>
                    <w:t>ZAKLJUČNI DEL – NASTOP, POSLUŠALSKI ODZIV IN REFLEKSIJA (8–12 min)</w:t>
                  </w:r>
                </w:p>
              </w:tc>
            </w:tr>
          </w:tbl>
          <w:p w14:paraId="50A5F577" w14:textId="77777777" w:rsidR="008D43AB" w:rsidRDefault="008D43AB">
            <w:pPr>
              <w:spacing w:line="20" w:lineRule="exact"/>
            </w:pPr>
          </w:p>
          <w:p w14:paraId="09C6A9C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3B255631" w14:textId="77777777">
              <w:trPr>
                <w:jc w:val="center"/>
              </w:trPr>
              <w:tc>
                <w:tcPr>
                  <w:tcW w:w="7087" w:type="dxa"/>
                  <w:shd w:val="clear" w:color="auto" w:fill="EDC9EA"/>
                  <w:tcMar>
                    <w:top w:w="45" w:type="dxa"/>
                    <w:left w:w="70" w:type="dxa"/>
                    <w:bottom w:w="45" w:type="dxa"/>
                    <w:right w:w="70" w:type="dxa"/>
                  </w:tcMar>
                </w:tcPr>
                <w:p w14:paraId="256BFF14" w14:textId="77777777" w:rsidR="008D43AB" w:rsidRDefault="00000000">
                  <w:pPr>
                    <w:keepNext/>
                  </w:pPr>
                  <w:r>
                    <w:rPr>
                      <w:b/>
                      <w:color w:val="000000"/>
                    </w:rPr>
                    <w:t>SAMOVREDNOTENJE</w:t>
                  </w:r>
                </w:p>
              </w:tc>
            </w:tr>
          </w:tbl>
          <w:p w14:paraId="22686AEC" w14:textId="77777777" w:rsidR="008D43AB" w:rsidRDefault="008D43AB">
            <w:pPr>
              <w:spacing w:line="20" w:lineRule="exact"/>
            </w:pPr>
          </w:p>
          <w:p w14:paraId="1ADAA066"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7DD3CD07" w14:textId="77777777">
              <w:trPr>
                <w:jc w:val="center"/>
              </w:trPr>
              <w:tc>
                <w:tcPr>
                  <w:tcW w:w="7087" w:type="dxa"/>
                  <w:shd w:val="clear" w:color="auto" w:fill="EDC9EA"/>
                  <w:tcMar>
                    <w:top w:w="45" w:type="dxa"/>
                    <w:left w:w="70" w:type="dxa"/>
                    <w:bottom w:w="45" w:type="dxa"/>
                    <w:right w:w="70" w:type="dxa"/>
                  </w:tcMar>
                </w:tcPr>
                <w:p w14:paraId="50483987" w14:textId="77777777" w:rsidR="008D43AB" w:rsidRDefault="00000000">
                  <w:pPr>
                    <w:keepNext/>
                  </w:pPr>
                  <w:r>
                    <w:rPr>
                      <w:b/>
                      <w:color w:val="000000"/>
                    </w:rPr>
                    <w:t>VRSTNIŠKO VREDNOTENJE</w:t>
                  </w:r>
                </w:p>
              </w:tc>
            </w:tr>
          </w:tbl>
          <w:p w14:paraId="416D6F58" w14:textId="77777777" w:rsidR="008D43AB" w:rsidRDefault="008D43AB">
            <w:pPr>
              <w:spacing w:line="20" w:lineRule="exact"/>
            </w:pPr>
          </w:p>
          <w:p w14:paraId="1E5548BB"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041963B5" w14:textId="77777777">
              <w:trPr>
                <w:jc w:val="center"/>
              </w:trPr>
              <w:tc>
                <w:tcPr>
                  <w:tcW w:w="7087" w:type="dxa"/>
                  <w:shd w:val="clear" w:color="auto" w:fill="EDC9EA"/>
                  <w:tcMar>
                    <w:top w:w="45" w:type="dxa"/>
                    <w:left w:w="70" w:type="dxa"/>
                    <w:bottom w:w="45" w:type="dxa"/>
                    <w:right w:w="70" w:type="dxa"/>
                  </w:tcMar>
                </w:tcPr>
                <w:p w14:paraId="48D3E588" w14:textId="77777777" w:rsidR="008D43AB" w:rsidRDefault="00000000">
                  <w:pPr>
                    <w:keepNext/>
                  </w:pPr>
                  <w:r>
                    <w:rPr>
                      <w:b/>
                      <w:color w:val="000000"/>
                    </w:rPr>
                    <w:t>SKUPNI POVZETEK</w:t>
                  </w:r>
                </w:p>
              </w:tc>
            </w:tr>
          </w:tbl>
          <w:p w14:paraId="5D12CD4D" w14:textId="77777777" w:rsidR="008D43AB" w:rsidRDefault="008D43AB"/>
          <w:p w14:paraId="355AE5CE" w14:textId="77777777" w:rsidR="008D43AB" w:rsidRDefault="00000000">
            <w:pPr>
              <w:spacing w:before="20" w:after="40" w:line="245" w:lineRule="auto"/>
            </w:pPr>
            <w:r>
              <w:rPr>
                <w:b/>
                <w:color w:val="000000"/>
                <w:sz w:val="16"/>
              </w:rPr>
              <w:t>razlikujem naravne in umetne zvoke; ustvarim zvočno spremljavo poti; odgovorno uporablja glasbilo. Izbrani dokaz pojasnim in po povratni informaciji izboljšam.</w:t>
            </w:r>
          </w:p>
        </w:tc>
        <w:tc>
          <w:tcPr>
            <w:tcW w:w="2551" w:type="dxa"/>
            <w:tcMar>
              <w:top w:w="70" w:type="dxa"/>
              <w:left w:w="90" w:type="dxa"/>
              <w:bottom w:w="70" w:type="dxa"/>
              <w:right w:w="90" w:type="dxa"/>
            </w:tcMar>
          </w:tcPr>
          <w:p w14:paraId="7B2ED9B6" w14:textId="77777777" w:rsidR="008D43AB" w:rsidRDefault="008D43AB"/>
          <w:p w14:paraId="4F631F11" w14:textId="77777777" w:rsidR="008D43AB" w:rsidRDefault="00000000">
            <w:pPr>
              <w:spacing w:after="80" w:line="245" w:lineRule="auto"/>
            </w:pPr>
            <w:r>
              <w:rPr>
                <w:color w:val="000000"/>
                <w:sz w:val="16"/>
              </w:rPr>
              <w:t>Odgovarja na podporna vprašanja in se sklicuje na slišano, izvedeno, ustvarjeno ali zapisano.</w:t>
            </w:r>
          </w:p>
          <w:p w14:paraId="28ABA412" w14:textId="77777777" w:rsidR="008D43AB" w:rsidRDefault="00000000">
            <w:pPr>
              <w:spacing w:after="80" w:line="245" w:lineRule="auto"/>
            </w:pPr>
            <w:r>
              <w:rPr>
                <w:color w:val="000000"/>
                <w:sz w:val="16"/>
              </w:rPr>
              <w:t>Predstavi izbrani dokaz ter pove, katero merilo z njim pokaže.</w:t>
            </w:r>
          </w:p>
          <w:p w14:paraId="5BC218A9" w14:textId="77777777" w:rsidR="008D43AB" w:rsidRDefault="00000000">
            <w:pPr>
              <w:spacing w:after="80" w:line="245" w:lineRule="auto"/>
            </w:pPr>
            <w:r>
              <w:rPr>
                <w:color w:val="000000"/>
                <w:sz w:val="16"/>
              </w:rPr>
              <w:t>Posluša vrstnika, opiše eno slišano moč in poda prijazen predlog za izboljšavo.</w:t>
            </w:r>
          </w:p>
          <w:p w14:paraId="4038E83B" w14:textId="77777777" w:rsidR="008D43AB" w:rsidRDefault="00000000">
            <w:pPr>
              <w:spacing w:after="80" w:line="245" w:lineRule="auto"/>
            </w:pPr>
            <w:r>
              <w:rPr>
                <w:color w:val="000000"/>
                <w:sz w:val="16"/>
              </w:rPr>
              <w:t>Po povratni informaciji izvedbo, gib, ritem, zvočno izbiro ali slikovni zapis ponovi in izboljša.</w:t>
            </w:r>
          </w:p>
          <w:p w14:paraId="6231FB4B" w14:textId="77777777" w:rsidR="008D43AB" w:rsidRDefault="00000000">
            <w:pPr>
              <w:spacing w:after="100" w:line="245" w:lineRule="auto"/>
            </w:pPr>
            <w:r>
              <w:rPr>
                <w:color w:val="000000"/>
                <w:sz w:val="16"/>
              </w:rPr>
              <w:t>Izbere raven samostojnosti ter določi majhen in izvedljiv naslednji glasbeni korak.</w:t>
            </w:r>
          </w:p>
          <w:p w14:paraId="3282609C" w14:textId="77777777" w:rsidR="008D43AB" w:rsidRDefault="00000000">
            <w:pPr>
              <w:spacing w:after="20" w:line="245" w:lineRule="auto"/>
            </w:pPr>
            <w:r>
              <w:rPr>
                <w:b/>
                <w:color w:val="D95BC6"/>
                <w:sz w:val="17"/>
              </w:rPr>
              <w:t>DOKAZ O UČENJU</w:t>
            </w:r>
          </w:p>
          <w:p w14:paraId="4EC11DE2"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7522B1C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1CB8454" w14:textId="77777777">
        <w:trPr>
          <w:cantSplit/>
          <w:jc w:val="center"/>
        </w:trPr>
        <w:tc>
          <w:tcPr>
            <w:tcW w:w="14060" w:type="dxa"/>
            <w:gridSpan w:val="6"/>
            <w:tcMar>
              <w:top w:w="70" w:type="dxa"/>
              <w:left w:w="90" w:type="dxa"/>
              <w:bottom w:w="70" w:type="dxa"/>
              <w:right w:w="90" w:type="dxa"/>
            </w:tcMar>
            <w:vAlign w:val="center"/>
          </w:tcPr>
          <w:p w14:paraId="4F0C3148" w14:textId="77777777" w:rsidR="008D43AB" w:rsidRDefault="00000000">
            <w:pPr>
              <w:jc w:val="center"/>
            </w:pPr>
            <w:r>
              <w:rPr>
                <w:b/>
                <w:color w:val="000000"/>
                <w:sz w:val="24"/>
              </w:rPr>
              <w:lastRenderedPageBreak/>
              <w:t>UČNA PRIPRAVA 6/39</w:t>
            </w:r>
          </w:p>
        </w:tc>
      </w:tr>
      <w:tr w:rsidR="008D43AB" w14:paraId="6A6409E3" w14:textId="77777777">
        <w:trPr>
          <w:jc w:val="center"/>
        </w:trPr>
        <w:tc>
          <w:tcPr>
            <w:tcW w:w="2665" w:type="dxa"/>
            <w:tcMar>
              <w:top w:w="70" w:type="dxa"/>
              <w:left w:w="90" w:type="dxa"/>
              <w:bottom w:w="70" w:type="dxa"/>
              <w:right w:w="90" w:type="dxa"/>
            </w:tcMar>
            <w:vAlign w:val="center"/>
          </w:tcPr>
          <w:p w14:paraId="17A056F2"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D343FE0"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58837CE5"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75B353B" w14:textId="77777777" w:rsidR="008D43AB" w:rsidRDefault="00000000">
            <w:r>
              <w:rPr>
                <w:b/>
                <w:color w:val="000000"/>
                <w:sz w:val="16"/>
              </w:rPr>
              <w:t xml:space="preserve">NAČRTOVANI TERMIN: </w:t>
            </w:r>
            <w:r>
              <w:rPr>
                <w:color w:val="000000"/>
                <w:sz w:val="16"/>
              </w:rPr>
              <w:t>6. teden • 5.–9. 10. 2026</w:t>
            </w:r>
          </w:p>
        </w:tc>
        <w:tc>
          <w:tcPr>
            <w:tcW w:w="2268" w:type="dxa"/>
            <w:tcMar>
              <w:top w:w="70" w:type="dxa"/>
              <w:left w:w="90" w:type="dxa"/>
              <w:bottom w:w="70" w:type="dxa"/>
              <w:right w:w="90" w:type="dxa"/>
            </w:tcMar>
            <w:vAlign w:val="center"/>
          </w:tcPr>
          <w:p w14:paraId="111602AF"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471BCC8" w14:textId="77777777" w:rsidR="008D43AB" w:rsidRDefault="00000000">
            <w:r>
              <w:rPr>
                <w:b/>
                <w:color w:val="000000"/>
                <w:sz w:val="16"/>
              </w:rPr>
              <w:t xml:space="preserve">ŠTEVILO UR: </w:t>
            </w:r>
            <w:r>
              <w:rPr>
                <w:color w:val="000000"/>
                <w:sz w:val="16"/>
              </w:rPr>
              <w:t>2</w:t>
            </w:r>
          </w:p>
        </w:tc>
      </w:tr>
      <w:tr w:rsidR="008D43AB" w14:paraId="0F1181A9" w14:textId="77777777">
        <w:trPr>
          <w:jc w:val="center"/>
        </w:trPr>
        <w:tc>
          <w:tcPr>
            <w:tcW w:w="14061" w:type="dxa"/>
            <w:gridSpan w:val="6"/>
            <w:tcMar>
              <w:top w:w="70" w:type="dxa"/>
              <w:left w:w="90" w:type="dxa"/>
              <w:bottom w:w="70" w:type="dxa"/>
              <w:right w:w="90" w:type="dxa"/>
            </w:tcMar>
            <w:vAlign w:val="center"/>
          </w:tcPr>
          <w:p w14:paraId="1ADC4360"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15E9954F" w14:textId="77777777">
        <w:trPr>
          <w:cantSplit/>
          <w:jc w:val="center"/>
        </w:trPr>
        <w:tc>
          <w:tcPr>
            <w:tcW w:w="14060" w:type="dxa"/>
            <w:gridSpan w:val="6"/>
            <w:tcMar>
              <w:top w:w="70" w:type="dxa"/>
              <w:left w:w="90" w:type="dxa"/>
              <w:bottom w:w="70" w:type="dxa"/>
              <w:right w:w="90" w:type="dxa"/>
            </w:tcMar>
            <w:vAlign w:val="center"/>
          </w:tcPr>
          <w:p w14:paraId="2DA7E452" w14:textId="77777777" w:rsidR="008D43AB" w:rsidRDefault="008D43AB"/>
          <w:p w14:paraId="1CEEF2E9" w14:textId="77777777" w:rsidR="008D43AB" w:rsidRDefault="00000000">
            <w:pPr>
              <w:spacing w:line="245" w:lineRule="auto"/>
            </w:pPr>
            <w:r>
              <w:rPr>
                <w:b/>
                <w:color w:val="000000"/>
                <w:sz w:val="16"/>
              </w:rPr>
              <w:t xml:space="preserve">UČNI SKLOP: </w:t>
            </w:r>
            <w:r>
              <w:rPr>
                <w:color w:val="000000"/>
                <w:sz w:val="16"/>
              </w:rPr>
              <w:t>VARNA POT IN MOBILNOST</w:t>
            </w:r>
          </w:p>
        </w:tc>
      </w:tr>
      <w:tr w:rsidR="008D43AB" w14:paraId="20193FE5" w14:textId="77777777">
        <w:trPr>
          <w:cantSplit/>
          <w:jc w:val="center"/>
        </w:trPr>
        <w:tc>
          <w:tcPr>
            <w:tcW w:w="14060" w:type="dxa"/>
            <w:gridSpan w:val="6"/>
            <w:tcMar>
              <w:top w:w="70" w:type="dxa"/>
              <w:left w:w="90" w:type="dxa"/>
              <w:bottom w:w="70" w:type="dxa"/>
              <w:right w:w="90" w:type="dxa"/>
            </w:tcMar>
            <w:vAlign w:val="center"/>
          </w:tcPr>
          <w:p w14:paraId="3D11C82C" w14:textId="77777777" w:rsidR="008D43AB" w:rsidRDefault="008D43AB"/>
          <w:p w14:paraId="6E391CF8" w14:textId="77777777" w:rsidR="008D43AB" w:rsidRDefault="00000000">
            <w:pPr>
              <w:spacing w:line="245" w:lineRule="auto"/>
            </w:pPr>
            <w:r>
              <w:rPr>
                <w:b/>
                <w:color w:val="000000"/>
                <w:sz w:val="16"/>
              </w:rPr>
              <w:t xml:space="preserve">UČNA TEMA: </w:t>
            </w:r>
            <w:r>
              <w:rPr>
                <w:color w:val="000000"/>
                <w:sz w:val="16"/>
              </w:rPr>
              <w:t>RITEM KORAKOV</w:t>
            </w:r>
          </w:p>
        </w:tc>
      </w:tr>
      <w:tr w:rsidR="008D43AB" w14:paraId="18999E76" w14:textId="77777777">
        <w:trPr>
          <w:cantSplit/>
          <w:jc w:val="center"/>
        </w:trPr>
        <w:tc>
          <w:tcPr>
            <w:tcW w:w="14060" w:type="dxa"/>
            <w:gridSpan w:val="6"/>
            <w:tcMar>
              <w:top w:w="70" w:type="dxa"/>
              <w:left w:w="90" w:type="dxa"/>
              <w:bottom w:w="70" w:type="dxa"/>
              <w:right w:w="90" w:type="dxa"/>
            </w:tcMar>
            <w:vAlign w:val="center"/>
          </w:tcPr>
          <w:p w14:paraId="03B4F9F4" w14:textId="77777777" w:rsidR="008D43AB" w:rsidRDefault="008D43AB"/>
          <w:p w14:paraId="50E5BD3D" w14:textId="77777777" w:rsidR="008D43AB" w:rsidRDefault="00000000">
            <w:pPr>
              <w:spacing w:line="245" w:lineRule="auto"/>
            </w:pPr>
            <w:r>
              <w:rPr>
                <w:b/>
                <w:color w:val="000000"/>
                <w:sz w:val="16"/>
              </w:rPr>
              <w:t xml:space="preserve">KNJIŽEVNO / MOTIVNO IZHODIŠČE: </w:t>
            </w:r>
            <w:r>
              <w:rPr>
                <w:color w:val="000000"/>
                <w:sz w:val="16"/>
              </w:rPr>
              <w:t>»Volk in sedem kozličkov« – brata Grimm • prepoznavanje znakov, varnost doma in kritično poslušanje</w:t>
            </w:r>
          </w:p>
        </w:tc>
      </w:tr>
      <w:tr w:rsidR="008D43AB" w14:paraId="08A9C77D" w14:textId="77777777">
        <w:trPr>
          <w:cantSplit/>
          <w:jc w:val="center"/>
        </w:trPr>
        <w:tc>
          <w:tcPr>
            <w:tcW w:w="14060" w:type="dxa"/>
            <w:gridSpan w:val="6"/>
            <w:tcMar>
              <w:top w:w="70" w:type="dxa"/>
              <w:left w:w="90" w:type="dxa"/>
              <w:bottom w:w="70" w:type="dxa"/>
              <w:right w:w="90" w:type="dxa"/>
            </w:tcMar>
            <w:vAlign w:val="center"/>
          </w:tcPr>
          <w:p w14:paraId="5860CB6A" w14:textId="77777777" w:rsidR="008D43AB" w:rsidRDefault="008D43AB"/>
          <w:p w14:paraId="14688457" w14:textId="77777777" w:rsidR="008D43AB" w:rsidRDefault="00000000">
            <w:pPr>
              <w:spacing w:line="245" w:lineRule="auto"/>
            </w:pPr>
            <w:r>
              <w:rPr>
                <w:b/>
                <w:color w:val="000000"/>
                <w:sz w:val="16"/>
              </w:rPr>
              <w:t xml:space="preserve">GLASBENO IZHODIŠČE / REPERTOAR: </w:t>
            </w:r>
            <w:r>
              <w:rPr>
                <w:color w:val="000000"/>
                <w:sz w:val="16"/>
              </w:rPr>
              <w:t>ritem korakov; visoko–nizko in močno–tiho</w:t>
            </w:r>
          </w:p>
        </w:tc>
      </w:tr>
      <w:tr w:rsidR="008D43AB" w14:paraId="5E46C5A3" w14:textId="77777777">
        <w:trPr>
          <w:cantSplit/>
          <w:jc w:val="center"/>
        </w:trPr>
        <w:tc>
          <w:tcPr>
            <w:tcW w:w="14060" w:type="dxa"/>
            <w:gridSpan w:val="6"/>
            <w:tcMar>
              <w:top w:w="70" w:type="dxa"/>
              <w:left w:w="90" w:type="dxa"/>
              <w:bottom w:w="70" w:type="dxa"/>
              <w:right w:w="90" w:type="dxa"/>
            </w:tcMar>
            <w:vAlign w:val="center"/>
          </w:tcPr>
          <w:p w14:paraId="7456BDA1" w14:textId="77777777" w:rsidR="008D43AB" w:rsidRDefault="008D43AB"/>
          <w:p w14:paraId="3EB5C4AC" w14:textId="77777777" w:rsidR="008D43AB" w:rsidRDefault="00000000">
            <w:pPr>
              <w:spacing w:line="245" w:lineRule="auto"/>
            </w:pPr>
            <w:r>
              <w:rPr>
                <w:b/>
                <w:color w:val="000000"/>
                <w:sz w:val="16"/>
              </w:rPr>
              <w:t xml:space="preserve">UČNE ENOTE: </w:t>
            </w:r>
            <w:r>
              <w:rPr>
                <w:color w:val="000000"/>
                <w:sz w:val="16"/>
              </w:rPr>
              <w:t>1. ura – Ritem Korakov – Poslušam in izvajam • 2. ura – Ritem Korakov – Ustvarim in nastopim</w:t>
            </w:r>
          </w:p>
        </w:tc>
      </w:tr>
      <w:tr w:rsidR="008D43AB" w14:paraId="616BD17A" w14:textId="77777777">
        <w:trPr>
          <w:cantSplit/>
          <w:jc w:val="center"/>
        </w:trPr>
        <w:tc>
          <w:tcPr>
            <w:tcW w:w="14060" w:type="dxa"/>
            <w:gridSpan w:val="6"/>
            <w:tcMar>
              <w:top w:w="70" w:type="dxa"/>
              <w:left w:w="90" w:type="dxa"/>
              <w:bottom w:w="70" w:type="dxa"/>
              <w:right w:w="90" w:type="dxa"/>
            </w:tcMar>
            <w:vAlign w:val="center"/>
          </w:tcPr>
          <w:p w14:paraId="5C18DF2C" w14:textId="77777777" w:rsidR="008D43AB" w:rsidRDefault="008D43AB"/>
          <w:p w14:paraId="41367679"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247D1615" w14:textId="77777777">
        <w:trPr>
          <w:cantSplit/>
          <w:jc w:val="center"/>
        </w:trPr>
        <w:tc>
          <w:tcPr>
            <w:tcW w:w="14060" w:type="dxa"/>
            <w:gridSpan w:val="6"/>
            <w:tcMar>
              <w:top w:w="70" w:type="dxa"/>
              <w:left w:w="90" w:type="dxa"/>
              <w:bottom w:w="70" w:type="dxa"/>
              <w:right w:w="90" w:type="dxa"/>
            </w:tcMar>
            <w:vAlign w:val="center"/>
          </w:tcPr>
          <w:p w14:paraId="00502724" w14:textId="77777777" w:rsidR="008D43AB" w:rsidRDefault="008D43AB"/>
          <w:p w14:paraId="1DFA402F"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5E1D271A" w14:textId="77777777">
        <w:trPr>
          <w:cantSplit/>
          <w:jc w:val="center"/>
        </w:trPr>
        <w:tc>
          <w:tcPr>
            <w:tcW w:w="14060" w:type="dxa"/>
            <w:gridSpan w:val="6"/>
            <w:tcMar>
              <w:top w:w="70" w:type="dxa"/>
              <w:left w:w="90" w:type="dxa"/>
              <w:bottom w:w="70" w:type="dxa"/>
              <w:right w:w="90" w:type="dxa"/>
            </w:tcMar>
            <w:vAlign w:val="center"/>
          </w:tcPr>
          <w:p w14:paraId="6DC4DEAC" w14:textId="77777777" w:rsidR="008D43AB" w:rsidRDefault="008D43AB"/>
          <w:p w14:paraId="349F4B6B"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D8DA2C1" w14:textId="77777777">
        <w:trPr>
          <w:cantSplit/>
          <w:jc w:val="center"/>
        </w:trPr>
        <w:tc>
          <w:tcPr>
            <w:tcW w:w="14060" w:type="dxa"/>
            <w:gridSpan w:val="6"/>
            <w:tcMar>
              <w:top w:w="70" w:type="dxa"/>
              <w:left w:w="90" w:type="dxa"/>
              <w:bottom w:w="70" w:type="dxa"/>
              <w:right w:w="90" w:type="dxa"/>
            </w:tcMar>
            <w:vAlign w:val="center"/>
          </w:tcPr>
          <w:p w14:paraId="1F720B7B" w14:textId="77777777" w:rsidR="008D43AB" w:rsidRDefault="008D43AB"/>
          <w:p w14:paraId="752F2AE6" w14:textId="77777777" w:rsidR="008D43AB" w:rsidRDefault="00000000">
            <w:pPr>
              <w:spacing w:line="245" w:lineRule="auto"/>
            </w:pPr>
            <w:r>
              <w:rPr>
                <w:b/>
                <w:color w:val="000000"/>
                <w:sz w:val="16"/>
              </w:rPr>
              <w:t xml:space="preserve">MEDPREDMETNE POVEZAVE: </w:t>
            </w:r>
            <w:r>
              <w:rPr>
                <w:color w:val="000000"/>
                <w:sz w:val="16"/>
              </w:rPr>
              <w:t>SPO – prepoznavanje znakov, varnost doma in kritično poslušanje; SLJ – poslušanje, ritmični govor in opis doživetja; ŠPO – pulz, tempo, gibalni odziv in prostorska orientacija; LUM – simbol, barva, linija in zvočni zapis</w:t>
            </w:r>
          </w:p>
        </w:tc>
      </w:tr>
      <w:tr w:rsidR="008D43AB" w14:paraId="31733E24" w14:textId="77777777">
        <w:trPr>
          <w:cantSplit/>
          <w:jc w:val="center"/>
        </w:trPr>
        <w:tc>
          <w:tcPr>
            <w:tcW w:w="14060" w:type="dxa"/>
            <w:gridSpan w:val="6"/>
            <w:tcMar>
              <w:top w:w="70" w:type="dxa"/>
              <w:left w:w="90" w:type="dxa"/>
              <w:bottom w:w="70" w:type="dxa"/>
              <w:right w:w="90" w:type="dxa"/>
            </w:tcMar>
            <w:vAlign w:val="center"/>
          </w:tcPr>
          <w:p w14:paraId="2DA9A0DA" w14:textId="77777777" w:rsidR="008D43AB" w:rsidRDefault="008D43AB"/>
          <w:p w14:paraId="5F8CA3C2"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457F5CC6" w14:textId="77777777">
        <w:trPr>
          <w:cantSplit/>
          <w:jc w:val="center"/>
        </w:trPr>
        <w:tc>
          <w:tcPr>
            <w:tcW w:w="14060" w:type="dxa"/>
            <w:gridSpan w:val="6"/>
            <w:tcMar>
              <w:top w:w="70" w:type="dxa"/>
              <w:left w:w="90" w:type="dxa"/>
              <w:bottom w:w="70" w:type="dxa"/>
              <w:right w:w="90" w:type="dxa"/>
            </w:tcMar>
            <w:vAlign w:val="center"/>
          </w:tcPr>
          <w:p w14:paraId="2D23BDCD" w14:textId="77777777" w:rsidR="008D43AB" w:rsidRDefault="008D43AB"/>
          <w:p w14:paraId="4F352954"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0DD0274" w14:textId="77777777">
        <w:trPr>
          <w:cantSplit/>
          <w:jc w:val="center"/>
        </w:trPr>
        <w:tc>
          <w:tcPr>
            <w:tcW w:w="14060" w:type="dxa"/>
            <w:gridSpan w:val="6"/>
            <w:tcMar>
              <w:top w:w="70" w:type="dxa"/>
              <w:left w:w="90" w:type="dxa"/>
              <w:bottom w:w="70" w:type="dxa"/>
              <w:right w:w="90" w:type="dxa"/>
            </w:tcMar>
            <w:vAlign w:val="center"/>
          </w:tcPr>
          <w:p w14:paraId="4216E8ED" w14:textId="77777777" w:rsidR="008D43AB" w:rsidRDefault="008D43AB"/>
          <w:p w14:paraId="03F2B381"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5FE99D6C" w14:textId="77777777">
        <w:trPr>
          <w:cantSplit/>
          <w:jc w:val="center"/>
        </w:trPr>
        <w:tc>
          <w:tcPr>
            <w:tcW w:w="14060" w:type="dxa"/>
            <w:gridSpan w:val="6"/>
            <w:tcMar>
              <w:top w:w="70" w:type="dxa"/>
              <w:left w:w="90" w:type="dxa"/>
              <w:bottom w:w="70" w:type="dxa"/>
              <w:right w:w="90" w:type="dxa"/>
            </w:tcMar>
            <w:vAlign w:val="center"/>
          </w:tcPr>
          <w:p w14:paraId="09B3E486" w14:textId="77777777" w:rsidR="008D43AB" w:rsidRDefault="008D43AB"/>
          <w:p w14:paraId="5552ADFD"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2049224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FC619C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0B418A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8221D2E" w14:textId="77777777" w:rsidR="008D43AB" w:rsidRDefault="00000000">
            <w:pPr>
              <w:jc w:val="center"/>
            </w:pPr>
            <w:r>
              <w:rPr>
                <w:b/>
                <w:color w:val="000000"/>
                <w:sz w:val="20"/>
              </w:rPr>
              <w:t>UČNE DEJAVNOSTI, METODE IN FORMATIVNO SPREMLJANJE</w:t>
            </w:r>
          </w:p>
        </w:tc>
      </w:tr>
      <w:tr w:rsidR="008D43AB" w14:paraId="763C6D5A" w14:textId="77777777">
        <w:trPr>
          <w:tblHeader/>
          <w:jc w:val="center"/>
        </w:trPr>
        <w:tc>
          <w:tcPr>
            <w:tcW w:w="4422" w:type="dxa"/>
            <w:vMerge/>
            <w:tcMar>
              <w:top w:w="70" w:type="dxa"/>
              <w:left w:w="90" w:type="dxa"/>
              <w:bottom w:w="70" w:type="dxa"/>
              <w:right w:w="90" w:type="dxa"/>
            </w:tcMar>
            <w:vAlign w:val="center"/>
          </w:tcPr>
          <w:p w14:paraId="0DD76CEA" w14:textId="77777777" w:rsidR="008D43AB" w:rsidRDefault="008D43AB"/>
        </w:tc>
        <w:tc>
          <w:tcPr>
            <w:tcW w:w="7087" w:type="dxa"/>
            <w:shd w:val="clear" w:color="auto" w:fill="FFFFFF"/>
            <w:tcMar>
              <w:top w:w="70" w:type="dxa"/>
              <w:left w:w="90" w:type="dxa"/>
              <w:bottom w:w="70" w:type="dxa"/>
              <w:right w:w="90" w:type="dxa"/>
            </w:tcMar>
            <w:vAlign w:val="center"/>
          </w:tcPr>
          <w:p w14:paraId="1C7A186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065D78" w14:textId="77777777" w:rsidR="008D43AB" w:rsidRDefault="00000000">
            <w:pPr>
              <w:jc w:val="center"/>
            </w:pPr>
            <w:r>
              <w:rPr>
                <w:b/>
                <w:color w:val="000000"/>
              </w:rPr>
              <w:t>UČENEC</w:t>
            </w:r>
          </w:p>
        </w:tc>
      </w:tr>
      <w:tr w:rsidR="008D43AB" w14:paraId="19F3B616" w14:textId="77777777">
        <w:trPr>
          <w:jc w:val="center"/>
        </w:trPr>
        <w:tc>
          <w:tcPr>
            <w:tcW w:w="4422" w:type="dxa"/>
            <w:tcMar>
              <w:top w:w="70" w:type="dxa"/>
              <w:left w:w="90" w:type="dxa"/>
              <w:bottom w:w="70" w:type="dxa"/>
              <w:right w:w="90" w:type="dxa"/>
            </w:tcMar>
          </w:tcPr>
          <w:p w14:paraId="073C0EB5" w14:textId="77777777" w:rsidR="008D43AB" w:rsidRDefault="008D43AB"/>
          <w:p w14:paraId="260CF6B8" w14:textId="77777777" w:rsidR="008D43AB" w:rsidRDefault="00000000">
            <w:pPr>
              <w:spacing w:after="60" w:line="245" w:lineRule="auto"/>
            </w:pPr>
            <w:r>
              <w:rPr>
                <w:b/>
                <w:color w:val="000000"/>
              </w:rPr>
              <w:t>UČNI CILJI</w:t>
            </w:r>
          </w:p>
          <w:p w14:paraId="5A61B6D3" w14:textId="77777777" w:rsidR="008D43AB" w:rsidRDefault="00000000">
            <w:pPr>
              <w:spacing w:after="20" w:line="245" w:lineRule="auto"/>
            </w:pPr>
            <w:r>
              <w:rPr>
                <w:b/>
                <w:color w:val="000000"/>
                <w:sz w:val="17"/>
              </w:rPr>
              <w:t>SPLOŠNI</w:t>
            </w:r>
          </w:p>
          <w:p w14:paraId="71AFAF84"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7BED463F" w14:textId="77777777" w:rsidR="008D43AB" w:rsidRDefault="00000000">
            <w:pPr>
              <w:pStyle w:val="Oznaenseznam"/>
              <w:spacing w:after="16"/>
            </w:pPr>
            <w:r>
              <w:rPr>
                <w:color w:val="000000"/>
                <w:sz w:val="16"/>
              </w:rPr>
              <w:t>poje, ritmično govori ter uporablja telo, glasbila in predmete kot zvočne vire</w:t>
            </w:r>
          </w:p>
          <w:p w14:paraId="58ACE349" w14:textId="77777777" w:rsidR="008D43AB" w:rsidRDefault="00000000">
            <w:pPr>
              <w:pStyle w:val="Oznaenseznam"/>
              <w:spacing w:after="16"/>
            </w:pPr>
            <w:r>
              <w:rPr>
                <w:color w:val="000000"/>
                <w:sz w:val="16"/>
              </w:rPr>
              <w:t>razlikuje izbrane lastnosti zvoka in glasbe ter varuje sluh in odgovorno uporablja glasbila</w:t>
            </w:r>
          </w:p>
          <w:p w14:paraId="7B983FDB"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1AD6BAAF" w14:textId="77777777" w:rsidR="008D43AB" w:rsidRDefault="00000000">
            <w:pPr>
              <w:spacing w:before="40" w:after="20" w:line="245" w:lineRule="auto"/>
            </w:pPr>
            <w:r>
              <w:rPr>
                <w:b/>
                <w:color w:val="000000"/>
                <w:sz w:val="17"/>
              </w:rPr>
              <w:t>OPERATIVNI</w:t>
            </w:r>
          </w:p>
          <w:p w14:paraId="3AC48472" w14:textId="77777777" w:rsidR="008D43AB" w:rsidRDefault="00000000">
            <w:pPr>
              <w:pStyle w:val="Oznaenseznam"/>
              <w:spacing w:after="16"/>
            </w:pPr>
            <w:r>
              <w:rPr>
                <w:color w:val="000000"/>
                <w:sz w:val="16"/>
              </w:rPr>
              <w:t>ritmično izreka</w:t>
            </w:r>
          </w:p>
          <w:p w14:paraId="2019DE16" w14:textId="77777777" w:rsidR="008D43AB" w:rsidRDefault="00000000">
            <w:pPr>
              <w:pStyle w:val="Oznaenseznam"/>
              <w:spacing w:after="16"/>
            </w:pPr>
            <w:r>
              <w:rPr>
                <w:color w:val="000000"/>
                <w:sz w:val="16"/>
              </w:rPr>
              <w:t>posnema kratek ritem</w:t>
            </w:r>
          </w:p>
          <w:p w14:paraId="1B69AF36" w14:textId="77777777" w:rsidR="008D43AB" w:rsidRDefault="00000000">
            <w:pPr>
              <w:pStyle w:val="Oznaenseznam"/>
              <w:spacing w:after="16"/>
            </w:pPr>
            <w:r>
              <w:rPr>
                <w:color w:val="000000"/>
                <w:sz w:val="16"/>
              </w:rPr>
              <w:t>ustvari zvočni znak</w:t>
            </w:r>
          </w:p>
          <w:p w14:paraId="40736D74" w14:textId="77777777" w:rsidR="008D43AB" w:rsidRDefault="00000000">
            <w:pPr>
              <w:spacing w:before="40" w:after="20" w:line="245" w:lineRule="auto"/>
            </w:pPr>
            <w:r>
              <w:rPr>
                <w:b/>
                <w:color w:val="000000"/>
                <w:sz w:val="17"/>
              </w:rPr>
              <w:t>PRIČAKOVANI DOSEŽKI / MINIMALNI POUDARKI</w:t>
            </w:r>
          </w:p>
          <w:p w14:paraId="273AD5E1" w14:textId="77777777" w:rsidR="008D43AB" w:rsidRDefault="00000000">
            <w:pPr>
              <w:pStyle w:val="Oznaenseznam"/>
              <w:spacing w:after="16"/>
            </w:pPr>
            <w:r>
              <w:rPr>
                <w:color w:val="000000"/>
                <w:sz w:val="15"/>
              </w:rPr>
              <w:t>samostojno oziroma z dogovorjeno oporo ritmično izreka</w:t>
            </w:r>
          </w:p>
          <w:p w14:paraId="172BF14E" w14:textId="77777777" w:rsidR="008D43AB" w:rsidRDefault="00000000">
            <w:pPr>
              <w:pStyle w:val="Oznaenseznam"/>
              <w:spacing w:after="16"/>
            </w:pPr>
            <w:r>
              <w:rPr>
                <w:color w:val="000000"/>
                <w:sz w:val="15"/>
              </w:rPr>
              <w:t>samostojno oziroma z dogovorjeno oporo posnema kratek ritem</w:t>
            </w:r>
          </w:p>
          <w:p w14:paraId="0BD50BA4" w14:textId="77777777" w:rsidR="008D43AB" w:rsidRDefault="00000000">
            <w:pPr>
              <w:pStyle w:val="Oznaenseznam"/>
              <w:spacing w:after="16"/>
            </w:pPr>
            <w:r>
              <w:rPr>
                <w:color w:val="000000"/>
                <w:sz w:val="15"/>
              </w:rPr>
              <w:t>samostojno oziroma z dogovorjeno oporo ustvari zvočni znak</w:t>
            </w:r>
          </w:p>
        </w:tc>
        <w:tc>
          <w:tcPr>
            <w:tcW w:w="7087" w:type="dxa"/>
            <w:tcMar>
              <w:top w:w="70" w:type="dxa"/>
              <w:left w:w="90" w:type="dxa"/>
              <w:bottom w:w="70" w:type="dxa"/>
              <w:right w:w="90" w:type="dxa"/>
            </w:tcMar>
          </w:tcPr>
          <w:p w14:paraId="072C3EF1"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5A09841" w14:textId="77777777">
              <w:trPr>
                <w:jc w:val="center"/>
              </w:trPr>
              <w:tc>
                <w:tcPr>
                  <w:tcW w:w="7087" w:type="dxa"/>
                  <w:shd w:val="clear" w:color="auto" w:fill="C6E7F3"/>
                  <w:tcMar>
                    <w:top w:w="45" w:type="dxa"/>
                    <w:left w:w="70" w:type="dxa"/>
                    <w:bottom w:w="45" w:type="dxa"/>
                    <w:right w:w="70" w:type="dxa"/>
                  </w:tcMar>
                </w:tcPr>
                <w:p w14:paraId="4777450B" w14:textId="77777777" w:rsidR="008D43AB" w:rsidRDefault="00000000">
                  <w:pPr>
                    <w:keepNext/>
                  </w:pPr>
                  <w:r>
                    <w:rPr>
                      <w:b/>
                      <w:color w:val="000000"/>
                    </w:rPr>
                    <w:t>UVODNI DEL – zvočna motivacija, aktivacija predznanja in namen učenja (8–12 min)</w:t>
                  </w:r>
                </w:p>
              </w:tc>
            </w:tr>
          </w:tbl>
          <w:p w14:paraId="3CFDC69C" w14:textId="77777777" w:rsidR="008D43AB" w:rsidRDefault="008D43AB">
            <w:pPr>
              <w:spacing w:line="20" w:lineRule="exact"/>
            </w:pPr>
          </w:p>
          <w:p w14:paraId="6EB93612" w14:textId="77777777" w:rsidR="008D43AB" w:rsidRDefault="00000000">
            <w:pPr>
              <w:spacing w:before="40" w:after="60" w:line="245" w:lineRule="auto"/>
            </w:pPr>
            <w:r>
              <w:rPr>
                <w:color w:val="000000"/>
                <w:sz w:val="16"/>
              </w:rPr>
              <w:t>Učenci ob motivu »Volk in sedem kozličkov« – brata Grimm vstopijo v temo prepoznavanje znakov, varnost doma in kritično poslušanje. Najprej v tišini poslušajo kratek zvočni odlomek ali učiteljičino izvedbo (ritem korakov; visoko–nizko in močno–tiho),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8A3F104" w14:textId="77777777">
              <w:trPr>
                <w:jc w:val="center"/>
              </w:trPr>
              <w:tc>
                <w:tcPr>
                  <w:tcW w:w="7087" w:type="dxa"/>
                  <w:shd w:val="clear" w:color="auto" w:fill="EDC9EA"/>
                  <w:tcMar>
                    <w:top w:w="45" w:type="dxa"/>
                    <w:left w:w="70" w:type="dxa"/>
                    <w:bottom w:w="45" w:type="dxa"/>
                    <w:right w:w="70" w:type="dxa"/>
                  </w:tcMar>
                </w:tcPr>
                <w:p w14:paraId="525C43DA" w14:textId="77777777" w:rsidR="008D43AB" w:rsidRDefault="00000000">
                  <w:pPr>
                    <w:keepNext/>
                  </w:pPr>
                  <w:r>
                    <w:rPr>
                      <w:b/>
                      <w:color w:val="000000"/>
                    </w:rPr>
                    <w:t>NAMENI UČENJA</w:t>
                  </w:r>
                </w:p>
              </w:tc>
            </w:tr>
          </w:tbl>
          <w:p w14:paraId="0461F2BC" w14:textId="77777777" w:rsidR="008D43AB" w:rsidRDefault="008D43AB">
            <w:pPr>
              <w:spacing w:line="20" w:lineRule="exact"/>
            </w:pPr>
          </w:p>
          <w:p w14:paraId="3CA9C654"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582A488D" w14:textId="77777777" w:rsidR="008D43AB" w:rsidRDefault="00000000">
            <w:pPr>
              <w:pStyle w:val="Oznaenseznam"/>
              <w:spacing w:after="16"/>
            </w:pPr>
            <w:r>
              <w:rPr>
                <w:color w:val="000000"/>
                <w:sz w:val="16"/>
              </w:rPr>
              <w:t>ritmično izrekam</w:t>
            </w:r>
          </w:p>
          <w:p w14:paraId="692E205D" w14:textId="77777777" w:rsidR="008D43AB" w:rsidRDefault="00000000">
            <w:pPr>
              <w:pStyle w:val="Oznaenseznam"/>
              <w:spacing w:after="16"/>
            </w:pPr>
            <w:r>
              <w:rPr>
                <w:color w:val="000000"/>
                <w:sz w:val="16"/>
              </w:rPr>
              <w:t>posnemam kratek ritem</w:t>
            </w:r>
          </w:p>
          <w:p w14:paraId="299C7324" w14:textId="77777777" w:rsidR="008D43AB" w:rsidRDefault="00000000">
            <w:pPr>
              <w:pStyle w:val="Oznaenseznam"/>
              <w:spacing w:after="16"/>
            </w:pPr>
            <w:r>
              <w:rPr>
                <w:color w:val="000000"/>
                <w:sz w:val="16"/>
              </w:rPr>
              <w:t>ustvarim zvočni znak</w:t>
            </w:r>
          </w:p>
          <w:tbl>
            <w:tblPr>
              <w:tblStyle w:val="Tabelamrea"/>
              <w:tblW w:w="0" w:type="auto"/>
              <w:jc w:val="center"/>
              <w:tblLayout w:type="fixed"/>
              <w:tblLook w:val="04A0" w:firstRow="1" w:lastRow="0" w:firstColumn="1" w:lastColumn="0" w:noHBand="0" w:noVBand="1"/>
            </w:tblPr>
            <w:tblGrid>
              <w:gridCol w:w="7087"/>
            </w:tblGrid>
            <w:tr w:rsidR="008D43AB" w14:paraId="1EED239E" w14:textId="77777777">
              <w:trPr>
                <w:jc w:val="center"/>
              </w:trPr>
              <w:tc>
                <w:tcPr>
                  <w:tcW w:w="7087" w:type="dxa"/>
                  <w:shd w:val="clear" w:color="auto" w:fill="EDC9EA"/>
                  <w:tcMar>
                    <w:top w:w="45" w:type="dxa"/>
                    <w:left w:w="70" w:type="dxa"/>
                    <w:bottom w:w="45" w:type="dxa"/>
                    <w:right w:w="70" w:type="dxa"/>
                  </w:tcMar>
                </w:tcPr>
                <w:p w14:paraId="71FA005F" w14:textId="77777777" w:rsidR="008D43AB" w:rsidRDefault="00000000">
                  <w:pPr>
                    <w:keepNext/>
                  </w:pPr>
                  <w:r>
                    <w:rPr>
                      <w:b/>
                      <w:color w:val="000000"/>
                    </w:rPr>
                    <w:t>PREVERJANJE PREDZNANJA</w:t>
                  </w:r>
                </w:p>
              </w:tc>
            </w:tr>
          </w:tbl>
          <w:p w14:paraId="0A7C157B" w14:textId="77777777" w:rsidR="008D43AB" w:rsidRDefault="008D43AB">
            <w:pPr>
              <w:spacing w:line="20" w:lineRule="exact"/>
            </w:pPr>
          </w:p>
          <w:p w14:paraId="5550C22F" w14:textId="77777777" w:rsidR="008D43AB" w:rsidRDefault="00000000">
            <w:pPr>
              <w:pStyle w:val="Oznaenseznam"/>
              <w:spacing w:after="16"/>
            </w:pPr>
            <w:r>
              <w:rPr>
                <w:color w:val="000000"/>
                <w:sz w:val="16"/>
              </w:rPr>
              <w:t>Kaj mi zvok, naslov, slika ali motiv pove o temi prepoznavanje znakov, varnost doma in kritično poslušanje?</w:t>
            </w:r>
          </w:p>
          <w:p w14:paraId="16366F40" w14:textId="77777777" w:rsidR="008D43AB" w:rsidRDefault="00000000">
            <w:pPr>
              <w:pStyle w:val="Oznaenseznam"/>
              <w:spacing w:after="16"/>
            </w:pPr>
            <w:r>
              <w:rPr>
                <w:color w:val="000000"/>
                <w:sz w:val="16"/>
              </w:rPr>
              <w:t>Kako lahko s poslušanjem, glasom, telesom, glasbilom ali simbolom pokažem, kaj že znam pri temi »RITEM KORAKOV«?</w:t>
            </w:r>
          </w:p>
          <w:p w14:paraId="4156AC7D"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413E3260" w14:textId="77777777">
              <w:trPr>
                <w:jc w:val="center"/>
              </w:trPr>
              <w:tc>
                <w:tcPr>
                  <w:tcW w:w="7087" w:type="dxa"/>
                  <w:shd w:val="clear" w:color="auto" w:fill="EDC9EA"/>
                  <w:tcMar>
                    <w:top w:w="45" w:type="dxa"/>
                    <w:left w:w="70" w:type="dxa"/>
                    <w:bottom w:w="45" w:type="dxa"/>
                    <w:right w:w="70" w:type="dxa"/>
                  </w:tcMar>
                </w:tcPr>
                <w:p w14:paraId="352400C4" w14:textId="77777777" w:rsidR="008D43AB" w:rsidRDefault="00000000">
                  <w:pPr>
                    <w:keepNext/>
                  </w:pPr>
                  <w:r>
                    <w:rPr>
                      <w:b/>
                      <w:color w:val="000000"/>
                    </w:rPr>
                    <w:t>KRITERIJI USPEŠNOSTI</w:t>
                  </w:r>
                </w:p>
              </w:tc>
            </w:tr>
          </w:tbl>
          <w:p w14:paraId="0A1F582E" w14:textId="77777777" w:rsidR="008D43AB" w:rsidRDefault="008D43AB"/>
          <w:p w14:paraId="6F86A53D" w14:textId="77777777" w:rsidR="008D43AB" w:rsidRDefault="00000000">
            <w:pPr>
              <w:spacing w:before="20" w:after="20" w:line="245" w:lineRule="auto"/>
            </w:pPr>
            <w:r>
              <w:rPr>
                <w:b/>
                <w:color w:val="000000"/>
                <w:sz w:val="16"/>
              </w:rPr>
              <w:t>Uspešen/-na bom, ko:</w:t>
            </w:r>
          </w:p>
          <w:p w14:paraId="1B7E0EC5" w14:textId="77777777" w:rsidR="008D43AB" w:rsidRDefault="00000000">
            <w:pPr>
              <w:pStyle w:val="Oznaenseznam"/>
              <w:spacing w:after="16"/>
            </w:pPr>
            <w:r>
              <w:rPr>
                <w:color w:val="000000"/>
                <w:sz w:val="16"/>
              </w:rPr>
              <w:t>ritmično izrekam</w:t>
            </w:r>
          </w:p>
          <w:p w14:paraId="4E096DE9" w14:textId="77777777" w:rsidR="008D43AB" w:rsidRDefault="00000000">
            <w:pPr>
              <w:pStyle w:val="Oznaenseznam"/>
              <w:spacing w:after="16"/>
            </w:pPr>
            <w:r>
              <w:rPr>
                <w:color w:val="000000"/>
                <w:sz w:val="16"/>
              </w:rPr>
              <w:t>posnemam kratek ritem</w:t>
            </w:r>
          </w:p>
          <w:p w14:paraId="5ACA7562" w14:textId="77777777" w:rsidR="008D43AB" w:rsidRDefault="00000000">
            <w:pPr>
              <w:pStyle w:val="Oznaenseznam"/>
              <w:spacing w:after="16"/>
            </w:pPr>
            <w:r>
              <w:rPr>
                <w:color w:val="000000"/>
                <w:sz w:val="16"/>
              </w:rPr>
              <w:t>ustvarim zvočni znak</w:t>
            </w:r>
          </w:p>
          <w:p w14:paraId="24062677" w14:textId="77777777" w:rsidR="008D43AB" w:rsidRDefault="00000000">
            <w:pPr>
              <w:pStyle w:val="Oznaenseznam"/>
              <w:spacing w:after="16"/>
            </w:pPr>
            <w:r>
              <w:rPr>
                <w:color w:val="000000"/>
                <w:sz w:val="16"/>
              </w:rPr>
              <w:t>upoštevam dogovorjeni začetek, konec, znak za tišino in varno glasnost</w:t>
            </w:r>
          </w:p>
          <w:p w14:paraId="1AFE725B"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2E75DFB5" w14:textId="77777777" w:rsidR="008D43AB" w:rsidRDefault="008D43AB"/>
          <w:p w14:paraId="7B13E3A3"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4510EFF5" w14:textId="77777777" w:rsidR="008D43AB" w:rsidRDefault="00000000">
            <w:pPr>
              <w:spacing w:after="80" w:line="245" w:lineRule="auto"/>
            </w:pPr>
            <w:r>
              <w:rPr>
                <w:color w:val="000000"/>
                <w:sz w:val="16"/>
              </w:rPr>
              <w:t>Pove ali pokaže, kaj že zna in katero glasbeno strategijo bi uporabil.</w:t>
            </w:r>
          </w:p>
          <w:p w14:paraId="35D25AB4" w14:textId="77777777" w:rsidR="008D43AB" w:rsidRDefault="00000000">
            <w:pPr>
              <w:spacing w:after="100" w:line="245" w:lineRule="auto"/>
            </w:pPr>
            <w:r>
              <w:rPr>
                <w:color w:val="000000"/>
                <w:sz w:val="16"/>
              </w:rPr>
              <w:t>Sodeluje pri razumevanju namenov, meril uspešnosti, varne glasnosti in načina dokazovanja.</w:t>
            </w:r>
          </w:p>
          <w:p w14:paraId="61EE76EB" w14:textId="77777777" w:rsidR="008D43AB" w:rsidRDefault="00000000">
            <w:pPr>
              <w:spacing w:after="20" w:line="245" w:lineRule="auto"/>
            </w:pPr>
            <w:r>
              <w:rPr>
                <w:b/>
                <w:color w:val="D95BC6"/>
                <w:sz w:val="17"/>
              </w:rPr>
              <w:t>DOKAZ O UČENJU</w:t>
            </w:r>
          </w:p>
          <w:p w14:paraId="1454F2CF"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59D170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F899D8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689216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5D2B57F" w14:textId="77777777" w:rsidR="008D43AB" w:rsidRDefault="00000000">
            <w:pPr>
              <w:jc w:val="center"/>
            </w:pPr>
            <w:r>
              <w:rPr>
                <w:b/>
                <w:color w:val="000000"/>
                <w:sz w:val="20"/>
              </w:rPr>
              <w:t>UČNE DEJAVNOSTI, METODE IN FORMATIVNO SPREMLJANJE</w:t>
            </w:r>
          </w:p>
        </w:tc>
      </w:tr>
      <w:tr w:rsidR="008D43AB" w14:paraId="66EDF2C0" w14:textId="77777777">
        <w:trPr>
          <w:tblHeader/>
          <w:jc w:val="center"/>
        </w:trPr>
        <w:tc>
          <w:tcPr>
            <w:tcW w:w="4422" w:type="dxa"/>
            <w:vMerge/>
            <w:tcMar>
              <w:top w:w="70" w:type="dxa"/>
              <w:left w:w="90" w:type="dxa"/>
              <w:bottom w:w="70" w:type="dxa"/>
              <w:right w:w="90" w:type="dxa"/>
            </w:tcMar>
            <w:vAlign w:val="center"/>
          </w:tcPr>
          <w:p w14:paraId="0D6C4BF0" w14:textId="77777777" w:rsidR="008D43AB" w:rsidRDefault="008D43AB"/>
        </w:tc>
        <w:tc>
          <w:tcPr>
            <w:tcW w:w="7087" w:type="dxa"/>
            <w:shd w:val="clear" w:color="auto" w:fill="FFFFFF"/>
            <w:tcMar>
              <w:top w:w="70" w:type="dxa"/>
              <w:left w:w="90" w:type="dxa"/>
              <w:bottom w:w="70" w:type="dxa"/>
              <w:right w:w="90" w:type="dxa"/>
            </w:tcMar>
            <w:vAlign w:val="center"/>
          </w:tcPr>
          <w:p w14:paraId="0EA9E339"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7EBB8E" w14:textId="77777777" w:rsidR="008D43AB" w:rsidRDefault="00000000">
            <w:pPr>
              <w:jc w:val="center"/>
            </w:pPr>
            <w:r>
              <w:rPr>
                <w:b/>
                <w:color w:val="000000"/>
              </w:rPr>
              <w:t>UČENEC</w:t>
            </w:r>
          </w:p>
        </w:tc>
      </w:tr>
      <w:tr w:rsidR="008D43AB" w14:paraId="4CEDC6AB" w14:textId="77777777">
        <w:trPr>
          <w:jc w:val="center"/>
        </w:trPr>
        <w:tc>
          <w:tcPr>
            <w:tcW w:w="4422" w:type="dxa"/>
            <w:tcMar>
              <w:top w:w="70" w:type="dxa"/>
              <w:left w:w="90" w:type="dxa"/>
              <w:bottom w:w="70" w:type="dxa"/>
              <w:right w:w="90" w:type="dxa"/>
            </w:tcMar>
          </w:tcPr>
          <w:p w14:paraId="5186AA7B" w14:textId="77777777" w:rsidR="008D43AB" w:rsidRDefault="008D43AB"/>
          <w:p w14:paraId="36471EC1" w14:textId="77777777" w:rsidR="008D43AB" w:rsidRDefault="00000000">
            <w:pPr>
              <w:spacing w:after="40" w:line="245" w:lineRule="auto"/>
            </w:pPr>
            <w:r>
              <w:rPr>
                <w:b/>
                <w:color w:val="000000"/>
              </w:rPr>
              <w:t>KLJUČNI GLASBENI POJMI</w:t>
            </w:r>
          </w:p>
          <w:p w14:paraId="6173A56F" w14:textId="77777777" w:rsidR="008D43AB" w:rsidRDefault="00000000">
            <w:pPr>
              <w:spacing w:after="60" w:line="245" w:lineRule="auto"/>
            </w:pPr>
            <w:r>
              <w:rPr>
                <w:color w:val="000000"/>
                <w:sz w:val="15"/>
              </w:rPr>
              <w:t>poslušanje, zvok, tišina, izvedba, glasbeni znak, dokaz, povratna informacija, pulz, ritem, tempo, ponavljanje, začetek, konec</w:t>
            </w:r>
          </w:p>
          <w:p w14:paraId="2C9E6C91" w14:textId="77777777" w:rsidR="008D43AB" w:rsidRDefault="00000000">
            <w:pPr>
              <w:spacing w:after="20" w:line="245" w:lineRule="auto"/>
            </w:pPr>
            <w:r>
              <w:rPr>
                <w:b/>
                <w:color w:val="000000"/>
                <w:sz w:val="17"/>
              </w:rPr>
              <w:t>DOKAZI O UČENJU</w:t>
            </w:r>
          </w:p>
          <w:p w14:paraId="54B7B6F7" w14:textId="77777777" w:rsidR="008D43AB" w:rsidRDefault="00000000">
            <w:pPr>
              <w:pStyle w:val="Oznaenseznam"/>
              <w:spacing w:after="9"/>
            </w:pPr>
            <w:r>
              <w:rPr>
                <w:color w:val="000000"/>
                <w:sz w:val="15"/>
              </w:rPr>
              <w:t>poslušalski gibalni odziv, ritmični/pevski odmev in učiteljev zapis o skupnem pulzu oziroma začetku/koncu.</w:t>
            </w:r>
          </w:p>
          <w:p w14:paraId="26F2F5BA" w14:textId="77777777" w:rsidR="008D43AB" w:rsidRDefault="00000000">
            <w:pPr>
              <w:pStyle w:val="Oznaenseznam"/>
              <w:spacing w:after="9"/>
            </w:pPr>
            <w:r>
              <w:rPr>
                <w:color w:val="000000"/>
                <w:sz w:val="15"/>
              </w:rPr>
              <w:t>slikovni zvočni zapis, skupinska izvedba/posnetek in vrstniška opisna povratna informacija.</w:t>
            </w:r>
          </w:p>
          <w:p w14:paraId="51C9ABCC" w14:textId="77777777" w:rsidR="008D43AB" w:rsidRDefault="00000000">
            <w:pPr>
              <w:spacing w:before="40" w:after="20" w:line="245" w:lineRule="auto"/>
            </w:pPr>
            <w:r>
              <w:rPr>
                <w:b/>
                <w:color w:val="000000"/>
                <w:sz w:val="17"/>
              </w:rPr>
              <w:t>GLASBENO DOŽIVETJE IN IZKUŠENJSKI POUK</w:t>
            </w:r>
          </w:p>
          <w:p w14:paraId="40D09909"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1D8BC5A3" w14:textId="77777777" w:rsidR="008D43AB" w:rsidRDefault="00000000">
            <w:pPr>
              <w:spacing w:after="20" w:line="245" w:lineRule="auto"/>
            </w:pPr>
            <w:r>
              <w:rPr>
                <w:b/>
                <w:color w:val="000000"/>
                <w:sz w:val="17"/>
              </w:rPr>
              <w:t>POUČEVANJE V GIBANJU</w:t>
            </w:r>
          </w:p>
          <w:p w14:paraId="1629D01D"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5D21B077" w14:textId="77777777" w:rsidR="008D43AB" w:rsidRDefault="00000000">
            <w:pPr>
              <w:spacing w:after="20" w:line="245" w:lineRule="auto"/>
            </w:pPr>
            <w:r>
              <w:rPr>
                <w:b/>
                <w:color w:val="000000"/>
                <w:sz w:val="17"/>
              </w:rPr>
              <w:t>DELO PO POSTAJAH</w:t>
            </w:r>
          </w:p>
          <w:p w14:paraId="707BAD74"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53BA2E61" w14:textId="77777777" w:rsidR="008D43AB" w:rsidRDefault="00000000">
            <w:pPr>
              <w:spacing w:after="10" w:line="245" w:lineRule="auto"/>
            </w:pPr>
            <w:r>
              <w:rPr>
                <w:color w:val="000000"/>
                <w:sz w:val="15"/>
              </w:rPr>
              <w:t>1. Pulz in odmev: poslušam, ponovim in ohranim enakomeren utrip s ploskom, korakom ali glasom.</w:t>
            </w:r>
          </w:p>
          <w:p w14:paraId="2892272A" w14:textId="77777777" w:rsidR="008D43AB" w:rsidRDefault="00000000">
            <w:pPr>
              <w:spacing w:after="10" w:line="245" w:lineRule="auto"/>
            </w:pPr>
            <w:r>
              <w:rPr>
                <w:color w:val="000000"/>
                <w:sz w:val="15"/>
              </w:rPr>
              <w:t>2. Gibalna pot: tempo in ritem pokažem s hojo, spremembo smeri, zamrznitvijo in telesnimi glasbili.</w:t>
            </w:r>
          </w:p>
          <w:p w14:paraId="09F54DA1" w14:textId="77777777" w:rsidR="008D43AB" w:rsidRDefault="00000000">
            <w:pPr>
              <w:spacing w:after="10" w:line="245" w:lineRule="auto"/>
            </w:pPr>
            <w:r>
              <w:rPr>
                <w:color w:val="000000"/>
                <w:sz w:val="15"/>
              </w:rPr>
              <w:t>3. Instrumentalna: motiv izvedem z malim ritmičnim ali Orffovim glasbilom ter upoštevam dirigentski znak.</w:t>
            </w:r>
          </w:p>
          <w:p w14:paraId="22AFC506" w14:textId="77777777" w:rsidR="008D43AB" w:rsidRDefault="00000000">
            <w:pPr>
              <w:spacing w:after="10" w:line="245" w:lineRule="auto"/>
            </w:pPr>
            <w:r>
              <w:rPr>
                <w:color w:val="000000"/>
                <w:sz w:val="15"/>
              </w:rPr>
              <w:t>4. Ustvarjalno-zapisna: iz kartic sestavim ritem, ga izvedem, prejmem povratno informacijo in izboljšam.</w:t>
            </w:r>
          </w:p>
          <w:p w14:paraId="4C263F1C" w14:textId="77777777" w:rsidR="008D43AB" w:rsidRDefault="00000000">
            <w:pPr>
              <w:spacing w:after="20" w:line="245" w:lineRule="auto"/>
            </w:pPr>
            <w:r>
              <w:rPr>
                <w:b/>
                <w:color w:val="000000"/>
                <w:sz w:val="17"/>
              </w:rPr>
              <w:t>DIFERENCIACIJA IN VKLJUČEVANJE</w:t>
            </w:r>
          </w:p>
          <w:p w14:paraId="724FFD65"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01B8FEEF" w14:textId="77777777" w:rsidR="008D43AB" w:rsidRDefault="00000000">
            <w:pPr>
              <w:spacing w:after="20" w:line="245" w:lineRule="auto"/>
            </w:pPr>
            <w:r>
              <w:rPr>
                <w:b/>
                <w:color w:val="000000"/>
                <w:sz w:val="17"/>
              </w:rPr>
              <w:t>SPREMLJANJE</w:t>
            </w:r>
          </w:p>
          <w:p w14:paraId="3118D863"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2132255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2A9B585" w14:textId="77777777">
              <w:trPr>
                <w:jc w:val="center"/>
              </w:trPr>
              <w:tc>
                <w:tcPr>
                  <w:tcW w:w="7087" w:type="dxa"/>
                  <w:shd w:val="clear" w:color="auto" w:fill="C6E7F3"/>
                  <w:tcMar>
                    <w:top w:w="45" w:type="dxa"/>
                    <w:left w:w="70" w:type="dxa"/>
                    <w:bottom w:w="45" w:type="dxa"/>
                    <w:right w:w="70" w:type="dxa"/>
                  </w:tcMar>
                </w:tcPr>
                <w:p w14:paraId="1BCF16C8" w14:textId="77777777" w:rsidR="008D43AB" w:rsidRDefault="00000000">
                  <w:pPr>
                    <w:keepNext/>
                  </w:pPr>
                  <w:r>
                    <w:rPr>
                      <w:b/>
                      <w:color w:val="000000"/>
                      <w:sz w:val="17"/>
                    </w:rPr>
                    <w:t>GLAVNI DEL – POSLUŠANJE, IZVAJANJE, GIBANJE IN USTVARJANJE (2 šolski uri)</w:t>
                  </w:r>
                </w:p>
              </w:tc>
            </w:tr>
          </w:tbl>
          <w:p w14:paraId="73A5985D" w14:textId="77777777" w:rsidR="008D43AB" w:rsidRDefault="008D43AB">
            <w:pPr>
              <w:spacing w:line="20" w:lineRule="exact"/>
            </w:pPr>
          </w:p>
          <w:p w14:paraId="32D31B1A" w14:textId="77777777" w:rsidR="008D43AB" w:rsidRDefault="00000000">
            <w:pPr>
              <w:keepNext/>
              <w:spacing w:before="24" w:after="8" w:line="245" w:lineRule="auto"/>
            </w:pPr>
            <w:r>
              <w:rPr>
                <w:b/>
                <w:color w:val="000000"/>
                <w:sz w:val="16"/>
              </w:rPr>
              <w:t>1. URA – Ritem Korakov – Poslušam in izvajam</w:t>
            </w:r>
          </w:p>
          <w:p w14:paraId="67C37CE6"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»RITEM KORAKOV«,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519B7632"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5412328E"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592A5BFC" w14:textId="77777777" w:rsidR="008D43AB" w:rsidRDefault="00000000">
            <w:pPr>
              <w:keepNext/>
              <w:spacing w:before="24" w:after="8" w:line="245" w:lineRule="auto"/>
            </w:pPr>
            <w:r>
              <w:rPr>
                <w:b/>
                <w:color w:val="000000"/>
                <w:sz w:val="16"/>
              </w:rPr>
              <w:t>2. URA – Ritem Korakov – Ustvarim in nastopim</w:t>
            </w:r>
          </w:p>
          <w:p w14:paraId="4917A9B0"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ritem korakov«; usmerja izbiro, zapis, vajo in menjavo vlog. Zaključek: 10' – Organizira nastop in odziv poslušalcev po kriterijih; posname kratek dokaz, če so soglasja urejena.</w:t>
            </w:r>
          </w:p>
          <w:p w14:paraId="2BD5A84B"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EA6198A"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6A45973C" w14:textId="77777777">
              <w:trPr>
                <w:jc w:val="center"/>
              </w:trPr>
              <w:tc>
                <w:tcPr>
                  <w:tcW w:w="7087" w:type="dxa"/>
                  <w:shd w:val="clear" w:color="auto" w:fill="EDC9EA"/>
                  <w:tcMar>
                    <w:top w:w="45" w:type="dxa"/>
                    <w:left w:w="70" w:type="dxa"/>
                    <w:bottom w:w="45" w:type="dxa"/>
                    <w:right w:w="70" w:type="dxa"/>
                  </w:tcMar>
                </w:tcPr>
                <w:p w14:paraId="052EAA3D" w14:textId="77777777" w:rsidR="008D43AB" w:rsidRDefault="00000000">
                  <w:pPr>
                    <w:keepNext/>
                  </w:pPr>
                  <w:r>
                    <w:rPr>
                      <w:b/>
                      <w:color w:val="000000"/>
                      <w:sz w:val="17"/>
                    </w:rPr>
                    <w:t>ORGANIZACIJA POSTAJ IN PREHODOV</w:t>
                  </w:r>
                </w:p>
              </w:tc>
            </w:tr>
          </w:tbl>
          <w:p w14:paraId="0AC7D807" w14:textId="77777777" w:rsidR="008D43AB" w:rsidRDefault="008D43AB"/>
          <w:p w14:paraId="2FB7485B" w14:textId="77777777" w:rsidR="008D43AB" w:rsidRDefault="00000000">
            <w:pPr>
              <w:spacing w:before="9" w:after="9" w:line="245" w:lineRule="auto"/>
            </w:pPr>
            <w:r>
              <w:rPr>
                <w:color w:val="000000"/>
                <w:sz w:val="15"/>
              </w:rPr>
              <w:t>Postaja 1: Pulz in odmev: poslušam, ponovim in ohranim enakomeren utrip s ploskom, korakom ali glasom.</w:t>
            </w:r>
          </w:p>
          <w:p w14:paraId="255F8D4C" w14:textId="77777777" w:rsidR="008D43AB" w:rsidRDefault="00000000">
            <w:pPr>
              <w:spacing w:before="9" w:after="9" w:line="245" w:lineRule="auto"/>
            </w:pPr>
            <w:r>
              <w:rPr>
                <w:color w:val="000000"/>
                <w:sz w:val="15"/>
              </w:rPr>
              <w:t>Postaja 2: Gibalna pot: tempo in ritem pokažem s hojo, spremembo smeri, zamrznitvijo in telesnimi glasbili.</w:t>
            </w:r>
          </w:p>
          <w:p w14:paraId="5DBC65F6" w14:textId="77777777" w:rsidR="008D43AB" w:rsidRDefault="00000000">
            <w:pPr>
              <w:spacing w:before="9" w:after="9" w:line="245" w:lineRule="auto"/>
            </w:pPr>
            <w:r>
              <w:rPr>
                <w:color w:val="000000"/>
                <w:sz w:val="15"/>
              </w:rPr>
              <w:t>Postaja 3: Instrumentalna: motiv izvedem z malim ritmičnim ali Orffovim glasbilom ter upoštevam dirigentski znak.</w:t>
            </w:r>
          </w:p>
          <w:p w14:paraId="1FA087E7" w14:textId="77777777" w:rsidR="008D43AB" w:rsidRDefault="00000000">
            <w:pPr>
              <w:spacing w:before="9" w:after="9" w:line="245" w:lineRule="auto"/>
            </w:pPr>
            <w:r>
              <w:rPr>
                <w:color w:val="000000"/>
                <w:sz w:val="15"/>
              </w:rPr>
              <w:t>Postaja 4: Ustvarjalno-zapisna: iz kartic sestavim ritem, ga izvedem, prejmem povratno informacijo in izboljšam.</w:t>
            </w:r>
          </w:p>
          <w:p w14:paraId="6C8A7438"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1699773E" w14:textId="77777777" w:rsidR="008D43AB" w:rsidRDefault="008D43AB"/>
          <w:p w14:paraId="18803269" w14:textId="77777777" w:rsidR="008D43AB" w:rsidRDefault="00000000">
            <w:pPr>
              <w:spacing w:after="6" w:line="245" w:lineRule="auto"/>
            </w:pPr>
            <w:r>
              <w:rPr>
                <w:b/>
                <w:color w:val="000000"/>
                <w:sz w:val="15"/>
              </w:rPr>
              <w:t>1. URA – Ritem Korakov – Poslušam in izvajam</w:t>
            </w:r>
          </w:p>
          <w:p w14:paraId="091A920E"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5B61E77E" w14:textId="77777777" w:rsidR="008D43AB" w:rsidRDefault="00000000">
            <w:pPr>
              <w:spacing w:after="20" w:line="245" w:lineRule="auto"/>
            </w:pPr>
            <w:r>
              <w:rPr>
                <w:color w:val="D95BC6"/>
                <w:sz w:val="14"/>
              </w:rPr>
              <w:t>Dokaz: poslušalski gibalni odziv, ritmični/pevski odmev in učiteljev zapis o skupnem pulzu oziroma.</w:t>
            </w:r>
          </w:p>
          <w:p w14:paraId="55FAC6C1" w14:textId="77777777" w:rsidR="008D43AB" w:rsidRDefault="00000000">
            <w:pPr>
              <w:spacing w:after="6" w:line="245" w:lineRule="auto"/>
            </w:pPr>
            <w:r>
              <w:rPr>
                <w:b/>
                <w:color w:val="000000"/>
                <w:sz w:val="15"/>
              </w:rPr>
              <w:t>2. URA – Ritem Korakov – Ustvarim in nastopim</w:t>
            </w:r>
          </w:p>
          <w:p w14:paraId="10A7CF3B"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10C5BA3E" w14:textId="77777777" w:rsidR="008D43AB" w:rsidRDefault="00000000">
            <w:pPr>
              <w:spacing w:after="20" w:line="245" w:lineRule="auto"/>
            </w:pPr>
            <w:r>
              <w:rPr>
                <w:color w:val="D95BC6"/>
                <w:sz w:val="14"/>
              </w:rPr>
              <w:t>Dokaz: slikovni zvočni zapis, skupinska izvedba/posnetek in vrstniška opisna povratna informacija.</w:t>
            </w:r>
          </w:p>
          <w:p w14:paraId="0C868BA8" w14:textId="77777777" w:rsidR="008D43AB" w:rsidRDefault="00000000">
            <w:pPr>
              <w:spacing w:before="40" w:after="20" w:line="245" w:lineRule="auto"/>
            </w:pPr>
            <w:r>
              <w:rPr>
                <w:b/>
                <w:color w:val="D95BC6"/>
                <w:sz w:val="16"/>
              </w:rPr>
              <w:t>MOJ KROG POSTAJ</w:t>
            </w:r>
          </w:p>
          <w:p w14:paraId="20A8692D" w14:textId="77777777" w:rsidR="008D43AB" w:rsidRDefault="00000000">
            <w:pPr>
              <w:spacing w:after="11" w:line="245" w:lineRule="auto"/>
            </w:pPr>
            <w:r>
              <w:rPr>
                <w:color w:val="000000"/>
                <w:sz w:val="14"/>
              </w:rPr>
              <w:t>1. Pulz in odmev: poslušam, ponovim in ohranim enakomeren utrip s ploskom, korakom ali glasom.</w:t>
            </w:r>
          </w:p>
          <w:p w14:paraId="77D79F36" w14:textId="77777777" w:rsidR="008D43AB" w:rsidRDefault="00000000">
            <w:pPr>
              <w:spacing w:after="11" w:line="245" w:lineRule="auto"/>
            </w:pPr>
            <w:r>
              <w:rPr>
                <w:color w:val="000000"/>
                <w:sz w:val="14"/>
              </w:rPr>
              <w:t>2. Gibalna pot: tempo in ritem pokažem s hojo, spremembo smeri.</w:t>
            </w:r>
          </w:p>
          <w:p w14:paraId="2603DFD7" w14:textId="77777777" w:rsidR="008D43AB" w:rsidRDefault="00000000">
            <w:pPr>
              <w:spacing w:after="11" w:line="245" w:lineRule="auto"/>
            </w:pPr>
            <w:r>
              <w:rPr>
                <w:color w:val="000000"/>
                <w:sz w:val="14"/>
              </w:rPr>
              <w:t>3. Instrumentalna: motiv izvedem z malim ritmičnim ali Orffovim glasbilom ter upoštevam.</w:t>
            </w:r>
          </w:p>
          <w:p w14:paraId="7DAF1371" w14:textId="77777777" w:rsidR="008D43AB" w:rsidRDefault="00000000">
            <w:pPr>
              <w:spacing w:after="11" w:line="245" w:lineRule="auto"/>
            </w:pPr>
            <w:r>
              <w:rPr>
                <w:color w:val="000000"/>
                <w:sz w:val="14"/>
              </w:rPr>
              <w:t>4. Ustvarjalno-zapisna: iz kartic sestavim ritem, ga izvedem.</w:t>
            </w:r>
          </w:p>
          <w:p w14:paraId="4089DC2C"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03D06339" w14:textId="77777777" w:rsidR="008D43AB" w:rsidRDefault="00000000">
            <w:pPr>
              <w:spacing w:after="20" w:line="245" w:lineRule="auto"/>
            </w:pPr>
            <w:r>
              <w:rPr>
                <w:b/>
                <w:color w:val="D95BC6"/>
                <w:sz w:val="17"/>
              </w:rPr>
              <w:t>DOKAZ O UČENJU</w:t>
            </w:r>
          </w:p>
          <w:p w14:paraId="6C7B3003"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58EB776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B28FD2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C503F6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D9D0081" w14:textId="77777777" w:rsidR="008D43AB" w:rsidRDefault="00000000">
            <w:pPr>
              <w:jc w:val="center"/>
            </w:pPr>
            <w:r>
              <w:rPr>
                <w:b/>
                <w:color w:val="000000"/>
                <w:sz w:val="20"/>
              </w:rPr>
              <w:t>UČNE DEJAVNOSTI, METODE IN FORMATIVNO SPREMLJANJE</w:t>
            </w:r>
          </w:p>
        </w:tc>
      </w:tr>
      <w:tr w:rsidR="008D43AB" w14:paraId="11F1C4D3" w14:textId="77777777">
        <w:trPr>
          <w:tblHeader/>
          <w:jc w:val="center"/>
        </w:trPr>
        <w:tc>
          <w:tcPr>
            <w:tcW w:w="4422" w:type="dxa"/>
            <w:vMerge/>
            <w:tcMar>
              <w:top w:w="70" w:type="dxa"/>
              <w:left w:w="90" w:type="dxa"/>
              <w:bottom w:w="70" w:type="dxa"/>
              <w:right w:w="90" w:type="dxa"/>
            </w:tcMar>
            <w:vAlign w:val="center"/>
          </w:tcPr>
          <w:p w14:paraId="4E85768C" w14:textId="77777777" w:rsidR="008D43AB" w:rsidRDefault="008D43AB"/>
        </w:tc>
        <w:tc>
          <w:tcPr>
            <w:tcW w:w="7087" w:type="dxa"/>
            <w:shd w:val="clear" w:color="auto" w:fill="FFFFFF"/>
            <w:tcMar>
              <w:top w:w="70" w:type="dxa"/>
              <w:left w:w="90" w:type="dxa"/>
              <w:bottom w:w="70" w:type="dxa"/>
              <w:right w:w="90" w:type="dxa"/>
            </w:tcMar>
            <w:vAlign w:val="center"/>
          </w:tcPr>
          <w:p w14:paraId="7121B279"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C8AF17" w14:textId="77777777" w:rsidR="008D43AB" w:rsidRDefault="00000000">
            <w:pPr>
              <w:jc w:val="center"/>
            </w:pPr>
            <w:r>
              <w:rPr>
                <w:b/>
                <w:color w:val="000000"/>
              </w:rPr>
              <w:t>UČENEC</w:t>
            </w:r>
          </w:p>
        </w:tc>
      </w:tr>
      <w:tr w:rsidR="008D43AB" w14:paraId="02298396" w14:textId="77777777">
        <w:trPr>
          <w:jc w:val="center"/>
        </w:trPr>
        <w:tc>
          <w:tcPr>
            <w:tcW w:w="4422" w:type="dxa"/>
            <w:tcMar>
              <w:top w:w="70" w:type="dxa"/>
              <w:left w:w="90" w:type="dxa"/>
              <w:bottom w:w="70" w:type="dxa"/>
              <w:right w:w="90" w:type="dxa"/>
            </w:tcMar>
          </w:tcPr>
          <w:p w14:paraId="0318805D" w14:textId="77777777" w:rsidR="008D43AB" w:rsidRDefault="008D43AB"/>
          <w:p w14:paraId="5E011B9E" w14:textId="77777777" w:rsidR="008D43AB" w:rsidRDefault="00000000">
            <w:pPr>
              <w:spacing w:after="40" w:line="245" w:lineRule="auto"/>
            </w:pPr>
            <w:r>
              <w:rPr>
                <w:b/>
                <w:color w:val="000000"/>
              </w:rPr>
              <w:t>FORMATIVNO SPREMLJANJE</w:t>
            </w:r>
          </w:p>
          <w:p w14:paraId="6B8D6034" w14:textId="77777777" w:rsidR="008D43AB" w:rsidRDefault="00000000">
            <w:pPr>
              <w:pStyle w:val="Oznaenseznam"/>
              <w:spacing w:after="16"/>
            </w:pPr>
            <w:r>
              <w:rPr>
                <w:color w:val="000000"/>
                <w:sz w:val="16"/>
              </w:rPr>
              <w:t>predznanje: zvočna napoved, izbira kartice, gib, ritmični oziroma pevski poskus ali začetni simbol</w:t>
            </w:r>
          </w:p>
          <w:p w14:paraId="29B099A3" w14:textId="77777777" w:rsidR="008D43AB" w:rsidRDefault="00000000">
            <w:pPr>
              <w:pStyle w:val="Oznaenseznam"/>
              <w:spacing w:after="16"/>
            </w:pPr>
            <w:r>
              <w:rPr>
                <w:color w:val="000000"/>
                <w:sz w:val="16"/>
              </w:rPr>
              <w:t>nameni in merila: kratka poved, slikovni znak, model izvedbe ter vidna pravila varne glasnosti</w:t>
            </w:r>
          </w:p>
          <w:p w14:paraId="7702C7AC"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0B2F9EF" w14:textId="77777777" w:rsidR="008D43AB" w:rsidRDefault="00000000">
            <w:pPr>
              <w:pStyle w:val="Oznaenseznam"/>
              <w:spacing w:after="16"/>
            </w:pPr>
            <w:r>
              <w:rPr>
                <w:color w:val="000000"/>
                <w:sz w:val="16"/>
              </w:rPr>
              <w:t>povratna informacija: opis slišane strategije, povezava z enim merilom in izvedljiv naslednji korak</w:t>
            </w:r>
          </w:p>
          <w:p w14:paraId="2D2B27C2" w14:textId="77777777" w:rsidR="008D43AB" w:rsidRDefault="00000000">
            <w:pPr>
              <w:pStyle w:val="Oznaenseznam"/>
              <w:spacing w:after="16"/>
            </w:pPr>
            <w:r>
              <w:rPr>
                <w:color w:val="000000"/>
                <w:sz w:val="16"/>
              </w:rPr>
              <w:t>samovrednotenje: barvni zvočni semafor, lestvica samostojnosti, izbran dokaz in ponovna izvedba</w:t>
            </w:r>
          </w:p>
          <w:p w14:paraId="6BA10076" w14:textId="77777777" w:rsidR="008D43AB" w:rsidRDefault="00000000">
            <w:pPr>
              <w:spacing w:before="40" w:after="20" w:line="245" w:lineRule="auto"/>
            </w:pPr>
            <w:r>
              <w:rPr>
                <w:b/>
                <w:color w:val="000000"/>
                <w:sz w:val="17"/>
              </w:rPr>
              <w:t>VARNOST IN VAROVANJE SLUHA</w:t>
            </w:r>
          </w:p>
          <w:p w14:paraId="1A9B978B"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E117FE5" w14:textId="77777777" w:rsidR="008D43AB" w:rsidRDefault="00000000">
            <w:pPr>
              <w:spacing w:after="20" w:line="245" w:lineRule="auto"/>
            </w:pPr>
            <w:r>
              <w:rPr>
                <w:b/>
                <w:color w:val="000000"/>
                <w:sz w:val="17"/>
              </w:rPr>
              <w:t>EVIDENCA PO IZVEDBI</w:t>
            </w:r>
          </w:p>
          <w:p w14:paraId="60644A35"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027FC12E" w14:textId="77777777" w:rsidR="008D43AB" w:rsidRDefault="00000000">
            <w:pPr>
              <w:spacing w:before="40" w:after="20" w:line="245" w:lineRule="auto"/>
            </w:pPr>
            <w:r>
              <w:rPr>
                <w:b/>
                <w:color w:val="000000"/>
                <w:sz w:val="17"/>
              </w:rPr>
              <w:t>RAVEN DOSEGANJA</w:t>
            </w:r>
          </w:p>
          <w:p w14:paraId="7A22A0BA"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1D7D076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C09367A" w14:textId="77777777">
              <w:trPr>
                <w:jc w:val="center"/>
              </w:trPr>
              <w:tc>
                <w:tcPr>
                  <w:tcW w:w="7087" w:type="dxa"/>
                  <w:shd w:val="clear" w:color="auto" w:fill="EDC9EA"/>
                  <w:tcMar>
                    <w:top w:w="45" w:type="dxa"/>
                    <w:left w:w="70" w:type="dxa"/>
                    <w:bottom w:w="45" w:type="dxa"/>
                    <w:right w:w="70" w:type="dxa"/>
                  </w:tcMar>
                </w:tcPr>
                <w:p w14:paraId="60926A69" w14:textId="77777777" w:rsidR="008D43AB" w:rsidRDefault="00000000">
                  <w:pPr>
                    <w:keepNext/>
                  </w:pPr>
                  <w:r>
                    <w:rPr>
                      <w:b/>
                      <w:color w:val="000000"/>
                    </w:rPr>
                    <w:t>VPRAŠANJA V PODPORO GLASBENEMU UČENJU</w:t>
                  </w:r>
                </w:p>
              </w:tc>
            </w:tr>
          </w:tbl>
          <w:p w14:paraId="387BDB95" w14:textId="77777777" w:rsidR="008D43AB" w:rsidRDefault="008D43AB">
            <w:pPr>
              <w:spacing w:line="20" w:lineRule="exact"/>
            </w:pPr>
          </w:p>
          <w:p w14:paraId="02A3C750" w14:textId="77777777" w:rsidR="008D43AB" w:rsidRDefault="00000000">
            <w:pPr>
              <w:pStyle w:val="Oznaenseznam"/>
              <w:spacing w:after="16"/>
            </w:pPr>
            <w:r>
              <w:rPr>
                <w:color w:val="000000"/>
                <w:sz w:val="16"/>
              </w:rPr>
              <w:t>Kaj si v glasbi slišal/-a, začutil/-a ali pokazal/-a z gibanjem?</w:t>
            </w:r>
          </w:p>
          <w:p w14:paraId="6021F5EB" w14:textId="77777777" w:rsidR="008D43AB" w:rsidRDefault="00000000">
            <w:pPr>
              <w:pStyle w:val="Oznaenseznam"/>
              <w:spacing w:after="16"/>
            </w:pPr>
            <w:r>
              <w:rPr>
                <w:color w:val="000000"/>
                <w:sz w:val="16"/>
              </w:rPr>
              <w:t>Po katerem zvočnem znaku, lastnosti ali vzorcu si prepoznal/-a rešitev?</w:t>
            </w:r>
          </w:p>
          <w:p w14:paraId="11E41882" w14:textId="77777777" w:rsidR="008D43AB" w:rsidRDefault="00000000">
            <w:pPr>
              <w:pStyle w:val="Oznaenseznam"/>
              <w:spacing w:after="16"/>
            </w:pPr>
            <w:r>
              <w:rPr>
                <w:color w:val="000000"/>
                <w:sz w:val="16"/>
              </w:rPr>
              <w:t>Kako veš, da je bil pulz, začetek, konec, glasnost ali skupinska izvedba skladna z merilom?</w:t>
            </w:r>
          </w:p>
          <w:p w14:paraId="768CFF6D" w14:textId="77777777" w:rsidR="008D43AB" w:rsidRDefault="00000000">
            <w:pPr>
              <w:pStyle w:val="Oznaenseznam"/>
              <w:spacing w:after="16"/>
            </w:pPr>
            <w:r>
              <w:rPr>
                <w:color w:val="000000"/>
                <w:sz w:val="16"/>
              </w:rPr>
              <w:t>Zakaj si za motiv, osebo, dogodek ali okolje izbral/-a prav ta glas, predmet ali glasbilo?</w:t>
            </w:r>
          </w:p>
          <w:p w14:paraId="1A2FEE63"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1E5C008" w14:textId="77777777">
              <w:trPr>
                <w:jc w:val="center"/>
              </w:trPr>
              <w:tc>
                <w:tcPr>
                  <w:tcW w:w="7087" w:type="dxa"/>
                  <w:shd w:val="clear" w:color="auto" w:fill="C6E7F3"/>
                  <w:tcMar>
                    <w:top w:w="45" w:type="dxa"/>
                    <w:left w:w="70" w:type="dxa"/>
                    <w:bottom w:w="45" w:type="dxa"/>
                    <w:right w:w="70" w:type="dxa"/>
                  </w:tcMar>
                </w:tcPr>
                <w:p w14:paraId="3BD9141F" w14:textId="77777777" w:rsidR="008D43AB" w:rsidRDefault="00000000">
                  <w:pPr>
                    <w:keepNext/>
                  </w:pPr>
                  <w:r>
                    <w:rPr>
                      <w:b/>
                      <w:color w:val="000000"/>
                    </w:rPr>
                    <w:t>ZAKLJUČNI DEL – NASTOP, POSLUŠALSKI ODZIV IN REFLEKSIJA (8–12 min)</w:t>
                  </w:r>
                </w:p>
              </w:tc>
            </w:tr>
          </w:tbl>
          <w:p w14:paraId="3604B36C" w14:textId="77777777" w:rsidR="008D43AB" w:rsidRDefault="008D43AB">
            <w:pPr>
              <w:spacing w:line="20" w:lineRule="exact"/>
            </w:pPr>
          </w:p>
          <w:p w14:paraId="6D63F8C5"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7EE58EDE" w14:textId="77777777">
              <w:trPr>
                <w:jc w:val="center"/>
              </w:trPr>
              <w:tc>
                <w:tcPr>
                  <w:tcW w:w="7087" w:type="dxa"/>
                  <w:shd w:val="clear" w:color="auto" w:fill="EDC9EA"/>
                  <w:tcMar>
                    <w:top w:w="45" w:type="dxa"/>
                    <w:left w:w="70" w:type="dxa"/>
                    <w:bottom w:w="45" w:type="dxa"/>
                    <w:right w:w="70" w:type="dxa"/>
                  </w:tcMar>
                </w:tcPr>
                <w:p w14:paraId="2F4B82CC" w14:textId="77777777" w:rsidR="008D43AB" w:rsidRDefault="00000000">
                  <w:pPr>
                    <w:keepNext/>
                  </w:pPr>
                  <w:r>
                    <w:rPr>
                      <w:b/>
                      <w:color w:val="000000"/>
                    </w:rPr>
                    <w:t>SAMOVREDNOTENJE</w:t>
                  </w:r>
                </w:p>
              </w:tc>
            </w:tr>
          </w:tbl>
          <w:p w14:paraId="47A6D4C8" w14:textId="77777777" w:rsidR="008D43AB" w:rsidRDefault="008D43AB">
            <w:pPr>
              <w:spacing w:line="20" w:lineRule="exact"/>
            </w:pPr>
          </w:p>
          <w:p w14:paraId="663DD97E"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027F4538" w14:textId="77777777">
              <w:trPr>
                <w:jc w:val="center"/>
              </w:trPr>
              <w:tc>
                <w:tcPr>
                  <w:tcW w:w="7087" w:type="dxa"/>
                  <w:shd w:val="clear" w:color="auto" w:fill="EDC9EA"/>
                  <w:tcMar>
                    <w:top w:w="45" w:type="dxa"/>
                    <w:left w:w="70" w:type="dxa"/>
                    <w:bottom w:w="45" w:type="dxa"/>
                    <w:right w:w="70" w:type="dxa"/>
                  </w:tcMar>
                </w:tcPr>
                <w:p w14:paraId="6DCD92A2" w14:textId="77777777" w:rsidR="008D43AB" w:rsidRDefault="00000000">
                  <w:pPr>
                    <w:keepNext/>
                  </w:pPr>
                  <w:r>
                    <w:rPr>
                      <w:b/>
                      <w:color w:val="000000"/>
                    </w:rPr>
                    <w:t>VRSTNIŠKO VREDNOTENJE</w:t>
                  </w:r>
                </w:p>
              </w:tc>
            </w:tr>
          </w:tbl>
          <w:p w14:paraId="678F2C44" w14:textId="77777777" w:rsidR="008D43AB" w:rsidRDefault="008D43AB">
            <w:pPr>
              <w:spacing w:line="20" w:lineRule="exact"/>
            </w:pPr>
          </w:p>
          <w:p w14:paraId="7AA20C03"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4C1BF97A" w14:textId="77777777">
              <w:trPr>
                <w:jc w:val="center"/>
              </w:trPr>
              <w:tc>
                <w:tcPr>
                  <w:tcW w:w="7087" w:type="dxa"/>
                  <w:shd w:val="clear" w:color="auto" w:fill="EDC9EA"/>
                  <w:tcMar>
                    <w:top w:w="45" w:type="dxa"/>
                    <w:left w:w="70" w:type="dxa"/>
                    <w:bottom w:w="45" w:type="dxa"/>
                    <w:right w:w="70" w:type="dxa"/>
                  </w:tcMar>
                </w:tcPr>
                <w:p w14:paraId="35B3C1BB" w14:textId="77777777" w:rsidR="008D43AB" w:rsidRDefault="00000000">
                  <w:pPr>
                    <w:keepNext/>
                  </w:pPr>
                  <w:r>
                    <w:rPr>
                      <w:b/>
                      <w:color w:val="000000"/>
                    </w:rPr>
                    <w:t>SKUPNI POVZETEK</w:t>
                  </w:r>
                </w:p>
              </w:tc>
            </w:tr>
          </w:tbl>
          <w:p w14:paraId="683E8F4A" w14:textId="77777777" w:rsidR="008D43AB" w:rsidRDefault="008D43AB"/>
          <w:p w14:paraId="430BFF25" w14:textId="77777777" w:rsidR="008D43AB" w:rsidRDefault="00000000">
            <w:pPr>
              <w:spacing w:before="20" w:after="40" w:line="245" w:lineRule="auto"/>
            </w:pPr>
            <w:r>
              <w:rPr>
                <w:b/>
                <w:color w:val="000000"/>
                <w:sz w:val="16"/>
              </w:rPr>
              <w:t>ritmično izrekam; posnemam kratek ritem; ustvarim zvočni znak. Izbrani dokaz pojasnim in po povratni informaciji izboljšam.</w:t>
            </w:r>
          </w:p>
        </w:tc>
        <w:tc>
          <w:tcPr>
            <w:tcW w:w="2551" w:type="dxa"/>
            <w:tcMar>
              <w:top w:w="70" w:type="dxa"/>
              <w:left w:w="90" w:type="dxa"/>
              <w:bottom w:w="70" w:type="dxa"/>
              <w:right w:w="90" w:type="dxa"/>
            </w:tcMar>
          </w:tcPr>
          <w:p w14:paraId="3E48128C" w14:textId="77777777" w:rsidR="008D43AB" w:rsidRDefault="008D43AB"/>
          <w:p w14:paraId="6DFC521C" w14:textId="77777777" w:rsidR="008D43AB" w:rsidRDefault="00000000">
            <w:pPr>
              <w:spacing w:after="80" w:line="245" w:lineRule="auto"/>
            </w:pPr>
            <w:r>
              <w:rPr>
                <w:color w:val="000000"/>
                <w:sz w:val="16"/>
              </w:rPr>
              <w:t>Odgovarja na podporna vprašanja in se sklicuje na slišano, izvedeno, ustvarjeno ali zapisano.</w:t>
            </w:r>
          </w:p>
          <w:p w14:paraId="03E6E06E" w14:textId="77777777" w:rsidR="008D43AB" w:rsidRDefault="00000000">
            <w:pPr>
              <w:spacing w:after="80" w:line="245" w:lineRule="auto"/>
            </w:pPr>
            <w:r>
              <w:rPr>
                <w:color w:val="000000"/>
                <w:sz w:val="16"/>
              </w:rPr>
              <w:t>Predstavi izbrani dokaz ter pove, katero merilo z njim pokaže.</w:t>
            </w:r>
          </w:p>
          <w:p w14:paraId="4B3C90EF" w14:textId="77777777" w:rsidR="008D43AB" w:rsidRDefault="00000000">
            <w:pPr>
              <w:spacing w:after="80" w:line="245" w:lineRule="auto"/>
            </w:pPr>
            <w:r>
              <w:rPr>
                <w:color w:val="000000"/>
                <w:sz w:val="16"/>
              </w:rPr>
              <w:t>Posluša vrstnika, opiše eno slišano moč in poda prijazen predlog za izboljšavo.</w:t>
            </w:r>
          </w:p>
          <w:p w14:paraId="6D910AC5" w14:textId="77777777" w:rsidR="008D43AB" w:rsidRDefault="00000000">
            <w:pPr>
              <w:spacing w:after="80" w:line="245" w:lineRule="auto"/>
            </w:pPr>
            <w:r>
              <w:rPr>
                <w:color w:val="000000"/>
                <w:sz w:val="16"/>
              </w:rPr>
              <w:t>Po povratni informaciji izvedbo, gib, ritem, zvočno izbiro ali slikovni zapis ponovi in izboljša.</w:t>
            </w:r>
          </w:p>
          <w:p w14:paraId="7057219F" w14:textId="77777777" w:rsidR="008D43AB" w:rsidRDefault="00000000">
            <w:pPr>
              <w:spacing w:after="100" w:line="245" w:lineRule="auto"/>
            </w:pPr>
            <w:r>
              <w:rPr>
                <w:color w:val="000000"/>
                <w:sz w:val="16"/>
              </w:rPr>
              <w:t>Izbere raven samostojnosti ter določi majhen in izvedljiv naslednji glasbeni korak.</w:t>
            </w:r>
          </w:p>
          <w:p w14:paraId="59B1CCEB" w14:textId="77777777" w:rsidR="008D43AB" w:rsidRDefault="00000000">
            <w:pPr>
              <w:spacing w:after="20" w:line="245" w:lineRule="auto"/>
            </w:pPr>
            <w:r>
              <w:rPr>
                <w:b/>
                <w:color w:val="D95BC6"/>
                <w:sz w:val="17"/>
              </w:rPr>
              <w:t>DOKAZ O UČENJU</w:t>
            </w:r>
          </w:p>
          <w:p w14:paraId="150F2C77"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0DA9C75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7C609F18" w14:textId="77777777">
        <w:trPr>
          <w:cantSplit/>
          <w:jc w:val="center"/>
        </w:trPr>
        <w:tc>
          <w:tcPr>
            <w:tcW w:w="14060" w:type="dxa"/>
            <w:gridSpan w:val="6"/>
            <w:tcMar>
              <w:top w:w="70" w:type="dxa"/>
              <w:left w:w="90" w:type="dxa"/>
              <w:bottom w:w="70" w:type="dxa"/>
              <w:right w:w="90" w:type="dxa"/>
            </w:tcMar>
            <w:vAlign w:val="center"/>
          </w:tcPr>
          <w:p w14:paraId="45522BA1" w14:textId="77777777" w:rsidR="008D43AB" w:rsidRDefault="00000000">
            <w:pPr>
              <w:jc w:val="center"/>
            </w:pPr>
            <w:r>
              <w:rPr>
                <w:b/>
                <w:color w:val="000000"/>
                <w:sz w:val="24"/>
              </w:rPr>
              <w:lastRenderedPageBreak/>
              <w:t>UČNA PRIPRAVA 7/39</w:t>
            </w:r>
          </w:p>
        </w:tc>
      </w:tr>
      <w:tr w:rsidR="008D43AB" w14:paraId="574AF348" w14:textId="77777777">
        <w:trPr>
          <w:jc w:val="center"/>
        </w:trPr>
        <w:tc>
          <w:tcPr>
            <w:tcW w:w="2665" w:type="dxa"/>
            <w:tcMar>
              <w:top w:w="70" w:type="dxa"/>
              <w:left w:w="90" w:type="dxa"/>
              <w:bottom w:w="70" w:type="dxa"/>
              <w:right w:w="90" w:type="dxa"/>
            </w:tcMar>
            <w:vAlign w:val="center"/>
          </w:tcPr>
          <w:p w14:paraId="21C4533B"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3B9CD7D"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0A0CD9BA"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A097995" w14:textId="77777777" w:rsidR="008D43AB" w:rsidRDefault="00000000">
            <w:r>
              <w:rPr>
                <w:b/>
                <w:color w:val="000000"/>
                <w:sz w:val="16"/>
              </w:rPr>
              <w:t xml:space="preserve">NAČRTOVANI TERMIN: </w:t>
            </w:r>
            <w:r>
              <w:rPr>
                <w:color w:val="000000"/>
                <w:sz w:val="16"/>
              </w:rPr>
              <w:t>7. teden • 12.–16. 10. 2026</w:t>
            </w:r>
          </w:p>
        </w:tc>
        <w:tc>
          <w:tcPr>
            <w:tcW w:w="2268" w:type="dxa"/>
            <w:tcMar>
              <w:top w:w="70" w:type="dxa"/>
              <w:left w:w="90" w:type="dxa"/>
              <w:bottom w:w="70" w:type="dxa"/>
              <w:right w:w="90" w:type="dxa"/>
            </w:tcMar>
            <w:vAlign w:val="center"/>
          </w:tcPr>
          <w:p w14:paraId="488A07C5"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258E4B5" w14:textId="77777777" w:rsidR="008D43AB" w:rsidRDefault="00000000">
            <w:r>
              <w:rPr>
                <w:b/>
                <w:color w:val="000000"/>
                <w:sz w:val="16"/>
              </w:rPr>
              <w:t xml:space="preserve">ŠTEVILO UR: </w:t>
            </w:r>
            <w:r>
              <w:rPr>
                <w:color w:val="000000"/>
                <w:sz w:val="16"/>
              </w:rPr>
              <w:t>2</w:t>
            </w:r>
          </w:p>
        </w:tc>
      </w:tr>
      <w:tr w:rsidR="008D43AB" w14:paraId="2220FFF7" w14:textId="77777777">
        <w:trPr>
          <w:jc w:val="center"/>
        </w:trPr>
        <w:tc>
          <w:tcPr>
            <w:tcW w:w="14061" w:type="dxa"/>
            <w:gridSpan w:val="6"/>
            <w:tcMar>
              <w:top w:w="70" w:type="dxa"/>
              <w:left w:w="90" w:type="dxa"/>
              <w:bottom w:w="70" w:type="dxa"/>
              <w:right w:w="90" w:type="dxa"/>
            </w:tcMar>
            <w:vAlign w:val="center"/>
          </w:tcPr>
          <w:p w14:paraId="7163F0FD"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1CA3E32F" w14:textId="77777777">
        <w:trPr>
          <w:cantSplit/>
          <w:jc w:val="center"/>
        </w:trPr>
        <w:tc>
          <w:tcPr>
            <w:tcW w:w="14060" w:type="dxa"/>
            <w:gridSpan w:val="6"/>
            <w:tcMar>
              <w:top w:w="70" w:type="dxa"/>
              <w:left w:w="90" w:type="dxa"/>
              <w:bottom w:w="70" w:type="dxa"/>
              <w:right w:w="90" w:type="dxa"/>
            </w:tcMar>
            <w:vAlign w:val="center"/>
          </w:tcPr>
          <w:p w14:paraId="6708697D" w14:textId="77777777" w:rsidR="008D43AB" w:rsidRDefault="008D43AB"/>
          <w:p w14:paraId="48C3DA8B" w14:textId="77777777" w:rsidR="008D43AB" w:rsidRDefault="00000000">
            <w:pPr>
              <w:spacing w:line="245" w:lineRule="auto"/>
            </w:pPr>
            <w:r>
              <w:rPr>
                <w:b/>
                <w:color w:val="000000"/>
                <w:sz w:val="16"/>
              </w:rPr>
              <w:t xml:space="preserve">UČNI SKLOP: </w:t>
            </w:r>
            <w:r>
              <w:rPr>
                <w:color w:val="000000"/>
                <w:sz w:val="16"/>
              </w:rPr>
              <w:t>VARNA POT IN MOBILNOST</w:t>
            </w:r>
          </w:p>
        </w:tc>
      </w:tr>
      <w:tr w:rsidR="008D43AB" w14:paraId="58D9B4FC" w14:textId="77777777">
        <w:trPr>
          <w:cantSplit/>
          <w:jc w:val="center"/>
        </w:trPr>
        <w:tc>
          <w:tcPr>
            <w:tcW w:w="14060" w:type="dxa"/>
            <w:gridSpan w:val="6"/>
            <w:tcMar>
              <w:top w:w="70" w:type="dxa"/>
              <w:left w:w="90" w:type="dxa"/>
              <w:bottom w:w="70" w:type="dxa"/>
              <w:right w:w="90" w:type="dxa"/>
            </w:tcMar>
            <w:vAlign w:val="center"/>
          </w:tcPr>
          <w:p w14:paraId="564F5000" w14:textId="77777777" w:rsidR="008D43AB" w:rsidRDefault="008D43AB"/>
          <w:p w14:paraId="3BBCE63E" w14:textId="77777777" w:rsidR="008D43AB" w:rsidRDefault="00000000">
            <w:pPr>
              <w:spacing w:line="245" w:lineRule="auto"/>
            </w:pPr>
            <w:r>
              <w:rPr>
                <w:b/>
                <w:color w:val="000000"/>
                <w:sz w:val="16"/>
              </w:rPr>
              <w:t xml:space="preserve">UČNA TEMA: </w:t>
            </w:r>
            <w:r>
              <w:rPr>
                <w:color w:val="000000"/>
                <w:sz w:val="16"/>
              </w:rPr>
              <w:t>PESEM O POTI</w:t>
            </w:r>
          </w:p>
        </w:tc>
      </w:tr>
      <w:tr w:rsidR="008D43AB" w14:paraId="77DC5683" w14:textId="77777777">
        <w:trPr>
          <w:cantSplit/>
          <w:jc w:val="center"/>
        </w:trPr>
        <w:tc>
          <w:tcPr>
            <w:tcW w:w="14060" w:type="dxa"/>
            <w:gridSpan w:val="6"/>
            <w:tcMar>
              <w:top w:w="70" w:type="dxa"/>
              <w:left w:w="90" w:type="dxa"/>
              <w:bottom w:w="70" w:type="dxa"/>
              <w:right w:w="90" w:type="dxa"/>
            </w:tcMar>
            <w:vAlign w:val="center"/>
          </w:tcPr>
          <w:p w14:paraId="330106EF" w14:textId="77777777" w:rsidR="008D43AB" w:rsidRDefault="008D43AB"/>
          <w:p w14:paraId="4973BB11" w14:textId="77777777" w:rsidR="008D43AB" w:rsidRDefault="00000000">
            <w:pPr>
              <w:spacing w:line="245" w:lineRule="auto"/>
            </w:pPr>
            <w:r>
              <w:rPr>
                <w:b/>
                <w:color w:val="000000"/>
                <w:sz w:val="16"/>
              </w:rPr>
              <w:t xml:space="preserve">KNJIŽEVNO / MOTIVNO IZHODIŠČE: </w:t>
            </w:r>
            <w:r>
              <w:rPr>
                <w:color w:val="000000"/>
                <w:sz w:val="16"/>
              </w:rPr>
              <w:t>»Juri Muri v Afriki« – Tone Pavček • potovanje, prevozna sredstva in spoštovanje različnosti</w:t>
            </w:r>
          </w:p>
        </w:tc>
      </w:tr>
      <w:tr w:rsidR="008D43AB" w14:paraId="542E0879" w14:textId="77777777">
        <w:trPr>
          <w:cantSplit/>
          <w:jc w:val="center"/>
        </w:trPr>
        <w:tc>
          <w:tcPr>
            <w:tcW w:w="14060" w:type="dxa"/>
            <w:gridSpan w:val="6"/>
            <w:tcMar>
              <w:top w:w="70" w:type="dxa"/>
              <w:left w:w="90" w:type="dxa"/>
              <w:bottom w:w="70" w:type="dxa"/>
              <w:right w:w="90" w:type="dxa"/>
            </w:tcMar>
            <w:vAlign w:val="center"/>
          </w:tcPr>
          <w:p w14:paraId="5AEFC98A" w14:textId="77777777" w:rsidR="008D43AB" w:rsidRDefault="008D43AB"/>
          <w:p w14:paraId="3C1386FA" w14:textId="77777777" w:rsidR="008D43AB" w:rsidRDefault="00000000">
            <w:pPr>
              <w:spacing w:line="245" w:lineRule="auto"/>
            </w:pPr>
            <w:r>
              <w:rPr>
                <w:b/>
                <w:color w:val="000000"/>
                <w:sz w:val="16"/>
              </w:rPr>
              <w:t xml:space="preserve">GLASBENO IZHODIŠČE / REPERTOAR: </w:t>
            </w:r>
            <w:r>
              <w:rPr>
                <w:color w:val="000000"/>
                <w:sz w:val="16"/>
              </w:rPr>
              <w:t>pesem o poti; ritmična spremljava z lastnimi glasbili</w:t>
            </w:r>
          </w:p>
        </w:tc>
      </w:tr>
      <w:tr w:rsidR="008D43AB" w14:paraId="6B5F4776" w14:textId="77777777">
        <w:trPr>
          <w:cantSplit/>
          <w:jc w:val="center"/>
        </w:trPr>
        <w:tc>
          <w:tcPr>
            <w:tcW w:w="14060" w:type="dxa"/>
            <w:gridSpan w:val="6"/>
            <w:tcMar>
              <w:top w:w="70" w:type="dxa"/>
              <w:left w:w="90" w:type="dxa"/>
              <w:bottom w:w="70" w:type="dxa"/>
              <w:right w:w="90" w:type="dxa"/>
            </w:tcMar>
            <w:vAlign w:val="center"/>
          </w:tcPr>
          <w:p w14:paraId="0507FA21" w14:textId="77777777" w:rsidR="008D43AB" w:rsidRDefault="008D43AB"/>
          <w:p w14:paraId="1E13743F" w14:textId="77777777" w:rsidR="008D43AB" w:rsidRDefault="00000000">
            <w:pPr>
              <w:spacing w:line="245" w:lineRule="auto"/>
            </w:pPr>
            <w:r>
              <w:rPr>
                <w:b/>
                <w:color w:val="000000"/>
                <w:sz w:val="16"/>
              </w:rPr>
              <w:t xml:space="preserve">UČNE ENOTE: </w:t>
            </w:r>
            <w:r>
              <w:rPr>
                <w:color w:val="000000"/>
                <w:sz w:val="16"/>
              </w:rPr>
              <w:t>1. ura – Pesem O Poti – Poslušam in izvajam • 2. ura – Pesem O Poti – Ustvarim in nastopim</w:t>
            </w:r>
          </w:p>
        </w:tc>
      </w:tr>
      <w:tr w:rsidR="008D43AB" w14:paraId="38AB4ABA" w14:textId="77777777">
        <w:trPr>
          <w:cantSplit/>
          <w:jc w:val="center"/>
        </w:trPr>
        <w:tc>
          <w:tcPr>
            <w:tcW w:w="14060" w:type="dxa"/>
            <w:gridSpan w:val="6"/>
            <w:tcMar>
              <w:top w:w="70" w:type="dxa"/>
              <w:left w:w="90" w:type="dxa"/>
              <w:bottom w:w="70" w:type="dxa"/>
              <w:right w:w="90" w:type="dxa"/>
            </w:tcMar>
            <w:vAlign w:val="center"/>
          </w:tcPr>
          <w:p w14:paraId="41456B02" w14:textId="77777777" w:rsidR="008D43AB" w:rsidRDefault="008D43AB"/>
          <w:p w14:paraId="1F27105C"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0F865637" w14:textId="77777777">
        <w:trPr>
          <w:cantSplit/>
          <w:jc w:val="center"/>
        </w:trPr>
        <w:tc>
          <w:tcPr>
            <w:tcW w:w="14060" w:type="dxa"/>
            <w:gridSpan w:val="6"/>
            <w:tcMar>
              <w:top w:w="70" w:type="dxa"/>
              <w:left w:w="90" w:type="dxa"/>
              <w:bottom w:w="70" w:type="dxa"/>
              <w:right w:w="90" w:type="dxa"/>
            </w:tcMar>
            <w:vAlign w:val="center"/>
          </w:tcPr>
          <w:p w14:paraId="1E5E88FB" w14:textId="77777777" w:rsidR="008D43AB" w:rsidRDefault="008D43AB"/>
          <w:p w14:paraId="2BB9BCA2"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2D2CA63B" w14:textId="77777777">
        <w:trPr>
          <w:cantSplit/>
          <w:jc w:val="center"/>
        </w:trPr>
        <w:tc>
          <w:tcPr>
            <w:tcW w:w="14060" w:type="dxa"/>
            <w:gridSpan w:val="6"/>
            <w:tcMar>
              <w:top w:w="70" w:type="dxa"/>
              <w:left w:w="90" w:type="dxa"/>
              <w:bottom w:w="70" w:type="dxa"/>
              <w:right w:w="90" w:type="dxa"/>
            </w:tcMar>
            <w:vAlign w:val="center"/>
          </w:tcPr>
          <w:p w14:paraId="2FA63AC6" w14:textId="77777777" w:rsidR="008D43AB" w:rsidRDefault="008D43AB"/>
          <w:p w14:paraId="172979A6"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FE74732" w14:textId="77777777">
        <w:trPr>
          <w:cantSplit/>
          <w:jc w:val="center"/>
        </w:trPr>
        <w:tc>
          <w:tcPr>
            <w:tcW w:w="14060" w:type="dxa"/>
            <w:gridSpan w:val="6"/>
            <w:tcMar>
              <w:top w:w="70" w:type="dxa"/>
              <w:left w:w="90" w:type="dxa"/>
              <w:bottom w:w="70" w:type="dxa"/>
              <w:right w:w="90" w:type="dxa"/>
            </w:tcMar>
            <w:vAlign w:val="center"/>
          </w:tcPr>
          <w:p w14:paraId="24F1DF81" w14:textId="77777777" w:rsidR="008D43AB" w:rsidRDefault="008D43AB"/>
          <w:p w14:paraId="6E1828EF" w14:textId="77777777" w:rsidR="008D43AB" w:rsidRDefault="00000000">
            <w:pPr>
              <w:spacing w:line="245" w:lineRule="auto"/>
            </w:pPr>
            <w:r>
              <w:rPr>
                <w:b/>
                <w:color w:val="000000"/>
                <w:sz w:val="16"/>
              </w:rPr>
              <w:t xml:space="preserve">MEDPREDMETNE POVEZAVE: </w:t>
            </w:r>
            <w:r>
              <w:rPr>
                <w:color w:val="000000"/>
                <w:sz w:val="16"/>
              </w:rPr>
              <w:t>SPO – potovanje, prevozna sredstva in spoštovanje različnosti; SLJ – poslušanje, ritmični govor in opis doživetja; ŠPO – pulz, tempo, gibalni odziv in prostorska orientacija; LUM – simbol, barva, linija in zvočni zapis</w:t>
            </w:r>
          </w:p>
        </w:tc>
      </w:tr>
      <w:tr w:rsidR="008D43AB" w14:paraId="15584A5F" w14:textId="77777777">
        <w:trPr>
          <w:cantSplit/>
          <w:jc w:val="center"/>
        </w:trPr>
        <w:tc>
          <w:tcPr>
            <w:tcW w:w="14060" w:type="dxa"/>
            <w:gridSpan w:val="6"/>
            <w:tcMar>
              <w:top w:w="70" w:type="dxa"/>
              <w:left w:w="90" w:type="dxa"/>
              <w:bottom w:w="70" w:type="dxa"/>
              <w:right w:w="90" w:type="dxa"/>
            </w:tcMar>
            <w:vAlign w:val="center"/>
          </w:tcPr>
          <w:p w14:paraId="56A31211" w14:textId="77777777" w:rsidR="008D43AB" w:rsidRDefault="008D43AB"/>
          <w:p w14:paraId="48F90C43"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017F0827" w14:textId="77777777">
        <w:trPr>
          <w:cantSplit/>
          <w:jc w:val="center"/>
        </w:trPr>
        <w:tc>
          <w:tcPr>
            <w:tcW w:w="14060" w:type="dxa"/>
            <w:gridSpan w:val="6"/>
            <w:tcMar>
              <w:top w:w="70" w:type="dxa"/>
              <w:left w:w="90" w:type="dxa"/>
              <w:bottom w:w="70" w:type="dxa"/>
              <w:right w:w="90" w:type="dxa"/>
            </w:tcMar>
            <w:vAlign w:val="center"/>
          </w:tcPr>
          <w:p w14:paraId="7729E4CB" w14:textId="77777777" w:rsidR="008D43AB" w:rsidRDefault="008D43AB"/>
          <w:p w14:paraId="1D3B2820"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5BCF1D72" w14:textId="77777777">
        <w:trPr>
          <w:cantSplit/>
          <w:jc w:val="center"/>
        </w:trPr>
        <w:tc>
          <w:tcPr>
            <w:tcW w:w="14060" w:type="dxa"/>
            <w:gridSpan w:val="6"/>
            <w:tcMar>
              <w:top w:w="70" w:type="dxa"/>
              <w:left w:w="90" w:type="dxa"/>
              <w:bottom w:w="70" w:type="dxa"/>
              <w:right w:w="90" w:type="dxa"/>
            </w:tcMar>
            <w:vAlign w:val="center"/>
          </w:tcPr>
          <w:p w14:paraId="01688050" w14:textId="77777777" w:rsidR="008D43AB" w:rsidRDefault="008D43AB"/>
          <w:p w14:paraId="210F1CC3"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267406B4" w14:textId="77777777">
        <w:trPr>
          <w:cantSplit/>
          <w:jc w:val="center"/>
        </w:trPr>
        <w:tc>
          <w:tcPr>
            <w:tcW w:w="14060" w:type="dxa"/>
            <w:gridSpan w:val="6"/>
            <w:tcMar>
              <w:top w:w="70" w:type="dxa"/>
              <w:left w:w="90" w:type="dxa"/>
              <w:bottom w:w="70" w:type="dxa"/>
              <w:right w:w="90" w:type="dxa"/>
            </w:tcMar>
            <w:vAlign w:val="center"/>
          </w:tcPr>
          <w:p w14:paraId="33A97D3D" w14:textId="77777777" w:rsidR="008D43AB" w:rsidRDefault="008D43AB"/>
          <w:p w14:paraId="08364EA7"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4C31FD6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38A5F6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4D36CB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DFDFAC7" w14:textId="77777777" w:rsidR="008D43AB" w:rsidRDefault="00000000">
            <w:pPr>
              <w:jc w:val="center"/>
            </w:pPr>
            <w:r>
              <w:rPr>
                <w:b/>
                <w:color w:val="000000"/>
                <w:sz w:val="20"/>
              </w:rPr>
              <w:t>UČNE DEJAVNOSTI, METODE IN FORMATIVNO SPREMLJANJE</w:t>
            </w:r>
          </w:p>
        </w:tc>
      </w:tr>
      <w:tr w:rsidR="008D43AB" w14:paraId="24CEE90A" w14:textId="77777777">
        <w:trPr>
          <w:tblHeader/>
          <w:jc w:val="center"/>
        </w:trPr>
        <w:tc>
          <w:tcPr>
            <w:tcW w:w="4422" w:type="dxa"/>
            <w:vMerge/>
            <w:tcMar>
              <w:top w:w="70" w:type="dxa"/>
              <w:left w:w="90" w:type="dxa"/>
              <w:bottom w:w="70" w:type="dxa"/>
              <w:right w:w="90" w:type="dxa"/>
            </w:tcMar>
            <w:vAlign w:val="center"/>
          </w:tcPr>
          <w:p w14:paraId="6E7B250B" w14:textId="77777777" w:rsidR="008D43AB" w:rsidRDefault="008D43AB"/>
        </w:tc>
        <w:tc>
          <w:tcPr>
            <w:tcW w:w="7087" w:type="dxa"/>
            <w:shd w:val="clear" w:color="auto" w:fill="FFFFFF"/>
            <w:tcMar>
              <w:top w:w="70" w:type="dxa"/>
              <w:left w:w="90" w:type="dxa"/>
              <w:bottom w:w="70" w:type="dxa"/>
              <w:right w:w="90" w:type="dxa"/>
            </w:tcMar>
            <w:vAlign w:val="center"/>
          </w:tcPr>
          <w:p w14:paraId="0549186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039CF34" w14:textId="77777777" w:rsidR="008D43AB" w:rsidRDefault="00000000">
            <w:pPr>
              <w:jc w:val="center"/>
            </w:pPr>
            <w:r>
              <w:rPr>
                <w:b/>
                <w:color w:val="000000"/>
              </w:rPr>
              <w:t>UČENEC</w:t>
            </w:r>
          </w:p>
        </w:tc>
      </w:tr>
      <w:tr w:rsidR="008D43AB" w14:paraId="7E2126F5" w14:textId="77777777">
        <w:trPr>
          <w:jc w:val="center"/>
        </w:trPr>
        <w:tc>
          <w:tcPr>
            <w:tcW w:w="4422" w:type="dxa"/>
            <w:tcMar>
              <w:top w:w="70" w:type="dxa"/>
              <w:left w:w="90" w:type="dxa"/>
              <w:bottom w:w="70" w:type="dxa"/>
              <w:right w:w="90" w:type="dxa"/>
            </w:tcMar>
          </w:tcPr>
          <w:p w14:paraId="30CEF4BB" w14:textId="77777777" w:rsidR="008D43AB" w:rsidRDefault="008D43AB"/>
          <w:p w14:paraId="0E8F8A72" w14:textId="77777777" w:rsidR="008D43AB" w:rsidRDefault="00000000">
            <w:pPr>
              <w:spacing w:after="60" w:line="245" w:lineRule="auto"/>
            </w:pPr>
            <w:r>
              <w:rPr>
                <w:b/>
                <w:color w:val="000000"/>
              </w:rPr>
              <w:t>UČNI CILJI</w:t>
            </w:r>
          </w:p>
          <w:p w14:paraId="33BEE918" w14:textId="77777777" w:rsidR="008D43AB" w:rsidRDefault="00000000">
            <w:pPr>
              <w:spacing w:after="20" w:line="245" w:lineRule="auto"/>
            </w:pPr>
            <w:r>
              <w:rPr>
                <w:b/>
                <w:color w:val="000000"/>
                <w:sz w:val="17"/>
              </w:rPr>
              <w:t>SPLOŠNI</w:t>
            </w:r>
          </w:p>
          <w:p w14:paraId="3E01019B"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47A76083" w14:textId="77777777" w:rsidR="008D43AB" w:rsidRDefault="00000000">
            <w:pPr>
              <w:pStyle w:val="Oznaenseznam"/>
              <w:spacing w:after="16"/>
            </w:pPr>
            <w:r>
              <w:rPr>
                <w:color w:val="000000"/>
                <w:sz w:val="16"/>
              </w:rPr>
              <w:t>poje, ritmično govori ter uporablja telo, glasbila in predmete kot zvočne vire</w:t>
            </w:r>
          </w:p>
          <w:p w14:paraId="7B2E6D2F" w14:textId="77777777" w:rsidR="008D43AB" w:rsidRDefault="00000000">
            <w:pPr>
              <w:pStyle w:val="Oznaenseznam"/>
              <w:spacing w:after="16"/>
            </w:pPr>
            <w:r>
              <w:rPr>
                <w:color w:val="000000"/>
                <w:sz w:val="16"/>
              </w:rPr>
              <w:t>razlikuje izbrane lastnosti zvoka in glasbe ter varuje sluh in odgovorno uporablja glasbila</w:t>
            </w:r>
          </w:p>
          <w:p w14:paraId="3F1F9DFC"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3AFC9467" w14:textId="77777777" w:rsidR="008D43AB" w:rsidRDefault="00000000">
            <w:pPr>
              <w:spacing w:before="40" w:after="20" w:line="245" w:lineRule="auto"/>
            </w:pPr>
            <w:r>
              <w:rPr>
                <w:b/>
                <w:color w:val="000000"/>
                <w:sz w:val="17"/>
              </w:rPr>
              <w:t>OPERATIVNI</w:t>
            </w:r>
          </w:p>
          <w:p w14:paraId="06D614AE" w14:textId="77777777" w:rsidR="008D43AB" w:rsidRDefault="00000000">
            <w:pPr>
              <w:pStyle w:val="Oznaenseznam"/>
              <w:spacing w:after="16"/>
            </w:pPr>
            <w:r>
              <w:rPr>
                <w:color w:val="000000"/>
                <w:sz w:val="16"/>
              </w:rPr>
              <w:t>poje pesem</w:t>
            </w:r>
          </w:p>
          <w:p w14:paraId="5DE401D8" w14:textId="77777777" w:rsidR="008D43AB" w:rsidRDefault="00000000">
            <w:pPr>
              <w:pStyle w:val="Oznaenseznam"/>
              <w:spacing w:after="16"/>
            </w:pPr>
            <w:r>
              <w:rPr>
                <w:color w:val="000000"/>
                <w:sz w:val="16"/>
              </w:rPr>
              <w:t>spremlja petje z ritmom</w:t>
            </w:r>
          </w:p>
          <w:p w14:paraId="0F27A2E0" w14:textId="77777777" w:rsidR="008D43AB" w:rsidRDefault="00000000">
            <w:pPr>
              <w:pStyle w:val="Oznaenseznam"/>
              <w:spacing w:after="16"/>
            </w:pPr>
            <w:r>
              <w:rPr>
                <w:color w:val="000000"/>
                <w:sz w:val="16"/>
              </w:rPr>
              <w:t>razlikuje glasno in tiho</w:t>
            </w:r>
          </w:p>
          <w:p w14:paraId="7EA011F6" w14:textId="77777777" w:rsidR="008D43AB" w:rsidRDefault="00000000">
            <w:pPr>
              <w:spacing w:before="40" w:after="20" w:line="245" w:lineRule="auto"/>
            </w:pPr>
            <w:r>
              <w:rPr>
                <w:b/>
                <w:color w:val="000000"/>
                <w:sz w:val="17"/>
              </w:rPr>
              <w:t>PRIČAKOVANI DOSEŽKI / MINIMALNI POUDARKI</w:t>
            </w:r>
          </w:p>
          <w:p w14:paraId="5DDDF91C" w14:textId="77777777" w:rsidR="008D43AB" w:rsidRDefault="00000000">
            <w:pPr>
              <w:pStyle w:val="Oznaenseznam"/>
              <w:spacing w:after="16"/>
            </w:pPr>
            <w:r>
              <w:rPr>
                <w:color w:val="000000"/>
                <w:sz w:val="15"/>
              </w:rPr>
              <w:t>samostojno oziroma z dogovorjeno oporo poje pesem</w:t>
            </w:r>
          </w:p>
          <w:p w14:paraId="27AA92FF" w14:textId="77777777" w:rsidR="008D43AB" w:rsidRDefault="00000000">
            <w:pPr>
              <w:pStyle w:val="Oznaenseznam"/>
              <w:spacing w:after="16"/>
            </w:pPr>
            <w:r>
              <w:rPr>
                <w:color w:val="000000"/>
                <w:sz w:val="15"/>
              </w:rPr>
              <w:t>samostojno oziroma z dogovorjeno oporo spremlja petje z ritmom</w:t>
            </w:r>
          </w:p>
          <w:p w14:paraId="55D602B9" w14:textId="77777777" w:rsidR="008D43AB" w:rsidRDefault="00000000">
            <w:pPr>
              <w:pStyle w:val="Oznaenseznam"/>
              <w:spacing w:after="16"/>
            </w:pPr>
            <w:r>
              <w:rPr>
                <w:color w:val="000000"/>
                <w:sz w:val="15"/>
              </w:rPr>
              <w:t>samostojno oziroma z dogovorjeno oporo razlikuje glasno in tiho</w:t>
            </w:r>
          </w:p>
        </w:tc>
        <w:tc>
          <w:tcPr>
            <w:tcW w:w="7087" w:type="dxa"/>
            <w:tcMar>
              <w:top w:w="70" w:type="dxa"/>
              <w:left w:w="90" w:type="dxa"/>
              <w:bottom w:w="70" w:type="dxa"/>
              <w:right w:w="90" w:type="dxa"/>
            </w:tcMar>
          </w:tcPr>
          <w:p w14:paraId="0E3354F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D19BFB5" w14:textId="77777777">
              <w:trPr>
                <w:jc w:val="center"/>
              </w:trPr>
              <w:tc>
                <w:tcPr>
                  <w:tcW w:w="7087" w:type="dxa"/>
                  <w:shd w:val="clear" w:color="auto" w:fill="C6E7F3"/>
                  <w:tcMar>
                    <w:top w:w="45" w:type="dxa"/>
                    <w:left w:w="70" w:type="dxa"/>
                    <w:bottom w:w="45" w:type="dxa"/>
                    <w:right w:w="70" w:type="dxa"/>
                  </w:tcMar>
                </w:tcPr>
                <w:p w14:paraId="62504952" w14:textId="77777777" w:rsidR="008D43AB" w:rsidRDefault="00000000">
                  <w:pPr>
                    <w:keepNext/>
                  </w:pPr>
                  <w:r>
                    <w:rPr>
                      <w:b/>
                      <w:color w:val="000000"/>
                    </w:rPr>
                    <w:t>UVODNI DEL – zvočna motivacija, aktivacija predznanja in namen učenja (8–12 min)</w:t>
                  </w:r>
                </w:p>
              </w:tc>
            </w:tr>
          </w:tbl>
          <w:p w14:paraId="1FDC5254" w14:textId="77777777" w:rsidR="008D43AB" w:rsidRDefault="008D43AB">
            <w:pPr>
              <w:spacing w:line="20" w:lineRule="exact"/>
            </w:pPr>
          </w:p>
          <w:p w14:paraId="624F369B" w14:textId="77777777" w:rsidR="008D43AB" w:rsidRDefault="00000000">
            <w:pPr>
              <w:spacing w:before="40" w:after="60" w:line="245" w:lineRule="auto"/>
            </w:pPr>
            <w:r>
              <w:rPr>
                <w:color w:val="000000"/>
                <w:sz w:val="16"/>
              </w:rPr>
              <w:t>Učenci ob motivu »Juri Muri v Afriki« – Tone Pavček vstopijo v temo potovanje, prevozna sredstva in spoštovanje različnosti. Najprej v tišini poslušajo kratek zvočni odlomek ali učiteljičino izvedbo (pesem o poti; ritmična spremljava z lastnimi glasbili),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4B42DECA" w14:textId="77777777">
              <w:trPr>
                <w:jc w:val="center"/>
              </w:trPr>
              <w:tc>
                <w:tcPr>
                  <w:tcW w:w="7087" w:type="dxa"/>
                  <w:shd w:val="clear" w:color="auto" w:fill="EDC9EA"/>
                  <w:tcMar>
                    <w:top w:w="45" w:type="dxa"/>
                    <w:left w:w="70" w:type="dxa"/>
                    <w:bottom w:w="45" w:type="dxa"/>
                    <w:right w:w="70" w:type="dxa"/>
                  </w:tcMar>
                </w:tcPr>
                <w:p w14:paraId="13EECD33" w14:textId="77777777" w:rsidR="008D43AB" w:rsidRDefault="00000000">
                  <w:pPr>
                    <w:keepNext/>
                  </w:pPr>
                  <w:r>
                    <w:rPr>
                      <w:b/>
                      <w:color w:val="000000"/>
                    </w:rPr>
                    <w:t>NAMENI UČENJA</w:t>
                  </w:r>
                </w:p>
              </w:tc>
            </w:tr>
          </w:tbl>
          <w:p w14:paraId="5F69CD3D" w14:textId="77777777" w:rsidR="008D43AB" w:rsidRDefault="008D43AB">
            <w:pPr>
              <w:spacing w:line="20" w:lineRule="exact"/>
            </w:pPr>
          </w:p>
          <w:p w14:paraId="78F37F8A"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3070BDEE" w14:textId="77777777" w:rsidR="008D43AB" w:rsidRDefault="00000000">
            <w:pPr>
              <w:pStyle w:val="Oznaenseznam"/>
              <w:spacing w:after="16"/>
            </w:pPr>
            <w:r>
              <w:rPr>
                <w:color w:val="000000"/>
                <w:sz w:val="16"/>
              </w:rPr>
              <w:t>pojem pesem</w:t>
            </w:r>
          </w:p>
          <w:p w14:paraId="70332368" w14:textId="77777777" w:rsidR="008D43AB" w:rsidRDefault="00000000">
            <w:pPr>
              <w:pStyle w:val="Oznaenseznam"/>
              <w:spacing w:after="16"/>
            </w:pPr>
            <w:r>
              <w:rPr>
                <w:color w:val="000000"/>
                <w:sz w:val="16"/>
              </w:rPr>
              <w:t>spremljam petje z ritmom</w:t>
            </w:r>
          </w:p>
          <w:p w14:paraId="74E245B6" w14:textId="77777777" w:rsidR="008D43AB" w:rsidRDefault="00000000">
            <w:pPr>
              <w:pStyle w:val="Oznaenseznam"/>
              <w:spacing w:after="16"/>
            </w:pPr>
            <w:r>
              <w:rPr>
                <w:color w:val="000000"/>
                <w:sz w:val="16"/>
              </w:rPr>
              <w:t>razlikujem glasno in tiho</w:t>
            </w:r>
          </w:p>
          <w:tbl>
            <w:tblPr>
              <w:tblStyle w:val="Tabelamrea"/>
              <w:tblW w:w="0" w:type="auto"/>
              <w:jc w:val="center"/>
              <w:tblLayout w:type="fixed"/>
              <w:tblLook w:val="04A0" w:firstRow="1" w:lastRow="0" w:firstColumn="1" w:lastColumn="0" w:noHBand="0" w:noVBand="1"/>
            </w:tblPr>
            <w:tblGrid>
              <w:gridCol w:w="7087"/>
            </w:tblGrid>
            <w:tr w:rsidR="008D43AB" w14:paraId="41B4AB28" w14:textId="77777777">
              <w:trPr>
                <w:jc w:val="center"/>
              </w:trPr>
              <w:tc>
                <w:tcPr>
                  <w:tcW w:w="7087" w:type="dxa"/>
                  <w:shd w:val="clear" w:color="auto" w:fill="EDC9EA"/>
                  <w:tcMar>
                    <w:top w:w="45" w:type="dxa"/>
                    <w:left w:w="70" w:type="dxa"/>
                    <w:bottom w:w="45" w:type="dxa"/>
                    <w:right w:w="70" w:type="dxa"/>
                  </w:tcMar>
                </w:tcPr>
                <w:p w14:paraId="27995DEA" w14:textId="77777777" w:rsidR="008D43AB" w:rsidRDefault="00000000">
                  <w:pPr>
                    <w:keepNext/>
                  </w:pPr>
                  <w:r>
                    <w:rPr>
                      <w:b/>
                      <w:color w:val="000000"/>
                    </w:rPr>
                    <w:t>PREVERJANJE PREDZNANJA</w:t>
                  </w:r>
                </w:p>
              </w:tc>
            </w:tr>
          </w:tbl>
          <w:p w14:paraId="4B16EC81" w14:textId="77777777" w:rsidR="008D43AB" w:rsidRDefault="008D43AB">
            <w:pPr>
              <w:spacing w:line="20" w:lineRule="exact"/>
            </w:pPr>
          </w:p>
          <w:p w14:paraId="497BFBF0" w14:textId="77777777" w:rsidR="008D43AB" w:rsidRDefault="00000000">
            <w:pPr>
              <w:pStyle w:val="Oznaenseznam"/>
              <w:spacing w:after="16"/>
            </w:pPr>
            <w:r>
              <w:rPr>
                <w:color w:val="000000"/>
                <w:sz w:val="16"/>
              </w:rPr>
              <w:t>Kaj mi zvok, naslov, slika ali motiv pove o temi potovanje, prevozna sredstva in spoštovanje različnosti?</w:t>
            </w:r>
          </w:p>
          <w:p w14:paraId="347CEF52" w14:textId="77777777" w:rsidR="008D43AB" w:rsidRDefault="00000000">
            <w:pPr>
              <w:pStyle w:val="Oznaenseznam"/>
              <w:spacing w:after="16"/>
            </w:pPr>
            <w:r>
              <w:rPr>
                <w:color w:val="000000"/>
                <w:sz w:val="16"/>
              </w:rPr>
              <w:t>Kako lahko s poslušanjem, glasom, telesom, glasbilom ali simbolom pokažem, kaj že znam pri temi »PESEM O POTI«?</w:t>
            </w:r>
          </w:p>
          <w:p w14:paraId="37F5DB0E"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7EEED684" w14:textId="77777777">
              <w:trPr>
                <w:jc w:val="center"/>
              </w:trPr>
              <w:tc>
                <w:tcPr>
                  <w:tcW w:w="7087" w:type="dxa"/>
                  <w:shd w:val="clear" w:color="auto" w:fill="EDC9EA"/>
                  <w:tcMar>
                    <w:top w:w="45" w:type="dxa"/>
                    <w:left w:w="70" w:type="dxa"/>
                    <w:bottom w:w="45" w:type="dxa"/>
                    <w:right w:w="70" w:type="dxa"/>
                  </w:tcMar>
                </w:tcPr>
                <w:p w14:paraId="6DE17FC0" w14:textId="77777777" w:rsidR="008D43AB" w:rsidRDefault="00000000">
                  <w:pPr>
                    <w:keepNext/>
                  </w:pPr>
                  <w:r>
                    <w:rPr>
                      <w:b/>
                      <w:color w:val="000000"/>
                    </w:rPr>
                    <w:t>KRITERIJI USPEŠNOSTI</w:t>
                  </w:r>
                </w:p>
              </w:tc>
            </w:tr>
          </w:tbl>
          <w:p w14:paraId="2BA88A34" w14:textId="77777777" w:rsidR="008D43AB" w:rsidRDefault="008D43AB"/>
          <w:p w14:paraId="7BCAB74B" w14:textId="77777777" w:rsidR="008D43AB" w:rsidRDefault="00000000">
            <w:pPr>
              <w:spacing w:before="20" w:after="20" w:line="245" w:lineRule="auto"/>
            </w:pPr>
            <w:r>
              <w:rPr>
                <w:b/>
                <w:color w:val="000000"/>
                <w:sz w:val="16"/>
              </w:rPr>
              <w:t>Uspešen/-na bom, ko:</w:t>
            </w:r>
          </w:p>
          <w:p w14:paraId="2AE6A040" w14:textId="77777777" w:rsidR="008D43AB" w:rsidRDefault="00000000">
            <w:pPr>
              <w:pStyle w:val="Oznaenseznam"/>
              <w:spacing w:after="16"/>
            </w:pPr>
            <w:r>
              <w:rPr>
                <w:color w:val="000000"/>
                <w:sz w:val="16"/>
              </w:rPr>
              <w:t>pojem pesem</w:t>
            </w:r>
          </w:p>
          <w:p w14:paraId="6C9E6F38" w14:textId="77777777" w:rsidR="008D43AB" w:rsidRDefault="00000000">
            <w:pPr>
              <w:pStyle w:val="Oznaenseznam"/>
              <w:spacing w:after="16"/>
            </w:pPr>
            <w:r>
              <w:rPr>
                <w:color w:val="000000"/>
                <w:sz w:val="16"/>
              </w:rPr>
              <w:t>spremljam petje z ritmom</w:t>
            </w:r>
          </w:p>
          <w:p w14:paraId="151DAB7C" w14:textId="77777777" w:rsidR="008D43AB" w:rsidRDefault="00000000">
            <w:pPr>
              <w:pStyle w:val="Oznaenseznam"/>
              <w:spacing w:after="16"/>
            </w:pPr>
            <w:r>
              <w:rPr>
                <w:color w:val="000000"/>
                <w:sz w:val="16"/>
              </w:rPr>
              <w:t>razlikujem glasno in tiho</w:t>
            </w:r>
          </w:p>
          <w:p w14:paraId="2E487C81" w14:textId="77777777" w:rsidR="008D43AB" w:rsidRDefault="00000000">
            <w:pPr>
              <w:pStyle w:val="Oznaenseznam"/>
              <w:spacing w:after="16"/>
            </w:pPr>
            <w:r>
              <w:rPr>
                <w:color w:val="000000"/>
                <w:sz w:val="16"/>
              </w:rPr>
              <w:t>upoštevam dogovorjeni začetek, konec, znak za tišino in varno glasnost</w:t>
            </w:r>
          </w:p>
          <w:p w14:paraId="2DDD2D24"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19199479" w14:textId="77777777" w:rsidR="008D43AB" w:rsidRDefault="008D43AB"/>
          <w:p w14:paraId="0561A9FF"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EC34C6B" w14:textId="77777777" w:rsidR="008D43AB" w:rsidRDefault="00000000">
            <w:pPr>
              <w:spacing w:after="80" w:line="245" w:lineRule="auto"/>
            </w:pPr>
            <w:r>
              <w:rPr>
                <w:color w:val="000000"/>
                <w:sz w:val="16"/>
              </w:rPr>
              <w:t>Pove ali pokaže, kaj že zna in katero glasbeno strategijo bi uporabil.</w:t>
            </w:r>
          </w:p>
          <w:p w14:paraId="755761DC" w14:textId="77777777" w:rsidR="008D43AB" w:rsidRDefault="00000000">
            <w:pPr>
              <w:spacing w:after="100" w:line="245" w:lineRule="auto"/>
            </w:pPr>
            <w:r>
              <w:rPr>
                <w:color w:val="000000"/>
                <w:sz w:val="16"/>
              </w:rPr>
              <w:t>Sodeluje pri razumevanju namenov, meril uspešnosti, varne glasnosti in načina dokazovanja.</w:t>
            </w:r>
          </w:p>
          <w:p w14:paraId="34522F95" w14:textId="77777777" w:rsidR="008D43AB" w:rsidRDefault="00000000">
            <w:pPr>
              <w:spacing w:after="20" w:line="245" w:lineRule="auto"/>
            </w:pPr>
            <w:r>
              <w:rPr>
                <w:b/>
                <w:color w:val="D95BC6"/>
                <w:sz w:val="17"/>
              </w:rPr>
              <w:t>DOKAZ O UČENJU</w:t>
            </w:r>
          </w:p>
          <w:p w14:paraId="4FF827F1"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58E0801C"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F5159B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79F9CCC"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14F03CC" w14:textId="77777777" w:rsidR="008D43AB" w:rsidRDefault="00000000">
            <w:pPr>
              <w:jc w:val="center"/>
            </w:pPr>
            <w:r>
              <w:rPr>
                <w:b/>
                <w:color w:val="000000"/>
                <w:sz w:val="20"/>
              </w:rPr>
              <w:t>UČNE DEJAVNOSTI, METODE IN FORMATIVNO SPREMLJANJE</w:t>
            </w:r>
          </w:p>
        </w:tc>
      </w:tr>
      <w:tr w:rsidR="008D43AB" w14:paraId="77F69068" w14:textId="77777777">
        <w:trPr>
          <w:tblHeader/>
          <w:jc w:val="center"/>
        </w:trPr>
        <w:tc>
          <w:tcPr>
            <w:tcW w:w="4422" w:type="dxa"/>
            <w:vMerge/>
            <w:tcMar>
              <w:top w:w="70" w:type="dxa"/>
              <w:left w:w="90" w:type="dxa"/>
              <w:bottom w:w="70" w:type="dxa"/>
              <w:right w:w="90" w:type="dxa"/>
            </w:tcMar>
            <w:vAlign w:val="center"/>
          </w:tcPr>
          <w:p w14:paraId="7EEC7D13" w14:textId="77777777" w:rsidR="008D43AB" w:rsidRDefault="008D43AB"/>
        </w:tc>
        <w:tc>
          <w:tcPr>
            <w:tcW w:w="7087" w:type="dxa"/>
            <w:shd w:val="clear" w:color="auto" w:fill="FFFFFF"/>
            <w:tcMar>
              <w:top w:w="70" w:type="dxa"/>
              <w:left w:w="90" w:type="dxa"/>
              <w:bottom w:w="70" w:type="dxa"/>
              <w:right w:w="90" w:type="dxa"/>
            </w:tcMar>
            <w:vAlign w:val="center"/>
          </w:tcPr>
          <w:p w14:paraId="5187504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F1F1F0A" w14:textId="77777777" w:rsidR="008D43AB" w:rsidRDefault="00000000">
            <w:pPr>
              <w:jc w:val="center"/>
            </w:pPr>
            <w:r>
              <w:rPr>
                <w:b/>
                <w:color w:val="000000"/>
              </w:rPr>
              <w:t>UČENEC</w:t>
            </w:r>
          </w:p>
        </w:tc>
      </w:tr>
      <w:tr w:rsidR="008D43AB" w14:paraId="039D3E9C" w14:textId="77777777">
        <w:trPr>
          <w:jc w:val="center"/>
        </w:trPr>
        <w:tc>
          <w:tcPr>
            <w:tcW w:w="4422" w:type="dxa"/>
            <w:tcMar>
              <w:top w:w="70" w:type="dxa"/>
              <w:left w:w="90" w:type="dxa"/>
              <w:bottom w:w="70" w:type="dxa"/>
              <w:right w:w="90" w:type="dxa"/>
            </w:tcMar>
          </w:tcPr>
          <w:p w14:paraId="490ED473" w14:textId="77777777" w:rsidR="008D43AB" w:rsidRDefault="008D43AB"/>
          <w:p w14:paraId="58F9248E" w14:textId="77777777" w:rsidR="008D43AB" w:rsidRDefault="00000000">
            <w:pPr>
              <w:spacing w:after="40" w:line="245" w:lineRule="auto"/>
            </w:pPr>
            <w:r>
              <w:rPr>
                <w:b/>
                <w:color w:val="000000"/>
              </w:rPr>
              <w:t>KLJUČNI GLASBENI POJMI</w:t>
            </w:r>
          </w:p>
          <w:p w14:paraId="68FC4130"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305DB3F7" w14:textId="77777777" w:rsidR="008D43AB" w:rsidRDefault="00000000">
            <w:pPr>
              <w:spacing w:after="20" w:line="245" w:lineRule="auto"/>
            </w:pPr>
            <w:r>
              <w:rPr>
                <w:b/>
                <w:color w:val="000000"/>
                <w:sz w:val="17"/>
              </w:rPr>
              <w:t>DOKAZI O UČENJU</w:t>
            </w:r>
          </w:p>
          <w:p w14:paraId="15CDE94B" w14:textId="77777777" w:rsidR="008D43AB" w:rsidRDefault="00000000">
            <w:pPr>
              <w:pStyle w:val="Oznaenseznam"/>
              <w:spacing w:after="9"/>
            </w:pPr>
            <w:r>
              <w:rPr>
                <w:color w:val="000000"/>
                <w:sz w:val="15"/>
              </w:rPr>
              <w:t>poslušalski gibalni odziv, ritmični/pevski odmev in učiteljev zapis o skupnem pulzu oziroma začetku/koncu.</w:t>
            </w:r>
          </w:p>
          <w:p w14:paraId="177B9E91" w14:textId="77777777" w:rsidR="008D43AB" w:rsidRDefault="00000000">
            <w:pPr>
              <w:pStyle w:val="Oznaenseznam"/>
              <w:spacing w:after="9"/>
            </w:pPr>
            <w:r>
              <w:rPr>
                <w:color w:val="000000"/>
                <w:sz w:val="15"/>
              </w:rPr>
              <w:t>slikovni zvočni zapis, skupinska izvedba/posnetek in vrstniška opisna povratna informacija.</w:t>
            </w:r>
          </w:p>
          <w:p w14:paraId="7C7EDC9D" w14:textId="77777777" w:rsidR="008D43AB" w:rsidRDefault="00000000">
            <w:pPr>
              <w:spacing w:before="40" w:after="20" w:line="245" w:lineRule="auto"/>
            </w:pPr>
            <w:r>
              <w:rPr>
                <w:b/>
                <w:color w:val="000000"/>
                <w:sz w:val="17"/>
              </w:rPr>
              <w:t>GLASBENO DOŽIVETJE IN IZKUŠENJSKI POUK</w:t>
            </w:r>
          </w:p>
          <w:p w14:paraId="29E27F3A"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7137A836" w14:textId="77777777" w:rsidR="008D43AB" w:rsidRDefault="00000000">
            <w:pPr>
              <w:spacing w:after="20" w:line="245" w:lineRule="auto"/>
            </w:pPr>
            <w:r>
              <w:rPr>
                <w:b/>
                <w:color w:val="000000"/>
                <w:sz w:val="17"/>
              </w:rPr>
              <w:t>POUČEVANJE V GIBANJU</w:t>
            </w:r>
          </w:p>
          <w:p w14:paraId="7F3D1F24"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66E0AE46" w14:textId="77777777" w:rsidR="008D43AB" w:rsidRDefault="00000000">
            <w:pPr>
              <w:spacing w:after="20" w:line="245" w:lineRule="auto"/>
            </w:pPr>
            <w:r>
              <w:rPr>
                <w:b/>
                <w:color w:val="000000"/>
                <w:sz w:val="17"/>
              </w:rPr>
              <w:t>DELO PO POSTAJAH</w:t>
            </w:r>
          </w:p>
          <w:p w14:paraId="548A998E"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431CC87" w14:textId="77777777" w:rsidR="008D43AB" w:rsidRDefault="00000000">
            <w:pPr>
              <w:spacing w:after="10" w:line="245" w:lineRule="auto"/>
            </w:pPr>
            <w:r>
              <w:rPr>
                <w:color w:val="000000"/>
                <w:sz w:val="15"/>
              </w:rPr>
              <w:t>1. Glas in dih: drža, tih vdih, pevski odmev in jasen začetek ter konec.</w:t>
            </w:r>
          </w:p>
          <w:p w14:paraId="65803F1E" w14:textId="77777777" w:rsidR="008D43AB" w:rsidRDefault="00000000">
            <w:pPr>
              <w:spacing w:after="10" w:line="245" w:lineRule="auto"/>
            </w:pPr>
            <w:r>
              <w:rPr>
                <w:color w:val="000000"/>
                <w:sz w:val="15"/>
              </w:rPr>
              <w:t>2. Beseda in ritem: besedilo ritmično izrekam, razčlenim na zloge in povežem s telesnimi glasbili.</w:t>
            </w:r>
          </w:p>
          <w:p w14:paraId="04024735" w14:textId="77777777" w:rsidR="008D43AB" w:rsidRDefault="00000000">
            <w:pPr>
              <w:spacing w:after="10" w:line="245" w:lineRule="auto"/>
            </w:pPr>
            <w:r>
              <w:rPr>
                <w:color w:val="000000"/>
                <w:sz w:val="15"/>
              </w:rPr>
              <w:t>3. Gibalno-pevska: melodijo ali značaj pesmi pokažem z gibanjem, rajalno igro ali preprosto koreografijo.</w:t>
            </w:r>
          </w:p>
          <w:p w14:paraId="66725F8B" w14:textId="77777777" w:rsidR="008D43AB" w:rsidRDefault="00000000">
            <w:pPr>
              <w:spacing w:after="10" w:line="245" w:lineRule="auto"/>
            </w:pPr>
            <w:r>
              <w:rPr>
                <w:color w:val="000000"/>
                <w:sz w:val="15"/>
              </w:rPr>
              <w:t>4. Spremljava in nastop: izberem zvočilo, vadim skupinsko izvedbo, nastopim in podam opisni odziv.</w:t>
            </w:r>
          </w:p>
          <w:p w14:paraId="4CC8468A" w14:textId="77777777" w:rsidR="008D43AB" w:rsidRDefault="00000000">
            <w:pPr>
              <w:spacing w:after="20" w:line="245" w:lineRule="auto"/>
            </w:pPr>
            <w:r>
              <w:rPr>
                <w:b/>
                <w:color w:val="000000"/>
                <w:sz w:val="17"/>
              </w:rPr>
              <w:t>DIFERENCIACIJA IN VKLJUČEVANJE</w:t>
            </w:r>
          </w:p>
          <w:p w14:paraId="3A46FD51"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5070D674" w14:textId="77777777" w:rsidR="008D43AB" w:rsidRDefault="00000000">
            <w:pPr>
              <w:spacing w:after="20" w:line="245" w:lineRule="auto"/>
            </w:pPr>
            <w:r>
              <w:rPr>
                <w:b/>
                <w:color w:val="000000"/>
                <w:sz w:val="17"/>
              </w:rPr>
              <w:t>SPREMLJANJE</w:t>
            </w:r>
          </w:p>
          <w:p w14:paraId="13E00BAA"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152C455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D14255C" w14:textId="77777777">
              <w:trPr>
                <w:jc w:val="center"/>
              </w:trPr>
              <w:tc>
                <w:tcPr>
                  <w:tcW w:w="7087" w:type="dxa"/>
                  <w:shd w:val="clear" w:color="auto" w:fill="C6E7F3"/>
                  <w:tcMar>
                    <w:top w:w="45" w:type="dxa"/>
                    <w:left w:w="70" w:type="dxa"/>
                    <w:bottom w:w="45" w:type="dxa"/>
                    <w:right w:w="70" w:type="dxa"/>
                  </w:tcMar>
                </w:tcPr>
                <w:p w14:paraId="5E6CC025" w14:textId="77777777" w:rsidR="008D43AB" w:rsidRDefault="00000000">
                  <w:pPr>
                    <w:keepNext/>
                  </w:pPr>
                  <w:r>
                    <w:rPr>
                      <w:b/>
                      <w:color w:val="000000"/>
                      <w:sz w:val="17"/>
                    </w:rPr>
                    <w:t>GLAVNI DEL – POSLUŠANJE, IZVAJANJE, GIBANJE IN USTVARJANJE (2 šolski uri)</w:t>
                  </w:r>
                </w:p>
              </w:tc>
            </w:tr>
          </w:tbl>
          <w:p w14:paraId="58E9ECB3" w14:textId="77777777" w:rsidR="008D43AB" w:rsidRDefault="008D43AB">
            <w:pPr>
              <w:spacing w:line="20" w:lineRule="exact"/>
            </w:pPr>
          </w:p>
          <w:p w14:paraId="212A644C" w14:textId="77777777" w:rsidR="008D43AB" w:rsidRDefault="00000000">
            <w:pPr>
              <w:keepNext/>
              <w:spacing w:before="24" w:after="8" w:line="245" w:lineRule="auto"/>
            </w:pPr>
            <w:r>
              <w:rPr>
                <w:b/>
                <w:color w:val="000000"/>
                <w:sz w:val="16"/>
              </w:rPr>
              <w:t>1. URA – Pesem O Poti – Poslušam in izvajam</w:t>
            </w:r>
          </w:p>
          <w:p w14:paraId="72568635"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»PESEM O POTI«,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7C678DD8"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2BB99B92"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A91EC83" w14:textId="77777777" w:rsidR="008D43AB" w:rsidRDefault="00000000">
            <w:pPr>
              <w:keepNext/>
              <w:spacing w:before="24" w:after="8" w:line="245" w:lineRule="auto"/>
            </w:pPr>
            <w:r>
              <w:rPr>
                <w:b/>
                <w:color w:val="000000"/>
                <w:sz w:val="16"/>
              </w:rPr>
              <w:t>2. URA – Pesem O Poti – Ustvarim in nastopim</w:t>
            </w:r>
          </w:p>
          <w:p w14:paraId="1B2B011C"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pesem o poti«; usmerja izbiro, zapis, vajo in menjavo vlog. Zaključek: 10' – Organizira nastop in odziv poslušalcev po kriterijih; posname kratek dokaz, če so soglasja urejena.</w:t>
            </w:r>
          </w:p>
          <w:p w14:paraId="5BD64665"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6576583"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6127E2FB" w14:textId="77777777">
              <w:trPr>
                <w:jc w:val="center"/>
              </w:trPr>
              <w:tc>
                <w:tcPr>
                  <w:tcW w:w="7087" w:type="dxa"/>
                  <w:shd w:val="clear" w:color="auto" w:fill="EDC9EA"/>
                  <w:tcMar>
                    <w:top w:w="45" w:type="dxa"/>
                    <w:left w:w="70" w:type="dxa"/>
                    <w:bottom w:w="45" w:type="dxa"/>
                    <w:right w:w="70" w:type="dxa"/>
                  </w:tcMar>
                </w:tcPr>
                <w:p w14:paraId="21DE1DBF" w14:textId="77777777" w:rsidR="008D43AB" w:rsidRDefault="00000000">
                  <w:pPr>
                    <w:keepNext/>
                  </w:pPr>
                  <w:r>
                    <w:rPr>
                      <w:b/>
                      <w:color w:val="000000"/>
                      <w:sz w:val="17"/>
                    </w:rPr>
                    <w:t>ORGANIZACIJA POSTAJ IN PREHODOV</w:t>
                  </w:r>
                </w:p>
              </w:tc>
            </w:tr>
          </w:tbl>
          <w:p w14:paraId="523B92AC" w14:textId="77777777" w:rsidR="008D43AB" w:rsidRDefault="008D43AB"/>
          <w:p w14:paraId="5276A201" w14:textId="77777777" w:rsidR="008D43AB" w:rsidRDefault="00000000">
            <w:pPr>
              <w:spacing w:before="9" w:after="9" w:line="245" w:lineRule="auto"/>
            </w:pPr>
            <w:r>
              <w:rPr>
                <w:color w:val="000000"/>
                <w:sz w:val="15"/>
              </w:rPr>
              <w:t>Postaja 1: Glas in dih: drža, tih vdih, pevski odmev in jasen začetek ter konec.</w:t>
            </w:r>
          </w:p>
          <w:p w14:paraId="2C31F22E"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1324A52E"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7FE1A0B6"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0DDF5F81"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4D5F953B" w14:textId="77777777" w:rsidR="008D43AB" w:rsidRDefault="008D43AB"/>
          <w:p w14:paraId="66ECC934" w14:textId="77777777" w:rsidR="008D43AB" w:rsidRDefault="00000000">
            <w:pPr>
              <w:spacing w:after="6" w:line="245" w:lineRule="auto"/>
            </w:pPr>
            <w:r>
              <w:rPr>
                <w:b/>
                <w:color w:val="000000"/>
                <w:sz w:val="15"/>
              </w:rPr>
              <w:t>1. URA – Pesem O Poti – Poslušam in izvajam</w:t>
            </w:r>
          </w:p>
          <w:p w14:paraId="24EFC8C0"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DF54711" w14:textId="77777777" w:rsidR="008D43AB" w:rsidRDefault="00000000">
            <w:pPr>
              <w:spacing w:after="20" w:line="245" w:lineRule="auto"/>
            </w:pPr>
            <w:r>
              <w:rPr>
                <w:color w:val="D95BC6"/>
                <w:sz w:val="14"/>
              </w:rPr>
              <w:t>Dokaz: poslušalski gibalni odziv, ritmični/pevski odmev in učiteljev zapis o skupnem pulzu oziroma.</w:t>
            </w:r>
          </w:p>
          <w:p w14:paraId="65B41E6E" w14:textId="77777777" w:rsidR="008D43AB" w:rsidRDefault="00000000">
            <w:pPr>
              <w:spacing w:after="6" w:line="245" w:lineRule="auto"/>
            </w:pPr>
            <w:r>
              <w:rPr>
                <w:b/>
                <w:color w:val="000000"/>
                <w:sz w:val="15"/>
              </w:rPr>
              <w:t>2. URA – Pesem O Poti – Ustvarim in nastopim</w:t>
            </w:r>
          </w:p>
          <w:p w14:paraId="4A005833"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0A446822" w14:textId="77777777" w:rsidR="008D43AB" w:rsidRDefault="00000000">
            <w:pPr>
              <w:spacing w:after="20" w:line="245" w:lineRule="auto"/>
            </w:pPr>
            <w:r>
              <w:rPr>
                <w:color w:val="D95BC6"/>
                <w:sz w:val="14"/>
              </w:rPr>
              <w:t>Dokaz: slikovni zvočni zapis, skupinska izvedba/posnetek in vrstniška opisna povratna informacija.</w:t>
            </w:r>
          </w:p>
          <w:p w14:paraId="7D5B9E64" w14:textId="77777777" w:rsidR="008D43AB" w:rsidRDefault="00000000">
            <w:pPr>
              <w:spacing w:before="40" w:after="20" w:line="245" w:lineRule="auto"/>
            </w:pPr>
            <w:r>
              <w:rPr>
                <w:b/>
                <w:color w:val="D95BC6"/>
                <w:sz w:val="16"/>
              </w:rPr>
              <w:t>MOJ KROG POSTAJ</w:t>
            </w:r>
          </w:p>
          <w:p w14:paraId="3ED84B74" w14:textId="77777777" w:rsidR="008D43AB" w:rsidRDefault="00000000">
            <w:pPr>
              <w:spacing w:after="11" w:line="245" w:lineRule="auto"/>
            </w:pPr>
            <w:r>
              <w:rPr>
                <w:color w:val="000000"/>
                <w:sz w:val="14"/>
              </w:rPr>
              <w:t>1. Glas in dih: drža, tih vdih, pevski odmev in jasen začetek ter konec.</w:t>
            </w:r>
          </w:p>
          <w:p w14:paraId="0AD374FD" w14:textId="77777777" w:rsidR="008D43AB" w:rsidRDefault="00000000">
            <w:pPr>
              <w:spacing w:after="11" w:line="245" w:lineRule="auto"/>
            </w:pPr>
            <w:r>
              <w:rPr>
                <w:color w:val="000000"/>
                <w:sz w:val="14"/>
              </w:rPr>
              <w:t>2. Beseda in ritem: besedilo ritmično izrekam, razčlenim na zloge in povežem s telesnimi.</w:t>
            </w:r>
          </w:p>
          <w:p w14:paraId="6D3BCB33" w14:textId="77777777" w:rsidR="008D43AB" w:rsidRDefault="00000000">
            <w:pPr>
              <w:spacing w:after="11" w:line="245" w:lineRule="auto"/>
            </w:pPr>
            <w:r>
              <w:rPr>
                <w:color w:val="000000"/>
                <w:sz w:val="14"/>
              </w:rPr>
              <w:t>3. Gibalno-pevska: melodijo ali značaj pesmi pokažem z gibanjem.</w:t>
            </w:r>
          </w:p>
          <w:p w14:paraId="29EF53B2" w14:textId="77777777" w:rsidR="008D43AB" w:rsidRDefault="00000000">
            <w:pPr>
              <w:spacing w:after="11" w:line="245" w:lineRule="auto"/>
            </w:pPr>
            <w:r>
              <w:rPr>
                <w:color w:val="000000"/>
                <w:sz w:val="14"/>
              </w:rPr>
              <w:t>4. Spremljava in nastop: izberem zvočilo, vadim skupinsko izvedbo.</w:t>
            </w:r>
          </w:p>
          <w:p w14:paraId="5D6AAA5B"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601644F7" w14:textId="77777777" w:rsidR="008D43AB" w:rsidRDefault="00000000">
            <w:pPr>
              <w:spacing w:after="20" w:line="245" w:lineRule="auto"/>
            </w:pPr>
            <w:r>
              <w:rPr>
                <w:b/>
                <w:color w:val="D95BC6"/>
                <w:sz w:val="17"/>
              </w:rPr>
              <w:t>DOKAZ O UČENJU</w:t>
            </w:r>
          </w:p>
          <w:p w14:paraId="5160A4C0"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4277868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828D94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E70575B"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6D4435B" w14:textId="77777777" w:rsidR="008D43AB" w:rsidRDefault="00000000">
            <w:pPr>
              <w:jc w:val="center"/>
            </w:pPr>
            <w:r>
              <w:rPr>
                <w:b/>
                <w:color w:val="000000"/>
                <w:sz w:val="20"/>
              </w:rPr>
              <w:t>UČNE DEJAVNOSTI, METODE IN FORMATIVNO SPREMLJANJE</w:t>
            </w:r>
          </w:p>
        </w:tc>
      </w:tr>
      <w:tr w:rsidR="008D43AB" w14:paraId="13E76A0B" w14:textId="77777777">
        <w:trPr>
          <w:tblHeader/>
          <w:jc w:val="center"/>
        </w:trPr>
        <w:tc>
          <w:tcPr>
            <w:tcW w:w="4422" w:type="dxa"/>
            <w:vMerge/>
            <w:tcMar>
              <w:top w:w="70" w:type="dxa"/>
              <w:left w:w="90" w:type="dxa"/>
              <w:bottom w:w="70" w:type="dxa"/>
              <w:right w:w="90" w:type="dxa"/>
            </w:tcMar>
            <w:vAlign w:val="center"/>
          </w:tcPr>
          <w:p w14:paraId="2224E6EB" w14:textId="77777777" w:rsidR="008D43AB" w:rsidRDefault="008D43AB"/>
        </w:tc>
        <w:tc>
          <w:tcPr>
            <w:tcW w:w="7087" w:type="dxa"/>
            <w:shd w:val="clear" w:color="auto" w:fill="FFFFFF"/>
            <w:tcMar>
              <w:top w:w="70" w:type="dxa"/>
              <w:left w:w="90" w:type="dxa"/>
              <w:bottom w:w="70" w:type="dxa"/>
              <w:right w:w="90" w:type="dxa"/>
            </w:tcMar>
            <w:vAlign w:val="center"/>
          </w:tcPr>
          <w:p w14:paraId="7CBB8296"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08D9DB1" w14:textId="77777777" w:rsidR="008D43AB" w:rsidRDefault="00000000">
            <w:pPr>
              <w:jc w:val="center"/>
            </w:pPr>
            <w:r>
              <w:rPr>
                <w:b/>
                <w:color w:val="000000"/>
              </w:rPr>
              <w:t>UČENEC</w:t>
            </w:r>
          </w:p>
        </w:tc>
      </w:tr>
      <w:tr w:rsidR="008D43AB" w14:paraId="5D5B9734" w14:textId="77777777">
        <w:trPr>
          <w:jc w:val="center"/>
        </w:trPr>
        <w:tc>
          <w:tcPr>
            <w:tcW w:w="4422" w:type="dxa"/>
            <w:tcMar>
              <w:top w:w="70" w:type="dxa"/>
              <w:left w:w="90" w:type="dxa"/>
              <w:bottom w:w="70" w:type="dxa"/>
              <w:right w:w="90" w:type="dxa"/>
            </w:tcMar>
          </w:tcPr>
          <w:p w14:paraId="2FDBDA33" w14:textId="77777777" w:rsidR="008D43AB" w:rsidRDefault="008D43AB"/>
          <w:p w14:paraId="204EA4D4" w14:textId="77777777" w:rsidR="008D43AB" w:rsidRDefault="00000000">
            <w:pPr>
              <w:spacing w:after="40" w:line="245" w:lineRule="auto"/>
            </w:pPr>
            <w:r>
              <w:rPr>
                <w:b/>
                <w:color w:val="000000"/>
              </w:rPr>
              <w:t>FORMATIVNO SPREMLJANJE</w:t>
            </w:r>
          </w:p>
          <w:p w14:paraId="04162BBE" w14:textId="77777777" w:rsidR="008D43AB" w:rsidRDefault="00000000">
            <w:pPr>
              <w:pStyle w:val="Oznaenseznam"/>
              <w:spacing w:after="16"/>
            </w:pPr>
            <w:r>
              <w:rPr>
                <w:color w:val="000000"/>
                <w:sz w:val="16"/>
              </w:rPr>
              <w:t>predznanje: zvočna napoved, izbira kartice, gib, ritmični oziroma pevski poskus ali začetni simbol</w:t>
            </w:r>
          </w:p>
          <w:p w14:paraId="6198B984" w14:textId="77777777" w:rsidR="008D43AB" w:rsidRDefault="00000000">
            <w:pPr>
              <w:pStyle w:val="Oznaenseznam"/>
              <w:spacing w:after="16"/>
            </w:pPr>
            <w:r>
              <w:rPr>
                <w:color w:val="000000"/>
                <w:sz w:val="16"/>
              </w:rPr>
              <w:t>nameni in merila: kratka poved, slikovni znak, model izvedbe ter vidna pravila varne glasnosti</w:t>
            </w:r>
          </w:p>
          <w:p w14:paraId="3B11DE36"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37868E9E" w14:textId="77777777" w:rsidR="008D43AB" w:rsidRDefault="00000000">
            <w:pPr>
              <w:pStyle w:val="Oznaenseznam"/>
              <w:spacing w:after="16"/>
            </w:pPr>
            <w:r>
              <w:rPr>
                <w:color w:val="000000"/>
                <w:sz w:val="16"/>
              </w:rPr>
              <w:t>povratna informacija: opis slišane strategije, povezava z enim merilom in izvedljiv naslednji korak</w:t>
            </w:r>
          </w:p>
          <w:p w14:paraId="401A0470" w14:textId="77777777" w:rsidR="008D43AB" w:rsidRDefault="00000000">
            <w:pPr>
              <w:pStyle w:val="Oznaenseznam"/>
              <w:spacing w:after="16"/>
            </w:pPr>
            <w:r>
              <w:rPr>
                <w:color w:val="000000"/>
                <w:sz w:val="16"/>
              </w:rPr>
              <w:t>samovrednotenje: barvni zvočni semafor, lestvica samostojnosti, izbran dokaz in ponovna izvedba</w:t>
            </w:r>
          </w:p>
          <w:p w14:paraId="412909A4" w14:textId="77777777" w:rsidR="008D43AB" w:rsidRDefault="00000000">
            <w:pPr>
              <w:spacing w:before="40" w:after="20" w:line="245" w:lineRule="auto"/>
            </w:pPr>
            <w:r>
              <w:rPr>
                <w:b/>
                <w:color w:val="000000"/>
                <w:sz w:val="17"/>
              </w:rPr>
              <w:t>VARNOST IN VAROVANJE SLUHA</w:t>
            </w:r>
          </w:p>
          <w:p w14:paraId="5E63A0F5"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F22C2AD" w14:textId="77777777" w:rsidR="008D43AB" w:rsidRDefault="00000000">
            <w:pPr>
              <w:spacing w:after="20" w:line="245" w:lineRule="auto"/>
            </w:pPr>
            <w:r>
              <w:rPr>
                <w:b/>
                <w:color w:val="000000"/>
                <w:sz w:val="17"/>
              </w:rPr>
              <w:t>EVIDENCA PO IZVEDBI</w:t>
            </w:r>
          </w:p>
          <w:p w14:paraId="6393415C"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233F5073" w14:textId="77777777" w:rsidR="008D43AB" w:rsidRDefault="00000000">
            <w:pPr>
              <w:spacing w:before="40" w:after="20" w:line="245" w:lineRule="auto"/>
            </w:pPr>
            <w:r>
              <w:rPr>
                <w:b/>
                <w:color w:val="000000"/>
                <w:sz w:val="17"/>
              </w:rPr>
              <w:t>RAVEN DOSEGANJA</w:t>
            </w:r>
          </w:p>
          <w:p w14:paraId="4EFE0014"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0155D0D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3687219" w14:textId="77777777">
              <w:trPr>
                <w:jc w:val="center"/>
              </w:trPr>
              <w:tc>
                <w:tcPr>
                  <w:tcW w:w="7087" w:type="dxa"/>
                  <w:shd w:val="clear" w:color="auto" w:fill="EDC9EA"/>
                  <w:tcMar>
                    <w:top w:w="45" w:type="dxa"/>
                    <w:left w:w="70" w:type="dxa"/>
                    <w:bottom w:w="45" w:type="dxa"/>
                    <w:right w:w="70" w:type="dxa"/>
                  </w:tcMar>
                </w:tcPr>
                <w:p w14:paraId="543A80B5" w14:textId="77777777" w:rsidR="008D43AB" w:rsidRDefault="00000000">
                  <w:pPr>
                    <w:keepNext/>
                  </w:pPr>
                  <w:r>
                    <w:rPr>
                      <w:b/>
                      <w:color w:val="000000"/>
                    </w:rPr>
                    <w:t>VPRAŠANJA V PODPORO GLASBENEMU UČENJU</w:t>
                  </w:r>
                </w:p>
              </w:tc>
            </w:tr>
          </w:tbl>
          <w:p w14:paraId="38EE264A" w14:textId="77777777" w:rsidR="008D43AB" w:rsidRDefault="008D43AB">
            <w:pPr>
              <w:spacing w:line="20" w:lineRule="exact"/>
            </w:pPr>
          </w:p>
          <w:p w14:paraId="233FAC5E" w14:textId="77777777" w:rsidR="008D43AB" w:rsidRDefault="00000000">
            <w:pPr>
              <w:pStyle w:val="Oznaenseznam"/>
              <w:spacing w:after="16"/>
            </w:pPr>
            <w:r>
              <w:rPr>
                <w:color w:val="000000"/>
                <w:sz w:val="16"/>
              </w:rPr>
              <w:t>Kaj si v glasbi slišal/-a, začutil/-a ali pokazal/-a z gibanjem?</w:t>
            </w:r>
          </w:p>
          <w:p w14:paraId="5CC45090" w14:textId="77777777" w:rsidR="008D43AB" w:rsidRDefault="00000000">
            <w:pPr>
              <w:pStyle w:val="Oznaenseznam"/>
              <w:spacing w:after="16"/>
            </w:pPr>
            <w:r>
              <w:rPr>
                <w:color w:val="000000"/>
                <w:sz w:val="16"/>
              </w:rPr>
              <w:t>Po katerem zvočnem znaku, lastnosti ali vzorcu si prepoznal/-a rešitev?</w:t>
            </w:r>
          </w:p>
          <w:p w14:paraId="725389EA" w14:textId="77777777" w:rsidR="008D43AB" w:rsidRDefault="00000000">
            <w:pPr>
              <w:pStyle w:val="Oznaenseznam"/>
              <w:spacing w:after="16"/>
            </w:pPr>
            <w:r>
              <w:rPr>
                <w:color w:val="000000"/>
                <w:sz w:val="16"/>
              </w:rPr>
              <w:t>Kako veš, da je bil pulz, začetek, konec, glasnost ali skupinska izvedba skladna z merilom?</w:t>
            </w:r>
          </w:p>
          <w:p w14:paraId="09DEBB8A" w14:textId="77777777" w:rsidR="008D43AB" w:rsidRDefault="00000000">
            <w:pPr>
              <w:pStyle w:val="Oznaenseznam"/>
              <w:spacing w:after="16"/>
            </w:pPr>
            <w:r>
              <w:rPr>
                <w:color w:val="000000"/>
                <w:sz w:val="16"/>
              </w:rPr>
              <w:t>Zakaj si za motiv, osebo, dogodek ali okolje izbral/-a prav ta glas, predmet ali glasbilo?</w:t>
            </w:r>
          </w:p>
          <w:p w14:paraId="40CD5567"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0D8A7C5D" w14:textId="77777777">
              <w:trPr>
                <w:jc w:val="center"/>
              </w:trPr>
              <w:tc>
                <w:tcPr>
                  <w:tcW w:w="7087" w:type="dxa"/>
                  <w:shd w:val="clear" w:color="auto" w:fill="C6E7F3"/>
                  <w:tcMar>
                    <w:top w:w="45" w:type="dxa"/>
                    <w:left w:w="70" w:type="dxa"/>
                    <w:bottom w:w="45" w:type="dxa"/>
                    <w:right w:w="70" w:type="dxa"/>
                  </w:tcMar>
                </w:tcPr>
                <w:p w14:paraId="20523A12" w14:textId="77777777" w:rsidR="008D43AB" w:rsidRDefault="00000000">
                  <w:pPr>
                    <w:keepNext/>
                  </w:pPr>
                  <w:r>
                    <w:rPr>
                      <w:b/>
                      <w:color w:val="000000"/>
                    </w:rPr>
                    <w:t>ZAKLJUČNI DEL – NASTOP, POSLUŠALSKI ODZIV IN REFLEKSIJA (8–12 min)</w:t>
                  </w:r>
                </w:p>
              </w:tc>
            </w:tr>
          </w:tbl>
          <w:p w14:paraId="14D1BBA1" w14:textId="77777777" w:rsidR="008D43AB" w:rsidRDefault="008D43AB">
            <w:pPr>
              <w:spacing w:line="20" w:lineRule="exact"/>
            </w:pPr>
          </w:p>
          <w:p w14:paraId="4D17B9AC"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479AB15D" w14:textId="77777777">
              <w:trPr>
                <w:jc w:val="center"/>
              </w:trPr>
              <w:tc>
                <w:tcPr>
                  <w:tcW w:w="7087" w:type="dxa"/>
                  <w:shd w:val="clear" w:color="auto" w:fill="EDC9EA"/>
                  <w:tcMar>
                    <w:top w:w="45" w:type="dxa"/>
                    <w:left w:w="70" w:type="dxa"/>
                    <w:bottom w:w="45" w:type="dxa"/>
                    <w:right w:w="70" w:type="dxa"/>
                  </w:tcMar>
                </w:tcPr>
                <w:p w14:paraId="223ADF71" w14:textId="77777777" w:rsidR="008D43AB" w:rsidRDefault="00000000">
                  <w:pPr>
                    <w:keepNext/>
                  </w:pPr>
                  <w:r>
                    <w:rPr>
                      <w:b/>
                      <w:color w:val="000000"/>
                    </w:rPr>
                    <w:t>SAMOVREDNOTENJE</w:t>
                  </w:r>
                </w:p>
              </w:tc>
            </w:tr>
          </w:tbl>
          <w:p w14:paraId="14932949" w14:textId="77777777" w:rsidR="008D43AB" w:rsidRDefault="008D43AB">
            <w:pPr>
              <w:spacing w:line="20" w:lineRule="exact"/>
            </w:pPr>
          </w:p>
          <w:p w14:paraId="6CA38998"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01D3AF5E" w14:textId="77777777">
              <w:trPr>
                <w:jc w:val="center"/>
              </w:trPr>
              <w:tc>
                <w:tcPr>
                  <w:tcW w:w="7087" w:type="dxa"/>
                  <w:shd w:val="clear" w:color="auto" w:fill="EDC9EA"/>
                  <w:tcMar>
                    <w:top w:w="45" w:type="dxa"/>
                    <w:left w:w="70" w:type="dxa"/>
                    <w:bottom w:w="45" w:type="dxa"/>
                    <w:right w:w="70" w:type="dxa"/>
                  </w:tcMar>
                </w:tcPr>
                <w:p w14:paraId="58E26F46" w14:textId="77777777" w:rsidR="008D43AB" w:rsidRDefault="00000000">
                  <w:pPr>
                    <w:keepNext/>
                  </w:pPr>
                  <w:r>
                    <w:rPr>
                      <w:b/>
                      <w:color w:val="000000"/>
                    </w:rPr>
                    <w:t>VRSTNIŠKO VREDNOTENJE</w:t>
                  </w:r>
                </w:p>
              </w:tc>
            </w:tr>
          </w:tbl>
          <w:p w14:paraId="30FB61F2" w14:textId="77777777" w:rsidR="008D43AB" w:rsidRDefault="008D43AB">
            <w:pPr>
              <w:spacing w:line="20" w:lineRule="exact"/>
            </w:pPr>
          </w:p>
          <w:p w14:paraId="36E94E9E"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70EFC16A" w14:textId="77777777">
              <w:trPr>
                <w:jc w:val="center"/>
              </w:trPr>
              <w:tc>
                <w:tcPr>
                  <w:tcW w:w="7087" w:type="dxa"/>
                  <w:shd w:val="clear" w:color="auto" w:fill="EDC9EA"/>
                  <w:tcMar>
                    <w:top w:w="45" w:type="dxa"/>
                    <w:left w:w="70" w:type="dxa"/>
                    <w:bottom w:w="45" w:type="dxa"/>
                    <w:right w:w="70" w:type="dxa"/>
                  </w:tcMar>
                </w:tcPr>
                <w:p w14:paraId="2F79DBBD" w14:textId="77777777" w:rsidR="008D43AB" w:rsidRDefault="00000000">
                  <w:pPr>
                    <w:keepNext/>
                  </w:pPr>
                  <w:r>
                    <w:rPr>
                      <w:b/>
                      <w:color w:val="000000"/>
                    </w:rPr>
                    <w:t>SKUPNI POVZETEK</w:t>
                  </w:r>
                </w:p>
              </w:tc>
            </w:tr>
          </w:tbl>
          <w:p w14:paraId="38DC04F5" w14:textId="77777777" w:rsidR="008D43AB" w:rsidRDefault="008D43AB"/>
          <w:p w14:paraId="6BB6F1CF" w14:textId="77777777" w:rsidR="008D43AB" w:rsidRDefault="00000000">
            <w:pPr>
              <w:spacing w:before="20" w:after="40" w:line="245" w:lineRule="auto"/>
            </w:pPr>
            <w:r>
              <w:rPr>
                <w:b/>
                <w:color w:val="000000"/>
                <w:sz w:val="16"/>
              </w:rPr>
              <w:t>pojem pesem; spremljam petje z ritmom; razlikujem glasno in tiho. Izbrani dokaz pojasnim in po povratni informaciji izboljšam.</w:t>
            </w:r>
          </w:p>
        </w:tc>
        <w:tc>
          <w:tcPr>
            <w:tcW w:w="2551" w:type="dxa"/>
            <w:tcMar>
              <w:top w:w="70" w:type="dxa"/>
              <w:left w:w="90" w:type="dxa"/>
              <w:bottom w:w="70" w:type="dxa"/>
              <w:right w:w="90" w:type="dxa"/>
            </w:tcMar>
          </w:tcPr>
          <w:p w14:paraId="646784FD" w14:textId="77777777" w:rsidR="008D43AB" w:rsidRDefault="008D43AB"/>
          <w:p w14:paraId="7265C23D" w14:textId="77777777" w:rsidR="008D43AB" w:rsidRDefault="00000000">
            <w:pPr>
              <w:spacing w:after="80" w:line="245" w:lineRule="auto"/>
            </w:pPr>
            <w:r>
              <w:rPr>
                <w:color w:val="000000"/>
                <w:sz w:val="16"/>
              </w:rPr>
              <w:t>Odgovarja na podporna vprašanja in se sklicuje na slišano, izvedeno, ustvarjeno ali zapisano.</w:t>
            </w:r>
          </w:p>
          <w:p w14:paraId="44D98051" w14:textId="77777777" w:rsidR="008D43AB" w:rsidRDefault="00000000">
            <w:pPr>
              <w:spacing w:after="80" w:line="245" w:lineRule="auto"/>
            </w:pPr>
            <w:r>
              <w:rPr>
                <w:color w:val="000000"/>
                <w:sz w:val="16"/>
              </w:rPr>
              <w:t>Predstavi izbrani dokaz ter pove, katero merilo z njim pokaže.</w:t>
            </w:r>
          </w:p>
          <w:p w14:paraId="671C7B77" w14:textId="77777777" w:rsidR="008D43AB" w:rsidRDefault="00000000">
            <w:pPr>
              <w:spacing w:after="80" w:line="245" w:lineRule="auto"/>
            </w:pPr>
            <w:r>
              <w:rPr>
                <w:color w:val="000000"/>
                <w:sz w:val="16"/>
              </w:rPr>
              <w:t>Posluša vrstnika, opiše eno slišano moč in poda prijazen predlog za izboljšavo.</w:t>
            </w:r>
          </w:p>
          <w:p w14:paraId="4AB96E7A" w14:textId="77777777" w:rsidR="008D43AB" w:rsidRDefault="00000000">
            <w:pPr>
              <w:spacing w:after="80" w:line="245" w:lineRule="auto"/>
            </w:pPr>
            <w:r>
              <w:rPr>
                <w:color w:val="000000"/>
                <w:sz w:val="16"/>
              </w:rPr>
              <w:t>Po povratni informaciji izvedbo, gib, ritem, zvočno izbiro ali slikovni zapis ponovi in izboljša.</w:t>
            </w:r>
          </w:p>
          <w:p w14:paraId="46D02DE3" w14:textId="77777777" w:rsidR="008D43AB" w:rsidRDefault="00000000">
            <w:pPr>
              <w:spacing w:after="100" w:line="245" w:lineRule="auto"/>
            </w:pPr>
            <w:r>
              <w:rPr>
                <w:color w:val="000000"/>
                <w:sz w:val="16"/>
              </w:rPr>
              <w:t>Izbere raven samostojnosti ter določi majhen in izvedljiv naslednji glasbeni korak.</w:t>
            </w:r>
          </w:p>
          <w:p w14:paraId="3B7D4910" w14:textId="77777777" w:rsidR="008D43AB" w:rsidRDefault="00000000">
            <w:pPr>
              <w:spacing w:after="20" w:line="245" w:lineRule="auto"/>
            </w:pPr>
            <w:r>
              <w:rPr>
                <w:b/>
                <w:color w:val="D95BC6"/>
                <w:sz w:val="17"/>
              </w:rPr>
              <w:t>DOKAZ O UČENJU</w:t>
            </w:r>
          </w:p>
          <w:p w14:paraId="5068BE5B"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1DC4802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5095610B" w14:textId="77777777">
        <w:trPr>
          <w:cantSplit/>
          <w:jc w:val="center"/>
        </w:trPr>
        <w:tc>
          <w:tcPr>
            <w:tcW w:w="14060" w:type="dxa"/>
            <w:gridSpan w:val="6"/>
            <w:tcMar>
              <w:top w:w="70" w:type="dxa"/>
              <w:left w:w="90" w:type="dxa"/>
              <w:bottom w:w="70" w:type="dxa"/>
              <w:right w:w="90" w:type="dxa"/>
            </w:tcMar>
            <w:vAlign w:val="center"/>
          </w:tcPr>
          <w:p w14:paraId="167639D5" w14:textId="77777777" w:rsidR="008D43AB" w:rsidRDefault="00000000">
            <w:pPr>
              <w:jc w:val="center"/>
            </w:pPr>
            <w:r>
              <w:rPr>
                <w:b/>
                <w:color w:val="000000"/>
                <w:sz w:val="24"/>
              </w:rPr>
              <w:lastRenderedPageBreak/>
              <w:t>UČNA PRIPRAVA 8/39</w:t>
            </w:r>
          </w:p>
        </w:tc>
      </w:tr>
      <w:tr w:rsidR="008D43AB" w14:paraId="64CB6224" w14:textId="77777777">
        <w:trPr>
          <w:jc w:val="center"/>
        </w:trPr>
        <w:tc>
          <w:tcPr>
            <w:tcW w:w="2665" w:type="dxa"/>
            <w:tcMar>
              <w:top w:w="70" w:type="dxa"/>
              <w:left w:w="90" w:type="dxa"/>
              <w:bottom w:w="70" w:type="dxa"/>
              <w:right w:w="90" w:type="dxa"/>
            </w:tcMar>
            <w:vAlign w:val="center"/>
          </w:tcPr>
          <w:p w14:paraId="0DB8B379"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1C9DF95"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8931A91"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E6EF26F" w14:textId="77777777" w:rsidR="008D43AB" w:rsidRDefault="00000000">
            <w:r>
              <w:rPr>
                <w:b/>
                <w:color w:val="000000"/>
                <w:sz w:val="16"/>
              </w:rPr>
              <w:t xml:space="preserve">NAČRTOVANI TERMIN: </w:t>
            </w:r>
            <w:r>
              <w:rPr>
                <w:color w:val="000000"/>
                <w:sz w:val="16"/>
              </w:rPr>
              <w:t>8. teden • 19.–23. 10. 2026</w:t>
            </w:r>
          </w:p>
        </w:tc>
        <w:tc>
          <w:tcPr>
            <w:tcW w:w="2268" w:type="dxa"/>
            <w:tcMar>
              <w:top w:w="70" w:type="dxa"/>
              <w:left w:w="90" w:type="dxa"/>
              <w:bottom w:w="70" w:type="dxa"/>
              <w:right w:w="90" w:type="dxa"/>
            </w:tcMar>
            <w:vAlign w:val="center"/>
          </w:tcPr>
          <w:p w14:paraId="0157814B"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507BC31" w14:textId="77777777" w:rsidR="008D43AB" w:rsidRDefault="00000000">
            <w:r>
              <w:rPr>
                <w:b/>
                <w:color w:val="000000"/>
                <w:sz w:val="16"/>
              </w:rPr>
              <w:t xml:space="preserve">ŠTEVILO UR: </w:t>
            </w:r>
            <w:r>
              <w:rPr>
                <w:color w:val="000000"/>
                <w:sz w:val="16"/>
              </w:rPr>
              <w:t>2</w:t>
            </w:r>
          </w:p>
        </w:tc>
      </w:tr>
      <w:tr w:rsidR="008D43AB" w14:paraId="117FB4F5" w14:textId="77777777">
        <w:trPr>
          <w:jc w:val="center"/>
        </w:trPr>
        <w:tc>
          <w:tcPr>
            <w:tcW w:w="14061" w:type="dxa"/>
            <w:gridSpan w:val="6"/>
            <w:tcMar>
              <w:top w:w="70" w:type="dxa"/>
              <w:left w:w="90" w:type="dxa"/>
              <w:bottom w:w="70" w:type="dxa"/>
              <w:right w:w="90" w:type="dxa"/>
            </w:tcMar>
            <w:vAlign w:val="center"/>
          </w:tcPr>
          <w:p w14:paraId="6980E936"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17F9166A" w14:textId="77777777">
        <w:trPr>
          <w:cantSplit/>
          <w:jc w:val="center"/>
        </w:trPr>
        <w:tc>
          <w:tcPr>
            <w:tcW w:w="14060" w:type="dxa"/>
            <w:gridSpan w:val="6"/>
            <w:tcMar>
              <w:top w:w="70" w:type="dxa"/>
              <w:left w:w="90" w:type="dxa"/>
              <w:bottom w:w="70" w:type="dxa"/>
              <w:right w:w="90" w:type="dxa"/>
            </w:tcMar>
            <w:vAlign w:val="center"/>
          </w:tcPr>
          <w:p w14:paraId="6B4DC38A" w14:textId="77777777" w:rsidR="008D43AB" w:rsidRDefault="008D43AB"/>
          <w:p w14:paraId="2153693D" w14:textId="77777777" w:rsidR="008D43AB" w:rsidRDefault="00000000">
            <w:pPr>
              <w:spacing w:line="245" w:lineRule="auto"/>
            </w:pPr>
            <w:r>
              <w:rPr>
                <w:b/>
                <w:color w:val="000000"/>
                <w:sz w:val="16"/>
              </w:rPr>
              <w:t xml:space="preserve">UČNI SKLOP: </w:t>
            </w:r>
            <w:r>
              <w:rPr>
                <w:color w:val="000000"/>
                <w:sz w:val="16"/>
              </w:rPr>
              <w:t>VARNA POT IN MOBILNOST</w:t>
            </w:r>
          </w:p>
        </w:tc>
      </w:tr>
      <w:tr w:rsidR="008D43AB" w14:paraId="204E488A" w14:textId="77777777">
        <w:trPr>
          <w:cantSplit/>
          <w:jc w:val="center"/>
        </w:trPr>
        <w:tc>
          <w:tcPr>
            <w:tcW w:w="14060" w:type="dxa"/>
            <w:gridSpan w:val="6"/>
            <w:tcMar>
              <w:top w:w="70" w:type="dxa"/>
              <w:left w:w="90" w:type="dxa"/>
              <w:bottom w:w="70" w:type="dxa"/>
              <w:right w:w="90" w:type="dxa"/>
            </w:tcMar>
            <w:vAlign w:val="center"/>
          </w:tcPr>
          <w:p w14:paraId="49DD9E66" w14:textId="77777777" w:rsidR="008D43AB" w:rsidRDefault="008D43AB"/>
          <w:p w14:paraId="56128A3E" w14:textId="77777777" w:rsidR="008D43AB" w:rsidRDefault="00000000">
            <w:pPr>
              <w:spacing w:line="245" w:lineRule="auto"/>
            </w:pPr>
            <w:r>
              <w:rPr>
                <w:b/>
                <w:color w:val="000000"/>
                <w:sz w:val="16"/>
              </w:rPr>
              <w:t xml:space="preserve">UČNA TEMA: </w:t>
            </w:r>
            <w:r>
              <w:rPr>
                <w:color w:val="000000"/>
                <w:sz w:val="16"/>
              </w:rPr>
              <w:t>ZVOČNA ZGODBA</w:t>
            </w:r>
          </w:p>
        </w:tc>
      </w:tr>
      <w:tr w:rsidR="008D43AB" w14:paraId="58F95972" w14:textId="77777777">
        <w:trPr>
          <w:cantSplit/>
          <w:jc w:val="center"/>
        </w:trPr>
        <w:tc>
          <w:tcPr>
            <w:tcW w:w="14060" w:type="dxa"/>
            <w:gridSpan w:val="6"/>
            <w:tcMar>
              <w:top w:w="70" w:type="dxa"/>
              <w:left w:w="90" w:type="dxa"/>
              <w:bottom w:w="70" w:type="dxa"/>
              <w:right w:w="90" w:type="dxa"/>
            </w:tcMar>
            <w:vAlign w:val="center"/>
          </w:tcPr>
          <w:p w14:paraId="76418BB4" w14:textId="77777777" w:rsidR="008D43AB" w:rsidRDefault="008D43AB"/>
          <w:p w14:paraId="4B9973B9" w14:textId="77777777" w:rsidR="008D43AB" w:rsidRDefault="00000000">
            <w:pPr>
              <w:spacing w:line="245" w:lineRule="auto"/>
            </w:pPr>
            <w:r>
              <w:rPr>
                <w:b/>
                <w:color w:val="000000"/>
                <w:sz w:val="16"/>
              </w:rPr>
              <w:t xml:space="preserve">KNJIŽEVNO / MOTIVNO IZHODIŠČE: </w:t>
            </w:r>
            <w:r>
              <w:rPr>
                <w:color w:val="000000"/>
                <w:sz w:val="16"/>
              </w:rPr>
              <w:t>»Bremenski mestni godci« – brata Grimm • pot, pogum, sodelovanje in glasba</w:t>
            </w:r>
          </w:p>
        </w:tc>
      </w:tr>
      <w:tr w:rsidR="008D43AB" w14:paraId="0EE6DC4A" w14:textId="77777777">
        <w:trPr>
          <w:cantSplit/>
          <w:jc w:val="center"/>
        </w:trPr>
        <w:tc>
          <w:tcPr>
            <w:tcW w:w="14060" w:type="dxa"/>
            <w:gridSpan w:val="6"/>
            <w:tcMar>
              <w:top w:w="70" w:type="dxa"/>
              <w:left w:w="90" w:type="dxa"/>
              <w:bottom w:w="70" w:type="dxa"/>
              <w:right w:w="90" w:type="dxa"/>
            </w:tcMar>
            <w:vAlign w:val="center"/>
          </w:tcPr>
          <w:p w14:paraId="70E95110" w14:textId="77777777" w:rsidR="008D43AB" w:rsidRDefault="008D43AB"/>
          <w:p w14:paraId="41D7CD2C" w14:textId="77777777" w:rsidR="008D43AB" w:rsidRDefault="00000000">
            <w:pPr>
              <w:spacing w:line="245" w:lineRule="auto"/>
            </w:pPr>
            <w:r>
              <w:rPr>
                <w:b/>
                <w:color w:val="000000"/>
                <w:sz w:val="16"/>
              </w:rPr>
              <w:t xml:space="preserve">GLASBENO IZHODIŠČE / REPERTOAR: </w:t>
            </w:r>
            <w:r>
              <w:rPr>
                <w:color w:val="000000"/>
                <w:sz w:val="16"/>
              </w:rPr>
              <w:t>C. Saint-Saëns: Živalski karneval – izbrani odlomek; živalski orkester</w:t>
            </w:r>
          </w:p>
        </w:tc>
      </w:tr>
      <w:tr w:rsidR="008D43AB" w14:paraId="7838E262" w14:textId="77777777">
        <w:trPr>
          <w:cantSplit/>
          <w:jc w:val="center"/>
        </w:trPr>
        <w:tc>
          <w:tcPr>
            <w:tcW w:w="14060" w:type="dxa"/>
            <w:gridSpan w:val="6"/>
            <w:tcMar>
              <w:top w:w="70" w:type="dxa"/>
              <w:left w:w="90" w:type="dxa"/>
              <w:bottom w:w="70" w:type="dxa"/>
              <w:right w:w="90" w:type="dxa"/>
            </w:tcMar>
            <w:vAlign w:val="center"/>
          </w:tcPr>
          <w:p w14:paraId="499DCB6A" w14:textId="77777777" w:rsidR="008D43AB" w:rsidRDefault="008D43AB"/>
          <w:p w14:paraId="459174C1" w14:textId="77777777" w:rsidR="008D43AB" w:rsidRDefault="00000000">
            <w:pPr>
              <w:spacing w:line="245" w:lineRule="auto"/>
            </w:pPr>
            <w:r>
              <w:rPr>
                <w:b/>
                <w:color w:val="000000"/>
                <w:sz w:val="16"/>
              </w:rPr>
              <w:t xml:space="preserve">UČNE ENOTE: </w:t>
            </w:r>
            <w:r>
              <w:rPr>
                <w:color w:val="000000"/>
                <w:sz w:val="16"/>
              </w:rPr>
              <w:t>1. ura – Zvočna Zgodba – Poslušam in izvajam • 2. ura – Zvočna Zgodba – Ustvarim in nastopim</w:t>
            </w:r>
          </w:p>
        </w:tc>
      </w:tr>
      <w:tr w:rsidR="008D43AB" w14:paraId="1D13A8C2" w14:textId="77777777">
        <w:trPr>
          <w:cantSplit/>
          <w:jc w:val="center"/>
        </w:trPr>
        <w:tc>
          <w:tcPr>
            <w:tcW w:w="14060" w:type="dxa"/>
            <w:gridSpan w:val="6"/>
            <w:tcMar>
              <w:top w:w="70" w:type="dxa"/>
              <w:left w:w="90" w:type="dxa"/>
              <w:bottom w:w="70" w:type="dxa"/>
              <w:right w:w="90" w:type="dxa"/>
            </w:tcMar>
            <w:vAlign w:val="center"/>
          </w:tcPr>
          <w:p w14:paraId="3951B460" w14:textId="77777777" w:rsidR="008D43AB" w:rsidRDefault="008D43AB"/>
          <w:p w14:paraId="0E819A93"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1AAD28D8" w14:textId="77777777">
        <w:trPr>
          <w:cantSplit/>
          <w:jc w:val="center"/>
        </w:trPr>
        <w:tc>
          <w:tcPr>
            <w:tcW w:w="14060" w:type="dxa"/>
            <w:gridSpan w:val="6"/>
            <w:tcMar>
              <w:top w:w="70" w:type="dxa"/>
              <w:left w:w="90" w:type="dxa"/>
              <w:bottom w:w="70" w:type="dxa"/>
              <w:right w:w="90" w:type="dxa"/>
            </w:tcMar>
            <w:vAlign w:val="center"/>
          </w:tcPr>
          <w:p w14:paraId="163DEC87" w14:textId="77777777" w:rsidR="008D43AB" w:rsidRDefault="008D43AB"/>
          <w:p w14:paraId="60A7A68C"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2AA571BA" w14:textId="77777777">
        <w:trPr>
          <w:cantSplit/>
          <w:jc w:val="center"/>
        </w:trPr>
        <w:tc>
          <w:tcPr>
            <w:tcW w:w="14060" w:type="dxa"/>
            <w:gridSpan w:val="6"/>
            <w:tcMar>
              <w:top w:w="70" w:type="dxa"/>
              <w:left w:w="90" w:type="dxa"/>
              <w:bottom w:w="70" w:type="dxa"/>
              <w:right w:w="90" w:type="dxa"/>
            </w:tcMar>
            <w:vAlign w:val="center"/>
          </w:tcPr>
          <w:p w14:paraId="0004B419" w14:textId="77777777" w:rsidR="008D43AB" w:rsidRDefault="008D43AB"/>
          <w:p w14:paraId="4F7DDD73"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3B73EE2A" w14:textId="77777777">
        <w:trPr>
          <w:cantSplit/>
          <w:jc w:val="center"/>
        </w:trPr>
        <w:tc>
          <w:tcPr>
            <w:tcW w:w="14060" w:type="dxa"/>
            <w:gridSpan w:val="6"/>
            <w:tcMar>
              <w:top w:w="70" w:type="dxa"/>
              <w:left w:w="90" w:type="dxa"/>
              <w:bottom w:w="70" w:type="dxa"/>
              <w:right w:w="90" w:type="dxa"/>
            </w:tcMar>
            <w:vAlign w:val="center"/>
          </w:tcPr>
          <w:p w14:paraId="2808B1F5" w14:textId="77777777" w:rsidR="008D43AB" w:rsidRDefault="008D43AB"/>
          <w:p w14:paraId="709FBF1F" w14:textId="77777777" w:rsidR="008D43AB" w:rsidRDefault="00000000">
            <w:pPr>
              <w:spacing w:line="245" w:lineRule="auto"/>
            </w:pPr>
            <w:r>
              <w:rPr>
                <w:b/>
                <w:color w:val="000000"/>
                <w:sz w:val="16"/>
              </w:rPr>
              <w:t xml:space="preserve">MEDPREDMETNE POVEZAVE: </w:t>
            </w:r>
            <w:r>
              <w:rPr>
                <w:color w:val="000000"/>
                <w:sz w:val="16"/>
              </w:rPr>
              <w:t>SPO – pot, pogum, sodelovanje in glasba; SLJ – poslušanje, ritmični govor in opis doživetja; ŠPO – pulz, tempo, gibalni odziv in prostorska orientacija; LUM – simbol, barva, linija in zvočni zapis</w:t>
            </w:r>
          </w:p>
        </w:tc>
      </w:tr>
      <w:tr w:rsidR="008D43AB" w14:paraId="2E8166C1" w14:textId="77777777">
        <w:trPr>
          <w:cantSplit/>
          <w:jc w:val="center"/>
        </w:trPr>
        <w:tc>
          <w:tcPr>
            <w:tcW w:w="14060" w:type="dxa"/>
            <w:gridSpan w:val="6"/>
            <w:tcMar>
              <w:top w:w="70" w:type="dxa"/>
              <w:left w:w="90" w:type="dxa"/>
              <w:bottom w:w="70" w:type="dxa"/>
              <w:right w:w="90" w:type="dxa"/>
            </w:tcMar>
            <w:vAlign w:val="center"/>
          </w:tcPr>
          <w:p w14:paraId="69849C4B" w14:textId="77777777" w:rsidR="008D43AB" w:rsidRDefault="008D43AB"/>
          <w:p w14:paraId="1F6CDDB0"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396815A7" w14:textId="77777777">
        <w:trPr>
          <w:cantSplit/>
          <w:jc w:val="center"/>
        </w:trPr>
        <w:tc>
          <w:tcPr>
            <w:tcW w:w="14060" w:type="dxa"/>
            <w:gridSpan w:val="6"/>
            <w:tcMar>
              <w:top w:w="70" w:type="dxa"/>
              <w:left w:w="90" w:type="dxa"/>
              <w:bottom w:w="70" w:type="dxa"/>
              <w:right w:w="90" w:type="dxa"/>
            </w:tcMar>
            <w:vAlign w:val="center"/>
          </w:tcPr>
          <w:p w14:paraId="354FCE55" w14:textId="77777777" w:rsidR="008D43AB" w:rsidRDefault="008D43AB"/>
          <w:p w14:paraId="51AB7303"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25CCC3EA" w14:textId="77777777">
        <w:trPr>
          <w:cantSplit/>
          <w:jc w:val="center"/>
        </w:trPr>
        <w:tc>
          <w:tcPr>
            <w:tcW w:w="14060" w:type="dxa"/>
            <w:gridSpan w:val="6"/>
            <w:tcMar>
              <w:top w:w="70" w:type="dxa"/>
              <w:left w:w="90" w:type="dxa"/>
              <w:bottom w:w="70" w:type="dxa"/>
              <w:right w:w="90" w:type="dxa"/>
            </w:tcMar>
            <w:vAlign w:val="center"/>
          </w:tcPr>
          <w:p w14:paraId="69138028" w14:textId="77777777" w:rsidR="008D43AB" w:rsidRDefault="008D43AB"/>
          <w:p w14:paraId="2C286C3A" w14:textId="77777777" w:rsidR="008D43AB" w:rsidRDefault="00000000">
            <w:pPr>
              <w:spacing w:line="245" w:lineRule="auto"/>
            </w:pPr>
            <w:r>
              <w:rPr>
                <w:b/>
                <w:color w:val="000000"/>
                <w:sz w:val="16"/>
              </w:rPr>
              <w:t xml:space="preserve">OCENJEVANJE / DAN DEJAVNOSTI: </w:t>
            </w:r>
            <w:r>
              <w:rPr>
                <w:color w:val="000000"/>
                <w:sz w:val="16"/>
              </w:rPr>
              <w:t>ŠPORTNI DAN</w:t>
            </w:r>
          </w:p>
        </w:tc>
      </w:tr>
      <w:tr w:rsidR="008D43AB" w14:paraId="68B19E0A" w14:textId="77777777">
        <w:trPr>
          <w:cantSplit/>
          <w:jc w:val="center"/>
        </w:trPr>
        <w:tc>
          <w:tcPr>
            <w:tcW w:w="14060" w:type="dxa"/>
            <w:gridSpan w:val="6"/>
            <w:tcMar>
              <w:top w:w="70" w:type="dxa"/>
              <w:left w:w="90" w:type="dxa"/>
              <w:bottom w:w="70" w:type="dxa"/>
              <w:right w:w="90" w:type="dxa"/>
            </w:tcMar>
            <w:vAlign w:val="center"/>
          </w:tcPr>
          <w:p w14:paraId="3B84AF7D" w14:textId="77777777" w:rsidR="008D43AB" w:rsidRDefault="008D43AB"/>
          <w:p w14:paraId="6C4D3330"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0108CB2A"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02B6C0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966C27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3EBED4" w14:textId="77777777" w:rsidR="008D43AB" w:rsidRDefault="00000000">
            <w:pPr>
              <w:jc w:val="center"/>
            </w:pPr>
            <w:r>
              <w:rPr>
                <w:b/>
                <w:color w:val="000000"/>
                <w:sz w:val="20"/>
              </w:rPr>
              <w:t>UČNE DEJAVNOSTI, METODE IN FORMATIVNO SPREMLJANJE</w:t>
            </w:r>
          </w:p>
        </w:tc>
      </w:tr>
      <w:tr w:rsidR="008D43AB" w14:paraId="73EC50CA" w14:textId="77777777">
        <w:trPr>
          <w:tblHeader/>
          <w:jc w:val="center"/>
        </w:trPr>
        <w:tc>
          <w:tcPr>
            <w:tcW w:w="4422" w:type="dxa"/>
            <w:vMerge/>
            <w:tcMar>
              <w:top w:w="70" w:type="dxa"/>
              <w:left w:w="90" w:type="dxa"/>
              <w:bottom w:w="70" w:type="dxa"/>
              <w:right w:w="90" w:type="dxa"/>
            </w:tcMar>
            <w:vAlign w:val="center"/>
          </w:tcPr>
          <w:p w14:paraId="0CDD5943" w14:textId="77777777" w:rsidR="008D43AB" w:rsidRDefault="008D43AB"/>
        </w:tc>
        <w:tc>
          <w:tcPr>
            <w:tcW w:w="7087" w:type="dxa"/>
            <w:shd w:val="clear" w:color="auto" w:fill="FFFFFF"/>
            <w:tcMar>
              <w:top w:w="70" w:type="dxa"/>
              <w:left w:w="90" w:type="dxa"/>
              <w:bottom w:w="70" w:type="dxa"/>
              <w:right w:w="90" w:type="dxa"/>
            </w:tcMar>
            <w:vAlign w:val="center"/>
          </w:tcPr>
          <w:p w14:paraId="22B622B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05E122E" w14:textId="77777777" w:rsidR="008D43AB" w:rsidRDefault="00000000">
            <w:pPr>
              <w:jc w:val="center"/>
            </w:pPr>
            <w:r>
              <w:rPr>
                <w:b/>
                <w:color w:val="000000"/>
              </w:rPr>
              <w:t>UČENEC</w:t>
            </w:r>
          </w:p>
        </w:tc>
      </w:tr>
      <w:tr w:rsidR="008D43AB" w14:paraId="54B4EBD8" w14:textId="77777777">
        <w:trPr>
          <w:jc w:val="center"/>
        </w:trPr>
        <w:tc>
          <w:tcPr>
            <w:tcW w:w="4422" w:type="dxa"/>
            <w:tcMar>
              <w:top w:w="70" w:type="dxa"/>
              <w:left w:w="90" w:type="dxa"/>
              <w:bottom w:w="70" w:type="dxa"/>
              <w:right w:w="90" w:type="dxa"/>
            </w:tcMar>
          </w:tcPr>
          <w:p w14:paraId="4BE44CAB" w14:textId="77777777" w:rsidR="008D43AB" w:rsidRDefault="008D43AB"/>
          <w:p w14:paraId="105E1C8F" w14:textId="77777777" w:rsidR="008D43AB" w:rsidRDefault="00000000">
            <w:pPr>
              <w:spacing w:after="60" w:line="245" w:lineRule="auto"/>
            </w:pPr>
            <w:r>
              <w:rPr>
                <w:b/>
                <w:color w:val="000000"/>
              </w:rPr>
              <w:t>UČNI CILJI</w:t>
            </w:r>
          </w:p>
          <w:p w14:paraId="057A44AA" w14:textId="77777777" w:rsidR="008D43AB" w:rsidRDefault="00000000">
            <w:pPr>
              <w:spacing w:after="20" w:line="245" w:lineRule="auto"/>
            </w:pPr>
            <w:r>
              <w:rPr>
                <w:b/>
                <w:color w:val="000000"/>
                <w:sz w:val="17"/>
              </w:rPr>
              <w:t>SPLOŠNI</w:t>
            </w:r>
          </w:p>
          <w:p w14:paraId="3EA8CF67"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6D296B3F" w14:textId="77777777" w:rsidR="008D43AB" w:rsidRDefault="00000000">
            <w:pPr>
              <w:pStyle w:val="Oznaenseznam"/>
              <w:spacing w:after="16"/>
            </w:pPr>
            <w:r>
              <w:rPr>
                <w:color w:val="000000"/>
                <w:sz w:val="16"/>
              </w:rPr>
              <w:t>poje, ritmično govori ter uporablja telo, glasbila in predmete kot zvočne vire</w:t>
            </w:r>
          </w:p>
          <w:p w14:paraId="69043F01" w14:textId="77777777" w:rsidR="008D43AB" w:rsidRDefault="00000000">
            <w:pPr>
              <w:pStyle w:val="Oznaenseznam"/>
              <w:spacing w:after="16"/>
            </w:pPr>
            <w:r>
              <w:rPr>
                <w:color w:val="000000"/>
                <w:sz w:val="16"/>
              </w:rPr>
              <w:t>razlikuje izbrane lastnosti zvoka in glasbe ter varuje sluh in odgovorno uporablja glasbila</w:t>
            </w:r>
          </w:p>
          <w:p w14:paraId="62F1F196"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6CDFABB" w14:textId="77777777" w:rsidR="008D43AB" w:rsidRDefault="00000000">
            <w:pPr>
              <w:spacing w:before="40" w:after="20" w:line="245" w:lineRule="auto"/>
            </w:pPr>
            <w:r>
              <w:rPr>
                <w:b/>
                <w:color w:val="000000"/>
                <w:sz w:val="17"/>
              </w:rPr>
              <w:t>OPERATIVNI</w:t>
            </w:r>
          </w:p>
          <w:p w14:paraId="5718BFB5" w14:textId="77777777" w:rsidR="008D43AB" w:rsidRDefault="00000000">
            <w:pPr>
              <w:pStyle w:val="Oznaenseznam"/>
              <w:spacing w:after="16"/>
            </w:pPr>
            <w:r>
              <w:rPr>
                <w:color w:val="000000"/>
                <w:sz w:val="16"/>
              </w:rPr>
              <w:t>ustvari zvočno zaporedje</w:t>
            </w:r>
          </w:p>
          <w:p w14:paraId="6B7F729F" w14:textId="77777777" w:rsidR="008D43AB" w:rsidRDefault="00000000">
            <w:pPr>
              <w:pStyle w:val="Oznaenseznam"/>
              <w:spacing w:after="16"/>
            </w:pPr>
            <w:r>
              <w:rPr>
                <w:color w:val="000000"/>
                <w:sz w:val="16"/>
              </w:rPr>
              <w:t>sledi dogovorjenemu znaku</w:t>
            </w:r>
          </w:p>
          <w:p w14:paraId="135D1EDF" w14:textId="77777777" w:rsidR="008D43AB" w:rsidRDefault="00000000">
            <w:pPr>
              <w:pStyle w:val="Oznaenseznam"/>
              <w:spacing w:after="16"/>
            </w:pPr>
            <w:r>
              <w:rPr>
                <w:color w:val="000000"/>
                <w:sz w:val="16"/>
              </w:rPr>
              <w:t>vrednoti skupinsko izvedbo</w:t>
            </w:r>
          </w:p>
          <w:p w14:paraId="76761412" w14:textId="77777777" w:rsidR="008D43AB" w:rsidRDefault="00000000">
            <w:pPr>
              <w:spacing w:before="40" w:after="20" w:line="245" w:lineRule="auto"/>
            </w:pPr>
            <w:r>
              <w:rPr>
                <w:b/>
                <w:color w:val="000000"/>
                <w:sz w:val="17"/>
              </w:rPr>
              <w:t>PRIČAKOVANI DOSEŽKI / MINIMALNI POUDARKI</w:t>
            </w:r>
          </w:p>
          <w:p w14:paraId="2AECE62F" w14:textId="77777777" w:rsidR="008D43AB" w:rsidRDefault="00000000">
            <w:pPr>
              <w:pStyle w:val="Oznaenseznam"/>
              <w:spacing w:after="16"/>
            </w:pPr>
            <w:r>
              <w:rPr>
                <w:color w:val="000000"/>
                <w:sz w:val="15"/>
              </w:rPr>
              <w:t>samostojno oziroma z dogovorjeno oporo ustvari zvočno zaporedje</w:t>
            </w:r>
          </w:p>
          <w:p w14:paraId="5D47656D" w14:textId="77777777" w:rsidR="008D43AB" w:rsidRDefault="00000000">
            <w:pPr>
              <w:pStyle w:val="Oznaenseznam"/>
              <w:spacing w:after="16"/>
            </w:pPr>
            <w:r>
              <w:rPr>
                <w:color w:val="000000"/>
                <w:sz w:val="15"/>
              </w:rPr>
              <w:t>samostojno oziroma z dogovorjeno oporo sledi dogovorjenemu znaku</w:t>
            </w:r>
          </w:p>
          <w:p w14:paraId="170AE3F6" w14:textId="77777777" w:rsidR="008D43AB" w:rsidRDefault="00000000">
            <w:pPr>
              <w:pStyle w:val="Oznaenseznam"/>
              <w:spacing w:after="16"/>
            </w:pPr>
            <w:r>
              <w:rPr>
                <w:color w:val="000000"/>
                <w:sz w:val="15"/>
              </w:rPr>
              <w:t>samostojno oziroma z dogovorjeno oporo vrednoti skupinsko izvedbo</w:t>
            </w:r>
          </w:p>
        </w:tc>
        <w:tc>
          <w:tcPr>
            <w:tcW w:w="7087" w:type="dxa"/>
            <w:tcMar>
              <w:top w:w="70" w:type="dxa"/>
              <w:left w:w="90" w:type="dxa"/>
              <w:bottom w:w="70" w:type="dxa"/>
              <w:right w:w="90" w:type="dxa"/>
            </w:tcMar>
          </w:tcPr>
          <w:p w14:paraId="17D81449"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00DD752" w14:textId="77777777">
              <w:trPr>
                <w:jc w:val="center"/>
              </w:trPr>
              <w:tc>
                <w:tcPr>
                  <w:tcW w:w="7087" w:type="dxa"/>
                  <w:shd w:val="clear" w:color="auto" w:fill="C6E7F3"/>
                  <w:tcMar>
                    <w:top w:w="45" w:type="dxa"/>
                    <w:left w:w="70" w:type="dxa"/>
                    <w:bottom w:w="45" w:type="dxa"/>
                    <w:right w:w="70" w:type="dxa"/>
                  </w:tcMar>
                </w:tcPr>
                <w:p w14:paraId="578EE5AC" w14:textId="77777777" w:rsidR="008D43AB" w:rsidRDefault="00000000">
                  <w:pPr>
                    <w:keepNext/>
                  </w:pPr>
                  <w:r>
                    <w:rPr>
                      <w:b/>
                      <w:color w:val="000000"/>
                    </w:rPr>
                    <w:t>UVODNI DEL – zvočna motivacija, aktivacija predznanja in namen učenja (8–12 min)</w:t>
                  </w:r>
                </w:p>
              </w:tc>
            </w:tr>
          </w:tbl>
          <w:p w14:paraId="4E0A247A" w14:textId="77777777" w:rsidR="008D43AB" w:rsidRDefault="008D43AB">
            <w:pPr>
              <w:spacing w:line="20" w:lineRule="exact"/>
            </w:pPr>
          </w:p>
          <w:p w14:paraId="7626454B" w14:textId="77777777" w:rsidR="008D43AB" w:rsidRDefault="00000000">
            <w:pPr>
              <w:spacing w:before="40" w:after="60" w:line="245" w:lineRule="auto"/>
            </w:pPr>
            <w:r>
              <w:rPr>
                <w:color w:val="000000"/>
                <w:sz w:val="16"/>
              </w:rPr>
              <w:t>Učenci ob motivu »Bremenski mestni godci« – brata Grimm vstopijo v temo pot, pogum, sodelovanje in glasba. Najprej v tišini poslušajo kratek zvočni odlomek ali učiteljičino izvedbo (C. Saint-Saëns: Živalski karneval – izbrani odlomek; živalski orkester),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08F7E5FC" w14:textId="77777777">
              <w:trPr>
                <w:jc w:val="center"/>
              </w:trPr>
              <w:tc>
                <w:tcPr>
                  <w:tcW w:w="7087" w:type="dxa"/>
                  <w:shd w:val="clear" w:color="auto" w:fill="EDC9EA"/>
                  <w:tcMar>
                    <w:top w:w="45" w:type="dxa"/>
                    <w:left w:w="70" w:type="dxa"/>
                    <w:bottom w:w="45" w:type="dxa"/>
                    <w:right w:w="70" w:type="dxa"/>
                  </w:tcMar>
                </w:tcPr>
                <w:p w14:paraId="353D3A72" w14:textId="77777777" w:rsidR="008D43AB" w:rsidRDefault="00000000">
                  <w:pPr>
                    <w:keepNext/>
                  </w:pPr>
                  <w:r>
                    <w:rPr>
                      <w:b/>
                      <w:color w:val="000000"/>
                    </w:rPr>
                    <w:t>NAMENI UČENJA</w:t>
                  </w:r>
                </w:p>
              </w:tc>
            </w:tr>
          </w:tbl>
          <w:p w14:paraId="293E9B5D" w14:textId="77777777" w:rsidR="008D43AB" w:rsidRDefault="008D43AB">
            <w:pPr>
              <w:spacing w:line="20" w:lineRule="exact"/>
            </w:pPr>
          </w:p>
          <w:p w14:paraId="61DAF5B5"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28110011" w14:textId="77777777" w:rsidR="008D43AB" w:rsidRDefault="00000000">
            <w:pPr>
              <w:pStyle w:val="Oznaenseznam"/>
              <w:spacing w:after="16"/>
            </w:pPr>
            <w:r>
              <w:rPr>
                <w:color w:val="000000"/>
                <w:sz w:val="16"/>
              </w:rPr>
              <w:t>ustvarim zvočno zaporedje</w:t>
            </w:r>
          </w:p>
          <w:p w14:paraId="2F3C4173" w14:textId="77777777" w:rsidR="008D43AB" w:rsidRDefault="00000000">
            <w:pPr>
              <w:pStyle w:val="Oznaenseznam"/>
              <w:spacing w:after="16"/>
            </w:pPr>
            <w:r>
              <w:rPr>
                <w:color w:val="000000"/>
                <w:sz w:val="16"/>
              </w:rPr>
              <w:t>sledim dogovorjenemu znaku</w:t>
            </w:r>
          </w:p>
          <w:p w14:paraId="35A7B83D" w14:textId="77777777" w:rsidR="008D43AB" w:rsidRDefault="00000000">
            <w:pPr>
              <w:pStyle w:val="Oznaenseznam"/>
              <w:spacing w:after="16"/>
            </w:pPr>
            <w:r>
              <w:rPr>
                <w:color w:val="000000"/>
                <w:sz w:val="16"/>
              </w:rPr>
              <w:t>vrednotim skupinsko izvedbo</w:t>
            </w:r>
          </w:p>
          <w:tbl>
            <w:tblPr>
              <w:tblStyle w:val="Tabelamrea"/>
              <w:tblW w:w="0" w:type="auto"/>
              <w:jc w:val="center"/>
              <w:tblLayout w:type="fixed"/>
              <w:tblLook w:val="04A0" w:firstRow="1" w:lastRow="0" w:firstColumn="1" w:lastColumn="0" w:noHBand="0" w:noVBand="1"/>
            </w:tblPr>
            <w:tblGrid>
              <w:gridCol w:w="7087"/>
            </w:tblGrid>
            <w:tr w:rsidR="008D43AB" w14:paraId="6DE176BA" w14:textId="77777777">
              <w:trPr>
                <w:jc w:val="center"/>
              </w:trPr>
              <w:tc>
                <w:tcPr>
                  <w:tcW w:w="7087" w:type="dxa"/>
                  <w:shd w:val="clear" w:color="auto" w:fill="EDC9EA"/>
                  <w:tcMar>
                    <w:top w:w="45" w:type="dxa"/>
                    <w:left w:w="70" w:type="dxa"/>
                    <w:bottom w:w="45" w:type="dxa"/>
                    <w:right w:w="70" w:type="dxa"/>
                  </w:tcMar>
                </w:tcPr>
                <w:p w14:paraId="7E53BF5E" w14:textId="77777777" w:rsidR="008D43AB" w:rsidRDefault="00000000">
                  <w:pPr>
                    <w:keepNext/>
                  </w:pPr>
                  <w:r>
                    <w:rPr>
                      <w:b/>
                      <w:color w:val="000000"/>
                    </w:rPr>
                    <w:t>PREVERJANJE PREDZNANJA</w:t>
                  </w:r>
                </w:p>
              </w:tc>
            </w:tr>
          </w:tbl>
          <w:p w14:paraId="7D94A7E4" w14:textId="77777777" w:rsidR="008D43AB" w:rsidRDefault="008D43AB">
            <w:pPr>
              <w:spacing w:line="20" w:lineRule="exact"/>
            </w:pPr>
          </w:p>
          <w:p w14:paraId="4AF9CC70" w14:textId="77777777" w:rsidR="008D43AB" w:rsidRDefault="00000000">
            <w:pPr>
              <w:pStyle w:val="Oznaenseznam"/>
              <w:spacing w:after="16"/>
            </w:pPr>
            <w:r>
              <w:rPr>
                <w:color w:val="000000"/>
                <w:sz w:val="16"/>
              </w:rPr>
              <w:t>Kaj mi zvok, naslov, slika ali motiv pove o temi pot, pogum, sodelovanje in glasba?</w:t>
            </w:r>
          </w:p>
          <w:p w14:paraId="6C24D334" w14:textId="77777777" w:rsidR="008D43AB" w:rsidRDefault="00000000">
            <w:pPr>
              <w:pStyle w:val="Oznaenseznam"/>
              <w:spacing w:after="16"/>
            </w:pPr>
            <w:r>
              <w:rPr>
                <w:color w:val="000000"/>
                <w:sz w:val="16"/>
              </w:rPr>
              <w:t>Kako lahko s poslušanjem, glasom, telesom, glasbilom ali simbolom pokažem, kaj že znam pri temi »ZVOČNA ZGODBA«?</w:t>
            </w:r>
          </w:p>
          <w:p w14:paraId="5BC76F05"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134FA3F2" w14:textId="77777777">
              <w:trPr>
                <w:jc w:val="center"/>
              </w:trPr>
              <w:tc>
                <w:tcPr>
                  <w:tcW w:w="7087" w:type="dxa"/>
                  <w:shd w:val="clear" w:color="auto" w:fill="EDC9EA"/>
                  <w:tcMar>
                    <w:top w:w="45" w:type="dxa"/>
                    <w:left w:w="70" w:type="dxa"/>
                    <w:bottom w:w="45" w:type="dxa"/>
                    <w:right w:w="70" w:type="dxa"/>
                  </w:tcMar>
                </w:tcPr>
                <w:p w14:paraId="0CFAF9D9" w14:textId="77777777" w:rsidR="008D43AB" w:rsidRDefault="00000000">
                  <w:pPr>
                    <w:keepNext/>
                  </w:pPr>
                  <w:r>
                    <w:rPr>
                      <w:b/>
                      <w:color w:val="000000"/>
                    </w:rPr>
                    <w:t>KRITERIJI USPEŠNOSTI</w:t>
                  </w:r>
                </w:p>
              </w:tc>
            </w:tr>
          </w:tbl>
          <w:p w14:paraId="71513189" w14:textId="77777777" w:rsidR="008D43AB" w:rsidRDefault="008D43AB"/>
          <w:p w14:paraId="52E63E91" w14:textId="77777777" w:rsidR="008D43AB" w:rsidRDefault="00000000">
            <w:pPr>
              <w:spacing w:before="20" w:after="20" w:line="245" w:lineRule="auto"/>
            </w:pPr>
            <w:r>
              <w:rPr>
                <w:b/>
                <w:color w:val="000000"/>
                <w:sz w:val="16"/>
              </w:rPr>
              <w:t>Uspešen/-na bom, ko:</w:t>
            </w:r>
          </w:p>
          <w:p w14:paraId="65FB2CCC" w14:textId="77777777" w:rsidR="008D43AB" w:rsidRDefault="00000000">
            <w:pPr>
              <w:pStyle w:val="Oznaenseznam"/>
              <w:spacing w:after="16"/>
            </w:pPr>
            <w:r>
              <w:rPr>
                <w:color w:val="000000"/>
                <w:sz w:val="16"/>
              </w:rPr>
              <w:t>ustvarim zvočno zaporedje</w:t>
            </w:r>
          </w:p>
          <w:p w14:paraId="6FF26C11" w14:textId="77777777" w:rsidR="008D43AB" w:rsidRDefault="00000000">
            <w:pPr>
              <w:pStyle w:val="Oznaenseznam"/>
              <w:spacing w:after="16"/>
            </w:pPr>
            <w:r>
              <w:rPr>
                <w:color w:val="000000"/>
                <w:sz w:val="16"/>
              </w:rPr>
              <w:t>sledim dogovorjenemu znaku</w:t>
            </w:r>
          </w:p>
          <w:p w14:paraId="4228BFD6" w14:textId="77777777" w:rsidR="008D43AB" w:rsidRDefault="00000000">
            <w:pPr>
              <w:pStyle w:val="Oznaenseznam"/>
              <w:spacing w:after="16"/>
            </w:pPr>
            <w:r>
              <w:rPr>
                <w:color w:val="000000"/>
                <w:sz w:val="16"/>
              </w:rPr>
              <w:t>vrednotim skupinsko izvedbo</w:t>
            </w:r>
          </w:p>
          <w:p w14:paraId="305451BB" w14:textId="77777777" w:rsidR="008D43AB" w:rsidRDefault="00000000">
            <w:pPr>
              <w:pStyle w:val="Oznaenseznam"/>
              <w:spacing w:after="16"/>
            </w:pPr>
            <w:r>
              <w:rPr>
                <w:color w:val="000000"/>
                <w:sz w:val="16"/>
              </w:rPr>
              <w:t>upoštevam dogovorjeni začetek, konec, znak za tišino in varno glasnost</w:t>
            </w:r>
          </w:p>
          <w:p w14:paraId="2DD0365F"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27C2A046" w14:textId="77777777" w:rsidR="008D43AB" w:rsidRDefault="008D43AB"/>
          <w:p w14:paraId="708B5506"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2C49BED7" w14:textId="77777777" w:rsidR="008D43AB" w:rsidRDefault="00000000">
            <w:pPr>
              <w:spacing w:after="80" w:line="245" w:lineRule="auto"/>
            </w:pPr>
            <w:r>
              <w:rPr>
                <w:color w:val="000000"/>
                <w:sz w:val="16"/>
              </w:rPr>
              <w:t>Pove ali pokaže, kaj že zna in katero glasbeno strategijo bi uporabil.</w:t>
            </w:r>
          </w:p>
          <w:p w14:paraId="242B1B18" w14:textId="77777777" w:rsidR="008D43AB" w:rsidRDefault="00000000">
            <w:pPr>
              <w:spacing w:after="100" w:line="245" w:lineRule="auto"/>
            </w:pPr>
            <w:r>
              <w:rPr>
                <w:color w:val="000000"/>
                <w:sz w:val="16"/>
              </w:rPr>
              <w:t>Sodeluje pri razumevanju namenov, meril uspešnosti, varne glasnosti in načina dokazovanja.</w:t>
            </w:r>
          </w:p>
          <w:p w14:paraId="24BB2B28" w14:textId="77777777" w:rsidR="008D43AB" w:rsidRDefault="00000000">
            <w:pPr>
              <w:spacing w:after="20" w:line="245" w:lineRule="auto"/>
            </w:pPr>
            <w:r>
              <w:rPr>
                <w:b/>
                <w:color w:val="D95BC6"/>
                <w:sz w:val="17"/>
              </w:rPr>
              <w:t>DOKAZ O UČENJU</w:t>
            </w:r>
          </w:p>
          <w:p w14:paraId="3B73634A"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BC88EC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96F310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19D21E"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19E855E" w14:textId="77777777" w:rsidR="008D43AB" w:rsidRDefault="00000000">
            <w:pPr>
              <w:jc w:val="center"/>
            </w:pPr>
            <w:r>
              <w:rPr>
                <w:b/>
                <w:color w:val="000000"/>
                <w:sz w:val="20"/>
              </w:rPr>
              <w:t>UČNE DEJAVNOSTI, METODE IN FORMATIVNO SPREMLJANJE</w:t>
            </w:r>
          </w:p>
        </w:tc>
      </w:tr>
      <w:tr w:rsidR="008D43AB" w14:paraId="099AF6A8" w14:textId="77777777">
        <w:trPr>
          <w:tblHeader/>
          <w:jc w:val="center"/>
        </w:trPr>
        <w:tc>
          <w:tcPr>
            <w:tcW w:w="4422" w:type="dxa"/>
            <w:vMerge/>
            <w:tcMar>
              <w:top w:w="70" w:type="dxa"/>
              <w:left w:w="90" w:type="dxa"/>
              <w:bottom w:w="70" w:type="dxa"/>
              <w:right w:w="90" w:type="dxa"/>
            </w:tcMar>
            <w:vAlign w:val="center"/>
          </w:tcPr>
          <w:p w14:paraId="29B8B721" w14:textId="77777777" w:rsidR="008D43AB" w:rsidRDefault="008D43AB"/>
        </w:tc>
        <w:tc>
          <w:tcPr>
            <w:tcW w:w="7087" w:type="dxa"/>
            <w:shd w:val="clear" w:color="auto" w:fill="FFFFFF"/>
            <w:tcMar>
              <w:top w:w="70" w:type="dxa"/>
              <w:left w:w="90" w:type="dxa"/>
              <w:bottom w:w="70" w:type="dxa"/>
              <w:right w:w="90" w:type="dxa"/>
            </w:tcMar>
            <w:vAlign w:val="center"/>
          </w:tcPr>
          <w:p w14:paraId="2E5641C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E276D5A" w14:textId="77777777" w:rsidR="008D43AB" w:rsidRDefault="00000000">
            <w:pPr>
              <w:jc w:val="center"/>
            </w:pPr>
            <w:r>
              <w:rPr>
                <w:b/>
                <w:color w:val="000000"/>
              </w:rPr>
              <w:t>UČENEC</w:t>
            </w:r>
          </w:p>
        </w:tc>
      </w:tr>
      <w:tr w:rsidR="008D43AB" w14:paraId="54587C0A" w14:textId="77777777">
        <w:trPr>
          <w:jc w:val="center"/>
        </w:trPr>
        <w:tc>
          <w:tcPr>
            <w:tcW w:w="4422" w:type="dxa"/>
            <w:tcMar>
              <w:top w:w="70" w:type="dxa"/>
              <w:left w:w="90" w:type="dxa"/>
              <w:bottom w:w="70" w:type="dxa"/>
              <w:right w:w="90" w:type="dxa"/>
            </w:tcMar>
          </w:tcPr>
          <w:p w14:paraId="18F54028" w14:textId="77777777" w:rsidR="008D43AB" w:rsidRDefault="008D43AB"/>
          <w:p w14:paraId="13AB100E" w14:textId="77777777" w:rsidR="008D43AB" w:rsidRDefault="00000000">
            <w:pPr>
              <w:spacing w:after="40" w:line="245" w:lineRule="auto"/>
            </w:pPr>
            <w:r>
              <w:rPr>
                <w:b/>
                <w:color w:val="000000"/>
              </w:rPr>
              <w:t>KLJUČNI GLASBENI POJMI</w:t>
            </w:r>
          </w:p>
          <w:p w14:paraId="2493B48A" w14:textId="77777777" w:rsidR="008D43AB" w:rsidRDefault="00000000">
            <w:pPr>
              <w:spacing w:after="60" w:line="245" w:lineRule="auto"/>
            </w:pPr>
            <w:r>
              <w:rPr>
                <w:color w:val="000000"/>
                <w:sz w:val="15"/>
              </w:rPr>
              <w:t>poslušanje, zvok, tišina, izvedba, glasbeni znak, dokaz, povratna informacija, zvočilo, glasbilo, motiv, zaporedje, slikovni zapis, dirigent, izvajalec</w:t>
            </w:r>
          </w:p>
          <w:p w14:paraId="5181E899" w14:textId="77777777" w:rsidR="008D43AB" w:rsidRDefault="00000000">
            <w:pPr>
              <w:spacing w:after="20" w:line="245" w:lineRule="auto"/>
            </w:pPr>
            <w:r>
              <w:rPr>
                <w:b/>
                <w:color w:val="000000"/>
                <w:sz w:val="17"/>
              </w:rPr>
              <w:t>DOKAZI O UČENJU</w:t>
            </w:r>
          </w:p>
          <w:p w14:paraId="7FC526F2" w14:textId="77777777" w:rsidR="008D43AB" w:rsidRDefault="00000000">
            <w:pPr>
              <w:pStyle w:val="Oznaenseznam"/>
              <w:spacing w:after="9"/>
            </w:pPr>
            <w:r>
              <w:rPr>
                <w:color w:val="000000"/>
                <w:sz w:val="15"/>
              </w:rPr>
              <w:t>poslušalski gibalni odziv, ritmični/pevski odmev in učiteljev zapis o skupnem pulzu oziroma začetku/koncu.</w:t>
            </w:r>
          </w:p>
          <w:p w14:paraId="49740B4C" w14:textId="77777777" w:rsidR="008D43AB" w:rsidRDefault="00000000">
            <w:pPr>
              <w:pStyle w:val="Oznaenseznam"/>
              <w:spacing w:after="9"/>
            </w:pPr>
            <w:r>
              <w:rPr>
                <w:color w:val="000000"/>
                <w:sz w:val="15"/>
              </w:rPr>
              <w:t>slikovni zvočni zapis, skupinska izvedba/posnetek in vrstniška opisna povratna informacija.</w:t>
            </w:r>
          </w:p>
          <w:p w14:paraId="03E24658" w14:textId="77777777" w:rsidR="008D43AB" w:rsidRDefault="00000000">
            <w:pPr>
              <w:spacing w:before="40" w:after="20" w:line="245" w:lineRule="auto"/>
            </w:pPr>
            <w:r>
              <w:rPr>
                <w:b/>
                <w:color w:val="000000"/>
                <w:sz w:val="17"/>
              </w:rPr>
              <w:t>GLASBENO DOŽIVETJE IN IZKUŠENJSKI POUK</w:t>
            </w:r>
          </w:p>
          <w:p w14:paraId="1AB14861"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1E3283BD" w14:textId="77777777" w:rsidR="008D43AB" w:rsidRDefault="00000000">
            <w:pPr>
              <w:spacing w:after="20" w:line="245" w:lineRule="auto"/>
            </w:pPr>
            <w:r>
              <w:rPr>
                <w:b/>
                <w:color w:val="000000"/>
                <w:sz w:val="17"/>
              </w:rPr>
              <w:t>POUČEVANJE V GIBANJU</w:t>
            </w:r>
          </w:p>
          <w:p w14:paraId="12F49C9D"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D28FA4B" w14:textId="77777777" w:rsidR="008D43AB" w:rsidRDefault="00000000">
            <w:pPr>
              <w:spacing w:after="20" w:line="245" w:lineRule="auto"/>
            </w:pPr>
            <w:r>
              <w:rPr>
                <w:b/>
                <w:color w:val="000000"/>
                <w:sz w:val="17"/>
              </w:rPr>
              <w:t>DELO PO POSTAJAH</w:t>
            </w:r>
          </w:p>
          <w:p w14:paraId="3816DF1F"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07A73DD" w14:textId="77777777" w:rsidR="008D43AB" w:rsidRDefault="00000000">
            <w:pPr>
              <w:spacing w:after="10" w:line="245" w:lineRule="auto"/>
            </w:pPr>
            <w:r>
              <w:rPr>
                <w:color w:val="000000"/>
                <w:sz w:val="15"/>
              </w:rPr>
              <w:t>1. Raziskovalna: varno preizkusim material, predmet, glas ali zvočilo ter primerjam zvočni učinek.</w:t>
            </w:r>
          </w:p>
          <w:p w14:paraId="54BBC9B0" w14:textId="77777777" w:rsidR="008D43AB" w:rsidRDefault="00000000">
            <w:pPr>
              <w:spacing w:after="10" w:line="245" w:lineRule="auto"/>
            </w:pPr>
            <w:r>
              <w:rPr>
                <w:color w:val="000000"/>
                <w:sz w:val="15"/>
              </w:rPr>
              <w:t>2. Gibalno-pripovedna: osebo, dogodek ali okolje ponazorim z gibanjem in izberem ustrezen zvok.</w:t>
            </w:r>
          </w:p>
          <w:p w14:paraId="43354E10" w14:textId="77777777" w:rsidR="008D43AB" w:rsidRDefault="00000000">
            <w:pPr>
              <w:spacing w:after="10" w:line="245" w:lineRule="auto"/>
            </w:pPr>
            <w:r>
              <w:rPr>
                <w:color w:val="000000"/>
                <w:sz w:val="15"/>
              </w:rPr>
              <w:t>3. Slikovno-zapisna: iz simbolov sestavim motiv ali zaporedje in določim začetek, ponovitev ter konec.</w:t>
            </w:r>
          </w:p>
          <w:p w14:paraId="6F008F94"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039123D2" w14:textId="77777777" w:rsidR="008D43AB" w:rsidRDefault="00000000">
            <w:pPr>
              <w:spacing w:after="20" w:line="245" w:lineRule="auto"/>
            </w:pPr>
            <w:r>
              <w:rPr>
                <w:b/>
                <w:color w:val="000000"/>
                <w:sz w:val="17"/>
              </w:rPr>
              <w:t>DIFERENCIACIJA IN VKLJUČEVANJE</w:t>
            </w:r>
          </w:p>
          <w:p w14:paraId="7217D6EC"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179D1F50" w14:textId="77777777" w:rsidR="008D43AB" w:rsidRDefault="00000000">
            <w:pPr>
              <w:spacing w:after="20" w:line="245" w:lineRule="auto"/>
            </w:pPr>
            <w:r>
              <w:rPr>
                <w:b/>
                <w:color w:val="000000"/>
                <w:sz w:val="17"/>
              </w:rPr>
              <w:t>SPREMLJANJE</w:t>
            </w:r>
          </w:p>
          <w:p w14:paraId="01C6F20B"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4840496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E1BA03E" w14:textId="77777777">
              <w:trPr>
                <w:jc w:val="center"/>
              </w:trPr>
              <w:tc>
                <w:tcPr>
                  <w:tcW w:w="7087" w:type="dxa"/>
                  <w:shd w:val="clear" w:color="auto" w:fill="C6E7F3"/>
                  <w:tcMar>
                    <w:top w:w="45" w:type="dxa"/>
                    <w:left w:w="70" w:type="dxa"/>
                    <w:bottom w:w="45" w:type="dxa"/>
                    <w:right w:w="70" w:type="dxa"/>
                  </w:tcMar>
                </w:tcPr>
                <w:p w14:paraId="654C606A" w14:textId="77777777" w:rsidR="008D43AB" w:rsidRDefault="00000000">
                  <w:pPr>
                    <w:keepNext/>
                  </w:pPr>
                  <w:r>
                    <w:rPr>
                      <w:b/>
                      <w:color w:val="000000"/>
                      <w:sz w:val="17"/>
                    </w:rPr>
                    <w:t>GLAVNI DEL – POSLUŠANJE, IZVAJANJE, GIBANJE IN USTVARJANJE (2 šolski uri)</w:t>
                  </w:r>
                </w:p>
              </w:tc>
            </w:tr>
          </w:tbl>
          <w:p w14:paraId="44DF4D47" w14:textId="77777777" w:rsidR="008D43AB" w:rsidRDefault="008D43AB">
            <w:pPr>
              <w:spacing w:line="20" w:lineRule="exact"/>
            </w:pPr>
          </w:p>
          <w:p w14:paraId="45A48611" w14:textId="77777777" w:rsidR="008D43AB" w:rsidRDefault="00000000">
            <w:pPr>
              <w:keepNext/>
              <w:spacing w:before="24" w:after="8" w:line="245" w:lineRule="auto"/>
            </w:pPr>
            <w:r>
              <w:rPr>
                <w:b/>
                <w:color w:val="000000"/>
                <w:sz w:val="16"/>
              </w:rPr>
              <w:t>1. URA – Zvočna Zgodba – Poslušam in izvajam</w:t>
            </w:r>
          </w:p>
          <w:p w14:paraId="53B81BE2"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»ZVOČNA ZGODBA«,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5912818B"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600A689"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5201A4F8" w14:textId="77777777" w:rsidR="008D43AB" w:rsidRDefault="00000000">
            <w:pPr>
              <w:keepNext/>
              <w:spacing w:before="24" w:after="8" w:line="245" w:lineRule="auto"/>
            </w:pPr>
            <w:r>
              <w:rPr>
                <w:b/>
                <w:color w:val="000000"/>
                <w:sz w:val="16"/>
              </w:rPr>
              <w:t>2. URA – Zvočna Zgodba – Ustvarim in nastopim</w:t>
            </w:r>
          </w:p>
          <w:p w14:paraId="242297B6"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zvočna zgodba«; usmerja izbiro, zapis, vajo in menjavo vlog. Zaključek: 10' – Organizira nastop in odziv poslušalcev po kriterijih; posname kratek dokaz, če so soglasja urejena.</w:t>
            </w:r>
          </w:p>
          <w:p w14:paraId="5E22DDE2"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7AA70CDA"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5530FBC9" w14:textId="77777777">
              <w:trPr>
                <w:jc w:val="center"/>
              </w:trPr>
              <w:tc>
                <w:tcPr>
                  <w:tcW w:w="7087" w:type="dxa"/>
                  <w:shd w:val="clear" w:color="auto" w:fill="EDC9EA"/>
                  <w:tcMar>
                    <w:top w:w="45" w:type="dxa"/>
                    <w:left w:w="70" w:type="dxa"/>
                    <w:bottom w:w="45" w:type="dxa"/>
                    <w:right w:w="70" w:type="dxa"/>
                  </w:tcMar>
                </w:tcPr>
                <w:p w14:paraId="75A4FAA8" w14:textId="77777777" w:rsidR="008D43AB" w:rsidRDefault="00000000">
                  <w:pPr>
                    <w:keepNext/>
                  </w:pPr>
                  <w:r>
                    <w:rPr>
                      <w:b/>
                      <w:color w:val="000000"/>
                      <w:sz w:val="17"/>
                    </w:rPr>
                    <w:t>ORGANIZACIJA POSTAJ IN PREHODOV</w:t>
                  </w:r>
                </w:p>
              </w:tc>
            </w:tr>
          </w:tbl>
          <w:p w14:paraId="5338387E" w14:textId="77777777" w:rsidR="008D43AB" w:rsidRDefault="008D43AB"/>
          <w:p w14:paraId="2EDC17E2"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4C8D1856" w14:textId="77777777" w:rsidR="008D43AB" w:rsidRDefault="00000000">
            <w:pPr>
              <w:spacing w:before="9" w:after="9" w:line="245" w:lineRule="auto"/>
            </w:pPr>
            <w:r>
              <w:rPr>
                <w:color w:val="000000"/>
                <w:sz w:val="15"/>
              </w:rPr>
              <w:t>Postaja 2: Gibalno-pripovedna: osebo, dogodek ali okolje ponazorim z gibanjem in izberem ustrezen zvok.</w:t>
            </w:r>
          </w:p>
          <w:p w14:paraId="5BEB6FE9"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72312139"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61D470E8"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2DFC4F05" w14:textId="77777777" w:rsidR="008D43AB" w:rsidRDefault="008D43AB"/>
          <w:p w14:paraId="43704B62" w14:textId="77777777" w:rsidR="008D43AB" w:rsidRDefault="00000000">
            <w:pPr>
              <w:spacing w:after="6" w:line="245" w:lineRule="auto"/>
            </w:pPr>
            <w:r>
              <w:rPr>
                <w:b/>
                <w:color w:val="000000"/>
                <w:sz w:val="15"/>
              </w:rPr>
              <w:t>1. URA – Zvočna Zgodba – Poslušam in izvajam</w:t>
            </w:r>
          </w:p>
          <w:p w14:paraId="4608BCE7"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5843BCA3" w14:textId="77777777" w:rsidR="008D43AB" w:rsidRDefault="00000000">
            <w:pPr>
              <w:spacing w:after="20" w:line="245" w:lineRule="auto"/>
            </w:pPr>
            <w:r>
              <w:rPr>
                <w:color w:val="D95BC6"/>
                <w:sz w:val="14"/>
              </w:rPr>
              <w:t>Dokaz: poslušalski gibalni odziv, ritmični/pevski odmev in učiteljev zapis o skupnem pulzu oziroma.</w:t>
            </w:r>
          </w:p>
          <w:p w14:paraId="39A8A76F" w14:textId="77777777" w:rsidR="008D43AB" w:rsidRDefault="00000000">
            <w:pPr>
              <w:spacing w:after="6" w:line="245" w:lineRule="auto"/>
            </w:pPr>
            <w:r>
              <w:rPr>
                <w:b/>
                <w:color w:val="000000"/>
                <w:sz w:val="15"/>
              </w:rPr>
              <w:t>2. URA – Zvočna Zgodba – Ustvarim in nastopim</w:t>
            </w:r>
          </w:p>
          <w:p w14:paraId="162C2E96"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3803DB21" w14:textId="77777777" w:rsidR="008D43AB" w:rsidRDefault="00000000">
            <w:pPr>
              <w:spacing w:after="20" w:line="245" w:lineRule="auto"/>
            </w:pPr>
            <w:r>
              <w:rPr>
                <w:color w:val="D95BC6"/>
                <w:sz w:val="14"/>
              </w:rPr>
              <w:t>Dokaz: slikovni zvočni zapis, skupinska izvedba/posnetek in vrstniška opisna povratna informacija.</w:t>
            </w:r>
          </w:p>
          <w:p w14:paraId="06FA4208" w14:textId="77777777" w:rsidR="008D43AB" w:rsidRDefault="00000000">
            <w:pPr>
              <w:spacing w:before="40" w:after="20" w:line="245" w:lineRule="auto"/>
            </w:pPr>
            <w:r>
              <w:rPr>
                <w:b/>
                <w:color w:val="D95BC6"/>
                <w:sz w:val="16"/>
              </w:rPr>
              <w:t>MOJ KROG POSTAJ</w:t>
            </w:r>
          </w:p>
          <w:p w14:paraId="49C3D37E" w14:textId="77777777" w:rsidR="008D43AB" w:rsidRDefault="00000000">
            <w:pPr>
              <w:spacing w:after="11" w:line="245" w:lineRule="auto"/>
            </w:pPr>
            <w:r>
              <w:rPr>
                <w:color w:val="000000"/>
                <w:sz w:val="14"/>
              </w:rPr>
              <w:t>1. Raziskovalna: varno preizkusim material, predmet, glas ali zvočilo ter primerjam zvočni.</w:t>
            </w:r>
          </w:p>
          <w:p w14:paraId="78957784" w14:textId="77777777" w:rsidR="008D43AB" w:rsidRDefault="00000000">
            <w:pPr>
              <w:spacing w:after="11" w:line="245" w:lineRule="auto"/>
            </w:pPr>
            <w:r>
              <w:rPr>
                <w:color w:val="000000"/>
                <w:sz w:val="14"/>
              </w:rPr>
              <w:t>2. Gibalno-pripovedna: osebo, dogodek ali okolje ponazorim z gibanjem in izberem ustrezen zvok.</w:t>
            </w:r>
          </w:p>
          <w:p w14:paraId="1916EEA1" w14:textId="77777777" w:rsidR="008D43AB" w:rsidRDefault="00000000">
            <w:pPr>
              <w:spacing w:after="11" w:line="245" w:lineRule="auto"/>
            </w:pPr>
            <w:r>
              <w:rPr>
                <w:color w:val="000000"/>
                <w:sz w:val="14"/>
              </w:rPr>
              <w:t>3. Slikovno-zapisna: iz simbolov sestavim motiv ali zaporedje in določim začetek.</w:t>
            </w:r>
          </w:p>
          <w:p w14:paraId="1FCD4AB7" w14:textId="77777777" w:rsidR="008D43AB" w:rsidRDefault="00000000">
            <w:pPr>
              <w:spacing w:after="11" w:line="245" w:lineRule="auto"/>
            </w:pPr>
            <w:r>
              <w:rPr>
                <w:color w:val="000000"/>
                <w:sz w:val="14"/>
              </w:rPr>
              <w:t>4. Izvajalska: prevzamem vlogo izvajalca ali dirigenta, izvedem rešitev in jo izboljšam po.</w:t>
            </w:r>
          </w:p>
          <w:p w14:paraId="21B8191C"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2EA81DB7" w14:textId="77777777" w:rsidR="008D43AB" w:rsidRDefault="00000000">
            <w:pPr>
              <w:spacing w:after="20" w:line="245" w:lineRule="auto"/>
            </w:pPr>
            <w:r>
              <w:rPr>
                <w:b/>
                <w:color w:val="D95BC6"/>
                <w:sz w:val="17"/>
              </w:rPr>
              <w:t>DOKAZ O UČENJU</w:t>
            </w:r>
          </w:p>
          <w:p w14:paraId="0288C775"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619B6FB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67FA72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1A89EB"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C29B132" w14:textId="77777777" w:rsidR="008D43AB" w:rsidRDefault="00000000">
            <w:pPr>
              <w:jc w:val="center"/>
            </w:pPr>
            <w:r>
              <w:rPr>
                <w:b/>
                <w:color w:val="000000"/>
                <w:sz w:val="20"/>
              </w:rPr>
              <w:t>UČNE DEJAVNOSTI, METODE IN FORMATIVNO SPREMLJANJE</w:t>
            </w:r>
          </w:p>
        </w:tc>
      </w:tr>
      <w:tr w:rsidR="008D43AB" w14:paraId="210C3B1C" w14:textId="77777777">
        <w:trPr>
          <w:tblHeader/>
          <w:jc w:val="center"/>
        </w:trPr>
        <w:tc>
          <w:tcPr>
            <w:tcW w:w="4422" w:type="dxa"/>
            <w:vMerge/>
            <w:tcMar>
              <w:top w:w="70" w:type="dxa"/>
              <w:left w:w="90" w:type="dxa"/>
              <w:bottom w:w="70" w:type="dxa"/>
              <w:right w:w="90" w:type="dxa"/>
            </w:tcMar>
            <w:vAlign w:val="center"/>
          </w:tcPr>
          <w:p w14:paraId="1A3D454A" w14:textId="77777777" w:rsidR="008D43AB" w:rsidRDefault="008D43AB"/>
        </w:tc>
        <w:tc>
          <w:tcPr>
            <w:tcW w:w="7087" w:type="dxa"/>
            <w:shd w:val="clear" w:color="auto" w:fill="FFFFFF"/>
            <w:tcMar>
              <w:top w:w="70" w:type="dxa"/>
              <w:left w:w="90" w:type="dxa"/>
              <w:bottom w:w="70" w:type="dxa"/>
              <w:right w:w="90" w:type="dxa"/>
            </w:tcMar>
            <w:vAlign w:val="center"/>
          </w:tcPr>
          <w:p w14:paraId="3B97D690"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B0F325F" w14:textId="77777777" w:rsidR="008D43AB" w:rsidRDefault="00000000">
            <w:pPr>
              <w:jc w:val="center"/>
            </w:pPr>
            <w:r>
              <w:rPr>
                <w:b/>
                <w:color w:val="000000"/>
              </w:rPr>
              <w:t>UČENEC</w:t>
            </w:r>
          </w:p>
        </w:tc>
      </w:tr>
      <w:tr w:rsidR="008D43AB" w14:paraId="5FD73B1C" w14:textId="77777777">
        <w:trPr>
          <w:jc w:val="center"/>
        </w:trPr>
        <w:tc>
          <w:tcPr>
            <w:tcW w:w="4422" w:type="dxa"/>
            <w:tcMar>
              <w:top w:w="70" w:type="dxa"/>
              <w:left w:w="90" w:type="dxa"/>
              <w:bottom w:w="70" w:type="dxa"/>
              <w:right w:w="90" w:type="dxa"/>
            </w:tcMar>
          </w:tcPr>
          <w:p w14:paraId="6D44576B" w14:textId="77777777" w:rsidR="008D43AB" w:rsidRDefault="008D43AB"/>
          <w:p w14:paraId="71DA9130" w14:textId="77777777" w:rsidR="008D43AB" w:rsidRDefault="00000000">
            <w:pPr>
              <w:spacing w:after="40" w:line="245" w:lineRule="auto"/>
            </w:pPr>
            <w:r>
              <w:rPr>
                <w:b/>
                <w:color w:val="000000"/>
              </w:rPr>
              <w:t>FORMATIVNO SPREMLJANJE</w:t>
            </w:r>
          </w:p>
          <w:p w14:paraId="6900DF3D" w14:textId="77777777" w:rsidR="008D43AB" w:rsidRDefault="00000000">
            <w:pPr>
              <w:pStyle w:val="Oznaenseznam"/>
              <w:spacing w:after="16"/>
            </w:pPr>
            <w:r>
              <w:rPr>
                <w:color w:val="000000"/>
                <w:sz w:val="16"/>
              </w:rPr>
              <w:t>predznanje: zvočna napoved, izbira kartice, gib, ritmični oziroma pevski poskus ali začetni simbol</w:t>
            </w:r>
          </w:p>
          <w:p w14:paraId="61810A4A" w14:textId="77777777" w:rsidR="008D43AB" w:rsidRDefault="00000000">
            <w:pPr>
              <w:pStyle w:val="Oznaenseznam"/>
              <w:spacing w:after="16"/>
            </w:pPr>
            <w:r>
              <w:rPr>
                <w:color w:val="000000"/>
                <w:sz w:val="16"/>
              </w:rPr>
              <w:t>nameni in merila: kratka poved, slikovni znak, model izvedbe ter vidna pravila varne glasnosti</w:t>
            </w:r>
          </w:p>
          <w:p w14:paraId="2E749EA3"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AF6A051" w14:textId="77777777" w:rsidR="008D43AB" w:rsidRDefault="00000000">
            <w:pPr>
              <w:pStyle w:val="Oznaenseznam"/>
              <w:spacing w:after="16"/>
            </w:pPr>
            <w:r>
              <w:rPr>
                <w:color w:val="000000"/>
                <w:sz w:val="16"/>
              </w:rPr>
              <w:t>povratna informacija: opis slišane strategije, povezava z enim merilom in izvedljiv naslednji korak</w:t>
            </w:r>
          </w:p>
          <w:p w14:paraId="727119BE" w14:textId="77777777" w:rsidR="008D43AB" w:rsidRDefault="00000000">
            <w:pPr>
              <w:pStyle w:val="Oznaenseznam"/>
              <w:spacing w:after="16"/>
            </w:pPr>
            <w:r>
              <w:rPr>
                <w:color w:val="000000"/>
                <w:sz w:val="16"/>
              </w:rPr>
              <w:t>samovrednotenje: barvni zvočni semafor, lestvica samostojnosti, izbran dokaz in ponovna izvedba</w:t>
            </w:r>
          </w:p>
          <w:p w14:paraId="77F57173" w14:textId="77777777" w:rsidR="008D43AB" w:rsidRDefault="00000000">
            <w:pPr>
              <w:spacing w:before="40" w:after="20" w:line="245" w:lineRule="auto"/>
            </w:pPr>
            <w:r>
              <w:rPr>
                <w:b/>
                <w:color w:val="000000"/>
                <w:sz w:val="17"/>
              </w:rPr>
              <w:t>VARNOST IN VAROVANJE SLUHA</w:t>
            </w:r>
          </w:p>
          <w:p w14:paraId="1E0E4A7B"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54C1459" w14:textId="77777777" w:rsidR="008D43AB" w:rsidRDefault="00000000">
            <w:pPr>
              <w:spacing w:after="20" w:line="245" w:lineRule="auto"/>
            </w:pPr>
            <w:r>
              <w:rPr>
                <w:b/>
                <w:color w:val="000000"/>
                <w:sz w:val="17"/>
              </w:rPr>
              <w:t>EVIDENCA PO IZVEDBI</w:t>
            </w:r>
          </w:p>
          <w:p w14:paraId="72B54EA1"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30966E73" w14:textId="77777777" w:rsidR="008D43AB" w:rsidRDefault="00000000">
            <w:pPr>
              <w:spacing w:before="40" w:after="20" w:line="245" w:lineRule="auto"/>
            </w:pPr>
            <w:r>
              <w:rPr>
                <w:b/>
                <w:color w:val="000000"/>
                <w:sz w:val="17"/>
              </w:rPr>
              <w:t>RAVEN DOSEGANJA</w:t>
            </w:r>
          </w:p>
          <w:p w14:paraId="16180447"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3268CABF"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5BC31D1" w14:textId="77777777">
              <w:trPr>
                <w:jc w:val="center"/>
              </w:trPr>
              <w:tc>
                <w:tcPr>
                  <w:tcW w:w="7087" w:type="dxa"/>
                  <w:shd w:val="clear" w:color="auto" w:fill="EDC9EA"/>
                  <w:tcMar>
                    <w:top w:w="45" w:type="dxa"/>
                    <w:left w:w="70" w:type="dxa"/>
                    <w:bottom w:w="45" w:type="dxa"/>
                    <w:right w:w="70" w:type="dxa"/>
                  </w:tcMar>
                </w:tcPr>
                <w:p w14:paraId="7936C8A4" w14:textId="77777777" w:rsidR="008D43AB" w:rsidRDefault="00000000">
                  <w:pPr>
                    <w:keepNext/>
                  </w:pPr>
                  <w:r>
                    <w:rPr>
                      <w:b/>
                      <w:color w:val="000000"/>
                    </w:rPr>
                    <w:t>VPRAŠANJA V PODPORO GLASBENEMU UČENJU</w:t>
                  </w:r>
                </w:p>
              </w:tc>
            </w:tr>
          </w:tbl>
          <w:p w14:paraId="5FCFEAAD" w14:textId="77777777" w:rsidR="008D43AB" w:rsidRDefault="008D43AB">
            <w:pPr>
              <w:spacing w:line="20" w:lineRule="exact"/>
            </w:pPr>
          </w:p>
          <w:p w14:paraId="466AE130" w14:textId="77777777" w:rsidR="008D43AB" w:rsidRDefault="00000000">
            <w:pPr>
              <w:pStyle w:val="Oznaenseznam"/>
              <w:spacing w:after="16"/>
            </w:pPr>
            <w:r>
              <w:rPr>
                <w:color w:val="000000"/>
                <w:sz w:val="16"/>
              </w:rPr>
              <w:t>Kaj si v glasbi slišal/-a, začutil/-a ali pokazal/-a z gibanjem?</w:t>
            </w:r>
          </w:p>
          <w:p w14:paraId="0D4DCF53" w14:textId="77777777" w:rsidR="008D43AB" w:rsidRDefault="00000000">
            <w:pPr>
              <w:pStyle w:val="Oznaenseznam"/>
              <w:spacing w:after="16"/>
            </w:pPr>
            <w:r>
              <w:rPr>
                <w:color w:val="000000"/>
                <w:sz w:val="16"/>
              </w:rPr>
              <w:t>Po katerem zvočnem znaku, lastnosti ali vzorcu si prepoznal/-a rešitev?</w:t>
            </w:r>
          </w:p>
          <w:p w14:paraId="7D17514E" w14:textId="77777777" w:rsidR="008D43AB" w:rsidRDefault="00000000">
            <w:pPr>
              <w:pStyle w:val="Oznaenseznam"/>
              <w:spacing w:after="16"/>
            </w:pPr>
            <w:r>
              <w:rPr>
                <w:color w:val="000000"/>
                <w:sz w:val="16"/>
              </w:rPr>
              <w:t>Kako veš, da je bil pulz, začetek, konec, glasnost ali skupinska izvedba skladna z merilom?</w:t>
            </w:r>
          </w:p>
          <w:p w14:paraId="02971959" w14:textId="77777777" w:rsidR="008D43AB" w:rsidRDefault="00000000">
            <w:pPr>
              <w:pStyle w:val="Oznaenseznam"/>
              <w:spacing w:after="16"/>
            </w:pPr>
            <w:r>
              <w:rPr>
                <w:color w:val="000000"/>
                <w:sz w:val="16"/>
              </w:rPr>
              <w:t>Zakaj si za motiv, osebo, dogodek ali okolje izbral/-a prav ta glas, predmet ali glasbilo?</w:t>
            </w:r>
          </w:p>
          <w:p w14:paraId="79B4101E"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788794E8" w14:textId="77777777">
              <w:trPr>
                <w:jc w:val="center"/>
              </w:trPr>
              <w:tc>
                <w:tcPr>
                  <w:tcW w:w="7087" w:type="dxa"/>
                  <w:shd w:val="clear" w:color="auto" w:fill="C6E7F3"/>
                  <w:tcMar>
                    <w:top w:w="45" w:type="dxa"/>
                    <w:left w:w="70" w:type="dxa"/>
                    <w:bottom w:w="45" w:type="dxa"/>
                    <w:right w:w="70" w:type="dxa"/>
                  </w:tcMar>
                </w:tcPr>
                <w:p w14:paraId="0BDB563A" w14:textId="77777777" w:rsidR="008D43AB" w:rsidRDefault="00000000">
                  <w:pPr>
                    <w:keepNext/>
                  </w:pPr>
                  <w:r>
                    <w:rPr>
                      <w:b/>
                      <w:color w:val="000000"/>
                    </w:rPr>
                    <w:t>ZAKLJUČNI DEL – NASTOP, POSLUŠALSKI ODZIV IN REFLEKSIJA (8–12 min)</w:t>
                  </w:r>
                </w:p>
              </w:tc>
            </w:tr>
          </w:tbl>
          <w:p w14:paraId="04687E13" w14:textId="77777777" w:rsidR="008D43AB" w:rsidRDefault="008D43AB">
            <w:pPr>
              <w:spacing w:line="20" w:lineRule="exact"/>
            </w:pPr>
          </w:p>
          <w:p w14:paraId="37B940B2"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1A9D39D7" w14:textId="77777777">
              <w:trPr>
                <w:jc w:val="center"/>
              </w:trPr>
              <w:tc>
                <w:tcPr>
                  <w:tcW w:w="7087" w:type="dxa"/>
                  <w:shd w:val="clear" w:color="auto" w:fill="EDC9EA"/>
                  <w:tcMar>
                    <w:top w:w="45" w:type="dxa"/>
                    <w:left w:w="70" w:type="dxa"/>
                    <w:bottom w:w="45" w:type="dxa"/>
                    <w:right w:w="70" w:type="dxa"/>
                  </w:tcMar>
                </w:tcPr>
                <w:p w14:paraId="58F3C36E" w14:textId="77777777" w:rsidR="008D43AB" w:rsidRDefault="00000000">
                  <w:pPr>
                    <w:keepNext/>
                  </w:pPr>
                  <w:r>
                    <w:rPr>
                      <w:b/>
                      <w:color w:val="000000"/>
                    </w:rPr>
                    <w:t>SAMOVREDNOTENJE</w:t>
                  </w:r>
                </w:p>
              </w:tc>
            </w:tr>
          </w:tbl>
          <w:p w14:paraId="1CC0AFA5" w14:textId="77777777" w:rsidR="008D43AB" w:rsidRDefault="008D43AB">
            <w:pPr>
              <w:spacing w:line="20" w:lineRule="exact"/>
            </w:pPr>
          </w:p>
          <w:p w14:paraId="271F0BCF"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511EBF44" w14:textId="77777777">
              <w:trPr>
                <w:jc w:val="center"/>
              </w:trPr>
              <w:tc>
                <w:tcPr>
                  <w:tcW w:w="7087" w:type="dxa"/>
                  <w:shd w:val="clear" w:color="auto" w:fill="EDC9EA"/>
                  <w:tcMar>
                    <w:top w:w="45" w:type="dxa"/>
                    <w:left w:w="70" w:type="dxa"/>
                    <w:bottom w:w="45" w:type="dxa"/>
                    <w:right w:w="70" w:type="dxa"/>
                  </w:tcMar>
                </w:tcPr>
                <w:p w14:paraId="6D14C6E2" w14:textId="77777777" w:rsidR="008D43AB" w:rsidRDefault="00000000">
                  <w:pPr>
                    <w:keepNext/>
                  </w:pPr>
                  <w:r>
                    <w:rPr>
                      <w:b/>
                      <w:color w:val="000000"/>
                    </w:rPr>
                    <w:t>VRSTNIŠKO VREDNOTENJE</w:t>
                  </w:r>
                </w:p>
              </w:tc>
            </w:tr>
          </w:tbl>
          <w:p w14:paraId="239C7496" w14:textId="77777777" w:rsidR="008D43AB" w:rsidRDefault="008D43AB">
            <w:pPr>
              <w:spacing w:line="20" w:lineRule="exact"/>
            </w:pPr>
          </w:p>
          <w:p w14:paraId="44317303"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41666A60" w14:textId="77777777">
              <w:trPr>
                <w:jc w:val="center"/>
              </w:trPr>
              <w:tc>
                <w:tcPr>
                  <w:tcW w:w="7087" w:type="dxa"/>
                  <w:shd w:val="clear" w:color="auto" w:fill="EDC9EA"/>
                  <w:tcMar>
                    <w:top w:w="45" w:type="dxa"/>
                    <w:left w:w="70" w:type="dxa"/>
                    <w:bottom w:w="45" w:type="dxa"/>
                    <w:right w:w="70" w:type="dxa"/>
                  </w:tcMar>
                </w:tcPr>
                <w:p w14:paraId="38160FBC" w14:textId="77777777" w:rsidR="008D43AB" w:rsidRDefault="00000000">
                  <w:pPr>
                    <w:keepNext/>
                  </w:pPr>
                  <w:r>
                    <w:rPr>
                      <w:b/>
                      <w:color w:val="000000"/>
                    </w:rPr>
                    <w:t>SKUPNI POVZETEK</w:t>
                  </w:r>
                </w:p>
              </w:tc>
            </w:tr>
          </w:tbl>
          <w:p w14:paraId="110BBEDE" w14:textId="77777777" w:rsidR="008D43AB" w:rsidRDefault="008D43AB"/>
          <w:p w14:paraId="0AA603E6" w14:textId="77777777" w:rsidR="008D43AB" w:rsidRDefault="00000000">
            <w:pPr>
              <w:spacing w:before="20" w:after="40" w:line="245" w:lineRule="auto"/>
            </w:pPr>
            <w:r>
              <w:rPr>
                <w:b/>
                <w:color w:val="000000"/>
                <w:sz w:val="16"/>
              </w:rPr>
              <w:t>ustvarim zvočno zaporedje; sledim dogovorjenemu znaku; vrednotim skupinsko izvedbo. Izbrani dokaz pojasnim in po povratni informaciji izboljšam.</w:t>
            </w:r>
          </w:p>
        </w:tc>
        <w:tc>
          <w:tcPr>
            <w:tcW w:w="2551" w:type="dxa"/>
            <w:tcMar>
              <w:top w:w="70" w:type="dxa"/>
              <w:left w:w="90" w:type="dxa"/>
              <w:bottom w:w="70" w:type="dxa"/>
              <w:right w:w="90" w:type="dxa"/>
            </w:tcMar>
          </w:tcPr>
          <w:p w14:paraId="1DF03957" w14:textId="77777777" w:rsidR="008D43AB" w:rsidRDefault="008D43AB"/>
          <w:p w14:paraId="23D48D95" w14:textId="77777777" w:rsidR="008D43AB" w:rsidRDefault="00000000">
            <w:pPr>
              <w:spacing w:after="80" w:line="245" w:lineRule="auto"/>
            </w:pPr>
            <w:r>
              <w:rPr>
                <w:color w:val="000000"/>
                <w:sz w:val="16"/>
              </w:rPr>
              <w:t>Odgovarja na podporna vprašanja in se sklicuje na slišano, izvedeno, ustvarjeno ali zapisano.</w:t>
            </w:r>
          </w:p>
          <w:p w14:paraId="2C4851D7" w14:textId="77777777" w:rsidR="008D43AB" w:rsidRDefault="00000000">
            <w:pPr>
              <w:spacing w:after="80" w:line="245" w:lineRule="auto"/>
            </w:pPr>
            <w:r>
              <w:rPr>
                <w:color w:val="000000"/>
                <w:sz w:val="16"/>
              </w:rPr>
              <w:t>Predstavi izbrani dokaz ter pove, katero merilo z njim pokaže.</w:t>
            </w:r>
          </w:p>
          <w:p w14:paraId="6D786E3C" w14:textId="77777777" w:rsidR="008D43AB" w:rsidRDefault="00000000">
            <w:pPr>
              <w:spacing w:after="80" w:line="245" w:lineRule="auto"/>
            </w:pPr>
            <w:r>
              <w:rPr>
                <w:color w:val="000000"/>
                <w:sz w:val="16"/>
              </w:rPr>
              <w:t>Posluša vrstnika, opiše eno slišano moč in poda prijazen predlog za izboljšavo.</w:t>
            </w:r>
          </w:p>
          <w:p w14:paraId="4029D86D" w14:textId="77777777" w:rsidR="008D43AB" w:rsidRDefault="00000000">
            <w:pPr>
              <w:spacing w:after="80" w:line="245" w:lineRule="auto"/>
            </w:pPr>
            <w:r>
              <w:rPr>
                <w:color w:val="000000"/>
                <w:sz w:val="16"/>
              </w:rPr>
              <w:t>Po povratni informaciji izvedbo, gib, ritem, zvočno izbiro ali slikovni zapis ponovi in izboljša.</w:t>
            </w:r>
          </w:p>
          <w:p w14:paraId="2060A557" w14:textId="77777777" w:rsidR="008D43AB" w:rsidRDefault="00000000">
            <w:pPr>
              <w:spacing w:after="100" w:line="245" w:lineRule="auto"/>
            </w:pPr>
            <w:r>
              <w:rPr>
                <w:color w:val="000000"/>
                <w:sz w:val="16"/>
              </w:rPr>
              <w:t>Izbere raven samostojnosti ter določi majhen in izvedljiv naslednji glasbeni korak.</w:t>
            </w:r>
          </w:p>
          <w:p w14:paraId="36B3C8FB" w14:textId="77777777" w:rsidR="008D43AB" w:rsidRDefault="00000000">
            <w:pPr>
              <w:spacing w:after="20" w:line="245" w:lineRule="auto"/>
            </w:pPr>
            <w:r>
              <w:rPr>
                <w:b/>
                <w:color w:val="D95BC6"/>
                <w:sz w:val="17"/>
              </w:rPr>
              <w:t>DOKAZ O UČENJU</w:t>
            </w:r>
          </w:p>
          <w:p w14:paraId="2A321EE0"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5F0382C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4395DDC" w14:textId="77777777">
        <w:trPr>
          <w:cantSplit/>
          <w:jc w:val="center"/>
        </w:trPr>
        <w:tc>
          <w:tcPr>
            <w:tcW w:w="14060" w:type="dxa"/>
            <w:gridSpan w:val="6"/>
            <w:tcMar>
              <w:top w:w="70" w:type="dxa"/>
              <w:left w:w="90" w:type="dxa"/>
              <w:bottom w:w="70" w:type="dxa"/>
              <w:right w:w="90" w:type="dxa"/>
            </w:tcMar>
            <w:vAlign w:val="center"/>
          </w:tcPr>
          <w:p w14:paraId="24BDE650" w14:textId="77777777" w:rsidR="008D43AB" w:rsidRDefault="00000000">
            <w:pPr>
              <w:jc w:val="center"/>
            </w:pPr>
            <w:r>
              <w:rPr>
                <w:b/>
                <w:color w:val="000000"/>
                <w:sz w:val="24"/>
              </w:rPr>
              <w:lastRenderedPageBreak/>
              <w:t>UČNA PRIPRAVA 9/39</w:t>
            </w:r>
          </w:p>
        </w:tc>
      </w:tr>
      <w:tr w:rsidR="008D43AB" w14:paraId="721FDEFC" w14:textId="77777777">
        <w:trPr>
          <w:jc w:val="center"/>
        </w:trPr>
        <w:tc>
          <w:tcPr>
            <w:tcW w:w="2665" w:type="dxa"/>
            <w:tcMar>
              <w:top w:w="70" w:type="dxa"/>
              <w:left w:w="90" w:type="dxa"/>
              <w:bottom w:w="70" w:type="dxa"/>
              <w:right w:w="90" w:type="dxa"/>
            </w:tcMar>
            <w:vAlign w:val="center"/>
          </w:tcPr>
          <w:p w14:paraId="47D28FBF"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3E16F85"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A80390E"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4198BC1" w14:textId="77777777" w:rsidR="008D43AB" w:rsidRDefault="00000000">
            <w:r>
              <w:rPr>
                <w:b/>
                <w:color w:val="000000"/>
                <w:sz w:val="16"/>
              </w:rPr>
              <w:t xml:space="preserve">NAČRTOVANI TERMIN: </w:t>
            </w:r>
            <w:r>
              <w:rPr>
                <w:color w:val="000000"/>
                <w:sz w:val="16"/>
              </w:rPr>
              <w:t>9. teden • 2.–6. 11. 2026</w:t>
            </w:r>
          </w:p>
        </w:tc>
        <w:tc>
          <w:tcPr>
            <w:tcW w:w="2268" w:type="dxa"/>
            <w:tcMar>
              <w:top w:w="70" w:type="dxa"/>
              <w:left w:w="90" w:type="dxa"/>
              <w:bottom w:w="70" w:type="dxa"/>
              <w:right w:w="90" w:type="dxa"/>
            </w:tcMar>
            <w:vAlign w:val="center"/>
          </w:tcPr>
          <w:p w14:paraId="33133166"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25AD812" w14:textId="77777777" w:rsidR="008D43AB" w:rsidRDefault="00000000">
            <w:r>
              <w:rPr>
                <w:b/>
                <w:color w:val="000000"/>
                <w:sz w:val="16"/>
              </w:rPr>
              <w:t xml:space="preserve">ŠTEVILO UR: </w:t>
            </w:r>
            <w:r>
              <w:rPr>
                <w:color w:val="000000"/>
                <w:sz w:val="16"/>
              </w:rPr>
              <w:t>2</w:t>
            </w:r>
          </w:p>
        </w:tc>
      </w:tr>
      <w:tr w:rsidR="008D43AB" w14:paraId="4A524999" w14:textId="77777777">
        <w:trPr>
          <w:jc w:val="center"/>
        </w:trPr>
        <w:tc>
          <w:tcPr>
            <w:tcW w:w="14061" w:type="dxa"/>
            <w:gridSpan w:val="6"/>
            <w:tcMar>
              <w:top w:w="70" w:type="dxa"/>
              <w:left w:w="90" w:type="dxa"/>
              <w:bottom w:w="70" w:type="dxa"/>
              <w:right w:w="90" w:type="dxa"/>
            </w:tcMar>
            <w:vAlign w:val="center"/>
          </w:tcPr>
          <w:p w14:paraId="4BBA6F72"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785502BD" w14:textId="77777777">
        <w:trPr>
          <w:cantSplit/>
          <w:jc w:val="center"/>
        </w:trPr>
        <w:tc>
          <w:tcPr>
            <w:tcW w:w="14060" w:type="dxa"/>
            <w:gridSpan w:val="6"/>
            <w:tcMar>
              <w:top w:w="70" w:type="dxa"/>
              <w:left w:w="90" w:type="dxa"/>
              <w:bottom w:w="70" w:type="dxa"/>
              <w:right w:w="90" w:type="dxa"/>
            </w:tcMar>
            <w:vAlign w:val="center"/>
          </w:tcPr>
          <w:p w14:paraId="51DE3C9C" w14:textId="77777777" w:rsidR="008D43AB" w:rsidRDefault="008D43AB"/>
          <w:p w14:paraId="55C81831" w14:textId="77777777" w:rsidR="008D43AB" w:rsidRDefault="00000000">
            <w:pPr>
              <w:spacing w:line="245" w:lineRule="auto"/>
            </w:pPr>
            <w:r>
              <w:rPr>
                <w:b/>
                <w:color w:val="000000"/>
                <w:sz w:val="16"/>
              </w:rPr>
              <w:t xml:space="preserve">UČNI SKLOP: </w:t>
            </w:r>
            <w:r>
              <w:rPr>
                <w:color w:val="000000"/>
                <w:sz w:val="16"/>
              </w:rPr>
              <w:t>JESEN, SNOVI IN ŽIVA BITJA</w:t>
            </w:r>
          </w:p>
        </w:tc>
      </w:tr>
      <w:tr w:rsidR="008D43AB" w14:paraId="1969BFAE" w14:textId="77777777">
        <w:trPr>
          <w:cantSplit/>
          <w:jc w:val="center"/>
        </w:trPr>
        <w:tc>
          <w:tcPr>
            <w:tcW w:w="14060" w:type="dxa"/>
            <w:gridSpan w:val="6"/>
            <w:tcMar>
              <w:top w:w="70" w:type="dxa"/>
              <w:left w:w="90" w:type="dxa"/>
              <w:bottom w:w="70" w:type="dxa"/>
              <w:right w:w="90" w:type="dxa"/>
            </w:tcMar>
            <w:vAlign w:val="center"/>
          </w:tcPr>
          <w:p w14:paraId="7056FEEC" w14:textId="77777777" w:rsidR="008D43AB" w:rsidRDefault="008D43AB"/>
          <w:p w14:paraId="547EA416" w14:textId="77777777" w:rsidR="008D43AB" w:rsidRDefault="00000000">
            <w:pPr>
              <w:spacing w:line="245" w:lineRule="auto"/>
            </w:pPr>
            <w:r>
              <w:rPr>
                <w:b/>
                <w:color w:val="000000"/>
                <w:sz w:val="16"/>
              </w:rPr>
              <w:t xml:space="preserve">UČNA TEMA: </w:t>
            </w:r>
            <w:r>
              <w:rPr>
                <w:color w:val="000000"/>
                <w:sz w:val="16"/>
              </w:rPr>
              <w:t>ZVOKI JESENI</w:t>
            </w:r>
          </w:p>
        </w:tc>
      </w:tr>
      <w:tr w:rsidR="008D43AB" w14:paraId="163BB494" w14:textId="77777777">
        <w:trPr>
          <w:cantSplit/>
          <w:jc w:val="center"/>
        </w:trPr>
        <w:tc>
          <w:tcPr>
            <w:tcW w:w="14060" w:type="dxa"/>
            <w:gridSpan w:val="6"/>
            <w:tcMar>
              <w:top w:w="70" w:type="dxa"/>
              <w:left w:w="90" w:type="dxa"/>
              <w:bottom w:w="70" w:type="dxa"/>
              <w:right w:w="90" w:type="dxa"/>
            </w:tcMar>
            <w:vAlign w:val="center"/>
          </w:tcPr>
          <w:p w14:paraId="08EB27F8" w14:textId="77777777" w:rsidR="008D43AB" w:rsidRDefault="008D43AB"/>
          <w:p w14:paraId="4068F996" w14:textId="77777777" w:rsidR="008D43AB" w:rsidRDefault="00000000">
            <w:pPr>
              <w:spacing w:line="245" w:lineRule="auto"/>
            </w:pPr>
            <w:r>
              <w:rPr>
                <w:b/>
                <w:color w:val="000000"/>
                <w:sz w:val="16"/>
              </w:rPr>
              <w:t xml:space="preserve">KNJIŽEVNO / MOTIVNO IZHODIŠČE: </w:t>
            </w:r>
            <w:r>
              <w:rPr>
                <w:color w:val="000000"/>
                <w:sz w:val="16"/>
              </w:rPr>
              <w:t>»Sonček boža tačice« – Srečko Kosovel • sonce, jesensko vreme in čutno doživljanje narave</w:t>
            </w:r>
          </w:p>
        </w:tc>
      </w:tr>
      <w:tr w:rsidR="008D43AB" w14:paraId="561ECA18" w14:textId="77777777">
        <w:trPr>
          <w:cantSplit/>
          <w:jc w:val="center"/>
        </w:trPr>
        <w:tc>
          <w:tcPr>
            <w:tcW w:w="14060" w:type="dxa"/>
            <w:gridSpan w:val="6"/>
            <w:tcMar>
              <w:top w:w="70" w:type="dxa"/>
              <w:left w:w="90" w:type="dxa"/>
              <w:bottom w:w="70" w:type="dxa"/>
              <w:right w:w="90" w:type="dxa"/>
            </w:tcMar>
            <w:vAlign w:val="center"/>
          </w:tcPr>
          <w:p w14:paraId="0B8B5761" w14:textId="77777777" w:rsidR="008D43AB" w:rsidRDefault="008D43AB"/>
          <w:p w14:paraId="7BA3CDE5" w14:textId="77777777" w:rsidR="008D43AB" w:rsidRDefault="00000000">
            <w:pPr>
              <w:spacing w:line="245" w:lineRule="auto"/>
            </w:pPr>
            <w:r>
              <w:rPr>
                <w:b/>
                <w:color w:val="000000"/>
                <w:sz w:val="16"/>
              </w:rPr>
              <w:t xml:space="preserve">GLASBENO IZHODIŠČE / REPERTOAR: </w:t>
            </w:r>
            <w:r>
              <w:rPr>
                <w:color w:val="000000"/>
                <w:sz w:val="16"/>
              </w:rPr>
              <w:t>A. Vivaldi: Jesen – izbrani odlomek; zvoki jeseni</w:t>
            </w:r>
          </w:p>
        </w:tc>
      </w:tr>
      <w:tr w:rsidR="008D43AB" w14:paraId="013A40CE" w14:textId="77777777">
        <w:trPr>
          <w:cantSplit/>
          <w:jc w:val="center"/>
        </w:trPr>
        <w:tc>
          <w:tcPr>
            <w:tcW w:w="14060" w:type="dxa"/>
            <w:gridSpan w:val="6"/>
            <w:tcMar>
              <w:top w:w="70" w:type="dxa"/>
              <w:left w:w="90" w:type="dxa"/>
              <w:bottom w:w="70" w:type="dxa"/>
              <w:right w:w="90" w:type="dxa"/>
            </w:tcMar>
            <w:vAlign w:val="center"/>
          </w:tcPr>
          <w:p w14:paraId="763BD6F4" w14:textId="77777777" w:rsidR="008D43AB" w:rsidRDefault="008D43AB"/>
          <w:p w14:paraId="70B23F7B" w14:textId="77777777" w:rsidR="008D43AB" w:rsidRDefault="00000000">
            <w:pPr>
              <w:spacing w:line="245" w:lineRule="auto"/>
            </w:pPr>
            <w:r>
              <w:rPr>
                <w:b/>
                <w:color w:val="000000"/>
                <w:sz w:val="16"/>
              </w:rPr>
              <w:t xml:space="preserve">UČNE ENOTE: </w:t>
            </w:r>
            <w:r>
              <w:rPr>
                <w:color w:val="000000"/>
                <w:sz w:val="16"/>
              </w:rPr>
              <w:t>1. ura – Zvoki Jeseni – Poslušam in izvajam • 2. ura – Zvoki Jeseni – Ustvarim in nastopim</w:t>
            </w:r>
          </w:p>
        </w:tc>
      </w:tr>
      <w:tr w:rsidR="008D43AB" w14:paraId="0CB23433" w14:textId="77777777">
        <w:trPr>
          <w:cantSplit/>
          <w:jc w:val="center"/>
        </w:trPr>
        <w:tc>
          <w:tcPr>
            <w:tcW w:w="14060" w:type="dxa"/>
            <w:gridSpan w:val="6"/>
            <w:tcMar>
              <w:top w:w="70" w:type="dxa"/>
              <w:left w:w="90" w:type="dxa"/>
              <w:bottom w:w="70" w:type="dxa"/>
              <w:right w:w="90" w:type="dxa"/>
            </w:tcMar>
            <w:vAlign w:val="center"/>
          </w:tcPr>
          <w:p w14:paraId="32D4E0B3" w14:textId="77777777" w:rsidR="008D43AB" w:rsidRDefault="008D43AB"/>
          <w:p w14:paraId="2BBCFFE8"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0029AE3C" w14:textId="77777777">
        <w:trPr>
          <w:cantSplit/>
          <w:jc w:val="center"/>
        </w:trPr>
        <w:tc>
          <w:tcPr>
            <w:tcW w:w="14060" w:type="dxa"/>
            <w:gridSpan w:val="6"/>
            <w:tcMar>
              <w:top w:w="70" w:type="dxa"/>
              <w:left w:w="90" w:type="dxa"/>
              <w:bottom w:w="70" w:type="dxa"/>
              <w:right w:w="90" w:type="dxa"/>
            </w:tcMar>
            <w:vAlign w:val="center"/>
          </w:tcPr>
          <w:p w14:paraId="2B893A3E" w14:textId="77777777" w:rsidR="008D43AB" w:rsidRDefault="008D43AB"/>
          <w:p w14:paraId="4A8C3713"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20A0F312" w14:textId="77777777">
        <w:trPr>
          <w:cantSplit/>
          <w:jc w:val="center"/>
        </w:trPr>
        <w:tc>
          <w:tcPr>
            <w:tcW w:w="14060" w:type="dxa"/>
            <w:gridSpan w:val="6"/>
            <w:tcMar>
              <w:top w:w="70" w:type="dxa"/>
              <w:left w:w="90" w:type="dxa"/>
              <w:bottom w:w="70" w:type="dxa"/>
              <w:right w:w="90" w:type="dxa"/>
            </w:tcMar>
            <w:vAlign w:val="center"/>
          </w:tcPr>
          <w:p w14:paraId="5A0DD2D1" w14:textId="77777777" w:rsidR="008D43AB" w:rsidRDefault="008D43AB"/>
          <w:p w14:paraId="5F5D7D68"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DD54649" w14:textId="77777777">
        <w:trPr>
          <w:cantSplit/>
          <w:jc w:val="center"/>
        </w:trPr>
        <w:tc>
          <w:tcPr>
            <w:tcW w:w="14060" w:type="dxa"/>
            <w:gridSpan w:val="6"/>
            <w:tcMar>
              <w:top w:w="70" w:type="dxa"/>
              <w:left w:w="90" w:type="dxa"/>
              <w:bottom w:w="70" w:type="dxa"/>
              <w:right w:w="90" w:type="dxa"/>
            </w:tcMar>
            <w:vAlign w:val="center"/>
          </w:tcPr>
          <w:p w14:paraId="5999CFC8" w14:textId="77777777" w:rsidR="008D43AB" w:rsidRDefault="008D43AB"/>
          <w:p w14:paraId="7CC5081D" w14:textId="77777777" w:rsidR="008D43AB" w:rsidRDefault="00000000">
            <w:pPr>
              <w:spacing w:line="245" w:lineRule="auto"/>
            </w:pPr>
            <w:r>
              <w:rPr>
                <w:b/>
                <w:color w:val="000000"/>
                <w:sz w:val="16"/>
              </w:rPr>
              <w:t xml:space="preserve">MEDPREDMETNE POVEZAVE: </w:t>
            </w:r>
            <w:r>
              <w:rPr>
                <w:color w:val="000000"/>
                <w:sz w:val="16"/>
              </w:rPr>
              <w:t>SPO – sonce, jesensko vreme in čutno doživljanje narave; SLJ – poslušanje, ritmični govor in opis doživetja; ŠPO – pulz, tempo, gibalni odziv in prostorska orientacija; LUM – simbol, barva, linija in zvočni zapis</w:t>
            </w:r>
          </w:p>
        </w:tc>
      </w:tr>
      <w:tr w:rsidR="008D43AB" w14:paraId="7007C02F" w14:textId="77777777">
        <w:trPr>
          <w:cantSplit/>
          <w:jc w:val="center"/>
        </w:trPr>
        <w:tc>
          <w:tcPr>
            <w:tcW w:w="14060" w:type="dxa"/>
            <w:gridSpan w:val="6"/>
            <w:tcMar>
              <w:top w:w="70" w:type="dxa"/>
              <w:left w:w="90" w:type="dxa"/>
              <w:bottom w:w="70" w:type="dxa"/>
              <w:right w:w="90" w:type="dxa"/>
            </w:tcMar>
            <w:vAlign w:val="center"/>
          </w:tcPr>
          <w:p w14:paraId="69F61AD6" w14:textId="77777777" w:rsidR="008D43AB" w:rsidRDefault="008D43AB"/>
          <w:p w14:paraId="2170660D"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04DC78DC" w14:textId="77777777">
        <w:trPr>
          <w:cantSplit/>
          <w:jc w:val="center"/>
        </w:trPr>
        <w:tc>
          <w:tcPr>
            <w:tcW w:w="14060" w:type="dxa"/>
            <w:gridSpan w:val="6"/>
            <w:tcMar>
              <w:top w:w="70" w:type="dxa"/>
              <w:left w:w="90" w:type="dxa"/>
              <w:bottom w:w="70" w:type="dxa"/>
              <w:right w:w="90" w:type="dxa"/>
            </w:tcMar>
            <w:vAlign w:val="center"/>
          </w:tcPr>
          <w:p w14:paraId="7464C581" w14:textId="77777777" w:rsidR="008D43AB" w:rsidRDefault="008D43AB"/>
          <w:p w14:paraId="58F9DE92"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F0228E2" w14:textId="77777777">
        <w:trPr>
          <w:cantSplit/>
          <w:jc w:val="center"/>
        </w:trPr>
        <w:tc>
          <w:tcPr>
            <w:tcW w:w="14060" w:type="dxa"/>
            <w:gridSpan w:val="6"/>
            <w:tcMar>
              <w:top w:w="70" w:type="dxa"/>
              <w:left w:w="90" w:type="dxa"/>
              <w:bottom w:w="70" w:type="dxa"/>
              <w:right w:w="90" w:type="dxa"/>
            </w:tcMar>
            <w:vAlign w:val="center"/>
          </w:tcPr>
          <w:p w14:paraId="19154007" w14:textId="77777777" w:rsidR="008D43AB" w:rsidRDefault="008D43AB"/>
          <w:p w14:paraId="5F46178B"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2EE47FA5" w14:textId="77777777">
        <w:trPr>
          <w:cantSplit/>
          <w:jc w:val="center"/>
        </w:trPr>
        <w:tc>
          <w:tcPr>
            <w:tcW w:w="14060" w:type="dxa"/>
            <w:gridSpan w:val="6"/>
            <w:tcMar>
              <w:top w:w="70" w:type="dxa"/>
              <w:left w:w="90" w:type="dxa"/>
              <w:bottom w:w="70" w:type="dxa"/>
              <w:right w:w="90" w:type="dxa"/>
            </w:tcMar>
            <w:vAlign w:val="center"/>
          </w:tcPr>
          <w:p w14:paraId="30E72378" w14:textId="77777777" w:rsidR="008D43AB" w:rsidRDefault="008D43AB"/>
          <w:p w14:paraId="2E48835E"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0F01B64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7C3DC1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B9C93C"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569D2AC" w14:textId="77777777" w:rsidR="008D43AB" w:rsidRDefault="00000000">
            <w:pPr>
              <w:jc w:val="center"/>
            </w:pPr>
            <w:r>
              <w:rPr>
                <w:b/>
                <w:color w:val="000000"/>
                <w:sz w:val="20"/>
              </w:rPr>
              <w:t>UČNE DEJAVNOSTI, METODE IN FORMATIVNO SPREMLJANJE</w:t>
            </w:r>
          </w:p>
        </w:tc>
      </w:tr>
      <w:tr w:rsidR="008D43AB" w14:paraId="7B0E2959" w14:textId="77777777">
        <w:trPr>
          <w:tblHeader/>
          <w:jc w:val="center"/>
        </w:trPr>
        <w:tc>
          <w:tcPr>
            <w:tcW w:w="4422" w:type="dxa"/>
            <w:vMerge/>
            <w:tcMar>
              <w:top w:w="70" w:type="dxa"/>
              <w:left w:w="90" w:type="dxa"/>
              <w:bottom w:w="70" w:type="dxa"/>
              <w:right w:w="90" w:type="dxa"/>
            </w:tcMar>
            <w:vAlign w:val="center"/>
          </w:tcPr>
          <w:p w14:paraId="5FDF1C65" w14:textId="77777777" w:rsidR="008D43AB" w:rsidRDefault="008D43AB"/>
        </w:tc>
        <w:tc>
          <w:tcPr>
            <w:tcW w:w="7087" w:type="dxa"/>
            <w:shd w:val="clear" w:color="auto" w:fill="FFFFFF"/>
            <w:tcMar>
              <w:top w:w="70" w:type="dxa"/>
              <w:left w:w="90" w:type="dxa"/>
              <w:bottom w:w="70" w:type="dxa"/>
              <w:right w:w="90" w:type="dxa"/>
            </w:tcMar>
            <w:vAlign w:val="center"/>
          </w:tcPr>
          <w:p w14:paraId="0D5137D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FD720B1" w14:textId="77777777" w:rsidR="008D43AB" w:rsidRDefault="00000000">
            <w:pPr>
              <w:jc w:val="center"/>
            </w:pPr>
            <w:r>
              <w:rPr>
                <w:b/>
                <w:color w:val="000000"/>
              </w:rPr>
              <w:t>UČENEC</w:t>
            </w:r>
          </w:p>
        </w:tc>
      </w:tr>
      <w:tr w:rsidR="008D43AB" w14:paraId="1F75B00D" w14:textId="77777777">
        <w:trPr>
          <w:jc w:val="center"/>
        </w:trPr>
        <w:tc>
          <w:tcPr>
            <w:tcW w:w="4422" w:type="dxa"/>
            <w:tcMar>
              <w:top w:w="70" w:type="dxa"/>
              <w:left w:w="90" w:type="dxa"/>
              <w:bottom w:w="70" w:type="dxa"/>
              <w:right w:w="90" w:type="dxa"/>
            </w:tcMar>
          </w:tcPr>
          <w:p w14:paraId="69552FB2" w14:textId="77777777" w:rsidR="008D43AB" w:rsidRDefault="008D43AB"/>
          <w:p w14:paraId="04139CF4" w14:textId="77777777" w:rsidR="008D43AB" w:rsidRDefault="00000000">
            <w:pPr>
              <w:spacing w:after="60" w:line="245" w:lineRule="auto"/>
            </w:pPr>
            <w:r>
              <w:rPr>
                <w:b/>
                <w:color w:val="000000"/>
              </w:rPr>
              <w:t>UČNI CILJI</w:t>
            </w:r>
          </w:p>
          <w:p w14:paraId="7F78F595" w14:textId="77777777" w:rsidR="008D43AB" w:rsidRDefault="00000000">
            <w:pPr>
              <w:spacing w:after="20" w:line="245" w:lineRule="auto"/>
            </w:pPr>
            <w:r>
              <w:rPr>
                <w:b/>
                <w:color w:val="000000"/>
                <w:sz w:val="17"/>
              </w:rPr>
              <w:t>SPLOŠNI</w:t>
            </w:r>
          </w:p>
          <w:p w14:paraId="5E725721"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63856C85" w14:textId="77777777" w:rsidR="008D43AB" w:rsidRDefault="00000000">
            <w:pPr>
              <w:pStyle w:val="Oznaenseznam"/>
              <w:spacing w:after="16"/>
            </w:pPr>
            <w:r>
              <w:rPr>
                <w:color w:val="000000"/>
                <w:sz w:val="16"/>
              </w:rPr>
              <w:t>poje, ritmično govori ter uporablja telo, glasbila in predmete kot zvočne vire</w:t>
            </w:r>
          </w:p>
          <w:p w14:paraId="10A11ADD" w14:textId="77777777" w:rsidR="008D43AB" w:rsidRDefault="00000000">
            <w:pPr>
              <w:pStyle w:val="Oznaenseznam"/>
              <w:spacing w:after="16"/>
            </w:pPr>
            <w:r>
              <w:rPr>
                <w:color w:val="000000"/>
                <w:sz w:val="16"/>
              </w:rPr>
              <w:t>razlikuje izbrane lastnosti zvoka in glasbe ter varuje sluh in odgovorno uporablja glasbila</w:t>
            </w:r>
          </w:p>
          <w:p w14:paraId="0F903D05"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2B81AD27" w14:textId="77777777" w:rsidR="008D43AB" w:rsidRDefault="00000000">
            <w:pPr>
              <w:spacing w:before="40" w:after="20" w:line="245" w:lineRule="auto"/>
            </w:pPr>
            <w:r>
              <w:rPr>
                <w:b/>
                <w:color w:val="000000"/>
                <w:sz w:val="17"/>
              </w:rPr>
              <w:t>OPERATIVNI</w:t>
            </w:r>
          </w:p>
          <w:p w14:paraId="28DC7DD2" w14:textId="77777777" w:rsidR="008D43AB" w:rsidRDefault="00000000">
            <w:pPr>
              <w:pStyle w:val="Oznaenseznam"/>
              <w:spacing w:after="16"/>
            </w:pPr>
            <w:r>
              <w:rPr>
                <w:color w:val="000000"/>
                <w:sz w:val="16"/>
              </w:rPr>
              <w:t>posluša zvoke narave</w:t>
            </w:r>
          </w:p>
          <w:p w14:paraId="2DD3B429" w14:textId="77777777" w:rsidR="008D43AB" w:rsidRDefault="00000000">
            <w:pPr>
              <w:pStyle w:val="Oznaenseznam"/>
              <w:spacing w:after="16"/>
            </w:pPr>
            <w:r>
              <w:rPr>
                <w:color w:val="000000"/>
                <w:sz w:val="16"/>
              </w:rPr>
              <w:t>razlikuje višje in nižje</w:t>
            </w:r>
          </w:p>
          <w:p w14:paraId="2DB35EB0" w14:textId="77777777" w:rsidR="008D43AB" w:rsidRDefault="00000000">
            <w:pPr>
              <w:pStyle w:val="Oznaenseznam"/>
              <w:spacing w:after="16"/>
            </w:pPr>
            <w:r>
              <w:rPr>
                <w:color w:val="000000"/>
                <w:sz w:val="16"/>
              </w:rPr>
              <w:t>ustvari spremljavo</w:t>
            </w:r>
          </w:p>
          <w:p w14:paraId="55445EF4" w14:textId="77777777" w:rsidR="008D43AB" w:rsidRDefault="00000000">
            <w:pPr>
              <w:spacing w:before="40" w:after="20" w:line="245" w:lineRule="auto"/>
            </w:pPr>
            <w:r>
              <w:rPr>
                <w:b/>
                <w:color w:val="000000"/>
                <w:sz w:val="17"/>
              </w:rPr>
              <w:t>PRIČAKOVANI DOSEŽKI / MINIMALNI POUDARKI</w:t>
            </w:r>
          </w:p>
          <w:p w14:paraId="3AFB8863" w14:textId="77777777" w:rsidR="008D43AB" w:rsidRDefault="00000000">
            <w:pPr>
              <w:pStyle w:val="Oznaenseznam"/>
              <w:spacing w:after="16"/>
            </w:pPr>
            <w:r>
              <w:rPr>
                <w:color w:val="000000"/>
                <w:sz w:val="15"/>
              </w:rPr>
              <w:t>samostojno oziroma z dogovorjeno oporo posluša zvoke narave</w:t>
            </w:r>
          </w:p>
          <w:p w14:paraId="5EAC1E52" w14:textId="77777777" w:rsidR="008D43AB" w:rsidRDefault="00000000">
            <w:pPr>
              <w:pStyle w:val="Oznaenseznam"/>
              <w:spacing w:after="16"/>
            </w:pPr>
            <w:r>
              <w:rPr>
                <w:color w:val="000000"/>
                <w:sz w:val="15"/>
              </w:rPr>
              <w:t>samostojno oziroma z dogovorjeno oporo razlikuje višje in nižje</w:t>
            </w:r>
          </w:p>
          <w:p w14:paraId="0C142043" w14:textId="77777777" w:rsidR="008D43AB" w:rsidRDefault="00000000">
            <w:pPr>
              <w:pStyle w:val="Oznaenseznam"/>
              <w:spacing w:after="16"/>
            </w:pPr>
            <w:r>
              <w:rPr>
                <w:color w:val="000000"/>
                <w:sz w:val="15"/>
              </w:rPr>
              <w:t>samostojno oziroma z dogovorjeno oporo ustvari spremljavo</w:t>
            </w:r>
          </w:p>
        </w:tc>
        <w:tc>
          <w:tcPr>
            <w:tcW w:w="7087" w:type="dxa"/>
            <w:tcMar>
              <w:top w:w="70" w:type="dxa"/>
              <w:left w:w="90" w:type="dxa"/>
              <w:bottom w:w="70" w:type="dxa"/>
              <w:right w:w="90" w:type="dxa"/>
            </w:tcMar>
          </w:tcPr>
          <w:p w14:paraId="7B26501A"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9D0D10F" w14:textId="77777777">
              <w:trPr>
                <w:jc w:val="center"/>
              </w:trPr>
              <w:tc>
                <w:tcPr>
                  <w:tcW w:w="7087" w:type="dxa"/>
                  <w:shd w:val="clear" w:color="auto" w:fill="C6E7F3"/>
                  <w:tcMar>
                    <w:top w:w="45" w:type="dxa"/>
                    <w:left w:w="70" w:type="dxa"/>
                    <w:bottom w:w="45" w:type="dxa"/>
                    <w:right w:w="70" w:type="dxa"/>
                  </w:tcMar>
                </w:tcPr>
                <w:p w14:paraId="07DBE445" w14:textId="77777777" w:rsidR="008D43AB" w:rsidRDefault="00000000">
                  <w:pPr>
                    <w:keepNext/>
                  </w:pPr>
                  <w:r>
                    <w:rPr>
                      <w:b/>
                      <w:color w:val="000000"/>
                    </w:rPr>
                    <w:t>UVODNI DEL – zvočna motivacija, aktivacija predznanja in namen učenja (8–12 min)</w:t>
                  </w:r>
                </w:p>
              </w:tc>
            </w:tr>
          </w:tbl>
          <w:p w14:paraId="7AF0E371" w14:textId="77777777" w:rsidR="008D43AB" w:rsidRDefault="008D43AB">
            <w:pPr>
              <w:spacing w:line="20" w:lineRule="exact"/>
            </w:pPr>
          </w:p>
          <w:p w14:paraId="065272B2" w14:textId="77777777" w:rsidR="008D43AB" w:rsidRDefault="00000000">
            <w:pPr>
              <w:spacing w:before="40" w:after="60" w:line="245" w:lineRule="auto"/>
            </w:pPr>
            <w:r>
              <w:rPr>
                <w:color w:val="000000"/>
                <w:sz w:val="16"/>
              </w:rPr>
              <w:t>Učenci ob motivu »Sonček boža tačice« – Srečko Kosovel vstopijo v temo sonce, jesensko vreme in čutno doživljanje narave. Najprej v tišini poslušajo kratek zvočni odlomek ali učiteljičino izvedbo (A. Vivaldi: Jesen – izbrani odlomek; zvoki jeseni),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32F5CA1" w14:textId="77777777">
              <w:trPr>
                <w:jc w:val="center"/>
              </w:trPr>
              <w:tc>
                <w:tcPr>
                  <w:tcW w:w="7087" w:type="dxa"/>
                  <w:shd w:val="clear" w:color="auto" w:fill="EDC9EA"/>
                  <w:tcMar>
                    <w:top w:w="45" w:type="dxa"/>
                    <w:left w:w="70" w:type="dxa"/>
                    <w:bottom w:w="45" w:type="dxa"/>
                    <w:right w:w="70" w:type="dxa"/>
                  </w:tcMar>
                </w:tcPr>
                <w:p w14:paraId="2406C7E5" w14:textId="77777777" w:rsidR="008D43AB" w:rsidRDefault="00000000">
                  <w:pPr>
                    <w:keepNext/>
                  </w:pPr>
                  <w:r>
                    <w:rPr>
                      <w:b/>
                      <w:color w:val="000000"/>
                    </w:rPr>
                    <w:t>NAMENI UČENJA</w:t>
                  </w:r>
                </w:p>
              </w:tc>
            </w:tr>
          </w:tbl>
          <w:p w14:paraId="3B016E6C" w14:textId="77777777" w:rsidR="008D43AB" w:rsidRDefault="008D43AB">
            <w:pPr>
              <w:spacing w:line="20" w:lineRule="exact"/>
            </w:pPr>
          </w:p>
          <w:p w14:paraId="40F5E838"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34DA9505" w14:textId="77777777" w:rsidR="008D43AB" w:rsidRDefault="00000000">
            <w:pPr>
              <w:pStyle w:val="Oznaenseznam"/>
              <w:spacing w:after="16"/>
            </w:pPr>
            <w:r>
              <w:rPr>
                <w:color w:val="000000"/>
                <w:sz w:val="16"/>
              </w:rPr>
              <w:t>poslušam zvoke narave</w:t>
            </w:r>
          </w:p>
          <w:p w14:paraId="4093B124" w14:textId="77777777" w:rsidR="008D43AB" w:rsidRDefault="00000000">
            <w:pPr>
              <w:pStyle w:val="Oznaenseznam"/>
              <w:spacing w:after="16"/>
            </w:pPr>
            <w:r>
              <w:rPr>
                <w:color w:val="000000"/>
                <w:sz w:val="16"/>
              </w:rPr>
              <w:t>razlikujem višje in nižje</w:t>
            </w:r>
          </w:p>
          <w:p w14:paraId="7CFF8120" w14:textId="77777777" w:rsidR="008D43AB" w:rsidRDefault="00000000">
            <w:pPr>
              <w:pStyle w:val="Oznaenseznam"/>
              <w:spacing w:after="16"/>
            </w:pPr>
            <w:r>
              <w:rPr>
                <w:color w:val="000000"/>
                <w:sz w:val="16"/>
              </w:rPr>
              <w:t>ustvarim spremljavo</w:t>
            </w:r>
          </w:p>
          <w:tbl>
            <w:tblPr>
              <w:tblStyle w:val="Tabelamrea"/>
              <w:tblW w:w="0" w:type="auto"/>
              <w:jc w:val="center"/>
              <w:tblLayout w:type="fixed"/>
              <w:tblLook w:val="04A0" w:firstRow="1" w:lastRow="0" w:firstColumn="1" w:lastColumn="0" w:noHBand="0" w:noVBand="1"/>
            </w:tblPr>
            <w:tblGrid>
              <w:gridCol w:w="7087"/>
            </w:tblGrid>
            <w:tr w:rsidR="008D43AB" w14:paraId="187F5748" w14:textId="77777777">
              <w:trPr>
                <w:jc w:val="center"/>
              </w:trPr>
              <w:tc>
                <w:tcPr>
                  <w:tcW w:w="7087" w:type="dxa"/>
                  <w:shd w:val="clear" w:color="auto" w:fill="EDC9EA"/>
                  <w:tcMar>
                    <w:top w:w="45" w:type="dxa"/>
                    <w:left w:w="70" w:type="dxa"/>
                    <w:bottom w:w="45" w:type="dxa"/>
                    <w:right w:w="70" w:type="dxa"/>
                  </w:tcMar>
                </w:tcPr>
                <w:p w14:paraId="71099AAA" w14:textId="77777777" w:rsidR="008D43AB" w:rsidRDefault="00000000">
                  <w:pPr>
                    <w:keepNext/>
                  </w:pPr>
                  <w:r>
                    <w:rPr>
                      <w:b/>
                      <w:color w:val="000000"/>
                    </w:rPr>
                    <w:t>PREVERJANJE PREDZNANJA</w:t>
                  </w:r>
                </w:p>
              </w:tc>
            </w:tr>
          </w:tbl>
          <w:p w14:paraId="684431CE" w14:textId="77777777" w:rsidR="008D43AB" w:rsidRDefault="008D43AB">
            <w:pPr>
              <w:spacing w:line="20" w:lineRule="exact"/>
            </w:pPr>
          </w:p>
          <w:p w14:paraId="1B37A513" w14:textId="77777777" w:rsidR="008D43AB" w:rsidRDefault="00000000">
            <w:pPr>
              <w:pStyle w:val="Oznaenseznam"/>
              <w:spacing w:after="16"/>
            </w:pPr>
            <w:r>
              <w:rPr>
                <w:color w:val="000000"/>
                <w:sz w:val="16"/>
              </w:rPr>
              <w:t>Kaj mi zvok, naslov, slika ali motiv pove o temi sonce, jesensko vreme in čutno doživljanje narave?</w:t>
            </w:r>
          </w:p>
          <w:p w14:paraId="40C47955" w14:textId="77777777" w:rsidR="008D43AB" w:rsidRDefault="00000000">
            <w:pPr>
              <w:pStyle w:val="Oznaenseznam"/>
              <w:spacing w:after="16"/>
            </w:pPr>
            <w:r>
              <w:rPr>
                <w:color w:val="000000"/>
                <w:sz w:val="16"/>
              </w:rPr>
              <w:t>Kako lahko s poslušanjem, glasom, telesom, glasbilom ali simbolom pokažem, kaj že znam pri temi »ZVOKI JESENI«?</w:t>
            </w:r>
          </w:p>
          <w:p w14:paraId="4C6F8AE5"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4CD18B8B" w14:textId="77777777">
              <w:trPr>
                <w:jc w:val="center"/>
              </w:trPr>
              <w:tc>
                <w:tcPr>
                  <w:tcW w:w="7087" w:type="dxa"/>
                  <w:shd w:val="clear" w:color="auto" w:fill="EDC9EA"/>
                  <w:tcMar>
                    <w:top w:w="45" w:type="dxa"/>
                    <w:left w:w="70" w:type="dxa"/>
                    <w:bottom w:w="45" w:type="dxa"/>
                    <w:right w:w="70" w:type="dxa"/>
                  </w:tcMar>
                </w:tcPr>
                <w:p w14:paraId="6E3044F0" w14:textId="77777777" w:rsidR="008D43AB" w:rsidRDefault="00000000">
                  <w:pPr>
                    <w:keepNext/>
                  </w:pPr>
                  <w:r>
                    <w:rPr>
                      <w:b/>
                      <w:color w:val="000000"/>
                    </w:rPr>
                    <w:t>KRITERIJI USPEŠNOSTI</w:t>
                  </w:r>
                </w:p>
              </w:tc>
            </w:tr>
          </w:tbl>
          <w:p w14:paraId="1DE3441E" w14:textId="77777777" w:rsidR="008D43AB" w:rsidRDefault="008D43AB"/>
          <w:p w14:paraId="32B8E69A" w14:textId="77777777" w:rsidR="008D43AB" w:rsidRDefault="00000000">
            <w:pPr>
              <w:spacing w:before="20" w:after="20" w:line="245" w:lineRule="auto"/>
            </w:pPr>
            <w:r>
              <w:rPr>
                <w:b/>
                <w:color w:val="000000"/>
                <w:sz w:val="16"/>
              </w:rPr>
              <w:t>Uspešen/-na bom, ko:</w:t>
            </w:r>
          </w:p>
          <w:p w14:paraId="7A736228" w14:textId="77777777" w:rsidR="008D43AB" w:rsidRDefault="00000000">
            <w:pPr>
              <w:pStyle w:val="Oznaenseznam"/>
              <w:spacing w:after="16"/>
            </w:pPr>
            <w:r>
              <w:rPr>
                <w:color w:val="000000"/>
                <w:sz w:val="16"/>
              </w:rPr>
              <w:t>poslušam zvoke narave</w:t>
            </w:r>
          </w:p>
          <w:p w14:paraId="37898BEC" w14:textId="77777777" w:rsidR="008D43AB" w:rsidRDefault="00000000">
            <w:pPr>
              <w:pStyle w:val="Oznaenseznam"/>
              <w:spacing w:after="16"/>
            </w:pPr>
            <w:r>
              <w:rPr>
                <w:color w:val="000000"/>
                <w:sz w:val="16"/>
              </w:rPr>
              <w:t>razlikujem višje in nižje</w:t>
            </w:r>
          </w:p>
          <w:p w14:paraId="32C9AC16" w14:textId="77777777" w:rsidR="008D43AB" w:rsidRDefault="00000000">
            <w:pPr>
              <w:pStyle w:val="Oznaenseznam"/>
              <w:spacing w:after="16"/>
            </w:pPr>
            <w:r>
              <w:rPr>
                <w:color w:val="000000"/>
                <w:sz w:val="16"/>
              </w:rPr>
              <w:t>ustvarim spremljavo</w:t>
            </w:r>
          </w:p>
          <w:p w14:paraId="7DDB892D" w14:textId="77777777" w:rsidR="008D43AB" w:rsidRDefault="00000000">
            <w:pPr>
              <w:pStyle w:val="Oznaenseznam"/>
              <w:spacing w:after="16"/>
            </w:pPr>
            <w:r>
              <w:rPr>
                <w:color w:val="000000"/>
                <w:sz w:val="16"/>
              </w:rPr>
              <w:t>upoštevam dogovorjeni začetek, konec, znak za tišino in varno glasnost</w:t>
            </w:r>
          </w:p>
          <w:p w14:paraId="6A2A8499"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7C2DC828" w14:textId="77777777" w:rsidR="008D43AB" w:rsidRDefault="008D43AB"/>
          <w:p w14:paraId="036499ED"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4571C215" w14:textId="77777777" w:rsidR="008D43AB" w:rsidRDefault="00000000">
            <w:pPr>
              <w:spacing w:after="80" w:line="245" w:lineRule="auto"/>
            </w:pPr>
            <w:r>
              <w:rPr>
                <w:color w:val="000000"/>
                <w:sz w:val="16"/>
              </w:rPr>
              <w:t>Pove ali pokaže, kaj že zna in katero glasbeno strategijo bi uporabil.</w:t>
            </w:r>
          </w:p>
          <w:p w14:paraId="382F872E" w14:textId="77777777" w:rsidR="008D43AB" w:rsidRDefault="00000000">
            <w:pPr>
              <w:spacing w:after="100" w:line="245" w:lineRule="auto"/>
            </w:pPr>
            <w:r>
              <w:rPr>
                <w:color w:val="000000"/>
                <w:sz w:val="16"/>
              </w:rPr>
              <w:t>Sodeluje pri razumevanju namenov, meril uspešnosti, varne glasnosti in načina dokazovanja.</w:t>
            </w:r>
          </w:p>
          <w:p w14:paraId="1261CA9A" w14:textId="77777777" w:rsidR="008D43AB" w:rsidRDefault="00000000">
            <w:pPr>
              <w:spacing w:after="20" w:line="245" w:lineRule="auto"/>
            </w:pPr>
            <w:r>
              <w:rPr>
                <w:b/>
                <w:color w:val="D95BC6"/>
                <w:sz w:val="17"/>
              </w:rPr>
              <w:t>DOKAZ O UČENJU</w:t>
            </w:r>
          </w:p>
          <w:p w14:paraId="4CA63615"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00EFB63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885D4A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2D5CFB"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54C13A" w14:textId="77777777" w:rsidR="008D43AB" w:rsidRDefault="00000000">
            <w:pPr>
              <w:jc w:val="center"/>
            </w:pPr>
            <w:r>
              <w:rPr>
                <w:b/>
                <w:color w:val="000000"/>
                <w:sz w:val="20"/>
              </w:rPr>
              <w:t>UČNE DEJAVNOSTI, METODE IN FORMATIVNO SPREMLJANJE</w:t>
            </w:r>
          </w:p>
        </w:tc>
      </w:tr>
      <w:tr w:rsidR="008D43AB" w14:paraId="12FA51B4" w14:textId="77777777">
        <w:trPr>
          <w:tblHeader/>
          <w:jc w:val="center"/>
        </w:trPr>
        <w:tc>
          <w:tcPr>
            <w:tcW w:w="4422" w:type="dxa"/>
            <w:vMerge/>
            <w:tcMar>
              <w:top w:w="70" w:type="dxa"/>
              <w:left w:w="90" w:type="dxa"/>
              <w:bottom w:w="70" w:type="dxa"/>
              <w:right w:w="90" w:type="dxa"/>
            </w:tcMar>
            <w:vAlign w:val="center"/>
          </w:tcPr>
          <w:p w14:paraId="013CEA29" w14:textId="77777777" w:rsidR="008D43AB" w:rsidRDefault="008D43AB"/>
        </w:tc>
        <w:tc>
          <w:tcPr>
            <w:tcW w:w="7087" w:type="dxa"/>
            <w:shd w:val="clear" w:color="auto" w:fill="FFFFFF"/>
            <w:tcMar>
              <w:top w:w="70" w:type="dxa"/>
              <w:left w:w="90" w:type="dxa"/>
              <w:bottom w:w="70" w:type="dxa"/>
              <w:right w:w="90" w:type="dxa"/>
            </w:tcMar>
            <w:vAlign w:val="center"/>
          </w:tcPr>
          <w:p w14:paraId="18EFDD4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5095B24" w14:textId="77777777" w:rsidR="008D43AB" w:rsidRDefault="00000000">
            <w:pPr>
              <w:jc w:val="center"/>
            </w:pPr>
            <w:r>
              <w:rPr>
                <w:b/>
                <w:color w:val="000000"/>
              </w:rPr>
              <w:t>UČENEC</w:t>
            </w:r>
          </w:p>
        </w:tc>
      </w:tr>
      <w:tr w:rsidR="008D43AB" w14:paraId="332C14A2" w14:textId="77777777">
        <w:trPr>
          <w:jc w:val="center"/>
        </w:trPr>
        <w:tc>
          <w:tcPr>
            <w:tcW w:w="4422" w:type="dxa"/>
            <w:tcMar>
              <w:top w:w="70" w:type="dxa"/>
              <w:left w:w="90" w:type="dxa"/>
              <w:bottom w:w="70" w:type="dxa"/>
              <w:right w:w="90" w:type="dxa"/>
            </w:tcMar>
          </w:tcPr>
          <w:p w14:paraId="281D2B7A" w14:textId="77777777" w:rsidR="008D43AB" w:rsidRDefault="008D43AB"/>
          <w:p w14:paraId="0219ACEF" w14:textId="77777777" w:rsidR="008D43AB" w:rsidRDefault="00000000">
            <w:pPr>
              <w:spacing w:after="40" w:line="245" w:lineRule="auto"/>
            </w:pPr>
            <w:r>
              <w:rPr>
                <w:b/>
                <w:color w:val="000000"/>
              </w:rPr>
              <w:t>KLJUČNI GLASBENI POJMI</w:t>
            </w:r>
          </w:p>
          <w:p w14:paraId="2E0BF67C" w14:textId="77777777" w:rsidR="008D43AB" w:rsidRDefault="00000000">
            <w:pPr>
              <w:spacing w:after="60" w:line="245" w:lineRule="auto"/>
            </w:pPr>
            <w:r>
              <w:rPr>
                <w:color w:val="000000"/>
                <w:sz w:val="15"/>
              </w:rPr>
              <w:t>poslušanje, zvok, tišina, izvedba, glasbeni znak, dokaz, povratna informacija, zvočni vir, glasno–tiho, visoko–nizko, dolgo–kratko, naravno–umetno</w:t>
            </w:r>
          </w:p>
          <w:p w14:paraId="1BFBCC97" w14:textId="77777777" w:rsidR="008D43AB" w:rsidRDefault="00000000">
            <w:pPr>
              <w:spacing w:after="20" w:line="245" w:lineRule="auto"/>
            </w:pPr>
            <w:r>
              <w:rPr>
                <w:b/>
                <w:color w:val="000000"/>
                <w:sz w:val="17"/>
              </w:rPr>
              <w:t>DOKAZI O UČENJU</w:t>
            </w:r>
          </w:p>
          <w:p w14:paraId="25E489A9" w14:textId="77777777" w:rsidR="008D43AB" w:rsidRDefault="00000000">
            <w:pPr>
              <w:pStyle w:val="Oznaenseznam"/>
              <w:spacing w:after="9"/>
            </w:pPr>
            <w:r>
              <w:rPr>
                <w:color w:val="000000"/>
                <w:sz w:val="15"/>
              </w:rPr>
              <w:t>poslušalski gibalni odziv, ritmični/pevski odmev in učiteljev zapis o skupnem pulzu oziroma začetku/koncu.</w:t>
            </w:r>
          </w:p>
          <w:p w14:paraId="4B81D2D7" w14:textId="77777777" w:rsidR="008D43AB" w:rsidRDefault="00000000">
            <w:pPr>
              <w:pStyle w:val="Oznaenseznam"/>
              <w:spacing w:after="9"/>
            </w:pPr>
            <w:r>
              <w:rPr>
                <w:color w:val="000000"/>
                <w:sz w:val="15"/>
              </w:rPr>
              <w:t>slikovni zvočni zapis, skupinska izvedba/posnetek in vrstniška opisna povratna informacija.</w:t>
            </w:r>
          </w:p>
          <w:p w14:paraId="4E824FA8" w14:textId="77777777" w:rsidR="008D43AB" w:rsidRDefault="00000000">
            <w:pPr>
              <w:spacing w:before="40" w:after="20" w:line="245" w:lineRule="auto"/>
            </w:pPr>
            <w:r>
              <w:rPr>
                <w:b/>
                <w:color w:val="000000"/>
                <w:sz w:val="17"/>
              </w:rPr>
              <w:t>GLASBENO DOŽIVETJE IN IZKUŠENJSKI POUK</w:t>
            </w:r>
          </w:p>
          <w:p w14:paraId="7836B9CB"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668291D0" w14:textId="77777777" w:rsidR="008D43AB" w:rsidRDefault="00000000">
            <w:pPr>
              <w:spacing w:after="20" w:line="245" w:lineRule="auto"/>
            </w:pPr>
            <w:r>
              <w:rPr>
                <w:b/>
                <w:color w:val="000000"/>
                <w:sz w:val="17"/>
              </w:rPr>
              <w:t>POUČEVANJE V GIBANJU</w:t>
            </w:r>
          </w:p>
          <w:p w14:paraId="3A20B626"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3F8A4A0" w14:textId="77777777" w:rsidR="008D43AB" w:rsidRDefault="00000000">
            <w:pPr>
              <w:spacing w:after="20" w:line="245" w:lineRule="auto"/>
            </w:pPr>
            <w:r>
              <w:rPr>
                <w:b/>
                <w:color w:val="000000"/>
                <w:sz w:val="17"/>
              </w:rPr>
              <w:t>DELO PO POSTAJAH</w:t>
            </w:r>
          </w:p>
          <w:p w14:paraId="44D05947"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07FDD9C1" w14:textId="77777777" w:rsidR="008D43AB" w:rsidRDefault="00000000">
            <w:pPr>
              <w:spacing w:after="10" w:line="245" w:lineRule="auto"/>
            </w:pPr>
            <w:r>
              <w:rPr>
                <w:color w:val="000000"/>
                <w:sz w:val="15"/>
              </w:rPr>
              <w:t>1. Aktivno poslušanje: prepoznam zvočni vir ali spremembo ter odziv pokažem s kartico, gibom ali besedo.</w:t>
            </w:r>
          </w:p>
          <w:p w14:paraId="3097763D" w14:textId="77777777" w:rsidR="008D43AB" w:rsidRDefault="00000000">
            <w:pPr>
              <w:spacing w:after="10" w:line="245" w:lineRule="auto"/>
            </w:pPr>
            <w:r>
              <w:rPr>
                <w:color w:val="000000"/>
                <w:sz w:val="15"/>
              </w:rPr>
              <w:t>2. Gibalna: glasbeno lastnost ponazorim s hojo, nivojem telesa, smerjo, hitrostjo in zamrznitvijo.</w:t>
            </w:r>
          </w:p>
          <w:p w14:paraId="3D9FD3AF" w14:textId="77777777" w:rsidR="008D43AB" w:rsidRDefault="00000000">
            <w:pPr>
              <w:spacing w:after="10" w:line="245" w:lineRule="auto"/>
            </w:pPr>
            <w:r>
              <w:rPr>
                <w:color w:val="000000"/>
                <w:sz w:val="15"/>
              </w:rPr>
              <w:t>3. Izvajalska: zvok posnemam z glasom, telesom ali glasbilom ter upoštevam začetek, konec in tišino.</w:t>
            </w:r>
          </w:p>
          <w:p w14:paraId="3788AC07" w14:textId="77777777" w:rsidR="008D43AB" w:rsidRDefault="00000000">
            <w:pPr>
              <w:spacing w:after="10" w:line="245" w:lineRule="auto"/>
            </w:pPr>
            <w:r>
              <w:rPr>
                <w:color w:val="000000"/>
                <w:sz w:val="15"/>
              </w:rPr>
              <w:t>4. Likovno-zapisna: doživetje ali zvočno zaporedje prikažem s simboli, ga predstavim in izboljšam.</w:t>
            </w:r>
          </w:p>
          <w:p w14:paraId="113C5F03" w14:textId="77777777" w:rsidR="008D43AB" w:rsidRDefault="00000000">
            <w:pPr>
              <w:spacing w:after="20" w:line="245" w:lineRule="auto"/>
            </w:pPr>
            <w:r>
              <w:rPr>
                <w:b/>
                <w:color w:val="000000"/>
                <w:sz w:val="17"/>
              </w:rPr>
              <w:t>DIFERENCIACIJA IN VKLJUČEVANJE</w:t>
            </w:r>
          </w:p>
          <w:p w14:paraId="5415C118"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619D88BD" w14:textId="77777777" w:rsidR="008D43AB" w:rsidRDefault="00000000">
            <w:pPr>
              <w:spacing w:after="20" w:line="245" w:lineRule="auto"/>
            </w:pPr>
            <w:r>
              <w:rPr>
                <w:b/>
                <w:color w:val="000000"/>
                <w:sz w:val="17"/>
              </w:rPr>
              <w:t>SPREMLJANJE</w:t>
            </w:r>
          </w:p>
          <w:p w14:paraId="73939E63"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0130331B"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CF23C9B" w14:textId="77777777">
              <w:trPr>
                <w:jc w:val="center"/>
              </w:trPr>
              <w:tc>
                <w:tcPr>
                  <w:tcW w:w="7087" w:type="dxa"/>
                  <w:shd w:val="clear" w:color="auto" w:fill="C6E7F3"/>
                  <w:tcMar>
                    <w:top w:w="45" w:type="dxa"/>
                    <w:left w:w="70" w:type="dxa"/>
                    <w:bottom w:w="45" w:type="dxa"/>
                    <w:right w:w="70" w:type="dxa"/>
                  </w:tcMar>
                </w:tcPr>
                <w:p w14:paraId="31253F18" w14:textId="77777777" w:rsidR="008D43AB" w:rsidRDefault="00000000">
                  <w:pPr>
                    <w:keepNext/>
                  </w:pPr>
                  <w:r>
                    <w:rPr>
                      <w:b/>
                      <w:color w:val="000000"/>
                      <w:sz w:val="17"/>
                    </w:rPr>
                    <w:t>GLAVNI DEL – POSLUŠANJE, IZVAJANJE, GIBANJE IN USTVARJANJE (2 šolski uri)</w:t>
                  </w:r>
                </w:p>
              </w:tc>
            </w:tr>
          </w:tbl>
          <w:p w14:paraId="740BF72F" w14:textId="77777777" w:rsidR="008D43AB" w:rsidRDefault="008D43AB">
            <w:pPr>
              <w:spacing w:line="20" w:lineRule="exact"/>
            </w:pPr>
          </w:p>
          <w:p w14:paraId="0A16CBD3" w14:textId="77777777" w:rsidR="008D43AB" w:rsidRDefault="00000000">
            <w:pPr>
              <w:keepNext/>
              <w:spacing w:before="24" w:after="8" w:line="245" w:lineRule="auto"/>
            </w:pPr>
            <w:r>
              <w:rPr>
                <w:b/>
                <w:color w:val="000000"/>
                <w:sz w:val="16"/>
              </w:rPr>
              <w:t>1. URA – Zvoki Jeseni – Poslušam in izvajam</w:t>
            </w:r>
          </w:p>
          <w:p w14:paraId="279619F9"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»ZVOKI JESENI«,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446F2166"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76612BE1"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8DD512D" w14:textId="77777777" w:rsidR="008D43AB" w:rsidRDefault="00000000">
            <w:pPr>
              <w:keepNext/>
              <w:spacing w:before="24" w:after="8" w:line="245" w:lineRule="auto"/>
            </w:pPr>
            <w:r>
              <w:rPr>
                <w:b/>
                <w:color w:val="000000"/>
                <w:sz w:val="16"/>
              </w:rPr>
              <w:t>2. URA – Zvoki Jeseni – Ustvarim in nastopim</w:t>
            </w:r>
          </w:p>
          <w:p w14:paraId="2D7FD755"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zvoki jeseni«; usmerja izbiro, zapis, vajo in menjavo vlog. Zaključek: 10' – Organizira nastop in odziv poslušalcev po kriterijih; posname kratek dokaz, če so soglasja urejena.</w:t>
            </w:r>
          </w:p>
          <w:p w14:paraId="1C74A342"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1A7EA7A"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2D6BFD10" w14:textId="77777777">
              <w:trPr>
                <w:jc w:val="center"/>
              </w:trPr>
              <w:tc>
                <w:tcPr>
                  <w:tcW w:w="7087" w:type="dxa"/>
                  <w:shd w:val="clear" w:color="auto" w:fill="EDC9EA"/>
                  <w:tcMar>
                    <w:top w:w="45" w:type="dxa"/>
                    <w:left w:w="70" w:type="dxa"/>
                    <w:bottom w:w="45" w:type="dxa"/>
                    <w:right w:w="70" w:type="dxa"/>
                  </w:tcMar>
                </w:tcPr>
                <w:p w14:paraId="61DB1971" w14:textId="77777777" w:rsidR="008D43AB" w:rsidRDefault="00000000">
                  <w:pPr>
                    <w:keepNext/>
                  </w:pPr>
                  <w:r>
                    <w:rPr>
                      <w:b/>
                      <w:color w:val="000000"/>
                      <w:sz w:val="17"/>
                    </w:rPr>
                    <w:t>ORGANIZACIJA POSTAJ IN PREHODOV</w:t>
                  </w:r>
                </w:p>
              </w:tc>
            </w:tr>
          </w:tbl>
          <w:p w14:paraId="22D80FB4" w14:textId="77777777" w:rsidR="008D43AB" w:rsidRDefault="008D43AB"/>
          <w:p w14:paraId="55DF2B68"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6D910567"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6F892B57"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7C508A3C"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38D413B6"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3B0506F5" w14:textId="77777777" w:rsidR="008D43AB" w:rsidRDefault="008D43AB"/>
          <w:p w14:paraId="4AE8B6AD" w14:textId="77777777" w:rsidR="008D43AB" w:rsidRDefault="00000000">
            <w:pPr>
              <w:spacing w:after="6" w:line="245" w:lineRule="auto"/>
            </w:pPr>
            <w:r>
              <w:rPr>
                <w:b/>
                <w:color w:val="000000"/>
                <w:sz w:val="15"/>
              </w:rPr>
              <w:t>1. URA – Zvoki Jeseni – Poslušam in izvajam</w:t>
            </w:r>
          </w:p>
          <w:p w14:paraId="5CB4E43C"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22A4C663" w14:textId="77777777" w:rsidR="008D43AB" w:rsidRDefault="00000000">
            <w:pPr>
              <w:spacing w:after="20" w:line="245" w:lineRule="auto"/>
            </w:pPr>
            <w:r>
              <w:rPr>
                <w:color w:val="D95BC6"/>
                <w:sz w:val="14"/>
              </w:rPr>
              <w:t>Dokaz: poslušalski gibalni odziv, ritmični/pevski odmev in učiteljev zapis o skupnem pulzu oziroma.</w:t>
            </w:r>
          </w:p>
          <w:p w14:paraId="265B8FB8" w14:textId="77777777" w:rsidR="008D43AB" w:rsidRDefault="00000000">
            <w:pPr>
              <w:spacing w:after="6" w:line="245" w:lineRule="auto"/>
            </w:pPr>
            <w:r>
              <w:rPr>
                <w:b/>
                <w:color w:val="000000"/>
                <w:sz w:val="15"/>
              </w:rPr>
              <w:t>2. URA – Zvoki Jeseni – Ustvarim in nastopim</w:t>
            </w:r>
          </w:p>
          <w:p w14:paraId="21A551D3"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5E40C62B" w14:textId="77777777" w:rsidR="008D43AB" w:rsidRDefault="00000000">
            <w:pPr>
              <w:spacing w:after="20" w:line="245" w:lineRule="auto"/>
            </w:pPr>
            <w:r>
              <w:rPr>
                <w:color w:val="D95BC6"/>
                <w:sz w:val="14"/>
              </w:rPr>
              <w:t>Dokaz: slikovni zvočni zapis, skupinska izvedba/posnetek in vrstniška opisna povratna informacija.</w:t>
            </w:r>
          </w:p>
          <w:p w14:paraId="75FF5A80" w14:textId="77777777" w:rsidR="008D43AB" w:rsidRDefault="00000000">
            <w:pPr>
              <w:spacing w:before="40" w:after="20" w:line="245" w:lineRule="auto"/>
            </w:pPr>
            <w:r>
              <w:rPr>
                <w:b/>
                <w:color w:val="D95BC6"/>
                <w:sz w:val="16"/>
              </w:rPr>
              <w:t>MOJ KROG POSTAJ</w:t>
            </w:r>
          </w:p>
          <w:p w14:paraId="603FDC81" w14:textId="77777777" w:rsidR="008D43AB" w:rsidRDefault="00000000">
            <w:pPr>
              <w:spacing w:after="11" w:line="245" w:lineRule="auto"/>
            </w:pPr>
            <w:r>
              <w:rPr>
                <w:color w:val="000000"/>
                <w:sz w:val="14"/>
              </w:rPr>
              <w:t>1. Aktivno poslušanje: prepoznam zvočni vir ali spremembo ter odziv pokažem s kartico.</w:t>
            </w:r>
          </w:p>
          <w:p w14:paraId="0CFB3262" w14:textId="77777777" w:rsidR="008D43AB" w:rsidRDefault="00000000">
            <w:pPr>
              <w:spacing w:after="11" w:line="245" w:lineRule="auto"/>
            </w:pPr>
            <w:r>
              <w:rPr>
                <w:color w:val="000000"/>
                <w:sz w:val="14"/>
              </w:rPr>
              <w:t>2. Gibalna: glasbeno lastnost ponazorim s hojo, nivojem telesa, smerjo.</w:t>
            </w:r>
          </w:p>
          <w:p w14:paraId="1BC89433" w14:textId="77777777" w:rsidR="008D43AB" w:rsidRDefault="00000000">
            <w:pPr>
              <w:spacing w:after="11" w:line="245" w:lineRule="auto"/>
            </w:pPr>
            <w:r>
              <w:rPr>
                <w:color w:val="000000"/>
                <w:sz w:val="14"/>
              </w:rPr>
              <w:t>3. Izvajalska: zvok posnemam z glasom, telesom ali glasbilom ter upoštevam začetek.</w:t>
            </w:r>
          </w:p>
          <w:p w14:paraId="78EA1DA6" w14:textId="77777777" w:rsidR="008D43AB" w:rsidRDefault="00000000">
            <w:pPr>
              <w:spacing w:after="11" w:line="245" w:lineRule="auto"/>
            </w:pPr>
            <w:r>
              <w:rPr>
                <w:color w:val="000000"/>
                <w:sz w:val="14"/>
              </w:rPr>
              <w:t>4. Likovno-zapisna: doživetje ali zvočno zaporedje prikažem s simboli.</w:t>
            </w:r>
          </w:p>
          <w:p w14:paraId="48806131"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001D6042" w14:textId="77777777" w:rsidR="008D43AB" w:rsidRDefault="00000000">
            <w:pPr>
              <w:spacing w:after="20" w:line="245" w:lineRule="auto"/>
            </w:pPr>
            <w:r>
              <w:rPr>
                <w:b/>
                <w:color w:val="D95BC6"/>
                <w:sz w:val="17"/>
              </w:rPr>
              <w:t>DOKAZ O UČENJU</w:t>
            </w:r>
          </w:p>
          <w:p w14:paraId="02027416"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3D206C3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C67D63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FE58BE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36264B" w14:textId="77777777" w:rsidR="008D43AB" w:rsidRDefault="00000000">
            <w:pPr>
              <w:jc w:val="center"/>
            </w:pPr>
            <w:r>
              <w:rPr>
                <w:b/>
                <w:color w:val="000000"/>
                <w:sz w:val="20"/>
              </w:rPr>
              <w:t>UČNE DEJAVNOSTI, METODE IN FORMATIVNO SPREMLJANJE</w:t>
            </w:r>
          </w:p>
        </w:tc>
      </w:tr>
      <w:tr w:rsidR="008D43AB" w14:paraId="0BAB9C9A" w14:textId="77777777">
        <w:trPr>
          <w:tblHeader/>
          <w:jc w:val="center"/>
        </w:trPr>
        <w:tc>
          <w:tcPr>
            <w:tcW w:w="4422" w:type="dxa"/>
            <w:vMerge/>
            <w:tcMar>
              <w:top w:w="70" w:type="dxa"/>
              <w:left w:w="90" w:type="dxa"/>
              <w:bottom w:w="70" w:type="dxa"/>
              <w:right w:w="90" w:type="dxa"/>
            </w:tcMar>
            <w:vAlign w:val="center"/>
          </w:tcPr>
          <w:p w14:paraId="66932845" w14:textId="77777777" w:rsidR="008D43AB" w:rsidRDefault="008D43AB"/>
        </w:tc>
        <w:tc>
          <w:tcPr>
            <w:tcW w:w="7087" w:type="dxa"/>
            <w:shd w:val="clear" w:color="auto" w:fill="FFFFFF"/>
            <w:tcMar>
              <w:top w:w="70" w:type="dxa"/>
              <w:left w:w="90" w:type="dxa"/>
              <w:bottom w:w="70" w:type="dxa"/>
              <w:right w:w="90" w:type="dxa"/>
            </w:tcMar>
            <w:vAlign w:val="center"/>
          </w:tcPr>
          <w:p w14:paraId="367CC2C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B49DCE1" w14:textId="77777777" w:rsidR="008D43AB" w:rsidRDefault="00000000">
            <w:pPr>
              <w:jc w:val="center"/>
            </w:pPr>
            <w:r>
              <w:rPr>
                <w:b/>
                <w:color w:val="000000"/>
              </w:rPr>
              <w:t>UČENEC</w:t>
            </w:r>
          </w:p>
        </w:tc>
      </w:tr>
      <w:tr w:rsidR="008D43AB" w14:paraId="6607FECC" w14:textId="77777777">
        <w:trPr>
          <w:jc w:val="center"/>
        </w:trPr>
        <w:tc>
          <w:tcPr>
            <w:tcW w:w="4422" w:type="dxa"/>
            <w:tcMar>
              <w:top w:w="70" w:type="dxa"/>
              <w:left w:w="90" w:type="dxa"/>
              <w:bottom w:w="70" w:type="dxa"/>
              <w:right w:w="90" w:type="dxa"/>
            </w:tcMar>
          </w:tcPr>
          <w:p w14:paraId="51A372F9" w14:textId="77777777" w:rsidR="008D43AB" w:rsidRDefault="008D43AB"/>
          <w:p w14:paraId="067E88B0" w14:textId="77777777" w:rsidR="008D43AB" w:rsidRDefault="00000000">
            <w:pPr>
              <w:spacing w:after="40" w:line="245" w:lineRule="auto"/>
            </w:pPr>
            <w:r>
              <w:rPr>
                <w:b/>
                <w:color w:val="000000"/>
              </w:rPr>
              <w:t>FORMATIVNO SPREMLJANJE</w:t>
            </w:r>
          </w:p>
          <w:p w14:paraId="3F4E6D54" w14:textId="77777777" w:rsidR="008D43AB" w:rsidRDefault="00000000">
            <w:pPr>
              <w:pStyle w:val="Oznaenseznam"/>
              <w:spacing w:after="16"/>
            </w:pPr>
            <w:r>
              <w:rPr>
                <w:color w:val="000000"/>
                <w:sz w:val="16"/>
              </w:rPr>
              <w:t>predznanje: zvočna napoved, izbira kartice, gib, ritmični oziroma pevski poskus ali začetni simbol</w:t>
            </w:r>
          </w:p>
          <w:p w14:paraId="3EC4FB7E" w14:textId="77777777" w:rsidR="008D43AB" w:rsidRDefault="00000000">
            <w:pPr>
              <w:pStyle w:val="Oznaenseznam"/>
              <w:spacing w:after="16"/>
            </w:pPr>
            <w:r>
              <w:rPr>
                <w:color w:val="000000"/>
                <w:sz w:val="16"/>
              </w:rPr>
              <w:t>nameni in merila: kratka poved, slikovni znak, model izvedbe ter vidna pravila varne glasnosti</w:t>
            </w:r>
          </w:p>
          <w:p w14:paraId="25F0F1A8"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7738E8D" w14:textId="77777777" w:rsidR="008D43AB" w:rsidRDefault="00000000">
            <w:pPr>
              <w:pStyle w:val="Oznaenseznam"/>
              <w:spacing w:after="16"/>
            </w:pPr>
            <w:r>
              <w:rPr>
                <w:color w:val="000000"/>
                <w:sz w:val="16"/>
              </w:rPr>
              <w:t>povratna informacija: opis slišane strategije, povezava z enim merilom in izvedljiv naslednji korak</w:t>
            </w:r>
          </w:p>
          <w:p w14:paraId="17308CDE" w14:textId="77777777" w:rsidR="008D43AB" w:rsidRDefault="00000000">
            <w:pPr>
              <w:pStyle w:val="Oznaenseznam"/>
              <w:spacing w:after="16"/>
            </w:pPr>
            <w:r>
              <w:rPr>
                <w:color w:val="000000"/>
                <w:sz w:val="16"/>
              </w:rPr>
              <w:t>samovrednotenje: barvni zvočni semafor, lestvica samostojnosti, izbran dokaz in ponovna izvedba</w:t>
            </w:r>
          </w:p>
          <w:p w14:paraId="3C98EBBA" w14:textId="77777777" w:rsidR="008D43AB" w:rsidRDefault="00000000">
            <w:pPr>
              <w:spacing w:before="40" w:after="20" w:line="245" w:lineRule="auto"/>
            </w:pPr>
            <w:r>
              <w:rPr>
                <w:b/>
                <w:color w:val="000000"/>
                <w:sz w:val="17"/>
              </w:rPr>
              <w:t>VARNOST IN VAROVANJE SLUHA</w:t>
            </w:r>
          </w:p>
          <w:p w14:paraId="5198188F"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2F3058F" w14:textId="77777777" w:rsidR="008D43AB" w:rsidRDefault="00000000">
            <w:pPr>
              <w:spacing w:after="20" w:line="245" w:lineRule="auto"/>
            </w:pPr>
            <w:r>
              <w:rPr>
                <w:b/>
                <w:color w:val="000000"/>
                <w:sz w:val="17"/>
              </w:rPr>
              <w:t>EVIDENCA PO IZVEDBI</w:t>
            </w:r>
          </w:p>
          <w:p w14:paraId="50291019"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525B5E0E" w14:textId="77777777" w:rsidR="008D43AB" w:rsidRDefault="00000000">
            <w:pPr>
              <w:spacing w:before="40" w:after="20" w:line="245" w:lineRule="auto"/>
            </w:pPr>
            <w:r>
              <w:rPr>
                <w:b/>
                <w:color w:val="000000"/>
                <w:sz w:val="17"/>
              </w:rPr>
              <w:t>RAVEN DOSEGANJA</w:t>
            </w:r>
          </w:p>
          <w:p w14:paraId="16342A29"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A42300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691EEDE" w14:textId="77777777">
              <w:trPr>
                <w:jc w:val="center"/>
              </w:trPr>
              <w:tc>
                <w:tcPr>
                  <w:tcW w:w="7087" w:type="dxa"/>
                  <w:shd w:val="clear" w:color="auto" w:fill="EDC9EA"/>
                  <w:tcMar>
                    <w:top w:w="45" w:type="dxa"/>
                    <w:left w:w="70" w:type="dxa"/>
                    <w:bottom w:w="45" w:type="dxa"/>
                    <w:right w:w="70" w:type="dxa"/>
                  </w:tcMar>
                </w:tcPr>
                <w:p w14:paraId="08393AD0" w14:textId="77777777" w:rsidR="008D43AB" w:rsidRDefault="00000000">
                  <w:pPr>
                    <w:keepNext/>
                  </w:pPr>
                  <w:r>
                    <w:rPr>
                      <w:b/>
                      <w:color w:val="000000"/>
                    </w:rPr>
                    <w:t>VPRAŠANJA V PODPORO GLASBENEMU UČENJU</w:t>
                  </w:r>
                </w:p>
              </w:tc>
            </w:tr>
          </w:tbl>
          <w:p w14:paraId="7785820D" w14:textId="77777777" w:rsidR="008D43AB" w:rsidRDefault="008D43AB">
            <w:pPr>
              <w:spacing w:line="20" w:lineRule="exact"/>
            </w:pPr>
          </w:p>
          <w:p w14:paraId="57DB30E5" w14:textId="77777777" w:rsidR="008D43AB" w:rsidRDefault="00000000">
            <w:pPr>
              <w:pStyle w:val="Oznaenseznam"/>
              <w:spacing w:after="16"/>
            </w:pPr>
            <w:r>
              <w:rPr>
                <w:color w:val="000000"/>
                <w:sz w:val="16"/>
              </w:rPr>
              <w:t>Kaj si v glasbi slišal/-a, začutil/-a ali pokazal/-a z gibanjem?</w:t>
            </w:r>
          </w:p>
          <w:p w14:paraId="0EEFAAEB" w14:textId="77777777" w:rsidR="008D43AB" w:rsidRDefault="00000000">
            <w:pPr>
              <w:pStyle w:val="Oznaenseznam"/>
              <w:spacing w:after="16"/>
            </w:pPr>
            <w:r>
              <w:rPr>
                <w:color w:val="000000"/>
                <w:sz w:val="16"/>
              </w:rPr>
              <w:t>Po katerem zvočnem znaku, lastnosti ali vzorcu si prepoznal/-a rešitev?</w:t>
            </w:r>
          </w:p>
          <w:p w14:paraId="1B7CB82A" w14:textId="77777777" w:rsidR="008D43AB" w:rsidRDefault="00000000">
            <w:pPr>
              <w:pStyle w:val="Oznaenseznam"/>
              <w:spacing w:after="16"/>
            </w:pPr>
            <w:r>
              <w:rPr>
                <w:color w:val="000000"/>
                <w:sz w:val="16"/>
              </w:rPr>
              <w:t>Kako veš, da je bil pulz, začetek, konec, glasnost ali skupinska izvedba skladna z merilom?</w:t>
            </w:r>
          </w:p>
          <w:p w14:paraId="1AB1DEFA" w14:textId="77777777" w:rsidR="008D43AB" w:rsidRDefault="00000000">
            <w:pPr>
              <w:pStyle w:val="Oznaenseznam"/>
              <w:spacing w:after="16"/>
            </w:pPr>
            <w:r>
              <w:rPr>
                <w:color w:val="000000"/>
                <w:sz w:val="16"/>
              </w:rPr>
              <w:t>Zakaj si za motiv, osebo, dogodek ali okolje izbral/-a prav ta glas, predmet ali glasbilo?</w:t>
            </w:r>
          </w:p>
          <w:p w14:paraId="34C3EDBE"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0327C395" w14:textId="77777777">
              <w:trPr>
                <w:jc w:val="center"/>
              </w:trPr>
              <w:tc>
                <w:tcPr>
                  <w:tcW w:w="7087" w:type="dxa"/>
                  <w:shd w:val="clear" w:color="auto" w:fill="C6E7F3"/>
                  <w:tcMar>
                    <w:top w:w="45" w:type="dxa"/>
                    <w:left w:w="70" w:type="dxa"/>
                    <w:bottom w:w="45" w:type="dxa"/>
                    <w:right w:w="70" w:type="dxa"/>
                  </w:tcMar>
                </w:tcPr>
                <w:p w14:paraId="5B847274" w14:textId="77777777" w:rsidR="008D43AB" w:rsidRDefault="00000000">
                  <w:pPr>
                    <w:keepNext/>
                  </w:pPr>
                  <w:r>
                    <w:rPr>
                      <w:b/>
                      <w:color w:val="000000"/>
                    </w:rPr>
                    <w:t>ZAKLJUČNI DEL – NASTOP, POSLUŠALSKI ODZIV IN REFLEKSIJA (8–12 min)</w:t>
                  </w:r>
                </w:p>
              </w:tc>
            </w:tr>
          </w:tbl>
          <w:p w14:paraId="2786CCC6" w14:textId="77777777" w:rsidR="008D43AB" w:rsidRDefault="008D43AB">
            <w:pPr>
              <w:spacing w:line="20" w:lineRule="exact"/>
            </w:pPr>
          </w:p>
          <w:p w14:paraId="796A90C2"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29F994D1" w14:textId="77777777">
              <w:trPr>
                <w:jc w:val="center"/>
              </w:trPr>
              <w:tc>
                <w:tcPr>
                  <w:tcW w:w="7087" w:type="dxa"/>
                  <w:shd w:val="clear" w:color="auto" w:fill="EDC9EA"/>
                  <w:tcMar>
                    <w:top w:w="45" w:type="dxa"/>
                    <w:left w:w="70" w:type="dxa"/>
                    <w:bottom w:w="45" w:type="dxa"/>
                    <w:right w:w="70" w:type="dxa"/>
                  </w:tcMar>
                </w:tcPr>
                <w:p w14:paraId="0840689A" w14:textId="77777777" w:rsidR="008D43AB" w:rsidRDefault="00000000">
                  <w:pPr>
                    <w:keepNext/>
                  </w:pPr>
                  <w:r>
                    <w:rPr>
                      <w:b/>
                      <w:color w:val="000000"/>
                    </w:rPr>
                    <w:t>SAMOVREDNOTENJE</w:t>
                  </w:r>
                </w:p>
              </w:tc>
            </w:tr>
          </w:tbl>
          <w:p w14:paraId="66CEEA98" w14:textId="77777777" w:rsidR="008D43AB" w:rsidRDefault="008D43AB">
            <w:pPr>
              <w:spacing w:line="20" w:lineRule="exact"/>
            </w:pPr>
          </w:p>
          <w:p w14:paraId="2B0AACCD"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6E836C6F" w14:textId="77777777">
              <w:trPr>
                <w:jc w:val="center"/>
              </w:trPr>
              <w:tc>
                <w:tcPr>
                  <w:tcW w:w="7087" w:type="dxa"/>
                  <w:shd w:val="clear" w:color="auto" w:fill="EDC9EA"/>
                  <w:tcMar>
                    <w:top w:w="45" w:type="dxa"/>
                    <w:left w:w="70" w:type="dxa"/>
                    <w:bottom w:w="45" w:type="dxa"/>
                    <w:right w:w="70" w:type="dxa"/>
                  </w:tcMar>
                </w:tcPr>
                <w:p w14:paraId="5393F74F" w14:textId="77777777" w:rsidR="008D43AB" w:rsidRDefault="00000000">
                  <w:pPr>
                    <w:keepNext/>
                  </w:pPr>
                  <w:r>
                    <w:rPr>
                      <w:b/>
                      <w:color w:val="000000"/>
                    </w:rPr>
                    <w:t>VRSTNIŠKO VREDNOTENJE</w:t>
                  </w:r>
                </w:p>
              </w:tc>
            </w:tr>
          </w:tbl>
          <w:p w14:paraId="42E3DD41" w14:textId="77777777" w:rsidR="008D43AB" w:rsidRDefault="008D43AB">
            <w:pPr>
              <w:spacing w:line="20" w:lineRule="exact"/>
            </w:pPr>
          </w:p>
          <w:p w14:paraId="3AABD510"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0C3A8C93" w14:textId="77777777">
              <w:trPr>
                <w:jc w:val="center"/>
              </w:trPr>
              <w:tc>
                <w:tcPr>
                  <w:tcW w:w="7087" w:type="dxa"/>
                  <w:shd w:val="clear" w:color="auto" w:fill="EDC9EA"/>
                  <w:tcMar>
                    <w:top w:w="45" w:type="dxa"/>
                    <w:left w:w="70" w:type="dxa"/>
                    <w:bottom w:w="45" w:type="dxa"/>
                    <w:right w:w="70" w:type="dxa"/>
                  </w:tcMar>
                </w:tcPr>
                <w:p w14:paraId="6D19A778" w14:textId="77777777" w:rsidR="008D43AB" w:rsidRDefault="00000000">
                  <w:pPr>
                    <w:keepNext/>
                  </w:pPr>
                  <w:r>
                    <w:rPr>
                      <w:b/>
                      <w:color w:val="000000"/>
                    </w:rPr>
                    <w:t>SKUPNI POVZETEK</w:t>
                  </w:r>
                </w:p>
              </w:tc>
            </w:tr>
          </w:tbl>
          <w:p w14:paraId="3D2F9F1F" w14:textId="77777777" w:rsidR="008D43AB" w:rsidRDefault="008D43AB"/>
          <w:p w14:paraId="66F8392F" w14:textId="77777777" w:rsidR="008D43AB" w:rsidRDefault="00000000">
            <w:pPr>
              <w:spacing w:before="20" w:after="40" w:line="245" w:lineRule="auto"/>
            </w:pPr>
            <w:r>
              <w:rPr>
                <w:b/>
                <w:color w:val="000000"/>
                <w:sz w:val="16"/>
              </w:rPr>
              <w:t>poslušam zvoke narave; razlikujem višje in nižje; ustvarim spremljavo. Izbrani dokaz pojasnim in po povratni informaciji izboljšam.</w:t>
            </w:r>
          </w:p>
        </w:tc>
        <w:tc>
          <w:tcPr>
            <w:tcW w:w="2551" w:type="dxa"/>
            <w:tcMar>
              <w:top w:w="70" w:type="dxa"/>
              <w:left w:w="90" w:type="dxa"/>
              <w:bottom w:w="70" w:type="dxa"/>
              <w:right w:w="90" w:type="dxa"/>
            </w:tcMar>
          </w:tcPr>
          <w:p w14:paraId="5BB6A081" w14:textId="77777777" w:rsidR="008D43AB" w:rsidRDefault="008D43AB"/>
          <w:p w14:paraId="08386C4D" w14:textId="77777777" w:rsidR="008D43AB" w:rsidRDefault="00000000">
            <w:pPr>
              <w:spacing w:after="80" w:line="245" w:lineRule="auto"/>
            </w:pPr>
            <w:r>
              <w:rPr>
                <w:color w:val="000000"/>
                <w:sz w:val="16"/>
              </w:rPr>
              <w:t>Odgovarja na podporna vprašanja in se sklicuje na slišano, izvedeno, ustvarjeno ali zapisano.</w:t>
            </w:r>
          </w:p>
          <w:p w14:paraId="779F8DFA" w14:textId="77777777" w:rsidR="008D43AB" w:rsidRDefault="00000000">
            <w:pPr>
              <w:spacing w:after="80" w:line="245" w:lineRule="auto"/>
            </w:pPr>
            <w:r>
              <w:rPr>
                <w:color w:val="000000"/>
                <w:sz w:val="16"/>
              </w:rPr>
              <w:t>Predstavi izbrani dokaz ter pove, katero merilo z njim pokaže.</w:t>
            </w:r>
          </w:p>
          <w:p w14:paraId="3F169F04" w14:textId="77777777" w:rsidR="008D43AB" w:rsidRDefault="00000000">
            <w:pPr>
              <w:spacing w:after="80" w:line="245" w:lineRule="auto"/>
            </w:pPr>
            <w:r>
              <w:rPr>
                <w:color w:val="000000"/>
                <w:sz w:val="16"/>
              </w:rPr>
              <w:t>Posluša vrstnika, opiše eno slišano moč in poda prijazen predlog za izboljšavo.</w:t>
            </w:r>
          </w:p>
          <w:p w14:paraId="61DF2535" w14:textId="77777777" w:rsidR="008D43AB" w:rsidRDefault="00000000">
            <w:pPr>
              <w:spacing w:after="80" w:line="245" w:lineRule="auto"/>
            </w:pPr>
            <w:r>
              <w:rPr>
                <w:color w:val="000000"/>
                <w:sz w:val="16"/>
              </w:rPr>
              <w:t>Po povratni informaciji izvedbo, gib, ritem, zvočno izbiro ali slikovni zapis ponovi in izboljša.</w:t>
            </w:r>
          </w:p>
          <w:p w14:paraId="48A34A67" w14:textId="77777777" w:rsidR="008D43AB" w:rsidRDefault="00000000">
            <w:pPr>
              <w:spacing w:after="100" w:line="245" w:lineRule="auto"/>
            </w:pPr>
            <w:r>
              <w:rPr>
                <w:color w:val="000000"/>
                <w:sz w:val="16"/>
              </w:rPr>
              <w:t>Izbere raven samostojnosti ter določi majhen in izvedljiv naslednji glasbeni korak.</w:t>
            </w:r>
          </w:p>
          <w:p w14:paraId="3B6A3DB1" w14:textId="77777777" w:rsidR="008D43AB" w:rsidRDefault="00000000">
            <w:pPr>
              <w:spacing w:after="20" w:line="245" w:lineRule="auto"/>
            </w:pPr>
            <w:r>
              <w:rPr>
                <w:b/>
                <w:color w:val="D95BC6"/>
                <w:sz w:val="17"/>
              </w:rPr>
              <w:t>DOKAZ O UČENJU</w:t>
            </w:r>
          </w:p>
          <w:p w14:paraId="75CD74D5"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5BC6B5D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7FD12DFA" w14:textId="77777777">
        <w:trPr>
          <w:cantSplit/>
          <w:jc w:val="center"/>
        </w:trPr>
        <w:tc>
          <w:tcPr>
            <w:tcW w:w="14060" w:type="dxa"/>
            <w:gridSpan w:val="6"/>
            <w:tcMar>
              <w:top w:w="70" w:type="dxa"/>
              <w:left w:w="90" w:type="dxa"/>
              <w:bottom w:w="70" w:type="dxa"/>
              <w:right w:w="90" w:type="dxa"/>
            </w:tcMar>
            <w:vAlign w:val="center"/>
          </w:tcPr>
          <w:p w14:paraId="713B0239" w14:textId="77777777" w:rsidR="008D43AB" w:rsidRDefault="00000000">
            <w:pPr>
              <w:jc w:val="center"/>
            </w:pPr>
            <w:r>
              <w:rPr>
                <w:b/>
                <w:color w:val="000000"/>
                <w:sz w:val="24"/>
              </w:rPr>
              <w:lastRenderedPageBreak/>
              <w:t>UČNA PRIPRAVA 10/39</w:t>
            </w:r>
          </w:p>
        </w:tc>
      </w:tr>
      <w:tr w:rsidR="008D43AB" w14:paraId="3A9D0C1C" w14:textId="77777777">
        <w:trPr>
          <w:jc w:val="center"/>
        </w:trPr>
        <w:tc>
          <w:tcPr>
            <w:tcW w:w="2665" w:type="dxa"/>
            <w:tcMar>
              <w:top w:w="70" w:type="dxa"/>
              <w:left w:w="90" w:type="dxa"/>
              <w:bottom w:w="70" w:type="dxa"/>
              <w:right w:w="90" w:type="dxa"/>
            </w:tcMar>
            <w:vAlign w:val="center"/>
          </w:tcPr>
          <w:p w14:paraId="16DDD7F8"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7B2FA37"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083607DF"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BD89B1B" w14:textId="77777777" w:rsidR="008D43AB" w:rsidRDefault="00000000">
            <w:r>
              <w:rPr>
                <w:b/>
                <w:color w:val="000000"/>
                <w:sz w:val="16"/>
              </w:rPr>
              <w:t xml:space="preserve">NAČRTOVANI TERMIN: </w:t>
            </w:r>
            <w:r>
              <w:rPr>
                <w:color w:val="000000"/>
                <w:sz w:val="16"/>
              </w:rPr>
              <w:t>10. teden • 9.–13. 11. 2026</w:t>
            </w:r>
          </w:p>
        </w:tc>
        <w:tc>
          <w:tcPr>
            <w:tcW w:w="2268" w:type="dxa"/>
            <w:tcMar>
              <w:top w:w="70" w:type="dxa"/>
              <w:left w:w="90" w:type="dxa"/>
              <w:bottom w:w="70" w:type="dxa"/>
              <w:right w:w="90" w:type="dxa"/>
            </w:tcMar>
            <w:vAlign w:val="center"/>
          </w:tcPr>
          <w:p w14:paraId="5FC30AE9"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8867E03" w14:textId="77777777" w:rsidR="008D43AB" w:rsidRDefault="00000000">
            <w:r>
              <w:rPr>
                <w:b/>
                <w:color w:val="000000"/>
                <w:sz w:val="16"/>
              </w:rPr>
              <w:t xml:space="preserve">ŠTEVILO UR: </w:t>
            </w:r>
            <w:r>
              <w:rPr>
                <w:color w:val="000000"/>
                <w:sz w:val="16"/>
              </w:rPr>
              <w:t>2</w:t>
            </w:r>
          </w:p>
        </w:tc>
      </w:tr>
      <w:tr w:rsidR="008D43AB" w14:paraId="64AC7BB0" w14:textId="77777777">
        <w:trPr>
          <w:jc w:val="center"/>
        </w:trPr>
        <w:tc>
          <w:tcPr>
            <w:tcW w:w="14061" w:type="dxa"/>
            <w:gridSpan w:val="6"/>
            <w:tcMar>
              <w:top w:w="70" w:type="dxa"/>
              <w:left w:w="90" w:type="dxa"/>
              <w:bottom w:w="70" w:type="dxa"/>
              <w:right w:w="90" w:type="dxa"/>
            </w:tcMar>
            <w:vAlign w:val="center"/>
          </w:tcPr>
          <w:p w14:paraId="35E671E7"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A177ADC" w14:textId="77777777">
        <w:trPr>
          <w:cantSplit/>
          <w:jc w:val="center"/>
        </w:trPr>
        <w:tc>
          <w:tcPr>
            <w:tcW w:w="14060" w:type="dxa"/>
            <w:gridSpan w:val="6"/>
            <w:tcMar>
              <w:top w:w="70" w:type="dxa"/>
              <w:left w:w="90" w:type="dxa"/>
              <w:bottom w:w="70" w:type="dxa"/>
              <w:right w:w="90" w:type="dxa"/>
            </w:tcMar>
            <w:vAlign w:val="center"/>
          </w:tcPr>
          <w:p w14:paraId="481207CC" w14:textId="77777777" w:rsidR="008D43AB" w:rsidRDefault="008D43AB"/>
          <w:p w14:paraId="76C1F66C" w14:textId="77777777" w:rsidR="008D43AB" w:rsidRDefault="00000000">
            <w:pPr>
              <w:spacing w:line="245" w:lineRule="auto"/>
            </w:pPr>
            <w:r>
              <w:rPr>
                <w:b/>
                <w:color w:val="000000"/>
                <w:sz w:val="16"/>
              </w:rPr>
              <w:t xml:space="preserve">UČNI SKLOP: </w:t>
            </w:r>
            <w:r>
              <w:rPr>
                <w:color w:val="000000"/>
                <w:sz w:val="16"/>
              </w:rPr>
              <w:t>JESEN, SNOVI IN ŽIVA BITJA</w:t>
            </w:r>
          </w:p>
        </w:tc>
      </w:tr>
      <w:tr w:rsidR="008D43AB" w14:paraId="7ECB3664" w14:textId="77777777">
        <w:trPr>
          <w:cantSplit/>
          <w:jc w:val="center"/>
        </w:trPr>
        <w:tc>
          <w:tcPr>
            <w:tcW w:w="14060" w:type="dxa"/>
            <w:gridSpan w:val="6"/>
            <w:tcMar>
              <w:top w:w="70" w:type="dxa"/>
              <w:left w:w="90" w:type="dxa"/>
              <w:bottom w:w="70" w:type="dxa"/>
              <w:right w:w="90" w:type="dxa"/>
            </w:tcMar>
            <w:vAlign w:val="center"/>
          </w:tcPr>
          <w:p w14:paraId="41D0F382" w14:textId="77777777" w:rsidR="008D43AB" w:rsidRDefault="008D43AB"/>
          <w:p w14:paraId="081A94CD" w14:textId="77777777" w:rsidR="008D43AB" w:rsidRDefault="00000000">
            <w:pPr>
              <w:spacing w:line="245" w:lineRule="auto"/>
            </w:pPr>
            <w:r>
              <w:rPr>
                <w:b/>
                <w:color w:val="000000"/>
                <w:sz w:val="16"/>
              </w:rPr>
              <w:t xml:space="preserve">UČNA TEMA: </w:t>
            </w:r>
            <w:r>
              <w:rPr>
                <w:color w:val="000000"/>
                <w:sz w:val="16"/>
              </w:rPr>
              <w:t>GLASBENA PRAVLJICA</w:t>
            </w:r>
          </w:p>
        </w:tc>
      </w:tr>
      <w:tr w:rsidR="008D43AB" w14:paraId="1286F4CA" w14:textId="77777777">
        <w:trPr>
          <w:cantSplit/>
          <w:jc w:val="center"/>
        </w:trPr>
        <w:tc>
          <w:tcPr>
            <w:tcW w:w="14060" w:type="dxa"/>
            <w:gridSpan w:val="6"/>
            <w:tcMar>
              <w:top w:w="70" w:type="dxa"/>
              <w:left w:w="90" w:type="dxa"/>
              <w:bottom w:w="70" w:type="dxa"/>
              <w:right w:w="90" w:type="dxa"/>
            </w:tcMar>
            <w:vAlign w:val="center"/>
          </w:tcPr>
          <w:p w14:paraId="54F283D4" w14:textId="77777777" w:rsidR="008D43AB" w:rsidRDefault="008D43AB"/>
          <w:p w14:paraId="76B82C43" w14:textId="77777777" w:rsidR="008D43AB" w:rsidRDefault="00000000">
            <w:pPr>
              <w:spacing w:line="245" w:lineRule="auto"/>
            </w:pPr>
            <w:r>
              <w:rPr>
                <w:b/>
                <w:color w:val="000000"/>
                <w:sz w:val="16"/>
              </w:rPr>
              <w:t xml:space="preserve">KNJIŽEVNO / MOTIVNO IZHODIŠČE: </w:t>
            </w:r>
            <w:r>
              <w:rPr>
                <w:color w:val="000000"/>
                <w:sz w:val="16"/>
              </w:rPr>
              <w:t>»Zakaj?« – Lila Prap • radovednost, vprašanja ter raziskovanje živali in rastlin</w:t>
            </w:r>
          </w:p>
        </w:tc>
      </w:tr>
      <w:tr w:rsidR="008D43AB" w14:paraId="6764880A" w14:textId="77777777">
        <w:trPr>
          <w:cantSplit/>
          <w:jc w:val="center"/>
        </w:trPr>
        <w:tc>
          <w:tcPr>
            <w:tcW w:w="14060" w:type="dxa"/>
            <w:gridSpan w:val="6"/>
            <w:tcMar>
              <w:top w:w="70" w:type="dxa"/>
              <w:left w:w="90" w:type="dxa"/>
              <w:bottom w:w="70" w:type="dxa"/>
              <w:right w:w="90" w:type="dxa"/>
            </w:tcMar>
            <w:vAlign w:val="center"/>
          </w:tcPr>
          <w:p w14:paraId="5E6992F7" w14:textId="77777777" w:rsidR="008D43AB" w:rsidRDefault="008D43AB"/>
          <w:p w14:paraId="133806AB" w14:textId="77777777" w:rsidR="008D43AB" w:rsidRDefault="00000000">
            <w:pPr>
              <w:spacing w:line="245" w:lineRule="auto"/>
            </w:pPr>
            <w:r>
              <w:rPr>
                <w:b/>
                <w:color w:val="000000"/>
                <w:sz w:val="16"/>
              </w:rPr>
              <w:t xml:space="preserve">GLASBENO IZHODIŠČE / REPERTOAR: </w:t>
            </w:r>
            <w:r>
              <w:rPr>
                <w:color w:val="000000"/>
                <w:sz w:val="16"/>
              </w:rPr>
              <w:t>C. Saint-Saëns: Živalski karneval – izbrani odlomek; glasbena pravljica</w:t>
            </w:r>
          </w:p>
        </w:tc>
      </w:tr>
      <w:tr w:rsidR="008D43AB" w14:paraId="79213D06" w14:textId="77777777">
        <w:trPr>
          <w:cantSplit/>
          <w:jc w:val="center"/>
        </w:trPr>
        <w:tc>
          <w:tcPr>
            <w:tcW w:w="14060" w:type="dxa"/>
            <w:gridSpan w:val="6"/>
            <w:tcMar>
              <w:top w:w="70" w:type="dxa"/>
              <w:left w:w="90" w:type="dxa"/>
              <w:bottom w:w="70" w:type="dxa"/>
              <w:right w:w="90" w:type="dxa"/>
            </w:tcMar>
            <w:vAlign w:val="center"/>
          </w:tcPr>
          <w:p w14:paraId="16C3D122" w14:textId="77777777" w:rsidR="008D43AB" w:rsidRDefault="008D43AB"/>
          <w:p w14:paraId="713AD599" w14:textId="77777777" w:rsidR="008D43AB" w:rsidRDefault="00000000">
            <w:pPr>
              <w:spacing w:line="245" w:lineRule="auto"/>
            </w:pPr>
            <w:r>
              <w:rPr>
                <w:b/>
                <w:color w:val="000000"/>
                <w:sz w:val="16"/>
              </w:rPr>
              <w:t xml:space="preserve">UČNE ENOTE: </w:t>
            </w:r>
            <w:r>
              <w:rPr>
                <w:color w:val="000000"/>
                <w:sz w:val="16"/>
              </w:rPr>
              <w:t>1. ura – Glasbena Pravljica – Poslušam in izvajam • 2. ura – Glasbena Pravljica – Ustvarim in nastopim</w:t>
            </w:r>
          </w:p>
        </w:tc>
      </w:tr>
      <w:tr w:rsidR="008D43AB" w14:paraId="63F5411F" w14:textId="77777777">
        <w:trPr>
          <w:cantSplit/>
          <w:jc w:val="center"/>
        </w:trPr>
        <w:tc>
          <w:tcPr>
            <w:tcW w:w="14060" w:type="dxa"/>
            <w:gridSpan w:val="6"/>
            <w:tcMar>
              <w:top w:w="70" w:type="dxa"/>
              <w:left w:w="90" w:type="dxa"/>
              <w:bottom w:w="70" w:type="dxa"/>
              <w:right w:w="90" w:type="dxa"/>
            </w:tcMar>
            <w:vAlign w:val="center"/>
          </w:tcPr>
          <w:p w14:paraId="0B2F057F" w14:textId="77777777" w:rsidR="008D43AB" w:rsidRDefault="008D43AB"/>
          <w:p w14:paraId="25F2856C"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4FBB8273" w14:textId="77777777">
        <w:trPr>
          <w:cantSplit/>
          <w:jc w:val="center"/>
        </w:trPr>
        <w:tc>
          <w:tcPr>
            <w:tcW w:w="14060" w:type="dxa"/>
            <w:gridSpan w:val="6"/>
            <w:tcMar>
              <w:top w:w="70" w:type="dxa"/>
              <w:left w:w="90" w:type="dxa"/>
              <w:bottom w:w="70" w:type="dxa"/>
              <w:right w:w="90" w:type="dxa"/>
            </w:tcMar>
            <w:vAlign w:val="center"/>
          </w:tcPr>
          <w:p w14:paraId="52D027A4" w14:textId="77777777" w:rsidR="008D43AB" w:rsidRDefault="008D43AB"/>
          <w:p w14:paraId="168D8F34"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1DD950AB" w14:textId="77777777">
        <w:trPr>
          <w:cantSplit/>
          <w:jc w:val="center"/>
        </w:trPr>
        <w:tc>
          <w:tcPr>
            <w:tcW w:w="14060" w:type="dxa"/>
            <w:gridSpan w:val="6"/>
            <w:tcMar>
              <w:top w:w="70" w:type="dxa"/>
              <w:left w:w="90" w:type="dxa"/>
              <w:bottom w:w="70" w:type="dxa"/>
              <w:right w:w="90" w:type="dxa"/>
            </w:tcMar>
            <w:vAlign w:val="center"/>
          </w:tcPr>
          <w:p w14:paraId="67885755" w14:textId="77777777" w:rsidR="008D43AB" w:rsidRDefault="008D43AB"/>
          <w:p w14:paraId="748B44BF"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D8E9DA5" w14:textId="77777777">
        <w:trPr>
          <w:cantSplit/>
          <w:jc w:val="center"/>
        </w:trPr>
        <w:tc>
          <w:tcPr>
            <w:tcW w:w="14060" w:type="dxa"/>
            <w:gridSpan w:val="6"/>
            <w:tcMar>
              <w:top w:w="70" w:type="dxa"/>
              <w:left w:w="90" w:type="dxa"/>
              <w:bottom w:w="70" w:type="dxa"/>
              <w:right w:w="90" w:type="dxa"/>
            </w:tcMar>
            <w:vAlign w:val="center"/>
          </w:tcPr>
          <w:p w14:paraId="34F87E92" w14:textId="77777777" w:rsidR="008D43AB" w:rsidRDefault="008D43AB"/>
          <w:p w14:paraId="3C1C87B2" w14:textId="77777777" w:rsidR="008D43AB" w:rsidRDefault="00000000">
            <w:pPr>
              <w:spacing w:line="245" w:lineRule="auto"/>
            </w:pPr>
            <w:r>
              <w:rPr>
                <w:b/>
                <w:color w:val="000000"/>
                <w:sz w:val="16"/>
              </w:rPr>
              <w:t xml:space="preserve">MEDPREDMETNE POVEZAVE: </w:t>
            </w:r>
            <w:r>
              <w:rPr>
                <w:color w:val="000000"/>
                <w:sz w:val="16"/>
              </w:rPr>
              <w:t>SPO – radovednost, vprašanja ter raziskovanje živali in rastlin; SLJ – poslušanje, ritmični govor in opis doživetja; ŠPO – pulz, tempo, gibalni odziv in prostorska orientacija; LUM – simbol, barva, linija in zvočni zapis</w:t>
            </w:r>
          </w:p>
        </w:tc>
      </w:tr>
      <w:tr w:rsidR="008D43AB" w14:paraId="2B409BF8" w14:textId="77777777">
        <w:trPr>
          <w:cantSplit/>
          <w:jc w:val="center"/>
        </w:trPr>
        <w:tc>
          <w:tcPr>
            <w:tcW w:w="14060" w:type="dxa"/>
            <w:gridSpan w:val="6"/>
            <w:tcMar>
              <w:top w:w="70" w:type="dxa"/>
              <w:left w:w="90" w:type="dxa"/>
              <w:bottom w:w="70" w:type="dxa"/>
              <w:right w:w="90" w:type="dxa"/>
            </w:tcMar>
            <w:vAlign w:val="center"/>
          </w:tcPr>
          <w:p w14:paraId="53427E95" w14:textId="77777777" w:rsidR="008D43AB" w:rsidRDefault="008D43AB"/>
          <w:p w14:paraId="38FF0A72"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3C1EA6DE" w14:textId="77777777">
        <w:trPr>
          <w:cantSplit/>
          <w:jc w:val="center"/>
        </w:trPr>
        <w:tc>
          <w:tcPr>
            <w:tcW w:w="14060" w:type="dxa"/>
            <w:gridSpan w:val="6"/>
            <w:tcMar>
              <w:top w:w="70" w:type="dxa"/>
              <w:left w:w="90" w:type="dxa"/>
              <w:bottom w:w="70" w:type="dxa"/>
              <w:right w:w="90" w:type="dxa"/>
            </w:tcMar>
            <w:vAlign w:val="center"/>
          </w:tcPr>
          <w:p w14:paraId="68AC49CA" w14:textId="77777777" w:rsidR="008D43AB" w:rsidRDefault="008D43AB"/>
          <w:p w14:paraId="3497BC46"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5E825DC1" w14:textId="77777777">
        <w:trPr>
          <w:cantSplit/>
          <w:jc w:val="center"/>
        </w:trPr>
        <w:tc>
          <w:tcPr>
            <w:tcW w:w="14060" w:type="dxa"/>
            <w:gridSpan w:val="6"/>
            <w:tcMar>
              <w:top w:w="70" w:type="dxa"/>
              <w:left w:w="90" w:type="dxa"/>
              <w:bottom w:w="70" w:type="dxa"/>
              <w:right w:w="90" w:type="dxa"/>
            </w:tcMar>
            <w:vAlign w:val="center"/>
          </w:tcPr>
          <w:p w14:paraId="7EF45987" w14:textId="77777777" w:rsidR="008D43AB" w:rsidRDefault="008D43AB"/>
          <w:p w14:paraId="7F1B89CC"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43C8CB7E" w14:textId="77777777">
        <w:trPr>
          <w:cantSplit/>
          <w:jc w:val="center"/>
        </w:trPr>
        <w:tc>
          <w:tcPr>
            <w:tcW w:w="14060" w:type="dxa"/>
            <w:gridSpan w:val="6"/>
            <w:tcMar>
              <w:top w:w="70" w:type="dxa"/>
              <w:left w:w="90" w:type="dxa"/>
              <w:bottom w:w="70" w:type="dxa"/>
              <w:right w:w="90" w:type="dxa"/>
            </w:tcMar>
            <w:vAlign w:val="center"/>
          </w:tcPr>
          <w:p w14:paraId="4A539EB0" w14:textId="77777777" w:rsidR="008D43AB" w:rsidRDefault="008D43AB"/>
          <w:p w14:paraId="04FB9D28"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093370F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DEBDE8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580DB6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B6D5F40" w14:textId="77777777" w:rsidR="008D43AB" w:rsidRDefault="00000000">
            <w:pPr>
              <w:jc w:val="center"/>
            </w:pPr>
            <w:r>
              <w:rPr>
                <w:b/>
                <w:color w:val="000000"/>
                <w:sz w:val="20"/>
              </w:rPr>
              <w:t>UČNE DEJAVNOSTI, METODE IN FORMATIVNO SPREMLJANJE</w:t>
            </w:r>
          </w:p>
        </w:tc>
      </w:tr>
      <w:tr w:rsidR="008D43AB" w14:paraId="7B265FFC" w14:textId="77777777">
        <w:trPr>
          <w:tblHeader/>
          <w:jc w:val="center"/>
        </w:trPr>
        <w:tc>
          <w:tcPr>
            <w:tcW w:w="4422" w:type="dxa"/>
            <w:vMerge/>
            <w:tcMar>
              <w:top w:w="70" w:type="dxa"/>
              <w:left w:w="90" w:type="dxa"/>
              <w:bottom w:w="70" w:type="dxa"/>
              <w:right w:w="90" w:type="dxa"/>
            </w:tcMar>
            <w:vAlign w:val="center"/>
          </w:tcPr>
          <w:p w14:paraId="5CC40D46" w14:textId="77777777" w:rsidR="008D43AB" w:rsidRDefault="008D43AB"/>
        </w:tc>
        <w:tc>
          <w:tcPr>
            <w:tcW w:w="7087" w:type="dxa"/>
            <w:shd w:val="clear" w:color="auto" w:fill="FFFFFF"/>
            <w:tcMar>
              <w:top w:w="70" w:type="dxa"/>
              <w:left w:w="90" w:type="dxa"/>
              <w:bottom w:w="70" w:type="dxa"/>
              <w:right w:w="90" w:type="dxa"/>
            </w:tcMar>
            <w:vAlign w:val="center"/>
          </w:tcPr>
          <w:p w14:paraId="683E0D9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9B7D65" w14:textId="77777777" w:rsidR="008D43AB" w:rsidRDefault="00000000">
            <w:pPr>
              <w:jc w:val="center"/>
            </w:pPr>
            <w:r>
              <w:rPr>
                <w:b/>
                <w:color w:val="000000"/>
              </w:rPr>
              <w:t>UČENEC</w:t>
            </w:r>
          </w:p>
        </w:tc>
      </w:tr>
      <w:tr w:rsidR="008D43AB" w14:paraId="41C3AC30" w14:textId="77777777">
        <w:trPr>
          <w:jc w:val="center"/>
        </w:trPr>
        <w:tc>
          <w:tcPr>
            <w:tcW w:w="4422" w:type="dxa"/>
            <w:tcMar>
              <w:top w:w="70" w:type="dxa"/>
              <w:left w:w="90" w:type="dxa"/>
              <w:bottom w:w="70" w:type="dxa"/>
              <w:right w:w="90" w:type="dxa"/>
            </w:tcMar>
          </w:tcPr>
          <w:p w14:paraId="0A3D2DA7" w14:textId="77777777" w:rsidR="008D43AB" w:rsidRDefault="008D43AB"/>
          <w:p w14:paraId="680D10BE" w14:textId="77777777" w:rsidR="008D43AB" w:rsidRDefault="00000000">
            <w:pPr>
              <w:spacing w:after="60" w:line="245" w:lineRule="auto"/>
            </w:pPr>
            <w:r>
              <w:rPr>
                <w:b/>
                <w:color w:val="000000"/>
              </w:rPr>
              <w:t>UČNI CILJI</w:t>
            </w:r>
          </w:p>
          <w:p w14:paraId="58484840" w14:textId="77777777" w:rsidR="008D43AB" w:rsidRDefault="00000000">
            <w:pPr>
              <w:spacing w:after="20" w:line="245" w:lineRule="auto"/>
            </w:pPr>
            <w:r>
              <w:rPr>
                <w:b/>
                <w:color w:val="000000"/>
                <w:sz w:val="17"/>
              </w:rPr>
              <w:t>SPLOŠNI</w:t>
            </w:r>
          </w:p>
          <w:p w14:paraId="6808A96C"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F587CD6" w14:textId="77777777" w:rsidR="008D43AB" w:rsidRDefault="00000000">
            <w:pPr>
              <w:pStyle w:val="Oznaenseznam"/>
              <w:spacing w:after="16"/>
            </w:pPr>
            <w:r>
              <w:rPr>
                <w:color w:val="000000"/>
                <w:sz w:val="16"/>
              </w:rPr>
              <w:t>poje, ritmično govori ter uporablja telo, glasbila in predmete kot zvočne vire</w:t>
            </w:r>
          </w:p>
          <w:p w14:paraId="70B9E718" w14:textId="77777777" w:rsidR="008D43AB" w:rsidRDefault="00000000">
            <w:pPr>
              <w:pStyle w:val="Oznaenseznam"/>
              <w:spacing w:after="16"/>
            </w:pPr>
            <w:r>
              <w:rPr>
                <w:color w:val="000000"/>
                <w:sz w:val="16"/>
              </w:rPr>
              <w:t>razlikuje izbrane lastnosti zvoka in glasbe ter varuje sluh in odgovorno uporablja glasbila</w:t>
            </w:r>
          </w:p>
          <w:p w14:paraId="26E37D41"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0048F212" w14:textId="77777777" w:rsidR="008D43AB" w:rsidRDefault="00000000">
            <w:pPr>
              <w:spacing w:before="40" w:after="20" w:line="245" w:lineRule="auto"/>
            </w:pPr>
            <w:r>
              <w:rPr>
                <w:b/>
                <w:color w:val="000000"/>
                <w:sz w:val="17"/>
              </w:rPr>
              <w:t>OPERATIVNI</w:t>
            </w:r>
          </w:p>
          <w:p w14:paraId="097B4CA6" w14:textId="77777777" w:rsidR="008D43AB" w:rsidRDefault="00000000">
            <w:pPr>
              <w:pStyle w:val="Oznaenseznam"/>
              <w:spacing w:after="16"/>
            </w:pPr>
            <w:r>
              <w:rPr>
                <w:color w:val="000000"/>
                <w:sz w:val="16"/>
              </w:rPr>
              <w:t>prepozna ponavljanje</w:t>
            </w:r>
          </w:p>
          <w:p w14:paraId="5A3820F2" w14:textId="77777777" w:rsidR="008D43AB" w:rsidRDefault="00000000">
            <w:pPr>
              <w:pStyle w:val="Oznaenseznam"/>
              <w:spacing w:after="16"/>
            </w:pPr>
            <w:r>
              <w:rPr>
                <w:color w:val="000000"/>
                <w:sz w:val="16"/>
              </w:rPr>
              <w:t>izbere zvok za osebo ali dogodek</w:t>
            </w:r>
          </w:p>
          <w:p w14:paraId="3654C550" w14:textId="77777777" w:rsidR="008D43AB" w:rsidRDefault="00000000">
            <w:pPr>
              <w:pStyle w:val="Oznaenseznam"/>
              <w:spacing w:after="16"/>
            </w:pPr>
            <w:r>
              <w:rPr>
                <w:color w:val="000000"/>
                <w:sz w:val="16"/>
              </w:rPr>
              <w:t>sodeluje pri izvedbi</w:t>
            </w:r>
          </w:p>
          <w:p w14:paraId="6D225DB5" w14:textId="77777777" w:rsidR="008D43AB" w:rsidRDefault="00000000">
            <w:pPr>
              <w:spacing w:before="40" w:after="20" w:line="245" w:lineRule="auto"/>
            </w:pPr>
            <w:r>
              <w:rPr>
                <w:b/>
                <w:color w:val="000000"/>
                <w:sz w:val="17"/>
              </w:rPr>
              <w:t>PRIČAKOVANI DOSEŽKI / MINIMALNI POUDARKI</w:t>
            </w:r>
          </w:p>
          <w:p w14:paraId="5A71EC2D" w14:textId="77777777" w:rsidR="008D43AB" w:rsidRDefault="00000000">
            <w:pPr>
              <w:pStyle w:val="Oznaenseznam"/>
              <w:spacing w:after="16"/>
            </w:pPr>
            <w:r>
              <w:rPr>
                <w:color w:val="000000"/>
                <w:sz w:val="15"/>
              </w:rPr>
              <w:t>samostojno oziroma z dogovorjeno oporo prepozna ponavljanje</w:t>
            </w:r>
          </w:p>
          <w:p w14:paraId="5F7E6B43" w14:textId="77777777" w:rsidR="008D43AB" w:rsidRDefault="00000000">
            <w:pPr>
              <w:pStyle w:val="Oznaenseznam"/>
              <w:spacing w:after="16"/>
            </w:pPr>
            <w:r>
              <w:rPr>
                <w:color w:val="000000"/>
                <w:sz w:val="15"/>
              </w:rPr>
              <w:t>samostojno oziroma z dogovorjeno oporo izbere zvok za osebo ali dogodek</w:t>
            </w:r>
          </w:p>
          <w:p w14:paraId="0FE5DF48" w14:textId="77777777" w:rsidR="008D43AB" w:rsidRDefault="00000000">
            <w:pPr>
              <w:pStyle w:val="Oznaenseznam"/>
              <w:spacing w:after="16"/>
            </w:pPr>
            <w:r>
              <w:rPr>
                <w:color w:val="000000"/>
                <w:sz w:val="15"/>
              </w:rPr>
              <w:t>samostojno oziroma z dogovorjeno oporo sodeluje pri izvedbi</w:t>
            </w:r>
          </w:p>
        </w:tc>
        <w:tc>
          <w:tcPr>
            <w:tcW w:w="7087" w:type="dxa"/>
            <w:tcMar>
              <w:top w:w="70" w:type="dxa"/>
              <w:left w:w="90" w:type="dxa"/>
              <w:bottom w:w="70" w:type="dxa"/>
              <w:right w:w="90" w:type="dxa"/>
            </w:tcMar>
          </w:tcPr>
          <w:p w14:paraId="00B37CE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1D9778B" w14:textId="77777777">
              <w:trPr>
                <w:jc w:val="center"/>
              </w:trPr>
              <w:tc>
                <w:tcPr>
                  <w:tcW w:w="7087" w:type="dxa"/>
                  <w:shd w:val="clear" w:color="auto" w:fill="C6E7F3"/>
                  <w:tcMar>
                    <w:top w:w="45" w:type="dxa"/>
                    <w:left w:w="70" w:type="dxa"/>
                    <w:bottom w:w="45" w:type="dxa"/>
                    <w:right w:w="70" w:type="dxa"/>
                  </w:tcMar>
                </w:tcPr>
                <w:p w14:paraId="00CADEFE" w14:textId="77777777" w:rsidR="008D43AB" w:rsidRDefault="00000000">
                  <w:pPr>
                    <w:keepNext/>
                  </w:pPr>
                  <w:r>
                    <w:rPr>
                      <w:b/>
                      <w:color w:val="000000"/>
                    </w:rPr>
                    <w:t>UVODNI DEL – zvočna motivacija, aktivacija predznanja in namen učenja (8–12 min)</w:t>
                  </w:r>
                </w:p>
              </w:tc>
            </w:tr>
          </w:tbl>
          <w:p w14:paraId="0ECBB021" w14:textId="77777777" w:rsidR="008D43AB" w:rsidRDefault="008D43AB">
            <w:pPr>
              <w:spacing w:line="20" w:lineRule="exact"/>
            </w:pPr>
          </w:p>
          <w:p w14:paraId="373095A9" w14:textId="77777777" w:rsidR="008D43AB" w:rsidRDefault="00000000">
            <w:pPr>
              <w:spacing w:before="40" w:after="60" w:line="245" w:lineRule="auto"/>
            </w:pPr>
            <w:r>
              <w:rPr>
                <w:color w:val="000000"/>
                <w:sz w:val="16"/>
              </w:rPr>
              <w:t>Učenci ob motivu »Zakaj?« – Lila Prap vstopijo v temo radovednost, vprašanja ter raziskovanje živali in rastlin. Najprej v tišini poslušajo kratek zvočni odlomek ali učiteljičino izvedbo (C. Saint-Saëns: Živalski karneval – izbrani odlomek; glasbena pravljica),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01943C4A" w14:textId="77777777">
              <w:trPr>
                <w:jc w:val="center"/>
              </w:trPr>
              <w:tc>
                <w:tcPr>
                  <w:tcW w:w="7087" w:type="dxa"/>
                  <w:shd w:val="clear" w:color="auto" w:fill="EDC9EA"/>
                  <w:tcMar>
                    <w:top w:w="45" w:type="dxa"/>
                    <w:left w:w="70" w:type="dxa"/>
                    <w:bottom w:w="45" w:type="dxa"/>
                    <w:right w:w="70" w:type="dxa"/>
                  </w:tcMar>
                </w:tcPr>
                <w:p w14:paraId="5DEA538D" w14:textId="77777777" w:rsidR="008D43AB" w:rsidRDefault="00000000">
                  <w:pPr>
                    <w:keepNext/>
                  </w:pPr>
                  <w:r>
                    <w:rPr>
                      <w:b/>
                      <w:color w:val="000000"/>
                    </w:rPr>
                    <w:t>NAMENI UČENJA</w:t>
                  </w:r>
                </w:p>
              </w:tc>
            </w:tr>
          </w:tbl>
          <w:p w14:paraId="2ED9A439" w14:textId="77777777" w:rsidR="008D43AB" w:rsidRDefault="008D43AB">
            <w:pPr>
              <w:spacing w:line="20" w:lineRule="exact"/>
            </w:pPr>
          </w:p>
          <w:p w14:paraId="6E7DE12B"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6E341861" w14:textId="77777777" w:rsidR="008D43AB" w:rsidRDefault="00000000">
            <w:pPr>
              <w:pStyle w:val="Oznaenseznam"/>
              <w:spacing w:after="16"/>
            </w:pPr>
            <w:r>
              <w:rPr>
                <w:color w:val="000000"/>
                <w:sz w:val="16"/>
              </w:rPr>
              <w:t>prepoznam ponavljanje</w:t>
            </w:r>
          </w:p>
          <w:p w14:paraId="5F983D18" w14:textId="77777777" w:rsidR="008D43AB" w:rsidRDefault="00000000">
            <w:pPr>
              <w:pStyle w:val="Oznaenseznam"/>
              <w:spacing w:after="16"/>
            </w:pPr>
            <w:r>
              <w:rPr>
                <w:color w:val="000000"/>
                <w:sz w:val="16"/>
              </w:rPr>
              <w:t>izberem zvok za osebo ali dogodek</w:t>
            </w:r>
          </w:p>
          <w:p w14:paraId="6E6CA54C" w14:textId="77777777" w:rsidR="008D43AB" w:rsidRDefault="00000000">
            <w:pPr>
              <w:pStyle w:val="Oznaenseznam"/>
              <w:spacing w:after="16"/>
            </w:pPr>
            <w:r>
              <w:rPr>
                <w:color w:val="000000"/>
                <w:sz w:val="16"/>
              </w:rPr>
              <w:t>sodelujem pri izvedbi</w:t>
            </w:r>
          </w:p>
          <w:tbl>
            <w:tblPr>
              <w:tblStyle w:val="Tabelamrea"/>
              <w:tblW w:w="0" w:type="auto"/>
              <w:jc w:val="center"/>
              <w:tblLayout w:type="fixed"/>
              <w:tblLook w:val="04A0" w:firstRow="1" w:lastRow="0" w:firstColumn="1" w:lastColumn="0" w:noHBand="0" w:noVBand="1"/>
            </w:tblPr>
            <w:tblGrid>
              <w:gridCol w:w="7087"/>
            </w:tblGrid>
            <w:tr w:rsidR="008D43AB" w14:paraId="126608F1" w14:textId="77777777">
              <w:trPr>
                <w:jc w:val="center"/>
              </w:trPr>
              <w:tc>
                <w:tcPr>
                  <w:tcW w:w="7087" w:type="dxa"/>
                  <w:shd w:val="clear" w:color="auto" w:fill="EDC9EA"/>
                  <w:tcMar>
                    <w:top w:w="45" w:type="dxa"/>
                    <w:left w:w="70" w:type="dxa"/>
                    <w:bottom w:w="45" w:type="dxa"/>
                    <w:right w:w="70" w:type="dxa"/>
                  </w:tcMar>
                </w:tcPr>
                <w:p w14:paraId="590E3DCF" w14:textId="77777777" w:rsidR="008D43AB" w:rsidRDefault="00000000">
                  <w:pPr>
                    <w:keepNext/>
                  </w:pPr>
                  <w:r>
                    <w:rPr>
                      <w:b/>
                      <w:color w:val="000000"/>
                    </w:rPr>
                    <w:t>PREVERJANJE PREDZNANJA</w:t>
                  </w:r>
                </w:p>
              </w:tc>
            </w:tr>
          </w:tbl>
          <w:p w14:paraId="6F71B7C0" w14:textId="77777777" w:rsidR="008D43AB" w:rsidRDefault="008D43AB">
            <w:pPr>
              <w:spacing w:line="20" w:lineRule="exact"/>
            </w:pPr>
          </w:p>
          <w:p w14:paraId="78A33569" w14:textId="77777777" w:rsidR="008D43AB" w:rsidRDefault="00000000">
            <w:pPr>
              <w:pStyle w:val="Oznaenseznam"/>
              <w:spacing w:after="16"/>
            </w:pPr>
            <w:r>
              <w:rPr>
                <w:color w:val="000000"/>
                <w:sz w:val="16"/>
              </w:rPr>
              <w:t>Kaj mi zvok, naslov, slika ali motiv pove o temi radovednost, vprašanja ter raziskovanje živali in rastlin?</w:t>
            </w:r>
          </w:p>
          <w:p w14:paraId="2844F64E" w14:textId="77777777" w:rsidR="008D43AB" w:rsidRDefault="00000000">
            <w:pPr>
              <w:pStyle w:val="Oznaenseznam"/>
              <w:spacing w:after="16"/>
            </w:pPr>
            <w:r>
              <w:rPr>
                <w:color w:val="000000"/>
                <w:sz w:val="16"/>
              </w:rPr>
              <w:t>Kako lahko s poslušanjem, glasom, telesom, glasbilom ali simbolom pokažem, kaj že znam pri temi »GLASBENA PRAVLJICA«?</w:t>
            </w:r>
          </w:p>
          <w:p w14:paraId="78A9DD3B"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3A0FAD2B" w14:textId="77777777">
              <w:trPr>
                <w:jc w:val="center"/>
              </w:trPr>
              <w:tc>
                <w:tcPr>
                  <w:tcW w:w="7087" w:type="dxa"/>
                  <w:shd w:val="clear" w:color="auto" w:fill="EDC9EA"/>
                  <w:tcMar>
                    <w:top w:w="45" w:type="dxa"/>
                    <w:left w:w="70" w:type="dxa"/>
                    <w:bottom w:w="45" w:type="dxa"/>
                    <w:right w:w="70" w:type="dxa"/>
                  </w:tcMar>
                </w:tcPr>
                <w:p w14:paraId="27992AE7" w14:textId="77777777" w:rsidR="008D43AB" w:rsidRDefault="00000000">
                  <w:pPr>
                    <w:keepNext/>
                  </w:pPr>
                  <w:r>
                    <w:rPr>
                      <w:b/>
                      <w:color w:val="000000"/>
                    </w:rPr>
                    <w:t>KRITERIJI USPEŠNOSTI</w:t>
                  </w:r>
                </w:p>
              </w:tc>
            </w:tr>
          </w:tbl>
          <w:p w14:paraId="06732EE1" w14:textId="77777777" w:rsidR="008D43AB" w:rsidRDefault="008D43AB"/>
          <w:p w14:paraId="0BDA2291" w14:textId="77777777" w:rsidR="008D43AB" w:rsidRDefault="00000000">
            <w:pPr>
              <w:spacing w:before="20" w:after="20" w:line="245" w:lineRule="auto"/>
            </w:pPr>
            <w:r>
              <w:rPr>
                <w:b/>
                <w:color w:val="000000"/>
                <w:sz w:val="16"/>
              </w:rPr>
              <w:t>Uspešen/-na bom, ko:</w:t>
            </w:r>
          </w:p>
          <w:p w14:paraId="4A6CCA53" w14:textId="77777777" w:rsidR="008D43AB" w:rsidRDefault="00000000">
            <w:pPr>
              <w:pStyle w:val="Oznaenseznam"/>
              <w:spacing w:after="16"/>
            </w:pPr>
            <w:r>
              <w:rPr>
                <w:color w:val="000000"/>
                <w:sz w:val="16"/>
              </w:rPr>
              <w:t>prepoznam ponavljanje</w:t>
            </w:r>
          </w:p>
          <w:p w14:paraId="4A9AAE17" w14:textId="77777777" w:rsidR="008D43AB" w:rsidRDefault="00000000">
            <w:pPr>
              <w:pStyle w:val="Oznaenseznam"/>
              <w:spacing w:after="16"/>
            </w:pPr>
            <w:r>
              <w:rPr>
                <w:color w:val="000000"/>
                <w:sz w:val="16"/>
              </w:rPr>
              <w:t>izberem zvok za osebo ali dogodek</w:t>
            </w:r>
          </w:p>
          <w:p w14:paraId="2B157D53" w14:textId="77777777" w:rsidR="008D43AB" w:rsidRDefault="00000000">
            <w:pPr>
              <w:pStyle w:val="Oznaenseznam"/>
              <w:spacing w:after="16"/>
            </w:pPr>
            <w:r>
              <w:rPr>
                <w:color w:val="000000"/>
                <w:sz w:val="16"/>
              </w:rPr>
              <w:t>sodelujem pri izvedbi</w:t>
            </w:r>
          </w:p>
          <w:p w14:paraId="7275B23D" w14:textId="77777777" w:rsidR="008D43AB" w:rsidRDefault="00000000">
            <w:pPr>
              <w:pStyle w:val="Oznaenseznam"/>
              <w:spacing w:after="16"/>
            </w:pPr>
            <w:r>
              <w:rPr>
                <w:color w:val="000000"/>
                <w:sz w:val="16"/>
              </w:rPr>
              <w:t>upoštevam dogovorjeni začetek, konec, znak za tišino in varno glasnost</w:t>
            </w:r>
          </w:p>
          <w:p w14:paraId="2843CD3E"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4C257965" w14:textId="77777777" w:rsidR="008D43AB" w:rsidRDefault="008D43AB"/>
          <w:p w14:paraId="54AF0888"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59E73860" w14:textId="77777777" w:rsidR="008D43AB" w:rsidRDefault="00000000">
            <w:pPr>
              <w:spacing w:after="80" w:line="245" w:lineRule="auto"/>
            </w:pPr>
            <w:r>
              <w:rPr>
                <w:color w:val="000000"/>
                <w:sz w:val="16"/>
              </w:rPr>
              <w:t>Pove ali pokaže, kaj že zna in katero glasbeno strategijo bi uporabil.</w:t>
            </w:r>
          </w:p>
          <w:p w14:paraId="166A9517" w14:textId="77777777" w:rsidR="008D43AB" w:rsidRDefault="00000000">
            <w:pPr>
              <w:spacing w:after="100" w:line="245" w:lineRule="auto"/>
            </w:pPr>
            <w:r>
              <w:rPr>
                <w:color w:val="000000"/>
                <w:sz w:val="16"/>
              </w:rPr>
              <w:t>Sodeluje pri razumevanju namenov, meril uspešnosti, varne glasnosti in načina dokazovanja.</w:t>
            </w:r>
          </w:p>
          <w:p w14:paraId="11E66182" w14:textId="77777777" w:rsidR="008D43AB" w:rsidRDefault="00000000">
            <w:pPr>
              <w:spacing w:after="20" w:line="245" w:lineRule="auto"/>
            </w:pPr>
            <w:r>
              <w:rPr>
                <w:b/>
                <w:color w:val="D95BC6"/>
                <w:sz w:val="17"/>
              </w:rPr>
              <w:t>DOKAZ O UČENJU</w:t>
            </w:r>
          </w:p>
          <w:p w14:paraId="4E377D03"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0AB18DF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6613A0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89F54F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8AFEE3" w14:textId="77777777" w:rsidR="008D43AB" w:rsidRDefault="00000000">
            <w:pPr>
              <w:jc w:val="center"/>
            </w:pPr>
            <w:r>
              <w:rPr>
                <w:b/>
                <w:color w:val="000000"/>
                <w:sz w:val="20"/>
              </w:rPr>
              <w:t>UČNE DEJAVNOSTI, METODE IN FORMATIVNO SPREMLJANJE</w:t>
            </w:r>
          </w:p>
        </w:tc>
      </w:tr>
      <w:tr w:rsidR="008D43AB" w14:paraId="217E9D97" w14:textId="77777777">
        <w:trPr>
          <w:tblHeader/>
          <w:jc w:val="center"/>
        </w:trPr>
        <w:tc>
          <w:tcPr>
            <w:tcW w:w="4422" w:type="dxa"/>
            <w:vMerge/>
            <w:tcMar>
              <w:top w:w="70" w:type="dxa"/>
              <w:left w:w="90" w:type="dxa"/>
              <w:bottom w:w="70" w:type="dxa"/>
              <w:right w:w="90" w:type="dxa"/>
            </w:tcMar>
            <w:vAlign w:val="center"/>
          </w:tcPr>
          <w:p w14:paraId="4AFC3094" w14:textId="77777777" w:rsidR="008D43AB" w:rsidRDefault="008D43AB"/>
        </w:tc>
        <w:tc>
          <w:tcPr>
            <w:tcW w:w="7087" w:type="dxa"/>
            <w:shd w:val="clear" w:color="auto" w:fill="FFFFFF"/>
            <w:tcMar>
              <w:top w:w="70" w:type="dxa"/>
              <w:left w:w="90" w:type="dxa"/>
              <w:bottom w:w="70" w:type="dxa"/>
              <w:right w:w="90" w:type="dxa"/>
            </w:tcMar>
            <w:vAlign w:val="center"/>
          </w:tcPr>
          <w:p w14:paraId="47E0784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7325D2" w14:textId="77777777" w:rsidR="008D43AB" w:rsidRDefault="00000000">
            <w:pPr>
              <w:jc w:val="center"/>
            </w:pPr>
            <w:r>
              <w:rPr>
                <w:b/>
                <w:color w:val="000000"/>
              </w:rPr>
              <w:t>UČENEC</w:t>
            </w:r>
          </w:p>
        </w:tc>
      </w:tr>
      <w:tr w:rsidR="008D43AB" w14:paraId="6593CE95" w14:textId="77777777">
        <w:trPr>
          <w:jc w:val="center"/>
        </w:trPr>
        <w:tc>
          <w:tcPr>
            <w:tcW w:w="4422" w:type="dxa"/>
            <w:tcMar>
              <w:top w:w="70" w:type="dxa"/>
              <w:left w:w="90" w:type="dxa"/>
              <w:bottom w:w="70" w:type="dxa"/>
              <w:right w:w="90" w:type="dxa"/>
            </w:tcMar>
          </w:tcPr>
          <w:p w14:paraId="11707B75" w14:textId="77777777" w:rsidR="008D43AB" w:rsidRDefault="008D43AB"/>
          <w:p w14:paraId="233CE390" w14:textId="77777777" w:rsidR="008D43AB" w:rsidRDefault="00000000">
            <w:pPr>
              <w:spacing w:after="40" w:line="245" w:lineRule="auto"/>
            </w:pPr>
            <w:r>
              <w:rPr>
                <w:b/>
                <w:color w:val="000000"/>
              </w:rPr>
              <w:t>KLJUČNI GLASBENI POJMI</w:t>
            </w:r>
          </w:p>
          <w:p w14:paraId="71F2DDA8" w14:textId="77777777" w:rsidR="008D43AB" w:rsidRDefault="00000000">
            <w:pPr>
              <w:spacing w:after="60" w:line="245" w:lineRule="auto"/>
            </w:pPr>
            <w:r>
              <w:rPr>
                <w:color w:val="000000"/>
                <w:sz w:val="15"/>
              </w:rPr>
              <w:t>poslušanje, zvok, tišina, izvedba, glasbeni znak, dokaz, povratna informacija</w:t>
            </w:r>
          </w:p>
          <w:p w14:paraId="0D2E67C7" w14:textId="77777777" w:rsidR="008D43AB" w:rsidRDefault="00000000">
            <w:pPr>
              <w:spacing w:after="20" w:line="245" w:lineRule="auto"/>
            </w:pPr>
            <w:r>
              <w:rPr>
                <w:b/>
                <w:color w:val="000000"/>
                <w:sz w:val="17"/>
              </w:rPr>
              <w:t>DOKAZI O UČENJU</w:t>
            </w:r>
          </w:p>
          <w:p w14:paraId="484FE694" w14:textId="77777777" w:rsidR="008D43AB" w:rsidRDefault="00000000">
            <w:pPr>
              <w:pStyle w:val="Oznaenseznam"/>
              <w:spacing w:after="9"/>
            </w:pPr>
            <w:r>
              <w:rPr>
                <w:color w:val="000000"/>
                <w:sz w:val="15"/>
              </w:rPr>
              <w:t>poslušalski gibalni odziv, ritmični/pevski odmev in učiteljev zapis o skupnem pulzu oziroma začetku/koncu.</w:t>
            </w:r>
          </w:p>
          <w:p w14:paraId="3C4D98D4" w14:textId="77777777" w:rsidR="008D43AB" w:rsidRDefault="00000000">
            <w:pPr>
              <w:pStyle w:val="Oznaenseznam"/>
              <w:spacing w:after="9"/>
            </w:pPr>
            <w:r>
              <w:rPr>
                <w:color w:val="000000"/>
                <w:sz w:val="15"/>
              </w:rPr>
              <w:t>slikovni zvočni zapis, skupinska izvedba/posnetek in vrstniška opisna povratna informacija.</w:t>
            </w:r>
          </w:p>
          <w:p w14:paraId="07ECC76C" w14:textId="77777777" w:rsidR="008D43AB" w:rsidRDefault="00000000">
            <w:pPr>
              <w:spacing w:before="40" w:after="20" w:line="245" w:lineRule="auto"/>
            </w:pPr>
            <w:r>
              <w:rPr>
                <w:b/>
                <w:color w:val="000000"/>
                <w:sz w:val="17"/>
              </w:rPr>
              <w:t>GLASBENO DOŽIVETJE IN IZKUŠENJSKI POUK</w:t>
            </w:r>
          </w:p>
          <w:p w14:paraId="21AB3BE0"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4124B859" w14:textId="77777777" w:rsidR="008D43AB" w:rsidRDefault="00000000">
            <w:pPr>
              <w:spacing w:after="20" w:line="245" w:lineRule="auto"/>
            </w:pPr>
            <w:r>
              <w:rPr>
                <w:b/>
                <w:color w:val="000000"/>
                <w:sz w:val="17"/>
              </w:rPr>
              <w:t>POUČEVANJE V GIBANJU</w:t>
            </w:r>
          </w:p>
          <w:p w14:paraId="38C0FC1C"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5E94867A" w14:textId="77777777" w:rsidR="008D43AB" w:rsidRDefault="00000000">
            <w:pPr>
              <w:spacing w:after="20" w:line="245" w:lineRule="auto"/>
            </w:pPr>
            <w:r>
              <w:rPr>
                <w:b/>
                <w:color w:val="000000"/>
                <w:sz w:val="17"/>
              </w:rPr>
              <w:t>DELO PO POSTAJAH</w:t>
            </w:r>
          </w:p>
          <w:p w14:paraId="02F7DB07"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799A53D0" w14:textId="77777777" w:rsidR="008D43AB" w:rsidRDefault="00000000">
            <w:pPr>
              <w:spacing w:after="10" w:line="245" w:lineRule="auto"/>
            </w:pPr>
            <w:r>
              <w:rPr>
                <w:color w:val="000000"/>
                <w:sz w:val="15"/>
              </w:rPr>
              <w:t>1. Raziskovalna: varno preizkusim material, predmet, glas ali zvočilo ter primerjam zvočni učinek.</w:t>
            </w:r>
          </w:p>
          <w:p w14:paraId="308E3C37" w14:textId="77777777" w:rsidR="008D43AB" w:rsidRDefault="00000000">
            <w:pPr>
              <w:spacing w:after="10" w:line="245" w:lineRule="auto"/>
            </w:pPr>
            <w:r>
              <w:rPr>
                <w:color w:val="000000"/>
                <w:sz w:val="15"/>
              </w:rPr>
              <w:t>2. Gibalno-pripovedna: osebo, dogodek ali okolje ponazorim z gibanjem in izberem ustrezen zvok.</w:t>
            </w:r>
          </w:p>
          <w:p w14:paraId="5BA8D8E1" w14:textId="77777777" w:rsidR="008D43AB" w:rsidRDefault="00000000">
            <w:pPr>
              <w:spacing w:after="10" w:line="245" w:lineRule="auto"/>
            </w:pPr>
            <w:r>
              <w:rPr>
                <w:color w:val="000000"/>
                <w:sz w:val="15"/>
              </w:rPr>
              <w:t>3. Slikovno-zapisna: iz simbolov sestavim motiv ali zaporedje in določim začetek, ponovitev ter konec.</w:t>
            </w:r>
          </w:p>
          <w:p w14:paraId="779513D7"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2D2712B9" w14:textId="77777777" w:rsidR="008D43AB" w:rsidRDefault="00000000">
            <w:pPr>
              <w:spacing w:after="20" w:line="245" w:lineRule="auto"/>
            </w:pPr>
            <w:r>
              <w:rPr>
                <w:b/>
                <w:color w:val="000000"/>
                <w:sz w:val="17"/>
              </w:rPr>
              <w:t>DIFERENCIACIJA IN VKLJUČEVANJE</w:t>
            </w:r>
          </w:p>
          <w:p w14:paraId="4F06012C"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3467D724" w14:textId="77777777" w:rsidR="008D43AB" w:rsidRDefault="00000000">
            <w:pPr>
              <w:spacing w:after="20" w:line="245" w:lineRule="auto"/>
            </w:pPr>
            <w:r>
              <w:rPr>
                <w:b/>
                <w:color w:val="000000"/>
                <w:sz w:val="17"/>
              </w:rPr>
              <w:t>SPREMLJANJE</w:t>
            </w:r>
          </w:p>
          <w:p w14:paraId="0EB557F9"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5DFCA167"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8E86FEC" w14:textId="77777777">
              <w:trPr>
                <w:jc w:val="center"/>
              </w:trPr>
              <w:tc>
                <w:tcPr>
                  <w:tcW w:w="7087" w:type="dxa"/>
                  <w:shd w:val="clear" w:color="auto" w:fill="C6E7F3"/>
                  <w:tcMar>
                    <w:top w:w="45" w:type="dxa"/>
                    <w:left w:w="70" w:type="dxa"/>
                    <w:bottom w:w="45" w:type="dxa"/>
                    <w:right w:w="70" w:type="dxa"/>
                  </w:tcMar>
                </w:tcPr>
                <w:p w14:paraId="3FC8E43B" w14:textId="77777777" w:rsidR="008D43AB" w:rsidRDefault="00000000">
                  <w:pPr>
                    <w:keepNext/>
                  </w:pPr>
                  <w:r>
                    <w:rPr>
                      <w:b/>
                      <w:color w:val="000000"/>
                      <w:sz w:val="17"/>
                    </w:rPr>
                    <w:t>GLAVNI DEL – POSLUŠANJE, IZVAJANJE, GIBANJE IN USTVARJANJE (2 šolski uri)</w:t>
                  </w:r>
                </w:p>
              </w:tc>
            </w:tr>
          </w:tbl>
          <w:p w14:paraId="281A64F6" w14:textId="77777777" w:rsidR="008D43AB" w:rsidRDefault="008D43AB">
            <w:pPr>
              <w:spacing w:line="20" w:lineRule="exact"/>
            </w:pPr>
          </w:p>
          <w:p w14:paraId="179FFC00" w14:textId="77777777" w:rsidR="008D43AB" w:rsidRDefault="00000000">
            <w:pPr>
              <w:keepNext/>
              <w:spacing w:before="24" w:after="8" w:line="245" w:lineRule="auto"/>
            </w:pPr>
            <w:r>
              <w:rPr>
                <w:b/>
                <w:color w:val="000000"/>
                <w:sz w:val="16"/>
              </w:rPr>
              <w:t>1. URA – Glasbena Pravljica – Poslušam in izvajam</w:t>
            </w:r>
          </w:p>
          <w:p w14:paraId="6F933C2D"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»GLASBENA PRAVLJICA«,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7E7882AE"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703A429F"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61ABFE2" w14:textId="77777777" w:rsidR="008D43AB" w:rsidRDefault="00000000">
            <w:pPr>
              <w:keepNext/>
              <w:spacing w:before="24" w:after="8" w:line="245" w:lineRule="auto"/>
            </w:pPr>
            <w:r>
              <w:rPr>
                <w:b/>
                <w:color w:val="000000"/>
                <w:sz w:val="16"/>
              </w:rPr>
              <w:t>2. URA – Glasbena Pravljica – Ustvarim in nastopim</w:t>
            </w:r>
          </w:p>
          <w:p w14:paraId="4B3FE6CA"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glasbena pravljica«; usmerja izbiro, zapis, vajo in menjavo vlog. Zaključek: 10' – Organizira nastop in odziv poslušalcev po kriterijih; posname kratek dokaz, če so soglasja urejena.</w:t>
            </w:r>
          </w:p>
          <w:p w14:paraId="6D85BB3B"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E6CBD32"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43DA9B80" w14:textId="77777777">
              <w:trPr>
                <w:jc w:val="center"/>
              </w:trPr>
              <w:tc>
                <w:tcPr>
                  <w:tcW w:w="7087" w:type="dxa"/>
                  <w:shd w:val="clear" w:color="auto" w:fill="EDC9EA"/>
                  <w:tcMar>
                    <w:top w:w="45" w:type="dxa"/>
                    <w:left w:w="70" w:type="dxa"/>
                    <w:bottom w:w="45" w:type="dxa"/>
                    <w:right w:w="70" w:type="dxa"/>
                  </w:tcMar>
                </w:tcPr>
                <w:p w14:paraId="6CA2FD41" w14:textId="77777777" w:rsidR="008D43AB" w:rsidRDefault="00000000">
                  <w:pPr>
                    <w:keepNext/>
                  </w:pPr>
                  <w:r>
                    <w:rPr>
                      <w:b/>
                      <w:color w:val="000000"/>
                      <w:sz w:val="17"/>
                    </w:rPr>
                    <w:t>ORGANIZACIJA POSTAJ IN PREHODOV</w:t>
                  </w:r>
                </w:p>
              </w:tc>
            </w:tr>
          </w:tbl>
          <w:p w14:paraId="348C6520" w14:textId="77777777" w:rsidR="008D43AB" w:rsidRDefault="008D43AB"/>
          <w:p w14:paraId="09105E7C"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54057710" w14:textId="77777777" w:rsidR="008D43AB" w:rsidRDefault="00000000">
            <w:pPr>
              <w:spacing w:before="9" w:after="9" w:line="245" w:lineRule="auto"/>
            </w:pPr>
            <w:r>
              <w:rPr>
                <w:color w:val="000000"/>
                <w:sz w:val="15"/>
              </w:rPr>
              <w:t>Postaja 2: Gibalno-pripovedna: osebo, dogodek ali okolje ponazorim z gibanjem in izberem ustrezen zvok.</w:t>
            </w:r>
          </w:p>
          <w:p w14:paraId="70B58D9B"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000669A0"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110ECB69"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7F9E3C08" w14:textId="77777777" w:rsidR="008D43AB" w:rsidRDefault="008D43AB"/>
          <w:p w14:paraId="7471F1F0" w14:textId="77777777" w:rsidR="008D43AB" w:rsidRDefault="00000000">
            <w:pPr>
              <w:spacing w:after="6" w:line="245" w:lineRule="auto"/>
            </w:pPr>
            <w:r>
              <w:rPr>
                <w:b/>
                <w:color w:val="000000"/>
                <w:sz w:val="15"/>
              </w:rPr>
              <w:t>1. URA – Glasbena Pravljica – Poslušam in izvajam</w:t>
            </w:r>
          </w:p>
          <w:p w14:paraId="525B75B4"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9BF5B6D" w14:textId="77777777" w:rsidR="008D43AB" w:rsidRDefault="00000000">
            <w:pPr>
              <w:spacing w:after="20" w:line="245" w:lineRule="auto"/>
            </w:pPr>
            <w:r>
              <w:rPr>
                <w:color w:val="D95BC6"/>
                <w:sz w:val="14"/>
              </w:rPr>
              <w:t>Dokaz: poslušalski gibalni odziv, ritmični/pevski odmev in učiteljev zapis o skupnem pulzu oziroma.</w:t>
            </w:r>
          </w:p>
          <w:p w14:paraId="5D2320B0" w14:textId="77777777" w:rsidR="008D43AB" w:rsidRDefault="00000000">
            <w:pPr>
              <w:spacing w:after="6" w:line="245" w:lineRule="auto"/>
            </w:pPr>
            <w:r>
              <w:rPr>
                <w:b/>
                <w:color w:val="000000"/>
                <w:sz w:val="15"/>
              </w:rPr>
              <w:t>2. URA – Glasbena Pravljica – Ustvarim in nastopim</w:t>
            </w:r>
          </w:p>
          <w:p w14:paraId="27A9F3B4"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3DF70C38" w14:textId="77777777" w:rsidR="008D43AB" w:rsidRDefault="00000000">
            <w:pPr>
              <w:spacing w:after="20" w:line="245" w:lineRule="auto"/>
            </w:pPr>
            <w:r>
              <w:rPr>
                <w:color w:val="D95BC6"/>
                <w:sz w:val="14"/>
              </w:rPr>
              <w:t>Dokaz: slikovni zvočni zapis, skupinska izvedba/posnetek in vrstniška opisna povratna informacija.</w:t>
            </w:r>
          </w:p>
          <w:p w14:paraId="499C934A" w14:textId="77777777" w:rsidR="008D43AB" w:rsidRDefault="00000000">
            <w:pPr>
              <w:spacing w:before="40" w:after="20" w:line="245" w:lineRule="auto"/>
            </w:pPr>
            <w:r>
              <w:rPr>
                <w:b/>
                <w:color w:val="D95BC6"/>
                <w:sz w:val="16"/>
              </w:rPr>
              <w:t>MOJ KROG POSTAJ</w:t>
            </w:r>
          </w:p>
          <w:p w14:paraId="16CB5AA6" w14:textId="77777777" w:rsidR="008D43AB" w:rsidRDefault="00000000">
            <w:pPr>
              <w:spacing w:after="11" w:line="245" w:lineRule="auto"/>
            </w:pPr>
            <w:r>
              <w:rPr>
                <w:color w:val="000000"/>
                <w:sz w:val="14"/>
              </w:rPr>
              <w:t>1. Raziskovalna: varno preizkusim material, predmet, glas ali zvočilo ter primerjam zvočni.</w:t>
            </w:r>
          </w:p>
          <w:p w14:paraId="126140D7" w14:textId="77777777" w:rsidR="008D43AB" w:rsidRDefault="00000000">
            <w:pPr>
              <w:spacing w:after="11" w:line="245" w:lineRule="auto"/>
            </w:pPr>
            <w:r>
              <w:rPr>
                <w:color w:val="000000"/>
                <w:sz w:val="14"/>
              </w:rPr>
              <w:t>2. Gibalno-pripovedna: osebo, dogodek ali okolje ponazorim z gibanjem in izberem ustrezen zvok.</w:t>
            </w:r>
          </w:p>
          <w:p w14:paraId="380123DD" w14:textId="77777777" w:rsidR="008D43AB" w:rsidRDefault="00000000">
            <w:pPr>
              <w:spacing w:after="11" w:line="245" w:lineRule="auto"/>
            </w:pPr>
            <w:r>
              <w:rPr>
                <w:color w:val="000000"/>
                <w:sz w:val="14"/>
              </w:rPr>
              <w:t>3. Slikovno-zapisna: iz simbolov sestavim motiv ali zaporedje in določim začetek.</w:t>
            </w:r>
          </w:p>
          <w:p w14:paraId="1EC9B220" w14:textId="77777777" w:rsidR="008D43AB" w:rsidRDefault="00000000">
            <w:pPr>
              <w:spacing w:after="11" w:line="245" w:lineRule="auto"/>
            </w:pPr>
            <w:r>
              <w:rPr>
                <w:color w:val="000000"/>
                <w:sz w:val="14"/>
              </w:rPr>
              <w:t>4. Izvajalska: prevzamem vlogo izvajalca ali dirigenta, izvedem rešitev in jo izboljšam po.</w:t>
            </w:r>
          </w:p>
          <w:p w14:paraId="3AC32B20"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6C5A389F" w14:textId="77777777" w:rsidR="008D43AB" w:rsidRDefault="00000000">
            <w:pPr>
              <w:spacing w:after="20" w:line="245" w:lineRule="auto"/>
            </w:pPr>
            <w:r>
              <w:rPr>
                <w:b/>
                <w:color w:val="D95BC6"/>
                <w:sz w:val="17"/>
              </w:rPr>
              <w:t>DOKAZ O UČENJU</w:t>
            </w:r>
          </w:p>
          <w:p w14:paraId="5C3B2F56"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726909E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74BAF5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AD288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7F97009" w14:textId="77777777" w:rsidR="008D43AB" w:rsidRDefault="00000000">
            <w:pPr>
              <w:jc w:val="center"/>
            </w:pPr>
            <w:r>
              <w:rPr>
                <w:b/>
                <w:color w:val="000000"/>
                <w:sz w:val="20"/>
              </w:rPr>
              <w:t>UČNE DEJAVNOSTI, METODE IN FORMATIVNO SPREMLJANJE</w:t>
            </w:r>
          </w:p>
        </w:tc>
      </w:tr>
      <w:tr w:rsidR="008D43AB" w14:paraId="4B096866" w14:textId="77777777">
        <w:trPr>
          <w:tblHeader/>
          <w:jc w:val="center"/>
        </w:trPr>
        <w:tc>
          <w:tcPr>
            <w:tcW w:w="4422" w:type="dxa"/>
            <w:vMerge/>
            <w:tcMar>
              <w:top w:w="70" w:type="dxa"/>
              <w:left w:w="90" w:type="dxa"/>
              <w:bottom w:w="70" w:type="dxa"/>
              <w:right w:w="90" w:type="dxa"/>
            </w:tcMar>
            <w:vAlign w:val="center"/>
          </w:tcPr>
          <w:p w14:paraId="7D923434" w14:textId="77777777" w:rsidR="008D43AB" w:rsidRDefault="008D43AB"/>
        </w:tc>
        <w:tc>
          <w:tcPr>
            <w:tcW w:w="7087" w:type="dxa"/>
            <w:shd w:val="clear" w:color="auto" w:fill="FFFFFF"/>
            <w:tcMar>
              <w:top w:w="70" w:type="dxa"/>
              <w:left w:w="90" w:type="dxa"/>
              <w:bottom w:w="70" w:type="dxa"/>
              <w:right w:w="90" w:type="dxa"/>
            </w:tcMar>
            <w:vAlign w:val="center"/>
          </w:tcPr>
          <w:p w14:paraId="6CE9B76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D2E0F2F" w14:textId="77777777" w:rsidR="008D43AB" w:rsidRDefault="00000000">
            <w:pPr>
              <w:jc w:val="center"/>
            </w:pPr>
            <w:r>
              <w:rPr>
                <w:b/>
                <w:color w:val="000000"/>
              </w:rPr>
              <w:t>UČENEC</w:t>
            </w:r>
          </w:p>
        </w:tc>
      </w:tr>
      <w:tr w:rsidR="008D43AB" w14:paraId="2204BB87" w14:textId="77777777">
        <w:trPr>
          <w:jc w:val="center"/>
        </w:trPr>
        <w:tc>
          <w:tcPr>
            <w:tcW w:w="4422" w:type="dxa"/>
            <w:tcMar>
              <w:top w:w="70" w:type="dxa"/>
              <w:left w:w="90" w:type="dxa"/>
              <w:bottom w:w="70" w:type="dxa"/>
              <w:right w:w="90" w:type="dxa"/>
            </w:tcMar>
          </w:tcPr>
          <w:p w14:paraId="42F6E13A" w14:textId="77777777" w:rsidR="008D43AB" w:rsidRDefault="008D43AB"/>
          <w:p w14:paraId="142B558D" w14:textId="77777777" w:rsidR="008D43AB" w:rsidRDefault="00000000">
            <w:pPr>
              <w:spacing w:after="40" w:line="245" w:lineRule="auto"/>
            </w:pPr>
            <w:r>
              <w:rPr>
                <w:b/>
                <w:color w:val="000000"/>
              </w:rPr>
              <w:t>FORMATIVNO SPREMLJANJE</w:t>
            </w:r>
          </w:p>
          <w:p w14:paraId="5D7DAFC7" w14:textId="77777777" w:rsidR="008D43AB" w:rsidRDefault="00000000">
            <w:pPr>
              <w:pStyle w:val="Oznaenseznam"/>
              <w:spacing w:after="16"/>
            </w:pPr>
            <w:r>
              <w:rPr>
                <w:color w:val="000000"/>
                <w:sz w:val="16"/>
              </w:rPr>
              <w:t>predznanje: zvočna napoved, izbira kartice, gib, ritmični oziroma pevski poskus ali začetni simbol</w:t>
            </w:r>
          </w:p>
          <w:p w14:paraId="39CD4FEB" w14:textId="77777777" w:rsidR="008D43AB" w:rsidRDefault="00000000">
            <w:pPr>
              <w:pStyle w:val="Oznaenseznam"/>
              <w:spacing w:after="16"/>
            </w:pPr>
            <w:r>
              <w:rPr>
                <w:color w:val="000000"/>
                <w:sz w:val="16"/>
              </w:rPr>
              <w:t>nameni in merila: kratka poved, slikovni znak, model izvedbe ter vidna pravila varne glasnosti</w:t>
            </w:r>
          </w:p>
          <w:p w14:paraId="147FB00F"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0191E015" w14:textId="77777777" w:rsidR="008D43AB" w:rsidRDefault="00000000">
            <w:pPr>
              <w:pStyle w:val="Oznaenseznam"/>
              <w:spacing w:after="16"/>
            </w:pPr>
            <w:r>
              <w:rPr>
                <w:color w:val="000000"/>
                <w:sz w:val="16"/>
              </w:rPr>
              <w:t>povratna informacija: opis slišane strategije, povezava z enim merilom in izvedljiv naslednji korak</w:t>
            </w:r>
          </w:p>
          <w:p w14:paraId="544E34AF" w14:textId="77777777" w:rsidR="008D43AB" w:rsidRDefault="00000000">
            <w:pPr>
              <w:pStyle w:val="Oznaenseznam"/>
              <w:spacing w:after="16"/>
            </w:pPr>
            <w:r>
              <w:rPr>
                <w:color w:val="000000"/>
                <w:sz w:val="16"/>
              </w:rPr>
              <w:t>samovrednotenje: barvni zvočni semafor, lestvica samostojnosti, izbran dokaz in ponovna izvedba</w:t>
            </w:r>
          </w:p>
          <w:p w14:paraId="5747FA1C" w14:textId="77777777" w:rsidR="008D43AB" w:rsidRDefault="00000000">
            <w:pPr>
              <w:spacing w:before="40" w:after="20" w:line="245" w:lineRule="auto"/>
            </w:pPr>
            <w:r>
              <w:rPr>
                <w:b/>
                <w:color w:val="000000"/>
                <w:sz w:val="17"/>
              </w:rPr>
              <w:t>VARNOST IN VAROVANJE SLUHA</w:t>
            </w:r>
          </w:p>
          <w:p w14:paraId="7F52F5FC"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CB3C161" w14:textId="77777777" w:rsidR="008D43AB" w:rsidRDefault="00000000">
            <w:pPr>
              <w:spacing w:after="20" w:line="245" w:lineRule="auto"/>
            </w:pPr>
            <w:r>
              <w:rPr>
                <w:b/>
                <w:color w:val="000000"/>
                <w:sz w:val="17"/>
              </w:rPr>
              <w:t>EVIDENCA PO IZVEDBI</w:t>
            </w:r>
          </w:p>
          <w:p w14:paraId="070E7165"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5020EA49" w14:textId="77777777" w:rsidR="008D43AB" w:rsidRDefault="00000000">
            <w:pPr>
              <w:spacing w:before="40" w:after="20" w:line="245" w:lineRule="auto"/>
            </w:pPr>
            <w:r>
              <w:rPr>
                <w:b/>
                <w:color w:val="000000"/>
                <w:sz w:val="17"/>
              </w:rPr>
              <w:t>RAVEN DOSEGANJA</w:t>
            </w:r>
          </w:p>
          <w:p w14:paraId="19C8CE02"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4793F44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F23FDDC" w14:textId="77777777">
              <w:trPr>
                <w:jc w:val="center"/>
              </w:trPr>
              <w:tc>
                <w:tcPr>
                  <w:tcW w:w="7087" w:type="dxa"/>
                  <w:shd w:val="clear" w:color="auto" w:fill="EDC9EA"/>
                  <w:tcMar>
                    <w:top w:w="45" w:type="dxa"/>
                    <w:left w:w="70" w:type="dxa"/>
                    <w:bottom w:w="45" w:type="dxa"/>
                    <w:right w:w="70" w:type="dxa"/>
                  </w:tcMar>
                </w:tcPr>
                <w:p w14:paraId="120E06B5" w14:textId="77777777" w:rsidR="008D43AB" w:rsidRDefault="00000000">
                  <w:pPr>
                    <w:keepNext/>
                  </w:pPr>
                  <w:r>
                    <w:rPr>
                      <w:b/>
                      <w:color w:val="000000"/>
                    </w:rPr>
                    <w:t>VPRAŠANJA V PODPORO GLASBENEMU UČENJU</w:t>
                  </w:r>
                </w:p>
              </w:tc>
            </w:tr>
          </w:tbl>
          <w:p w14:paraId="62CEABEC" w14:textId="77777777" w:rsidR="008D43AB" w:rsidRDefault="008D43AB">
            <w:pPr>
              <w:spacing w:line="20" w:lineRule="exact"/>
            </w:pPr>
          </w:p>
          <w:p w14:paraId="2DA6761F" w14:textId="77777777" w:rsidR="008D43AB" w:rsidRDefault="00000000">
            <w:pPr>
              <w:pStyle w:val="Oznaenseznam"/>
              <w:spacing w:after="16"/>
            </w:pPr>
            <w:r>
              <w:rPr>
                <w:color w:val="000000"/>
                <w:sz w:val="16"/>
              </w:rPr>
              <w:t>Kaj si v glasbi slišal/-a, začutil/-a ali pokazal/-a z gibanjem?</w:t>
            </w:r>
          </w:p>
          <w:p w14:paraId="660E40A0" w14:textId="77777777" w:rsidR="008D43AB" w:rsidRDefault="00000000">
            <w:pPr>
              <w:pStyle w:val="Oznaenseznam"/>
              <w:spacing w:after="16"/>
            </w:pPr>
            <w:r>
              <w:rPr>
                <w:color w:val="000000"/>
                <w:sz w:val="16"/>
              </w:rPr>
              <w:t>Po katerem zvočnem znaku, lastnosti ali vzorcu si prepoznal/-a rešitev?</w:t>
            </w:r>
          </w:p>
          <w:p w14:paraId="4BD23143" w14:textId="77777777" w:rsidR="008D43AB" w:rsidRDefault="00000000">
            <w:pPr>
              <w:pStyle w:val="Oznaenseznam"/>
              <w:spacing w:after="16"/>
            </w:pPr>
            <w:r>
              <w:rPr>
                <w:color w:val="000000"/>
                <w:sz w:val="16"/>
              </w:rPr>
              <w:t>Kako veš, da je bil pulz, začetek, konec, glasnost ali skupinska izvedba skladna z merilom?</w:t>
            </w:r>
          </w:p>
          <w:p w14:paraId="59B8A9D6" w14:textId="77777777" w:rsidR="008D43AB" w:rsidRDefault="00000000">
            <w:pPr>
              <w:pStyle w:val="Oznaenseznam"/>
              <w:spacing w:after="16"/>
            </w:pPr>
            <w:r>
              <w:rPr>
                <w:color w:val="000000"/>
                <w:sz w:val="16"/>
              </w:rPr>
              <w:t>Zakaj si za motiv, osebo, dogodek ali okolje izbral/-a prav ta glas, predmet ali glasbilo?</w:t>
            </w:r>
          </w:p>
          <w:p w14:paraId="1C58500F"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4EE7EDA0" w14:textId="77777777">
              <w:trPr>
                <w:jc w:val="center"/>
              </w:trPr>
              <w:tc>
                <w:tcPr>
                  <w:tcW w:w="7087" w:type="dxa"/>
                  <w:shd w:val="clear" w:color="auto" w:fill="C6E7F3"/>
                  <w:tcMar>
                    <w:top w:w="45" w:type="dxa"/>
                    <w:left w:w="70" w:type="dxa"/>
                    <w:bottom w:w="45" w:type="dxa"/>
                    <w:right w:w="70" w:type="dxa"/>
                  </w:tcMar>
                </w:tcPr>
                <w:p w14:paraId="030416B6" w14:textId="77777777" w:rsidR="008D43AB" w:rsidRDefault="00000000">
                  <w:pPr>
                    <w:keepNext/>
                  </w:pPr>
                  <w:r>
                    <w:rPr>
                      <w:b/>
                      <w:color w:val="000000"/>
                    </w:rPr>
                    <w:t>ZAKLJUČNI DEL – NASTOP, POSLUŠALSKI ODZIV IN REFLEKSIJA (8–12 min)</w:t>
                  </w:r>
                </w:p>
              </w:tc>
            </w:tr>
          </w:tbl>
          <w:p w14:paraId="32940518" w14:textId="77777777" w:rsidR="008D43AB" w:rsidRDefault="008D43AB">
            <w:pPr>
              <w:spacing w:line="20" w:lineRule="exact"/>
            </w:pPr>
          </w:p>
          <w:p w14:paraId="73943EC2"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2C34B24D" w14:textId="77777777">
              <w:trPr>
                <w:jc w:val="center"/>
              </w:trPr>
              <w:tc>
                <w:tcPr>
                  <w:tcW w:w="7087" w:type="dxa"/>
                  <w:shd w:val="clear" w:color="auto" w:fill="EDC9EA"/>
                  <w:tcMar>
                    <w:top w:w="45" w:type="dxa"/>
                    <w:left w:w="70" w:type="dxa"/>
                    <w:bottom w:w="45" w:type="dxa"/>
                    <w:right w:w="70" w:type="dxa"/>
                  </w:tcMar>
                </w:tcPr>
                <w:p w14:paraId="19389EE7" w14:textId="77777777" w:rsidR="008D43AB" w:rsidRDefault="00000000">
                  <w:pPr>
                    <w:keepNext/>
                  </w:pPr>
                  <w:r>
                    <w:rPr>
                      <w:b/>
                      <w:color w:val="000000"/>
                    </w:rPr>
                    <w:t>SAMOVREDNOTENJE</w:t>
                  </w:r>
                </w:p>
              </w:tc>
            </w:tr>
          </w:tbl>
          <w:p w14:paraId="7CA8F827" w14:textId="77777777" w:rsidR="008D43AB" w:rsidRDefault="008D43AB">
            <w:pPr>
              <w:spacing w:line="20" w:lineRule="exact"/>
            </w:pPr>
          </w:p>
          <w:p w14:paraId="7944FB9B"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41915602" w14:textId="77777777">
              <w:trPr>
                <w:jc w:val="center"/>
              </w:trPr>
              <w:tc>
                <w:tcPr>
                  <w:tcW w:w="7087" w:type="dxa"/>
                  <w:shd w:val="clear" w:color="auto" w:fill="EDC9EA"/>
                  <w:tcMar>
                    <w:top w:w="45" w:type="dxa"/>
                    <w:left w:w="70" w:type="dxa"/>
                    <w:bottom w:w="45" w:type="dxa"/>
                    <w:right w:w="70" w:type="dxa"/>
                  </w:tcMar>
                </w:tcPr>
                <w:p w14:paraId="66756ADC" w14:textId="77777777" w:rsidR="008D43AB" w:rsidRDefault="00000000">
                  <w:pPr>
                    <w:keepNext/>
                  </w:pPr>
                  <w:r>
                    <w:rPr>
                      <w:b/>
                      <w:color w:val="000000"/>
                    </w:rPr>
                    <w:t>VRSTNIŠKO VREDNOTENJE</w:t>
                  </w:r>
                </w:p>
              </w:tc>
            </w:tr>
          </w:tbl>
          <w:p w14:paraId="7F9D6DA1" w14:textId="77777777" w:rsidR="008D43AB" w:rsidRDefault="008D43AB">
            <w:pPr>
              <w:spacing w:line="20" w:lineRule="exact"/>
            </w:pPr>
          </w:p>
          <w:p w14:paraId="5583B0B3"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096942D7" w14:textId="77777777">
              <w:trPr>
                <w:jc w:val="center"/>
              </w:trPr>
              <w:tc>
                <w:tcPr>
                  <w:tcW w:w="7087" w:type="dxa"/>
                  <w:shd w:val="clear" w:color="auto" w:fill="EDC9EA"/>
                  <w:tcMar>
                    <w:top w:w="45" w:type="dxa"/>
                    <w:left w:w="70" w:type="dxa"/>
                    <w:bottom w:w="45" w:type="dxa"/>
                    <w:right w:w="70" w:type="dxa"/>
                  </w:tcMar>
                </w:tcPr>
                <w:p w14:paraId="381E9C91" w14:textId="77777777" w:rsidR="008D43AB" w:rsidRDefault="00000000">
                  <w:pPr>
                    <w:keepNext/>
                  </w:pPr>
                  <w:r>
                    <w:rPr>
                      <w:b/>
                      <w:color w:val="000000"/>
                    </w:rPr>
                    <w:t>SKUPNI POVZETEK</w:t>
                  </w:r>
                </w:p>
              </w:tc>
            </w:tr>
          </w:tbl>
          <w:p w14:paraId="2635F59E" w14:textId="77777777" w:rsidR="008D43AB" w:rsidRDefault="008D43AB"/>
          <w:p w14:paraId="7F1C7B1F" w14:textId="77777777" w:rsidR="008D43AB" w:rsidRDefault="00000000">
            <w:pPr>
              <w:spacing w:before="20" w:after="40" w:line="245" w:lineRule="auto"/>
            </w:pPr>
            <w:r>
              <w:rPr>
                <w:b/>
                <w:color w:val="000000"/>
                <w:sz w:val="16"/>
              </w:rPr>
              <w:t>prepoznam ponavljanje; izberem zvok za osebo ali dogodek; sodelujem pri izvedbi. Izbrani dokaz pojasnim in po povratni informaciji izboljšam.</w:t>
            </w:r>
          </w:p>
        </w:tc>
        <w:tc>
          <w:tcPr>
            <w:tcW w:w="2551" w:type="dxa"/>
            <w:tcMar>
              <w:top w:w="70" w:type="dxa"/>
              <w:left w:w="90" w:type="dxa"/>
              <w:bottom w:w="70" w:type="dxa"/>
              <w:right w:w="90" w:type="dxa"/>
            </w:tcMar>
          </w:tcPr>
          <w:p w14:paraId="02AC5478" w14:textId="77777777" w:rsidR="008D43AB" w:rsidRDefault="008D43AB"/>
          <w:p w14:paraId="28312AFB" w14:textId="77777777" w:rsidR="008D43AB" w:rsidRDefault="00000000">
            <w:pPr>
              <w:spacing w:after="80" w:line="245" w:lineRule="auto"/>
            </w:pPr>
            <w:r>
              <w:rPr>
                <w:color w:val="000000"/>
                <w:sz w:val="16"/>
              </w:rPr>
              <w:t>Odgovarja na podporna vprašanja in se sklicuje na slišano, izvedeno, ustvarjeno ali zapisano.</w:t>
            </w:r>
          </w:p>
          <w:p w14:paraId="014A992F" w14:textId="77777777" w:rsidR="008D43AB" w:rsidRDefault="00000000">
            <w:pPr>
              <w:spacing w:after="80" w:line="245" w:lineRule="auto"/>
            </w:pPr>
            <w:r>
              <w:rPr>
                <w:color w:val="000000"/>
                <w:sz w:val="16"/>
              </w:rPr>
              <w:t>Predstavi izbrani dokaz ter pove, katero merilo z njim pokaže.</w:t>
            </w:r>
          </w:p>
          <w:p w14:paraId="25E35AD2" w14:textId="77777777" w:rsidR="008D43AB" w:rsidRDefault="00000000">
            <w:pPr>
              <w:spacing w:after="80" w:line="245" w:lineRule="auto"/>
            </w:pPr>
            <w:r>
              <w:rPr>
                <w:color w:val="000000"/>
                <w:sz w:val="16"/>
              </w:rPr>
              <w:t>Posluša vrstnika, opiše eno slišano moč in poda prijazen predlog za izboljšavo.</w:t>
            </w:r>
          </w:p>
          <w:p w14:paraId="1E1FED5A" w14:textId="77777777" w:rsidR="008D43AB" w:rsidRDefault="00000000">
            <w:pPr>
              <w:spacing w:after="80" w:line="245" w:lineRule="auto"/>
            </w:pPr>
            <w:r>
              <w:rPr>
                <w:color w:val="000000"/>
                <w:sz w:val="16"/>
              </w:rPr>
              <w:t>Po povratni informaciji izvedbo, gib, ritem, zvočno izbiro ali slikovni zapis ponovi in izboljša.</w:t>
            </w:r>
          </w:p>
          <w:p w14:paraId="49E16A7A" w14:textId="77777777" w:rsidR="008D43AB" w:rsidRDefault="00000000">
            <w:pPr>
              <w:spacing w:after="100" w:line="245" w:lineRule="auto"/>
            </w:pPr>
            <w:r>
              <w:rPr>
                <w:color w:val="000000"/>
                <w:sz w:val="16"/>
              </w:rPr>
              <w:t>Izbere raven samostojnosti ter določi majhen in izvedljiv naslednji glasbeni korak.</w:t>
            </w:r>
          </w:p>
          <w:p w14:paraId="67BEA52B" w14:textId="77777777" w:rsidR="008D43AB" w:rsidRDefault="00000000">
            <w:pPr>
              <w:spacing w:after="20" w:line="245" w:lineRule="auto"/>
            </w:pPr>
            <w:r>
              <w:rPr>
                <w:b/>
                <w:color w:val="D95BC6"/>
                <w:sz w:val="17"/>
              </w:rPr>
              <w:t>DOKAZ O UČENJU</w:t>
            </w:r>
          </w:p>
          <w:p w14:paraId="17D358DC"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2A9AE81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3AFAFDE2" w14:textId="77777777">
        <w:trPr>
          <w:cantSplit/>
          <w:jc w:val="center"/>
        </w:trPr>
        <w:tc>
          <w:tcPr>
            <w:tcW w:w="14060" w:type="dxa"/>
            <w:gridSpan w:val="6"/>
            <w:tcMar>
              <w:top w:w="70" w:type="dxa"/>
              <w:left w:w="90" w:type="dxa"/>
              <w:bottom w:w="70" w:type="dxa"/>
              <w:right w:w="90" w:type="dxa"/>
            </w:tcMar>
            <w:vAlign w:val="center"/>
          </w:tcPr>
          <w:p w14:paraId="13C656C2" w14:textId="77777777" w:rsidR="008D43AB" w:rsidRDefault="00000000">
            <w:pPr>
              <w:jc w:val="center"/>
            </w:pPr>
            <w:r>
              <w:rPr>
                <w:b/>
                <w:color w:val="000000"/>
                <w:sz w:val="24"/>
              </w:rPr>
              <w:lastRenderedPageBreak/>
              <w:t>UČNA PRIPRAVA 11/39</w:t>
            </w:r>
          </w:p>
        </w:tc>
      </w:tr>
      <w:tr w:rsidR="008D43AB" w14:paraId="74CA15A6" w14:textId="77777777">
        <w:trPr>
          <w:jc w:val="center"/>
        </w:trPr>
        <w:tc>
          <w:tcPr>
            <w:tcW w:w="2665" w:type="dxa"/>
            <w:tcMar>
              <w:top w:w="70" w:type="dxa"/>
              <w:left w:w="90" w:type="dxa"/>
              <w:bottom w:w="70" w:type="dxa"/>
              <w:right w:w="90" w:type="dxa"/>
            </w:tcMar>
            <w:vAlign w:val="center"/>
          </w:tcPr>
          <w:p w14:paraId="49EAA3CA"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99A4A4F"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F218EF1"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5759004" w14:textId="77777777" w:rsidR="008D43AB" w:rsidRDefault="00000000">
            <w:r>
              <w:rPr>
                <w:b/>
                <w:color w:val="000000"/>
                <w:sz w:val="16"/>
              </w:rPr>
              <w:t xml:space="preserve">NAČRTOVANI TERMIN: </w:t>
            </w:r>
            <w:r>
              <w:rPr>
                <w:color w:val="000000"/>
                <w:sz w:val="16"/>
              </w:rPr>
              <w:t>11. teden • 16.–20. 11. 2026</w:t>
            </w:r>
          </w:p>
        </w:tc>
        <w:tc>
          <w:tcPr>
            <w:tcW w:w="2268" w:type="dxa"/>
            <w:tcMar>
              <w:top w:w="70" w:type="dxa"/>
              <w:left w:w="90" w:type="dxa"/>
              <w:bottom w:w="70" w:type="dxa"/>
              <w:right w:w="90" w:type="dxa"/>
            </w:tcMar>
            <w:vAlign w:val="center"/>
          </w:tcPr>
          <w:p w14:paraId="0A22A27A"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DBFDE8F" w14:textId="77777777" w:rsidR="008D43AB" w:rsidRDefault="00000000">
            <w:r>
              <w:rPr>
                <w:b/>
                <w:color w:val="000000"/>
                <w:sz w:val="16"/>
              </w:rPr>
              <w:t xml:space="preserve">ŠTEVILO UR: </w:t>
            </w:r>
            <w:r>
              <w:rPr>
                <w:color w:val="000000"/>
                <w:sz w:val="16"/>
              </w:rPr>
              <w:t>2</w:t>
            </w:r>
          </w:p>
        </w:tc>
      </w:tr>
      <w:tr w:rsidR="008D43AB" w14:paraId="22FB5042" w14:textId="77777777">
        <w:trPr>
          <w:jc w:val="center"/>
        </w:trPr>
        <w:tc>
          <w:tcPr>
            <w:tcW w:w="14061" w:type="dxa"/>
            <w:gridSpan w:val="6"/>
            <w:tcMar>
              <w:top w:w="70" w:type="dxa"/>
              <w:left w:w="90" w:type="dxa"/>
              <w:bottom w:w="70" w:type="dxa"/>
              <w:right w:w="90" w:type="dxa"/>
            </w:tcMar>
            <w:vAlign w:val="center"/>
          </w:tcPr>
          <w:p w14:paraId="07AD6B55" w14:textId="77777777" w:rsidR="008D43AB" w:rsidRDefault="00000000">
            <w:r>
              <w:rPr>
                <w:b/>
                <w:color w:val="000000"/>
                <w:sz w:val="17"/>
              </w:rPr>
              <w:t xml:space="preserve">TIP UČNE URE: </w:t>
            </w:r>
            <w:r>
              <w:rPr>
                <w:color w:val="000000"/>
                <w:sz w:val="17"/>
              </w:rPr>
              <w:t>priprava, individualno opisno ocenjevanje z izvedbenim oziroma poslušalskim dokazom, analiza in ponovno učenje</w:t>
            </w:r>
          </w:p>
        </w:tc>
      </w:tr>
      <w:tr w:rsidR="008D43AB" w14:paraId="2EA9A2D0" w14:textId="77777777">
        <w:trPr>
          <w:cantSplit/>
          <w:jc w:val="center"/>
        </w:trPr>
        <w:tc>
          <w:tcPr>
            <w:tcW w:w="14060" w:type="dxa"/>
            <w:gridSpan w:val="6"/>
            <w:tcMar>
              <w:top w:w="70" w:type="dxa"/>
              <w:left w:w="90" w:type="dxa"/>
              <w:bottom w:w="70" w:type="dxa"/>
              <w:right w:w="90" w:type="dxa"/>
            </w:tcMar>
            <w:vAlign w:val="center"/>
          </w:tcPr>
          <w:p w14:paraId="1E42A62E" w14:textId="77777777" w:rsidR="008D43AB" w:rsidRDefault="008D43AB"/>
          <w:p w14:paraId="7DEE0102" w14:textId="77777777" w:rsidR="008D43AB" w:rsidRDefault="00000000">
            <w:pPr>
              <w:spacing w:line="245" w:lineRule="auto"/>
            </w:pPr>
            <w:r>
              <w:rPr>
                <w:b/>
                <w:color w:val="000000"/>
                <w:sz w:val="16"/>
              </w:rPr>
              <w:t xml:space="preserve">UČNI SKLOP: </w:t>
            </w:r>
            <w:r>
              <w:rPr>
                <w:color w:val="000000"/>
                <w:sz w:val="16"/>
              </w:rPr>
              <w:t>JESEN, SNOVI IN ŽIVA BITJA</w:t>
            </w:r>
          </w:p>
        </w:tc>
      </w:tr>
      <w:tr w:rsidR="008D43AB" w14:paraId="4A17B9FC" w14:textId="77777777">
        <w:trPr>
          <w:cantSplit/>
          <w:jc w:val="center"/>
        </w:trPr>
        <w:tc>
          <w:tcPr>
            <w:tcW w:w="14060" w:type="dxa"/>
            <w:gridSpan w:val="6"/>
            <w:tcMar>
              <w:top w:w="70" w:type="dxa"/>
              <w:left w:w="90" w:type="dxa"/>
              <w:bottom w:w="70" w:type="dxa"/>
              <w:right w:w="90" w:type="dxa"/>
            </w:tcMar>
            <w:vAlign w:val="center"/>
          </w:tcPr>
          <w:p w14:paraId="3CD7CD6B" w14:textId="77777777" w:rsidR="008D43AB" w:rsidRDefault="008D43AB"/>
          <w:p w14:paraId="3DF06321" w14:textId="77777777" w:rsidR="008D43AB" w:rsidRDefault="00000000">
            <w:pPr>
              <w:spacing w:line="245" w:lineRule="auto"/>
            </w:pPr>
            <w:r>
              <w:rPr>
                <w:b/>
                <w:color w:val="000000"/>
                <w:sz w:val="16"/>
              </w:rPr>
              <w:t xml:space="preserve">UČNA TEMA: </w:t>
            </w:r>
            <w:r>
              <w:rPr>
                <w:color w:val="000000"/>
                <w:sz w:val="16"/>
              </w:rPr>
              <w:t>NARAVNI IN UMETNI ZVOKI</w:t>
            </w:r>
          </w:p>
        </w:tc>
      </w:tr>
      <w:tr w:rsidR="008D43AB" w14:paraId="5868B1D0" w14:textId="77777777">
        <w:trPr>
          <w:cantSplit/>
          <w:jc w:val="center"/>
        </w:trPr>
        <w:tc>
          <w:tcPr>
            <w:tcW w:w="14060" w:type="dxa"/>
            <w:gridSpan w:val="6"/>
            <w:tcMar>
              <w:top w:w="70" w:type="dxa"/>
              <w:left w:w="90" w:type="dxa"/>
              <w:bottom w:w="70" w:type="dxa"/>
              <w:right w:w="90" w:type="dxa"/>
            </w:tcMar>
            <w:vAlign w:val="center"/>
          </w:tcPr>
          <w:p w14:paraId="0B46DFF4" w14:textId="77777777" w:rsidR="008D43AB" w:rsidRDefault="008D43AB"/>
          <w:p w14:paraId="390A3A3B" w14:textId="77777777" w:rsidR="008D43AB" w:rsidRDefault="00000000">
            <w:pPr>
              <w:spacing w:line="245" w:lineRule="auto"/>
            </w:pPr>
            <w:r>
              <w:rPr>
                <w:b/>
                <w:color w:val="000000"/>
                <w:sz w:val="16"/>
              </w:rPr>
              <w:t xml:space="preserve">KNJIŽEVNO / MOTIVNO IZHODIŠČE: </w:t>
            </w:r>
            <w:r>
              <w:rPr>
                <w:color w:val="000000"/>
                <w:sz w:val="16"/>
              </w:rPr>
              <w:t>»Hvaležni medved« – slovenska ljudska pravljica • gozd, življenjski prostor, pomoč in hvaležnost</w:t>
            </w:r>
          </w:p>
        </w:tc>
      </w:tr>
      <w:tr w:rsidR="008D43AB" w14:paraId="2304BCBA" w14:textId="77777777">
        <w:trPr>
          <w:cantSplit/>
          <w:jc w:val="center"/>
        </w:trPr>
        <w:tc>
          <w:tcPr>
            <w:tcW w:w="14060" w:type="dxa"/>
            <w:gridSpan w:val="6"/>
            <w:tcMar>
              <w:top w:w="70" w:type="dxa"/>
              <w:left w:w="90" w:type="dxa"/>
              <w:bottom w:w="70" w:type="dxa"/>
              <w:right w:w="90" w:type="dxa"/>
            </w:tcMar>
            <w:vAlign w:val="center"/>
          </w:tcPr>
          <w:p w14:paraId="437A643C" w14:textId="77777777" w:rsidR="008D43AB" w:rsidRDefault="008D43AB"/>
          <w:p w14:paraId="49642C4F" w14:textId="77777777" w:rsidR="008D43AB" w:rsidRDefault="00000000">
            <w:pPr>
              <w:spacing w:line="245" w:lineRule="auto"/>
            </w:pPr>
            <w:r>
              <w:rPr>
                <w:b/>
                <w:color w:val="000000"/>
                <w:sz w:val="16"/>
              </w:rPr>
              <w:t xml:space="preserve">GLASBENO IZHODIŠČE / REPERTOAR: </w:t>
            </w:r>
            <w:r>
              <w:rPr>
                <w:color w:val="000000"/>
                <w:sz w:val="16"/>
              </w:rPr>
              <w:t>posnetki naravnih in umetnih zvokov; gozdna zvočna pokrajina</w:t>
            </w:r>
          </w:p>
        </w:tc>
      </w:tr>
      <w:tr w:rsidR="008D43AB" w14:paraId="22321618" w14:textId="77777777">
        <w:trPr>
          <w:cantSplit/>
          <w:jc w:val="center"/>
        </w:trPr>
        <w:tc>
          <w:tcPr>
            <w:tcW w:w="14060" w:type="dxa"/>
            <w:gridSpan w:val="6"/>
            <w:tcMar>
              <w:top w:w="70" w:type="dxa"/>
              <w:left w:w="90" w:type="dxa"/>
              <w:bottom w:w="70" w:type="dxa"/>
              <w:right w:w="90" w:type="dxa"/>
            </w:tcMar>
            <w:vAlign w:val="center"/>
          </w:tcPr>
          <w:p w14:paraId="07C8DFE0" w14:textId="77777777" w:rsidR="008D43AB" w:rsidRDefault="008D43AB"/>
          <w:p w14:paraId="40413F9C" w14:textId="77777777" w:rsidR="008D43AB" w:rsidRDefault="00000000">
            <w:pPr>
              <w:spacing w:line="245" w:lineRule="auto"/>
            </w:pPr>
            <w:r>
              <w:rPr>
                <w:b/>
                <w:color w:val="000000"/>
                <w:sz w:val="16"/>
              </w:rPr>
              <w:t xml:space="preserve">UČNE ENOTE: </w:t>
            </w:r>
            <w:r>
              <w:rPr>
                <w:color w:val="000000"/>
                <w:sz w:val="16"/>
              </w:rPr>
              <w:t>1. ura – Naravni In Umetni Zvoki – Poslušam in izvajam • 2. ura – Naravni in umetni zvoki – Individualni poslušalski dokaz</w:t>
            </w:r>
          </w:p>
        </w:tc>
      </w:tr>
      <w:tr w:rsidR="008D43AB" w14:paraId="58AC233C" w14:textId="77777777">
        <w:trPr>
          <w:cantSplit/>
          <w:jc w:val="center"/>
        </w:trPr>
        <w:tc>
          <w:tcPr>
            <w:tcW w:w="14060" w:type="dxa"/>
            <w:gridSpan w:val="6"/>
            <w:tcMar>
              <w:top w:w="70" w:type="dxa"/>
              <w:left w:w="90" w:type="dxa"/>
              <w:bottom w:w="70" w:type="dxa"/>
              <w:right w:w="90" w:type="dxa"/>
            </w:tcMar>
            <w:vAlign w:val="center"/>
          </w:tcPr>
          <w:p w14:paraId="76866910" w14:textId="77777777" w:rsidR="008D43AB" w:rsidRDefault="008D43AB"/>
          <w:p w14:paraId="1D797C8E"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6153AB27" w14:textId="77777777">
        <w:trPr>
          <w:cantSplit/>
          <w:jc w:val="center"/>
        </w:trPr>
        <w:tc>
          <w:tcPr>
            <w:tcW w:w="14060" w:type="dxa"/>
            <w:gridSpan w:val="6"/>
            <w:tcMar>
              <w:top w:w="70" w:type="dxa"/>
              <w:left w:w="90" w:type="dxa"/>
              <w:bottom w:w="70" w:type="dxa"/>
              <w:right w:w="90" w:type="dxa"/>
            </w:tcMar>
            <w:vAlign w:val="center"/>
          </w:tcPr>
          <w:p w14:paraId="5ED091DB" w14:textId="77777777" w:rsidR="008D43AB" w:rsidRDefault="008D43AB"/>
          <w:p w14:paraId="02786F54"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4F996B2E" w14:textId="77777777">
        <w:trPr>
          <w:cantSplit/>
          <w:jc w:val="center"/>
        </w:trPr>
        <w:tc>
          <w:tcPr>
            <w:tcW w:w="14060" w:type="dxa"/>
            <w:gridSpan w:val="6"/>
            <w:tcMar>
              <w:top w:w="70" w:type="dxa"/>
              <w:left w:w="90" w:type="dxa"/>
              <w:bottom w:w="70" w:type="dxa"/>
              <w:right w:w="90" w:type="dxa"/>
            </w:tcMar>
            <w:vAlign w:val="center"/>
          </w:tcPr>
          <w:p w14:paraId="61D9D581" w14:textId="77777777" w:rsidR="008D43AB" w:rsidRDefault="008D43AB"/>
          <w:p w14:paraId="7CE09AA3"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65B5E086" w14:textId="77777777">
        <w:trPr>
          <w:cantSplit/>
          <w:jc w:val="center"/>
        </w:trPr>
        <w:tc>
          <w:tcPr>
            <w:tcW w:w="14060" w:type="dxa"/>
            <w:gridSpan w:val="6"/>
            <w:tcMar>
              <w:top w:w="70" w:type="dxa"/>
              <w:left w:w="90" w:type="dxa"/>
              <w:bottom w:w="70" w:type="dxa"/>
              <w:right w:w="90" w:type="dxa"/>
            </w:tcMar>
            <w:vAlign w:val="center"/>
          </w:tcPr>
          <w:p w14:paraId="4BB1A93D" w14:textId="77777777" w:rsidR="008D43AB" w:rsidRDefault="008D43AB"/>
          <w:p w14:paraId="79B667B7" w14:textId="77777777" w:rsidR="008D43AB" w:rsidRDefault="00000000">
            <w:pPr>
              <w:spacing w:line="245" w:lineRule="auto"/>
            </w:pPr>
            <w:r>
              <w:rPr>
                <w:b/>
                <w:color w:val="000000"/>
                <w:sz w:val="16"/>
              </w:rPr>
              <w:t xml:space="preserve">MEDPREDMETNE POVEZAVE: </w:t>
            </w:r>
            <w:r>
              <w:rPr>
                <w:color w:val="000000"/>
                <w:sz w:val="16"/>
              </w:rPr>
              <w:t>SPO – gozd, življenjski prostor, pomoč in hvaležnost; SLJ – poslušanje, ritmični govor in opis doživetja; ŠPO – pulz, tempo, gibalni odziv in prostorska orientacija; LUM – simbol, barva, linija in zvočni zapis</w:t>
            </w:r>
          </w:p>
        </w:tc>
      </w:tr>
      <w:tr w:rsidR="008D43AB" w14:paraId="4FEB8BD6" w14:textId="77777777">
        <w:trPr>
          <w:cantSplit/>
          <w:jc w:val="center"/>
        </w:trPr>
        <w:tc>
          <w:tcPr>
            <w:tcW w:w="14060" w:type="dxa"/>
            <w:gridSpan w:val="6"/>
            <w:tcMar>
              <w:top w:w="70" w:type="dxa"/>
              <w:left w:w="90" w:type="dxa"/>
              <w:bottom w:w="70" w:type="dxa"/>
              <w:right w:w="90" w:type="dxa"/>
            </w:tcMar>
            <w:vAlign w:val="center"/>
          </w:tcPr>
          <w:p w14:paraId="0D735710" w14:textId="77777777" w:rsidR="008D43AB" w:rsidRDefault="008D43AB"/>
          <w:p w14:paraId="1CDFC73F"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5FB51D77" w14:textId="77777777">
        <w:trPr>
          <w:cantSplit/>
          <w:jc w:val="center"/>
        </w:trPr>
        <w:tc>
          <w:tcPr>
            <w:tcW w:w="14060" w:type="dxa"/>
            <w:gridSpan w:val="6"/>
            <w:tcMar>
              <w:top w:w="70" w:type="dxa"/>
              <w:left w:w="90" w:type="dxa"/>
              <w:bottom w:w="70" w:type="dxa"/>
              <w:right w:w="90" w:type="dxa"/>
            </w:tcMar>
            <w:vAlign w:val="center"/>
          </w:tcPr>
          <w:p w14:paraId="1A606351" w14:textId="77777777" w:rsidR="008D43AB" w:rsidRDefault="008D43AB"/>
          <w:p w14:paraId="7ECED458"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6E6AB305" w14:textId="77777777">
        <w:trPr>
          <w:cantSplit/>
          <w:jc w:val="center"/>
        </w:trPr>
        <w:tc>
          <w:tcPr>
            <w:tcW w:w="14060" w:type="dxa"/>
            <w:gridSpan w:val="6"/>
            <w:tcMar>
              <w:top w:w="70" w:type="dxa"/>
              <w:left w:w="90" w:type="dxa"/>
              <w:bottom w:w="70" w:type="dxa"/>
              <w:right w:w="90" w:type="dxa"/>
            </w:tcMar>
            <w:vAlign w:val="center"/>
          </w:tcPr>
          <w:p w14:paraId="423854D8" w14:textId="77777777" w:rsidR="008D43AB" w:rsidRDefault="008D43AB"/>
          <w:p w14:paraId="061BAA8E" w14:textId="77777777" w:rsidR="008D43AB" w:rsidRDefault="00000000">
            <w:pPr>
              <w:spacing w:line="245" w:lineRule="auto"/>
            </w:pPr>
            <w:r>
              <w:rPr>
                <w:b/>
                <w:color w:val="000000"/>
                <w:sz w:val="16"/>
              </w:rPr>
              <w:t xml:space="preserve">OCENJEVANJE / DAN DEJAVNOSTI: </w:t>
            </w:r>
            <w:r>
              <w:rPr>
                <w:color w:val="000000"/>
                <w:sz w:val="16"/>
              </w:rPr>
              <w:t>OCENJEVANJE 1 – DRUGE OBLIKE: poslušalsko razvrščanje slikovnih kartic na naravne in umetne zvoke, prikaz izbrane lastnosti zvoka ter ustno pojasnilo</w:t>
            </w:r>
          </w:p>
        </w:tc>
      </w:tr>
      <w:tr w:rsidR="008D43AB" w14:paraId="3C3571BE" w14:textId="77777777">
        <w:trPr>
          <w:cantSplit/>
          <w:jc w:val="center"/>
        </w:trPr>
        <w:tc>
          <w:tcPr>
            <w:tcW w:w="14060" w:type="dxa"/>
            <w:gridSpan w:val="6"/>
            <w:tcMar>
              <w:top w:w="70" w:type="dxa"/>
              <w:left w:w="90" w:type="dxa"/>
              <w:bottom w:w="70" w:type="dxa"/>
              <w:right w:w="90" w:type="dxa"/>
            </w:tcMar>
            <w:vAlign w:val="center"/>
          </w:tcPr>
          <w:p w14:paraId="0E62B1D1" w14:textId="77777777" w:rsidR="008D43AB" w:rsidRDefault="008D43AB"/>
          <w:p w14:paraId="7B4C6116"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69595D7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D6DBC6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463771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6DCBDE5" w14:textId="77777777" w:rsidR="008D43AB" w:rsidRDefault="00000000">
            <w:pPr>
              <w:jc w:val="center"/>
            </w:pPr>
            <w:r>
              <w:rPr>
                <w:b/>
                <w:color w:val="000000"/>
                <w:sz w:val="20"/>
              </w:rPr>
              <w:t>UČNE DEJAVNOSTI, METODE IN FORMATIVNO SPREMLJANJE</w:t>
            </w:r>
          </w:p>
        </w:tc>
      </w:tr>
      <w:tr w:rsidR="008D43AB" w14:paraId="0464A000" w14:textId="77777777">
        <w:trPr>
          <w:tblHeader/>
          <w:jc w:val="center"/>
        </w:trPr>
        <w:tc>
          <w:tcPr>
            <w:tcW w:w="4422" w:type="dxa"/>
            <w:vMerge/>
            <w:tcMar>
              <w:top w:w="70" w:type="dxa"/>
              <w:left w:w="90" w:type="dxa"/>
              <w:bottom w:w="70" w:type="dxa"/>
              <w:right w:w="90" w:type="dxa"/>
            </w:tcMar>
            <w:vAlign w:val="center"/>
          </w:tcPr>
          <w:p w14:paraId="65E29150" w14:textId="77777777" w:rsidR="008D43AB" w:rsidRDefault="008D43AB"/>
        </w:tc>
        <w:tc>
          <w:tcPr>
            <w:tcW w:w="7087" w:type="dxa"/>
            <w:shd w:val="clear" w:color="auto" w:fill="FFFFFF"/>
            <w:tcMar>
              <w:top w:w="70" w:type="dxa"/>
              <w:left w:w="90" w:type="dxa"/>
              <w:bottom w:w="70" w:type="dxa"/>
              <w:right w:w="90" w:type="dxa"/>
            </w:tcMar>
            <w:vAlign w:val="center"/>
          </w:tcPr>
          <w:p w14:paraId="3FEDA399"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A9EFE3" w14:textId="77777777" w:rsidR="008D43AB" w:rsidRDefault="00000000">
            <w:pPr>
              <w:jc w:val="center"/>
            </w:pPr>
            <w:r>
              <w:rPr>
                <w:b/>
                <w:color w:val="000000"/>
              </w:rPr>
              <w:t>UČENEC</w:t>
            </w:r>
          </w:p>
        </w:tc>
      </w:tr>
      <w:tr w:rsidR="008D43AB" w14:paraId="4E68F921" w14:textId="77777777">
        <w:trPr>
          <w:jc w:val="center"/>
        </w:trPr>
        <w:tc>
          <w:tcPr>
            <w:tcW w:w="4422" w:type="dxa"/>
            <w:tcMar>
              <w:top w:w="70" w:type="dxa"/>
              <w:left w:w="90" w:type="dxa"/>
              <w:bottom w:w="70" w:type="dxa"/>
              <w:right w:w="90" w:type="dxa"/>
            </w:tcMar>
          </w:tcPr>
          <w:p w14:paraId="235ACCE2" w14:textId="77777777" w:rsidR="008D43AB" w:rsidRDefault="008D43AB"/>
          <w:p w14:paraId="6D72CC5F" w14:textId="77777777" w:rsidR="008D43AB" w:rsidRDefault="00000000">
            <w:pPr>
              <w:spacing w:after="60" w:line="245" w:lineRule="auto"/>
            </w:pPr>
            <w:r>
              <w:rPr>
                <w:b/>
                <w:color w:val="000000"/>
              </w:rPr>
              <w:t>UČNI CILJI</w:t>
            </w:r>
          </w:p>
          <w:p w14:paraId="68174348" w14:textId="77777777" w:rsidR="008D43AB" w:rsidRDefault="00000000">
            <w:pPr>
              <w:spacing w:after="20" w:line="245" w:lineRule="auto"/>
            </w:pPr>
            <w:r>
              <w:rPr>
                <w:b/>
                <w:color w:val="000000"/>
                <w:sz w:val="17"/>
              </w:rPr>
              <w:t>SPLOŠNI</w:t>
            </w:r>
          </w:p>
          <w:p w14:paraId="5F7D1B36"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5D89E2B2" w14:textId="77777777" w:rsidR="008D43AB" w:rsidRDefault="00000000">
            <w:pPr>
              <w:pStyle w:val="Oznaenseznam"/>
              <w:spacing w:after="16"/>
            </w:pPr>
            <w:r>
              <w:rPr>
                <w:color w:val="000000"/>
                <w:sz w:val="16"/>
              </w:rPr>
              <w:t>poje, ritmično govori ter uporablja telo, glasbila in predmete kot zvočne vire</w:t>
            </w:r>
          </w:p>
          <w:p w14:paraId="0DCABF14" w14:textId="77777777" w:rsidR="008D43AB" w:rsidRDefault="00000000">
            <w:pPr>
              <w:pStyle w:val="Oznaenseznam"/>
              <w:spacing w:after="16"/>
            </w:pPr>
            <w:r>
              <w:rPr>
                <w:color w:val="000000"/>
                <w:sz w:val="16"/>
              </w:rPr>
              <w:t>razlikuje izbrane lastnosti zvoka in glasbe ter varuje sluh in odgovorno uporablja glasbila</w:t>
            </w:r>
          </w:p>
          <w:p w14:paraId="361111C5"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47E3928D" w14:textId="77777777" w:rsidR="008D43AB" w:rsidRDefault="00000000">
            <w:pPr>
              <w:spacing w:before="40" w:after="20" w:line="245" w:lineRule="auto"/>
            </w:pPr>
            <w:r>
              <w:rPr>
                <w:b/>
                <w:color w:val="000000"/>
                <w:sz w:val="17"/>
              </w:rPr>
              <w:t>OPERATIVNI</w:t>
            </w:r>
          </w:p>
          <w:p w14:paraId="0079F8DA" w14:textId="77777777" w:rsidR="008D43AB" w:rsidRDefault="00000000">
            <w:pPr>
              <w:pStyle w:val="Oznaenseznam"/>
              <w:spacing w:after="16"/>
            </w:pPr>
            <w:r>
              <w:rPr>
                <w:color w:val="000000"/>
                <w:sz w:val="16"/>
              </w:rPr>
              <w:t>primerja zvočne vire</w:t>
            </w:r>
          </w:p>
          <w:p w14:paraId="624C7D90" w14:textId="77777777" w:rsidR="008D43AB" w:rsidRDefault="00000000">
            <w:pPr>
              <w:pStyle w:val="Oznaenseznam"/>
              <w:spacing w:after="16"/>
            </w:pPr>
            <w:r>
              <w:rPr>
                <w:color w:val="000000"/>
                <w:sz w:val="16"/>
              </w:rPr>
              <w:t>opazuje tišino</w:t>
            </w:r>
          </w:p>
          <w:p w14:paraId="2B79EA43" w14:textId="77777777" w:rsidR="008D43AB" w:rsidRDefault="00000000">
            <w:pPr>
              <w:pStyle w:val="Oznaenseznam"/>
              <w:spacing w:after="16"/>
            </w:pPr>
            <w:r>
              <w:rPr>
                <w:color w:val="000000"/>
                <w:sz w:val="16"/>
              </w:rPr>
              <w:t>ritmično spremlja pesem</w:t>
            </w:r>
          </w:p>
          <w:p w14:paraId="7F1CCF52" w14:textId="77777777" w:rsidR="008D43AB" w:rsidRDefault="00000000">
            <w:pPr>
              <w:spacing w:before="40" w:after="20" w:line="245" w:lineRule="auto"/>
            </w:pPr>
            <w:r>
              <w:rPr>
                <w:b/>
                <w:color w:val="000000"/>
                <w:sz w:val="17"/>
              </w:rPr>
              <w:t>PRIČAKOVANI DOSEŽKI / MINIMALNI POUDARKI</w:t>
            </w:r>
          </w:p>
          <w:p w14:paraId="0F4A8BD5" w14:textId="77777777" w:rsidR="008D43AB" w:rsidRDefault="00000000">
            <w:pPr>
              <w:pStyle w:val="Oznaenseznam"/>
              <w:spacing w:after="16"/>
            </w:pPr>
            <w:r>
              <w:rPr>
                <w:color w:val="000000"/>
                <w:sz w:val="15"/>
              </w:rPr>
              <w:t>samostojno oziroma z dogovorjeno oporo primerja zvočne vire</w:t>
            </w:r>
          </w:p>
          <w:p w14:paraId="39E3146A" w14:textId="77777777" w:rsidR="008D43AB" w:rsidRDefault="00000000">
            <w:pPr>
              <w:pStyle w:val="Oznaenseznam"/>
              <w:spacing w:after="16"/>
            </w:pPr>
            <w:r>
              <w:rPr>
                <w:color w:val="000000"/>
                <w:sz w:val="15"/>
              </w:rPr>
              <w:t>samostojno oziroma z dogovorjeno oporo opazuje tišino</w:t>
            </w:r>
          </w:p>
          <w:p w14:paraId="5792FC86" w14:textId="77777777" w:rsidR="008D43AB" w:rsidRDefault="00000000">
            <w:pPr>
              <w:pStyle w:val="Oznaenseznam"/>
              <w:spacing w:after="16"/>
            </w:pPr>
            <w:r>
              <w:rPr>
                <w:color w:val="000000"/>
                <w:sz w:val="15"/>
              </w:rPr>
              <w:t>samostojno oziroma z dogovorjeno oporo ritmično spremlja pesem</w:t>
            </w:r>
          </w:p>
        </w:tc>
        <w:tc>
          <w:tcPr>
            <w:tcW w:w="7087" w:type="dxa"/>
            <w:tcMar>
              <w:top w:w="70" w:type="dxa"/>
              <w:left w:w="90" w:type="dxa"/>
              <w:bottom w:w="70" w:type="dxa"/>
              <w:right w:w="90" w:type="dxa"/>
            </w:tcMar>
          </w:tcPr>
          <w:p w14:paraId="3CEE8E9A"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178CB00" w14:textId="77777777">
              <w:trPr>
                <w:jc w:val="center"/>
              </w:trPr>
              <w:tc>
                <w:tcPr>
                  <w:tcW w:w="7087" w:type="dxa"/>
                  <w:shd w:val="clear" w:color="auto" w:fill="C6E7F3"/>
                  <w:tcMar>
                    <w:top w:w="45" w:type="dxa"/>
                    <w:left w:w="70" w:type="dxa"/>
                    <w:bottom w:w="45" w:type="dxa"/>
                    <w:right w:w="70" w:type="dxa"/>
                  </w:tcMar>
                </w:tcPr>
                <w:p w14:paraId="26E16F55" w14:textId="77777777" w:rsidR="008D43AB" w:rsidRDefault="00000000">
                  <w:pPr>
                    <w:keepNext/>
                  </w:pPr>
                  <w:r>
                    <w:rPr>
                      <w:b/>
                      <w:color w:val="000000"/>
                    </w:rPr>
                    <w:t>UVODNI DEL – zvočna motivacija, aktivacija predznanja in namen učenja (8–12 min)</w:t>
                  </w:r>
                </w:p>
              </w:tc>
            </w:tr>
          </w:tbl>
          <w:p w14:paraId="02107E8B" w14:textId="77777777" w:rsidR="008D43AB" w:rsidRDefault="008D43AB">
            <w:pPr>
              <w:spacing w:line="20" w:lineRule="exact"/>
            </w:pPr>
          </w:p>
          <w:p w14:paraId="4DD34F2C" w14:textId="77777777" w:rsidR="008D43AB" w:rsidRDefault="00000000">
            <w:pPr>
              <w:spacing w:before="40" w:after="60" w:line="245" w:lineRule="auto"/>
            </w:pPr>
            <w:r>
              <w:rPr>
                <w:color w:val="000000"/>
                <w:sz w:val="16"/>
              </w:rPr>
              <w:t>Učenci ob motivu »Hvaležni medved« – slovenska ljudska pravljica vstopijo v temo gozd, življenjski prostor, pomoč in hvaležnost. Najprej v tišini poslušajo kratek zvočni odlomek ali učiteljičino izvedbo (posnetki naravnih in umetnih zvokov; gozdna zvočna pokrajina), nato s kretnjo, gibanjem, glasom, kartico ali kratko razlago pokažejo prvi odziv in napoved. Pred individualnim dokazom obnovijo javna merila in dovoljene opore; po izvedbi določijo naslednji korak.</w:t>
            </w:r>
          </w:p>
          <w:tbl>
            <w:tblPr>
              <w:tblStyle w:val="Tabelamrea"/>
              <w:tblW w:w="0" w:type="auto"/>
              <w:jc w:val="center"/>
              <w:tblLayout w:type="fixed"/>
              <w:tblLook w:val="04A0" w:firstRow="1" w:lastRow="0" w:firstColumn="1" w:lastColumn="0" w:noHBand="0" w:noVBand="1"/>
            </w:tblPr>
            <w:tblGrid>
              <w:gridCol w:w="7087"/>
            </w:tblGrid>
            <w:tr w:rsidR="008D43AB" w14:paraId="5F7B4FA1" w14:textId="77777777">
              <w:trPr>
                <w:jc w:val="center"/>
              </w:trPr>
              <w:tc>
                <w:tcPr>
                  <w:tcW w:w="7087" w:type="dxa"/>
                  <w:shd w:val="clear" w:color="auto" w:fill="EDC9EA"/>
                  <w:tcMar>
                    <w:top w:w="45" w:type="dxa"/>
                    <w:left w:w="70" w:type="dxa"/>
                    <w:bottom w:w="45" w:type="dxa"/>
                    <w:right w:w="70" w:type="dxa"/>
                  </w:tcMar>
                </w:tcPr>
                <w:p w14:paraId="3E911910" w14:textId="77777777" w:rsidR="008D43AB" w:rsidRDefault="00000000">
                  <w:pPr>
                    <w:keepNext/>
                  </w:pPr>
                  <w:r>
                    <w:rPr>
                      <w:b/>
                      <w:color w:val="000000"/>
                    </w:rPr>
                    <w:t>NAMENI UČENJA</w:t>
                  </w:r>
                </w:p>
              </w:tc>
            </w:tr>
          </w:tbl>
          <w:p w14:paraId="18AAC502" w14:textId="77777777" w:rsidR="008D43AB" w:rsidRDefault="008D43AB">
            <w:pPr>
              <w:spacing w:line="20" w:lineRule="exact"/>
            </w:pPr>
          </w:p>
          <w:p w14:paraId="6A549851"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4A645D47" w14:textId="77777777" w:rsidR="008D43AB" w:rsidRDefault="00000000">
            <w:pPr>
              <w:pStyle w:val="Oznaenseznam"/>
              <w:spacing w:after="16"/>
            </w:pPr>
            <w:r>
              <w:rPr>
                <w:color w:val="000000"/>
                <w:sz w:val="16"/>
              </w:rPr>
              <w:t>primerjam zvočne vire</w:t>
            </w:r>
          </w:p>
          <w:p w14:paraId="075B3E52" w14:textId="77777777" w:rsidR="008D43AB" w:rsidRDefault="00000000">
            <w:pPr>
              <w:pStyle w:val="Oznaenseznam"/>
              <w:spacing w:after="16"/>
            </w:pPr>
            <w:r>
              <w:rPr>
                <w:color w:val="000000"/>
                <w:sz w:val="16"/>
              </w:rPr>
              <w:t>opazujem tišino</w:t>
            </w:r>
          </w:p>
          <w:p w14:paraId="527274E1" w14:textId="77777777" w:rsidR="008D43AB" w:rsidRDefault="00000000">
            <w:pPr>
              <w:pStyle w:val="Oznaenseznam"/>
              <w:spacing w:after="16"/>
            </w:pPr>
            <w:r>
              <w:rPr>
                <w:color w:val="000000"/>
                <w:sz w:val="16"/>
              </w:rPr>
              <w:t>ritmično spremljam pesem</w:t>
            </w:r>
          </w:p>
          <w:tbl>
            <w:tblPr>
              <w:tblStyle w:val="Tabelamrea"/>
              <w:tblW w:w="0" w:type="auto"/>
              <w:jc w:val="center"/>
              <w:tblLayout w:type="fixed"/>
              <w:tblLook w:val="04A0" w:firstRow="1" w:lastRow="0" w:firstColumn="1" w:lastColumn="0" w:noHBand="0" w:noVBand="1"/>
            </w:tblPr>
            <w:tblGrid>
              <w:gridCol w:w="7087"/>
            </w:tblGrid>
            <w:tr w:rsidR="008D43AB" w14:paraId="2B936642" w14:textId="77777777">
              <w:trPr>
                <w:jc w:val="center"/>
              </w:trPr>
              <w:tc>
                <w:tcPr>
                  <w:tcW w:w="7087" w:type="dxa"/>
                  <w:shd w:val="clear" w:color="auto" w:fill="EDC9EA"/>
                  <w:tcMar>
                    <w:top w:w="45" w:type="dxa"/>
                    <w:left w:w="70" w:type="dxa"/>
                    <w:bottom w:w="45" w:type="dxa"/>
                    <w:right w:w="70" w:type="dxa"/>
                  </w:tcMar>
                </w:tcPr>
                <w:p w14:paraId="0BFAB236" w14:textId="77777777" w:rsidR="008D43AB" w:rsidRDefault="00000000">
                  <w:pPr>
                    <w:keepNext/>
                  </w:pPr>
                  <w:r>
                    <w:rPr>
                      <w:b/>
                      <w:color w:val="000000"/>
                    </w:rPr>
                    <w:t>PREVERJANJE PREDZNANJA</w:t>
                  </w:r>
                </w:p>
              </w:tc>
            </w:tr>
          </w:tbl>
          <w:p w14:paraId="50C6C4FF" w14:textId="77777777" w:rsidR="008D43AB" w:rsidRDefault="008D43AB">
            <w:pPr>
              <w:spacing w:line="20" w:lineRule="exact"/>
            </w:pPr>
          </w:p>
          <w:p w14:paraId="74804E5D" w14:textId="77777777" w:rsidR="008D43AB" w:rsidRDefault="00000000">
            <w:pPr>
              <w:pStyle w:val="Oznaenseznam"/>
              <w:spacing w:after="16"/>
            </w:pPr>
            <w:r>
              <w:rPr>
                <w:color w:val="000000"/>
                <w:sz w:val="16"/>
              </w:rPr>
              <w:t>Kaj mi zvok, naslov, slika ali motiv pove o temi gozd, življenjski prostor, pomoč in hvaležnost?</w:t>
            </w:r>
          </w:p>
          <w:p w14:paraId="794B3CEB" w14:textId="77777777" w:rsidR="008D43AB" w:rsidRDefault="00000000">
            <w:pPr>
              <w:pStyle w:val="Oznaenseznam"/>
              <w:spacing w:after="16"/>
            </w:pPr>
            <w:r>
              <w:rPr>
                <w:color w:val="000000"/>
                <w:sz w:val="16"/>
              </w:rPr>
              <w:t>Kako lahko s poslušanjem, glasom, telesom, glasbilom ali simbolom pokažem, kaj že znam pri temi »NARAVNI IN UMETNI ZVOKI«?</w:t>
            </w:r>
          </w:p>
          <w:p w14:paraId="566CFC61"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5C580CA8" w14:textId="77777777">
              <w:trPr>
                <w:jc w:val="center"/>
              </w:trPr>
              <w:tc>
                <w:tcPr>
                  <w:tcW w:w="7087" w:type="dxa"/>
                  <w:shd w:val="clear" w:color="auto" w:fill="EDC9EA"/>
                  <w:tcMar>
                    <w:top w:w="45" w:type="dxa"/>
                    <w:left w:w="70" w:type="dxa"/>
                    <w:bottom w:w="45" w:type="dxa"/>
                    <w:right w:w="70" w:type="dxa"/>
                  </w:tcMar>
                </w:tcPr>
                <w:p w14:paraId="2E1AFC91" w14:textId="77777777" w:rsidR="008D43AB" w:rsidRDefault="00000000">
                  <w:pPr>
                    <w:keepNext/>
                  </w:pPr>
                  <w:r>
                    <w:rPr>
                      <w:b/>
                      <w:color w:val="000000"/>
                    </w:rPr>
                    <w:t>KRITERIJI USPEŠNOSTI</w:t>
                  </w:r>
                </w:p>
              </w:tc>
            </w:tr>
          </w:tbl>
          <w:p w14:paraId="38EA7BE6" w14:textId="77777777" w:rsidR="008D43AB" w:rsidRDefault="008D43AB"/>
          <w:p w14:paraId="169FEB7E" w14:textId="77777777" w:rsidR="008D43AB" w:rsidRDefault="00000000">
            <w:pPr>
              <w:spacing w:before="20" w:after="20" w:line="245" w:lineRule="auto"/>
            </w:pPr>
            <w:r>
              <w:rPr>
                <w:b/>
                <w:color w:val="000000"/>
                <w:sz w:val="16"/>
              </w:rPr>
              <w:t>Uspešen/-na bom, ko:</w:t>
            </w:r>
          </w:p>
          <w:p w14:paraId="1019F873" w14:textId="77777777" w:rsidR="008D43AB" w:rsidRDefault="00000000">
            <w:pPr>
              <w:pStyle w:val="Oznaenseznam"/>
              <w:spacing w:after="16"/>
            </w:pPr>
            <w:r>
              <w:rPr>
                <w:color w:val="000000"/>
                <w:sz w:val="16"/>
              </w:rPr>
              <w:t>primerjam zvočne vire</w:t>
            </w:r>
          </w:p>
          <w:p w14:paraId="4F5D05AE" w14:textId="77777777" w:rsidR="008D43AB" w:rsidRDefault="00000000">
            <w:pPr>
              <w:pStyle w:val="Oznaenseznam"/>
              <w:spacing w:after="16"/>
            </w:pPr>
            <w:r>
              <w:rPr>
                <w:color w:val="000000"/>
                <w:sz w:val="16"/>
              </w:rPr>
              <w:t>opazujem tišino</w:t>
            </w:r>
          </w:p>
          <w:p w14:paraId="3EAFBD00" w14:textId="77777777" w:rsidR="008D43AB" w:rsidRDefault="00000000">
            <w:pPr>
              <w:pStyle w:val="Oznaenseznam"/>
              <w:spacing w:after="16"/>
            </w:pPr>
            <w:r>
              <w:rPr>
                <w:color w:val="000000"/>
                <w:sz w:val="16"/>
              </w:rPr>
              <w:t>ritmično spremljam pesem</w:t>
            </w:r>
          </w:p>
          <w:p w14:paraId="76F28C34" w14:textId="77777777" w:rsidR="008D43AB" w:rsidRDefault="00000000">
            <w:pPr>
              <w:pStyle w:val="Oznaenseznam"/>
              <w:spacing w:after="16"/>
            </w:pPr>
            <w:r>
              <w:rPr>
                <w:color w:val="000000"/>
                <w:sz w:val="16"/>
              </w:rPr>
              <w:t>upoštevam dogovorjeni začetek, konec, znak za tišino in varno glasnost</w:t>
            </w:r>
          </w:p>
          <w:p w14:paraId="51F9939C"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6EA0B716" w14:textId="77777777" w:rsidR="008D43AB" w:rsidRDefault="008D43AB"/>
          <w:p w14:paraId="269CCB05"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68253463" w14:textId="77777777" w:rsidR="008D43AB" w:rsidRDefault="00000000">
            <w:pPr>
              <w:spacing w:after="80" w:line="245" w:lineRule="auto"/>
            </w:pPr>
            <w:r>
              <w:rPr>
                <w:color w:val="000000"/>
                <w:sz w:val="16"/>
              </w:rPr>
              <w:t>Pove ali pokaže, kaj že zna in katero glasbeno strategijo bi uporabil.</w:t>
            </w:r>
          </w:p>
          <w:p w14:paraId="7657B54B" w14:textId="77777777" w:rsidR="008D43AB" w:rsidRDefault="00000000">
            <w:pPr>
              <w:spacing w:after="100" w:line="245" w:lineRule="auto"/>
            </w:pPr>
            <w:r>
              <w:rPr>
                <w:color w:val="000000"/>
                <w:sz w:val="16"/>
              </w:rPr>
              <w:t>Sodeluje pri razumevanju namenov, meril uspešnosti, varne glasnosti in načina dokazovanja.</w:t>
            </w:r>
          </w:p>
          <w:p w14:paraId="1DD2FDB4" w14:textId="77777777" w:rsidR="008D43AB" w:rsidRDefault="00000000">
            <w:pPr>
              <w:spacing w:after="20" w:line="245" w:lineRule="auto"/>
            </w:pPr>
            <w:r>
              <w:rPr>
                <w:b/>
                <w:color w:val="D95BC6"/>
                <w:sz w:val="17"/>
              </w:rPr>
              <w:t>DOKAZ O UČENJU</w:t>
            </w:r>
          </w:p>
          <w:p w14:paraId="425B94D1"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C2A53B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38112E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EDA3618"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5A33C6" w14:textId="77777777" w:rsidR="008D43AB" w:rsidRDefault="00000000">
            <w:pPr>
              <w:jc w:val="center"/>
            </w:pPr>
            <w:r>
              <w:rPr>
                <w:b/>
                <w:color w:val="000000"/>
                <w:sz w:val="20"/>
              </w:rPr>
              <w:t>UČNE DEJAVNOSTI, METODE IN FORMATIVNO SPREMLJANJE</w:t>
            </w:r>
          </w:p>
        </w:tc>
      </w:tr>
      <w:tr w:rsidR="008D43AB" w14:paraId="4B77FACA" w14:textId="77777777">
        <w:trPr>
          <w:tblHeader/>
          <w:jc w:val="center"/>
        </w:trPr>
        <w:tc>
          <w:tcPr>
            <w:tcW w:w="4422" w:type="dxa"/>
            <w:vMerge/>
            <w:tcMar>
              <w:top w:w="70" w:type="dxa"/>
              <w:left w:w="90" w:type="dxa"/>
              <w:bottom w:w="70" w:type="dxa"/>
              <w:right w:w="90" w:type="dxa"/>
            </w:tcMar>
            <w:vAlign w:val="center"/>
          </w:tcPr>
          <w:p w14:paraId="19BF68A3" w14:textId="77777777" w:rsidR="008D43AB" w:rsidRDefault="008D43AB"/>
        </w:tc>
        <w:tc>
          <w:tcPr>
            <w:tcW w:w="7087" w:type="dxa"/>
            <w:shd w:val="clear" w:color="auto" w:fill="FFFFFF"/>
            <w:tcMar>
              <w:top w:w="70" w:type="dxa"/>
              <w:left w:w="90" w:type="dxa"/>
              <w:bottom w:w="70" w:type="dxa"/>
              <w:right w:w="90" w:type="dxa"/>
            </w:tcMar>
            <w:vAlign w:val="center"/>
          </w:tcPr>
          <w:p w14:paraId="5F1DEF95"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7D1414" w14:textId="77777777" w:rsidR="008D43AB" w:rsidRDefault="00000000">
            <w:pPr>
              <w:jc w:val="center"/>
            </w:pPr>
            <w:r>
              <w:rPr>
                <w:b/>
                <w:color w:val="000000"/>
              </w:rPr>
              <w:t>UČENEC</w:t>
            </w:r>
          </w:p>
        </w:tc>
      </w:tr>
      <w:tr w:rsidR="008D43AB" w14:paraId="5059AAE1" w14:textId="77777777">
        <w:trPr>
          <w:jc w:val="center"/>
        </w:trPr>
        <w:tc>
          <w:tcPr>
            <w:tcW w:w="4422" w:type="dxa"/>
            <w:tcMar>
              <w:top w:w="70" w:type="dxa"/>
              <w:left w:w="90" w:type="dxa"/>
              <w:bottom w:w="70" w:type="dxa"/>
              <w:right w:w="90" w:type="dxa"/>
            </w:tcMar>
          </w:tcPr>
          <w:p w14:paraId="54DCE1B6" w14:textId="77777777" w:rsidR="008D43AB" w:rsidRDefault="008D43AB"/>
          <w:p w14:paraId="38CBE426" w14:textId="77777777" w:rsidR="008D43AB" w:rsidRDefault="00000000">
            <w:pPr>
              <w:spacing w:after="40" w:line="245" w:lineRule="auto"/>
            </w:pPr>
            <w:r>
              <w:rPr>
                <w:b/>
                <w:color w:val="000000"/>
              </w:rPr>
              <w:t>KLJUČNI GLASBENI POJMI</w:t>
            </w:r>
          </w:p>
          <w:p w14:paraId="00FC6844" w14:textId="77777777" w:rsidR="008D43AB" w:rsidRDefault="00000000">
            <w:pPr>
              <w:spacing w:after="60" w:line="245" w:lineRule="auto"/>
            </w:pPr>
            <w:r>
              <w:rPr>
                <w:color w:val="000000"/>
                <w:sz w:val="15"/>
              </w:rPr>
              <w:t>poslušanje, zvok, tišina, izvedba, glasbeni znak, dokaz, povratna informacija, zvočni vir, glasno–tiho, visoko–nizko, dolgo–kratko, naravno–umetno</w:t>
            </w:r>
          </w:p>
          <w:p w14:paraId="6E389FBD" w14:textId="77777777" w:rsidR="008D43AB" w:rsidRDefault="00000000">
            <w:pPr>
              <w:spacing w:after="20" w:line="245" w:lineRule="auto"/>
            </w:pPr>
            <w:r>
              <w:rPr>
                <w:b/>
                <w:color w:val="000000"/>
                <w:sz w:val="17"/>
              </w:rPr>
              <w:t>DOKAZI O UČENJU</w:t>
            </w:r>
          </w:p>
          <w:p w14:paraId="0D5507DB" w14:textId="77777777" w:rsidR="008D43AB" w:rsidRDefault="00000000">
            <w:pPr>
              <w:pStyle w:val="Oznaenseznam"/>
              <w:spacing w:after="9"/>
            </w:pPr>
            <w:r>
              <w:rPr>
                <w:color w:val="000000"/>
                <w:sz w:val="15"/>
              </w:rPr>
              <w:t>poslušalski gibalni odziv, ritmični/pevski odmev in učiteljev zapis o skupnem pulzu oziroma začetku/koncu.</w:t>
            </w:r>
          </w:p>
          <w:p w14:paraId="121B14AF" w14:textId="77777777" w:rsidR="008D43AB" w:rsidRDefault="00000000">
            <w:pPr>
              <w:pStyle w:val="Oznaenseznam"/>
              <w:spacing w:after="9"/>
            </w:pPr>
            <w:r>
              <w:rPr>
                <w:color w:val="000000"/>
                <w:sz w:val="15"/>
              </w:rPr>
              <w:t>individualna razvrstitev zvočnih virov, prikaz lastnosti zvoka in ustno pojasnilo</w:t>
            </w:r>
          </w:p>
          <w:p w14:paraId="33F532ED" w14:textId="77777777" w:rsidR="008D43AB" w:rsidRDefault="00000000">
            <w:pPr>
              <w:spacing w:before="40" w:after="20" w:line="245" w:lineRule="auto"/>
            </w:pPr>
            <w:r>
              <w:rPr>
                <w:b/>
                <w:color w:val="000000"/>
                <w:sz w:val="17"/>
              </w:rPr>
              <w:t>GLASBENO DOŽIVETJE IN IZKUŠENJSKI POUK</w:t>
            </w:r>
          </w:p>
          <w:p w14:paraId="60AF6E29"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45220059" w14:textId="77777777" w:rsidR="008D43AB" w:rsidRDefault="00000000">
            <w:pPr>
              <w:spacing w:after="20" w:line="245" w:lineRule="auto"/>
            </w:pPr>
            <w:r>
              <w:rPr>
                <w:b/>
                <w:color w:val="000000"/>
                <w:sz w:val="17"/>
              </w:rPr>
              <w:t>POUČEVANJE V GIBANJU</w:t>
            </w:r>
          </w:p>
          <w:p w14:paraId="44742DEC"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38129D89" w14:textId="77777777" w:rsidR="008D43AB" w:rsidRDefault="00000000">
            <w:pPr>
              <w:spacing w:after="20" w:line="245" w:lineRule="auto"/>
            </w:pPr>
            <w:r>
              <w:rPr>
                <w:b/>
                <w:color w:val="000000"/>
                <w:sz w:val="17"/>
              </w:rPr>
              <w:t>DELO PO POSTAJAH</w:t>
            </w:r>
          </w:p>
          <w:p w14:paraId="3D3272B4"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53672660" w14:textId="77777777" w:rsidR="008D43AB" w:rsidRDefault="00000000">
            <w:pPr>
              <w:spacing w:after="10" w:line="245" w:lineRule="auto"/>
            </w:pPr>
            <w:r>
              <w:rPr>
                <w:color w:val="000000"/>
                <w:sz w:val="15"/>
              </w:rPr>
              <w:t>1. Poslušalsko-ocenjevalna: individualno prepoznam in razvrstim naravne ter umetne zvoke, pokažem lastnost in pojasnim izbiro.</w:t>
            </w:r>
          </w:p>
          <w:p w14:paraId="3738198D" w14:textId="77777777" w:rsidR="008D43AB" w:rsidRDefault="00000000">
            <w:pPr>
              <w:spacing w:after="10" w:line="245" w:lineRule="auto"/>
            </w:pPr>
            <w:r>
              <w:rPr>
                <w:color w:val="000000"/>
                <w:sz w:val="15"/>
              </w:rPr>
              <w:t>2. Gibalna: z gibi ponazorim glasno–tiho, visoko–nizko in dolgo–kratko; ob znaku se ustavim v tišini.</w:t>
            </w:r>
          </w:p>
          <w:p w14:paraId="7E39068B" w14:textId="77777777" w:rsidR="008D43AB" w:rsidRDefault="00000000">
            <w:pPr>
              <w:spacing w:after="10" w:line="245" w:lineRule="auto"/>
            </w:pPr>
            <w:r>
              <w:rPr>
                <w:color w:val="000000"/>
                <w:sz w:val="15"/>
              </w:rPr>
              <w:t>3. Izvajalska: z izbranim zvočilom ustvarim naravni ali umetni zvok in ga primerjam z drugim virom.</w:t>
            </w:r>
          </w:p>
          <w:p w14:paraId="6CBCF7E8" w14:textId="77777777" w:rsidR="008D43AB" w:rsidRDefault="00000000">
            <w:pPr>
              <w:spacing w:after="10" w:line="245" w:lineRule="auto"/>
            </w:pPr>
            <w:r>
              <w:rPr>
                <w:color w:val="000000"/>
                <w:sz w:val="15"/>
              </w:rPr>
              <w:t>4. Slikovno-zapisna: kartice uredim v zvočno pokrajino ter izberem dokaz in naslednji korak.</w:t>
            </w:r>
          </w:p>
          <w:p w14:paraId="287F7166" w14:textId="77777777" w:rsidR="008D43AB" w:rsidRDefault="00000000">
            <w:pPr>
              <w:spacing w:after="20" w:line="245" w:lineRule="auto"/>
            </w:pPr>
            <w:r>
              <w:rPr>
                <w:b/>
                <w:color w:val="000000"/>
                <w:sz w:val="17"/>
              </w:rPr>
              <w:t>DIFERENCIACIJA IN VKLJUČEVANJE</w:t>
            </w:r>
          </w:p>
          <w:p w14:paraId="3C2E221C"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50DF4DA9" w14:textId="77777777" w:rsidR="008D43AB" w:rsidRDefault="00000000">
            <w:pPr>
              <w:spacing w:after="20" w:line="245" w:lineRule="auto"/>
            </w:pPr>
            <w:r>
              <w:rPr>
                <w:b/>
                <w:color w:val="000000"/>
                <w:sz w:val="17"/>
              </w:rPr>
              <w:t>SPREMLJANJE</w:t>
            </w:r>
          </w:p>
          <w:p w14:paraId="21B31CCB"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F646DC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870614D" w14:textId="77777777">
              <w:trPr>
                <w:jc w:val="center"/>
              </w:trPr>
              <w:tc>
                <w:tcPr>
                  <w:tcW w:w="7087" w:type="dxa"/>
                  <w:shd w:val="clear" w:color="auto" w:fill="C6E7F3"/>
                  <w:tcMar>
                    <w:top w:w="45" w:type="dxa"/>
                    <w:left w:w="70" w:type="dxa"/>
                    <w:bottom w:w="45" w:type="dxa"/>
                    <w:right w:w="70" w:type="dxa"/>
                  </w:tcMar>
                </w:tcPr>
                <w:p w14:paraId="7AD3BFC2" w14:textId="77777777" w:rsidR="008D43AB" w:rsidRDefault="00000000">
                  <w:pPr>
                    <w:keepNext/>
                  </w:pPr>
                  <w:r>
                    <w:rPr>
                      <w:b/>
                      <w:color w:val="000000"/>
                      <w:sz w:val="17"/>
                    </w:rPr>
                    <w:t>GLAVNI DEL – POSLUŠANJE, IZVAJANJE, GIBANJE IN USTVARJANJE (2 šolski uri)</w:t>
                  </w:r>
                </w:p>
              </w:tc>
            </w:tr>
          </w:tbl>
          <w:p w14:paraId="7A518922" w14:textId="77777777" w:rsidR="008D43AB" w:rsidRDefault="008D43AB">
            <w:pPr>
              <w:spacing w:line="20" w:lineRule="exact"/>
            </w:pPr>
          </w:p>
          <w:p w14:paraId="2506C61A" w14:textId="77777777" w:rsidR="008D43AB" w:rsidRDefault="00000000">
            <w:pPr>
              <w:keepNext/>
              <w:spacing w:before="24" w:after="8" w:line="245" w:lineRule="auto"/>
            </w:pPr>
            <w:r>
              <w:rPr>
                <w:b/>
                <w:color w:val="000000"/>
                <w:sz w:val="16"/>
              </w:rPr>
              <w:t>1. URA – Naravni In Umetni Zvoki – Poslušam in izvajam</w:t>
            </w:r>
          </w:p>
          <w:p w14:paraId="0FEAAAE4"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»NARAVNI IN UMETNI ZVOKI«,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38AA9F55"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04AF43B1"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52C49F89" w14:textId="77777777" w:rsidR="008D43AB" w:rsidRDefault="00000000">
            <w:pPr>
              <w:keepNext/>
              <w:spacing w:before="24" w:after="8" w:line="245" w:lineRule="auto"/>
            </w:pPr>
            <w:r>
              <w:rPr>
                <w:b/>
                <w:color w:val="000000"/>
                <w:sz w:val="16"/>
              </w:rPr>
              <w:t>2. URA – Naravni in umetni zvoki – Individualni poslušalski dokaz</w:t>
            </w:r>
          </w:p>
          <w:p w14:paraId="5C293A7C" w14:textId="77777777" w:rsidR="008D43AB" w:rsidRDefault="00000000">
            <w:pPr>
              <w:spacing w:after="11" w:line="245" w:lineRule="auto"/>
            </w:pPr>
            <w:r>
              <w:rPr>
                <w:b/>
                <w:color w:val="000000"/>
                <w:sz w:val="15"/>
              </w:rPr>
              <w:t xml:space="preserve">Dejavnost učiteljice: </w:t>
            </w:r>
            <w:r>
              <w:rPr>
                <w:color w:val="000000"/>
                <w:sz w:val="15"/>
              </w:rPr>
              <w:t>Vzpostavi štiri postaje. Na ocenjevalni postaji individualno predvaja ali ustvari kratke zvoke, ponudi slikovne kartice in vpraša po lastnosti zvoka. Uporabi enaka javna merila za vse učence, dovoljeno oporo zabeleži; druge postaje omogočajo tiho samostojno vajo.</w:t>
            </w:r>
          </w:p>
          <w:p w14:paraId="34B5A095" w14:textId="77777777" w:rsidR="008D43AB" w:rsidRDefault="00000000">
            <w:pPr>
              <w:spacing w:after="11" w:line="245" w:lineRule="auto"/>
            </w:pPr>
            <w:r>
              <w:rPr>
                <w:b/>
                <w:color w:val="000000"/>
                <w:sz w:val="15"/>
              </w:rPr>
              <w:t xml:space="preserve">Dejavnost učencev: </w:t>
            </w:r>
            <w:r>
              <w:rPr>
                <w:color w:val="000000"/>
                <w:sz w:val="15"/>
              </w:rPr>
              <w:t>Posluša, izbere in razvrsti slikovne kartice na naravne in umetne zvoke, z glasom, gibom ali zvočilom pokaže izbrano lastnost ter svojo odločitev kratko pojasni.</w:t>
            </w:r>
          </w:p>
          <w:p w14:paraId="36DE3F6F" w14:textId="77777777" w:rsidR="008D43AB" w:rsidRDefault="00000000">
            <w:pPr>
              <w:spacing w:after="24" w:line="245" w:lineRule="auto"/>
            </w:pPr>
            <w:r>
              <w:rPr>
                <w:i/>
                <w:color w:val="D95BC6"/>
                <w:sz w:val="15"/>
              </w:rPr>
              <w:t>Predvideni dokaz: individualna razvrstitev zvočnih virov, prikaz lastnosti zvoka in ustno pojasnilo.</w:t>
            </w:r>
          </w:p>
          <w:tbl>
            <w:tblPr>
              <w:tblStyle w:val="Tabelamrea"/>
              <w:tblW w:w="0" w:type="auto"/>
              <w:jc w:val="center"/>
              <w:tblLayout w:type="fixed"/>
              <w:tblLook w:val="04A0" w:firstRow="1" w:lastRow="0" w:firstColumn="1" w:lastColumn="0" w:noHBand="0" w:noVBand="1"/>
            </w:tblPr>
            <w:tblGrid>
              <w:gridCol w:w="7087"/>
            </w:tblGrid>
            <w:tr w:rsidR="008D43AB" w14:paraId="7C9B9DCD" w14:textId="77777777">
              <w:trPr>
                <w:jc w:val="center"/>
              </w:trPr>
              <w:tc>
                <w:tcPr>
                  <w:tcW w:w="7087" w:type="dxa"/>
                  <w:shd w:val="clear" w:color="auto" w:fill="EDC9EA"/>
                  <w:tcMar>
                    <w:top w:w="45" w:type="dxa"/>
                    <w:left w:w="70" w:type="dxa"/>
                    <w:bottom w:w="45" w:type="dxa"/>
                    <w:right w:w="70" w:type="dxa"/>
                  </w:tcMar>
                </w:tcPr>
                <w:p w14:paraId="07344DDC" w14:textId="77777777" w:rsidR="008D43AB" w:rsidRDefault="00000000">
                  <w:pPr>
                    <w:keepNext/>
                  </w:pPr>
                  <w:r>
                    <w:rPr>
                      <w:b/>
                      <w:color w:val="000000"/>
                      <w:sz w:val="17"/>
                    </w:rPr>
                    <w:t>ORGANIZACIJA POSTAJ IN PREHODOV</w:t>
                  </w:r>
                </w:p>
              </w:tc>
            </w:tr>
          </w:tbl>
          <w:p w14:paraId="7901BA1B" w14:textId="77777777" w:rsidR="008D43AB" w:rsidRDefault="008D43AB"/>
          <w:p w14:paraId="524D88BB" w14:textId="77777777" w:rsidR="008D43AB" w:rsidRDefault="00000000">
            <w:pPr>
              <w:spacing w:before="9" w:after="9" w:line="245" w:lineRule="auto"/>
            </w:pPr>
            <w:r>
              <w:rPr>
                <w:color w:val="000000"/>
                <w:sz w:val="15"/>
              </w:rPr>
              <w:t>Postaja 1: Poslušalsko-ocenjevalna: individualno prepoznam in razvrstim naravne ter umetne zvoke, pokažem lastnost in pojasnim izbiro.</w:t>
            </w:r>
          </w:p>
          <w:p w14:paraId="03834F92" w14:textId="77777777" w:rsidR="008D43AB" w:rsidRDefault="00000000">
            <w:pPr>
              <w:spacing w:before="9" w:after="9" w:line="245" w:lineRule="auto"/>
            </w:pPr>
            <w:r>
              <w:rPr>
                <w:color w:val="000000"/>
                <w:sz w:val="15"/>
              </w:rPr>
              <w:t>Postaja 2: Gibalna: z gibi ponazorim glasno–tiho, visoko–nizko in dolgo–kratko; ob znaku se ustavim v tišini.</w:t>
            </w:r>
          </w:p>
          <w:p w14:paraId="5F903B26" w14:textId="77777777" w:rsidR="008D43AB" w:rsidRDefault="00000000">
            <w:pPr>
              <w:spacing w:before="9" w:after="9" w:line="245" w:lineRule="auto"/>
            </w:pPr>
            <w:r>
              <w:rPr>
                <w:color w:val="000000"/>
                <w:sz w:val="15"/>
              </w:rPr>
              <w:t>Postaja 3: Izvajalska: z izbranim zvočilom ustvarim naravni ali umetni zvok in ga primerjam z drugim virom.</w:t>
            </w:r>
          </w:p>
          <w:p w14:paraId="3B3A19F7" w14:textId="77777777" w:rsidR="008D43AB" w:rsidRDefault="00000000">
            <w:pPr>
              <w:spacing w:before="9" w:after="9" w:line="245" w:lineRule="auto"/>
            </w:pPr>
            <w:r>
              <w:rPr>
                <w:color w:val="000000"/>
                <w:sz w:val="15"/>
              </w:rPr>
              <w:t>Postaja 4: Slikovno-zapisna: kartice uredim v zvočno pokrajino ter izberem dokaz in naslednji korak.</w:t>
            </w:r>
          </w:p>
          <w:p w14:paraId="3F02E78E"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6D7A0FB8" w14:textId="77777777" w:rsidR="008D43AB" w:rsidRDefault="008D43AB"/>
          <w:p w14:paraId="7EB9FD93" w14:textId="77777777" w:rsidR="008D43AB" w:rsidRDefault="00000000">
            <w:pPr>
              <w:spacing w:after="6" w:line="245" w:lineRule="auto"/>
            </w:pPr>
            <w:r>
              <w:rPr>
                <w:b/>
                <w:color w:val="000000"/>
                <w:sz w:val="15"/>
              </w:rPr>
              <w:t>1. URA – Naravni In Umetni Zvoki – Poslušam in izvajam</w:t>
            </w:r>
          </w:p>
          <w:p w14:paraId="4041FACC"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3E3F2A78" w14:textId="77777777" w:rsidR="008D43AB" w:rsidRDefault="00000000">
            <w:pPr>
              <w:spacing w:after="20" w:line="245" w:lineRule="auto"/>
            </w:pPr>
            <w:r>
              <w:rPr>
                <w:color w:val="D95BC6"/>
                <w:sz w:val="14"/>
              </w:rPr>
              <w:t>Dokaz: poslušalski gibalni odziv, ritmični/pevski odmev in učiteljev zapis o skupnem pulzu oziroma.</w:t>
            </w:r>
          </w:p>
          <w:p w14:paraId="184D0694" w14:textId="77777777" w:rsidR="008D43AB" w:rsidRDefault="00000000">
            <w:pPr>
              <w:spacing w:after="6" w:line="245" w:lineRule="auto"/>
            </w:pPr>
            <w:r>
              <w:rPr>
                <w:b/>
                <w:color w:val="000000"/>
                <w:sz w:val="15"/>
              </w:rPr>
              <w:t>2. URA – Naravni in umetni zvoki – Individualni poslušalski dokaz</w:t>
            </w:r>
          </w:p>
          <w:p w14:paraId="5E020C18" w14:textId="77777777" w:rsidR="008D43AB" w:rsidRDefault="00000000">
            <w:pPr>
              <w:spacing w:after="9" w:line="245" w:lineRule="auto"/>
            </w:pPr>
            <w:r>
              <w:rPr>
                <w:color w:val="000000"/>
                <w:sz w:val="14"/>
              </w:rPr>
              <w:t>Posluša, izbere in razvrsti slikovne kartice na naravne in umetne zvoke, z glasom, gibom ali zvočilom pokaže izbrano lastnost ter svojo odločitev.</w:t>
            </w:r>
          </w:p>
          <w:p w14:paraId="0F96D4A1" w14:textId="77777777" w:rsidR="008D43AB" w:rsidRDefault="00000000">
            <w:pPr>
              <w:spacing w:after="20" w:line="245" w:lineRule="auto"/>
            </w:pPr>
            <w:r>
              <w:rPr>
                <w:color w:val="D95BC6"/>
                <w:sz w:val="14"/>
              </w:rPr>
              <w:t>Dokaz: individualna razvrstitev zvočnih virov, prikaz lastnosti zvoka in ustno pojasnilo</w:t>
            </w:r>
          </w:p>
          <w:p w14:paraId="2867EB26" w14:textId="77777777" w:rsidR="008D43AB" w:rsidRDefault="00000000">
            <w:pPr>
              <w:spacing w:before="40" w:after="20" w:line="245" w:lineRule="auto"/>
            </w:pPr>
            <w:r>
              <w:rPr>
                <w:b/>
                <w:color w:val="D95BC6"/>
                <w:sz w:val="16"/>
              </w:rPr>
              <w:t>MOJ KROG POSTAJ</w:t>
            </w:r>
          </w:p>
          <w:p w14:paraId="35B4CF4C" w14:textId="77777777" w:rsidR="008D43AB" w:rsidRDefault="00000000">
            <w:pPr>
              <w:spacing w:after="11" w:line="245" w:lineRule="auto"/>
            </w:pPr>
            <w:r>
              <w:rPr>
                <w:color w:val="000000"/>
                <w:sz w:val="14"/>
              </w:rPr>
              <w:t>1. Poslušalsko-ocenjevalna: individualno prepoznam in razvrstim naravne ter umetne zvoke.</w:t>
            </w:r>
          </w:p>
          <w:p w14:paraId="74815CD0" w14:textId="77777777" w:rsidR="008D43AB" w:rsidRDefault="00000000">
            <w:pPr>
              <w:spacing w:after="11" w:line="245" w:lineRule="auto"/>
            </w:pPr>
            <w:r>
              <w:rPr>
                <w:color w:val="000000"/>
                <w:sz w:val="14"/>
              </w:rPr>
              <w:t>2. Gibalna: z gibi ponazorim glasno–tiho, visoko–nizko in dolgo–kratko.</w:t>
            </w:r>
          </w:p>
          <w:p w14:paraId="21D29F56" w14:textId="77777777" w:rsidR="008D43AB" w:rsidRDefault="00000000">
            <w:pPr>
              <w:spacing w:after="11" w:line="245" w:lineRule="auto"/>
            </w:pPr>
            <w:r>
              <w:rPr>
                <w:color w:val="000000"/>
                <w:sz w:val="14"/>
              </w:rPr>
              <w:t>3. Izvajalska: z izbranim zvočilom ustvarim naravni ali umetni zvok in ga primerjam z drugim.</w:t>
            </w:r>
          </w:p>
          <w:p w14:paraId="28375ED1" w14:textId="77777777" w:rsidR="008D43AB" w:rsidRDefault="00000000">
            <w:pPr>
              <w:spacing w:after="11" w:line="245" w:lineRule="auto"/>
            </w:pPr>
            <w:r>
              <w:rPr>
                <w:color w:val="000000"/>
                <w:sz w:val="14"/>
              </w:rPr>
              <w:t>4. Slikovno-zapisna: kartice uredim v zvočno pokrajino ter izberem dokaz in naslednji korak.</w:t>
            </w:r>
          </w:p>
          <w:p w14:paraId="6F3D30B8"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1982F6E9" w14:textId="77777777" w:rsidR="008D43AB" w:rsidRDefault="00000000">
            <w:pPr>
              <w:spacing w:after="20" w:line="245" w:lineRule="auto"/>
            </w:pPr>
            <w:r>
              <w:rPr>
                <w:b/>
                <w:color w:val="D95BC6"/>
                <w:sz w:val="17"/>
              </w:rPr>
              <w:t>DOKAZ O UČENJU</w:t>
            </w:r>
          </w:p>
          <w:p w14:paraId="50470A0E"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1AFD53E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698BE4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387A5E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F517A5" w14:textId="77777777" w:rsidR="008D43AB" w:rsidRDefault="00000000">
            <w:pPr>
              <w:jc w:val="center"/>
            </w:pPr>
            <w:r>
              <w:rPr>
                <w:b/>
                <w:color w:val="000000"/>
                <w:sz w:val="20"/>
              </w:rPr>
              <w:t>UČNE DEJAVNOSTI, METODE IN FORMATIVNO SPREMLJANJE</w:t>
            </w:r>
          </w:p>
        </w:tc>
      </w:tr>
      <w:tr w:rsidR="008D43AB" w14:paraId="67C1683D" w14:textId="77777777">
        <w:trPr>
          <w:tblHeader/>
          <w:jc w:val="center"/>
        </w:trPr>
        <w:tc>
          <w:tcPr>
            <w:tcW w:w="4422" w:type="dxa"/>
            <w:vMerge/>
            <w:tcMar>
              <w:top w:w="70" w:type="dxa"/>
              <w:left w:w="90" w:type="dxa"/>
              <w:bottom w:w="70" w:type="dxa"/>
              <w:right w:w="90" w:type="dxa"/>
            </w:tcMar>
            <w:vAlign w:val="center"/>
          </w:tcPr>
          <w:p w14:paraId="4CC97400" w14:textId="77777777" w:rsidR="008D43AB" w:rsidRDefault="008D43AB"/>
        </w:tc>
        <w:tc>
          <w:tcPr>
            <w:tcW w:w="7087" w:type="dxa"/>
            <w:shd w:val="clear" w:color="auto" w:fill="FFFFFF"/>
            <w:tcMar>
              <w:top w:w="70" w:type="dxa"/>
              <w:left w:w="90" w:type="dxa"/>
              <w:bottom w:w="70" w:type="dxa"/>
              <w:right w:w="90" w:type="dxa"/>
            </w:tcMar>
            <w:vAlign w:val="center"/>
          </w:tcPr>
          <w:p w14:paraId="677410A5"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AAF7250" w14:textId="77777777" w:rsidR="008D43AB" w:rsidRDefault="00000000">
            <w:pPr>
              <w:jc w:val="center"/>
            </w:pPr>
            <w:r>
              <w:rPr>
                <w:b/>
                <w:color w:val="000000"/>
              </w:rPr>
              <w:t>UČENEC</w:t>
            </w:r>
          </w:p>
        </w:tc>
      </w:tr>
      <w:tr w:rsidR="008D43AB" w14:paraId="7616C4C6" w14:textId="77777777">
        <w:trPr>
          <w:jc w:val="center"/>
        </w:trPr>
        <w:tc>
          <w:tcPr>
            <w:tcW w:w="4422" w:type="dxa"/>
            <w:tcMar>
              <w:top w:w="70" w:type="dxa"/>
              <w:left w:w="90" w:type="dxa"/>
              <w:bottom w:w="70" w:type="dxa"/>
              <w:right w:w="90" w:type="dxa"/>
            </w:tcMar>
          </w:tcPr>
          <w:p w14:paraId="01C8CBB3" w14:textId="77777777" w:rsidR="008D43AB" w:rsidRDefault="008D43AB"/>
          <w:p w14:paraId="0F3B35D9" w14:textId="77777777" w:rsidR="008D43AB" w:rsidRDefault="00000000">
            <w:pPr>
              <w:spacing w:after="40" w:line="245" w:lineRule="auto"/>
            </w:pPr>
            <w:r>
              <w:rPr>
                <w:b/>
                <w:color w:val="000000"/>
              </w:rPr>
              <w:t>FORMATIVNO SPREMLJANJE</w:t>
            </w:r>
          </w:p>
          <w:p w14:paraId="6D8D7290" w14:textId="77777777" w:rsidR="008D43AB" w:rsidRDefault="00000000">
            <w:pPr>
              <w:pStyle w:val="Oznaenseznam"/>
              <w:spacing w:after="16"/>
            </w:pPr>
            <w:r>
              <w:rPr>
                <w:color w:val="000000"/>
                <w:sz w:val="16"/>
              </w:rPr>
              <w:t>predznanje: zvočna napoved, izbira kartice, gib, ritmični oziroma pevski poskus ali začetni simbol</w:t>
            </w:r>
          </w:p>
          <w:p w14:paraId="66710003" w14:textId="77777777" w:rsidR="008D43AB" w:rsidRDefault="00000000">
            <w:pPr>
              <w:pStyle w:val="Oznaenseznam"/>
              <w:spacing w:after="16"/>
            </w:pPr>
            <w:r>
              <w:rPr>
                <w:color w:val="000000"/>
                <w:sz w:val="16"/>
              </w:rPr>
              <w:t>nameni in merila: kratka poved, slikovni znak, model izvedbe ter vidna pravila varne glasnosti</w:t>
            </w:r>
          </w:p>
          <w:p w14:paraId="181A5D1E"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672FC33" w14:textId="77777777" w:rsidR="008D43AB" w:rsidRDefault="00000000">
            <w:pPr>
              <w:pStyle w:val="Oznaenseznam"/>
              <w:spacing w:after="16"/>
            </w:pPr>
            <w:r>
              <w:rPr>
                <w:color w:val="000000"/>
                <w:sz w:val="16"/>
              </w:rPr>
              <w:t>povratna informacija: opis slišane strategije, povezava z enim merilom in izvedljiv naslednji korak</w:t>
            </w:r>
          </w:p>
          <w:p w14:paraId="44420220" w14:textId="77777777" w:rsidR="008D43AB" w:rsidRDefault="00000000">
            <w:pPr>
              <w:pStyle w:val="Oznaenseznam"/>
              <w:spacing w:after="16"/>
            </w:pPr>
            <w:r>
              <w:rPr>
                <w:color w:val="000000"/>
                <w:sz w:val="16"/>
              </w:rPr>
              <w:t>samovrednotenje: barvni zvočni semafor, lestvica samostojnosti, izbran dokaz in ponovna izvedba</w:t>
            </w:r>
          </w:p>
          <w:p w14:paraId="3358580C" w14:textId="77777777" w:rsidR="008D43AB" w:rsidRDefault="00000000">
            <w:pPr>
              <w:spacing w:before="40" w:after="20" w:line="245" w:lineRule="auto"/>
            </w:pPr>
            <w:r>
              <w:rPr>
                <w:b/>
                <w:color w:val="000000"/>
                <w:sz w:val="17"/>
              </w:rPr>
              <w:t>VARNOST IN VAROVANJE SLUHA</w:t>
            </w:r>
          </w:p>
          <w:p w14:paraId="5F3696B4"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4C406922" w14:textId="77777777" w:rsidR="008D43AB" w:rsidRDefault="00000000">
            <w:pPr>
              <w:spacing w:after="20" w:line="245" w:lineRule="auto"/>
            </w:pPr>
            <w:r>
              <w:rPr>
                <w:b/>
                <w:color w:val="000000"/>
                <w:sz w:val="17"/>
              </w:rPr>
              <w:t>EVIDENCA PO IZVEDBI</w:t>
            </w:r>
          </w:p>
          <w:p w14:paraId="5E0E0CD9"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5C0FD651" w14:textId="77777777" w:rsidR="008D43AB" w:rsidRDefault="00000000">
            <w:pPr>
              <w:spacing w:before="40" w:after="20" w:line="245" w:lineRule="auto"/>
            </w:pPr>
            <w:r>
              <w:rPr>
                <w:b/>
                <w:color w:val="000000"/>
                <w:sz w:val="17"/>
              </w:rPr>
              <w:t>RAVEN DOSEGANJA</w:t>
            </w:r>
          </w:p>
          <w:p w14:paraId="669DDA6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50D1BB9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69D5847" w14:textId="77777777">
              <w:trPr>
                <w:jc w:val="center"/>
              </w:trPr>
              <w:tc>
                <w:tcPr>
                  <w:tcW w:w="7087" w:type="dxa"/>
                  <w:shd w:val="clear" w:color="auto" w:fill="EDC9EA"/>
                  <w:tcMar>
                    <w:top w:w="45" w:type="dxa"/>
                    <w:left w:w="70" w:type="dxa"/>
                    <w:bottom w:w="45" w:type="dxa"/>
                    <w:right w:w="70" w:type="dxa"/>
                  </w:tcMar>
                </w:tcPr>
                <w:p w14:paraId="1915DBC8" w14:textId="77777777" w:rsidR="008D43AB" w:rsidRDefault="00000000">
                  <w:pPr>
                    <w:keepNext/>
                  </w:pPr>
                  <w:r>
                    <w:rPr>
                      <w:b/>
                      <w:color w:val="000000"/>
                    </w:rPr>
                    <w:t>VPRAŠANJA V PODPORO GLASBENEMU UČENJU</w:t>
                  </w:r>
                </w:p>
              </w:tc>
            </w:tr>
          </w:tbl>
          <w:p w14:paraId="0D5086B8" w14:textId="77777777" w:rsidR="008D43AB" w:rsidRDefault="008D43AB">
            <w:pPr>
              <w:spacing w:line="20" w:lineRule="exact"/>
            </w:pPr>
          </w:p>
          <w:p w14:paraId="654CFC1C" w14:textId="77777777" w:rsidR="008D43AB" w:rsidRDefault="00000000">
            <w:pPr>
              <w:pStyle w:val="Oznaenseznam"/>
              <w:spacing w:after="16"/>
            </w:pPr>
            <w:r>
              <w:rPr>
                <w:color w:val="000000"/>
                <w:sz w:val="16"/>
              </w:rPr>
              <w:t>Kaj si v glasbi slišal/-a, začutil/-a ali pokazal/-a z gibanjem?</w:t>
            </w:r>
          </w:p>
          <w:p w14:paraId="5570B203" w14:textId="77777777" w:rsidR="008D43AB" w:rsidRDefault="00000000">
            <w:pPr>
              <w:pStyle w:val="Oznaenseznam"/>
              <w:spacing w:after="16"/>
            </w:pPr>
            <w:r>
              <w:rPr>
                <w:color w:val="000000"/>
                <w:sz w:val="16"/>
              </w:rPr>
              <w:t>Po katerem zvočnem znaku, lastnosti ali vzorcu si prepoznal/-a rešitev?</w:t>
            </w:r>
          </w:p>
          <w:p w14:paraId="5F69EFE2" w14:textId="77777777" w:rsidR="008D43AB" w:rsidRDefault="00000000">
            <w:pPr>
              <w:pStyle w:val="Oznaenseznam"/>
              <w:spacing w:after="16"/>
            </w:pPr>
            <w:r>
              <w:rPr>
                <w:color w:val="000000"/>
                <w:sz w:val="16"/>
              </w:rPr>
              <w:t>Kako veš, da je bil pulz, začetek, konec, glasnost ali skupinska izvedba skladna z merilom?</w:t>
            </w:r>
          </w:p>
          <w:p w14:paraId="7E24A649" w14:textId="77777777" w:rsidR="008D43AB" w:rsidRDefault="00000000">
            <w:pPr>
              <w:pStyle w:val="Oznaenseznam"/>
              <w:spacing w:after="16"/>
            </w:pPr>
            <w:r>
              <w:rPr>
                <w:color w:val="000000"/>
                <w:sz w:val="16"/>
              </w:rPr>
              <w:t>Zakaj si za motiv, osebo, dogodek ali okolje izbral/-a prav ta glas, predmet ali glasbilo?</w:t>
            </w:r>
          </w:p>
          <w:p w14:paraId="5F0C4204"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5DE47430" w14:textId="77777777">
              <w:trPr>
                <w:jc w:val="center"/>
              </w:trPr>
              <w:tc>
                <w:tcPr>
                  <w:tcW w:w="7087" w:type="dxa"/>
                  <w:shd w:val="clear" w:color="auto" w:fill="C6E7F3"/>
                  <w:tcMar>
                    <w:top w:w="45" w:type="dxa"/>
                    <w:left w:w="70" w:type="dxa"/>
                    <w:bottom w:w="45" w:type="dxa"/>
                    <w:right w:w="70" w:type="dxa"/>
                  </w:tcMar>
                </w:tcPr>
                <w:p w14:paraId="744D8B43" w14:textId="77777777" w:rsidR="008D43AB" w:rsidRDefault="00000000">
                  <w:pPr>
                    <w:keepNext/>
                  </w:pPr>
                  <w:r>
                    <w:rPr>
                      <w:b/>
                      <w:color w:val="000000"/>
                    </w:rPr>
                    <w:t>ZAKLJUČNI DEL – NASTOP, POSLUŠALSKI ODZIV IN REFLEKSIJA (8–12 min)</w:t>
                  </w:r>
                </w:p>
              </w:tc>
            </w:tr>
          </w:tbl>
          <w:p w14:paraId="204A302E" w14:textId="77777777" w:rsidR="008D43AB" w:rsidRDefault="008D43AB">
            <w:pPr>
              <w:spacing w:line="20" w:lineRule="exact"/>
            </w:pPr>
          </w:p>
          <w:p w14:paraId="592706E9"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5FA8626B" w14:textId="77777777">
              <w:trPr>
                <w:jc w:val="center"/>
              </w:trPr>
              <w:tc>
                <w:tcPr>
                  <w:tcW w:w="7087" w:type="dxa"/>
                  <w:shd w:val="clear" w:color="auto" w:fill="EDC9EA"/>
                  <w:tcMar>
                    <w:top w:w="45" w:type="dxa"/>
                    <w:left w:w="70" w:type="dxa"/>
                    <w:bottom w:w="45" w:type="dxa"/>
                    <w:right w:w="70" w:type="dxa"/>
                  </w:tcMar>
                </w:tcPr>
                <w:p w14:paraId="49410D4F" w14:textId="77777777" w:rsidR="008D43AB" w:rsidRDefault="00000000">
                  <w:pPr>
                    <w:keepNext/>
                  </w:pPr>
                  <w:r>
                    <w:rPr>
                      <w:b/>
                      <w:color w:val="000000"/>
                    </w:rPr>
                    <w:t>SAMOVREDNOTENJE</w:t>
                  </w:r>
                </w:p>
              </w:tc>
            </w:tr>
          </w:tbl>
          <w:p w14:paraId="59D49117" w14:textId="77777777" w:rsidR="008D43AB" w:rsidRDefault="008D43AB">
            <w:pPr>
              <w:spacing w:line="20" w:lineRule="exact"/>
            </w:pPr>
          </w:p>
          <w:p w14:paraId="4ACF009D"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6BD9124E" w14:textId="77777777">
              <w:trPr>
                <w:jc w:val="center"/>
              </w:trPr>
              <w:tc>
                <w:tcPr>
                  <w:tcW w:w="7087" w:type="dxa"/>
                  <w:shd w:val="clear" w:color="auto" w:fill="EDC9EA"/>
                  <w:tcMar>
                    <w:top w:w="45" w:type="dxa"/>
                    <w:left w:w="70" w:type="dxa"/>
                    <w:bottom w:w="45" w:type="dxa"/>
                    <w:right w:w="70" w:type="dxa"/>
                  </w:tcMar>
                </w:tcPr>
                <w:p w14:paraId="02575809" w14:textId="77777777" w:rsidR="008D43AB" w:rsidRDefault="00000000">
                  <w:pPr>
                    <w:keepNext/>
                  </w:pPr>
                  <w:r>
                    <w:rPr>
                      <w:b/>
                      <w:color w:val="000000"/>
                    </w:rPr>
                    <w:t>VRSTNIŠKO VREDNOTENJE</w:t>
                  </w:r>
                </w:p>
              </w:tc>
            </w:tr>
          </w:tbl>
          <w:p w14:paraId="01A02DA8" w14:textId="77777777" w:rsidR="008D43AB" w:rsidRDefault="008D43AB">
            <w:pPr>
              <w:spacing w:line="20" w:lineRule="exact"/>
            </w:pPr>
          </w:p>
          <w:p w14:paraId="79043F0C"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4AF35564" w14:textId="77777777">
              <w:trPr>
                <w:jc w:val="center"/>
              </w:trPr>
              <w:tc>
                <w:tcPr>
                  <w:tcW w:w="7087" w:type="dxa"/>
                  <w:shd w:val="clear" w:color="auto" w:fill="EDC9EA"/>
                  <w:tcMar>
                    <w:top w:w="45" w:type="dxa"/>
                    <w:left w:w="70" w:type="dxa"/>
                    <w:bottom w:w="45" w:type="dxa"/>
                    <w:right w:w="70" w:type="dxa"/>
                  </w:tcMar>
                </w:tcPr>
                <w:p w14:paraId="32F3B855" w14:textId="77777777" w:rsidR="008D43AB" w:rsidRDefault="00000000">
                  <w:pPr>
                    <w:keepNext/>
                  </w:pPr>
                  <w:r>
                    <w:rPr>
                      <w:b/>
                      <w:color w:val="000000"/>
                    </w:rPr>
                    <w:t>SKUPNI POVZETEK</w:t>
                  </w:r>
                </w:p>
              </w:tc>
            </w:tr>
          </w:tbl>
          <w:p w14:paraId="741FC63A" w14:textId="77777777" w:rsidR="008D43AB" w:rsidRDefault="008D43AB">
            <w:pPr>
              <w:spacing w:line="20" w:lineRule="exact"/>
            </w:pPr>
          </w:p>
          <w:p w14:paraId="0204844D" w14:textId="77777777" w:rsidR="008D43AB" w:rsidRDefault="00000000">
            <w:pPr>
              <w:spacing w:before="20" w:after="40" w:line="245" w:lineRule="auto"/>
            </w:pPr>
            <w:r>
              <w:rPr>
                <w:b/>
                <w:color w:val="000000"/>
                <w:sz w:val="16"/>
              </w:rPr>
              <w:t>primerjam zvočne vire; opazujem tišino; ritmično spremljam pesem. Izbrani dokaz pojasnim in po povratni informaciji izboljšam.</w:t>
            </w:r>
          </w:p>
          <w:tbl>
            <w:tblPr>
              <w:tblStyle w:val="Tabelamrea"/>
              <w:tblW w:w="0" w:type="auto"/>
              <w:jc w:val="center"/>
              <w:tblLayout w:type="fixed"/>
              <w:tblLook w:val="04A0" w:firstRow="1" w:lastRow="0" w:firstColumn="1" w:lastColumn="0" w:noHBand="0" w:noVBand="1"/>
            </w:tblPr>
            <w:tblGrid>
              <w:gridCol w:w="7087"/>
            </w:tblGrid>
            <w:tr w:rsidR="008D43AB" w14:paraId="75444011" w14:textId="77777777">
              <w:trPr>
                <w:jc w:val="center"/>
              </w:trPr>
              <w:tc>
                <w:tcPr>
                  <w:tcW w:w="7087" w:type="dxa"/>
                  <w:shd w:val="clear" w:color="auto" w:fill="EDC9EA"/>
                  <w:tcMar>
                    <w:top w:w="45" w:type="dxa"/>
                    <w:left w:w="70" w:type="dxa"/>
                    <w:bottom w:w="45" w:type="dxa"/>
                    <w:right w:w="70" w:type="dxa"/>
                  </w:tcMar>
                </w:tcPr>
                <w:p w14:paraId="025440BD" w14:textId="77777777" w:rsidR="008D43AB" w:rsidRDefault="00000000">
                  <w:pPr>
                    <w:keepNext/>
                  </w:pPr>
                  <w:r>
                    <w:rPr>
                      <w:b/>
                      <w:color w:val="000000"/>
                    </w:rPr>
                    <w:t>OPISNO OCENJEVANJE</w:t>
                  </w:r>
                </w:p>
              </w:tc>
            </w:tr>
          </w:tbl>
          <w:p w14:paraId="565ABFDC" w14:textId="77777777" w:rsidR="008D43AB" w:rsidRDefault="008D43AB"/>
          <w:p w14:paraId="727F3EA6" w14:textId="77777777" w:rsidR="008D43AB" w:rsidRDefault="00000000">
            <w:pPr>
              <w:spacing w:before="20" w:after="30" w:line="245" w:lineRule="auto"/>
            </w:pPr>
            <w:r>
              <w:rPr>
                <w:color w:val="000000"/>
                <w:sz w:val="15"/>
              </w:rPr>
              <w:t>OCENJEVANJE 1 – DRUGE OBLIKE: poslušalsko razvrščanje slikovnih kartic na naravne in umetne zvoke, prikaz izbrane lastnosti zvoka ter ustno pojasnilo. Dokaz se zbere individualno, opora se zabeleži, opis doseganja pa vsebuje opaženo zmožnost, konkreten dokaz in naslednji korak. Rezultat se ne izraža s številčno oceno.</w:t>
            </w:r>
          </w:p>
        </w:tc>
        <w:tc>
          <w:tcPr>
            <w:tcW w:w="2551" w:type="dxa"/>
            <w:tcMar>
              <w:top w:w="70" w:type="dxa"/>
              <w:left w:w="90" w:type="dxa"/>
              <w:bottom w:w="70" w:type="dxa"/>
              <w:right w:w="90" w:type="dxa"/>
            </w:tcMar>
          </w:tcPr>
          <w:p w14:paraId="16935D72" w14:textId="77777777" w:rsidR="008D43AB" w:rsidRDefault="008D43AB"/>
          <w:p w14:paraId="2E748AB3" w14:textId="77777777" w:rsidR="008D43AB" w:rsidRDefault="00000000">
            <w:pPr>
              <w:spacing w:after="80" w:line="245" w:lineRule="auto"/>
            </w:pPr>
            <w:r>
              <w:rPr>
                <w:color w:val="000000"/>
                <w:sz w:val="16"/>
              </w:rPr>
              <w:t>Odgovarja na podporna vprašanja in se sklicuje na slišano, izvedeno, ustvarjeno ali zapisano.</w:t>
            </w:r>
          </w:p>
          <w:p w14:paraId="47F9B5EA" w14:textId="77777777" w:rsidR="008D43AB" w:rsidRDefault="00000000">
            <w:pPr>
              <w:spacing w:after="80" w:line="245" w:lineRule="auto"/>
            </w:pPr>
            <w:r>
              <w:rPr>
                <w:color w:val="000000"/>
                <w:sz w:val="16"/>
              </w:rPr>
              <w:t>Predstavi izbrani dokaz ter pove, katero merilo z njim pokaže.</w:t>
            </w:r>
          </w:p>
          <w:p w14:paraId="51C4B763" w14:textId="77777777" w:rsidR="008D43AB" w:rsidRDefault="00000000">
            <w:pPr>
              <w:spacing w:after="80" w:line="245" w:lineRule="auto"/>
            </w:pPr>
            <w:r>
              <w:rPr>
                <w:color w:val="000000"/>
                <w:sz w:val="16"/>
              </w:rPr>
              <w:t>Posluša vrstnika, opiše eno slišano moč in poda prijazen predlog za izboljšavo.</w:t>
            </w:r>
          </w:p>
          <w:p w14:paraId="02BC2197" w14:textId="77777777" w:rsidR="008D43AB" w:rsidRDefault="00000000">
            <w:pPr>
              <w:spacing w:after="80" w:line="245" w:lineRule="auto"/>
            </w:pPr>
            <w:r>
              <w:rPr>
                <w:color w:val="000000"/>
                <w:sz w:val="16"/>
              </w:rPr>
              <w:t>Po povratni informaciji izvedbo, gib, ritem, zvočno izbiro ali slikovni zapis ponovi in izboljša.</w:t>
            </w:r>
          </w:p>
          <w:p w14:paraId="0661626B" w14:textId="77777777" w:rsidR="008D43AB" w:rsidRDefault="00000000">
            <w:pPr>
              <w:spacing w:after="100" w:line="245" w:lineRule="auto"/>
            </w:pPr>
            <w:r>
              <w:rPr>
                <w:color w:val="000000"/>
                <w:sz w:val="16"/>
              </w:rPr>
              <w:t>Izbere raven samostojnosti ter določi majhen in izvedljiv naslednji glasbeni korak.</w:t>
            </w:r>
          </w:p>
          <w:p w14:paraId="61095E11" w14:textId="77777777" w:rsidR="008D43AB" w:rsidRDefault="00000000">
            <w:pPr>
              <w:spacing w:after="20" w:line="245" w:lineRule="auto"/>
            </w:pPr>
            <w:r>
              <w:rPr>
                <w:b/>
                <w:color w:val="D95BC6"/>
                <w:sz w:val="17"/>
              </w:rPr>
              <w:t>DOKAZ O UČENJU</w:t>
            </w:r>
          </w:p>
          <w:p w14:paraId="3F6A8FAD"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6287D37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19E479CB" w14:textId="77777777">
        <w:trPr>
          <w:cantSplit/>
          <w:jc w:val="center"/>
        </w:trPr>
        <w:tc>
          <w:tcPr>
            <w:tcW w:w="14060" w:type="dxa"/>
            <w:gridSpan w:val="6"/>
            <w:tcMar>
              <w:top w:w="70" w:type="dxa"/>
              <w:left w:w="90" w:type="dxa"/>
              <w:bottom w:w="70" w:type="dxa"/>
              <w:right w:w="90" w:type="dxa"/>
            </w:tcMar>
            <w:vAlign w:val="center"/>
          </w:tcPr>
          <w:p w14:paraId="0FC88008" w14:textId="77777777" w:rsidR="008D43AB" w:rsidRDefault="00000000">
            <w:pPr>
              <w:jc w:val="center"/>
            </w:pPr>
            <w:r>
              <w:rPr>
                <w:b/>
                <w:color w:val="000000"/>
                <w:sz w:val="24"/>
              </w:rPr>
              <w:lastRenderedPageBreak/>
              <w:t>UČNA PRIPRAVA 12/39</w:t>
            </w:r>
          </w:p>
        </w:tc>
      </w:tr>
      <w:tr w:rsidR="008D43AB" w14:paraId="4920C487" w14:textId="77777777">
        <w:trPr>
          <w:jc w:val="center"/>
        </w:trPr>
        <w:tc>
          <w:tcPr>
            <w:tcW w:w="2665" w:type="dxa"/>
            <w:tcMar>
              <w:top w:w="70" w:type="dxa"/>
              <w:left w:w="90" w:type="dxa"/>
              <w:bottom w:w="70" w:type="dxa"/>
              <w:right w:w="90" w:type="dxa"/>
            </w:tcMar>
            <w:vAlign w:val="center"/>
          </w:tcPr>
          <w:p w14:paraId="6D210DC7"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81A6B81"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189AF009"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AF73747" w14:textId="77777777" w:rsidR="008D43AB" w:rsidRDefault="00000000">
            <w:r>
              <w:rPr>
                <w:b/>
                <w:color w:val="000000"/>
                <w:sz w:val="16"/>
              </w:rPr>
              <w:t xml:space="preserve">NAČRTOVANI TERMIN: </w:t>
            </w:r>
            <w:r>
              <w:rPr>
                <w:color w:val="000000"/>
                <w:sz w:val="16"/>
              </w:rPr>
              <w:t>12. teden • 23.–27. 11. 2026</w:t>
            </w:r>
          </w:p>
        </w:tc>
        <w:tc>
          <w:tcPr>
            <w:tcW w:w="2268" w:type="dxa"/>
            <w:tcMar>
              <w:top w:w="70" w:type="dxa"/>
              <w:left w:w="90" w:type="dxa"/>
              <w:bottom w:w="70" w:type="dxa"/>
              <w:right w:w="90" w:type="dxa"/>
            </w:tcMar>
            <w:vAlign w:val="center"/>
          </w:tcPr>
          <w:p w14:paraId="49106680"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5390FD3" w14:textId="77777777" w:rsidR="008D43AB" w:rsidRDefault="00000000">
            <w:r>
              <w:rPr>
                <w:b/>
                <w:color w:val="000000"/>
                <w:sz w:val="16"/>
              </w:rPr>
              <w:t xml:space="preserve">ŠTEVILO UR: </w:t>
            </w:r>
            <w:r>
              <w:rPr>
                <w:color w:val="000000"/>
                <w:sz w:val="16"/>
              </w:rPr>
              <w:t>2</w:t>
            </w:r>
          </w:p>
        </w:tc>
      </w:tr>
      <w:tr w:rsidR="008D43AB" w14:paraId="388461A9" w14:textId="77777777">
        <w:trPr>
          <w:jc w:val="center"/>
        </w:trPr>
        <w:tc>
          <w:tcPr>
            <w:tcW w:w="14061" w:type="dxa"/>
            <w:gridSpan w:val="6"/>
            <w:tcMar>
              <w:top w:w="70" w:type="dxa"/>
              <w:left w:w="90" w:type="dxa"/>
              <w:bottom w:w="70" w:type="dxa"/>
              <w:right w:w="90" w:type="dxa"/>
            </w:tcMar>
            <w:vAlign w:val="center"/>
          </w:tcPr>
          <w:p w14:paraId="092055B3"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3BB2994E" w14:textId="77777777">
        <w:trPr>
          <w:cantSplit/>
          <w:jc w:val="center"/>
        </w:trPr>
        <w:tc>
          <w:tcPr>
            <w:tcW w:w="14060" w:type="dxa"/>
            <w:gridSpan w:val="6"/>
            <w:tcMar>
              <w:top w:w="70" w:type="dxa"/>
              <w:left w:w="90" w:type="dxa"/>
              <w:bottom w:w="70" w:type="dxa"/>
              <w:right w:w="90" w:type="dxa"/>
            </w:tcMar>
            <w:vAlign w:val="center"/>
          </w:tcPr>
          <w:p w14:paraId="49A35B9F" w14:textId="77777777" w:rsidR="008D43AB" w:rsidRDefault="008D43AB"/>
          <w:p w14:paraId="1AFECAB1" w14:textId="77777777" w:rsidR="008D43AB" w:rsidRDefault="00000000">
            <w:pPr>
              <w:spacing w:line="245" w:lineRule="auto"/>
            </w:pPr>
            <w:r>
              <w:rPr>
                <w:b/>
                <w:color w:val="000000"/>
                <w:sz w:val="16"/>
              </w:rPr>
              <w:t xml:space="preserve">UČNI SKLOP: </w:t>
            </w:r>
            <w:r>
              <w:rPr>
                <w:color w:val="000000"/>
                <w:sz w:val="16"/>
              </w:rPr>
              <w:t>JESEN, SNOVI IN ŽIVA BITJA</w:t>
            </w:r>
          </w:p>
        </w:tc>
      </w:tr>
      <w:tr w:rsidR="008D43AB" w14:paraId="568C67CB" w14:textId="77777777">
        <w:trPr>
          <w:cantSplit/>
          <w:jc w:val="center"/>
        </w:trPr>
        <w:tc>
          <w:tcPr>
            <w:tcW w:w="14060" w:type="dxa"/>
            <w:gridSpan w:val="6"/>
            <w:tcMar>
              <w:top w:w="70" w:type="dxa"/>
              <w:left w:w="90" w:type="dxa"/>
              <w:bottom w:w="70" w:type="dxa"/>
              <w:right w:w="90" w:type="dxa"/>
            </w:tcMar>
            <w:vAlign w:val="center"/>
          </w:tcPr>
          <w:p w14:paraId="4DB0173B" w14:textId="77777777" w:rsidR="008D43AB" w:rsidRDefault="008D43AB"/>
          <w:p w14:paraId="777820BA" w14:textId="77777777" w:rsidR="008D43AB" w:rsidRDefault="00000000">
            <w:pPr>
              <w:spacing w:line="245" w:lineRule="auto"/>
            </w:pPr>
            <w:r>
              <w:rPr>
                <w:b/>
                <w:color w:val="000000"/>
                <w:sz w:val="16"/>
              </w:rPr>
              <w:t xml:space="preserve">UČNA TEMA: </w:t>
            </w:r>
            <w:r>
              <w:rPr>
                <w:color w:val="000000"/>
                <w:sz w:val="16"/>
              </w:rPr>
              <w:t>IZDELAJMO GLASBILO</w:t>
            </w:r>
          </w:p>
        </w:tc>
      </w:tr>
      <w:tr w:rsidR="008D43AB" w14:paraId="31D29379" w14:textId="77777777">
        <w:trPr>
          <w:cantSplit/>
          <w:jc w:val="center"/>
        </w:trPr>
        <w:tc>
          <w:tcPr>
            <w:tcW w:w="14060" w:type="dxa"/>
            <w:gridSpan w:val="6"/>
            <w:tcMar>
              <w:top w:w="70" w:type="dxa"/>
              <w:left w:w="90" w:type="dxa"/>
              <w:bottom w:w="70" w:type="dxa"/>
              <w:right w:w="90" w:type="dxa"/>
            </w:tcMar>
            <w:vAlign w:val="center"/>
          </w:tcPr>
          <w:p w14:paraId="6376CA0F" w14:textId="77777777" w:rsidR="008D43AB" w:rsidRDefault="008D43AB"/>
          <w:p w14:paraId="5F329031" w14:textId="77777777" w:rsidR="008D43AB" w:rsidRDefault="00000000">
            <w:pPr>
              <w:spacing w:line="245" w:lineRule="auto"/>
            </w:pPr>
            <w:r>
              <w:rPr>
                <w:b/>
                <w:color w:val="000000"/>
                <w:sz w:val="16"/>
              </w:rPr>
              <w:t xml:space="preserve">KNJIŽEVNO / MOTIVNO IZHODIŠČE: </w:t>
            </w:r>
            <w:r>
              <w:rPr>
                <w:color w:val="000000"/>
                <w:sz w:val="16"/>
              </w:rPr>
              <w:t>»Tri botre lisičice« – slovenska ljudska pravljica • gozd, iznajdljivost, snovi in odgovorna raba materialov</w:t>
            </w:r>
          </w:p>
        </w:tc>
      </w:tr>
      <w:tr w:rsidR="008D43AB" w14:paraId="5FB07423" w14:textId="77777777">
        <w:trPr>
          <w:cantSplit/>
          <w:jc w:val="center"/>
        </w:trPr>
        <w:tc>
          <w:tcPr>
            <w:tcW w:w="14060" w:type="dxa"/>
            <w:gridSpan w:val="6"/>
            <w:tcMar>
              <w:top w:w="70" w:type="dxa"/>
              <w:left w:w="90" w:type="dxa"/>
              <w:bottom w:w="70" w:type="dxa"/>
              <w:right w:w="90" w:type="dxa"/>
            </w:tcMar>
            <w:vAlign w:val="center"/>
          </w:tcPr>
          <w:p w14:paraId="76706378" w14:textId="77777777" w:rsidR="008D43AB" w:rsidRDefault="008D43AB"/>
          <w:p w14:paraId="50A4DC9E" w14:textId="77777777" w:rsidR="008D43AB" w:rsidRDefault="00000000">
            <w:pPr>
              <w:spacing w:line="245" w:lineRule="auto"/>
            </w:pPr>
            <w:r>
              <w:rPr>
                <w:b/>
                <w:color w:val="000000"/>
                <w:sz w:val="16"/>
              </w:rPr>
              <w:t xml:space="preserve">GLASBENO IZHODIŠČE / REPERTOAR: </w:t>
            </w:r>
            <w:r>
              <w:rPr>
                <w:color w:val="000000"/>
                <w:sz w:val="16"/>
              </w:rPr>
              <w:t>zvoki materialov; raziskovanje in izdelava lastnega zvočila</w:t>
            </w:r>
          </w:p>
        </w:tc>
      </w:tr>
      <w:tr w:rsidR="008D43AB" w14:paraId="0D81E63A" w14:textId="77777777">
        <w:trPr>
          <w:cantSplit/>
          <w:jc w:val="center"/>
        </w:trPr>
        <w:tc>
          <w:tcPr>
            <w:tcW w:w="14060" w:type="dxa"/>
            <w:gridSpan w:val="6"/>
            <w:tcMar>
              <w:top w:w="70" w:type="dxa"/>
              <w:left w:w="90" w:type="dxa"/>
              <w:bottom w:w="70" w:type="dxa"/>
              <w:right w:w="90" w:type="dxa"/>
            </w:tcMar>
            <w:vAlign w:val="center"/>
          </w:tcPr>
          <w:p w14:paraId="0F643B49" w14:textId="77777777" w:rsidR="008D43AB" w:rsidRDefault="008D43AB"/>
          <w:p w14:paraId="13430776" w14:textId="77777777" w:rsidR="008D43AB" w:rsidRDefault="00000000">
            <w:pPr>
              <w:spacing w:line="245" w:lineRule="auto"/>
            </w:pPr>
            <w:r>
              <w:rPr>
                <w:b/>
                <w:color w:val="000000"/>
                <w:sz w:val="16"/>
              </w:rPr>
              <w:t xml:space="preserve">UČNE ENOTE: </w:t>
            </w:r>
            <w:r>
              <w:rPr>
                <w:color w:val="000000"/>
                <w:sz w:val="16"/>
              </w:rPr>
              <w:t>1. ura – Izdelajmo Glasbilo – Poslušam in izvajam • 2. ura – Izdelajmo Glasbilo – Ustvarim in nastopim</w:t>
            </w:r>
          </w:p>
        </w:tc>
      </w:tr>
      <w:tr w:rsidR="008D43AB" w14:paraId="2159DB0F" w14:textId="77777777">
        <w:trPr>
          <w:cantSplit/>
          <w:jc w:val="center"/>
        </w:trPr>
        <w:tc>
          <w:tcPr>
            <w:tcW w:w="14060" w:type="dxa"/>
            <w:gridSpan w:val="6"/>
            <w:tcMar>
              <w:top w:w="70" w:type="dxa"/>
              <w:left w:w="90" w:type="dxa"/>
              <w:bottom w:w="70" w:type="dxa"/>
              <w:right w:w="90" w:type="dxa"/>
            </w:tcMar>
            <w:vAlign w:val="center"/>
          </w:tcPr>
          <w:p w14:paraId="4B6A06ED" w14:textId="77777777" w:rsidR="008D43AB" w:rsidRDefault="008D43AB"/>
          <w:p w14:paraId="3D98935B"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505F672A" w14:textId="77777777">
        <w:trPr>
          <w:cantSplit/>
          <w:jc w:val="center"/>
        </w:trPr>
        <w:tc>
          <w:tcPr>
            <w:tcW w:w="14060" w:type="dxa"/>
            <w:gridSpan w:val="6"/>
            <w:tcMar>
              <w:top w:w="70" w:type="dxa"/>
              <w:left w:w="90" w:type="dxa"/>
              <w:bottom w:w="70" w:type="dxa"/>
              <w:right w:w="90" w:type="dxa"/>
            </w:tcMar>
            <w:vAlign w:val="center"/>
          </w:tcPr>
          <w:p w14:paraId="0F358F7E" w14:textId="77777777" w:rsidR="008D43AB" w:rsidRDefault="008D43AB"/>
          <w:p w14:paraId="14CE7B5D"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69B2977A" w14:textId="77777777">
        <w:trPr>
          <w:cantSplit/>
          <w:jc w:val="center"/>
        </w:trPr>
        <w:tc>
          <w:tcPr>
            <w:tcW w:w="14060" w:type="dxa"/>
            <w:gridSpan w:val="6"/>
            <w:tcMar>
              <w:top w:w="70" w:type="dxa"/>
              <w:left w:w="90" w:type="dxa"/>
              <w:bottom w:w="70" w:type="dxa"/>
              <w:right w:w="90" w:type="dxa"/>
            </w:tcMar>
            <w:vAlign w:val="center"/>
          </w:tcPr>
          <w:p w14:paraId="7705A1ED" w14:textId="77777777" w:rsidR="008D43AB" w:rsidRDefault="008D43AB"/>
          <w:p w14:paraId="2E2201FA"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3C64EBE2" w14:textId="77777777">
        <w:trPr>
          <w:cantSplit/>
          <w:jc w:val="center"/>
        </w:trPr>
        <w:tc>
          <w:tcPr>
            <w:tcW w:w="14060" w:type="dxa"/>
            <w:gridSpan w:val="6"/>
            <w:tcMar>
              <w:top w:w="70" w:type="dxa"/>
              <w:left w:w="90" w:type="dxa"/>
              <w:bottom w:w="70" w:type="dxa"/>
              <w:right w:w="90" w:type="dxa"/>
            </w:tcMar>
            <w:vAlign w:val="center"/>
          </w:tcPr>
          <w:p w14:paraId="036A245A" w14:textId="77777777" w:rsidR="008D43AB" w:rsidRDefault="008D43AB"/>
          <w:p w14:paraId="1A013BEE" w14:textId="77777777" w:rsidR="008D43AB" w:rsidRDefault="00000000">
            <w:pPr>
              <w:spacing w:line="245" w:lineRule="auto"/>
            </w:pPr>
            <w:r>
              <w:rPr>
                <w:b/>
                <w:color w:val="000000"/>
                <w:sz w:val="16"/>
              </w:rPr>
              <w:t xml:space="preserve">MEDPREDMETNE POVEZAVE: </w:t>
            </w:r>
            <w:r>
              <w:rPr>
                <w:color w:val="000000"/>
                <w:sz w:val="16"/>
              </w:rPr>
              <w:t>SPO – gozd, iznajdljivost, snovi in odgovorna raba materialov; SLJ – poslušanje, ritmični govor in opis doživetja; ŠPO – pulz, tempo, gibalni odziv in prostorska orientacija; LUM – simbol, barva, linija in zvočni zapis</w:t>
            </w:r>
          </w:p>
        </w:tc>
      </w:tr>
      <w:tr w:rsidR="008D43AB" w14:paraId="402E2008" w14:textId="77777777">
        <w:trPr>
          <w:cantSplit/>
          <w:jc w:val="center"/>
        </w:trPr>
        <w:tc>
          <w:tcPr>
            <w:tcW w:w="14060" w:type="dxa"/>
            <w:gridSpan w:val="6"/>
            <w:tcMar>
              <w:top w:w="70" w:type="dxa"/>
              <w:left w:w="90" w:type="dxa"/>
              <w:bottom w:w="70" w:type="dxa"/>
              <w:right w:w="90" w:type="dxa"/>
            </w:tcMar>
            <w:vAlign w:val="center"/>
          </w:tcPr>
          <w:p w14:paraId="06BA0F74" w14:textId="77777777" w:rsidR="008D43AB" w:rsidRDefault="008D43AB"/>
          <w:p w14:paraId="2AEF7A28"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41580B79" w14:textId="77777777">
        <w:trPr>
          <w:cantSplit/>
          <w:jc w:val="center"/>
        </w:trPr>
        <w:tc>
          <w:tcPr>
            <w:tcW w:w="14060" w:type="dxa"/>
            <w:gridSpan w:val="6"/>
            <w:tcMar>
              <w:top w:w="70" w:type="dxa"/>
              <w:left w:w="90" w:type="dxa"/>
              <w:bottom w:w="70" w:type="dxa"/>
              <w:right w:w="90" w:type="dxa"/>
            </w:tcMar>
            <w:vAlign w:val="center"/>
          </w:tcPr>
          <w:p w14:paraId="448FA208" w14:textId="77777777" w:rsidR="008D43AB" w:rsidRDefault="008D43AB"/>
          <w:p w14:paraId="5547DF8D"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50EDC635" w14:textId="77777777">
        <w:trPr>
          <w:cantSplit/>
          <w:jc w:val="center"/>
        </w:trPr>
        <w:tc>
          <w:tcPr>
            <w:tcW w:w="14060" w:type="dxa"/>
            <w:gridSpan w:val="6"/>
            <w:tcMar>
              <w:top w:w="70" w:type="dxa"/>
              <w:left w:w="90" w:type="dxa"/>
              <w:bottom w:w="70" w:type="dxa"/>
              <w:right w:w="90" w:type="dxa"/>
            </w:tcMar>
            <w:vAlign w:val="center"/>
          </w:tcPr>
          <w:p w14:paraId="69BD0655" w14:textId="77777777" w:rsidR="008D43AB" w:rsidRDefault="008D43AB"/>
          <w:p w14:paraId="13A8E1DE" w14:textId="77777777" w:rsidR="008D43AB" w:rsidRDefault="00000000">
            <w:pPr>
              <w:spacing w:line="245" w:lineRule="auto"/>
            </w:pPr>
            <w:r>
              <w:rPr>
                <w:b/>
                <w:color w:val="000000"/>
                <w:sz w:val="16"/>
              </w:rPr>
              <w:t xml:space="preserve">OCENJEVANJE / DAN DEJAVNOSTI: </w:t>
            </w:r>
            <w:r>
              <w:rPr>
                <w:color w:val="000000"/>
                <w:sz w:val="16"/>
              </w:rPr>
              <w:t>KULTURNI DAN</w:t>
            </w:r>
          </w:p>
        </w:tc>
      </w:tr>
      <w:tr w:rsidR="008D43AB" w14:paraId="59AA3374" w14:textId="77777777">
        <w:trPr>
          <w:cantSplit/>
          <w:jc w:val="center"/>
        </w:trPr>
        <w:tc>
          <w:tcPr>
            <w:tcW w:w="14060" w:type="dxa"/>
            <w:gridSpan w:val="6"/>
            <w:tcMar>
              <w:top w:w="70" w:type="dxa"/>
              <w:left w:w="90" w:type="dxa"/>
              <w:bottom w:w="70" w:type="dxa"/>
              <w:right w:w="90" w:type="dxa"/>
            </w:tcMar>
            <w:vAlign w:val="center"/>
          </w:tcPr>
          <w:p w14:paraId="4CD9C0CF" w14:textId="77777777" w:rsidR="008D43AB" w:rsidRDefault="008D43AB"/>
          <w:p w14:paraId="58C6B212"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7184DDF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250AB3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143BA4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E4EDBBC" w14:textId="77777777" w:rsidR="008D43AB" w:rsidRDefault="00000000">
            <w:pPr>
              <w:jc w:val="center"/>
            </w:pPr>
            <w:r>
              <w:rPr>
                <w:b/>
                <w:color w:val="000000"/>
                <w:sz w:val="20"/>
              </w:rPr>
              <w:t>UČNE DEJAVNOSTI, METODE IN FORMATIVNO SPREMLJANJE</w:t>
            </w:r>
          </w:p>
        </w:tc>
      </w:tr>
      <w:tr w:rsidR="008D43AB" w14:paraId="77EFF387" w14:textId="77777777">
        <w:trPr>
          <w:tblHeader/>
          <w:jc w:val="center"/>
        </w:trPr>
        <w:tc>
          <w:tcPr>
            <w:tcW w:w="4422" w:type="dxa"/>
            <w:vMerge/>
            <w:tcMar>
              <w:top w:w="70" w:type="dxa"/>
              <w:left w:w="90" w:type="dxa"/>
              <w:bottom w:w="70" w:type="dxa"/>
              <w:right w:w="90" w:type="dxa"/>
            </w:tcMar>
            <w:vAlign w:val="center"/>
          </w:tcPr>
          <w:p w14:paraId="4BC62B63" w14:textId="77777777" w:rsidR="008D43AB" w:rsidRDefault="008D43AB"/>
        </w:tc>
        <w:tc>
          <w:tcPr>
            <w:tcW w:w="7087" w:type="dxa"/>
            <w:shd w:val="clear" w:color="auto" w:fill="FFFFFF"/>
            <w:tcMar>
              <w:top w:w="70" w:type="dxa"/>
              <w:left w:w="90" w:type="dxa"/>
              <w:bottom w:w="70" w:type="dxa"/>
              <w:right w:w="90" w:type="dxa"/>
            </w:tcMar>
            <w:vAlign w:val="center"/>
          </w:tcPr>
          <w:p w14:paraId="0C7B41D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F99BCE1" w14:textId="77777777" w:rsidR="008D43AB" w:rsidRDefault="00000000">
            <w:pPr>
              <w:jc w:val="center"/>
            </w:pPr>
            <w:r>
              <w:rPr>
                <w:b/>
                <w:color w:val="000000"/>
              </w:rPr>
              <w:t>UČENEC</w:t>
            </w:r>
          </w:p>
        </w:tc>
      </w:tr>
      <w:tr w:rsidR="008D43AB" w14:paraId="1F374602" w14:textId="77777777">
        <w:trPr>
          <w:jc w:val="center"/>
        </w:trPr>
        <w:tc>
          <w:tcPr>
            <w:tcW w:w="4422" w:type="dxa"/>
            <w:tcMar>
              <w:top w:w="70" w:type="dxa"/>
              <w:left w:w="90" w:type="dxa"/>
              <w:bottom w:w="70" w:type="dxa"/>
              <w:right w:w="90" w:type="dxa"/>
            </w:tcMar>
          </w:tcPr>
          <w:p w14:paraId="4B5E828B" w14:textId="77777777" w:rsidR="008D43AB" w:rsidRDefault="008D43AB"/>
          <w:p w14:paraId="03C2FC1F" w14:textId="77777777" w:rsidR="008D43AB" w:rsidRDefault="00000000">
            <w:pPr>
              <w:spacing w:after="60" w:line="245" w:lineRule="auto"/>
            </w:pPr>
            <w:r>
              <w:rPr>
                <w:b/>
                <w:color w:val="000000"/>
              </w:rPr>
              <w:t>UČNI CILJI</w:t>
            </w:r>
          </w:p>
          <w:p w14:paraId="6A4EDAC5" w14:textId="77777777" w:rsidR="008D43AB" w:rsidRDefault="00000000">
            <w:pPr>
              <w:spacing w:after="20" w:line="245" w:lineRule="auto"/>
            </w:pPr>
            <w:r>
              <w:rPr>
                <w:b/>
                <w:color w:val="000000"/>
                <w:sz w:val="17"/>
              </w:rPr>
              <w:t>SPLOŠNI</w:t>
            </w:r>
          </w:p>
          <w:p w14:paraId="6E2BA988"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1C13AAD0" w14:textId="77777777" w:rsidR="008D43AB" w:rsidRDefault="00000000">
            <w:pPr>
              <w:pStyle w:val="Oznaenseznam"/>
              <w:spacing w:after="16"/>
            </w:pPr>
            <w:r>
              <w:rPr>
                <w:color w:val="000000"/>
                <w:sz w:val="16"/>
              </w:rPr>
              <w:t>poje, ritmično govori ter uporablja telo, glasbila in predmete kot zvočne vire</w:t>
            </w:r>
          </w:p>
          <w:p w14:paraId="398CB053" w14:textId="77777777" w:rsidR="008D43AB" w:rsidRDefault="00000000">
            <w:pPr>
              <w:pStyle w:val="Oznaenseznam"/>
              <w:spacing w:after="16"/>
            </w:pPr>
            <w:r>
              <w:rPr>
                <w:color w:val="000000"/>
                <w:sz w:val="16"/>
              </w:rPr>
              <w:t>razlikuje izbrane lastnosti zvoka in glasbe ter varuje sluh in odgovorno uporablja glasbila</w:t>
            </w:r>
          </w:p>
          <w:p w14:paraId="655533EC"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10B5C16D" w14:textId="77777777" w:rsidR="008D43AB" w:rsidRDefault="00000000">
            <w:pPr>
              <w:spacing w:before="40" w:after="20" w:line="245" w:lineRule="auto"/>
            </w:pPr>
            <w:r>
              <w:rPr>
                <w:b/>
                <w:color w:val="000000"/>
                <w:sz w:val="17"/>
              </w:rPr>
              <w:t>OPERATIVNI</w:t>
            </w:r>
          </w:p>
          <w:p w14:paraId="27CA1A29" w14:textId="77777777" w:rsidR="008D43AB" w:rsidRDefault="00000000">
            <w:pPr>
              <w:pStyle w:val="Oznaenseznam"/>
              <w:spacing w:after="16"/>
            </w:pPr>
            <w:r>
              <w:rPr>
                <w:color w:val="000000"/>
                <w:sz w:val="16"/>
              </w:rPr>
              <w:t>raziskuje zvok materialov</w:t>
            </w:r>
          </w:p>
          <w:p w14:paraId="0F5A6D24" w14:textId="77777777" w:rsidR="008D43AB" w:rsidRDefault="00000000">
            <w:pPr>
              <w:pStyle w:val="Oznaenseznam"/>
              <w:spacing w:after="16"/>
            </w:pPr>
            <w:r>
              <w:rPr>
                <w:color w:val="000000"/>
                <w:sz w:val="16"/>
              </w:rPr>
              <w:t>izdela preprosto zvočilo</w:t>
            </w:r>
          </w:p>
          <w:p w14:paraId="1B19B42E" w14:textId="77777777" w:rsidR="008D43AB" w:rsidRDefault="00000000">
            <w:pPr>
              <w:pStyle w:val="Oznaenseznam"/>
              <w:spacing w:after="16"/>
            </w:pPr>
            <w:r>
              <w:rPr>
                <w:color w:val="000000"/>
                <w:sz w:val="16"/>
              </w:rPr>
              <w:t>spremlja pesem</w:t>
            </w:r>
          </w:p>
          <w:p w14:paraId="442201BB" w14:textId="77777777" w:rsidR="008D43AB" w:rsidRDefault="00000000">
            <w:pPr>
              <w:spacing w:before="40" w:after="20" w:line="245" w:lineRule="auto"/>
            </w:pPr>
            <w:r>
              <w:rPr>
                <w:b/>
                <w:color w:val="000000"/>
                <w:sz w:val="17"/>
              </w:rPr>
              <w:t>PRIČAKOVANI DOSEŽKI / MINIMALNI POUDARKI</w:t>
            </w:r>
          </w:p>
          <w:p w14:paraId="67A9458A" w14:textId="77777777" w:rsidR="008D43AB" w:rsidRDefault="00000000">
            <w:pPr>
              <w:pStyle w:val="Oznaenseznam"/>
              <w:spacing w:after="16"/>
            </w:pPr>
            <w:r>
              <w:rPr>
                <w:color w:val="000000"/>
                <w:sz w:val="15"/>
              </w:rPr>
              <w:t>samostojno oziroma z dogovorjeno oporo raziskuje zvok materialov</w:t>
            </w:r>
          </w:p>
          <w:p w14:paraId="63DD9A78" w14:textId="77777777" w:rsidR="008D43AB" w:rsidRDefault="00000000">
            <w:pPr>
              <w:pStyle w:val="Oznaenseznam"/>
              <w:spacing w:after="16"/>
            </w:pPr>
            <w:r>
              <w:rPr>
                <w:color w:val="000000"/>
                <w:sz w:val="15"/>
              </w:rPr>
              <w:t>samostojno oziroma z dogovorjeno oporo izdela preprosto zvočilo</w:t>
            </w:r>
          </w:p>
          <w:p w14:paraId="477BD78B" w14:textId="77777777" w:rsidR="008D43AB" w:rsidRDefault="00000000">
            <w:pPr>
              <w:pStyle w:val="Oznaenseznam"/>
              <w:spacing w:after="16"/>
            </w:pPr>
            <w:r>
              <w:rPr>
                <w:color w:val="000000"/>
                <w:sz w:val="15"/>
              </w:rPr>
              <w:t>samostojno oziroma z dogovorjeno oporo spremlja pesem</w:t>
            </w:r>
          </w:p>
        </w:tc>
        <w:tc>
          <w:tcPr>
            <w:tcW w:w="7087" w:type="dxa"/>
            <w:tcMar>
              <w:top w:w="70" w:type="dxa"/>
              <w:left w:w="90" w:type="dxa"/>
              <w:bottom w:w="70" w:type="dxa"/>
              <w:right w:w="90" w:type="dxa"/>
            </w:tcMar>
          </w:tcPr>
          <w:p w14:paraId="7508C33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8FB345D" w14:textId="77777777">
              <w:trPr>
                <w:jc w:val="center"/>
              </w:trPr>
              <w:tc>
                <w:tcPr>
                  <w:tcW w:w="7087" w:type="dxa"/>
                  <w:shd w:val="clear" w:color="auto" w:fill="C6E7F3"/>
                  <w:tcMar>
                    <w:top w:w="45" w:type="dxa"/>
                    <w:left w:w="70" w:type="dxa"/>
                    <w:bottom w:w="45" w:type="dxa"/>
                    <w:right w:w="70" w:type="dxa"/>
                  </w:tcMar>
                </w:tcPr>
                <w:p w14:paraId="6C350484" w14:textId="77777777" w:rsidR="008D43AB" w:rsidRDefault="00000000">
                  <w:pPr>
                    <w:keepNext/>
                  </w:pPr>
                  <w:r>
                    <w:rPr>
                      <w:b/>
                      <w:color w:val="000000"/>
                    </w:rPr>
                    <w:t>UVODNI DEL – zvočna motivacija, aktivacija predznanja in namen učenja (8–12 min)</w:t>
                  </w:r>
                </w:p>
              </w:tc>
            </w:tr>
          </w:tbl>
          <w:p w14:paraId="6814A9BA" w14:textId="77777777" w:rsidR="008D43AB" w:rsidRDefault="008D43AB">
            <w:pPr>
              <w:spacing w:line="20" w:lineRule="exact"/>
            </w:pPr>
          </w:p>
          <w:p w14:paraId="7BC02B85" w14:textId="77777777" w:rsidR="008D43AB" w:rsidRDefault="00000000">
            <w:pPr>
              <w:spacing w:before="40" w:after="60" w:line="245" w:lineRule="auto"/>
            </w:pPr>
            <w:r>
              <w:rPr>
                <w:color w:val="000000"/>
                <w:sz w:val="16"/>
              </w:rPr>
              <w:t>Učenci ob motivu »Tri botre lisičice« – slovenska ljudska pravljica vstopijo v temo gozd, iznajdljivost, snovi in odgovorna raba materialov. Najprej v tišini poslušajo kratek zvočni odlomek ali učiteljičino izvedbo (zvoki materialov; raziskovanje in izdelava lastnega zvočila),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75995541" w14:textId="77777777">
              <w:trPr>
                <w:jc w:val="center"/>
              </w:trPr>
              <w:tc>
                <w:tcPr>
                  <w:tcW w:w="7087" w:type="dxa"/>
                  <w:shd w:val="clear" w:color="auto" w:fill="EDC9EA"/>
                  <w:tcMar>
                    <w:top w:w="45" w:type="dxa"/>
                    <w:left w:w="70" w:type="dxa"/>
                    <w:bottom w:w="45" w:type="dxa"/>
                    <w:right w:w="70" w:type="dxa"/>
                  </w:tcMar>
                </w:tcPr>
                <w:p w14:paraId="16527D30" w14:textId="77777777" w:rsidR="008D43AB" w:rsidRDefault="00000000">
                  <w:pPr>
                    <w:keepNext/>
                  </w:pPr>
                  <w:r>
                    <w:rPr>
                      <w:b/>
                      <w:color w:val="000000"/>
                    </w:rPr>
                    <w:t>NAMENI UČENJA</w:t>
                  </w:r>
                </w:p>
              </w:tc>
            </w:tr>
          </w:tbl>
          <w:p w14:paraId="16688F02" w14:textId="77777777" w:rsidR="008D43AB" w:rsidRDefault="008D43AB">
            <w:pPr>
              <w:spacing w:line="20" w:lineRule="exact"/>
            </w:pPr>
          </w:p>
          <w:p w14:paraId="444304E3"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5A1F450A" w14:textId="77777777" w:rsidR="008D43AB" w:rsidRDefault="00000000">
            <w:pPr>
              <w:pStyle w:val="Oznaenseznam"/>
              <w:spacing w:after="16"/>
            </w:pPr>
            <w:r>
              <w:rPr>
                <w:color w:val="000000"/>
                <w:sz w:val="16"/>
              </w:rPr>
              <w:t>raziskujem zvok materialov</w:t>
            </w:r>
          </w:p>
          <w:p w14:paraId="7CA882E5" w14:textId="77777777" w:rsidR="008D43AB" w:rsidRDefault="00000000">
            <w:pPr>
              <w:pStyle w:val="Oznaenseznam"/>
              <w:spacing w:after="16"/>
            </w:pPr>
            <w:r>
              <w:rPr>
                <w:color w:val="000000"/>
                <w:sz w:val="16"/>
              </w:rPr>
              <w:t>izdelam preprosto zvočilo</w:t>
            </w:r>
          </w:p>
          <w:p w14:paraId="67B28B77" w14:textId="77777777" w:rsidR="008D43AB" w:rsidRDefault="00000000">
            <w:pPr>
              <w:pStyle w:val="Oznaenseznam"/>
              <w:spacing w:after="16"/>
            </w:pPr>
            <w:r>
              <w:rPr>
                <w:color w:val="000000"/>
                <w:sz w:val="16"/>
              </w:rPr>
              <w:t>spremljam pesem</w:t>
            </w:r>
          </w:p>
          <w:tbl>
            <w:tblPr>
              <w:tblStyle w:val="Tabelamrea"/>
              <w:tblW w:w="0" w:type="auto"/>
              <w:jc w:val="center"/>
              <w:tblLayout w:type="fixed"/>
              <w:tblLook w:val="04A0" w:firstRow="1" w:lastRow="0" w:firstColumn="1" w:lastColumn="0" w:noHBand="0" w:noVBand="1"/>
            </w:tblPr>
            <w:tblGrid>
              <w:gridCol w:w="7087"/>
            </w:tblGrid>
            <w:tr w:rsidR="008D43AB" w14:paraId="798EFA10" w14:textId="77777777">
              <w:trPr>
                <w:jc w:val="center"/>
              </w:trPr>
              <w:tc>
                <w:tcPr>
                  <w:tcW w:w="7087" w:type="dxa"/>
                  <w:shd w:val="clear" w:color="auto" w:fill="EDC9EA"/>
                  <w:tcMar>
                    <w:top w:w="45" w:type="dxa"/>
                    <w:left w:w="70" w:type="dxa"/>
                    <w:bottom w:w="45" w:type="dxa"/>
                    <w:right w:w="70" w:type="dxa"/>
                  </w:tcMar>
                </w:tcPr>
                <w:p w14:paraId="479D533C" w14:textId="77777777" w:rsidR="008D43AB" w:rsidRDefault="00000000">
                  <w:pPr>
                    <w:keepNext/>
                  </w:pPr>
                  <w:r>
                    <w:rPr>
                      <w:b/>
                      <w:color w:val="000000"/>
                    </w:rPr>
                    <w:t>PREVERJANJE PREDZNANJA</w:t>
                  </w:r>
                </w:p>
              </w:tc>
            </w:tr>
          </w:tbl>
          <w:p w14:paraId="7D1C2CC6" w14:textId="77777777" w:rsidR="008D43AB" w:rsidRDefault="008D43AB">
            <w:pPr>
              <w:spacing w:line="20" w:lineRule="exact"/>
            </w:pPr>
          </w:p>
          <w:p w14:paraId="3CEE9699" w14:textId="77777777" w:rsidR="008D43AB" w:rsidRDefault="00000000">
            <w:pPr>
              <w:pStyle w:val="Oznaenseznam"/>
              <w:spacing w:after="16"/>
            </w:pPr>
            <w:r>
              <w:rPr>
                <w:color w:val="000000"/>
                <w:sz w:val="16"/>
              </w:rPr>
              <w:t>Kaj mi zvok, naslov, slika ali motiv pove o temi gozd, iznajdljivost, snovi in odgovorna raba materialov?</w:t>
            </w:r>
          </w:p>
          <w:p w14:paraId="2814505D" w14:textId="77777777" w:rsidR="008D43AB" w:rsidRDefault="00000000">
            <w:pPr>
              <w:pStyle w:val="Oznaenseznam"/>
              <w:spacing w:after="16"/>
            </w:pPr>
            <w:r>
              <w:rPr>
                <w:color w:val="000000"/>
                <w:sz w:val="16"/>
              </w:rPr>
              <w:t>Kako lahko s poslušanjem, glasom, telesom, glasbilom ali simbolom pokažem, kaj že znam pri temi »IZDELAJMO GLASBILO«?</w:t>
            </w:r>
          </w:p>
          <w:p w14:paraId="2E5BBF07"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1E58B451" w14:textId="77777777">
              <w:trPr>
                <w:jc w:val="center"/>
              </w:trPr>
              <w:tc>
                <w:tcPr>
                  <w:tcW w:w="7087" w:type="dxa"/>
                  <w:shd w:val="clear" w:color="auto" w:fill="EDC9EA"/>
                  <w:tcMar>
                    <w:top w:w="45" w:type="dxa"/>
                    <w:left w:w="70" w:type="dxa"/>
                    <w:bottom w:w="45" w:type="dxa"/>
                    <w:right w:w="70" w:type="dxa"/>
                  </w:tcMar>
                </w:tcPr>
                <w:p w14:paraId="10BC2EB6" w14:textId="77777777" w:rsidR="008D43AB" w:rsidRDefault="00000000">
                  <w:pPr>
                    <w:keepNext/>
                  </w:pPr>
                  <w:r>
                    <w:rPr>
                      <w:b/>
                      <w:color w:val="000000"/>
                    </w:rPr>
                    <w:t>KRITERIJI USPEŠNOSTI</w:t>
                  </w:r>
                </w:p>
              </w:tc>
            </w:tr>
          </w:tbl>
          <w:p w14:paraId="4C0A43BE" w14:textId="77777777" w:rsidR="008D43AB" w:rsidRDefault="008D43AB"/>
          <w:p w14:paraId="40D5B254" w14:textId="77777777" w:rsidR="008D43AB" w:rsidRDefault="00000000">
            <w:pPr>
              <w:spacing w:before="20" w:after="20" w:line="245" w:lineRule="auto"/>
            </w:pPr>
            <w:r>
              <w:rPr>
                <w:b/>
                <w:color w:val="000000"/>
                <w:sz w:val="16"/>
              </w:rPr>
              <w:t>Uspešen/-na bom, ko:</w:t>
            </w:r>
          </w:p>
          <w:p w14:paraId="61272657" w14:textId="77777777" w:rsidR="008D43AB" w:rsidRDefault="00000000">
            <w:pPr>
              <w:pStyle w:val="Oznaenseznam"/>
              <w:spacing w:after="16"/>
            </w:pPr>
            <w:r>
              <w:rPr>
                <w:color w:val="000000"/>
                <w:sz w:val="16"/>
              </w:rPr>
              <w:t>raziskujem zvok materialov</w:t>
            </w:r>
          </w:p>
          <w:p w14:paraId="35F6D20A" w14:textId="77777777" w:rsidR="008D43AB" w:rsidRDefault="00000000">
            <w:pPr>
              <w:pStyle w:val="Oznaenseznam"/>
              <w:spacing w:after="16"/>
            </w:pPr>
            <w:r>
              <w:rPr>
                <w:color w:val="000000"/>
                <w:sz w:val="16"/>
              </w:rPr>
              <w:t>izdelam preprosto zvočilo</w:t>
            </w:r>
          </w:p>
          <w:p w14:paraId="58E49BD4" w14:textId="77777777" w:rsidR="008D43AB" w:rsidRDefault="00000000">
            <w:pPr>
              <w:pStyle w:val="Oznaenseznam"/>
              <w:spacing w:after="16"/>
            </w:pPr>
            <w:r>
              <w:rPr>
                <w:color w:val="000000"/>
                <w:sz w:val="16"/>
              </w:rPr>
              <w:t>spremljam pesem</w:t>
            </w:r>
          </w:p>
          <w:p w14:paraId="553AF7D2" w14:textId="77777777" w:rsidR="008D43AB" w:rsidRDefault="00000000">
            <w:pPr>
              <w:pStyle w:val="Oznaenseznam"/>
              <w:spacing w:after="16"/>
            </w:pPr>
            <w:r>
              <w:rPr>
                <w:color w:val="000000"/>
                <w:sz w:val="16"/>
              </w:rPr>
              <w:t>upoštevam dogovorjeni začetek, konec, znak za tišino in varno glasnost</w:t>
            </w:r>
          </w:p>
          <w:p w14:paraId="52420B08"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4AAE0048" w14:textId="77777777" w:rsidR="008D43AB" w:rsidRDefault="008D43AB"/>
          <w:p w14:paraId="104DA3D9"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D937F92" w14:textId="77777777" w:rsidR="008D43AB" w:rsidRDefault="00000000">
            <w:pPr>
              <w:spacing w:after="80" w:line="245" w:lineRule="auto"/>
            </w:pPr>
            <w:r>
              <w:rPr>
                <w:color w:val="000000"/>
                <w:sz w:val="16"/>
              </w:rPr>
              <w:t>Pove ali pokaže, kaj že zna in katero glasbeno strategijo bi uporabil.</w:t>
            </w:r>
          </w:p>
          <w:p w14:paraId="6E91BF4E" w14:textId="77777777" w:rsidR="008D43AB" w:rsidRDefault="00000000">
            <w:pPr>
              <w:spacing w:after="100" w:line="245" w:lineRule="auto"/>
            </w:pPr>
            <w:r>
              <w:rPr>
                <w:color w:val="000000"/>
                <w:sz w:val="16"/>
              </w:rPr>
              <w:t>Sodeluje pri razumevanju namenov, meril uspešnosti, varne glasnosti in načina dokazovanja.</w:t>
            </w:r>
          </w:p>
          <w:p w14:paraId="6865072C" w14:textId="77777777" w:rsidR="008D43AB" w:rsidRDefault="00000000">
            <w:pPr>
              <w:spacing w:after="20" w:line="245" w:lineRule="auto"/>
            </w:pPr>
            <w:r>
              <w:rPr>
                <w:b/>
                <w:color w:val="D95BC6"/>
                <w:sz w:val="17"/>
              </w:rPr>
              <w:t>DOKAZ O UČENJU</w:t>
            </w:r>
          </w:p>
          <w:p w14:paraId="06D11C4C"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6858F9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8B0BD2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E398E1"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6CF2EF" w14:textId="77777777" w:rsidR="008D43AB" w:rsidRDefault="00000000">
            <w:pPr>
              <w:jc w:val="center"/>
            </w:pPr>
            <w:r>
              <w:rPr>
                <w:b/>
                <w:color w:val="000000"/>
                <w:sz w:val="20"/>
              </w:rPr>
              <w:t>UČNE DEJAVNOSTI, METODE IN FORMATIVNO SPREMLJANJE</w:t>
            </w:r>
          </w:p>
        </w:tc>
      </w:tr>
      <w:tr w:rsidR="008D43AB" w14:paraId="6D20AEF2" w14:textId="77777777">
        <w:trPr>
          <w:tblHeader/>
          <w:jc w:val="center"/>
        </w:trPr>
        <w:tc>
          <w:tcPr>
            <w:tcW w:w="4422" w:type="dxa"/>
            <w:vMerge/>
            <w:tcMar>
              <w:top w:w="70" w:type="dxa"/>
              <w:left w:w="90" w:type="dxa"/>
              <w:bottom w:w="70" w:type="dxa"/>
              <w:right w:w="90" w:type="dxa"/>
            </w:tcMar>
            <w:vAlign w:val="center"/>
          </w:tcPr>
          <w:p w14:paraId="0F5449AC" w14:textId="77777777" w:rsidR="008D43AB" w:rsidRDefault="008D43AB"/>
        </w:tc>
        <w:tc>
          <w:tcPr>
            <w:tcW w:w="7087" w:type="dxa"/>
            <w:shd w:val="clear" w:color="auto" w:fill="FFFFFF"/>
            <w:tcMar>
              <w:top w:w="70" w:type="dxa"/>
              <w:left w:w="90" w:type="dxa"/>
              <w:bottom w:w="70" w:type="dxa"/>
              <w:right w:w="90" w:type="dxa"/>
            </w:tcMar>
            <w:vAlign w:val="center"/>
          </w:tcPr>
          <w:p w14:paraId="2F9B052E"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9228A4E" w14:textId="77777777" w:rsidR="008D43AB" w:rsidRDefault="00000000">
            <w:pPr>
              <w:jc w:val="center"/>
            </w:pPr>
            <w:r>
              <w:rPr>
                <w:b/>
                <w:color w:val="000000"/>
              </w:rPr>
              <w:t>UČENEC</w:t>
            </w:r>
          </w:p>
        </w:tc>
      </w:tr>
      <w:tr w:rsidR="008D43AB" w14:paraId="19909C6A" w14:textId="77777777">
        <w:trPr>
          <w:jc w:val="center"/>
        </w:trPr>
        <w:tc>
          <w:tcPr>
            <w:tcW w:w="4422" w:type="dxa"/>
            <w:tcMar>
              <w:top w:w="70" w:type="dxa"/>
              <w:left w:w="90" w:type="dxa"/>
              <w:bottom w:w="70" w:type="dxa"/>
              <w:right w:w="90" w:type="dxa"/>
            </w:tcMar>
          </w:tcPr>
          <w:p w14:paraId="19E4673D" w14:textId="77777777" w:rsidR="008D43AB" w:rsidRDefault="008D43AB"/>
          <w:p w14:paraId="6A59433C" w14:textId="77777777" w:rsidR="008D43AB" w:rsidRDefault="00000000">
            <w:pPr>
              <w:spacing w:after="40" w:line="245" w:lineRule="auto"/>
            </w:pPr>
            <w:r>
              <w:rPr>
                <w:b/>
                <w:color w:val="000000"/>
              </w:rPr>
              <w:t>KLJUČNI GLASBENI POJMI</w:t>
            </w:r>
          </w:p>
          <w:p w14:paraId="7D7537D9" w14:textId="77777777" w:rsidR="008D43AB" w:rsidRDefault="00000000">
            <w:pPr>
              <w:spacing w:after="60" w:line="245" w:lineRule="auto"/>
            </w:pPr>
            <w:r>
              <w:rPr>
                <w:color w:val="000000"/>
                <w:sz w:val="15"/>
              </w:rPr>
              <w:t>poslušanje, zvok, tišina, izvedba, glasbeni znak, dokaz, povratna informacija</w:t>
            </w:r>
          </w:p>
          <w:p w14:paraId="14EC84FC" w14:textId="77777777" w:rsidR="008D43AB" w:rsidRDefault="00000000">
            <w:pPr>
              <w:spacing w:after="20" w:line="245" w:lineRule="auto"/>
            </w:pPr>
            <w:r>
              <w:rPr>
                <w:b/>
                <w:color w:val="000000"/>
                <w:sz w:val="17"/>
              </w:rPr>
              <w:t>DOKAZI O UČENJU</w:t>
            </w:r>
          </w:p>
          <w:p w14:paraId="50B6627B" w14:textId="77777777" w:rsidR="008D43AB" w:rsidRDefault="00000000">
            <w:pPr>
              <w:pStyle w:val="Oznaenseznam"/>
              <w:spacing w:after="9"/>
            </w:pPr>
            <w:r>
              <w:rPr>
                <w:color w:val="000000"/>
                <w:sz w:val="15"/>
              </w:rPr>
              <w:t>poslušalski gibalni odziv, ritmični/pevski odmev in učiteljev zapis o skupnem pulzu oziroma začetku/koncu.</w:t>
            </w:r>
          </w:p>
          <w:p w14:paraId="7FECE597" w14:textId="77777777" w:rsidR="008D43AB" w:rsidRDefault="00000000">
            <w:pPr>
              <w:pStyle w:val="Oznaenseznam"/>
              <w:spacing w:after="9"/>
            </w:pPr>
            <w:r>
              <w:rPr>
                <w:color w:val="000000"/>
                <w:sz w:val="15"/>
              </w:rPr>
              <w:t>slikovni zvočni zapis, skupinska izvedba/posnetek in vrstniška opisna povratna informacija.</w:t>
            </w:r>
          </w:p>
          <w:p w14:paraId="3E30DB0D" w14:textId="77777777" w:rsidR="008D43AB" w:rsidRDefault="00000000">
            <w:pPr>
              <w:spacing w:before="40" w:after="20" w:line="245" w:lineRule="auto"/>
            </w:pPr>
            <w:r>
              <w:rPr>
                <w:b/>
                <w:color w:val="000000"/>
                <w:sz w:val="17"/>
              </w:rPr>
              <w:t>GLASBENO DOŽIVETJE IN IZKUŠENJSKI POUK</w:t>
            </w:r>
          </w:p>
          <w:p w14:paraId="73504BAD"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6A741066" w14:textId="77777777" w:rsidR="008D43AB" w:rsidRDefault="00000000">
            <w:pPr>
              <w:spacing w:after="20" w:line="245" w:lineRule="auto"/>
            </w:pPr>
            <w:r>
              <w:rPr>
                <w:b/>
                <w:color w:val="000000"/>
                <w:sz w:val="17"/>
              </w:rPr>
              <w:t>POUČEVANJE V GIBANJU</w:t>
            </w:r>
          </w:p>
          <w:p w14:paraId="01A61045"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5ACADA2B" w14:textId="77777777" w:rsidR="008D43AB" w:rsidRDefault="00000000">
            <w:pPr>
              <w:spacing w:after="20" w:line="245" w:lineRule="auto"/>
            </w:pPr>
            <w:r>
              <w:rPr>
                <w:b/>
                <w:color w:val="000000"/>
                <w:sz w:val="17"/>
              </w:rPr>
              <w:t>DELO PO POSTAJAH</w:t>
            </w:r>
          </w:p>
          <w:p w14:paraId="332078D1"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7FC7BD05" w14:textId="77777777" w:rsidR="008D43AB" w:rsidRDefault="00000000">
            <w:pPr>
              <w:spacing w:after="10" w:line="245" w:lineRule="auto"/>
            </w:pPr>
            <w:r>
              <w:rPr>
                <w:color w:val="000000"/>
                <w:sz w:val="15"/>
              </w:rPr>
              <w:t>1. Aktivno poslušanje: prepoznam zvočni vir ali spremembo ter odziv pokažem s kartico, gibom ali besedo.</w:t>
            </w:r>
          </w:p>
          <w:p w14:paraId="2CAB5384" w14:textId="77777777" w:rsidR="008D43AB" w:rsidRDefault="00000000">
            <w:pPr>
              <w:spacing w:after="10" w:line="245" w:lineRule="auto"/>
            </w:pPr>
            <w:r>
              <w:rPr>
                <w:color w:val="000000"/>
                <w:sz w:val="15"/>
              </w:rPr>
              <w:t>2. Gibalna: glasbeno lastnost ponazorim s hojo, nivojem telesa, smerjo, hitrostjo in zamrznitvijo.</w:t>
            </w:r>
          </w:p>
          <w:p w14:paraId="43AFBB9B" w14:textId="77777777" w:rsidR="008D43AB" w:rsidRDefault="00000000">
            <w:pPr>
              <w:spacing w:after="10" w:line="245" w:lineRule="auto"/>
            </w:pPr>
            <w:r>
              <w:rPr>
                <w:color w:val="000000"/>
                <w:sz w:val="15"/>
              </w:rPr>
              <w:t>3. Izvajalska: zvok posnemam z glasom, telesom ali glasbilom ter upoštevam začetek, konec in tišino.</w:t>
            </w:r>
          </w:p>
          <w:p w14:paraId="47BCFC2E" w14:textId="77777777" w:rsidR="008D43AB" w:rsidRDefault="00000000">
            <w:pPr>
              <w:spacing w:after="10" w:line="245" w:lineRule="auto"/>
            </w:pPr>
            <w:r>
              <w:rPr>
                <w:color w:val="000000"/>
                <w:sz w:val="15"/>
              </w:rPr>
              <w:t>4. Likovno-zapisna: doživetje ali zvočno zaporedje prikažem s simboli, ga predstavim in izboljšam.</w:t>
            </w:r>
          </w:p>
          <w:p w14:paraId="38234681" w14:textId="77777777" w:rsidR="008D43AB" w:rsidRDefault="00000000">
            <w:pPr>
              <w:spacing w:after="20" w:line="245" w:lineRule="auto"/>
            </w:pPr>
            <w:r>
              <w:rPr>
                <w:b/>
                <w:color w:val="000000"/>
                <w:sz w:val="17"/>
              </w:rPr>
              <w:t>DIFERENCIACIJA IN VKLJUČEVANJE</w:t>
            </w:r>
          </w:p>
          <w:p w14:paraId="3C549BE1"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14ECD87D" w14:textId="77777777" w:rsidR="008D43AB" w:rsidRDefault="00000000">
            <w:pPr>
              <w:spacing w:after="20" w:line="245" w:lineRule="auto"/>
            </w:pPr>
            <w:r>
              <w:rPr>
                <w:b/>
                <w:color w:val="000000"/>
                <w:sz w:val="17"/>
              </w:rPr>
              <w:t>SPREMLJANJE</w:t>
            </w:r>
          </w:p>
          <w:p w14:paraId="5D39ED67"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125578E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4B857AC" w14:textId="77777777">
              <w:trPr>
                <w:jc w:val="center"/>
              </w:trPr>
              <w:tc>
                <w:tcPr>
                  <w:tcW w:w="7087" w:type="dxa"/>
                  <w:shd w:val="clear" w:color="auto" w:fill="C6E7F3"/>
                  <w:tcMar>
                    <w:top w:w="45" w:type="dxa"/>
                    <w:left w:w="70" w:type="dxa"/>
                    <w:bottom w:w="45" w:type="dxa"/>
                    <w:right w:w="70" w:type="dxa"/>
                  </w:tcMar>
                </w:tcPr>
                <w:p w14:paraId="740B6897" w14:textId="77777777" w:rsidR="008D43AB" w:rsidRDefault="00000000">
                  <w:pPr>
                    <w:keepNext/>
                  </w:pPr>
                  <w:r>
                    <w:rPr>
                      <w:b/>
                      <w:color w:val="000000"/>
                      <w:sz w:val="17"/>
                    </w:rPr>
                    <w:t>GLAVNI DEL – POSLUŠANJE, IZVAJANJE, GIBANJE IN USTVARJANJE (2 šolski uri)</w:t>
                  </w:r>
                </w:p>
              </w:tc>
            </w:tr>
          </w:tbl>
          <w:p w14:paraId="5F085433" w14:textId="77777777" w:rsidR="008D43AB" w:rsidRDefault="008D43AB">
            <w:pPr>
              <w:spacing w:line="20" w:lineRule="exact"/>
            </w:pPr>
          </w:p>
          <w:p w14:paraId="5D9305F6" w14:textId="77777777" w:rsidR="008D43AB" w:rsidRDefault="00000000">
            <w:pPr>
              <w:keepNext/>
              <w:spacing w:before="24" w:after="8" w:line="245" w:lineRule="auto"/>
            </w:pPr>
            <w:r>
              <w:rPr>
                <w:b/>
                <w:color w:val="000000"/>
                <w:sz w:val="16"/>
              </w:rPr>
              <w:t>1. URA – Izdelajmo Glasbilo – Poslušam in izvajam</w:t>
            </w:r>
          </w:p>
          <w:p w14:paraId="6C589B9C"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»IZDELAJMO GLASBILO«,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1E56A96F"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7DAEC13E"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34385106" w14:textId="77777777" w:rsidR="008D43AB" w:rsidRDefault="00000000">
            <w:pPr>
              <w:keepNext/>
              <w:spacing w:before="24" w:after="8" w:line="245" w:lineRule="auto"/>
            </w:pPr>
            <w:r>
              <w:rPr>
                <w:b/>
                <w:color w:val="000000"/>
                <w:sz w:val="16"/>
              </w:rPr>
              <w:t>2. URA – Izdelajmo Glasbilo – Ustvarim in nastopim</w:t>
            </w:r>
          </w:p>
          <w:p w14:paraId="6F89236D"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izdelajmo glasbilo«; usmerja izbiro, zapis, vajo in menjavo vlog. Zaključek: 10' – Organizira nastop in odziv poslušalcev po kriterijih; posname kratek dokaz, če so soglasja urejena.</w:t>
            </w:r>
          </w:p>
          <w:p w14:paraId="7B20FB0A"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B4BA4F2"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07B31734" w14:textId="77777777">
              <w:trPr>
                <w:jc w:val="center"/>
              </w:trPr>
              <w:tc>
                <w:tcPr>
                  <w:tcW w:w="7087" w:type="dxa"/>
                  <w:shd w:val="clear" w:color="auto" w:fill="EDC9EA"/>
                  <w:tcMar>
                    <w:top w:w="45" w:type="dxa"/>
                    <w:left w:w="70" w:type="dxa"/>
                    <w:bottom w:w="45" w:type="dxa"/>
                    <w:right w:w="70" w:type="dxa"/>
                  </w:tcMar>
                </w:tcPr>
                <w:p w14:paraId="6003AA8F" w14:textId="77777777" w:rsidR="008D43AB" w:rsidRDefault="00000000">
                  <w:pPr>
                    <w:keepNext/>
                  </w:pPr>
                  <w:r>
                    <w:rPr>
                      <w:b/>
                      <w:color w:val="000000"/>
                      <w:sz w:val="17"/>
                    </w:rPr>
                    <w:t>ORGANIZACIJA POSTAJ IN PREHODOV</w:t>
                  </w:r>
                </w:p>
              </w:tc>
            </w:tr>
          </w:tbl>
          <w:p w14:paraId="7C8DE4E7" w14:textId="77777777" w:rsidR="008D43AB" w:rsidRDefault="008D43AB"/>
          <w:p w14:paraId="6A9368E7"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342C50D7"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232629AA"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0A192545"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01B778A0"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769B3A35" w14:textId="77777777" w:rsidR="008D43AB" w:rsidRDefault="008D43AB"/>
          <w:p w14:paraId="3C150A47" w14:textId="77777777" w:rsidR="008D43AB" w:rsidRDefault="00000000">
            <w:pPr>
              <w:spacing w:after="6" w:line="245" w:lineRule="auto"/>
            </w:pPr>
            <w:r>
              <w:rPr>
                <w:b/>
                <w:color w:val="000000"/>
                <w:sz w:val="15"/>
              </w:rPr>
              <w:t>1. URA – Izdelajmo Glasbilo – Poslušam in izvajam</w:t>
            </w:r>
          </w:p>
          <w:p w14:paraId="0E381C7D"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9A9A0F5" w14:textId="77777777" w:rsidR="008D43AB" w:rsidRDefault="00000000">
            <w:pPr>
              <w:spacing w:after="20" w:line="245" w:lineRule="auto"/>
            </w:pPr>
            <w:r>
              <w:rPr>
                <w:color w:val="D95BC6"/>
                <w:sz w:val="14"/>
              </w:rPr>
              <w:t>Dokaz: poslušalski gibalni odziv, ritmični/pevski odmev in učiteljev zapis o skupnem pulzu oziroma.</w:t>
            </w:r>
          </w:p>
          <w:p w14:paraId="1B909DAA" w14:textId="77777777" w:rsidR="008D43AB" w:rsidRDefault="00000000">
            <w:pPr>
              <w:spacing w:after="6" w:line="245" w:lineRule="auto"/>
            </w:pPr>
            <w:r>
              <w:rPr>
                <w:b/>
                <w:color w:val="000000"/>
                <w:sz w:val="15"/>
              </w:rPr>
              <w:t>2. URA – Izdelajmo Glasbilo – Ustvarim in nastopim</w:t>
            </w:r>
          </w:p>
          <w:p w14:paraId="15FD4140"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2FBCFA76" w14:textId="77777777" w:rsidR="008D43AB" w:rsidRDefault="00000000">
            <w:pPr>
              <w:spacing w:after="20" w:line="245" w:lineRule="auto"/>
            </w:pPr>
            <w:r>
              <w:rPr>
                <w:color w:val="D95BC6"/>
                <w:sz w:val="14"/>
              </w:rPr>
              <w:t>Dokaz: slikovni zvočni zapis, skupinska izvedba/posnetek in vrstniška opisna povratna informacija.</w:t>
            </w:r>
          </w:p>
          <w:p w14:paraId="7FE13BE8" w14:textId="77777777" w:rsidR="008D43AB" w:rsidRDefault="00000000">
            <w:pPr>
              <w:spacing w:before="40" w:after="20" w:line="245" w:lineRule="auto"/>
            </w:pPr>
            <w:r>
              <w:rPr>
                <w:b/>
                <w:color w:val="D95BC6"/>
                <w:sz w:val="16"/>
              </w:rPr>
              <w:t>MOJ KROG POSTAJ</w:t>
            </w:r>
          </w:p>
          <w:p w14:paraId="7EC43893" w14:textId="77777777" w:rsidR="008D43AB" w:rsidRDefault="00000000">
            <w:pPr>
              <w:spacing w:after="11" w:line="245" w:lineRule="auto"/>
            </w:pPr>
            <w:r>
              <w:rPr>
                <w:color w:val="000000"/>
                <w:sz w:val="14"/>
              </w:rPr>
              <w:t>1. Aktivno poslušanje: prepoznam zvočni vir ali spremembo ter odziv pokažem s kartico.</w:t>
            </w:r>
          </w:p>
          <w:p w14:paraId="48BB6500" w14:textId="77777777" w:rsidR="008D43AB" w:rsidRDefault="00000000">
            <w:pPr>
              <w:spacing w:after="11" w:line="245" w:lineRule="auto"/>
            </w:pPr>
            <w:r>
              <w:rPr>
                <w:color w:val="000000"/>
                <w:sz w:val="14"/>
              </w:rPr>
              <w:t>2. Gibalna: glasbeno lastnost ponazorim s hojo, nivojem telesa, smerjo.</w:t>
            </w:r>
          </w:p>
          <w:p w14:paraId="581E85BE" w14:textId="77777777" w:rsidR="008D43AB" w:rsidRDefault="00000000">
            <w:pPr>
              <w:spacing w:after="11" w:line="245" w:lineRule="auto"/>
            </w:pPr>
            <w:r>
              <w:rPr>
                <w:color w:val="000000"/>
                <w:sz w:val="14"/>
              </w:rPr>
              <w:t>3. Izvajalska: zvok posnemam z glasom, telesom ali glasbilom ter upoštevam začetek.</w:t>
            </w:r>
          </w:p>
          <w:p w14:paraId="25FDB493" w14:textId="77777777" w:rsidR="008D43AB" w:rsidRDefault="00000000">
            <w:pPr>
              <w:spacing w:after="11" w:line="245" w:lineRule="auto"/>
            </w:pPr>
            <w:r>
              <w:rPr>
                <w:color w:val="000000"/>
                <w:sz w:val="14"/>
              </w:rPr>
              <w:t>4. Likovno-zapisna: doživetje ali zvočno zaporedje prikažem s simboli.</w:t>
            </w:r>
          </w:p>
          <w:p w14:paraId="11052A1F"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0E2D9C04" w14:textId="77777777" w:rsidR="008D43AB" w:rsidRDefault="00000000">
            <w:pPr>
              <w:spacing w:after="20" w:line="245" w:lineRule="auto"/>
            </w:pPr>
            <w:r>
              <w:rPr>
                <w:b/>
                <w:color w:val="D95BC6"/>
                <w:sz w:val="17"/>
              </w:rPr>
              <w:t>DOKAZ O UČENJU</w:t>
            </w:r>
          </w:p>
          <w:p w14:paraId="06C6F423"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5BCD3CB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892776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B9FFB4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777362" w14:textId="77777777" w:rsidR="008D43AB" w:rsidRDefault="00000000">
            <w:pPr>
              <w:jc w:val="center"/>
            </w:pPr>
            <w:r>
              <w:rPr>
                <w:b/>
                <w:color w:val="000000"/>
                <w:sz w:val="20"/>
              </w:rPr>
              <w:t>UČNE DEJAVNOSTI, METODE IN FORMATIVNO SPREMLJANJE</w:t>
            </w:r>
          </w:p>
        </w:tc>
      </w:tr>
      <w:tr w:rsidR="008D43AB" w14:paraId="16C73A09" w14:textId="77777777">
        <w:trPr>
          <w:tblHeader/>
          <w:jc w:val="center"/>
        </w:trPr>
        <w:tc>
          <w:tcPr>
            <w:tcW w:w="4422" w:type="dxa"/>
            <w:vMerge/>
            <w:tcMar>
              <w:top w:w="70" w:type="dxa"/>
              <w:left w:w="90" w:type="dxa"/>
              <w:bottom w:w="70" w:type="dxa"/>
              <w:right w:w="90" w:type="dxa"/>
            </w:tcMar>
            <w:vAlign w:val="center"/>
          </w:tcPr>
          <w:p w14:paraId="35FB8D8D" w14:textId="77777777" w:rsidR="008D43AB" w:rsidRDefault="008D43AB"/>
        </w:tc>
        <w:tc>
          <w:tcPr>
            <w:tcW w:w="7087" w:type="dxa"/>
            <w:shd w:val="clear" w:color="auto" w:fill="FFFFFF"/>
            <w:tcMar>
              <w:top w:w="70" w:type="dxa"/>
              <w:left w:w="90" w:type="dxa"/>
              <w:bottom w:w="70" w:type="dxa"/>
              <w:right w:w="90" w:type="dxa"/>
            </w:tcMar>
            <w:vAlign w:val="center"/>
          </w:tcPr>
          <w:p w14:paraId="0E72199E"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4D6923" w14:textId="77777777" w:rsidR="008D43AB" w:rsidRDefault="00000000">
            <w:pPr>
              <w:jc w:val="center"/>
            </w:pPr>
            <w:r>
              <w:rPr>
                <w:b/>
                <w:color w:val="000000"/>
              </w:rPr>
              <w:t>UČENEC</w:t>
            </w:r>
          </w:p>
        </w:tc>
      </w:tr>
      <w:tr w:rsidR="008D43AB" w14:paraId="552B7284" w14:textId="77777777">
        <w:trPr>
          <w:jc w:val="center"/>
        </w:trPr>
        <w:tc>
          <w:tcPr>
            <w:tcW w:w="4422" w:type="dxa"/>
            <w:tcMar>
              <w:top w:w="70" w:type="dxa"/>
              <w:left w:w="90" w:type="dxa"/>
              <w:bottom w:w="70" w:type="dxa"/>
              <w:right w:w="90" w:type="dxa"/>
            </w:tcMar>
          </w:tcPr>
          <w:p w14:paraId="740A2855" w14:textId="77777777" w:rsidR="008D43AB" w:rsidRDefault="008D43AB"/>
          <w:p w14:paraId="44BA4681" w14:textId="77777777" w:rsidR="008D43AB" w:rsidRDefault="00000000">
            <w:pPr>
              <w:spacing w:after="40" w:line="245" w:lineRule="auto"/>
            </w:pPr>
            <w:r>
              <w:rPr>
                <w:b/>
                <w:color w:val="000000"/>
              </w:rPr>
              <w:t>FORMATIVNO SPREMLJANJE</w:t>
            </w:r>
          </w:p>
          <w:p w14:paraId="392FA5FF" w14:textId="77777777" w:rsidR="008D43AB" w:rsidRDefault="00000000">
            <w:pPr>
              <w:pStyle w:val="Oznaenseznam"/>
              <w:spacing w:after="16"/>
            </w:pPr>
            <w:r>
              <w:rPr>
                <w:color w:val="000000"/>
                <w:sz w:val="16"/>
              </w:rPr>
              <w:t>predznanje: zvočna napoved, izbira kartice, gib, ritmični oziroma pevski poskus ali začetni simbol</w:t>
            </w:r>
          </w:p>
          <w:p w14:paraId="73FFE706" w14:textId="77777777" w:rsidR="008D43AB" w:rsidRDefault="00000000">
            <w:pPr>
              <w:pStyle w:val="Oznaenseznam"/>
              <w:spacing w:after="16"/>
            </w:pPr>
            <w:r>
              <w:rPr>
                <w:color w:val="000000"/>
                <w:sz w:val="16"/>
              </w:rPr>
              <w:t>nameni in merila: kratka poved, slikovni znak, model izvedbe ter vidna pravila varne glasnosti</w:t>
            </w:r>
          </w:p>
          <w:p w14:paraId="3B4EC4A5"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7DAC455" w14:textId="77777777" w:rsidR="008D43AB" w:rsidRDefault="00000000">
            <w:pPr>
              <w:pStyle w:val="Oznaenseznam"/>
              <w:spacing w:after="16"/>
            </w:pPr>
            <w:r>
              <w:rPr>
                <w:color w:val="000000"/>
                <w:sz w:val="16"/>
              </w:rPr>
              <w:t>povratna informacija: opis slišane strategije, povezava z enim merilom in izvedljiv naslednji korak</w:t>
            </w:r>
          </w:p>
          <w:p w14:paraId="7EAADB46" w14:textId="77777777" w:rsidR="008D43AB" w:rsidRDefault="00000000">
            <w:pPr>
              <w:pStyle w:val="Oznaenseznam"/>
              <w:spacing w:after="16"/>
            </w:pPr>
            <w:r>
              <w:rPr>
                <w:color w:val="000000"/>
                <w:sz w:val="16"/>
              </w:rPr>
              <w:t>samovrednotenje: barvni zvočni semafor, lestvica samostojnosti, izbran dokaz in ponovna izvedba</w:t>
            </w:r>
          </w:p>
          <w:p w14:paraId="7BAB09EE" w14:textId="77777777" w:rsidR="008D43AB" w:rsidRDefault="00000000">
            <w:pPr>
              <w:spacing w:before="40" w:after="20" w:line="245" w:lineRule="auto"/>
            </w:pPr>
            <w:r>
              <w:rPr>
                <w:b/>
                <w:color w:val="000000"/>
                <w:sz w:val="17"/>
              </w:rPr>
              <w:t>VARNOST IN VAROVANJE SLUHA</w:t>
            </w:r>
          </w:p>
          <w:p w14:paraId="6BA8F940"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4C6F0DF3" w14:textId="77777777" w:rsidR="008D43AB" w:rsidRDefault="00000000">
            <w:pPr>
              <w:spacing w:after="20" w:line="245" w:lineRule="auto"/>
            </w:pPr>
            <w:r>
              <w:rPr>
                <w:b/>
                <w:color w:val="000000"/>
                <w:sz w:val="17"/>
              </w:rPr>
              <w:t>EVIDENCA PO IZVEDBI</w:t>
            </w:r>
          </w:p>
          <w:p w14:paraId="5B770D4D"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01461DA4" w14:textId="77777777" w:rsidR="008D43AB" w:rsidRDefault="00000000">
            <w:pPr>
              <w:spacing w:before="40" w:after="20" w:line="245" w:lineRule="auto"/>
            </w:pPr>
            <w:r>
              <w:rPr>
                <w:b/>
                <w:color w:val="000000"/>
                <w:sz w:val="17"/>
              </w:rPr>
              <w:t>RAVEN DOSEGANJA</w:t>
            </w:r>
          </w:p>
          <w:p w14:paraId="79EBC7C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55D48F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CCD71A8" w14:textId="77777777">
              <w:trPr>
                <w:jc w:val="center"/>
              </w:trPr>
              <w:tc>
                <w:tcPr>
                  <w:tcW w:w="7087" w:type="dxa"/>
                  <w:shd w:val="clear" w:color="auto" w:fill="EDC9EA"/>
                  <w:tcMar>
                    <w:top w:w="45" w:type="dxa"/>
                    <w:left w:w="70" w:type="dxa"/>
                    <w:bottom w:w="45" w:type="dxa"/>
                    <w:right w:w="70" w:type="dxa"/>
                  </w:tcMar>
                </w:tcPr>
                <w:p w14:paraId="46C5C96F" w14:textId="77777777" w:rsidR="008D43AB" w:rsidRDefault="00000000">
                  <w:pPr>
                    <w:keepNext/>
                  </w:pPr>
                  <w:r>
                    <w:rPr>
                      <w:b/>
                      <w:color w:val="000000"/>
                    </w:rPr>
                    <w:t>VPRAŠANJA V PODPORO GLASBENEMU UČENJU</w:t>
                  </w:r>
                </w:p>
              </w:tc>
            </w:tr>
          </w:tbl>
          <w:p w14:paraId="608DF4B3" w14:textId="77777777" w:rsidR="008D43AB" w:rsidRDefault="008D43AB">
            <w:pPr>
              <w:spacing w:line="20" w:lineRule="exact"/>
            </w:pPr>
          </w:p>
          <w:p w14:paraId="40F1597C" w14:textId="77777777" w:rsidR="008D43AB" w:rsidRDefault="00000000">
            <w:pPr>
              <w:pStyle w:val="Oznaenseznam"/>
              <w:spacing w:after="16"/>
            </w:pPr>
            <w:r>
              <w:rPr>
                <w:color w:val="000000"/>
                <w:sz w:val="16"/>
              </w:rPr>
              <w:t>Kaj si v glasbi slišal/-a, začutil/-a ali pokazal/-a z gibanjem?</w:t>
            </w:r>
          </w:p>
          <w:p w14:paraId="0602B774" w14:textId="77777777" w:rsidR="008D43AB" w:rsidRDefault="00000000">
            <w:pPr>
              <w:pStyle w:val="Oznaenseznam"/>
              <w:spacing w:after="16"/>
            </w:pPr>
            <w:r>
              <w:rPr>
                <w:color w:val="000000"/>
                <w:sz w:val="16"/>
              </w:rPr>
              <w:t>Po katerem zvočnem znaku, lastnosti ali vzorcu si prepoznal/-a rešitev?</w:t>
            </w:r>
          </w:p>
          <w:p w14:paraId="3144829B" w14:textId="77777777" w:rsidR="008D43AB" w:rsidRDefault="00000000">
            <w:pPr>
              <w:pStyle w:val="Oznaenseznam"/>
              <w:spacing w:after="16"/>
            </w:pPr>
            <w:r>
              <w:rPr>
                <w:color w:val="000000"/>
                <w:sz w:val="16"/>
              </w:rPr>
              <w:t>Kako veš, da je bil pulz, začetek, konec, glasnost ali skupinska izvedba skladna z merilom?</w:t>
            </w:r>
          </w:p>
          <w:p w14:paraId="2C534741" w14:textId="77777777" w:rsidR="008D43AB" w:rsidRDefault="00000000">
            <w:pPr>
              <w:pStyle w:val="Oznaenseznam"/>
              <w:spacing w:after="16"/>
            </w:pPr>
            <w:r>
              <w:rPr>
                <w:color w:val="000000"/>
                <w:sz w:val="16"/>
              </w:rPr>
              <w:t>Zakaj si za motiv, osebo, dogodek ali okolje izbral/-a prav ta glas, predmet ali glasbilo?</w:t>
            </w:r>
          </w:p>
          <w:p w14:paraId="11E16561"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4AC09FB0" w14:textId="77777777">
              <w:trPr>
                <w:jc w:val="center"/>
              </w:trPr>
              <w:tc>
                <w:tcPr>
                  <w:tcW w:w="7087" w:type="dxa"/>
                  <w:shd w:val="clear" w:color="auto" w:fill="C6E7F3"/>
                  <w:tcMar>
                    <w:top w:w="45" w:type="dxa"/>
                    <w:left w:w="70" w:type="dxa"/>
                    <w:bottom w:w="45" w:type="dxa"/>
                    <w:right w:w="70" w:type="dxa"/>
                  </w:tcMar>
                </w:tcPr>
                <w:p w14:paraId="0EFAE8C6" w14:textId="77777777" w:rsidR="008D43AB" w:rsidRDefault="00000000">
                  <w:pPr>
                    <w:keepNext/>
                  </w:pPr>
                  <w:r>
                    <w:rPr>
                      <w:b/>
                      <w:color w:val="000000"/>
                    </w:rPr>
                    <w:t>ZAKLJUČNI DEL – NASTOP, POSLUŠALSKI ODZIV IN REFLEKSIJA (8–12 min)</w:t>
                  </w:r>
                </w:p>
              </w:tc>
            </w:tr>
          </w:tbl>
          <w:p w14:paraId="5ABAFFC6" w14:textId="77777777" w:rsidR="008D43AB" w:rsidRDefault="008D43AB">
            <w:pPr>
              <w:spacing w:line="20" w:lineRule="exact"/>
            </w:pPr>
          </w:p>
          <w:p w14:paraId="52F32ACA"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61412B99" w14:textId="77777777">
              <w:trPr>
                <w:jc w:val="center"/>
              </w:trPr>
              <w:tc>
                <w:tcPr>
                  <w:tcW w:w="7087" w:type="dxa"/>
                  <w:shd w:val="clear" w:color="auto" w:fill="EDC9EA"/>
                  <w:tcMar>
                    <w:top w:w="45" w:type="dxa"/>
                    <w:left w:w="70" w:type="dxa"/>
                    <w:bottom w:w="45" w:type="dxa"/>
                    <w:right w:w="70" w:type="dxa"/>
                  </w:tcMar>
                </w:tcPr>
                <w:p w14:paraId="55BD7BBF" w14:textId="77777777" w:rsidR="008D43AB" w:rsidRDefault="00000000">
                  <w:pPr>
                    <w:keepNext/>
                  </w:pPr>
                  <w:r>
                    <w:rPr>
                      <w:b/>
                      <w:color w:val="000000"/>
                    </w:rPr>
                    <w:t>SAMOVREDNOTENJE</w:t>
                  </w:r>
                </w:p>
              </w:tc>
            </w:tr>
          </w:tbl>
          <w:p w14:paraId="1C3264ED" w14:textId="77777777" w:rsidR="008D43AB" w:rsidRDefault="008D43AB">
            <w:pPr>
              <w:spacing w:line="20" w:lineRule="exact"/>
            </w:pPr>
          </w:p>
          <w:p w14:paraId="5456917E"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7C3B57A7" w14:textId="77777777">
              <w:trPr>
                <w:jc w:val="center"/>
              </w:trPr>
              <w:tc>
                <w:tcPr>
                  <w:tcW w:w="7087" w:type="dxa"/>
                  <w:shd w:val="clear" w:color="auto" w:fill="EDC9EA"/>
                  <w:tcMar>
                    <w:top w:w="45" w:type="dxa"/>
                    <w:left w:w="70" w:type="dxa"/>
                    <w:bottom w:w="45" w:type="dxa"/>
                    <w:right w:w="70" w:type="dxa"/>
                  </w:tcMar>
                </w:tcPr>
                <w:p w14:paraId="18186DDC" w14:textId="77777777" w:rsidR="008D43AB" w:rsidRDefault="00000000">
                  <w:pPr>
                    <w:keepNext/>
                  </w:pPr>
                  <w:r>
                    <w:rPr>
                      <w:b/>
                      <w:color w:val="000000"/>
                    </w:rPr>
                    <w:t>VRSTNIŠKO VREDNOTENJE</w:t>
                  </w:r>
                </w:p>
              </w:tc>
            </w:tr>
          </w:tbl>
          <w:p w14:paraId="0B9E8D7E" w14:textId="77777777" w:rsidR="008D43AB" w:rsidRDefault="008D43AB">
            <w:pPr>
              <w:spacing w:line="20" w:lineRule="exact"/>
            </w:pPr>
          </w:p>
          <w:p w14:paraId="5CA6DCEF"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4ABACFB2" w14:textId="77777777">
              <w:trPr>
                <w:jc w:val="center"/>
              </w:trPr>
              <w:tc>
                <w:tcPr>
                  <w:tcW w:w="7087" w:type="dxa"/>
                  <w:shd w:val="clear" w:color="auto" w:fill="EDC9EA"/>
                  <w:tcMar>
                    <w:top w:w="45" w:type="dxa"/>
                    <w:left w:w="70" w:type="dxa"/>
                    <w:bottom w:w="45" w:type="dxa"/>
                    <w:right w:w="70" w:type="dxa"/>
                  </w:tcMar>
                </w:tcPr>
                <w:p w14:paraId="0876A594" w14:textId="77777777" w:rsidR="008D43AB" w:rsidRDefault="00000000">
                  <w:pPr>
                    <w:keepNext/>
                  </w:pPr>
                  <w:r>
                    <w:rPr>
                      <w:b/>
                      <w:color w:val="000000"/>
                    </w:rPr>
                    <w:t>SKUPNI POVZETEK</w:t>
                  </w:r>
                </w:p>
              </w:tc>
            </w:tr>
          </w:tbl>
          <w:p w14:paraId="7BBEAA97" w14:textId="77777777" w:rsidR="008D43AB" w:rsidRDefault="008D43AB"/>
          <w:p w14:paraId="5CA35545" w14:textId="77777777" w:rsidR="008D43AB" w:rsidRDefault="00000000">
            <w:pPr>
              <w:spacing w:before="20" w:after="40" w:line="245" w:lineRule="auto"/>
            </w:pPr>
            <w:r>
              <w:rPr>
                <w:b/>
                <w:color w:val="000000"/>
                <w:sz w:val="16"/>
              </w:rPr>
              <w:t>raziskujem zvok materialov; izdelam preprosto zvočilo; spremljam pesem. Izbrani dokaz pojasnim in po povratni informaciji izboljšam.</w:t>
            </w:r>
          </w:p>
        </w:tc>
        <w:tc>
          <w:tcPr>
            <w:tcW w:w="2551" w:type="dxa"/>
            <w:tcMar>
              <w:top w:w="70" w:type="dxa"/>
              <w:left w:w="90" w:type="dxa"/>
              <w:bottom w:w="70" w:type="dxa"/>
              <w:right w:w="90" w:type="dxa"/>
            </w:tcMar>
          </w:tcPr>
          <w:p w14:paraId="010B1FFF" w14:textId="77777777" w:rsidR="008D43AB" w:rsidRDefault="008D43AB"/>
          <w:p w14:paraId="22D72AA4" w14:textId="77777777" w:rsidR="008D43AB" w:rsidRDefault="00000000">
            <w:pPr>
              <w:spacing w:after="80" w:line="245" w:lineRule="auto"/>
            </w:pPr>
            <w:r>
              <w:rPr>
                <w:color w:val="000000"/>
                <w:sz w:val="16"/>
              </w:rPr>
              <w:t>Odgovarja na podporna vprašanja in se sklicuje na slišano, izvedeno, ustvarjeno ali zapisano.</w:t>
            </w:r>
          </w:p>
          <w:p w14:paraId="338BA77A" w14:textId="77777777" w:rsidR="008D43AB" w:rsidRDefault="00000000">
            <w:pPr>
              <w:spacing w:after="80" w:line="245" w:lineRule="auto"/>
            </w:pPr>
            <w:r>
              <w:rPr>
                <w:color w:val="000000"/>
                <w:sz w:val="16"/>
              </w:rPr>
              <w:t>Predstavi izbrani dokaz ter pove, katero merilo z njim pokaže.</w:t>
            </w:r>
          </w:p>
          <w:p w14:paraId="0FA4C6C2" w14:textId="77777777" w:rsidR="008D43AB" w:rsidRDefault="00000000">
            <w:pPr>
              <w:spacing w:after="80" w:line="245" w:lineRule="auto"/>
            </w:pPr>
            <w:r>
              <w:rPr>
                <w:color w:val="000000"/>
                <w:sz w:val="16"/>
              </w:rPr>
              <w:t>Posluša vrstnika, opiše eno slišano moč in poda prijazen predlog za izboljšavo.</w:t>
            </w:r>
          </w:p>
          <w:p w14:paraId="3F69AAA0" w14:textId="77777777" w:rsidR="008D43AB" w:rsidRDefault="00000000">
            <w:pPr>
              <w:spacing w:after="80" w:line="245" w:lineRule="auto"/>
            </w:pPr>
            <w:r>
              <w:rPr>
                <w:color w:val="000000"/>
                <w:sz w:val="16"/>
              </w:rPr>
              <w:t>Po povratni informaciji izvedbo, gib, ritem, zvočno izbiro ali slikovni zapis ponovi in izboljša.</w:t>
            </w:r>
          </w:p>
          <w:p w14:paraId="53C3896A" w14:textId="77777777" w:rsidR="008D43AB" w:rsidRDefault="00000000">
            <w:pPr>
              <w:spacing w:after="100" w:line="245" w:lineRule="auto"/>
            </w:pPr>
            <w:r>
              <w:rPr>
                <w:color w:val="000000"/>
                <w:sz w:val="16"/>
              </w:rPr>
              <w:t>Izbere raven samostojnosti ter določi majhen in izvedljiv naslednji glasbeni korak.</w:t>
            </w:r>
          </w:p>
          <w:p w14:paraId="0F7B7C08" w14:textId="77777777" w:rsidR="008D43AB" w:rsidRDefault="00000000">
            <w:pPr>
              <w:spacing w:after="20" w:line="245" w:lineRule="auto"/>
            </w:pPr>
            <w:r>
              <w:rPr>
                <w:b/>
                <w:color w:val="D95BC6"/>
                <w:sz w:val="17"/>
              </w:rPr>
              <w:t>DOKAZ O UČENJU</w:t>
            </w:r>
          </w:p>
          <w:p w14:paraId="0F51EE30"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7ED50BF0"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54D1820A" w14:textId="77777777">
        <w:trPr>
          <w:cantSplit/>
          <w:jc w:val="center"/>
        </w:trPr>
        <w:tc>
          <w:tcPr>
            <w:tcW w:w="14060" w:type="dxa"/>
            <w:gridSpan w:val="6"/>
            <w:tcMar>
              <w:top w:w="70" w:type="dxa"/>
              <w:left w:w="90" w:type="dxa"/>
              <w:bottom w:w="70" w:type="dxa"/>
              <w:right w:w="90" w:type="dxa"/>
            </w:tcMar>
            <w:vAlign w:val="center"/>
          </w:tcPr>
          <w:p w14:paraId="4E37FC29" w14:textId="77777777" w:rsidR="008D43AB" w:rsidRDefault="00000000">
            <w:pPr>
              <w:jc w:val="center"/>
            </w:pPr>
            <w:r>
              <w:rPr>
                <w:b/>
                <w:color w:val="000000"/>
                <w:sz w:val="24"/>
              </w:rPr>
              <w:lastRenderedPageBreak/>
              <w:t>UČNA PRIPRAVA 13/39</w:t>
            </w:r>
          </w:p>
        </w:tc>
      </w:tr>
      <w:tr w:rsidR="008D43AB" w14:paraId="6FD64EC0" w14:textId="77777777">
        <w:trPr>
          <w:jc w:val="center"/>
        </w:trPr>
        <w:tc>
          <w:tcPr>
            <w:tcW w:w="2665" w:type="dxa"/>
            <w:tcMar>
              <w:top w:w="70" w:type="dxa"/>
              <w:left w:w="90" w:type="dxa"/>
              <w:bottom w:w="70" w:type="dxa"/>
              <w:right w:w="90" w:type="dxa"/>
            </w:tcMar>
            <w:vAlign w:val="center"/>
          </w:tcPr>
          <w:p w14:paraId="0476AEF9"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8234B2A"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5D0779C0"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2D69F62" w14:textId="77777777" w:rsidR="008D43AB" w:rsidRDefault="00000000">
            <w:r>
              <w:rPr>
                <w:b/>
                <w:color w:val="000000"/>
                <w:sz w:val="16"/>
              </w:rPr>
              <w:t xml:space="preserve">NAČRTOVANI TERMIN: </w:t>
            </w:r>
            <w:r>
              <w:rPr>
                <w:color w:val="000000"/>
                <w:sz w:val="16"/>
              </w:rPr>
              <w:t>13. teden • 30. 11.–4. 12. 2026</w:t>
            </w:r>
          </w:p>
        </w:tc>
        <w:tc>
          <w:tcPr>
            <w:tcW w:w="2268" w:type="dxa"/>
            <w:tcMar>
              <w:top w:w="70" w:type="dxa"/>
              <w:left w:w="90" w:type="dxa"/>
              <w:bottom w:w="70" w:type="dxa"/>
              <w:right w:w="90" w:type="dxa"/>
            </w:tcMar>
            <w:vAlign w:val="center"/>
          </w:tcPr>
          <w:p w14:paraId="7EAD23E7"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34742B0" w14:textId="77777777" w:rsidR="008D43AB" w:rsidRDefault="00000000">
            <w:r>
              <w:rPr>
                <w:b/>
                <w:color w:val="000000"/>
                <w:sz w:val="16"/>
              </w:rPr>
              <w:t xml:space="preserve">ŠTEVILO UR: </w:t>
            </w:r>
            <w:r>
              <w:rPr>
                <w:color w:val="000000"/>
                <w:sz w:val="16"/>
              </w:rPr>
              <w:t>2</w:t>
            </w:r>
          </w:p>
        </w:tc>
      </w:tr>
      <w:tr w:rsidR="008D43AB" w14:paraId="60BB07E8" w14:textId="77777777">
        <w:trPr>
          <w:jc w:val="center"/>
        </w:trPr>
        <w:tc>
          <w:tcPr>
            <w:tcW w:w="14061" w:type="dxa"/>
            <w:gridSpan w:val="6"/>
            <w:tcMar>
              <w:top w:w="70" w:type="dxa"/>
              <w:left w:w="90" w:type="dxa"/>
              <w:bottom w:w="70" w:type="dxa"/>
              <w:right w:w="90" w:type="dxa"/>
            </w:tcMar>
            <w:vAlign w:val="center"/>
          </w:tcPr>
          <w:p w14:paraId="0B97FC69"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4358BEF6" w14:textId="77777777">
        <w:trPr>
          <w:cantSplit/>
          <w:jc w:val="center"/>
        </w:trPr>
        <w:tc>
          <w:tcPr>
            <w:tcW w:w="14060" w:type="dxa"/>
            <w:gridSpan w:val="6"/>
            <w:tcMar>
              <w:top w:w="70" w:type="dxa"/>
              <w:left w:w="90" w:type="dxa"/>
              <w:bottom w:w="70" w:type="dxa"/>
              <w:right w:w="90" w:type="dxa"/>
            </w:tcMar>
            <w:vAlign w:val="center"/>
          </w:tcPr>
          <w:p w14:paraId="022B3F3A" w14:textId="77777777" w:rsidR="008D43AB" w:rsidRDefault="008D43AB"/>
          <w:p w14:paraId="502555C8" w14:textId="77777777" w:rsidR="008D43AB" w:rsidRDefault="00000000">
            <w:pPr>
              <w:spacing w:line="245" w:lineRule="auto"/>
            </w:pPr>
            <w:r>
              <w:rPr>
                <w:b/>
                <w:color w:val="000000"/>
                <w:sz w:val="16"/>
              </w:rPr>
              <w:t xml:space="preserve">UČNI SKLOP: </w:t>
            </w:r>
            <w:r>
              <w:rPr>
                <w:color w:val="000000"/>
                <w:sz w:val="16"/>
              </w:rPr>
              <w:t>MOJA DRUŽINA, SKUPNOST IN PRAZNOVANJA</w:t>
            </w:r>
          </w:p>
        </w:tc>
      </w:tr>
      <w:tr w:rsidR="008D43AB" w14:paraId="0FDDE08A" w14:textId="77777777">
        <w:trPr>
          <w:cantSplit/>
          <w:jc w:val="center"/>
        </w:trPr>
        <w:tc>
          <w:tcPr>
            <w:tcW w:w="14060" w:type="dxa"/>
            <w:gridSpan w:val="6"/>
            <w:tcMar>
              <w:top w:w="70" w:type="dxa"/>
              <w:left w:w="90" w:type="dxa"/>
              <w:bottom w:w="70" w:type="dxa"/>
              <w:right w:w="90" w:type="dxa"/>
            </w:tcMar>
            <w:vAlign w:val="center"/>
          </w:tcPr>
          <w:p w14:paraId="3EA2C406" w14:textId="77777777" w:rsidR="008D43AB" w:rsidRDefault="008D43AB"/>
          <w:p w14:paraId="05470029" w14:textId="77777777" w:rsidR="008D43AB" w:rsidRDefault="00000000">
            <w:pPr>
              <w:spacing w:line="245" w:lineRule="auto"/>
            </w:pPr>
            <w:r>
              <w:rPr>
                <w:b/>
                <w:color w:val="000000"/>
                <w:sz w:val="16"/>
              </w:rPr>
              <w:t xml:space="preserve">UČNA TEMA: </w:t>
            </w:r>
            <w:r>
              <w:rPr>
                <w:color w:val="000000"/>
                <w:sz w:val="16"/>
              </w:rPr>
              <w:t>DRUŽINSKE PESMI</w:t>
            </w:r>
          </w:p>
        </w:tc>
      </w:tr>
      <w:tr w:rsidR="008D43AB" w14:paraId="2857D38F" w14:textId="77777777">
        <w:trPr>
          <w:cantSplit/>
          <w:jc w:val="center"/>
        </w:trPr>
        <w:tc>
          <w:tcPr>
            <w:tcW w:w="14060" w:type="dxa"/>
            <w:gridSpan w:val="6"/>
            <w:tcMar>
              <w:top w:w="70" w:type="dxa"/>
              <w:left w:w="90" w:type="dxa"/>
              <w:bottom w:w="70" w:type="dxa"/>
              <w:right w:w="90" w:type="dxa"/>
            </w:tcMar>
            <w:vAlign w:val="center"/>
          </w:tcPr>
          <w:p w14:paraId="4DFBD816" w14:textId="77777777" w:rsidR="008D43AB" w:rsidRDefault="008D43AB"/>
          <w:p w14:paraId="519DA88C" w14:textId="77777777" w:rsidR="008D43AB" w:rsidRDefault="00000000">
            <w:pPr>
              <w:spacing w:line="245" w:lineRule="auto"/>
            </w:pPr>
            <w:r>
              <w:rPr>
                <w:b/>
                <w:color w:val="000000"/>
                <w:sz w:val="16"/>
              </w:rPr>
              <w:t xml:space="preserve">KNJIŽEVNO / MOTIVNO IZHODIŠČE: </w:t>
            </w:r>
            <w:r>
              <w:rPr>
                <w:color w:val="000000"/>
                <w:sz w:val="16"/>
              </w:rPr>
              <w:t>»Moj dežnik je lahko balon« – Ela Peroci • družina, domišljija in pot v drugačen svet</w:t>
            </w:r>
          </w:p>
        </w:tc>
      </w:tr>
      <w:tr w:rsidR="008D43AB" w14:paraId="7D7B2A5B" w14:textId="77777777">
        <w:trPr>
          <w:cantSplit/>
          <w:jc w:val="center"/>
        </w:trPr>
        <w:tc>
          <w:tcPr>
            <w:tcW w:w="14060" w:type="dxa"/>
            <w:gridSpan w:val="6"/>
            <w:tcMar>
              <w:top w:w="70" w:type="dxa"/>
              <w:left w:w="90" w:type="dxa"/>
              <w:bottom w:w="70" w:type="dxa"/>
              <w:right w:w="90" w:type="dxa"/>
            </w:tcMar>
            <w:vAlign w:val="center"/>
          </w:tcPr>
          <w:p w14:paraId="4C5BE07A" w14:textId="77777777" w:rsidR="008D43AB" w:rsidRDefault="008D43AB"/>
          <w:p w14:paraId="7BBF85C1" w14:textId="77777777" w:rsidR="008D43AB" w:rsidRDefault="00000000">
            <w:pPr>
              <w:spacing w:line="245" w:lineRule="auto"/>
            </w:pPr>
            <w:r>
              <w:rPr>
                <w:b/>
                <w:color w:val="000000"/>
                <w:sz w:val="16"/>
              </w:rPr>
              <w:t xml:space="preserve">GLASBENO IZHODIŠČE / REPERTOAR: </w:t>
            </w:r>
            <w:r>
              <w:rPr>
                <w:color w:val="000000"/>
                <w:sz w:val="16"/>
              </w:rPr>
              <w:t>»Abraham ma sedem sinov« ali druga družinska pesem</w:t>
            </w:r>
          </w:p>
        </w:tc>
      </w:tr>
      <w:tr w:rsidR="008D43AB" w14:paraId="0164269D" w14:textId="77777777">
        <w:trPr>
          <w:cantSplit/>
          <w:jc w:val="center"/>
        </w:trPr>
        <w:tc>
          <w:tcPr>
            <w:tcW w:w="14060" w:type="dxa"/>
            <w:gridSpan w:val="6"/>
            <w:tcMar>
              <w:top w:w="70" w:type="dxa"/>
              <w:left w:w="90" w:type="dxa"/>
              <w:bottom w:w="70" w:type="dxa"/>
              <w:right w:w="90" w:type="dxa"/>
            </w:tcMar>
            <w:vAlign w:val="center"/>
          </w:tcPr>
          <w:p w14:paraId="7914DEF7" w14:textId="77777777" w:rsidR="008D43AB" w:rsidRDefault="008D43AB"/>
          <w:p w14:paraId="30BA97F4" w14:textId="77777777" w:rsidR="008D43AB" w:rsidRDefault="00000000">
            <w:pPr>
              <w:spacing w:line="245" w:lineRule="auto"/>
            </w:pPr>
            <w:r>
              <w:rPr>
                <w:b/>
                <w:color w:val="000000"/>
                <w:sz w:val="16"/>
              </w:rPr>
              <w:t xml:space="preserve">UČNE ENOTE: </w:t>
            </w:r>
            <w:r>
              <w:rPr>
                <w:color w:val="000000"/>
                <w:sz w:val="16"/>
              </w:rPr>
              <w:t>1. ura – Družinske Pesmi – Poslušam in izvajam • 2. ura – Družinske Pesmi – Ustvarim in nastopim</w:t>
            </w:r>
          </w:p>
        </w:tc>
      </w:tr>
      <w:tr w:rsidR="008D43AB" w14:paraId="6CFAA713" w14:textId="77777777">
        <w:trPr>
          <w:cantSplit/>
          <w:jc w:val="center"/>
        </w:trPr>
        <w:tc>
          <w:tcPr>
            <w:tcW w:w="14060" w:type="dxa"/>
            <w:gridSpan w:val="6"/>
            <w:tcMar>
              <w:top w:w="70" w:type="dxa"/>
              <w:left w:w="90" w:type="dxa"/>
              <w:bottom w:w="70" w:type="dxa"/>
              <w:right w:w="90" w:type="dxa"/>
            </w:tcMar>
            <w:vAlign w:val="center"/>
          </w:tcPr>
          <w:p w14:paraId="7A2A06A2" w14:textId="77777777" w:rsidR="008D43AB" w:rsidRDefault="008D43AB"/>
          <w:p w14:paraId="394D7E7F"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4DCDD0CA" w14:textId="77777777">
        <w:trPr>
          <w:cantSplit/>
          <w:jc w:val="center"/>
        </w:trPr>
        <w:tc>
          <w:tcPr>
            <w:tcW w:w="14060" w:type="dxa"/>
            <w:gridSpan w:val="6"/>
            <w:tcMar>
              <w:top w:w="70" w:type="dxa"/>
              <w:left w:w="90" w:type="dxa"/>
              <w:bottom w:w="70" w:type="dxa"/>
              <w:right w:w="90" w:type="dxa"/>
            </w:tcMar>
            <w:vAlign w:val="center"/>
          </w:tcPr>
          <w:p w14:paraId="66E8750B" w14:textId="77777777" w:rsidR="008D43AB" w:rsidRDefault="008D43AB"/>
          <w:p w14:paraId="7EDF0B9F"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1A80107A" w14:textId="77777777">
        <w:trPr>
          <w:cantSplit/>
          <w:jc w:val="center"/>
        </w:trPr>
        <w:tc>
          <w:tcPr>
            <w:tcW w:w="14060" w:type="dxa"/>
            <w:gridSpan w:val="6"/>
            <w:tcMar>
              <w:top w:w="70" w:type="dxa"/>
              <w:left w:w="90" w:type="dxa"/>
              <w:bottom w:w="70" w:type="dxa"/>
              <w:right w:w="90" w:type="dxa"/>
            </w:tcMar>
            <w:vAlign w:val="center"/>
          </w:tcPr>
          <w:p w14:paraId="6BCFC34D" w14:textId="77777777" w:rsidR="008D43AB" w:rsidRDefault="008D43AB"/>
          <w:p w14:paraId="1C844CB9"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14B3B41C" w14:textId="77777777">
        <w:trPr>
          <w:cantSplit/>
          <w:jc w:val="center"/>
        </w:trPr>
        <w:tc>
          <w:tcPr>
            <w:tcW w:w="14060" w:type="dxa"/>
            <w:gridSpan w:val="6"/>
            <w:tcMar>
              <w:top w:w="70" w:type="dxa"/>
              <w:left w:w="90" w:type="dxa"/>
              <w:bottom w:w="70" w:type="dxa"/>
              <w:right w:w="90" w:type="dxa"/>
            </w:tcMar>
            <w:vAlign w:val="center"/>
          </w:tcPr>
          <w:p w14:paraId="3E04E5CC" w14:textId="77777777" w:rsidR="008D43AB" w:rsidRDefault="008D43AB"/>
          <w:p w14:paraId="5CF095E7" w14:textId="77777777" w:rsidR="008D43AB" w:rsidRDefault="00000000">
            <w:pPr>
              <w:spacing w:line="245" w:lineRule="auto"/>
            </w:pPr>
            <w:r>
              <w:rPr>
                <w:b/>
                <w:color w:val="000000"/>
                <w:sz w:val="16"/>
              </w:rPr>
              <w:t xml:space="preserve">MEDPREDMETNE POVEZAVE: </w:t>
            </w:r>
            <w:r>
              <w:rPr>
                <w:color w:val="000000"/>
                <w:sz w:val="16"/>
              </w:rPr>
              <w:t>SPO – družina, domišljija in pot v drugačen svet; SLJ – poslušanje, ritmični govor in opis doživetja; ŠPO – pulz, tempo, gibalni odziv in prostorska orientacija; LUM – simbol, barva, linija in zvočni zapis</w:t>
            </w:r>
          </w:p>
        </w:tc>
      </w:tr>
      <w:tr w:rsidR="008D43AB" w14:paraId="40BB2166" w14:textId="77777777">
        <w:trPr>
          <w:cantSplit/>
          <w:jc w:val="center"/>
        </w:trPr>
        <w:tc>
          <w:tcPr>
            <w:tcW w:w="14060" w:type="dxa"/>
            <w:gridSpan w:val="6"/>
            <w:tcMar>
              <w:top w:w="70" w:type="dxa"/>
              <w:left w:w="90" w:type="dxa"/>
              <w:bottom w:w="70" w:type="dxa"/>
              <w:right w:w="90" w:type="dxa"/>
            </w:tcMar>
            <w:vAlign w:val="center"/>
          </w:tcPr>
          <w:p w14:paraId="4D114CF2" w14:textId="77777777" w:rsidR="008D43AB" w:rsidRDefault="008D43AB"/>
          <w:p w14:paraId="2BC1B14A"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0EDA8B92" w14:textId="77777777">
        <w:trPr>
          <w:cantSplit/>
          <w:jc w:val="center"/>
        </w:trPr>
        <w:tc>
          <w:tcPr>
            <w:tcW w:w="14060" w:type="dxa"/>
            <w:gridSpan w:val="6"/>
            <w:tcMar>
              <w:top w:w="70" w:type="dxa"/>
              <w:left w:w="90" w:type="dxa"/>
              <w:bottom w:w="70" w:type="dxa"/>
              <w:right w:w="90" w:type="dxa"/>
            </w:tcMar>
            <w:vAlign w:val="center"/>
          </w:tcPr>
          <w:p w14:paraId="65FD24C3" w14:textId="77777777" w:rsidR="008D43AB" w:rsidRDefault="008D43AB"/>
          <w:p w14:paraId="3B783D75"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60BBA4ED" w14:textId="77777777">
        <w:trPr>
          <w:cantSplit/>
          <w:jc w:val="center"/>
        </w:trPr>
        <w:tc>
          <w:tcPr>
            <w:tcW w:w="14060" w:type="dxa"/>
            <w:gridSpan w:val="6"/>
            <w:tcMar>
              <w:top w:w="70" w:type="dxa"/>
              <w:left w:w="90" w:type="dxa"/>
              <w:bottom w:w="70" w:type="dxa"/>
              <w:right w:w="90" w:type="dxa"/>
            </w:tcMar>
            <w:vAlign w:val="center"/>
          </w:tcPr>
          <w:p w14:paraId="71292040" w14:textId="77777777" w:rsidR="008D43AB" w:rsidRDefault="008D43AB"/>
          <w:p w14:paraId="51C72AA4"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2658644E" w14:textId="77777777">
        <w:trPr>
          <w:cantSplit/>
          <w:jc w:val="center"/>
        </w:trPr>
        <w:tc>
          <w:tcPr>
            <w:tcW w:w="14060" w:type="dxa"/>
            <w:gridSpan w:val="6"/>
            <w:tcMar>
              <w:top w:w="70" w:type="dxa"/>
              <w:left w:w="90" w:type="dxa"/>
              <w:bottom w:w="70" w:type="dxa"/>
              <w:right w:w="90" w:type="dxa"/>
            </w:tcMar>
            <w:vAlign w:val="center"/>
          </w:tcPr>
          <w:p w14:paraId="19B2FFA7" w14:textId="77777777" w:rsidR="008D43AB" w:rsidRDefault="008D43AB"/>
          <w:p w14:paraId="03065E32"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280CCA6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ED6016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BD6F2B"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5E7C5E" w14:textId="77777777" w:rsidR="008D43AB" w:rsidRDefault="00000000">
            <w:pPr>
              <w:jc w:val="center"/>
            </w:pPr>
            <w:r>
              <w:rPr>
                <w:b/>
                <w:color w:val="000000"/>
                <w:sz w:val="20"/>
              </w:rPr>
              <w:t>UČNE DEJAVNOSTI, METODE IN FORMATIVNO SPREMLJANJE</w:t>
            </w:r>
          </w:p>
        </w:tc>
      </w:tr>
      <w:tr w:rsidR="008D43AB" w14:paraId="18C665D2" w14:textId="77777777">
        <w:trPr>
          <w:tblHeader/>
          <w:jc w:val="center"/>
        </w:trPr>
        <w:tc>
          <w:tcPr>
            <w:tcW w:w="4422" w:type="dxa"/>
            <w:vMerge/>
            <w:tcMar>
              <w:top w:w="70" w:type="dxa"/>
              <w:left w:w="90" w:type="dxa"/>
              <w:bottom w:w="70" w:type="dxa"/>
              <w:right w:w="90" w:type="dxa"/>
            </w:tcMar>
            <w:vAlign w:val="center"/>
          </w:tcPr>
          <w:p w14:paraId="32FFE146" w14:textId="77777777" w:rsidR="008D43AB" w:rsidRDefault="008D43AB"/>
        </w:tc>
        <w:tc>
          <w:tcPr>
            <w:tcW w:w="7087" w:type="dxa"/>
            <w:shd w:val="clear" w:color="auto" w:fill="FFFFFF"/>
            <w:tcMar>
              <w:top w:w="70" w:type="dxa"/>
              <w:left w:w="90" w:type="dxa"/>
              <w:bottom w:w="70" w:type="dxa"/>
              <w:right w:w="90" w:type="dxa"/>
            </w:tcMar>
            <w:vAlign w:val="center"/>
          </w:tcPr>
          <w:p w14:paraId="1D71F7A6"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8365E24" w14:textId="77777777" w:rsidR="008D43AB" w:rsidRDefault="00000000">
            <w:pPr>
              <w:jc w:val="center"/>
            </w:pPr>
            <w:r>
              <w:rPr>
                <w:b/>
                <w:color w:val="000000"/>
              </w:rPr>
              <w:t>UČENEC</w:t>
            </w:r>
          </w:p>
        </w:tc>
      </w:tr>
      <w:tr w:rsidR="008D43AB" w14:paraId="38FFD5CB" w14:textId="77777777">
        <w:trPr>
          <w:jc w:val="center"/>
        </w:trPr>
        <w:tc>
          <w:tcPr>
            <w:tcW w:w="4422" w:type="dxa"/>
            <w:tcMar>
              <w:top w:w="70" w:type="dxa"/>
              <w:left w:w="90" w:type="dxa"/>
              <w:bottom w:w="70" w:type="dxa"/>
              <w:right w:w="90" w:type="dxa"/>
            </w:tcMar>
          </w:tcPr>
          <w:p w14:paraId="0E3CDB7F" w14:textId="77777777" w:rsidR="008D43AB" w:rsidRDefault="008D43AB"/>
          <w:p w14:paraId="4FBD3F13" w14:textId="77777777" w:rsidR="008D43AB" w:rsidRDefault="00000000">
            <w:pPr>
              <w:spacing w:after="60" w:line="245" w:lineRule="auto"/>
            </w:pPr>
            <w:r>
              <w:rPr>
                <w:b/>
                <w:color w:val="000000"/>
              </w:rPr>
              <w:t>UČNI CILJI</w:t>
            </w:r>
          </w:p>
          <w:p w14:paraId="2A298EA0" w14:textId="77777777" w:rsidR="008D43AB" w:rsidRDefault="00000000">
            <w:pPr>
              <w:spacing w:after="20" w:line="245" w:lineRule="auto"/>
            </w:pPr>
            <w:r>
              <w:rPr>
                <w:b/>
                <w:color w:val="000000"/>
                <w:sz w:val="17"/>
              </w:rPr>
              <w:t>SPLOŠNI</w:t>
            </w:r>
          </w:p>
          <w:p w14:paraId="175157FC"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6A91971" w14:textId="77777777" w:rsidR="008D43AB" w:rsidRDefault="00000000">
            <w:pPr>
              <w:pStyle w:val="Oznaenseznam"/>
              <w:spacing w:after="16"/>
            </w:pPr>
            <w:r>
              <w:rPr>
                <w:color w:val="000000"/>
                <w:sz w:val="16"/>
              </w:rPr>
              <w:t>poje, ritmično govori ter uporablja telo, glasbila in predmete kot zvočne vire</w:t>
            </w:r>
          </w:p>
          <w:p w14:paraId="4041D50C" w14:textId="77777777" w:rsidR="008D43AB" w:rsidRDefault="00000000">
            <w:pPr>
              <w:pStyle w:val="Oznaenseznam"/>
              <w:spacing w:after="16"/>
            </w:pPr>
            <w:r>
              <w:rPr>
                <w:color w:val="000000"/>
                <w:sz w:val="16"/>
              </w:rPr>
              <w:t>razlikuje izbrane lastnosti zvoka in glasbe ter varuje sluh in odgovorno uporablja glasbila</w:t>
            </w:r>
          </w:p>
          <w:p w14:paraId="389714C3"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170449CB" w14:textId="77777777" w:rsidR="008D43AB" w:rsidRDefault="00000000">
            <w:pPr>
              <w:spacing w:before="40" w:after="20" w:line="245" w:lineRule="auto"/>
            </w:pPr>
            <w:r>
              <w:rPr>
                <w:b/>
                <w:color w:val="000000"/>
                <w:sz w:val="17"/>
              </w:rPr>
              <w:t>OPERATIVNI</w:t>
            </w:r>
          </w:p>
          <w:p w14:paraId="1A8FB921" w14:textId="77777777" w:rsidR="008D43AB" w:rsidRDefault="00000000">
            <w:pPr>
              <w:pStyle w:val="Oznaenseznam"/>
              <w:spacing w:after="16"/>
            </w:pPr>
            <w:r>
              <w:rPr>
                <w:color w:val="000000"/>
                <w:sz w:val="16"/>
              </w:rPr>
              <w:t>poje pesem</w:t>
            </w:r>
          </w:p>
          <w:p w14:paraId="16BDEC4D" w14:textId="77777777" w:rsidR="008D43AB" w:rsidRDefault="00000000">
            <w:pPr>
              <w:pStyle w:val="Oznaenseznam"/>
              <w:spacing w:after="16"/>
            </w:pPr>
            <w:r>
              <w:rPr>
                <w:color w:val="000000"/>
                <w:sz w:val="16"/>
              </w:rPr>
              <w:t>razlikuje solo in skupinsko petje</w:t>
            </w:r>
          </w:p>
          <w:p w14:paraId="0F1EFA20" w14:textId="77777777" w:rsidR="008D43AB" w:rsidRDefault="00000000">
            <w:pPr>
              <w:pStyle w:val="Oznaenseznam"/>
              <w:spacing w:after="16"/>
            </w:pPr>
            <w:r>
              <w:rPr>
                <w:color w:val="000000"/>
                <w:sz w:val="16"/>
              </w:rPr>
              <w:t>spremlja z lastnimi glasbili</w:t>
            </w:r>
          </w:p>
          <w:p w14:paraId="326E6149" w14:textId="77777777" w:rsidR="008D43AB" w:rsidRDefault="00000000">
            <w:pPr>
              <w:spacing w:before="40" w:after="20" w:line="245" w:lineRule="auto"/>
            </w:pPr>
            <w:r>
              <w:rPr>
                <w:b/>
                <w:color w:val="000000"/>
                <w:sz w:val="17"/>
              </w:rPr>
              <w:t>PRIČAKOVANI DOSEŽKI / MINIMALNI POUDARKI</w:t>
            </w:r>
          </w:p>
          <w:p w14:paraId="4F97082F" w14:textId="77777777" w:rsidR="008D43AB" w:rsidRDefault="00000000">
            <w:pPr>
              <w:pStyle w:val="Oznaenseznam"/>
              <w:spacing w:after="16"/>
            </w:pPr>
            <w:r>
              <w:rPr>
                <w:color w:val="000000"/>
                <w:sz w:val="15"/>
              </w:rPr>
              <w:t>samostojno oziroma z dogovorjeno oporo poje pesem</w:t>
            </w:r>
          </w:p>
          <w:p w14:paraId="7021C4AB" w14:textId="77777777" w:rsidR="008D43AB" w:rsidRDefault="00000000">
            <w:pPr>
              <w:pStyle w:val="Oznaenseznam"/>
              <w:spacing w:after="16"/>
            </w:pPr>
            <w:r>
              <w:rPr>
                <w:color w:val="000000"/>
                <w:sz w:val="15"/>
              </w:rPr>
              <w:t>samostojno oziroma z dogovorjeno oporo razlikuje solo in skupinsko petje</w:t>
            </w:r>
          </w:p>
          <w:p w14:paraId="5A82CCE7" w14:textId="77777777" w:rsidR="008D43AB" w:rsidRDefault="00000000">
            <w:pPr>
              <w:pStyle w:val="Oznaenseznam"/>
              <w:spacing w:after="16"/>
            </w:pPr>
            <w:r>
              <w:rPr>
                <w:color w:val="000000"/>
                <w:sz w:val="15"/>
              </w:rPr>
              <w:t>samostojno oziroma z dogovorjeno oporo spremlja z lastnimi glasbili</w:t>
            </w:r>
          </w:p>
        </w:tc>
        <w:tc>
          <w:tcPr>
            <w:tcW w:w="7087" w:type="dxa"/>
            <w:tcMar>
              <w:top w:w="70" w:type="dxa"/>
              <w:left w:w="90" w:type="dxa"/>
              <w:bottom w:w="70" w:type="dxa"/>
              <w:right w:w="90" w:type="dxa"/>
            </w:tcMar>
          </w:tcPr>
          <w:p w14:paraId="66FBB2A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E823525" w14:textId="77777777">
              <w:trPr>
                <w:jc w:val="center"/>
              </w:trPr>
              <w:tc>
                <w:tcPr>
                  <w:tcW w:w="7087" w:type="dxa"/>
                  <w:shd w:val="clear" w:color="auto" w:fill="C6E7F3"/>
                  <w:tcMar>
                    <w:top w:w="45" w:type="dxa"/>
                    <w:left w:w="70" w:type="dxa"/>
                    <w:bottom w:w="45" w:type="dxa"/>
                    <w:right w:w="70" w:type="dxa"/>
                  </w:tcMar>
                </w:tcPr>
                <w:p w14:paraId="610095DD" w14:textId="77777777" w:rsidR="008D43AB" w:rsidRDefault="00000000">
                  <w:pPr>
                    <w:keepNext/>
                  </w:pPr>
                  <w:r>
                    <w:rPr>
                      <w:b/>
                      <w:color w:val="000000"/>
                    </w:rPr>
                    <w:t>UVODNI DEL – zvočna motivacija, aktivacija predznanja in namen učenja (8–12 min)</w:t>
                  </w:r>
                </w:p>
              </w:tc>
            </w:tr>
          </w:tbl>
          <w:p w14:paraId="143DC1EF" w14:textId="77777777" w:rsidR="008D43AB" w:rsidRDefault="008D43AB">
            <w:pPr>
              <w:spacing w:line="20" w:lineRule="exact"/>
            </w:pPr>
          </w:p>
          <w:p w14:paraId="20459A1C" w14:textId="77777777" w:rsidR="008D43AB" w:rsidRDefault="00000000">
            <w:pPr>
              <w:spacing w:before="40" w:after="60" w:line="245" w:lineRule="auto"/>
            </w:pPr>
            <w:r>
              <w:rPr>
                <w:color w:val="000000"/>
                <w:sz w:val="16"/>
              </w:rPr>
              <w:t>Učenci ob motivu »Moj dežnik je lahko balon« – Ela Peroci vstopijo v temo družina, domišljija in pot v drugačen svet. Najprej v tišini poslušajo kratek zvočni odlomek ali učiteljičino izvedbo (»Abraham ma sedem sinov« ali druga družinska pesem),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13A155D5" w14:textId="77777777">
              <w:trPr>
                <w:jc w:val="center"/>
              </w:trPr>
              <w:tc>
                <w:tcPr>
                  <w:tcW w:w="7087" w:type="dxa"/>
                  <w:shd w:val="clear" w:color="auto" w:fill="EDC9EA"/>
                  <w:tcMar>
                    <w:top w:w="45" w:type="dxa"/>
                    <w:left w:w="70" w:type="dxa"/>
                    <w:bottom w:w="45" w:type="dxa"/>
                    <w:right w:w="70" w:type="dxa"/>
                  </w:tcMar>
                </w:tcPr>
                <w:p w14:paraId="2935E510" w14:textId="77777777" w:rsidR="008D43AB" w:rsidRDefault="00000000">
                  <w:pPr>
                    <w:keepNext/>
                  </w:pPr>
                  <w:r>
                    <w:rPr>
                      <w:b/>
                      <w:color w:val="000000"/>
                    </w:rPr>
                    <w:t>NAMENI UČENJA</w:t>
                  </w:r>
                </w:p>
              </w:tc>
            </w:tr>
          </w:tbl>
          <w:p w14:paraId="2F6676A4" w14:textId="77777777" w:rsidR="008D43AB" w:rsidRDefault="008D43AB">
            <w:pPr>
              <w:spacing w:line="20" w:lineRule="exact"/>
            </w:pPr>
          </w:p>
          <w:p w14:paraId="08E23624"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6943BE45" w14:textId="77777777" w:rsidR="008D43AB" w:rsidRDefault="00000000">
            <w:pPr>
              <w:pStyle w:val="Oznaenseznam"/>
              <w:spacing w:after="16"/>
            </w:pPr>
            <w:r>
              <w:rPr>
                <w:color w:val="000000"/>
                <w:sz w:val="16"/>
              </w:rPr>
              <w:t>pojem pesem</w:t>
            </w:r>
          </w:p>
          <w:p w14:paraId="66E749EF" w14:textId="77777777" w:rsidR="008D43AB" w:rsidRDefault="00000000">
            <w:pPr>
              <w:pStyle w:val="Oznaenseznam"/>
              <w:spacing w:after="16"/>
            </w:pPr>
            <w:r>
              <w:rPr>
                <w:color w:val="000000"/>
                <w:sz w:val="16"/>
              </w:rPr>
              <w:t>razlikujem solo in skupinsko petje</w:t>
            </w:r>
          </w:p>
          <w:p w14:paraId="520C531B" w14:textId="77777777" w:rsidR="008D43AB" w:rsidRDefault="00000000">
            <w:pPr>
              <w:pStyle w:val="Oznaenseznam"/>
              <w:spacing w:after="16"/>
            </w:pPr>
            <w:r>
              <w:rPr>
                <w:color w:val="000000"/>
                <w:sz w:val="16"/>
              </w:rPr>
              <w:t>spremljam z lastnimi glasbili</w:t>
            </w:r>
          </w:p>
          <w:tbl>
            <w:tblPr>
              <w:tblStyle w:val="Tabelamrea"/>
              <w:tblW w:w="0" w:type="auto"/>
              <w:jc w:val="center"/>
              <w:tblLayout w:type="fixed"/>
              <w:tblLook w:val="04A0" w:firstRow="1" w:lastRow="0" w:firstColumn="1" w:lastColumn="0" w:noHBand="0" w:noVBand="1"/>
            </w:tblPr>
            <w:tblGrid>
              <w:gridCol w:w="7087"/>
            </w:tblGrid>
            <w:tr w:rsidR="008D43AB" w14:paraId="628621A2" w14:textId="77777777">
              <w:trPr>
                <w:jc w:val="center"/>
              </w:trPr>
              <w:tc>
                <w:tcPr>
                  <w:tcW w:w="7087" w:type="dxa"/>
                  <w:shd w:val="clear" w:color="auto" w:fill="EDC9EA"/>
                  <w:tcMar>
                    <w:top w:w="45" w:type="dxa"/>
                    <w:left w:w="70" w:type="dxa"/>
                    <w:bottom w:w="45" w:type="dxa"/>
                    <w:right w:w="70" w:type="dxa"/>
                  </w:tcMar>
                </w:tcPr>
                <w:p w14:paraId="3DDD0142" w14:textId="77777777" w:rsidR="008D43AB" w:rsidRDefault="00000000">
                  <w:pPr>
                    <w:keepNext/>
                  </w:pPr>
                  <w:r>
                    <w:rPr>
                      <w:b/>
                      <w:color w:val="000000"/>
                    </w:rPr>
                    <w:t>PREVERJANJE PREDZNANJA</w:t>
                  </w:r>
                </w:p>
              </w:tc>
            </w:tr>
          </w:tbl>
          <w:p w14:paraId="4EC529D4" w14:textId="77777777" w:rsidR="008D43AB" w:rsidRDefault="008D43AB">
            <w:pPr>
              <w:spacing w:line="20" w:lineRule="exact"/>
            </w:pPr>
          </w:p>
          <w:p w14:paraId="7CE28C05" w14:textId="77777777" w:rsidR="008D43AB" w:rsidRDefault="00000000">
            <w:pPr>
              <w:pStyle w:val="Oznaenseznam"/>
              <w:spacing w:after="16"/>
            </w:pPr>
            <w:r>
              <w:rPr>
                <w:color w:val="000000"/>
                <w:sz w:val="16"/>
              </w:rPr>
              <w:t>Kaj mi zvok, naslov, slika ali motiv pove o temi družina, domišljija in pot v drugačen svet?</w:t>
            </w:r>
          </w:p>
          <w:p w14:paraId="1A228C23" w14:textId="77777777" w:rsidR="008D43AB" w:rsidRDefault="00000000">
            <w:pPr>
              <w:pStyle w:val="Oznaenseznam"/>
              <w:spacing w:after="16"/>
            </w:pPr>
            <w:r>
              <w:rPr>
                <w:color w:val="000000"/>
                <w:sz w:val="16"/>
              </w:rPr>
              <w:t>Kako lahko s poslušanjem, glasom, telesom, glasbilom ali simbolom pokažem, kaj že znam pri temi »DRUŽINSKE PESMI«?</w:t>
            </w:r>
          </w:p>
          <w:p w14:paraId="3A66D8FB"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69F12E9A" w14:textId="77777777">
              <w:trPr>
                <w:jc w:val="center"/>
              </w:trPr>
              <w:tc>
                <w:tcPr>
                  <w:tcW w:w="7087" w:type="dxa"/>
                  <w:shd w:val="clear" w:color="auto" w:fill="EDC9EA"/>
                  <w:tcMar>
                    <w:top w:w="45" w:type="dxa"/>
                    <w:left w:w="70" w:type="dxa"/>
                    <w:bottom w:w="45" w:type="dxa"/>
                    <w:right w:w="70" w:type="dxa"/>
                  </w:tcMar>
                </w:tcPr>
                <w:p w14:paraId="169EECDA" w14:textId="77777777" w:rsidR="008D43AB" w:rsidRDefault="00000000">
                  <w:pPr>
                    <w:keepNext/>
                  </w:pPr>
                  <w:r>
                    <w:rPr>
                      <w:b/>
                      <w:color w:val="000000"/>
                    </w:rPr>
                    <w:t>KRITERIJI USPEŠNOSTI</w:t>
                  </w:r>
                </w:p>
              </w:tc>
            </w:tr>
          </w:tbl>
          <w:p w14:paraId="6495A7C1" w14:textId="77777777" w:rsidR="008D43AB" w:rsidRDefault="008D43AB"/>
          <w:p w14:paraId="5C5180D6" w14:textId="77777777" w:rsidR="008D43AB" w:rsidRDefault="00000000">
            <w:pPr>
              <w:spacing w:before="20" w:after="20" w:line="245" w:lineRule="auto"/>
            </w:pPr>
            <w:r>
              <w:rPr>
                <w:b/>
                <w:color w:val="000000"/>
                <w:sz w:val="16"/>
              </w:rPr>
              <w:t>Uspešen/-na bom, ko:</w:t>
            </w:r>
          </w:p>
          <w:p w14:paraId="3DC876E5" w14:textId="77777777" w:rsidR="008D43AB" w:rsidRDefault="00000000">
            <w:pPr>
              <w:pStyle w:val="Oznaenseznam"/>
              <w:spacing w:after="16"/>
            </w:pPr>
            <w:r>
              <w:rPr>
                <w:color w:val="000000"/>
                <w:sz w:val="16"/>
              </w:rPr>
              <w:t>pojem pesem</w:t>
            </w:r>
          </w:p>
          <w:p w14:paraId="4E861146" w14:textId="77777777" w:rsidR="008D43AB" w:rsidRDefault="00000000">
            <w:pPr>
              <w:pStyle w:val="Oznaenseznam"/>
              <w:spacing w:after="16"/>
            </w:pPr>
            <w:r>
              <w:rPr>
                <w:color w:val="000000"/>
                <w:sz w:val="16"/>
              </w:rPr>
              <w:t>razlikujem solo in skupinsko petje</w:t>
            </w:r>
          </w:p>
          <w:p w14:paraId="08517B5B" w14:textId="77777777" w:rsidR="008D43AB" w:rsidRDefault="00000000">
            <w:pPr>
              <w:pStyle w:val="Oznaenseznam"/>
              <w:spacing w:after="16"/>
            </w:pPr>
            <w:r>
              <w:rPr>
                <w:color w:val="000000"/>
                <w:sz w:val="16"/>
              </w:rPr>
              <w:t>spremljam z lastnimi glasbili</w:t>
            </w:r>
          </w:p>
          <w:p w14:paraId="38F60C21" w14:textId="77777777" w:rsidR="008D43AB" w:rsidRDefault="00000000">
            <w:pPr>
              <w:pStyle w:val="Oznaenseznam"/>
              <w:spacing w:after="16"/>
            </w:pPr>
            <w:r>
              <w:rPr>
                <w:color w:val="000000"/>
                <w:sz w:val="16"/>
              </w:rPr>
              <w:t>upoštevam dogovorjeni začetek, konec, znak za tišino in varno glasnost</w:t>
            </w:r>
          </w:p>
          <w:p w14:paraId="523C1F0F"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678070D1" w14:textId="77777777" w:rsidR="008D43AB" w:rsidRDefault="008D43AB"/>
          <w:p w14:paraId="4574F11F"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3252FB05" w14:textId="77777777" w:rsidR="008D43AB" w:rsidRDefault="00000000">
            <w:pPr>
              <w:spacing w:after="80" w:line="245" w:lineRule="auto"/>
            </w:pPr>
            <w:r>
              <w:rPr>
                <w:color w:val="000000"/>
                <w:sz w:val="16"/>
              </w:rPr>
              <w:t>Pove ali pokaže, kaj že zna in katero glasbeno strategijo bi uporabil.</w:t>
            </w:r>
          </w:p>
          <w:p w14:paraId="3474B09B" w14:textId="77777777" w:rsidR="008D43AB" w:rsidRDefault="00000000">
            <w:pPr>
              <w:spacing w:after="100" w:line="245" w:lineRule="auto"/>
            </w:pPr>
            <w:r>
              <w:rPr>
                <w:color w:val="000000"/>
                <w:sz w:val="16"/>
              </w:rPr>
              <w:t>Sodeluje pri razumevanju namenov, meril uspešnosti, varne glasnosti in načina dokazovanja.</w:t>
            </w:r>
          </w:p>
          <w:p w14:paraId="7BA7F037" w14:textId="77777777" w:rsidR="008D43AB" w:rsidRDefault="00000000">
            <w:pPr>
              <w:spacing w:after="20" w:line="245" w:lineRule="auto"/>
            </w:pPr>
            <w:r>
              <w:rPr>
                <w:b/>
                <w:color w:val="D95BC6"/>
                <w:sz w:val="17"/>
              </w:rPr>
              <w:t>DOKAZ O UČENJU</w:t>
            </w:r>
          </w:p>
          <w:p w14:paraId="74B759E0"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49B9AA7B"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214F72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CE1370"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CC98F6" w14:textId="77777777" w:rsidR="008D43AB" w:rsidRDefault="00000000">
            <w:pPr>
              <w:jc w:val="center"/>
            </w:pPr>
            <w:r>
              <w:rPr>
                <w:b/>
                <w:color w:val="000000"/>
                <w:sz w:val="20"/>
              </w:rPr>
              <w:t>UČNE DEJAVNOSTI, METODE IN FORMATIVNO SPREMLJANJE</w:t>
            </w:r>
          </w:p>
        </w:tc>
      </w:tr>
      <w:tr w:rsidR="008D43AB" w14:paraId="47631915" w14:textId="77777777">
        <w:trPr>
          <w:tblHeader/>
          <w:jc w:val="center"/>
        </w:trPr>
        <w:tc>
          <w:tcPr>
            <w:tcW w:w="4422" w:type="dxa"/>
            <w:vMerge/>
            <w:tcMar>
              <w:top w:w="70" w:type="dxa"/>
              <w:left w:w="90" w:type="dxa"/>
              <w:bottom w:w="70" w:type="dxa"/>
              <w:right w:w="90" w:type="dxa"/>
            </w:tcMar>
            <w:vAlign w:val="center"/>
          </w:tcPr>
          <w:p w14:paraId="095A4839" w14:textId="77777777" w:rsidR="008D43AB" w:rsidRDefault="008D43AB"/>
        </w:tc>
        <w:tc>
          <w:tcPr>
            <w:tcW w:w="7087" w:type="dxa"/>
            <w:shd w:val="clear" w:color="auto" w:fill="FFFFFF"/>
            <w:tcMar>
              <w:top w:w="70" w:type="dxa"/>
              <w:left w:w="90" w:type="dxa"/>
              <w:bottom w:w="70" w:type="dxa"/>
              <w:right w:w="90" w:type="dxa"/>
            </w:tcMar>
            <w:vAlign w:val="center"/>
          </w:tcPr>
          <w:p w14:paraId="679156E5"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DBF8521" w14:textId="77777777" w:rsidR="008D43AB" w:rsidRDefault="00000000">
            <w:pPr>
              <w:jc w:val="center"/>
            </w:pPr>
            <w:r>
              <w:rPr>
                <w:b/>
                <w:color w:val="000000"/>
              </w:rPr>
              <w:t>UČENEC</w:t>
            </w:r>
          </w:p>
        </w:tc>
      </w:tr>
      <w:tr w:rsidR="008D43AB" w14:paraId="113BDDE4" w14:textId="77777777">
        <w:trPr>
          <w:jc w:val="center"/>
        </w:trPr>
        <w:tc>
          <w:tcPr>
            <w:tcW w:w="4422" w:type="dxa"/>
            <w:tcMar>
              <w:top w:w="70" w:type="dxa"/>
              <w:left w:w="90" w:type="dxa"/>
              <w:bottom w:w="70" w:type="dxa"/>
              <w:right w:w="90" w:type="dxa"/>
            </w:tcMar>
          </w:tcPr>
          <w:p w14:paraId="3FC60927" w14:textId="77777777" w:rsidR="008D43AB" w:rsidRDefault="008D43AB"/>
          <w:p w14:paraId="2B5A04CC" w14:textId="77777777" w:rsidR="008D43AB" w:rsidRDefault="00000000">
            <w:pPr>
              <w:spacing w:after="40" w:line="245" w:lineRule="auto"/>
            </w:pPr>
            <w:r>
              <w:rPr>
                <w:b/>
                <w:color w:val="000000"/>
              </w:rPr>
              <w:t>KLJUČNI GLASBENI POJMI</w:t>
            </w:r>
          </w:p>
          <w:p w14:paraId="3776C19A" w14:textId="77777777" w:rsidR="008D43AB" w:rsidRDefault="00000000">
            <w:pPr>
              <w:spacing w:after="60" w:line="245" w:lineRule="auto"/>
            </w:pPr>
            <w:r>
              <w:rPr>
                <w:color w:val="000000"/>
                <w:sz w:val="15"/>
              </w:rPr>
              <w:t>poslušanje, zvok, tišina, izvedba, glasbeni znak, dokaz, povratna informacija</w:t>
            </w:r>
          </w:p>
          <w:p w14:paraId="61EE1353" w14:textId="77777777" w:rsidR="008D43AB" w:rsidRDefault="00000000">
            <w:pPr>
              <w:spacing w:after="20" w:line="245" w:lineRule="auto"/>
            </w:pPr>
            <w:r>
              <w:rPr>
                <w:b/>
                <w:color w:val="000000"/>
                <w:sz w:val="17"/>
              </w:rPr>
              <w:t>DOKAZI O UČENJU</w:t>
            </w:r>
          </w:p>
          <w:p w14:paraId="056843F4" w14:textId="77777777" w:rsidR="008D43AB" w:rsidRDefault="00000000">
            <w:pPr>
              <w:pStyle w:val="Oznaenseznam"/>
              <w:spacing w:after="9"/>
            </w:pPr>
            <w:r>
              <w:rPr>
                <w:color w:val="000000"/>
                <w:sz w:val="15"/>
              </w:rPr>
              <w:t>poslušalski gibalni odziv, ritmični/pevski odmev in učiteljev zapis o skupnem pulzu oziroma začetku/koncu.</w:t>
            </w:r>
          </w:p>
          <w:p w14:paraId="0C03913B" w14:textId="77777777" w:rsidR="008D43AB" w:rsidRDefault="00000000">
            <w:pPr>
              <w:pStyle w:val="Oznaenseznam"/>
              <w:spacing w:after="9"/>
            </w:pPr>
            <w:r>
              <w:rPr>
                <w:color w:val="000000"/>
                <w:sz w:val="15"/>
              </w:rPr>
              <w:t>slikovni zvočni zapis, skupinska izvedba/posnetek in vrstniška opisna povratna informacija.</w:t>
            </w:r>
          </w:p>
          <w:p w14:paraId="7FE730A3" w14:textId="77777777" w:rsidR="008D43AB" w:rsidRDefault="00000000">
            <w:pPr>
              <w:spacing w:before="40" w:after="20" w:line="245" w:lineRule="auto"/>
            </w:pPr>
            <w:r>
              <w:rPr>
                <w:b/>
                <w:color w:val="000000"/>
                <w:sz w:val="17"/>
              </w:rPr>
              <w:t>GLASBENO DOŽIVETJE IN IZKUŠENJSKI POUK</w:t>
            </w:r>
          </w:p>
          <w:p w14:paraId="6341E3DC"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71CF587E" w14:textId="77777777" w:rsidR="008D43AB" w:rsidRDefault="00000000">
            <w:pPr>
              <w:spacing w:after="20" w:line="245" w:lineRule="auto"/>
            </w:pPr>
            <w:r>
              <w:rPr>
                <w:b/>
                <w:color w:val="000000"/>
                <w:sz w:val="17"/>
              </w:rPr>
              <w:t>POUČEVANJE V GIBANJU</w:t>
            </w:r>
          </w:p>
          <w:p w14:paraId="3A82D75B"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88C8205" w14:textId="77777777" w:rsidR="008D43AB" w:rsidRDefault="00000000">
            <w:pPr>
              <w:spacing w:after="20" w:line="245" w:lineRule="auto"/>
            </w:pPr>
            <w:r>
              <w:rPr>
                <w:b/>
                <w:color w:val="000000"/>
                <w:sz w:val="17"/>
              </w:rPr>
              <w:t>DELO PO POSTAJAH</w:t>
            </w:r>
          </w:p>
          <w:p w14:paraId="5164C9FD"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22A5D663" w14:textId="77777777" w:rsidR="008D43AB" w:rsidRDefault="00000000">
            <w:pPr>
              <w:spacing w:after="10" w:line="245" w:lineRule="auto"/>
            </w:pPr>
            <w:r>
              <w:rPr>
                <w:color w:val="000000"/>
                <w:sz w:val="15"/>
              </w:rPr>
              <w:t>1. Aktivno poslušanje: prepoznam zvočni vir ali spremembo ter odziv pokažem s kartico, gibom ali besedo.</w:t>
            </w:r>
          </w:p>
          <w:p w14:paraId="4F1E67E2" w14:textId="77777777" w:rsidR="008D43AB" w:rsidRDefault="00000000">
            <w:pPr>
              <w:spacing w:after="10" w:line="245" w:lineRule="auto"/>
            </w:pPr>
            <w:r>
              <w:rPr>
                <w:color w:val="000000"/>
                <w:sz w:val="15"/>
              </w:rPr>
              <w:t>2. Gibalna: glasbeno lastnost ponazorim s hojo, nivojem telesa, smerjo, hitrostjo in zamrznitvijo.</w:t>
            </w:r>
          </w:p>
          <w:p w14:paraId="5C8433B9" w14:textId="77777777" w:rsidR="008D43AB" w:rsidRDefault="00000000">
            <w:pPr>
              <w:spacing w:after="10" w:line="245" w:lineRule="auto"/>
            </w:pPr>
            <w:r>
              <w:rPr>
                <w:color w:val="000000"/>
                <w:sz w:val="15"/>
              </w:rPr>
              <w:t>3. Izvajalska: zvok posnemam z glasom, telesom ali glasbilom ter upoštevam začetek, konec in tišino.</w:t>
            </w:r>
          </w:p>
          <w:p w14:paraId="56C12C41" w14:textId="77777777" w:rsidR="008D43AB" w:rsidRDefault="00000000">
            <w:pPr>
              <w:spacing w:after="10" w:line="245" w:lineRule="auto"/>
            </w:pPr>
            <w:r>
              <w:rPr>
                <w:color w:val="000000"/>
                <w:sz w:val="15"/>
              </w:rPr>
              <w:t>4. Likovno-zapisna: doživetje ali zvočno zaporedje prikažem s simboli, ga predstavim in izboljšam.</w:t>
            </w:r>
          </w:p>
          <w:p w14:paraId="4BCB909B" w14:textId="77777777" w:rsidR="008D43AB" w:rsidRDefault="00000000">
            <w:pPr>
              <w:spacing w:after="20" w:line="245" w:lineRule="auto"/>
            </w:pPr>
            <w:r>
              <w:rPr>
                <w:b/>
                <w:color w:val="000000"/>
                <w:sz w:val="17"/>
              </w:rPr>
              <w:t>DIFERENCIACIJA IN VKLJUČEVANJE</w:t>
            </w:r>
          </w:p>
          <w:p w14:paraId="5B775FBA"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0DA03F1C" w14:textId="77777777" w:rsidR="008D43AB" w:rsidRDefault="00000000">
            <w:pPr>
              <w:spacing w:after="20" w:line="245" w:lineRule="auto"/>
            </w:pPr>
            <w:r>
              <w:rPr>
                <w:b/>
                <w:color w:val="000000"/>
                <w:sz w:val="17"/>
              </w:rPr>
              <w:t>SPREMLJANJE</w:t>
            </w:r>
          </w:p>
          <w:p w14:paraId="57A1D529"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767B646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0B228B4" w14:textId="77777777">
              <w:trPr>
                <w:jc w:val="center"/>
              </w:trPr>
              <w:tc>
                <w:tcPr>
                  <w:tcW w:w="7087" w:type="dxa"/>
                  <w:shd w:val="clear" w:color="auto" w:fill="C6E7F3"/>
                  <w:tcMar>
                    <w:top w:w="45" w:type="dxa"/>
                    <w:left w:w="70" w:type="dxa"/>
                    <w:bottom w:w="45" w:type="dxa"/>
                    <w:right w:w="70" w:type="dxa"/>
                  </w:tcMar>
                </w:tcPr>
                <w:p w14:paraId="76C6B8F3" w14:textId="77777777" w:rsidR="008D43AB" w:rsidRDefault="00000000">
                  <w:pPr>
                    <w:keepNext/>
                  </w:pPr>
                  <w:r>
                    <w:rPr>
                      <w:b/>
                      <w:color w:val="000000"/>
                      <w:sz w:val="17"/>
                    </w:rPr>
                    <w:t>GLAVNI DEL – POSLUŠANJE, IZVAJANJE, GIBANJE IN USTVARJANJE (2 šolski uri)</w:t>
                  </w:r>
                </w:p>
              </w:tc>
            </w:tr>
          </w:tbl>
          <w:p w14:paraId="0DD066EC" w14:textId="77777777" w:rsidR="008D43AB" w:rsidRDefault="008D43AB">
            <w:pPr>
              <w:spacing w:line="20" w:lineRule="exact"/>
            </w:pPr>
          </w:p>
          <w:p w14:paraId="0F0923EF" w14:textId="77777777" w:rsidR="008D43AB" w:rsidRDefault="00000000">
            <w:pPr>
              <w:keepNext/>
              <w:spacing w:before="24" w:after="8" w:line="245" w:lineRule="auto"/>
            </w:pPr>
            <w:r>
              <w:rPr>
                <w:b/>
                <w:color w:val="000000"/>
                <w:sz w:val="16"/>
              </w:rPr>
              <w:t>1. URA – Družinske Pesmi – Poslušam in izvajam</w:t>
            </w:r>
          </w:p>
          <w:p w14:paraId="6CB44424"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»DRUŽINSKE PESMI«,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5AA6FB62"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5306C46E"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45AA8408" w14:textId="77777777" w:rsidR="008D43AB" w:rsidRDefault="00000000">
            <w:pPr>
              <w:keepNext/>
              <w:spacing w:before="24" w:after="8" w:line="245" w:lineRule="auto"/>
            </w:pPr>
            <w:r>
              <w:rPr>
                <w:b/>
                <w:color w:val="000000"/>
                <w:sz w:val="16"/>
              </w:rPr>
              <w:t>2. URA – Družinske Pesmi – Ustvarim in nastopim</w:t>
            </w:r>
          </w:p>
          <w:p w14:paraId="3997F91A"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družinske pesmi«; usmerja izbiro, zapis, vajo in menjavo vlog. Zaključek: 10' – Organizira nastop in odziv poslušalcev po kriterijih; posname kratek dokaz, če so soglasja urejena.</w:t>
            </w:r>
          </w:p>
          <w:p w14:paraId="163C3E41"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202CF4FE"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0903F3FF" w14:textId="77777777">
              <w:trPr>
                <w:jc w:val="center"/>
              </w:trPr>
              <w:tc>
                <w:tcPr>
                  <w:tcW w:w="7087" w:type="dxa"/>
                  <w:shd w:val="clear" w:color="auto" w:fill="EDC9EA"/>
                  <w:tcMar>
                    <w:top w:w="45" w:type="dxa"/>
                    <w:left w:w="70" w:type="dxa"/>
                    <w:bottom w:w="45" w:type="dxa"/>
                    <w:right w:w="70" w:type="dxa"/>
                  </w:tcMar>
                </w:tcPr>
                <w:p w14:paraId="77BF82A5" w14:textId="77777777" w:rsidR="008D43AB" w:rsidRDefault="00000000">
                  <w:pPr>
                    <w:keepNext/>
                  </w:pPr>
                  <w:r>
                    <w:rPr>
                      <w:b/>
                      <w:color w:val="000000"/>
                      <w:sz w:val="17"/>
                    </w:rPr>
                    <w:t>ORGANIZACIJA POSTAJ IN PREHODOV</w:t>
                  </w:r>
                </w:p>
              </w:tc>
            </w:tr>
          </w:tbl>
          <w:p w14:paraId="77B44172" w14:textId="77777777" w:rsidR="008D43AB" w:rsidRDefault="008D43AB"/>
          <w:p w14:paraId="593F9B03"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782AB1CE"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18F4255F"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694A78F6"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690F7232"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109CD989" w14:textId="77777777" w:rsidR="008D43AB" w:rsidRDefault="008D43AB"/>
          <w:p w14:paraId="6C52096D" w14:textId="77777777" w:rsidR="008D43AB" w:rsidRDefault="00000000">
            <w:pPr>
              <w:spacing w:after="6" w:line="245" w:lineRule="auto"/>
            </w:pPr>
            <w:r>
              <w:rPr>
                <w:b/>
                <w:color w:val="000000"/>
                <w:sz w:val="15"/>
              </w:rPr>
              <w:t>1. URA – Družinske Pesmi – Poslušam in izvajam</w:t>
            </w:r>
          </w:p>
          <w:p w14:paraId="22407E54"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F3B2D5E" w14:textId="77777777" w:rsidR="008D43AB" w:rsidRDefault="00000000">
            <w:pPr>
              <w:spacing w:after="20" w:line="245" w:lineRule="auto"/>
            </w:pPr>
            <w:r>
              <w:rPr>
                <w:color w:val="D95BC6"/>
                <w:sz w:val="14"/>
              </w:rPr>
              <w:t>Dokaz: poslušalski gibalni odziv, ritmični/pevski odmev in učiteljev zapis o skupnem pulzu oziroma.</w:t>
            </w:r>
          </w:p>
          <w:p w14:paraId="3C482240" w14:textId="77777777" w:rsidR="008D43AB" w:rsidRDefault="00000000">
            <w:pPr>
              <w:spacing w:after="6" w:line="245" w:lineRule="auto"/>
            </w:pPr>
            <w:r>
              <w:rPr>
                <w:b/>
                <w:color w:val="000000"/>
                <w:sz w:val="15"/>
              </w:rPr>
              <w:t>2. URA – Družinske Pesmi – Ustvarim in nastopim</w:t>
            </w:r>
          </w:p>
          <w:p w14:paraId="3656C672"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3A07CB0C" w14:textId="77777777" w:rsidR="008D43AB" w:rsidRDefault="00000000">
            <w:pPr>
              <w:spacing w:after="20" w:line="245" w:lineRule="auto"/>
            </w:pPr>
            <w:r>
              <w:rPr>
                <w:color w:val="D95BC6"/>
                <w:sz w:val="14"/>
              </w:rPr>
              <w:t>Dokaz: slikovni zvočni zapis, skupinska izvedba/posnetek in vrstniška opisna povratna informacija.</w:t>
            </w:r>
          </w:p>
          <w:p w14:paraId="580557B6" w14:textId="77777777" w:rsidR="008D43AB" w:rsidRDefault="00000000">
            <w:pPr>
              <w:spacing w:before="40" w:after="20" w:line="245" w:lineRule="auto"/>
            </w:pPr>
            <w:r>
              <w:rPr>
                <w:b/>
                <w:color w:val="D95BC6"/>
                <w:sz w:val="16"/>
              </w:rPr>
              <w:t>MOJ KROG POSTAJ</w:t>
            </w:r>
          </w:p>
          <w:p w14:paraId="6002BE7A" w14:textId="77777777" w:rsidR="008D43AB" w:rsidRDefault="00000000">
            <w:pPr>
              <w:spacing w:after="11" w:line="245" w:lineRule="auto"/>
            </w:pPr>
            <w:r>
              <w:rPr>
                <w:color w:val="000000"/>
                <w:sz w:val="14"/>
              </w:rPr>
              <w:t>1. Aktivno poslušanje: prepoznam zvočni vir ali spremembo ter odziv pokažem s kartico.</w:t>
            </w:r>
          </w:p>
          <w:p w14:paraId="64523498" w14:textId="77777777" w:rsidR="008D43AB" w:rsidRDefault="00000000">
            <w:pPr>
              <w:spacing w:after="11" w:line="245" w:lineRule="auto"/>
            </w:pPr>
            <w:r>
              <w:rPr>
                <w:color w:val="000000"/>
                <w:sz w:val="14"/>
              </w:rPr>
              <w:t>2. Gibalna: glasbeno lastnost ponazorim s hojo, nivojem telesa, smerjo.</w:t>
            </w:r>
          </w:p>
          <w:p w14:paraId="40B8A919" w14:textId="77777777" w:rsidR="008D43AB" w:rsidRDefault="00000000">
            <w:pPr>
              <w:spacing w:after="11" w:line="245" w:lineRule="auto"/>
            </w:pPr>
            <w:r>
              <w:rPr>
                <w:color w:val="000000"/>
                <w:sz w:val="14"/>
              </w:rPr>
              <w:t>3. Izvajalska: zvok posnemam z glasom, telesom ali glasbilom ter upoštevam začetek.</w:t>
            </w:r>
          </w:p>
          <w:p w14:paraId="073C03EB" w14:textId="77777777" w:rsidR="008D43AB" w:rsidRDefault="00000000">
            <w:pPr>
              <w:spacing w:after="11" w:line="245" w:lineRule="auto"/>
            </w:pPr>
            <w:r>
              <w:rPr>
                <w:color w:val="000000"/>
                <w:sz w:val="14"/>
              </w:rPr>
              <w:t>4. Likovno-zapisna: doživetje ali zvočno zaporedje prikažem s simboli.</w:t>
            </w:r>
          </w:p>
          <w:p w14:paraId="246F0E10"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37B3E6C" w14:textId="77777777" w:rsidR="008D43AB" w:rsidRDefault="00000000">
            <w:pPr>
              <w:spacing w:after="20" w:line="245" w:lineRule="auto"/>
            </w:pPr>
            <w:r>
              <w:rPr>
                <w:b/>
                <w:color w:val="D95BC6"/>
                <w:sz w:val="17"/>
              </w:rPr>
              <w:t>DOKAZ O UČENJU</w:t>
            </w:r>
          </w:p>
          <w:p w14:paraId="3A16A16E"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40BC410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11865A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116A0A7"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C1DDF9D" w14:textId="77777777" w:rsidR="008D43AB" w:rsidRDefault="00000000">
            <w:pPr>
              <w:jc w:val="center"/>
            </w:pPr>
            <w:r>
              <w:rPr>
                <w:b/>
                <w:color w:val="000000"/>
                <w:sz w:val="20"/>
              </w:rPr>
              <w:t>UČNE DEJAVNOSTI, METODE IN FORMATIVNO SPREMLJANJE</w:t>
            </w:r>
          </w:p>
        </w:tc>
      </w:tr>
      <w:tr w:rsidR="008D43AB" w14:paraId="7084095F" w14:textId="77777777">
        <w:trPr>
          <w:tblHeader/>
          <w:jc w:val="center"/>
        </w:trPr>
        <w:tc>
          <w:tcPr>
            <w:tcW w:w="4422" w:type="dxa"/>
            <w:vMerge/>
            <w:tcMar>
              <w:top w:w="70" w:type="dxa"/>
              <w:left w:w="90" w:type="dxa"/>
              <w:bottom w:w="70" w:type="dxa"/>
              <w:right w:w="90" w:type="dxa"/>
            </w:tcMar>
            <w:vAlign w:val="center"/>
          </w:tcPr>
          <w:p w14:paraId="700156F1" w14:textId="77777777" w:rsidR="008D43AB" w:rsidRDefault="008D43AB"/>
        </w:tc>
        <w:tc>
          <w:tcPr>
            <w:tcW w:w="7087" w:type="dxa"/>
            <w:shd w:val="clear" w:color="auto" w:fill="FFFFFF"/>
            <w:tcMar>
              <w:top w:w="70" w:type="dxa"/>
              <w:left w:w="90" w:type="dxa"/>
              <w:bottom w:w="70" w:type="dxa"/>
              <w:right w:w="90" w:type="dxa"/>
            </w:tcMar>
            <w:vAlign w:val="center"/>
          </w:tcPr>
          <w:p w14:paraId="7E71451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A75B3EA" w14:textId="77777777" w:rsidR="008D43AB" w:rsidRDefault="00000000">
            <w:pPr>
              <w:jc w:val="center"/>
            </w:pPr>
            <w:r>
              <w:rPr>
                <w:b/>
                <w:color w:val="000000"/>
              </w:rPr>
              <w:t>UČENEC</w:t>
            </w:r>
          </w:p>
        </w:tc>
      </w:tr>
      <w:tr w:rsidR="008D43AB" w14:paraId="79F502B1" w14:textId="77777777">
        <w:trPr>
          <w:jc w:val="center"/>
        </w:trPr>
        <w:tc>
          <w:tcPr>
            <w:tcW w:w="4422" w:type="dxa"/>
            <w:tcMar>
              <w:top w:w="70" w:type="dxa"/>
              <w:left w:w="90" w:type="dxa"/>
              <w:bottom w:w="70" w:type="dxa"/>
              <w:right w:w="90" w:type="dxa"/>
            </w:tcMar>
          </w:tcPr>
          <w:p w14:paraId="14687AE6" w14:textId="77777777" w:rsidR="008D43AB" w:rsidRDefault="008D43AB"/>
          <w:p w14:paraId="073F86ED" w14:textId="77777777" w:rsidR="008D43AB" w:rsidRDefault="00000000">
            <w:pPr>
              <w:spacing w:after="40" w:line="245" w:lineRule="auto"/>
            </w:pPr>
            <w:r>
              <w:rPr>
                <w:b/>
                <w:color w:val="000000"/>
              </w:rPr>
              <w:t>FORMATIVNO SPREMLJANJE</w:t>
            </w:r>
          </w:p>
          <w:p w14:paraId="2B27DC82" w14:textId="77777777" w:rsidR="008D43AB" w:rsidRDefault="00000000">
            <w:pPr>
              <w:pStyle w:val="Oznaenseznam"/>
              <w:spacing w:after="16"/>
            </w:pPr>
            <w:r>
              <w:rPr>
                <w:color w:val="000000"/>
                <w:sz w:val="16"/>
              </w:rPr>
              <w:t>predznanje: zvočna napoved, izbira kartice, gib, ritmični oziroma pevski poskus ali začetni simbol</w:t>
            </w:r>
          </w:p>
          <w:p w14:paraId="334339B9" w14:textId="77777777" w:rsidR="008D43AB" w:rsidRDefault="00000000">
            <w:pPr>
              <w:pStyle w:val="Oznaenseznam"/>
              <w:spacing w:after="16"/>
            </w:pPr>
            <w:r>
              <w:rPr>
                <w:color w:val="000000"/>
                <w:sz w:val="16"/>
              </w:rPr>
              <w:t>nameni in merila: kratka poved, slikovni znak, model izvedbe ter vidna pravila varne glasnosti</w:t>
            </w:r>
          </w:p>
          <w:p w14:paraId="350A4786"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6666A6EF" w14:textId="77777777" w:rsidR="008D43AB" w:rsidRDefault="00000000">
            <w:pPr>
              <w:pStyle w:val="Oznaenseznam"/>
              <w:spacing w:after="16"/>
            </w:pPr>
            <w:r>
              <w:rPr>
                <w:color w:val="000000"/>
                <w:sz w:val="16"/>
              </w:rPr>
              <w:t>povratna informacija: opis slišane strategije, povezava z enim merilom in izvedljiv naslednji korak</w:t>
            </w:r>
          </w:p>
          <w:p w14:paraId="0B1F1511" w14:textId="77777777" w:rsidR="008D43AB" w:rsidRDefault="00000000">
            <w:pPr>
              <w:pStyle w:val="Oznaenseznam"/>
              <w:spacing w:after="16"/>
            </w:pPr>
            <w:r>
              <w:rPr>
                <w:color w:val="000000"/>
                <w:sz w:val="16"/>
              </w:rPr>
              <w:t>samovrednotenje: barvni zvočni semafor, lestvica samostojnosti, izbran dokaz in ponovna izvedba</w:t>
            </w:r>
          </w:p>
          <w:p w14:paraId="4277D26A" w14:textId="77777777" w:rsidR="008D43AB" w:rsidRDefault="00000000">
            <w:pPr>
              <w:spacing w:before="40" w:after="20" w:line="245" w:lineRule="auto"/>
            </w:pPr>
            <w:r>
              <w:rPr>
                <w:b/>
                <w:color w:val="000000"/>
                <w:sz w:val="17"/>
              </w:rPr>
              <w:t>VARNOST IN VAROVANJE SLUHA</w:t>
            </w:r>
          </w:p>
          <w:p w14:paraId="09D010EA"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0E25A3C6" w14:textId="77777777" w:rsidR="008D43AB" w:rsidRDefault="00000000">
            <w:pPr>
              <w:spacing w:after="20" w:line="245" w:lineRule="auto"/>
            </w:pPr>
            <w:r>
              <w:rPr>
                <w:b/>
                <w:color w:val="000000"/>
                <w:sz w:val="17"/>
              </w:rPr>
              <w:t>EVIDENCA PO IZVEDBI</w:t>
            </w:r>
          </w:p>
          <w:p w14:paraId="55089056"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44960FEE" w14:textId="77777777" w:rsidR="008D43AB" w:rsidRDefault="00000000">
            <w:pPr>
              <w:spacing w:before="40" w:after="20" w:line="245" w:lineRule="auto"/>
            </w:pPr>
            <w:r>
              <w:rPr>
                <w:b/>
                <w:color w:val="000000"/>
                <w:sz w:val="17"/>
              </w:rPr>
              <w:t>RAVEN DOSEGANJA</w:t>
            </w:r>
          </w:p>
          <w:p w14:paraId="4BEDEB63"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016C0B3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F1867DE" w14:textId="77777777">
              <w:trPr>
                <w:jc w:val="center"/>
              </w:trPr>
              <w:tc>
                <w:tcPr>
                  <w:tcW w:w="7087" w:type="dxa"/>
                  <w:shd w:val="clear" w:color="auto" w:fill="EDC9EA"/>
                  <w:tcMar>
                    <w:top w:w="45" w:type="dxa"/>
                    <w:left w:w="70" w:type="dxa"/>
                    <w:bottom w:w="45" w:type="dxa"/>
                    <w:right w:w="70" w:type="dxa"/>
                  </w:tcMar>
                </w:tcPr>
                <w:p w14:paraId="28F6CCB8" w14:textId="77777777" w:rsidR="008D43AB" w:rsidRDefault="00000000">
                  <w:pPr>
                    <w:keepNext/>
                  </w:pPr>
                  <w:r>
                    <w:rPr>
                      <w:b/>
                      <w:color w:val="000000"/>
                    </w:rPr>
                    <w:t>VPRAŠANJA V PODPORO GLASBENEMU UČENJU</w:t>
                  </w:r>
                </w:p>
              </w:tc>
            </w:tr>
          </w:tbl>
          <w:p w14:paraId="06557765" w14:textId="77777777" w:rsidR="008D43AB" w:rsidRDefault="008D43AB">
            <w:pPr>
              <w:spacing w:line="20" w:lineRule="exact"/>
            </w:pPr>
          </w:p>
          <w:p w14:paraId="17D22151" w14:textId="77777777" w:rsidR="008D43AB" w:rsidRDefault="00000000">
            <w:pPr>
              <w:pStyle w:val="Oznaenseznam"/>
              <w:spacing w:after="16"/>
            </w:pPr>
            <w:r>
              <w:rPr>
                <w:color w:val="000000"/>
                <w:sz w:val="16"/>
              </w:rPr>
              <w:t>Kaj si v glasbi slišal/-a, začutil/-a ali pokazal/-a z gibanjem?</w:t>
            </w:r>
          </w:p>
          <w:p w14:paraId="7354E46C" w14:textId="77777777" w:rsidR="008D43AB" w:rsidRDefault="00000000">
            <w:pPr>
              <w:pStyle w:val="Oznaenseznam"/>
              <w:spacing w:after="16"/>
            </w:pPr>
            <w:r>
              <w:rPr>
                <w:color w:val="000000"/>
                <w:sz w:val="16"/>
              </w:rPr>
              <w:t>Po katerem zvočnem znaku, lastnosti ali vzorcu si prepoznal/-a rešitev?</w:t>
            </w:r>
          </w:p>
          <w:p w14:paraId="1ACBEA13" w14:textId="77777777" w:rsidR="008D43AB" w:rsidRDefault="00000000">
            <w:pPr>
              <w:pStyle w:val="Oznaenseznam"/>
              <w:spacing w:after="16"/>
            </w:pPr>
            <w:r>
              <w:rPr>
                <w:color w:val="000000"/>
                <w:sz w:val="16"/>
              </w:rPr>
              <w:t>Kako veš, da je bil pulz, začetek, konec, glasnost ali skupinska izvedba skladna z merilom?</w:t>
            </w:r>
          </w:p>
          <w:p w14:paraId="1BDFAD40" w14:textId="77777777" w:rsidR="008D43AB" w:rsidRDefault="00000000">
            <w:pPr>
              <w:pStyle w:val="Oznaenseznam"/>
              <w:spacing w:after="16"/>
            </w:pPr>
            <w:r>
              <w:rPr>
                <w:color w:val="000000"/>
                <w:sz w:val="16"/>
              </w:rPr>
              <w:t>Zakaj si za motiv, osebo, dogodek ali okolje izbral/-a prav ta glas, predmet ali glasbilo?</w:t>
            </w:r>
          </w:p>
          <w:p w14:paraId="6F063BA0"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3D8ADF1C" w14:textId="77777777">
              <w:trPr>
                <w:jc w:val="center"/>
              </w:trPr>
              <w:tc>
                <w:tcPr>
                  <w:tcW w:w="7087" w:type="dxa"/>
                  <w:shd w:val="clear" w:color="auto" w:fill="C6E7F3"/>
                  <w:tcMar>
                    <w:top w:w="45" w:type="dxa"/>
                    <w:left w:w="70" w:type="dxa"/>
                    <w:bottom w:w="45" w:type="dxa"/>
                    <w:right w:w="70" w:type="dxa"/>
                  </w:tcMar>
                </w:tcPr>
                <w:p w14:paraId="5D2A5EFC" w14:textId="77777777" w:rsidR="008D43AB" w:rsidRDefault="00000000">
                  <w:pPr>
                    <w:keepNext/>
                  </w:pPr>
                  <w:r>
                    <w:rPr>
                      <w:b/>
                      <w:color w:val="000000"/>
                    </w:rPr>
                    <w:t>ZAKLJUČNI DEL – NASTOP, POSLUŠALSKI ODZIV IN REFLEKSIJA (8–12 min)</w:t>
                  </w:r>
                </w:p>
              </w:tc>
            </w:tr>
          </w:tbl>
          <w:p w14:paraId="139E0ECA" w14:textId="77777777" w:rsidR="008D43AB" w:rsidRDefault="008D43AB">
            <w:pPr>
              <w:spacing w:line="20" w:lineRule="exact"/>
            </w:pPr>
          </w:p>
          <w:p w14:paraId="31AA182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2D91EE0D" w14:textId="77777777">
              <w:trPr>
                <w:jc w:val="center"/>
              </w:trPr>
              <w:tc>
                <w:tcPr>
                  <w:tcW w:w="7087" w:type="dxa"/>
                  <w:shd w:val="clear" w:color="auto" w:fill="EDC9EA"/>
                  <w:tcMar>
                    <w:top w:w="45" w:type="dxa"/>
                    <w:left w:w="70" w:type="dxa"/>
                    <w:bottom w:w="45" w:type="dxa"/>
                    <w:right w:w="70" w:type="dxa"/>
                  </w:tcMar>
                </w:tcPr>
                <w:p w14:paraId="656D4F8E" w14:textId="77777777" w:rsidR="008D43AB" w:rsidRDefault="00000000">
                  <w:pPr>
                    <w:keepNext/>
                  </w:pPr>
                  <w:r>
                    <w:rPr>
                      <w:b/>
                      <w:color w:val="000000"/>
                    </w:rPr>
                    <w:t>SAMOVREDNOTENJE</w:t>
                  </w:r>
                </w:p>
              </w:tc>
            </w:tr>
          </w:tbl>
          <w:p w14:paraId="52663F0A" w14:textId="77777777" w:rsidR="008D43AB" w:rsidRDefault="008D43AB">
            <w:pPr>
              <w:spacing w:line="20" w:lineRule="exact"/>
            </w:pPr>
          </w:p>
          <w:p w14:paraId="378D4610"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57DA4EE2" w14:textId="77777777">
              <w:trPr>
                <w:jc w:val="center"/>
              </w:trPr>
              <w:tc>
                <w:tcPr>
                  <w:tcW w:w="7087" w:type="dxa"/>
                  <w:shd w:val="clear" w:color="auto" w:fill="EDC9EA"/>
                  <w:tcMar>
                    <w:top w:w="45" w:type="dxa"/>
                    <w:left w:w="70" w:type="dxa"/>
                    <w:bottom w:w="45" w:type="dxa"/>
                    <w:right w:w="70" w:type="dxa"/>
                  </w:tcMar>
                </w:tcPr>
                <w:p w14:paraId="41C5AF13" w14:textId="77777777" w:rsidR="008D43AB" w:rsidRDefault="00000000">
                  <w:pPr>
                    <w:keepNext/>
                  </w:pPr>
                  <w:r>
                    <w:rPr>
                      <w:b/>
                      <w:color w:val="000000"/>
                    </w:rPr>
                    <w:t>VRSTNIŠKO VREDNOTENJE</w:t>
                  </w:r>
                </w:p>
              </w:tc>
            </w:tr>
          </w:tbl>
          <w:p w14:paraId="6D110BEA" w14:textId="77777777" w:rsidR="008D43AB" w:rsidRDefault="008D43AB">
            <w:pPr>
              <w:spacing w:line="20" w:lineRule="exact"/>
            </w:pPr>
          </w:p>
          <w:p w14:paraId="42030BB7"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3B0033B4" w14:textId="77777777">
              <w:trPr>
                <w:jc w:val="center"/>
              </w:trPr>
              <w:tc>
                <w:tcPr>
                  <w:tcW w:w="7087" w:type="dxa"/>
                  <w:shd w:val="clear" w:color="auto" w:fill="EDC9EA"/>
                  <w:tcMar>
                    <w:top w:w="45" w:type="dxa"/>
                    <w:left w:w="70" w:type="dxa"/>
                    <w:bottom w:w="45" w:type="dxa"/>
                    <w:right w:w="70" w:type="dxa"/>
                  </w:tcMar>
                </w:tcPr>
                <w:p w14:paraId="09E54121" w14:textId="77777777" w:rsidR="008D43AB" w:rsidRDefault="00000000">
                  <w:pPr>
                    <w:keepNext/>
                  </w:pPr>
                  <w:r>
                    <w:rPr>
                      <w:b/>
                      <w:color w:val="000000"/>
                    </w:rPr>
                    <w:t>SKUPNI POVZETEK</w:t>
                  </w:r>
                </w:p>
              </w:tc>
            </w:tr>
          </w:tbl>
          <w:p w14:paraId="11CC5A62" w14:textId="77777777" w:rsidR="008D43AB" w:rsidRDefault="008D43AB"/>
          <w:p w14:paraId="67B41AD8" w14:textId="77777777" w:rsidR="008D43AB" w:rsidRDefault="00000000">
            <w:pPr>
              <w:spacing w:before="20" w:after="40" w:line="245" w:lineRule="auto"/>
            </w:pPr>
            <w:r>
              <w:rPr>
                <w:b/>
                <w:color w:val="000000"/>
                <w:sz w:val="16"/>
              </w:rPr>
              <w:t>pojem pesem; razlikujem solo in skupinsko petje; spremljam z lastnimi glasbili. Izbrani dokaz pojasnim in po povratni informaciji izboljšam.</w:t>
            </w:r>
          </w:p>
        </w:tc>
        <w:tc>
          <w:tcPr>
            <w:tcW w:w="2551" w:type="dxa"/>
            <w:tcMar>
              <w:top w:w="70" w:type="dxa"/>
              <w:left w:w="90" w:type="dxa"/>
              <w:bottom w:w="70" w:type="dxa"/>
              <w:right w:w="90" w:type="dxa"/>
            </w:tcMar>
          </w:tcPr>
          <w:p w14:paraId="0376C7FC" w14:textId="77777777" w:rsidR="008D43AB" w:rsidRDefault="008D43AB"/>
          <w:p w14:paraId="7EE2B728" w14:textId="77777777" w:rsidR="008D43AB" w:rsidRDefault="00000000">
            <w:pPr>
              <w:spacing w:after="80" w:line="245" w:lineRule="auto"/>
            </w:pPr>
            <w:r>
              <w:rPr>
                <w:color w:val="000000"/>
                <w:sz w:val="16"/>
              </w:rPr>
              <w:t>Odgovarja na podporna vprašanja in se sklicuje na slišano, izvedeno, ustvarjeno ali zapisano.</w:t>
            </w:r>
          </w:p>
          <w:p w14:paraId="5A99649A" w14:textId="77777777" w:rsidR="008D43AB" w:rsidRDefault="00000000">
            <w:pPr>
              <w:spacing w:after="80" w:line="245" w:lineRule="auto"/>
            </w:pPr>
            <w:r>
              <w:rPr>
                <w:color w:val="000000"/>
                <w:sz w:val="16"/>
              </w:rPr>
              <w:t>Predstavi izbrani dokaz ter pove, katero merilo z njim pokaže.</w:t>
            </w:r>
          </w:p>
          <w:p w14:paraId="49B55783" w14:textId="77777777" w:rsidR="008D43AB" w:rsidRDefault="00000000">
            <w:pPr>
              <w:spacing w:after="80" w:line="245" w:lineRule="auto"/>
            </w:pPr>
            <w:r>
              <w:rPr>
                <w:color w:val="000000"/>
                <w:sz w:val="16"/>
              </w:rPr>
              <w:t>Posluša vrstnika, opiše eno slišano moč in poda prijazen predlog za izboljšavo.</w:t>
            </w:r>
          </w:p>
          <w:p w14:paraId="4CEB2830" w14:textId="77777777" w:rsidR="008D43AB" w:rsidRDefault="00000000">
            <w:pPr>
              <w:spacing w:after="80" w:line="245" w:lineRule="auto"/>
            </w:pPr>
            <w:r>
              <w:rPr>
                <w:color w:val="000000"/>
                <w:sz w:val="16"/>
              </w:rPr>
              <w:t>Po povratni informaciji izvedbo, gib, ritem, zvočno izbiro ali slikovni zapis ponovi in izboljša.</w:t>
            </w:r>
          </w:p>
          <w:p w14:paraId="74718CFB" w14:textId="77777777" w:rsidR="008D43AB" w:rsidRDefault="00000000">
            <w:pPr>
              <w:spacing w:after="100" w:line="245" w:lineRule="auto"/>
            </w:pPr>
            <w:r>
              <w:rPr>
                <w:color w:val="000000"/>
                <w:sz w:val="16"/>
              </w:rPr>
              <w:t>Izbere raven samostojnosti ter določi majhen in izvedljiv naslednji glasbeni korak.</w:t>
            </w:r>
          </w:p>
          <w:p w14:paraId="433A6754" w14:textId="77777777" w:rsidR="008D43AB" w:rsidRDefault="00000000">
            <w:pPr>
              <w:spacing w:after="20" w:line="245" w:lineRule="auto"/>
            </w:pPr>
            <w:r>
              <w:rPr>
                <w:b/>
                <w:color w:val="D95BC6"/>
                <w:sz w:val="17"/>
              </w:rPr>
              <w:t>DOKAZ O UČENJU</w:t>
            </w:r>
          </w:p>
          <w:p w14:paraId="329ADBF5"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4775457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14EC9BD1" w14:textId="77777777">
        <w:trPr>
          <w:cantSplit/>
          <w:jc w:val="center"/>
        </w:trPr>
        <w:tc>
          <w:tcPr>
            <w:tcW w:w="14060" w:type="dxa"/>
            <w:gridSpan w:val="6"/>
            <w:tcMar>
              <w:top w:w="70" w:type="dxa"/>
              <w:left w:w="90" w:type="dxa"/>
              <w:bottom w:w="70" w:type="dxa"/>
              <w:right w:w="90" w:type="dxa"/>
            </w:tcMar>
            <w:vAlign w:val="center"/>
          </w:tcPr>
          <w:p w14:paraId="78F61E12" w14:textId="77777777" w:rsidR="008D43AB" w:rsidRDefault="00000000">
            <w:pPr>
              <w:jc w:val="center"/>
            </w:pPr>
            <w:r>
              <w:rPr>
                <w:b/>
                <w:color w:val="000000"/>
                <w:sz w:val="24"/>
              </w:rPr>
              <w:lastRenderedPageBreak/>
              <w:t>UČNA PRIPRAVA 14/39</w:t>
            </w:r>
          </w:p>
        </w:tc>
      </w:tr>
      <w:tr w:rsidR="008D43AB" w14:paraId="66FE08D6" w14:textId="77777777">
        <w:trPr>
          <w:jc w:val="center"/>
        </w:trPr>
        <w:tc>
          <w:tcPr>
            <w:tcW w:w="2665" w:type="dxa"/>
            <w:tcMar>
              <w:top w:w="70" w:type="dxa"/>
              <w:left w:w="90" w:type="dxa"/>
              <w:bottom w:w="70" w:type="dxa"/>
              <w:right w:w="90" w:type="dxa"/>
            </w:tcMar>
            <w:vAlign w:val="center"/>
          </w:tcPr>
          <w:p w14:paraId="54225D64"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565B592"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69F37F9F"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D73F1F2" w14:textId="77777777" w:rsidR="008D43AB" w:rsidRDefault="00000000">
            <w:r>
              <w:rPr>
                <w:b/>
                <w:color w:val="000000"/>
                <w:sz w:val="16"/>
              </w:rPr>
              <w:t xml:space="preserve">NAČRTOVANI TERMIN: </w:t>
            </w:r>
            <w:r>
              <w:rPr>
                <w:color w:val="000000"/>
                <w:sz w:val="16"/>
              </w:rPr>
              <w:t>14. teden • 7.–11. 12. 2026</w:t>
            </w:r>
          </w:p>
        </w:tc>
        <w:tc>
          <w:tcPr>
            <w:tcW w:w="2268" w:type="dxa"/>
            <w:tcMar>
              <w:top w:w="70" w:type="dxa"/>
              <w:left w:w="90" w:type="dxa"/>
              <w:bottom w:w="70" w:type="dxa"/>
              <w:right w:w="90" w:type="dxa"/>
            </w:tcMar>
            <w:vAlign w:val="center"/>
          </w:tcPr>
          <w:p w14:paraId="24159C12"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C111921" w14:textId="77777777" w:rsidR="008D43AB" w:rsidRDefault="00000000">
            <w:r>
              <w:rPr>
                <w:b/>
                <w:color w:val="000000"/>
                <w:sz w:val="16"/>
              </w:rPr>
              <w:t xml:space="preserve">ŠTEVILO UR: </w:t>
            </w:r>
            <w:r>
              <w:rPr>
                <w:color w:val="000000"/>
                <w:sz w:val="16"/>
              </w:rPr>
              <w:t>2</w:t>
            </w:r>
          </w:p>
        </w:tc>
      </w:tr>
      <w:tr w:rsidR="008D43AB" w14:paraId="0B3658D1" w14:textId="77777777">
        <w:trPr>
          <w:jc w:val="center"/>
        </w:trPr>
        <w:tc>
          <w:tcPr>
            <w:tcW w:w="14061" w:type="dxa"/>
            <w:gridSpan w:val="6"/>
            <w:tcMar>
              <w:top w:w="70" w:type="dxa"/>
              <w:left w:w="90" w:type="dxa"/>
              <w:bottom w:w="70" w:type="dxa"/>
              <w:right w:w="90" w:type="dxa"/>
            </w:tcMar>
            <w:vAlign w:val="center"/>
          </w:tcPr>
          <w:p w14:paraId="3AA5F1B4"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578930AD" w14:textId="77777777">
        <w:trPr>
          <w:cantSplit/>
          <w:jc w:val="center"/>
        </w:trPr>
        <w:tc>
          <w:tcPr>
            <w:tcW w:w="14060" w:type="dxa"/>
            <w:gridSpan w:val="6"/>
            <w:tcMar>
              <w:top w:w="70" w:type="dxa"/>
              <w:left w:w="90" w:type="dxa"/>
              <w:bottom w:w="70" w:type="dxa"/>
              <w:right w:w="90" w:type="dxa"/>
            </w:tcMar>
            <w:vAlign w:val="center"/>
          </w:tcPr>
          <w:p w14:paraId="3EF9F5E9" w14:textId="77777777" w:rsidR="008D43AB" w:rsidRDefault="008D43AB"/>
          <w:p w14:paraId="165BB706" w14:textId="77777777" w:rsidR="008D43AB" w:rsidRDefault="00000000">
            <w:pPr>
              <w:spacing w:line="245" w:lineRule="auto"/>
            </w:pPr>
            <w:r>
              <w:rPr>
                <w:b/>
                <w:color w:val="000000"/>
                <w:sz w:val="16"/>
              </w:rPr>
              <w:t xml:space="preserve">UČNI SKLOP: </w:t>
            </w:r>
            <w:r>
              <w:rPr>
                <w:color w:val="000000"/>
                <w:sz w:val="16"/>
              </w:rPr>
              <w:t>MOJA DRUŽINA, SKUPNOST IN PRAZNOVANJA</w:t>
            </w:r>
          </w:p>
        </w:tc>
      </w:tr>
      <w:tr w:rsidR="008D43AB" w14:paraId="5BF30EB7" w14:textId="77777777">
        <w:trPr>
          <w:cantSplit/>
          <w:jc w:val="center"/>
        </w:trPr>
        <w:tc>
          <w:tcPr>
            <w:tcW w:w="14060" w:type="dxa"/>
            <w:gridSpan w:val="6"/>
            <w:tcMar>
              <w:top w:w="70" w:type="dxa"/>
              <w:left w:w="90" w:type="dxa"/>
              <w:bottom w:w="70" w:type="dxa"/>
              <w:right w:w="90" w:type="dxa"/>
            </w:tcMar>
            <w:vAlign w:val="center"/>
          </w:tcPr>
          <w:p w14:paraId="451D5256" w14:textId="77777777" w:rsidR="008D43AB" w:rsidRDefault="008D43AB"/>
          <w:p w14:paraId="10EC7FE4" w14:textId="77777777" w:rsidR="008D43AB" w:rsidRDefault="00000000">
            <w:pPr>
              <w:spacing w:line="245" w:lineRule="auto"/>
            </w:pPr>
            <w:r>
              <w:rPr>
                <w:b/>
                <w:color w:val="000000"/>
                <w:sz w:val="16"/>
              </w:rPr>
              <w:t xml:space="preserve">UČNA TEMA: </w:t>
            </w:r>
            <w:r>
              <w:rPr>
                <w:color w:val="000000"/>
                <w:sz w:val="16"/>
              </w:rPr>
              <w:t>IGRAMO NA GLASBILA</w:t>
            </w:r>
          </w:p>
        </w:tc>
      </w:tr>
      <w:tr w:rsidR="008D43AB" w14:paraId="0497466C" w14:textId="77777777">
        <w:trPr>
          <w:cantSplit/>
          <w:jc w:val="center"/>
        </w:trPr>
        <w:tc>
          <w:tcPr>
            <w:tcW w:w="14060" w:type="dxa"/>
            <w:gridSpan w:val="6"/>
            <w:tcMar>
              <w:top w:w="70" w:type="dxa"/>
              <w:left w:w="90" w:type="dxa"/>
              <w:bottom w:w="70" w:type="dxa"/>
              <w:right w:w="90" w:type="dxa"/>
            </w:tcMar>
            <w:vAlign w:val="center"/>
          </w:tcPr>
          <w:p w14:paraId="168867DC" w14:textId="77777777" w:rsidR="008D43AB" w:rsidRDefault="008D43AB"/>
          <w:p w14:paraId="0A05338C" w14:textId="77777777" w:rsidR="008D43AB" w:rsidRDefault="00000000">
            <w:pPr>
              <w:spacing w:line="245" w:lineRule="auto"/>
            </w:pPr>
            <w:r>
              <w:rPr>
                <w:b/>
                <w:color w:val="000000"/>
                <w:sz w:val="16"/>
              </w:rPr>
              <w:t xml:space="preserve">KNJIŽEVNO / MOTIVNO IZHODIŠČE: </w:t>
            </w:r>
            <w:r>
              <w:rPr>
                <w:color w:val="000000"/>
                <w:sz w:val="16"/>
              </w:rPr>
              <w:t>»Pekarna Mišmaš« – Svetlana Makarovič • delo v skupnosti, odgovornost in pravična delitev</w:t>
            </w:r>
          </w:p>
        </w:tc>
      </w:tr>
      <w:tr w:rsidR="008D43AB" w14:paraId="7CA5E482" w14:textId="77777777">
        <w:trPr>
          <w:cantSplit/>
          <w:jc w:val="center"/>
        </w:trPr>
        <w:tc>
          <w:tcPr>
            <w:tcW w:w="14060" w:type="dxa"/>
            <w:gridSpan w:val="6"/>
            <w:tcMar>
              <w:top w:w="70" w:type="dxa"/>
              <w:left w:w="90" w:type="dxa"/>
              <w:bottom w:w="70" w:type="dxa"/>
              <w:right w:w="90" w:type="dxa"/>
            </w:tcMar>
            <w:vAlign w:val="center"/>
          </w:tcPr>
          <w:p w14:paraId="3A75586E" w14:textId="77777777" w:rsidR="008D43AB" w:rsidRDefault="008D43AB"/>
          <w:p w14:paraId="42CE3A78" w14:textId="77777777" w:rsidR="008D43AB" w:rsidRDefault="00000000">
            <w:pPr>
              <w:spacing w:line="245" w:lineRule="auto"/>
            </w:pPr>
            <w:r>
              <w:rPr>
                <w:b/>
                <w:color w:val="000000"/>
                <w:sz w:val="16"/>
              </w:rPr>
              <w:t xml:space="preserve">GLASBENO IZHODIŠČE / REPERTOAR: </w:t>
            </w:r>
            <w:r>
              <w:rPr>
                <w:color w:val="000000"/>
                <w:sz w:val="16"/>
              </w:rPr>
              <w:t>»Mati potico pečejo«; pekovski ritem na glasbilih</w:t>
            </w:r>
          </w:p>
        </w:tc>
      </w:tr>
      <w:tr w:rsidR="008D43AB" w14:paraId="561920BB" w14:textId="77777777">
        <w:trPr>
          <w:cantSplit/>
          <w:jc w:val="center"/>
        </w:trPr>
        <w:tc>
          <w:tcPr>
            <w:tcW w:w="14060" w:type="dxa"/>
            <w:gridSpan w:val="6"/>
            <w:tcMar>
              <w:top w:w="70" w:type="dxa"/>
              <w:left w:w="90" w:type="dxa"/>
              <w:bottom w:w="70" w:type="dxa"/>
              <w:right w:w="90" w:type="dxa"/>
            </w:tcMar>
            <w:vAlign w:val="center"/>
          </w:tcPr>
          <w:p w14:paraId="033C440B" w14:textId="77777777" w:rsidR="008D43AB" w:rsidRDefault="008D43AB"/>
          <w:p w14:paraId="3A0B145E" w14:textId="77777777" w:rsidR="008D43AB" w:rsidRDefault="00000000">
            <w:pPr>
              <w:spacing w:line="245" w:lineRule="auto"/>
            </w:pPr>
            <w:r>
              <w:rPr>
                <w:b/>
                <w:color w:val="000000"/>
                <w:sz w:val="16"/>
              </w:rPr>
              <w:t xml:space="preserve">UČNE ENOTE: </w:t>
            </w:r>
            <w:r>
              <w:rPr>
                <w:color w:val="000000"/>
                <w:sz w:val="16"/>
              </w:rPr>
              <w:t>1. ura – Igramo Na Glasbila – Poslušam in izvajam • 2. ura – Igramo Na Glasbila – Ustvarim in nastopim</w:t>
            </w:r>
          </w:p>
        </w:tc>
      </w:tr>
      <w:tr w:rsidR="008D43AB" w14:paraId="59A45FDD" w14:textId="77777777">
        <w:trPr>
          <w:cantSplit/>
          <w:jc w:val="center"/>
        </w:trPr>
        <w:tc>
          <w:tcPr>
            <w:tcW w:w="14060" w:type="dxa"/>
            <w:gridSpan w:val="6"/>
            <w:tcMar>
              <w:top w:w="70" w:type="dxa"/>
              <w:left w:w="90" w:type="dxa"/>
              <w:bottom w:w="70" w:type="dxa"/>
              <w:right w:w="90" w:type="dxa"/>
            </w:tcMar>
            <w:vAlign w:val="center"/>
          </w:tcPr>
          <w:p w14:paraId="1D099AD3" w14:textId="77777777" w:rsidR="008D43AB" w:rsidRDefault="008D43AB"/>
          <w:p w14:paraId="148551EB"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6FC50088" w14:textId="77777777">
        <w:trPr>
          <w:cantSplit/>
          <w:jc w:val="center"/>
        </w:trPr>
        <w:tc>
          <w:tcPr>
            <w:tcW w:w="14060" w:type="dxa"/>
            <w:gridSpan w:val="6"/>
            <w:tcMar>
              <w:top w:w="70" w:type="dxa"/>
              <w:left w:w="90" w:type="dxa"/>
              <w:bottom w:w="70" w:type="dxa"/>
              <w:right w:w="90" w:type="dxa"/>
            </w:tcMar>
            <w:vAlign w:val="center"/>
          </w:tcPr>
          <w:p w14:paraId="11FE83AB" w14:textId="77777777" w:rsidR="008D43AB" w:rsidRDefault="008D43AB"/>
          <w:p w14:paraId="6C0DFD8D"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63F286CC" w14:textId="77777777">
        <w:trPr>
          <w:cantSplit/>
          <w:jc w:val="center"/>
        </w:trPr>
        <w:tc>
          <w:tcPr>
            <w:tcW w:w="14060" w:type="dxa"/>
            <w:gridSpan w:val="6"/>
            <w:tcMar>
              <w:top w:w="70" w:type="dxa"/>
              <w:left w:w="90" w:type="dxa"/>
              <w:bottom w:w="70" w:type="dxa"/>
              <w:right w:w="90" w:type="dxa"/>
            </w:tcMar>
            <w:vAlign w:val="center"/>
          </w:tcPr>
          <w:p w14:paraId="73B25A6A" w14:textId="77777777" w:rsidR="008D43AB" w:rsidRDefault="008D43AB"/>
          <w:p w14:paraId="1C437BD6"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50CAF2FB" w14:textId="77777777">
        <w:trPr>
          <w:cantSplit/>
          <w:jc w:val="center"/>
        </w:trPr>
        <w:tc>
          <w:tcPr>
            <w:tcW w:w="14060" w:type="dxa"/>
            <w:gridSpan w:val="6"/>
            <w:tcMar>
              <w:top w:w="70" w:type="dxa"/>
              <w:left w:w="90" w:type="dxa"/>
              <w:bottom w:w="70" w:type="dxa"/>
              <w:right w:w="90" w:type="dxa"/>
            </w:tcMar>
            <w:vAlign w:val="center"/>
          </w:tcPr>
          <w:p w14:paraId="6A2A39F1" w14:textId="77777777" w:rsidR="008D43AB" w:rsidRDefault="008D43AB"/>
          <w:p w14:paraId="70FDB9B9" w14:textId="77777777" w:rsidR="008D43AB" w:rsidRDefault="00000000">
            <w:pPr>
              <w:spacing w:line="245" w:lineRule="auto"/>
            </w:pPr>
            <w:r>
              <w:rPr>
                <w:b/>
                <w:color w:val="000000"/>
                <w:sz w:val="16"/>
              </w:rPr>
              <w:t xml:space="preserve">MEDPREDMETNE POVEZAVE: </w:t>
            </w:r>
            <w:r>
              <w:rPr>
                <w:color w:val="000000"/>
                <w:sz w:val="16"/>
              </w:rPr>
              <w:t>SPO – delo v skupnosti, odgovornost in pravična delitev; SLJ – poslušanje, ritmični govor in opis doživetja; ŠPO – pulz, tempo, gibalni odziv in prostorska orientacija; LUM – simbol, barva, linija in zvočni zapis</w:t>
            </w:r>
          </w:p>
        </w:tc>
      </w:tr>
      <w:tr w:rsidR="008D43AB" w14:paraId="2A200805" w14:textId="77777777">
        <w:trPr>
          <w:cantSplit/>
          <w:jc w:val="center"/>
        </w:trPr>
        <w:tc>
          <w:tcPr>
            <w:tcW w:w="14060" w:type="dxa"/>
            <w:gridSpan w:val="6"/>
            <w:tcMar>
              <w:top w:w="70" w:type="dxa"/>
              <w:left w:w="90" w:type="dxa"/>
              <w:bottom w:w="70" w:type="dxa"/>
              <w:right w:w="90" w:type="dxa"/>
            </w:tcMar>
            <w:vAlign w:val="center"/>
          </w:tcPr>
          <w:p w14:paraId="14D85BEE" w14:textId="77777777" w:rsidR="008D43AB" w:rsidRDefault="008D43AB"/>
          <w:p w14:paraId="4B4B7DA5"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4DD869EC" w14:textId="77777777">
        <w:trPr>
          <w:cantSplit/>
          <w:jc w:val="center"/>
        </w:trPr>
        <w:tc>
          <w:tcPr>
            <w:tcW w:w="14060" w:type="dxa"/>
            <w:gridSpan w:val="6"/>
            <w:tcMar>
              <w:top w:w="70" w:type="dxa"/>
              <w:left w:w="90" w:type="dxa"/>
              <w:bottom w:w="70" w:type="dxa"/>
              <w:right w:w="90" w:type="dxa"/>
            </w:tcMar>
            <w:vAlign w:val="center"/>
          </w:tcPr>
          <w:p w14:paraId="29E082EE" w14:textId="77777777" w:rsidR="008D43AB" w:rsidRDefault="008D43AB"/>
          <w:p w14:paraId="250BB982"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865CEF3" w14:textId="77777777">
        <w:trPr>
          <w:cantSplit/>
          <w:jc w:val="center"/>
        </w:trPr>
        <w:tc>
          <w:tcPr>
            <w:tcW w:w="14060" w:type="dxa"/>
            <w:gridSpan w:val="6"/>
            <w:tcMar>
              <w:top w:w="70" w:type="dxa"/>
              <w:left w:w="90" w:type="dxa"/>
              <w:bottom w:w="70" w:type="dxa"/>
              <w:right w:w="90" w:type="dxa"/>
            </w:tcMar>
            <w:vAlign w:val="center"/>
          </w:tcPr>
          <w:p w14:paraId="02645755" w14:textId="77777777" w:rsidR="008D43AB" w:rsidRDefault="008D43AB"/>
          <w:p w14:paraId="5E770E20"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79A64E13" w14:textId="77777777">
        <w:trPr>
          <w:cantSplit/>
          <w:jc w:val="center"/>
        </w:trPr>
        <w:tc>
          <w:tcPr>
            <w:tcW w:w="14060" w:type="dxa"/>
            <w:gridSpan w:val="6"/>
            <w:tcMar>
              <w:top w:w="70" w:type="dxa"/>
              <w:left w:w="90" w:type="dxa"/>
              <w:bottom w:w="70" w:type="dxa"/>
              <w:right w:w="90" w:type="dxa"/>
            </w:tcMar>
            <w:vAlign w:val="center"/>
          </w:tcPr>
          <w:p w14:paraId="14C10B49" w14:textId="77777777" w:rsidR="008D43AB" w:rsidRDefault="008D43AB"/>
          <w:p w14:paraId="4CDA9C2D"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7C0E260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C000A3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D62047"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A12B1F" w14:textId="77777777" w:rsidR="008D43AB" w:rsidRDefault="00000000">
            <w:pPr>
              <w:jc w:val="center"/>
            </w:pPr>
            <w:r>
              <w:rPr>
                <w:b/>
                <w:color w:val="000000"/>
                <w:sz w:val="20"/>
              </w:rPr>
              <w:t>UČNE DEJAVNOSTI, METODE IN FORMATIVNO SPREMLJANJE</w:t>
            </w:r>
          </w:p>
        </w:tc>
      </w:tr>
      <w:tr w:rsidR="008D43AB" w14:paraId="0C4A6725" w14:textId="77777777">
        <w:trPr>
          <w:tblHeader/>
          <w:jc w:val="center"/>
        </w:trPr>
        <w:tc>
          <w:tcPr>
            <w:tcW w:w="4422" w:type="dxa"/>
            <w:vMerge/>
            <w:tcMar>
              <w:top w:w="70" w:type="dxa"/>
              <w:left w:w="90" w:type="dxa"/>
              <w:bottom w:w="70" w:type="dxa"/>
              <w:right w:w="90" w:type="dxa"/>
            </w:tcMar>
            <w:vAlign w:val="center"/>
          </w:tcPr>
          <w:p w14:paraId="6895DF63" w14:textId="77777777" w:rsidR="008D43AB" w:rsidRDefault="008D43AB"/>
        </w:tc>
        <w:tc>
          <w:tcPr>
            <w:tcW w:w="7087" w:type="dxa"/>
            <w:shd w:val="clear" w:color="auto" w:fill="FFFFFF"/>
            <w:tcMar>
              <w:top w:w="70" w:type="dxa"/>
              <w:left w:w="90" w:type="dxa"/>
              <w:bottom w:w="70" w:type="dxa"/>
              <w:right w:w="90" w:type="dxa"/>
            </w:tcMar>
            <w:vAlign w:val="center"/>
          </w:tcPr>
          <w:p w14:paraId="58A7C44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7211C60" w14:textId="77777777" w:rsidR="008D43AB" w:rsidRDefault="00000000">
            <w:pPr>
              <w:jc w:val="center"/>
            </w:pPr>
            <w:r>
              <w:rPr>
                <w:b/>
                <w:color w:val="000000"/>
              </w:rPr>
              <w:t>UČENEC</w:t>
            </w:r>
          </w:p>
        </w:tc>
      </w:tr>
      <w:tr w:rsidR="008D43AB" w14:paraId="0024F8B3" w14:textId="77777777">
        <w:trPr>
          <w:jc w:val="center"/>
        </w:trPr>
        <w:tc>
          <w:tcPr>
            <w:tcW w:w="4422" w:type="dxa"/>
            <w:tcMar>
              <w:top w:w="70" w:type="dxa"/>
              <w:left w:w="90" w:type="dxa"/>
              <w:bottom w:w="70" w:type="dxa"/>
              <w:right w:w="90" w:type="dxa"/>
            </w:tcMar>
          </w:tcPr>
          <w:p w14:paraId="1D63A8DF" w14:textId="77777777" w:rsidR="008D43AB" w:rsidRDefault="008D43AB"/>
          <w:p w14:paraId="13522FDB" w14:textId="77777777" w:rsidR="008D43AB" w:rsidRDefault="00000000">
            <w:pPr>
              <w:spacing w:after="60" w:line="245" w:lineRule="auto"/>
            </w:pPr>
            <w:r>
              <w:rPr>
                <w:b/>
                <w:color w:val="000000"/>
              </w:rPr>
              <w:t>UČNI CILJI</w:t>
            </w:r>
          </w:p>
          <w:p w14:paraId="5302AAEA" w14:textId="77777777" w:rsidR="008D43AB" w:rsidRDefault="00000000">
            <w:pPr>
              <w:spacing w:after="20" w:line="245" w:lineRule="auto"/>
            </w:pPr>
            <w:r>
              <w:rPr>
                <w:b/>
                <w:color w:val="000000"/>
                <w:sz w:val="17"/>
              </w:rPr>
              <w:t>SPLOŠNI</w:t>
            </w:r>
          </w:p>
          <w:p w14:paraId="2863C25A"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1623CD64" w14:textId="77777777" w:rsidR="008D43AB" w:rsidRDefault="00000000">
            <w:pPr>
              <w:pStyle w:val="Oznaenseznam"/>
              <w:spacing w:after="16"/>
            </w:pPr>
            <w:r>
              <w:rPr>
                <w:color w:val="000000"/>
                <w:sz w:val="16"/>
              </w:rPr>
              <w:t>poje, ritmično govori ter uporablja telo, glasbila in predmete kot zvočne vire</w:t>
            </w:r>
          </w:p>
          <w:p w14:paraId="768B2EDF" w14:textId="77777777" w:rsidR="008D43AB" w:rsidRDefault="00000000">
            <w:pPr>
              <w:pStyle w:val="Oznaenseznam"/>
              <w:spacing w:after="16"/>
            </w:pPr>
            <w:r>
              <w:rPr>
                <w:color w:val="000000"/>
                <w:sz w:val="16"/>
              </w:rPr>
              <w:t>razlikuje izbrane lastnosti zvoka in glasbe ter varuje sluh in odgovorno uporablja glasbila</w:t>
            </w:r>
          </w:p>
          <w:p w14:paraId="54920E08"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02312DD7" w14:textId="77777777" w:rsidR="008D43AB" w:rsidRDefault="00000000">
            <w:pPr>
              <w:spacing w:before="40" w:after="20" w:line="245" w:lineRule="auto"/>
            </w:pPr>
            <w:r>
              <w:rPr>
                <w:b/>
                <w:color w:val="000000"/>
                <w:sz w:val="17"/>
              </w:rPr>
              <w:t>OPERATIVNI</w:t>
            </w:r>
          </w:p>
          <w:p w14:paraId="33B837EB" w14:textId="77777777" w:rsidR="008D43AB" w:rsidRDefault="00000000">
            <w:pPr>
              <w:pStyle w:val="Oznaenseznam"/>
              <w:spacing w:after="16"/>
            </w:pPr>
            <w:r>
              <w:rPr>
                <w:color w:val="000000"/>
                <w:sz w:val="16"/>
              </w:rPr>
              <w:t>pravilno prime izbrano glasbilo</w:t>
            </w:r>
          </w:p>
          <w:p w14:paraId="3D460FA9" w14:textId="77777777" w:rsidR="008D43AB" w:rsidRDefault="00000000">
            <w:pPr>
              <w:pStyle w:val="Oznaenseznam"/>
              <w:spacing w:after="16"/>
            </w:pPr>
            <w:r>
              <w:rPr>
                <w:color w:val="000000"/>
                <w:sz w:val="16"/>
              </w:rPr>
              <w:t>izvede dogovorjeni ritem</w:t>
            </w:r>
          </w:p>
          <w:p w14:paraId="43D39658" w14:textId="77777777" w:rsidR="008D43AB" w:rsidRDefault="00000000">
            <w:pPr>
              <w:pStyle w:val="Oznaenseznam"/>
              <w:spacing w:after="16"/>
            </w:pPr>
            <w:r>
              <w:rPr>
                <w:color w:val="000000"/>
                <w:sz w:val="16"/>
              </w:rPr>
              <w:t>upošteva dirigentski znak</w:t>
            </w:r>
          </w:p>
          <w:p w14:paraId="273B808B" w14:textId="77777777" w:rsidR="008D43AB" w:rsidRDefault="00000000">
            <w:pPr>
              <w:spacing w:before="40" w:after="20" w:line="245" w:lineRule="auto"/>
            </w:pPr>
            <w:r>
              <w:rPr>
                <w:b/>
                <w:color w:val="000000"/>
                <w:sz w:val="17"/>
              </w:rPr>
              <w:t>PRIČAKOVANI DOSEŽKI / MINIMALNI POUDARKI</w:t>
            </w:r>
          </w:p>
          <w:p w14:paraId="30BF0E6B" w14:textId="77777777" w:rsidR="008D43AB" w:rsidRDefault="00000000">
            <w:pPr>
              <w:pStyle w:val="Oznaenseznam"/>
              <w:spacing w:after="16"/>
            </w:pPr>
            <w:r>
              <w:rPr>
                <w:color w:val="000000"/>
                <w:sz w:val="15"/>
              </w:rPr>
              <w:t>samostojno oziroma z dogovorjeno oporo pravilno prime izbrano glasbilo</w:t>
            </w:r>
          </w:p>
          <w:p w14:paraId="2C98E202" w14:textId="77777777" w:rsidR="008D43AB" w:rsidRDefault="00000000">
            <w:pPr>
              <w:pStyle w:val="Oznaenseznam"/>
              <w:spacing w:after="16"/>
            </w:pPr>
            <w:r>
              <w:rPr>
                <w:color w:val="000000"/>
                <w:sz w:val="15"/>
              </w:rPr>
              <w:t>samostojno oziroma z dogovorjeno oporo izvede dogovorjeni ritem</w:t>
            </w:r>
          </w:p>
          <w:p w14:paraId="002336FB" w14:textId="77777777" w:rsidR="008D43AB" w:rsidRDefault="00000000">
            <w:pPr>
              <w:pStyle w:val="Oznaenseznam"/>
              <w:spacing w:after="16"/>
            </w:pPr>
            <w:r>
              <w:rPr>
                <w:color w:val="000000"/>
                <w:sz w:val="15"/>
              </w:rPr>
              <w:t>samostojno oziroma z dogovorjeno oporo upošteva dirigentski znak</w:t>
            </w:r>
          </w:p>
        </w:tc>
        <w:tc>
          <w:tcPr>
            <w:tcW w:w="7087" w:type="dxa"/>
            <w:tcMar>
              <w:top w:w="70" w:type="dxa"/>
              <w:left w:w="90" w:type="dxa"/>
              <w:bottom w:w="70" w:type="dxa"/>
              <w:right w:w="90" w:type="dxa"/>
            </w:tcMar>
          </w:tcPr>
          <w:p w14:paraId="6200DCE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EA9BADD" w14:textId="77777777">
              <w:trPr>
                <w:jc w:val="center"/>
              </w:trPr>
              <w:tc>
                <w:tcPr>
                  <w:tcW w:w="7087" w:type="dxa"/>
                  <w:shd w:val="clear" w:color="auto" w:fill="C6E7F3"/>
                  <w:tcMar>
                    <w:top w:w="45" w:type="dxa"/>
                    <w:left w:w="70" w:type="dxa"/>
                    <w:bottom w:w="45" w:type="dxa"/>
                    <w:right w:w="70" w:type="dxa"/>
                  </w:tcMar>
                </w:tcPr>
                <w:p w14:paraId="562759B8" w14:textId="77777777" w:rsidR="008D43AB" w:rsidRDefault="00000000">
                  <w:pPr>
                    <w:keepNext/>
                  </w:pPr>
                  <w:r>
                    <w:rPr>
                      <w:b/>
                      <w:color w:val="000000"/>
                    </w:rPr>
                    <w:t>UVODNI DEL – zvočna motivacija, aktivacija predznanja in namen učenja (8–12 min)</w:t>
                  </w:r>
                </w:p>
              </w:tc>
            </w:tr>
          </w:tbl>
          <w:p w14:paraId="10729405" w14:textId="77777777" w:rsidR="008D43AB" w:rsidRDefault="008D43AB">
            <w:pPr>
              <w:spacing w:line="20" w:lineRule="exact"/>
            </w:pPr>
          </w:p>
          <w:p w14:paraId="16A52E3B" w14:textId="77777777" w:rsidR="008D43AB" w:rsidRDefault="00000000">
            <w:pPr>
              <w:spacing w:before="40" w:after="60" w:line="245" w:lineRule="auto"/>
            </w:pPr>
            <w:r>
              <w:rPr>
                <w:color w:val="000000"/>
                <w:sz w:val="16"/>
              </w:rPr>
              <w:t>Učenci ob motivu »Pekarna Mišmaš« – Svetlana Makarovič vstopijo v temo delo v skupnosti, odgovornost in pravična delitev. Najprej v tišini poslušajo kratek zvočni odlomek ali učiteljičino izvedbo (»Mati potico pečejo«; pekovski ritem na glasbilih),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00C48FE" w14:textId="77777777">
              <w:trPr>
                <w:jc w:val="center"/>
              </w:trPr>
              <w:tc>
                <w:tcPr>
                  <w:tcW w:w="7087" w:type="dxa"/>
                  <w:shd w:val="clear" w:color="auto" w:fill="EDC9EA"/>
                  <w:tcMar>
                    <w:top w:w="45" w:type="dxa"/>
                    <w:left w:w="70" w:type="dxa"/>
                    <w:bottom w:w="45" w:type="dxa"/>
                    <w:right w:w="70" w:type="dxa"/>
                  </w:tcMar>
                </w:tcPr>
                <w:p w14:paraId="59EB3991" w14:textId="77777777" w:rsidR="008D43AB" w:rsidRDefault="00000000">
                  <w:pPr>
                    <w:keepNext/>
                  </w:pPr>
                  <w:r>
                    <w:rPr>
                      <w:b/>
                      <w:color w:val="000000"/>
                    </w:rPr>
                    <w:t>NAMENI UČENJA</w:t>
                  </w:r>
                </w:p>
              </w:tc>
            </w:tr>
          </w:tbl>
          <w:p w14:paraId="6258FF87" w14:textId="77777777" w:rsidR="008D43AB" w:rsidRDefault="008D43AB">
            <w:pPr>
              <w:spacing w:line="20" w:lineRule="exact"/>
            </w:pPr>
          </w:p>
          <w:p w14:paraId="0B4FD449"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108F99C3" w14:textId="77777777" w:rsidR="008D43AB" w:rsidRDefault="00000000">
            <w:pPr>
              <w:pStyle w:val="Oznaenseznam"/>
              <w:spacing w:after="16"/>
            </w:pPr>
            <w:r>
              <w:rPr>
                <w:color w:val="000000"/>
                <w:sz w:val="16"/>
              </w:rPr>
              <w:t>pravilno primem izbrano glasbilo</w:t>
            </w:r>
          </w:p>
          <w:p w14:paraId="700A8BE1" w14:textId="77777777" w:rsidR="008D43AB" w:rsidRDefault="00000000">
            <w:pPr>
              <w:pStyle w:val="Oznaenseznam"/>
              <w:spacing w:after="16"/>
            </w:pPr>
            <w:r>
              <w:rPr>
                <w:color w:val="000000"/>
                <w:sz w:val="16"/>
              </w:rPr>
              <w:t>izvedem dogovorjeni ritem</w:t>
            </w:r>
          </w:p>
          <w:p w14:paraId="5FA51FDC" w14:textId="77777777" w:rsidR="008D43AB" w:rsidRDefault="00000000">
            <w:pPr>
              <w:pStyle w:val="Oznaenseznam"/>
              <w:spacing w:after="16"/>
            </w:pPr>
            <w:r>
              <w:rPr>
                <w:color w:val="000000"/>
                <w:sz w:val="16"/>
              </w:rPr>
              <w:t>upoštevam dirigentski znak</w:t>
            </w:r>
          </w:p>
          <w:tbl>
            <w:tblPr>
              <w:tblStyle w:val="Tabelamrea"/>
              <w:tblW w:w="0" w:type="auto"/>
              <w:jc w:val="center"/>
              <w:tblLayout w:type="fixed"/>
              <w:tblLook w:val="04A0" w:firstRow="1" w:lastRow="0" w:firstColumn="1" w:lastColumn="0" w:noHBand="0" w:noVBand="1"/>
            </w:tblPr>
            <w:tblGrid>
              <w:gridCol w:w="7087"/>
            </w:tblGrid>
            <w:tr w:rsidR="008D43AB" w14:paraId="6E3716A4" w14:textId="77777777">
              <w:trPr>
                <w:jc w:val="center"/>
              </w:trPr>
              <w:tc>
                <w:tcPr>
                  <w:tcW w:w="7087" w:type="dxa"/>
                  <w:shd w:val="clear" w:color="auto" w:fill="EDC9EA"/>
                  <w:tcMar>
                    <w:top w:w="45" w:type="dxa"/>
                    <w:left w:w="70" w:type="dxa"/>
                    <w:bottom w:w="45" w:type="dxa"/>
                    <w:right w:w="70" w:type="dxa"/>
                  </w:tcMar>
                </w:tcPr>
                <w:p w14:paraId="5CC43521" w14:textId="77777777" w:rsidR="008D43AB" w:rsidRDefault="00000000">
                  <w:pPr>
                    <w:keepNext/>
                  </w:pPr>
                  <w:r>
                    <w:rPr>
                      <w:b/>
                      <w:color w:val="000000"/>
                    </w:rPr>
                    <w:t>PREVERJANJE PREDZNANJA</w:t>
                  </w:r>
                </w:p>
              </w:tc>
            </w:tr>
          </w:tbl>
          <w:p w14:paraId="526C81BF" w14:textId="77777777" w:rsidR="008D43AB" w:rsidRDefault="008D43AB">
            <w:pPr>
              <w:spacing w:line="20" w:lineRule="exact"/>
            </w:pPr>
          </w:p>
          <w:p w14:paraId="27BA5315" w14:textId="77777777" w:rsidR="008D43AB" w:rsidRDefault="00000000">
            <w:pPr>
              <w:pStyle w:val="Oznaenseznam"/>
              <w:spacing w:after="16"/>
            </w:pPr>
            <w:r>
              <w:rPr>
                <w:color w:val="000000"/>
                <w:sz w:val="16"/>
              </w:rPr>
              <w:t>Kaj mi zvok, naslov, slika ali motiv pove o temi delo v skupnosti, odgovornost in pravična delitev?</w:t>
            </w:r>
          </w:p>
          <w:p w14:paraId="3212062D" w14:textId="77777777" w:rsidR="008D43AB" w:rsidRDefault="00000000">
            <w:pPr>
              <w:pStyle w:val="Oznaenseznam"/>
              <w:spacing w:after="16"/>
            </w:pPr>
            <w:r>
              <w:rPr>
                <w:color w:val="000000"/>
                <w:sz w:val="16"/>
              </w:rPr>
              <w:t>Kako lahko s poslušanjem, glasom, telesom, glasbilom ali simbolom pokažem, kaj že znam pri temi »IGRAMO NA GLASBILA«?</w:t>
            </w:r>
          </w:p>
          <w:p w14:paraId="7883B300"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4602B4B4" w14:textId="77777777">
              <w:trPr>
                <w:jc w:val="center"/>
              </w:trPr>
              <w:tc>
                <w:tcPr>
                  <w:tcW w:w="7087" w:type="dxa"/>
                  <w:shd w:val="clear" w:color="auto" w:fill="EDC9EA"/>
                  <w:tcMar>
                    <w:top w:w="45" w:type="dxa"/>
                    <w:left w:w="70" w:type="dxa"/>
                    <w:bottom w:w="45" w:type="dxa"/>
                    <w:right w:w="70" w:type="dxa"/>
                  </w:tcMar>
                </w:tcPr>
                <w:p w14:paraId="6F771237" w14:textId="77777777" w:rsidR="008D43AB" w:rsidRDefault="00000000">
                  <w:pPr>
                    <w:keepNext/>
                  </w:pPr>
                  <w:r>
                    <w:rPr>
                      <w:b/>
                      <w:color w:val="000000"/>
                    </w:rPr>
                    <w:t>KRITERIJI USPEŠNOSTI</w:t>
                  </w:r>
                </w:p>
              </w:tc>
            </w:tr>
          </w:tbl>
          <w:p w14:paraId="70DB2671" w14:textId="77777777" w:rsidR="008D43AB" w:rsidRDefault="008D43AB"/>
          <w:p w14:paraId="225EC114" w14:textId="77777777" w:rsidR="008D43AB" w:rsidRDefault="00000000">
            <w:pPr>
              <w:spacing w:before="20" w:after="20" w:line="245" w:lineRule="auto"/>
            </w:pPr>
            <w:r>
              <w:rPr>
                <w:b/>
                <w:color w:val="000000"/>
                <w:sz w:val="16"/>
              </w:rPr>
              <w:t>Uspešen/-na bom, ko:</w:t>
            </w:r>
          </w:p>
          <w:p w14:paraId="2821D1D7" w14:textId="77777777" w:rsidR="008D43AB" w:rsidRDefault="00000000">
            <w:pPr>
              <w:pStyle w:val="Oznaenseznam"/>
              <w:spacing w:after="16"/>
            </w:pPr>
            <w:r>
              <w:rPr>
                <w:color w:val="000000"/>
                <w:sz w:val="16"/>
              </w:rPr>
              <w:t>pravilno primem izbrano glasbilo</w:t>
            </w:r>
          </w:p>
          <w:p w14:paraId="347BFA13" w14:textId="77777777" w:rsidR="008D43AB" w:rsidRDefault="00000000">
            <w:pPr>
              <w:pStyle w:val="Oznaenseznam"/>
              <w:spacing w:after="16"/>
            </w:pPr>
            <w:r>
              <w:rPr>
                <w:color w:val="000000"/>
                <w:sz w:val="16"/>
              </w:rPr>
              <w:t>izvedem dogovorjeni ritem</w:t>
            </w:r>
          </w:p>
          <w:p w14:paraId="133583FF" w14:textId="77777777" w:rsidR="008D43AB" w:rsidRDefault="00000000">
            <w:pPr>
              <w:pStyle w:val="Oznaenseznam"/>
              <w:spacing w:after="16"/>
            </w:pPr>
            <w:r>
              <w:rPr>
                <w:color w:val="000000"/>
                <w:sz w:val="16"/>
              </w:rPr>
              <w:t>upoštevam dirigentski znak</w:t>
            </w:r>
          </w:p>
          <w:p w14:paraId="07157FFE" w14:textId="77777777" w:rsidR="008D43AB" w:rsidRDefault="00000000">
            <w:pPr>
              <w:pStyle w:val="Oznaenseznam"/>
              <w:spacing w:after="16"/>
            </w:pPr>
            <w:r>
              <w:rPr>
                <w:color w:val="000000"/>
                <w:sz w:val="16"/>
              </w:rPr>
              <w:t>upoštevam dogovorjeni začetek, konec, znak za tišino in varno glasnost</w:t>
            </w:r>
          </w:p>
          <w:p w14:paraId="5EDBE925"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358C2149" w14:textId="77777777" w:rsidR="008D43AB" w:rsidRDefault="008D43AB"/>
          <w:p w14:paraId="5BE5B620"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1688C3D7" w14:textId="77777777" w:rsidR="008D43AB" w:rsidRDefault="00000000">
            <w:pPr>
              <w:spacing w:after="80" w:line="245" w:lineRule="auto"/>
            </w:pPr>
            <w:r>
              <w:rPr>
                <w:color w:val="000000"/>
                <w:sz w:val="16"/>
              </w:rPr>
              <w:t>Pove ali pokaže, kaj že zna in katero glasbeno strategijo bi uporabil.</w:t>
            </w:r>
          </w:p>
          <w:p w14:paraId="17CDDD42" w14:textId="77777777" w:rsidR="008D43AB" w:rsidRDefault="00000000">
            <w:pPr>
              <w:spacing w:after="100" w:line="245" w:lineRule="auto"/>
            </w:pPr>
            <w:r>
              <w:rPr>
                <w:color w:val="000000"/>
                <w:sz w:val="16"/>
              </w:rPr>
              <w:t>Sodeluje pri razumevanju namenov, meril uspešnosti, varne glasnosti in načina dokazovanja.</w:t>
            </w:r>
          </w:p>
          <w:p w14:paraId="4FADF1C3" w14:textId="77777777" w:rsidR="008D43AB" w:rsidRDefault="00000000">
            <w:pPr>
              <w:spacing w:after="20" w:line="245" w:lineRule="auto"/>
            </w:pPr>
            <w:r>
              <w:rPr>
                <w:b/>
                <w:color w:val="D95BC6"/>
                <w:sz w:val="17"/>
              </w:rPr>
              <w:t>DOKAZ O UČENJU</w:t>
            </w:r>
          </w:p>
          <w:p w14:paraId="5F2095F0"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5659CB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8517E6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6398FA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9485E2C" w14:textId="77777777" w:rsidR="008D43AB" w:rsidRDefault="00000000">
            <w:pPr>
              <w:jc w:val="center"/>
            </w:pPr>
            <w:r>
              <w:rPr>
                <w:b/>
                <w:color w:val="000000"/>
                <w:sz w:val="20"/>
              </w:rPr>
              <w:t>UČNE DEJAVNOSTI, METODE IN FORMATIVNO SPREMLJANJE</w:t>
            </w:r>
          </w:p>
        </w:tc>
      </w:tr>
      <w:tr w:rsidR="008D43AB" w14:paraId="73E9F4DE" w14:textId="77777777">
        <w:trPr>
          <w:tblHeader/>
          <w:jc w:val="center"/>
        </w:trPr>
        <w:tc>
          <w:tcPr>
            <w:tcW w:w="4422" w:type="dxa"/>
            <w:vMerge/>
            <w:tcMar>
              <w:top w:w="70" w:type="dxa"/>
              <w:left w:w="90" w:type="dxa"/>
              <w:bottom w:w="70" w:type="dxa"/>
              <w:right w:w="90" w:type="dxa"/>
            </w:tcMar>
            <w:vAlign w:val="center"/>
          </w:tcPr>
          <w:p w14:paraId="496BD72A" w14:textId="77777777" w:rsidR="008D43AB" w:rsidRDefault="008D43AB"/>
        </w:tc>
        <w:tc>
          <w:tcPr>
            <w:tcW w:w="7087" w:type="dxa"/>
            <w:shd w:val="clear" w:color="auto" w:fill="FFFFFF"/>
            <w:tcMar>
              <w:top w:w="70" w:type="dxa"/>
              <w:left w:w="90" w:type="dxa"/>
              <w:bottom w:w="70" w:type="dxa"/>
              <w:right w:w="90" w:type="dxa"/>
            </w:tcMar>
            <w:vAlign w:val="center"/>
          </w:tcPr>
          <w:p w14:paraId="492A4F9B"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73CD5FB" w14:textId="77777777" w:rsidR="008D43AB" w:rsidRDefault="00000000">
            <w:pPr>
              <w:jc w:val="center"/>
            </w:pPr>
            <w:r>
              <w:rPr>
                <w:b/>
                <w:color w:val="000000"/>
              </w:rPr>
              <w:t>UČENEC</w:t>
            </w:r>
          </w:p>
        </w:tc>
      </w:tr>
      <w:tr w:rsidR="008D43AB" w14:paraId="42A9AC41" w14:textId="77777777">
        <w:trPr>
          <w:jc w:val="center"/>
        </w:trPr>
        <w:tc>
          <w:tcPr>
            <w:tcW w:w="4422" w:type="dxa"/>
            <w:tcMar>
              <w:top w:w="70" w:type="dxa"/>
              <w:left w:w="90" w:type="dxa"/>
              <w:bottom w:w="70" w:type="dxa"/>
              <w:right w:w="90" w:type="dxa"/>
            </w:tcMar>
          </w:tcPr>
          <w:p w14:paraId="7163DE0F" w14:textId="77777777" w:rsidR="008D43AB" w:rsidRDefault="008D43AB"/>
          <w:p w14:paraId="1F4AD791" w14:textId="77777777" w:rsidR="008D43AB" w:rsidRDefault="00000000">
            <w:pPr>
              <w:spacing w:after="40" w:line="245" w:lineRule="auto"/>
            </w:pPr>
            <w:r>
              <w:rPr>
                <w:b/>
                <w:color w:val="000000"/>
              </w:rPr>
              <w:t>KLJUČNI GLASBENI POJMI</w:t>
            </w:r>
          </w:p>
          <w:p w14:paraId="153CA1BB" w14:textId="77777777" w:rsidR="008D43AB" w:rsidRDefault="00000000">
            <w:pPr>
              <w:spacing w:after="60" w:line="245" w:lineRule="auto"/>
            </w:pPr>
            <w:r>
              <w:rPr>
                <w:color w:val="000000"/>
                <w:sz w:val="15"/>
              </w:rPr>
              <w:t>poslušanje, zvok, tišina, izvedba, glasbeni znak, dokaz, povratna informacija, zvočilo, glasbilo, motiv, zaporedje, slikovni zapis, dirigent, izvajalec</w:t>
            </w:r>
          </w:p>
          <w:p w14:paraId="5215446C" w14:textId="77777777" w:rsidR="008D43AB" w:rsidRDefault="00000000">
            <w:pPr>
              <w:spacing w:after="20" w:line="245" w:lineRule="auto"/>
            </w:pPr>
            <w:r>
              <w:rPr>
                <w:b/>
                <w:color w:val="000000"/>
                <w:sz w:val="17"/>
              </w:rPr>
              <w:t>DOKAZI O UČENJU</w:t>
            </w:r>
          </w:p>
          <w:p w14:paraId="14EEB3A3" w14:textId="77777777" w:rsidR="008D43AB" w:rsidRDefault="00000000">
            <w:pPr>
              <w:pStyle w:val="Oznaenseznam"/>
              <w:spacing w:after="9"/>
            </w:pPr>
            <w:r>
              <w:rPr>
                <w:color w:val="000000"/>
                <w:sz w:val="15"/>
              </w:rPr>
              <w:t>poslušalski gibalni odziv, ritmični/pevski odmev in učiteljev zapis o skupnem pulzu oziroma začetku/koncu.</w:t>
            </w:r>
          </w:p>
          <w:p w14:paraId="246E23DF" w14:textId="77777777" w:rsidR="008D43AB" w:rsidRDefault="00000000">
            <w:pPr>
              <w:pStyle w:val="Oznaenseznam"/>
              <w:spacing w:after="9"/>
            </w:pPr>
            <w:r>
              <w:rPr>
                <w:color w:val="000000"/>
                <w:sz w:val="15"/>
              </w:rPr>
              <w:t>slikovni zvočni zapis, skupinska izvedba/posnetek in vrstniška opisna povratna informacija.</w:t>
            </w:r>
          </w:p>
          <w:p w14:paraId="3062E992" w14:textId="77777777" w:rsidR="008D43AB" w:rsidRDefault="00000000">
            <w:pPr>
              <w:spacing w:before="40" w:after="20" w:line="245" w:lineRule="auto"/>
            </w:pPr>
            <w:r>
              <w:rPr>
                <w:b/>
                <w:color w:val="000000"/>
                <w:sz w:val="17"/>
              </w:rPr>
              <w:t>GLASBENO DOŽIVETJE IN IZKUŠENJSKI POUK</w:t>
            </w:r>
          </w:p>
          <w:p w14:paraId="5DA74B6C"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76054FB7" w14:textId="77777777" w:rsidR="008D43AB" w:rsidRDefault="00000000">
            <w:pPr>
              <w:spacing w:after="20" w:line="245" w:lineRule="auto"/>
            </w:pPr>
            <w:r>
              <w:rPr>
                <w:b/>
                <w:color w:val="000000"/>
                <w:sz w:val="17"/>
              </w:rPr>
              <w:t>POUČEVANJE V GIBANJU</w:t>
            </w:r>
          </w:p>
          <w:p w14:paraId="44D00562"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7B6B5BA3" w14:textId="77777777" w:rsidR="008D43AB" w:rsidRDefault="00000000">
            <w:pPr>
              <w:spacing w:after="20" w:line="245" w:lineRule="auto"/>
            </w:pPr>
            <w:r>
              <w:rPr>
                <w:b/>
                <w:color w:val="000000"/>
                <w:sz w:val="17"/>
              </w:rPr>
              <w:t>DELO PO POSTAJAH</w:t>
            </w:r>
          </w:p>
          <w:p w14:paraId="60A770A7"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12999B00" w14:textId="77777777" w:rsidR="008D43AB" w:rsidRDefault="00000000">
            <w:pPr>
              <w:spacing w:after="10" w:line="245" w:lineRule="auto"/>
            </w:pPr>
            <w:r>
              <w:rPr>
                <w:color w:val="000000"/>
                <w:sz w:val="15"/>
              </w:rPr>
              <w:t>1. Aktivno poslušanje: prepoznam zvočni vir ali spremembo ter odziv pokažem s kartico, gibom ali besedo.</w:t>
            </w:r>
          </w:p>
          <w:p w14:paraId="29DC0ACB" w14:textId="77777777" w:rsidR="008D43AB" w:rsidRDefault="00000000">
            <w:pPr>
              <w:spacing w:after="10" w:line="245" w:lineRule="auto"/>
            </w:pPr>
            <w:r>
              <w:rPr>
                <w:color w:val="000000"/>
                <w:sz w:val="15"/>
              </w:rPr>
              <w:t>2. Gibalna: glasbeno lastnost ponazorim s hojo, nivojem telesa, smerjo, hitrostjo in zamrznitvijo.</w:t>
            </w:r>
          </w:p>
          <w:p w14:paraId="7996E5A2" w14:textId="77777777" w:rsidR="008D43AB" w:rsidRDefault="00000000">
            <w:pPr>
              <w:spacing w:after="10" w:line="245" w:lineRule="auto"/>
            </w:pPr>
            <w:r>
              <w:rPr>
                <w:color w:val="000000"/>
                <w:sz w:val="15"/>
              </w:rPr>
              <w:t>3. Izvajalska: zvok posnemam z glasom, telesom ali glasbilom ter upoštevam začetek, konec in tišino.</w:t>
            </w:r>
          </w:p>
          <w:p w14:paraId="2CF47A87" w14:textId="77777777" w:rsidR="008D43AB" w:rsidRDefault="00000000">
            <w:pPr>
              <w:spacing w:after="10" w:line="245" w:lineRule="auto"/>
            </w:pPr>
            <w:r>
              <w:rPr>
                <w:color w:val="000000"/>
                <w:sz w:val="15"/>
              </w:rPr>
              <w:t>4. Likovno-zapisna: doživetje ali zvočno zaporedje prikažem s simboli, ga predstavim in izboljšam.</w:t>
            </w:r>
          </w:p>
          <w:p w14:paraId="3A0D5E7E" w14:textId="77777777" w:rsidR="008D43AB" w:rsidRDefault="00000000">
            <w:pPr>
              <w:spacing w:after="20" w:line="245" w:lineRule="auto"/>
            </w:pPr>
            <w:r>
              <w:rPr>
                <w:b/>
                <w:color w:val="000000"/>
                <w:sz w:val="17"/>
              </w:rPr>
              <w:t>DIFERENCIACIJA IN VKLJUČEVANJE</w:t>
            </w:r>
          </w:p>
          <w:p w14:paraId="2DEECC42"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3D1EDA91" w14:textId="77777777" w:rsidR="008D43AB" w:rsidRDefault="00000000">
            <w:pPr>
              <w:spacing w:after="20" w:line="245" w:lineRule="auto"/>
            </w:pPr>
            <w:r>
              <w:rPr>
                <w:b/>
                <w:color w:val="000000"/>
                <w:sz w:val="17"/>
              </w:rPr>
              <w:t>SPREMLJANJE</w:t>
            </w:r>
          </w:p>
          <w:p w14:paraId="63B3B74D"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008C01E2"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D0FA304" w14:textId="77777777">
              <w:trPr>
                <w:jc w:val="center"/>
              </w:trPr>
              <w:tc>
                <w:tcPr>
                  <w:tcW w:w="7087" w:type="dxa"/>
                  <w:shd w:val="clear" w:color="auto" w:fill="C6E7F3"/>
                  <w:tcMar>
                    <w:top w:w="45" w:type="dxa"/>
                    <w:left w:w="70" w:type="dxa"/>
                    <w:bottom w:w="45" w:type="dxa"/>
                    <w:right w:w="70" w:type="dxa"/>
                  </w:tcMar>
                </w:tcPr>
                <w:p w14:paraId="1630E6B6" w14:textId="77777777" w:rsidR="008D43AB" w:rsidRDefault="00000000">
                  <w:pPr>
                    <w:keepNext/>
                  </w:pPr>
                  <w:r>
                    <w:rPr>
                      <w:b/>
                      <w:color w:val="000000"/>
                      <w:sz w:val="17"/>
                    </w:rPr>
                    <w:t>GLAVNI DEL – POSLUŠANJE, IZVAJANJE, GIBANJE IN USTVARJANJE (2 šolski uri)</w:t>
                  </w:r>
                </w:p>
              </w:tc>
            </w:tr>
          </w:tbl>
          <w:p w14:paraId="0BEDC010" w14:textId="77777777" w:rsidR="008D43AB" w:rsidRDefault="008D43AB">
            <w:pPr>
              <w:spacing w:line="20" w:lineRule="exact"/>
            </w:pPr>
          </w:p>
          <w:p w14:paraId="3AEDDB63" w14:textId="77777777" w:rsidR="008D43AB" w:rsidRDefault="00000000">
            <w:pPr>
              <w:keepNext/>
              <w:spacing w:before="24" w:after="8" w:line="245" w:lineRule="auto"/>
            </w:pPr>
            <w:r>
              <w:rPr>
                <w:b/>
                <w:color w:val="000000"/>
                <w:sz w:val="16"/>
              </w:rPr>
              <w:t>1. URA – Igramo Na Glasbila – Poslušam in izvajam</w:t>
            </w:r>
          </w:p>
          <w:p w14:paraId="520639EF"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»IGRAMO NA GLASBILA«,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53E95EEA"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AEB0FB9"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66C70871" w14:textId="77777777" w:rsidR="008D43AB" w:rsidRDefault="00000000">
            <w:pPr>
              <w:keepNext/>
              <w:spacing w:before="24" w:after="8" w:line="245" w:lineRule="auto"/>
            </w:pPr>
            <w:r>
              <w:rPr>
                <w:b/>
                <w:color w:val="000000"/>
                <w:sz w:val="16"/>
              </w:rPr>
              <w:t>2. URA – Igramo Na Glasbila – Ustvarim in nastopim</w:t>
            </w:r>
          </w:p>
          <w:p w14:paraId="7C9BC7E4"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igramo na glasbila«; usmerja izbiro, zapis, vajo in menjavo vlog. Zaključek: 10' – Organizira nastop in odziv poslušalcev po kriterijih; posname kratek dokaz, če so soglasja urejena.</w:t>
            </w:r>
          </w:p>
          <w:p w14:paraId="7F5064CB"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A37C066"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4F4704E1" w14:textId="77777777">
              <w:trPr>
                <w:jc w:val="center"/>
              </w:trPr>
              <w:tc>
                <w:tcPr>
                  <w:tcW w:w="7087" w:type="dxa"/>
                  <w:shd w:val="clear" w:color="auto" w:fill="EDC9EA"/>
                  <w:tcMar>
                    <w:top w:w="45" w:type="dxa"/>
                    <w:left w:w="70" w:type="dxa"/>
                    <w:bottom w:w="45" w:type="dxa"/>
                    <w:right w:w="70" w:type="dxa"/>
                  </w:tcMar>
                </w:tcPr>
                <w:p w14:paraId="57DCDE3F" w14:textId="77777777" w:rsidR="008D43AB" w:rsidRDefault="00000000">
                  <w:pPr>
                    <w:keepNext/>
                  </w:pPr>
                  <w:r>
                    <w:rPr>
                      <w:b/>
                      <w:color w:val="000000"/>
                      <w:sz w:val="17"/>
                    </w:rPr>
                    <w:t>ORGANIZACIJA POSTAJ IN PREHODOV</w:t>
                  </w:r>
                </w:p>
              </w:tc>
            </w:tr>
          </w:tbl>
          <w:p w14:paraId="72931E73" w14:textId="77777777" w:rsidR="008D43AB" w:rsidRDefault="008D43AB"/>
          <w:p w14:paraId="11042581"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671F85ED"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3F61BA8D"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233E8AD1"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3160345E"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52C5B5B7" w14:textId="77777777" w:rsidR="008D43AB" w:rsidRDefault="008D43AB"/>
          <w:p w14:paraId="05D916D5" w14:textId="77777777" w:rsidR="008D43AB" w:rsidRDefault="00000000">
            <w:pPr>
              <w:spacing w:after="6" w:line="245" w:lineRule="auto"/>
            </w:pPr>
            <w:r>
              <w:rPr>
                <w:b/>
                <w:color w:val="000000"/>
                <w:sz w:val="15"/>
              </w:rPr>
              <w:t>1. URA – Igramo Na Glasbila – Poslušam in izvajam</w:t>
            </w:r>
          </w:p>
          <w:p w14:paraId="744DABB0"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62C0759F" w14:textId="77777777" w:rsidR="008D43AB" w:rsidRDefault="00000000">
            <w:pPr>
              <w:spacing w:after="20" w:line="245" w:lineRule="auto"/>
            </w:pPr>
            <w:r>
              <w:rPr>
                <w:color w:val="D95BC6"/>
                <w:sz w:val="14"/>
              </w:rPr>
              <w:t>Dokaz: poslušalski gibalni odziv, ritmični/pevski odmev in učiteljev zapis o skupnem pulzu oziroma.</w:t>
            </w:r>
          </w:p>
          <w:p w14:paraId="0C6D4A2E" w14:textId="77777777" w:rsidR="008D43AB" w:rsidRDefault="00000000">
            <w:pPr>
              <w:spacing w:after="6" w:line="245" w:lineRule="auto"/>
            </w:pPr>
            <w:r>
              <w:rPr>
                <w:b/>
                <w:color w:val="000000"/>
                <w:sz w:val="15"/>
              </w:rPr>
              <w:t>2. URA – Igramo Na Glasbila – Ustvarim in nastopim</w:t>
            </w:r>
          </w:p>
          <w:p w14:paraId="57C36C06"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7F140D8C" w14:textId="77777777" w:rsidR="008D43AB" w:rsidRDefault="00000000">
            <w:pPr>
              <w:spacing w:after="20" w:line="245" w:lineRule="auto"/>
            </w:pPr>
            <w:r>
              <w:rPr>
                <w:color w:val="D95BC6"/>
                <w:sz w:val="14"/>
              </w:rPr>
              <w:t>Dokaz: slikovni zvočni zapis, skupinska izvedba/posnetek in vrstniška opisna povratna informacija.</w:t>
            </w:r>
          </w:p>
          <w:p w14:paraId="3F58BF3A" w14:textId="77777777" w:rsidR="008D43AB" w:rsidRDefault="00000000">
            <w:pPr>
              <w:spacing w:before="40" w:after="20" w:line="245" w:lineRule="auto"/>
            </w:pPr>
            <w:r>
              <w:rPr>
                <w:b/>
                <w:color w:val="D95BC6"/>
                <w:sz w:val="16"/>
              </w:rPr>
              <w:t>MOJ KROG POSTAJ</w:t>
            </w:r>
          </w:p>
          <w:p w14:paraId="4AACE837" w14:textId="77777777" w:rsidR="008D43AB" w:rsidRDefault="00000000">
            <w:pPr>
              <w:spacing w:after="11" w:line="245" w:lineRule="auto"/>
            </w:pPr>
            <w:r>
              <w:rPr>
                <w:color w:val="000000"/>
                <w:sz w:val="14"/>
              </w:rPr>
              <w:t>1. Aktivno poslušanje: prepoznam zvočni vir ali spremembo ter odziv pokažem s kartico.</w:t>
            </w:r>
          </w:p>
          <w:p w14:paraId="66555F25" w14:textId="77777777" w:rsidR="008D43AB" w:rsidRDefault="00000000">
            <w:pPr>
              <w:spacing w:after="11" w:line="245" w:lineRule="auto"/>
            </w:pPr>
            <w:r>
              <w:rPr>
                <w:color w:val="000000"/>
                <w:sz w:val="14"/>
              </w:rPr>
              <w:t>2. Gibalna: glasbeno lastnost ponazorim s hojo, nivojem telesa, smerjo.</w:t>
            </w:r>
          </w:p>
          <w:p w14:paraId="742FEE1F" w14:textId="77777777" w:rsidR="008D43AB" w:rsidRDefault="00000000">
            <w:pPr>
              <w:spacing w:after="11" w:line="245" w:lineRule="auto"/>
            </w:pPr>
            <w:r>
              <w:rPr>
                <w:color w:val="000000"/>
                <w:sz w:val="14"/>
              </w:rPr>
              <w:t>3. Izvajalska: zvok posnemam z glasom, telesom ali glasbilom ter upoštevam začetek.</w:t>
            </w:r>
          </w:p>
          <w:p w14:paraId="6DCF19BD" w14:textId="77777777" w:rsidR="008D43AB" w:rsidRDefault="00000000">
            <w:pPr>
              <w:spacing w:after="11" w:line="245" w:lineRule="auto"/>
            </w:pPr>
            <w:r>
              <w:rPr>
                <w:color w:val="000000"/>
                <w:sz w:val="14"/>
              </w:rPr>
              <w:t>4. Likovno-zapisna: doživetje ali zvočno zaporedje prikažem s simboli.</w:t>
            </w:r>
          </w:p>
          <w:p w14:paraId="3D1B58E1"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D2D74E5" w14:textId="77777777" w:rsidR="008D43AB" w:rsidRDefault="00000000">
            <w:pPr>
              <w:spacing w:after="20" w:line="245" w:lineRule="auto"/>
            </w:pPr>
            <w:r>
              <w:rPr>
                <w:b/>
                <w:color w:val="D95BC6"/>
                <w:sz w:val="17"/>
              </w:rPr>
              <w:t>DOKAZ O UČENJU</w:t>
            </w:r>
          </w:p>
          <w:p w14:paraId="33EA6822"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242138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C92A41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F3FAA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9E4E0D9" w14:textId="77777777" w:rsidR="008D43AB" w:rsidRDefault="00000000">
            <w:pPr>
              <w:jc w:val="center"/>
            </w:pPr>
            <w:r>
              <w:rPr>
                <w:b/>
                <w:color w:val="000000"/>
                <w:sz w:val="20"/>
              </w:rPr>
              <w:t>UČNE DEJAVNOSTI, METODE IN FORMATIVNO SPREMLJANJE</w:t>
            </w:r>
          </w:p>
        </w:tc>
      </w:tr>
      <w:tr w:rsidR="008D43AB" w14:paraId="6794EF04" w14:textId="77777777">
        <w:trPr>
          <w:tblHeader/>
          <w:jc w:val="center"/>
        </w:trPr>
        <w:tc>
          <w:tcPr>
            <w:tcW w:w="4422" w:type="dxa"/>
            <w:vMerge/>
            <w:tcMar>
              <w:top w:w="70" w:type="dxa"/>
              <w:left w:w="90" w:type="dxa"/>
              <w:bottom w:w="70" w:type="dxa"/>
              <w:right w:w="90" w:type="dxa"/>
            </w:tcMar>
            <w:vAlign w:val="center"/>
          </w:tcPr>
          <w:p w14:paraId="20AD2C12" w14:textId="77777777" w:rsidR="008D43AB" w:rsidRDefault="008D43AB"/>
        </w:tc>
        <w:tc>
          <w:tcPr>
            <w:tcW w:w="7087" w:type="dxa"/>
            <w:shd w:val="clear" w:color="auto" w:fill="FFFFFF"/>
            <w:tcMar>
              <w:top w:w="70" w:type="dxa"/>
              <w:left w:w="90" w:type="dxa"/>
              <w:bottom w:w="70" w:type="dxa"/>
              <w:right w:w="90" w:type="dxa"/>
            </w:tcMar>
            <w:vAlign w:val="center"/>
          </w:tcPr>
          <w:p w14:paraId="2E8066D0"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EF4FCDA" w14:textId="77777777" w:rsidR="008D43AB" w:rsidRDefault="00000000">
            <w:pPr>
              <w:jc w:val="center"/>
            </w:pPr>
            <w:r>
              <w:rPr>
                <w:b/>
                <w:color w:val="000000"/>
              </w:rPr>
              <w:t>UČENEC</w:t>
            </w:r>
          </w:p>
        </w:tc>
      </w:tr>
      <w:tr w:rsidR="008D43AB" w14:paraId="6AB17DD3" w14:textId="77777777">
        <w:trPr>
          <w:jc w:val="center"/>
        </w:trPr>
        <w:tc>
          <w:tcPr>
            <w:tcW w:w="4422" w:type="dxa"/>
            <w:tcMar>
              <w:top w:w="70" w:type="dxa"/>
              <w:left w:w="90" w:type="dxa"/>
              <w:bottom w:w="70" w:type="dxa"/>
              <w:right w:w="90" w:type="dxa"/>
            </w:tcMar>
          </w:tcPr>
          <w:p w14:paraId="57A252A7" w14:textId="77777777" w:rsidR="008D43AB" w:rsidRDefault="008D43AB"/>
          <w:p w14:paraId="0949C795" w14:textId="77777777" w:rsidR="008D43AB" w:rsidRDefault="00000000">
            <w:pPr>
              <w:spacing w:after="40" w:line="245" w:lineRule="auto"/>
            </w:pPr>
            <w:r>
              <w:rPr>
                <w:b/>
                <w:color w:val="000000"/>
              </w:rPr>
              <w:t>FORMATIVNO SPREMLJANJE</w:t>
            </w:r>
          </w:p>
          <w:p w14:paraId="6E7A5CB8" w14:textId="77777777" w:rsidR="008D43AB" w:rsidRDefault="00000000">
            <w:pPr>
              <w:pStyle w:val="Oznaenseznam"/>
              <w:spacing w:after="16"/>
            </w:pPr>
            <w:r>
              <w:rPr>
                <w:color w:val="000000"/>
                <w:sz w:val="16"/>
              </w:rPr>
              <w:t>predznanje: zvočna napoved, izbira kartice, gib, ritmični oziroma pevski poskus ali začetni simbol</w:t>
            </w:r>
          </w:p>
          <w:p w14:paraId="6743E485" w14:textId="77777777" w:rsidR="008D43AB" w:rsidRDefault="00000000">
            <w:pPr>
              <w:pStyle w:val="Oznaenseznam"/>
              <w:spacing w:after="16"/>
            </w:pPr>
            <w:r>
              <w:rPr>
                <w:color w:val="000000"/>
                <w:sz w:val="16"/>
              </w:rPr>
              <w:t>nameni in merila: kratka poved, slikovni znak, model izvedbe ter vidna pravila varne glasnosti</w:t>
            </w:r>
          </w:p>
          <w:p w14:paraId="32A2AEE3"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61C1BE0" w14:textId="77777777" w:rsidR="008D43AB" w:rsidRDefault="00000000">
            <w:pPr>
              <w:pStyle w:val="Oznaenseznam"/>
              <w:spacing w:after="16"/>
            </w:pPr>
            <w:r>
              <w:rPr>
                <w:color w:val="000000"/>
                <w:sz w:val="16"/>
              </w:rPr>
              <w:t>povratna informacija: opis slišane strategije, povezava z enim merilom in izvedljiv naslednji korak</w:t>
            </w:r>
          </w:p>
          <w:p w14:paraId="1F6618F3" w14:textId="77777777" w:rsidR="008D43AB" w:rsidRDefault="00000000">
            <w:pPr>
              <w:pStyle w:val="Oznaenseznam"/>
              <w:spacing w:after="16"/>
            </w:pPr>
            <w:r>
              <w:rPr>
                <w:color w:val="000000"/>
                <w:sz w:val="16"/>
              </w:rPr>
              <w:t>samovrednotenje: barvni zvočni semafor, lestvica samostojnosti, izbran dokaz in ponovna izvedba</w:t>
            </w:r>
          </w:p>
          <w:p w14:paraId="2AD7DB13" w14:textId="77777777" w:rsidR="008D43AB" w:rsidRDefault="00000000">
            <w:pPr>
              <w:spacing w:before="40" w:after="20" w:line="245" w:lineRule="auto"/>
            </w:pPr>
            <w:r>
              <w:rPr>
                <w:b/>
                <w:color w:val="000000"/>
                <w:sz w:val="17"/>
              </w:rPr>
              <w:t>VARNOST IN VAROVANJE SLUHA</w:t>
            </w:r>
          </w:p>
          <w:p w14:paraId="35FC359B"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7A13CA6" w14:textId="77777777" w:rsidR="008D43AB" w:rsidRDefault="00000000">
            <w:pPr>
              <w:spacing w:after="20" w:line="245" w:lineRule="auto"/>
            </w:pPr>
            <w:r>
              <w:rPr>
                <w:b/>
                <w:color w:val="000000"/>
                <w:sz w:val="17"/>
              </w:rPr>
              <w:t>EVIDENCA PO IZVEDBI</w:t>
            </w:r>
          </w:p>
          <w:p w14:paraId="6FA06EC3"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78C63376" w14:textId="77777777" w:rsidR="008D43AB" w:rsidRDefault="00000000">
            <w:pPr>
              <w:spacing w:before="40" w:after="20" w:line="245" w:lineRule="auto"/>
            </w:pPr>
            <w:r>
              <w:rPr>
                <w:b/>
                <w:color w:val="000000"/>
                <w:sz w:val="17"/>
              </w:rPr>
              <w:t>RAVEN DOSEGANJA</w:t>
            </w:r>
          </w:p>
          <w:p w14:paraId="66B1232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349FC2E1"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1DED0BE" w14:textId="77777777">
              <w:trPr>
                <w:jc w:val="center"/>
              </w:trPr>
              <w:tc>
                <w:tcPr>
                  <w:tcW w:w="7087" w:type="dxa"/>
                  <w:shd w:val="clear" w:color="auto" w:fill="EDC9EA"/>
                  <w:tcMar>
                    <w:top w:w="45" w:type="dxa"/>
                    <w:left w:w="70" w:type="dxa"/>
                    <w:bottom w:w="45" w:type="dxa"/>
                    <w:right w:w="70" w:type="dxa"/>
                  </w:tcMar>
                </w:tcPr>
                <w:p w14:paraId="7003EE6D" w14:textId="77777777" w:rsidR="008D43AB" w:rsidRDefault="00000000">
                  <w:pPr>
                    <w:keepNext/>
                  </w:pPr>
                  <w:r>
                    <w:rPr>
                      <w:b/>
                      <w:color w:val="000000"/>
                    </w:rPr>
                    <w:t>VPRAŠANJA V PODPORO GLASBENEMU UČENJU</w:t>
                  </w:r>
                </w:p>
              </w:tc>
            </w:tr>
          </w:tbl>
          <w:p w14:paraId="3BFB00AF" w14:textId="77777777" w:rsidR="008D43AB" w:rsidRDefault="008D43AB">
            <w:pPr>
              <w:spacing w:line="20" w:lineRule="exact"/>
            </w:pPr>
          </w:p>
          <w:p w14:paraId="2756167D" w14:textId="77777777" w:rsidR="008D43AB" w:rsidRDefault="00000000">
            <w:pPr>
              <w:pStyle w:val="Oznaenseznam"/>
              <w:spacing w:after="16"/>
            </w:pPr>
            <w:r>
              <w:rPr>
                <w:color w:val="000000"/>
                <w:sz w:val="16"/>
              </w:rPr>
              <w:t>Kaj si v glasbi slišal/-a, začutil/-a ali pokazal/-a z gibanjem?</w:t>
            </w:r>
          </w:p>
          <w:p w14:paraId="2CA975E1" w14:textId="77777777" w:rsidR="008D43AB" w:rsidRDefault="00000000">
            <w:pPr>
              <w:pStyle w:val="Oznaenseznam"/>
              <w:spacing w:after="16"/>
            </w:pPr>
            <w:r>
              <w:rPr>
                <w:color w:val="000000"/>
                <w:sz w:val="16"/>
              </w:rPr>
              <w:t>Po katerem zvočnem znaku, lastnosti ali vzorcu si prepoznal/-a rešitev?</w:t>
            </w:r>
          </w:p>
          <w:p w14:paraId="7C1C029D" w14:textId="77777777" w:rsidR="008D43AB" w:rsidRDefault="00000000">
            <w:pPr>
              <w:pStyle w:val="Oznaenseznam"/>
              <w:spacing w:after="16"/>
            </w:pPr>
            <w:r>
              <w:rPr>
                <w:color w:val="000000"/>
                <w:sz w:val="16"/>
              </w:rPr>
              <w:t>Kako veš, da je bil pulz, začetek, konec, glasnost ali skupinska izvedba skladna z merilom?</w:t>
            </w:r>
          </w:p>
          <w:p w14:paraId="599D44FC" w14:textId="77777777" w:rsidR="008D43AB" w:rsidRDefault="00000000">
            <w:pPr>
              <w:pStyle w:val="Oznaenseznam"/>
              <w:spacing w:after="16"/>
            </w:pPr>
            <w:r>
              <w:rPr>
                <w:color w:val="000000"/>
                <w:sz w:val="16"/>
              </w:rPr>
              <w:t>Zakaj si za motiv, osebo, dogodek ali okolje izbral/-a prav ta glas, predmet ali glasbilo?</w:t>
            </w:r>
          </w:p>
          <w:p w14:paraId="016C4C72"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25AC3DD3" w14:textId="77777777">
              <w:trPr>
                <w:jc w:val="center"/>
              </w:trPr>
              <w:tc>
                <w:tcPr>
                  <w:tcW w:w="7087" w:type="dxa"/>
                  <w:shd w:val="clear" w:color="auto" w:fill="C6E7F3"/>
                  <w:tcMar>
                    <w:top w:w="45" w:type="dxa"/>
                    <w:left w:w="70" w:type="dxa"/>
                    <w:bottom w:w="45" w:type="dxa"/>
                    <w:right w:w="70" w:type="dxa"/>
                  </w:tcMar>
                </w:tcPr>
                <w:p w14:paraId="32BD5D2C" w14:textId="77777777" w:rsidR="008D43AB" w:rsidRDefault="00000000">
                  <w:pPr>
                    <w:keepNext/>
                  </w:pPr>
                  <w:r>
                    <w:rPr>
                      <w:b/>
                      <w:color w:val="000000"/>
                    </w:rPr>
                    <w:t>ZAKLJUČNI DEL – NASTOP, POSLUŠALSKI ODZIV IN REFLEKSIJA (8–12 min)</w:t>
                  </w:r>
                </w:p>
              </w:tc>
            </w:tr>
          </w:tbl>
          <w:p w14:paraId="5BCC88A7" w14:textId="77777777" w:rsidR="008D43AB" w:rsidRDefault="008D43AB">
            <w:pPr>
              <w:spacing w:line="20" w:lineRule="exact"/>
            </w:pPr>
          </w:p>
          <w:p w14:paraId="50A34B51"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7CE067C7" w14:textId="77777777">
              <w:trPr>
                <w:jc w:val="center"/>
              </w:trPr>
              <w:tc>
                <w:tcPr>
                  <w:tcW w:w="7087" w:type="dxa"/>
                  <w:shd w:val="clear" w:color="auto" w:fill="EDC9EA"/>
                  <w:tcMar>
                    <w:top w:w="45" w:type="dxa"/>
                    <w:left w:w="70" w:type="dxa"/>
                    <w:bottom w:w="45" w:type="dxa"/>
                    <w:right w:w="70" w:type="dxa"/>
                  </w:tcMar>
                </w:tcPr>
                <w:p w14:paraId="238D4017" w14:textId="77777777" w:rsidR="008D43AB" w:rsidRDefault="00000000">
                  <w:pPr>
                    <w:keepNext/>
                  </w:pPr>
                  <w:r>
                    <w:rPr>
                      <w:b/>
                      <w:color w:val="000000"/>
                    </w:rPr>
                    <w:t>SAMOVREDNOTENJE</w:t>
                  </w:r>
                </w:p>
              </w:tc>
            </w:tr>
          </w:tbl>
          <w:p w14:paraId="47FA2AB0" w14:textId="77777777" w:rsidR="008D43AB" w:rsidRDefault="008D43AB">
            <w:pPr>
              <w:spacing w:line="20" w:lineRule="exact"/>
            </w:pPr>
          </w:p>
          <w:p w14:paraId="63448344"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25F60430" w14:textId="77777777">
              <w:trPr>
                <w:jc w:val="center"/>
              </w:trPr>
              <w:tc>
                <w:tcPr>
                  <w:tcW w:w="7087" w:type="dxa"/>
                  <w:shd w:val="clear" w:color="auto" w:fill="EDC9EA"/>
                  <w:tcMar>
                    <w:top w:w="45" w:type="dxa"/>
                    <w:left w:w="70" w:type="dxa"/>
                    <w:bottom w:w="45" w:type="dxa"/>
                    <w:right w:w="70" w:type="dxa"/>
                  </w:tcMar>
                </w:tcPr>
                <w:p w14:paraId="566CC608" w14:textId="77777777" w:rsidR="008D43AB" w:rsidRDefault="00000000">
                  <w:pPr>
                    <w:keepNext/>
                  </w:pPr>
                  <w:r>
                    <w:rPr>
                      <w:b/>
                      <w:color w:val="000000"/>
                    </w:rPr>
                    <w:t>VRSTNIŠKO VREDNOTENJE</w:t>
                  </w:r>
                </w:p>
              </w:tc>
            </w:tr>
          </w:tbl>
          <w:p w14:paraId="6A0B72C3" w14:textId="77777777" w:rsidR="008D43AB" w:rsidRDefault="008D43AB">
            <w:pPr>
              <w:spacing w:line="20" w:lineRule="exact"/>
            </w:pPr>
          </w:p>
          <w:p w14:paraId="543E8E10"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7892DE1F" w14:textId="77777777">
              <w:trPr>
                <w:jc w:val="center"/>
              </w:trPr>
              <w:tc>
                <w:tcPr>
                  <w:tcW w:w="7087" w:type="dxa"/>
                  <w:shd w:val="clear" w:color="auto" w:fill="EDC9EA"/>
                  <w:tcMar>
                    <w:top w:w="45" w:type="dxa"/>
                    <w:left w:w="70" w:type="dxa"/>
                    <w:bottom w:w="45" w:type="dxa"/>
                    <w:right w:w="70" w:type="dxa"/>
                  </w:tcMar>
                </w:tcPr>
                <w:p w14:paraId="7EDCD2E0" w14:textId="77777777" w:rsidR="008D43AB" w:rsidRDefault="00000000">
                  <w:pPr>
                    <w:keepNext/>
                  </w:pPr>
                  <w:r>
                    <w:rPr>
                      <w:b/>
                      <w:color w:val="000000"/>
                    </w:rPr>
                    <w:t>SKUPNI POVZETEK</w:t>
                  </w:r>
                </w:p>
              </w:tc>
            </w:tr>
          </w:tbl>
          <w:p w14:paraId="35604A1E" w14:textId="77777777" w:rsidR="008D43AB" w:rsidRDefault="008D43AB"/>
          <w:p w14:paraId="4A08284E" w14:textId="77777777" w:rsidR="008D43AB" w:rsidRDefault="00000000">
            <w:pPr>
              <w:spacing w:before="20" w:after="40" w:line="245" w:lineRule="auto"/>
            </w:pPr>
            <w:r>
              <w:rPr>
                <w:b/>
                <w:color w:val="000000"/>
                <w:sz w:val="16"/>
              </w:rPr>
              <w:t>pravilno primem izbrano glasbilo; izvedem dogovorjeni ritem; upoštevam dirigentski znak. Izbrani dokaz pojasnim in po povratni informaciji izboljšam.</w:t>
            </w:r>
          </w:p>
        </w:tc>
        <w:tc>
          <w:tcPr>
            <w:tcW w:w="2551" w:type="dxa"/>
            <w:tcMar>
              <w:top w:w="70" w:type="dxa"/>
              <w:left w:w="90" w:type="dxa"/>
              <w:bottom w:w="70" w:type="dxa"/>
              <w:right w:w="90" w:type="dxa"/>
            </w:tcMar>
          </w:tcPr>
          <w:p w14:paraId="35FF1626" w14:textId="77777777" w:rsidR="008D43AB" w:rsidRDefault="008D43AB"/>
          <w:p w14:paraId="1601732B" w14:textId="77777777" w:rsidR="008D43AB" w:rsidRDefault="00000000">
            <w:pPr>
              <w:spacing w:after="80" w:line="245" w:lineRule="auto"/>
            </w:pPr>
            <w:r>
              <w:rPr>
                <w:color w:val="000000"/>
                <w:sz w:val="16"/>
              </w:rPr>
              <w:t>Odgovarja na podporna vprašanja in se sklicuje na slišano, izvedeno, ustvarjeno ali zapisano.</w:t>
            </w:r>
          </w:p>
          <w:p w14:paraId="50ABF769" w14:textId="77777777" w:rsidR="008D43AB" w:rsidRDefault="00000000">
            <w:pPr>
              <w:spacing w:after="80" w:line="245" w:lineRule="auto"/>
            </w:pPr>
            <w:r>
              <w:rPr>
                <w:color w:val="000000"/>
                <w:sz w:val="16"/>
              </w:rPr>
              <w:t>Predstavi izbrani dokaz ter pove, katero merilo z njim pokaže.</w:t>
            </w:r>
          </w:p>
          <w:p w14:paraId="703F5939" w14:textId="77777777" w:rsidR="008D43AB" w:rsidRDefault="00000000">
            <w:pPr>
              <w:spacing w:after="80" w:line="245" w:lineRule="auto"/>
            </w:pPr>
            <w:r>
              <w:rPr>
                <w:color w:val="000000"/>
                <w:sz w:val="16"/>
              </w:rPr>
              <w:t>Posluša vrstnika, opiše eno slišano moč in poda prijazen predlog za izboljšavo.</w:t>
            </w:r>
          </w:p>
          <w:p w14:paraId="494ED6FE" w14:textId="77777777" w:rsidR="008D43AB" w:rsidRDefault="00000000">
            <w:pPr>
              <w:spacing w:after="80" w:line="245" w:lineRule="auto"/>
            </w:pPr>
            <w:r>
              <w:rPr>
                <w:color w:val="000000"/>
                <w:sz w:val="16"/>
              </w:rPr>
              <w:t>Po povratni informaciji izvedbo, gib, ritem, zvočno izbiro ali slikovni zapis ponovi in izboljša.</w:t>
            </w:r>
          </w:p>
          <w:p w14:paraId="709AAEB4" w14:textId="77777777" w:rsidR="008D43AB" w:rsidRDefault="00000000">
            <w:pPr>
              <w:spacing w:after="100" w:line="245" w:lineRule="auto"/>
            </w:pPr>
            <w:r>
              <w:rPr>
                <w:color w:val="000000"/>
                <w:sz w:val="16"/>
              </w:rPr>
              <w:t>Izbere raven samostojnosti ter določi majhen in izvedljiv naslednji glasbeni korak.</w:t>
            </w:r>
          </w:p>
          <w:p w14:paraId="792D26D3" w14:textId="77777777" w:rsidR="008D43AB" w:rsidRDefault="00000000">
            <w:pPr>
              <w:spacing w:after="20" w:line="245" w:lineRule="auto"/>
            </w:pPr>
            <w:r>
              <w:rPr>
                <w:b/>
                <w:color w:val="D95BC6"/>
                <w:sz w:val="17"/>
              </w:rPr>
              <w:t>DOKAZ O UČENJU</w:t>
            </w:r>
          </w:p>
          <w:p w14:paraId="54375B2C"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3634F580"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6460F9D" w14:textId="77777777">
        <w:trPr>
          <w:cantSplit/>
          <w:jc w:val="center"/>
        </w:trPr>
        <w:tc>
          <w:tcPr>
            <w:tcW w:w="14060" w:type="dxa"/>
            <w:gridSpan w:val="6"/>
            <w:tcMar>
              <w:top w:w="70" w:type="dxa"/>
              <w:left w:w="90" w:type="dxa"/>
              <w:bottom w:w="70" w:type="dxa"/>
              <w:right w:w="90" w:type="dxa"/>
            </w:tcMar>
            <w:vAlign w:val="center"/>
          </w:tcPr>
          <w:p w14:paraId="28BAEDEB" w14:textId="77777777" w:rsidR="008D43AB" w:rsidRDefault="00000000">
            <w:pPr>
              <w:jc w:val="center"/>
            </w:pPr>
            <w:r>
              <w:rPr>
                <w:b/>
                <w:color w:val="000000"/>
                <w:sz w:val="24"/>
              </w:rPr>
              <w:lastRenderedPageBreak/>
              <w:t>UČNA PRIPRAVA 15/39</w:t>
            </w:r>
          </w:p>
        </w:tc>
      </w:tr>
      <w:tr w:rsidR="008D43AB" w14:paraId="4EFB8222" w14:textId="77777777">
        <w:trPr>
          <w:jc w:val="center"/>
        </w:trPr>
        <w:tc>
          <w:tcPr>
            <w:tcW w:w="2665" w:type="dxa"/>
            <w:tcMar>
              <w:top w:w="70" w:type="dxa"/>
              <w:left w:w="90" w:type="dxa"/>
              <w:bottom w:w="70" w:type="dxa"/>
              <w:right w:w="90" w:type="dxa"/>
            </w:tcMar>
            <w:vAlign w:val="center"/>
          </w:tcPr>
          <w:p w14:paraId="68D1B933"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0BAB816"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63506AD"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B4DD6CA" w14:textId="77777777" w:rsidR="008D43AB" w:rsidRDefault="00000000">
            <w:r>
              <w:rPr>
                <w:b/>
                <w:color w:val="000000"/>
                <w:sz w:val="16"/>
              </w:rPr>
              <w:t xml:space="preserve">NAČRTOVANI TERMIN: </w:t>
            </w:r>
            <w:r>
              <w:rPr>
                <w:color w:val="000000"/>
                <w:sz w:val="16"/>
              </w:rPr>
              <w:t>15. teden • 14.–18. 12. 2026</w:t>
            </w:r>
          </w:p>
        </w:tc>
        <w:tc>
          <w:tcPr>
            <w:tcW w:w="2268" w:type="dxa"/>
            <w:tcMar>
              <w:top w:w="70" w:type="dxa"/>
              <w:left w:w="90" w:type="dxa"/>
              <w:bottom w:w="70" w:type="dxa"/>
              <w:right w:w="90" w:type="dxa"/>
            </w:tcMar>
            <w:vAlign w:val="center"/>
          </w:tcPr>
          <w:p w14:paraId="5435E936"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34090B0" w14:textId="77777777" w:rsidR="008D43AB" w:rsidRDefault="00000000">
            <w:r>
              <w:rPr>
                <w:b/>
                <w:color w:val="000000"/>
                <w:sz w:val="16"/>
              </w:rPr>
              <w:t xml:space="preserve">ŠTEVILO UR: </w:t>
            </w:r>
            <w:r>
              <w:rPr>
                <w:color w:val="000000"/>
                <w:sz w:val="16"/>
              </w:rPr>
              <w:t>2</w:t>
            </w:r>
          </w:p>
        </w:tc>
      </w:tr>
      <w:tr w:rsidR="008D43AB" w14:paraId="4C767446" w14:textId="77777777">
        <w:trPr>
          <w:jc w:val="center"/>
        </w:trPr>
        <w:tc>
          <w:tcPr>
            <w:tcW w:w="14061" w:type="dxa"/>
            <w:gridSpan w:val="6"/>
            <w:tcMar>
              <w:top w:w="70" w:type="dxa"/>
              <w:left w:w="90" w:type="dxa"/>
              <w:bottom w:w="70" w:type="dxa"/>
              <w:right w:w="90" w:type="dxa"/>
            </w:tcMar>
            <w:vAlign w:val="center"/>
          </w:tcPr>
          <w:p w14:paraId="21BC3629"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8EBFDDB" w14:textId="77777777">
        <w:trPr>
          <w:cantSplit/>
          <w:jc w:val="center"/>
        </w:trPr>
        <w:tc>
          <w:tcPr>
            <w:tcW w:w="14060" w:type="dxa"/>
            <w:gridSpan w:val="6"/>
            <w:tcMar>
              <w:top w:w="70" w:type="dxa"/>
              <w:left w:w="90" w:type="dxa"/>
              <w:bottom w:w="70" w:type="dxa"/>
              <w:right w:w="90" w:type="dxa"/>
            </w:tcMar>
            <w:vAlign w:val="center"/>
          </w:tcPr>
          <w:p w14:paraId="77576FCD" w14:textId="77777777" w:rsidR="008D43AB" w:rsidRDefault="008D43AB"/>
          <w:p w14:paraId="70690B86" w14:textId="77777777" w:rsidR="008D43AB" w:rsidRDefault="00000000">
            <w:pPr>
              <w:spacing w:line="245" w:lineRule="auto"/>
            </w:pPr>
            <w:r>
              <w:rPr>
                <w:b/>
                <w:color w:val="000000"/>
                <w:sz w:val="16"/>
              </w:rPr>
              <w:t xml:space="preserve">UČNI SKLOP: </w:t>
            </w:r>
            <w:r>
              <w:rPr>
                <w:color w:val="000000"/>
                <w:sz w:val="16"/>
              </w:rPr>
              <w:t>MOJA DRUŽINA, SKUPNOST IN PRAZNOVANJA</w:t>
            </w:r>
          </w:p>
        </w:tc>
      </w:tr>
      <w:tr w:rsidR="008D43AB" w14:paraId="123A7D4B" w14:textId="77777777">
        <w:trPr>
          <w:cantSplit/>
          <w:jc w:val="center"/>
        </w:trPr>
        <w:tc>
          <w:tcPr>
            <w:tcW w:w="14060" w:type="dxa"/>
            <w:gridSpan w:val="6"/>
            <w:tcMar>
              <w:top w:w="70" w:type="dxa"/>
              <w:left w:w="90" w:type="dxa"/>
              <w:bottom w:w="70" w:type="dxa"/>
              <w:right w:w="90" w:type="dxa"/>
            </w:tcMar>
            <w:vAlign w:val="center"/>
          </w:tcPr>
          <w:p w14:paraId="60767CDE" w14:textId="77777777" w:rsidR="008D43AB" w:rsidRDefault="008D43AB"/>
          <w:p w14:paraId="3CA14756" w14:textId="77777777" w:rsidR="008D43AB" w:rsidRDefault="00000000">
            <w:pPr>
              <w:spacing w:line="245" w:lineRule="auto"/>
            </w:pPr>
            <w:r>
              <w:rPr>
                <w:b/>
                <w:color w:val="000000"/>
                <w:sz w:val="16"/>
              </w:rPr>
              <w:t xml:space="preserve">UČNA TEMA: </w:t>
            </w:r>
            <w:r>
              <w:rPr>
                <w:color w:val="000000"/>
                <w:sz w:val="16"/>
              </w:rPr>
              <w:t>PRAZNIČNA GLASBA</w:t>
            </w:r>
          </w:p>
        </w:tc>
      </w:tr>
      <w:tr w:rsidR="008D43AB" w14:paraId="36042ED0" w14:textId="77777777">
        <w:trPr>
          <w:cantSplit/>
          <w:jc w:val="center"/>
        </w:trPr>
        <w:tc>
          <w:tcPr>
            <w:tcW w:w="14060" w:type="dxa"/>
            <w:gridSpan w:val="6"/>
            <w:tcMar>
              <w:top w:w="70" w:type="dxa"/>
              <w:left w:w="90" w:type="dxa"/>
              <w:bottom w:w="70" w:type="dxa"/>
              <w:right w:w="90" w:type="dxa"/>
            </w:tcMar>
            <w:vAlign w:val="center"/>
          </w:tcPr>
          <w:p w14:paraId="68E571EC" w14:textId="77777777" w:rsidR="008D43AB" w:rsidRDefault="008D43AB"/>
          <w:p w14:paraId="4550561B" w14:textId="77777777" w:rsidR="008D43AB" w:rsidRDefault="00000000">
            <w:pPr>
              <w:spacing w:line="245" w:lineRule="auto"/>
            </w:pPr>
            <w:r>
              <w:rPr>
                <w:b/>
                <w:color w:val="000000"/>
                <w:sz w:val="16"/>
              </w:rPr>
              <w:t xml:space="preserve">KNJIŽEVNO / MOTIVNO IZHODIŠČE: </w:t>
            </w:r>
            <w:r>
              <w:rPr>
                <w:color w:val="000000"/>
                <w:sz w:val="16"/>
              </w:rPr>
              <w:t>»Zvezdica Zaspanka« – Frane Milčinski – Ježek • gledališče, praznovanje, odgovornost in prijaznost</w:t>
            </w:r>
          </w:p>
        </w:tc>
      </w:tr>
      <w:tr w:rsidR="008D43AB" w14:paraId="35584C0E" w14:textId="77777777">
        <w:trPr>
          <w:cantSplit/>
          <w:jc w:val="center"/>
        </w:trPr>
        <w:tc>
          <w:tcPr>
            <w:tcW w:w="14060" w:type="dxa"/>
            <w:gridSpan w:val="6"/>
            <w:tcMar>
              <w:top w:w="70" w:type="dxa"/>
              <w:left w:w="90" w:type="dxa"/>
              <w:bottom w:w="70" w:type="dxa"/>
              <w:right w:w="90" w:type="dxa"/>
            </w:tcMar>
            <w:vAlign w:val="center"/>
          </w:tcPr>
          <w:p w14:paraId="5984B5B5" w14:textId="77777777" w:rsidR="008D43AB" w:rsidRDefault="008D43AB"/>
          <w:p w14:paraId="533BB9EB" w14:textId="77777777" w:rsidR="008D43AB" w:rsidRDefault="00000000">
            <w:pPr>
              <w:spacing w:line="245" w:lineRule="auto"/>
            </w:pPr>
            <w:r>
              <w:rPr>
                <w:b/>
                <w:color w:val="000000"/>
                <w:sz w:val="16"/>
              </w:rPr>
              <w:t xml:space="preserve">GLASBENO IZHODIŠČE / REPERTOAR: </w:t>
            </w:r>
            <w:r>
              <w:rPr>
                <w:color w:val="000000"/>
                <w:sz w:val="16"/>
              </w:rPr>
              <w:t>»Zima je prišla«, »Vprezimo sani« ali »Dedek Mraz«</w:t>
            </w:r>
          </w:p>
        </w:tc>
      </w:tr>
      <w:tr w:rsidR="008D43AB" w14:paraId="3F833A79" w14:textId="77777777">
        <w:trPr>
          <w:cantSplit/>
          <w:jc w:val="center"/>
        </w:trPr>
        <w:tc>
          <w:tcPr>
            <w:tcW w:w="14060" w:type="dxa"/>
            <w:gridSpan w:val="6"/>
            <w:tcMar>
              <w:top w:w="70" w:type="dxa"/>
              <w:left w:w="90" w:type="dxa"/>
              <w:bottom w:w="70" w:type="dxa"/>
              <w:right w:w="90" w:type="dxa"/>
            </w:tcMar>
            <w:vAlign w:val="center"/>
          </w:tcPr>
          <w:p w14:paraId="176A8D34" w14:textId="77777777" w:rsidR="008D43AB" w:rsidRDefault="008D43AB"/>
          <w:p w14:paraId="6DB7CEBE" w14:textId="77777777" w:rsidR="008D43AB" w:rsidRDefault="00000000">
            <w:pPr>
              <w:spacing w:line="245" w:lineRule="auto"/>
            </w:pPr>
            <w:r>
              <w:rPr>
                <w:b/>
                <w:color w:val="000000"/>
                <w:sz w:val="16"/>
              </w:rPr>
              <w:t xml:space="preserve">UČNE ENOTE: </w:t>
            </w:r>
            <w:r>
              <w:rPr>
                <w:color w:val="000000"/>
                <w:sz w:val="16"/>
              </w:rPr>
              <w:t>1. ura – Praznična Glasba – Poslušam in izvajam • 2. ura – Praznična Glasba – Ustvarim in nastopim</w:t>
            </w:r>
          </w:p>
        </w:tc>
      </w:tr>
      <w:tr w:rsidR="008D43AB" w14:paraId="796B2358" w14:textId="77777777">
        <w:trPr>
          <w:cantSplit/>
          <w:jc w:val="center"/>
        </w:trPr>
        <w:tc>
          <w:tcPr>
            <w:tcW w:w="14060" w:type="dxa"/>
            <w:gridSpan w:val="6"/>
            <w:tcMar>
              <w:top w:w="70" w:type="dxa"/>
              <w:left w:w="90" w:type="dxa"/>
              <w:bottom w:w="70" w:type="dxa"/>
              <w:right w:w="90" w:type="dxa"/>
            </w:tcMar>
            <w:vAlign w:val="center"/>
          </w:tcPr>
          <w:p w14:paraId="2866F9B8" w14:textId="77777777" w:rsidR="008D43AB" w:rsidRDefault="008D43AB"/>
          <w:p w14:paraId="1186BF72"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547F7FF0" w14:textId="77777777">
        <w:trPr>
          <w:cantSplit/>
          <w:jc w:val="center"/>
        </w:trPr>
        <w:tc>
          <w:tcPr>
            <w:tcW w:w="14060" w:type="dxa"/>
            <w:gridSpan w:val="6"/>
            <w:tcMar>
              <w:top w:w="70" w:type="dxa"/>
              <w:left w:w="90" w:type="dxa"/>
              <w:bottom w:w="70" w:type="dxa"/>
              <w:right w:w="90" w:type="dxa"/>
            </w:tcMar>
            <w:vAlign w:val="center"/>
          </w:tcPr>
          <w:p w14:paraId="1E37EA3F" w14:textId="77777777" w:rsidR="008D43AB" w:rsidRDefault="008D43AB"/>
          <w:p w14:paraId="62222F5A"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4929FFE7" w14:textId="77777777">
        <w:trPr>
          <w:cantSplit/>
          <w:jc w:val="center"/>
        </w:trPr>
        <w:tc>
          <w:tcPr>
            <w:tcW w:w="14060" w:type="dxa"/>
            <w:gridSpan w:val="6"/>
            <w:tcMar>
              <w:top w:w="70" w:type="dxa"/>
              <w:left w:w="90" w:type="dxa"/>
              <w:bottom w:w="70" w:type="dxa"/>
              <w:right w:w="90" w:type="dxa"/>
            </w:tcMar>
            <w:vAlign w:val="center"/>
          </w:tcPr>
          <w:p w14:paraId="3A5BF7C6" w14:textId="77777777" w:rsidR="008D43AB" w:rsidRDefault="008D43AB"/>
          <w:p w14:paraId="753D3BBF"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1B37EDA" w14:textId="77777777">
        <w:trPr>
          <w:cantSplit/>
          <w:jc w:val="center"/>
        </w:trPr>
        <w:tc>
          <w:tcPr>
            <w:tcW w:w="14060" w:type="dxa"/>
            <w:gridSpan w:val="6"/>
            <w:tcMar>
              <w:top w:w="70" w:type="dxa"/>
              <w:left w:w="90" w:type="dxa"/>
              <w:bottom w:w="70" w:type="dxa"/>
              <w:right w:w="90" w:type="dxa"/>
            </w:tcMar>
            <w:vAlign w:val="center"/>
          </w:tcPr>
          <w:p w14:paraId="6B4B21F3" w14:textId="77777777" w:rsidR="008D43AB" w:rsidRDefault="008D43AB"/>
          <w:p w14:paraId="3C6249BC" w14:textId="77777777" w:rsidR="008D43AB" w:rsidRDefault="00000000">
            <w:pPr>
              <w:spacing w:line="245" w:lineRule="auto"/>
            </w:pPr>
            <w:r>
              <w:rPr>
                <w:b/>
                <w:color w:val="000000"/>
                <w:sz w:val="16"/>
              </w:rPr>
              <w:t xml:space="preserve">MEDPREDMETNE POVEZAVE: </w:t>
            </w:r>
            <w:r>
              <w:rPr>
                <w:color w:val="000000"/>
                <w:sz w:val="16"/>
              </w:rPr>
              <w:t>SPO – gledališče, praznovanje, odgovornost in prijaznost; SLJ – poslušanje, ritmični govor in opis doživetja; ŠPO – pulz, tempo, gibalni odziv in prostorska orientacija; LUM – simbol, barva, linija in zvočni zapis</w:t>
            </w:r>
          </w:p>
        </w:tc>
      </w:tr>
      <w:tr w:rsidR="008D43AB" w14:paraId="7857EA1A" w14:textId="77777777">
        <w:trPr>
          <w:cantSplit/>
          <w:jc w:val="center"/>
        </w:trPr>
        <w:tc>
          <w:tcPr>
            <w:tcW w:w="14060" w:type="dxa"/>
            <w:gridSpan w:val="6"/>
            <w:tcMar>
              <w:top w:w="70" w:type="dxa"/>
              <w:left w:w="90" w:type="dxa"/>
              <w:bottom w:w="70" w:type="dxa"/>
              <w:right w:w="90" w:type="dxa"/>
            </w:tcMar>
            <w:vAlign w:val="center"/>
          </w:tcPr>
          <w:p w14:paraId="7E162498" w14:textId="77777777" w:rsidR="008D43AB" w:rsidRDefault="008D43AB"/>
          <w:p w14:paraId="3286CC49"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2E984589" w14:textId="77777777">
        <w:trPr>
          <w:cantSplit/>
          <w:jc w:val="center"/>
        </w:trPr>
        <w:tc>
          <w:tcPr>
            <w:tcW w:w="14060" w:type="dxa"/>
            <w:gridSpan w:val="6"/>
            <w:tcMar>
              <w:top w:w="70" w:type="dxa"/>
              <w:left w:w="90" w:type="dxa"/>
              <w:bottom w:w="70" w:type="dxa"/>
              <w:right w:w="90" w:type="dxa"/>
            </w:tcMar>
            <w:vAlign w:val="center"/>
          </w:tcPr>
          <w:p w14:paraId="5FBCE2A0" w14:textId="77777777" w:rsidR="008D43AB" w:rsidRDefault="008D43AB"/>
          <w:p w14:paraId="6C4F05A4"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3BF9A2BC" w14:textId="77777777">
        <w:trPr>
          <w:cantSplit/>
          <w:jc w:val="center"/>
        </w:trPr>
        <w:tc>
          <w:tcPr>
            <w:tcW w:w="14060" w:type="dxa"/>
            <w:gridSpan w:val="6"/>
            <w:tcMar>
              <w:top w:w="70" w:type="dxa"/>
              <w:left w:w="90" w:type="dxa"/>
              <w:bottom w:w="70" w:type="dxa"/>
              <w:right w:w="90" w:type="dxa"/>
            </w:tcMar>
            <w:vAlign w:val="center"/>
          </w:tcPr>
          <w:p w14:paraId="22B07469" w14:textId="77777777" w:rsidR="008D43AB" w:rsidRDefault="008D43AB"/>
          <w:p w14:paraId="666E993D"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5A7EE541" w14:textId="77777777">
        <w:trPr>
          <w:cantSplit/>
          <w:jc w:val="center"/>
        </w:trPr>
        <w:tc>
          <w:tcPr>
            <w:tcW w:w="14060" w:type="dxa"/>
            <w:gridSpan w:val="6"/>
            <w:tcMar>
              <w:top w:w="70" w:type="dxa"/>
              <w:left w:w="90" w:type="dxa"/>
              <w:bottom w:w="70" w:type="dxa"/>
              <w:right w:w="90" w:type="dxa"/>
            </w:tcMar>
            <w:vAlign w:val="center"/>
          </w:tcPr>
          <w:p w14:paraId="72E4DD83" w14:textId="77777777" w:rsidR="008D43AB" w:rsidRDefault="008D43AB"/>
          <w:p w14:paraId="5112D4EA"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512DDD0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342EDA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86583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7F453E3" w14:textId="77777777" w:rsidR="008D43AB" w:rsidRDefault="00000000">
            <w:pPr>
              <w:jc w:val="center"/>
            </w:pPr>
            <w:r>
              <w:rPr>
                <w:b/>
                <w:color w:val="000000"/>
                <w:sz w:val="20"/>
              </w:rPr>
              <w:t>UČNE DEJAVNOSTI, METODE IN FORMATIVNO SPREMLJANJE</w:t>
            </w:r>
          </w:p>
        </w:tc>
      </w:tr>
      <w:tr w:rsidR="008D43AB" w14:paraId="13642CC7" w14:textId="77777777">
        <w:trPr>
          <w:tblHeader/>
          <w:jc w:val="center"/>
        </w:trPr>
        <w:tc>
          <w:tcPr>
            <w:tcW w:w="4422" w:type="dxa"/>
            <w:vMerge/>
            <w:tcMar>
              <w:top w:w="70" w:type="dxa"/>
              <w:left w:w="90" w:type="dxa"/>
              <w:bottom w:w="70" w:type="dxa"/>
              <w:right w:w="90" w:type="dxa"/>
            </w:tcMar>
            <w:vAlign w:val="center"/>
          </w:tcPr>
          <w:p w14:paraId="19A2FBE1" w14:textId="77777777" w:rsidR="008D43AB" w:rsidRDefault="008D43AB"/>
        </w:tc>
        <w:tc>
          <w:tcPr>
            <w:tcW w:w="7087" w:type="dxa"/>
            <w:shd w:val="clear" w:color="auto" w:fill="FFFFFF"/>
            <w:tcMar>
              <w:top w:w="70" w:type="dxa"/>
              <w:left w:w="90" w:type="dxa"/>
              <w:bottom w:w="70" w:type="dxa"/>
              <w:right w:w="90" w:type="dxa"/>
            </w:tcMar>
            <w:vAlign w:val="center"/>
          </w:tcPr>
          <w:p w14:paraId="1CA597AB"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7B8460D" w14:textId="77777777" w:rsidR="008D43AB" w:rsidRDefault="00000000">
            <w:pPr>
              <w:jc w:val="center"/>
            </w:pPr>
            <w:r>
              <w:rPr>
                <w:b/>
                <w:color w:val="000000"/>
              </w:rPr>
              <w:t>UČENEC</w:t>
            </w:r>
          </w:p>
        </w:tc>
      </w:tr>
      <w:tr w:rsidR="008D43AB" w14:paraId="612299AF" w14:textId="77777777">
        <w:trPr>
          <w:jc w:val="center"/>
        </w:trPr>
        <w:tc>
          <w:tcPr>
            <w:tcW w:w="4422" w:type="dxa"/>
            <w:tcMar>
              <w:top w:w="70" w:type="dxa"/>
              <w:left w:w="90" w:type="dxa"/>
              <w:bottom w:w="70" w:type="dxa"/>
              <w:right w:w="90" w:type="dxa"/>
            </w:tcMar>
          </w:tcPr>
          <w:p w14:paraId="05168FC9" w14:textId="77777777" w:rsidR="008D43AB" w:rsidRDefault="008D43AB"/>
          <w:p w14:paraId="4D96BC0E" w14:textId="77777777" w:rsidR="008D43AB" w:rsidRDefault="00000000">
            <w:pPr>
              <w:spacing w:after="60" w:line="245" w:lineRule="auto"/>
            </w:pPr>
            <w:r>
              <w:rPr>
                <w:b/>
                <w:color w:val="000000"/>
              </w:rPr>
              <w:t>UČNI CILJI</w:t>
            </w:r>
          </w:p>
          <w:p w14:paraId="2AB93B1B" w14:textId="77777777" w:rsidR="008D43AB" w:rsidRDefault="00000000">
            <w:pPr>
              <w:spacing w:after="20" w:line="245" w:lineRule="auto"/>
            </w:pPr>
            <w:r>
              <w:rPr>
                <w:b/>
                <w:color w:val="000000"/>
                <w:sz w:val="17"/>
              </w:rPr>
              <w:t>SPLOŠNI</w:t>
            </w:r>
          </w:p>
          <w:p w14:paraId="1F1D425E"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4087D588" w14:textId="77777777" w:rsidR="008D43AB" w:rsidRDefault="00000000">
            <w:pPr>
              <w:pStyle w:val="Oznaenseznam"/>
              <w:spacing w:after="16"/>
            </w:pPr>
            <w:r>
              <w:rPr>
                <w:color w:val="000000"/>
                <w:sz w:val="16"/>
              </w:rPr>
              <w:t>poje, ritmično govori ter uporablja telo, glasbila in predmete kot zvočne vire</w:t>
            </w:r>
          </w:p>
          <w:p w14:paraId="3617A3E4" w14:textId="77777777" w:rsidR="008D43AB" w:rsidRDefault="00000000">
            <w:pPr>
              <w:pStyle w:val="Oznaenseznam"/>
              <w:spacing w:after="16"/>
            </w:pPr>
            <w:r>
              <w:rPr>
                <w:color w:val="000000"/>
                <w:sz w:val="16"/>
              </w:rPr>
              <w:t>razlikuje izbrane lastnosti zvoka in glasbe ter varuje sluh in odgovorno uporablja glasbila</w:t>
            </w:r>
          </w:p>
          <w:p w14:paraId="43F7215E"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AC7EE2F" w14:textId="77777777" w:rsidR="008D43AB" w:rsidRDefault="00000000">
            <w:pPr>
              <w:spacing w:before="40" w:after="20" w:line="245" w:lineRule="auto"/>
            </w:pPr>
            <w:r>
              <w:rPr>
                <w:b/>
                <w:color w:val="000000"/>
                <w:sz w:val="17"/>
              </w:rPr>
              <w:t>OPERATIVNI</w:t>
            </w:r>
          </w:p>
          <w:p w14:paraId="63097583" w14:textId="77777777" w:rsidR="008D43AB" w:rsidRDefault="00000000">
            <w:pPr>
              <w:pStyle w:val="Oznaenseznam"/>
              <w:spacing w:after="16"/>
            </w:pPr>
            <w:r>
              <w:rPr>
                <w:color w:val="000000"/>
                <w:sz w:val="16"/>
              </w:rPr>
              <w:t>posluša različne izvedbe</w:t>
            </w:r>
          </w:p>
          <w:p w14:paraId="7CEE06EA" w14:textId="77777777" w:rsidR="008D43AB" w:rsidRDefault="00000000">
            <w:pPr>
              <w:pStyle w:val="Oznaenseznam"/>
              <w:spacing w:after="16"/>
            </w:pPr>
            <w:r>
              <w:rPr>
                <w:color w:val="000000"/>
                <w:sz w:val="16"/>
              </w:rPr>
              <w:t>izrazi doživetje</w:t>
            </w:r>
          </w:p>
          <w:p w14:paraId="528C4787" w14:textId="77777777" w:rsidR="008D43AB" w:rsidRDefault="00000000">
            <w:pPr>
              <w:pStyle w:val="Oznaenseznam"/>
              <w:spacing w:after="16"/>
            </w:pPr>
            <w:r>
              <w:rPr>
                <w:color w:val="000000"/>
                <w:sz w:val="16"/>
              </w:rPr>
              <w:t>ustvari spremljavo</w:t>
            </w:r>
          </w:p>
          <w:p w14:paraId="6AA0DE15" w14:textId="77777777" w:rsidR="008D43AB" w:rsidRDefault="00000000">
            <w:pPr>
              <w:spacing w:before="40" w:after="20" w:line="245" w:lineRule="auto"/>
            </w:pPr>
            <w:r>
              <w:rPr>
                <w:b/>
                <w:color w:val="000000"/>
                <w:sz w:val="17"/>
              </w:rPr>
              <w:t>PRIČAKOVANI DOSEŽKI / MINIMALNI POUDARKI</w:t>
            </w:r>
          </w:p>
          <w:p w14:paraId="3874B5E1" w14:textId="77777777" w:rsidR="008D43AB" w:rsidRDefault="00000000">
            <w:pPr>
              <w:pStyle w:val="Oznaenseznam"/>
              <w:spacing w:after="16"/>
            </w:pPr>
            <w:r>
              <w:rPr>
                <w:color w:val="000000"/>
                <w:sz w:val="15"/>
              </w:rPr>
              <w:t>samostojno oziroma z dogovorjeno oporo posluša različne izvedbe</w:t>
            </w:r>
          </w:p>
          <w:p w14:paraId="707241F1" w14:textId="77777777" w:rsidR="008D43AB" w:rsidRDefault="00000000">
            <w:pPr>
              <w:pStyle w:val="Oznaenseznam"/>
              <w:spacing w:after="16"/>
            </w:pPr>
            <w:r>
              <w:rPr>
                <w:color w:val="000000"/>
                <w:sz w:val="15"/>
              </w:rPr>
              <w:t>samostojno oziroma z dogovorjeno oporo izrazi doživetje</w:t>
            </w:r>
          </w:p>
          <w:p w14:paraId="6A58A625" w14:textId="77777777" w:rsidR="008D43AB" w:rsidRDefault="00000000">
            <w:pPr>
              <w:pStyle w:val="Oznaenseznam"/>
              <w:spacing w:after="16"/>
            </w:pPr>
            <w:r>
              <w:rPr>
                <w:color w:val="000000"/>
                <w:sz w:val="15"/>
              </w:rPr>
              <w:t>samostojno oziroma z dogovorjeno oporo ustvari spremljavo</w:t>
            </w:r>
          </w:p>
        </w:tc>
        <w:tc>
          <w:tcPr>
            <w:tcW w:w="7087" w:type="dxa"/>
            <w:tcMar>
              <w:top w:w="70" w:type="dxa"/>
              <w:left w:w="90" w:type="dxa"/>
              <w:bottom w:w="70" w:type="dxa"/>
              <w:right w:w="90" w:type="dxa"/>
            </w:tcMar>
          </w:tcPr>
          <w:p w14:paraId="65EAD359"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9E8819C" w14:textId="77777777">
              <w:trPr>
                <w:jc w:val="center"/>
              </w:trPr>
              <w:tc>
                <w:tcPr>
                  <w:tcW w:w="7087" w:type="dxa"/>
                  <w:shd w:val="clear" w:color="auto" w:fill="C6E7F3"/>
                  <w:tcMar>
                    <w:top w:w="45" w:type="dxa"/>
                    <w:left w:w="70" w:type="dxa"/>
                    <w:bottom w:w="45" w:type="dxa"/>
                    <w:right w:w="70" w:type="dxa"/>
                  </w:tcMar>
                </w:tcPr>
                <w:p w14:paraId="7CBAEB79" w14:textId="77777777" w:rsidR="008D43AB" w:rsidRDefault="00000000">
                  <w:pPr>
                    <w:keepNext/>
                  </w:pPr>
                  <w:r>
                    <w:rPr>
                      <w:b/>
                      <w:color w:val="000000"/>
                    </w:rPr>
                    <w:t>UVODNI DEL – zvočna motivacija, aktivacija predznanja in namen učenja (8–12 min)</w:t>
                  </w:r>
                </w:p>
              </w:tc>
            </w:tr>
          </w:tbl>
          <w:p w14:paraId="57C112DD" w14:textId="77777777" w:rsidR="008D43AB" w:rsidRDefault="008D43AB">
            <w:pPr>
              <w:spacing w:line="20" w:lineRule="exact"/>
            </w:pPr>
          </w:p>
          <w:p w14:paraId="24FD9648" w14:textId="77777777" w:rsidR="008D43AB" w:rsidRDefault="00000000">
            <w:pPr>
              <w:spacing w:before="40" w:after="60" w:line="245" w:lineRule="auto"/>
            </w:pPr>
            <w:r>
              <w:rPr>
                <w:color w:val="000000"/>
                <w:sz w:val="16"/>
              </w:rPr>
              <w:t>Učenci ob motivu »Zvezdica Zaspanka« – Frane Milčinski – Ježek vstopijo v temo gledališče, praznovanje, odgovornost in prijaznost. Najprej v tišini poslušajo kratek zvočni odlomek ali učiteljičino izvedbo (»Zima je prišla«, »Vprezimo sani« ali »Dedek Mraz«),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1FCE9C97" w14:textId="77777777">
              <w:trPr>
                <w:jc w:val="center"/>
              </w:trPr>
              <w:tc>
                <w:tcPr>
                  <w:tcW w:w="7087" w:type="dxa"/>
                  <w:shd w:val="clear" w:color="auto" w:fill="EDC9EA"/>
                  <w:tcMar>
                    <w:top w:w="45" w:type="dxa"/>
                    <w:left w:w="70" w:type="dxa"/>
                    <w:bottom w:w="45" w:type="dxa"/>
                    <w:right w:w="70" w:type="dxa"/>
                  </w:tcMar>
                </w:tcPr>
                <w:p w14:paraId="2F7B1482" w14:textId="77777777" w:rsidR="008D43AB" w:rsidRDefault="00000000">
                  <w:pPr>
                    <w:keepNext/>
                  </w:pPr>
                  <w:r>
                    <w:rPr>
                      <w:b/>
                      <w:color w:val="000000"/>
                    </w:rPr>
                    <w:t>NAMENI UČENJA</w:t>
                  </w:r>
                </w:p>
              </w:tc>
            </w:tr>
          </w:tbl>
          <w:p w14:paraId="545A0CC5" w14:textId="77777777" w:rsidR="008D43AB" w:rsidRDefault="008D43AB">
            <w:pPr>
              <w:spacing w:line="20" w:lineRule="exact"/>
            </w:pPr>
          </w:p>
          <w:p w14:paraId="1DA8B916"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6CD13A76" w14:textId="77777777" w:rsidR="008D43AB" w:rsidRDefault="00000000">
            <w:pPr>
              <w:pStyle w:val="Oznaenseznam"/>
              <w:spacing w:after="16"/>
            </w:pPr>
            <w:r>
              <w:rPr>
                <w:color w:val="000000"/>
                <w:sz w:val="16"/>
              </w:rPr>
              <w:t>poslušam različne izvedbe</w:t>
            </w:r>
          </w:p>
          <w:p w14:paraId="31BCA6EC" w14:textId="77777777" w:rsidR="008D43AB" w:rsidRDefault="00000000">
            <w:pPr>
              <w:pStyle w:val="Oznaenseznam"/>
              <w:spacing w:after="16"/>
            </w:pPr>
            <w:r>
              <w:rPr>
                <w:color w:val="000000"/>
                <w:sz w:val="16"/>
              </w:rPr>
              <w:t>izrazim doživetje</w:t>
            </w:r>
          </w:p>
          <w:p w14:paraId="2D5C6E7F" w14:textId="77777777" w:rsidR="008D43AB" w:rsidRDefault="00000000">
            <w:pPr>
              <w:pStyle w:val="Oznaenseznam"/>
              <w:spacing w:after="16"/>
            </w:pPr>
            <w:r>
              <w:rPr>
                <w:color w:val="000000"/>
                <w:sz w:val="16"/>
              </w:rPr>
              <w:t>ustvarim spremljavo</w:t>
            </w:r>
          </w:p>
          <w:tbl>
            <w:tblPr>
              <w:tblStyle w:val="Tabelamrea"/>
              <w:tblW w:w="0" w:type="auto"/>
              <w:jc w:val="center"/>
              <w:tblLayout w:type="fixed"/>
              <w:tblLook w:val="04A0" w:firstRow="1" w:lastRow="0" w:firstColumn="1" w:lastColumn="0" w:noHBand="0" w:noVBand="1"/>
            </w:tblPr>
            <w:tblGrid>
              <w:gridCol w:w="7087"/>
            </w:tblGrid>
            <w:tr w:rsidR="008D43AB" w14:paraId="1D0C8DF8" w14:textId="77777777">
              <w:trPr>
                <w:jc w:val="center"/>
              </w:trPr>
              <w:tc>
                <w:tcPr>
                  <w:tcW w:w="7087" w:type="dxa"/>
                  <w:shd w:val="clear" w:color="auto" w:fill="EDC9EA"/>
                  <w:tcMar>
                    <w:top w:w="45" w:type="dxa"/>
                    <w:left w:w="70" w:type="dxa"/>
                    <w:bottom w:w="45" w:type="dxa"/>
                    <w:right w:w="70" w:type="dxa"/>
                  </w:tcMar>
                </w:tcPr>
                <w:p w14:paraId="4E07D1E8" w14:textId="77777777" w:rsidR="008D43AB" w:rsidRDefault="00000000">
                  <w:pPr>
                    <w:keepNext/>
                  </w:pPr>
                  <w:r>
                    <w:rPr>
                      <w:b/>
                      <w:color w:val="000000"/>
                    </w:rPr>
                    <w:t>PREVERJANJE PREDZNANJA</w:t>
                  </w:r>
                </w:p>
              </w:tc>
            </w:tr>
          </w:tbl>
          <w:p w14:paraId="05AF3106" w14:textId="77777777" w:rsidR="008D43AB" w:rsidRDefault="008D43AB">
            <w:pPr>
              <w:spacing w:line="20" w:lineRule="exact"/>
            </w:pPr>
          </w:p>
          <w:p w14:paraId="2CF8630F" w14:textId="77777777" w:rsidR="008D43AB" w:rsidRDefault="00000000">
            <w:pPr>
              <w:pStyle w:val="Oznaenseznam"/>
              <w:spacing w:after="16"/>
            </w:pPr>
            <w:r>
              <w:rPr>
                <w:color w:val="000000"/>
                <w:sz w:val="16"/>
              </w:rPr>
              <w:t>Kaj mi zvok, naslov, slika ali motiv pove o temi gledališče, praznovanje, odgovornost in prijaznost?</w:t>
            </w:r>
          </w:p>
          <w:p w14:paraId="4FFD12E9" w14:textId="77777777" w:rsidR="008D43AB" w:rsidRDefault="00000000">
            <w:pPr>
              <w:pStyle w:val="Oznaenseznam"/>
              <w:spacing w:after="16"/>
            </w:pPr>
            <w:r>
              <w:rPr>
                <w:color w:val="000000"/>
                <w:sz w:val="16"/>
              </w:rPr>
              <w:t>Kako lahko s poslušanjem, glasom, telesom, glasbilom ali simbolom pokažem, kaj že znam pri temi »PRAZNIČNA GLASBA«?</w:t>
            </w:r>
          </w:p>
          <w:p w14:paraId="3ACB5407"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73455424" w14:textId="77777777">
              <w:trPr>
                <w:jc w:val="center"/>
              </w:trPr>
              <w:tc>
                <w:tcPr>
                  <w:tcW w:w="7087" w:type="dxa"/>
                  <w:shd w:val="clear" w:color="auto" w:fill="EDC9EA"/>
                  <w:tcMar>
                    <w:top w:w="45" w:type="dxa"/>
                    <w:left w:w="70" w:type="dxa"/>
                    <w:bottom w:w="45" w:type="dxa"/>
                    <w:right w:w="70" w:type="dxa"/>
                  </w:tcMar>
                </w:tcPr>
                <w:p w14:paraId="25637327" w14:textId="77777777" w:rsidR="008D43AB" w:rsidRDefault="00000000">
                  <w:pPr>
                    <w:keepNext/>
                  </w:pPr>
                  <w:r>
                    <w:rPr>
                      <w:b/>
                      <w:color w:val="000000"/>
                    </w:rPr>
                    <w:t>KRITERIJI USPEŠNOSTI</w:t>
                  </w:r>
                </w:p>
              </w:tc>
            </w:tr>
          </w:tbl>
          <w:p w14:paraId="45B9D307" w14:textId="77777777" w:rsidR="008D43AB" w:rsidRDefault="008D43AB"/>
          <w:p w14:paraId="04E18764" w14:textId="77777777" w:rsidR="008D43AB" w:rsidRDefault="00000000">
            <w:pPr>
              <w:spacing w:before="20" w:after="20" w:line="245" w:lineRule="auto"/>
            </w:pPr>
            <w:r>
              <w:rPr>
                <w:b/>
                <w:color w:val="000000"/>
                <w:sz w:val="16"/>
              </w:rPr>
              <w:t>Uspešen/-na bom, ko:</w:t>
            </w:r>
          </w:p>
          <w:p w14:paraId="5B13C49E" w14:textId="77777777" w:rsidR="008D43AB" w:rsidRDefault="00000000">
            <w:pPr>
              <w:pStyle w:val="Oznaenseznam"/>
              <w:spacing w:after="16"/>
            </w:pPr>
            <w:r>
              <w:rPr>
                <w:color w:val="000000"/>
                <w:sz w:val="16"/>
              </w:rPr>
              <w:t>poslušam različne izvedbe</w:t>
            </w:r>
          </w:p>
          <w:p w14:paraId="206AD191" w14:textId="77777777" w:rsidR="008D43AB" w:rsidRDefault="00000000">
            <w:pPr>
              <w:pStyle w:val="Oznaenseznam"/>
              <w:spacing w:after="16"/>
            </w:pPr>
            <w:r>
              <w:rPr>
                <w:color w:val="000000"/>
                <w:sz w:val="16"/>
              </w:rPr>
              <w:t>izrazim doživetje</w:t>
            </w:r>
          </w:p>
          <w:p w14:paraId="3CF67E4B" w14:textId="77777777" w:rsidR="008D43AB" w:rsidRDefault="00000000">
            <w:pPr>
              <w:pStyle w:val="Oznaenseznam"/>
              <w:spacing w:after="16"/>
            </w:pPr>
            <w:r>
              <w:rPr>
                <w:color w:val="000000"/>
                <w:sz w:val="16"/>
              </w:rPr>
              <w:t>ustvarim spremljavo</w:t>
            </w:r>
          </w:p>
          <w:p w14:paraId="5757DC2F" w14:textId="77777777" w:rsidR="008D43AB" w:rsidRDefault="00000000">
            <w:pPr>
              <w:pStyle w:val="Oznaenseznam"/>
              <w:spacing w:after="16"/>
            </w:pPr>
            <w:r>
              <w:rPr>
                <w:color w:val="000000"/>
                <w:sz w:val="16"/>
              </w:rPr>
              <w:t>upoštevam dogovorjeni začetek, konec, znak za tišino in varno glasnost</w:t>
            </w:r>
          </w:p>
          <w:p w14:paraId="60A6E837"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7E276A75" w14:textId="77777777" w:rsidR="008D43AB" w:rsidRDefault="008D43AB"/>
          <w:p w14:paraId="492BFA99"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37398F3B" w14:textId="77777777" w:rsidR="008D43AB" w:rsidRDefault="00000000">
            <w:pPr>
              <w:spacing w:after="80" w:line="245" w:lineRule="auto"/>
            </w:pPr>
            <w:r>
              <w:rPr>
                <w:color w:val="000000"/>
                <w:sz w:val="16"/>
              </w:rPr>
              <w:t>Pove ali pokaže, kaj že zna in katero glasbeno strategijo bi uporabil.</w:t>
            </w:r>
          </w:p>
          <w:p w14:paraId="3638A77F" w14:textId="77777777" w:rsidR="008D43AB" w:rsidRDefault="00000000">
            <w:pPr>
              <w:spacing w:after="100" w:line="245" w:lineRule="auto"/>
            </w:pPr>
            <w:r>
              <w:rPr>
                <w:color w:val="000000"/>
                <w:sz w:val="16"/>
              </w:rPr>
              <w:t>Sodeluje pri razumevanju namenov, meril uspešnosti, varne glasnosti in načina dokazovanja.</w:t>
            </w:r>
          </w:p>
          <w:p w14:paraId="367E7D8B" w14:textId="77777777" w:rsidR="008D43AB" w:rsidRDefault="00000000">
            <w:pPr>
              <w:spacing w:after="20" w:line="245" w:lineRule="auto"/>
            </w:pPr>
            <w:r>
              <w:rPr>
                <w:b/>
                <w:color w:val="D95BC6"/>
                <w:sz w:val="17"/>
              </w:rPr>
              <w:t>DOKAZ O UČENJU</w:t>
            </w:r>
          </w:p>
          <w:p w14:paraId="2DA2FF22"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076EC2B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BE94CD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F30AEC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9AE39B9" w14:textId="77777777" w:rsidR="008D43AB" w:rsidRDefault="00000000">
            <w:pPr>
              <w:jc w:val="center"/>
            </w:pPr>
            <w:r>
              <w:rPr>
                <w:b/>
                <w:color w:val="000000"/>
                <w:sz w:val="20"/>
              </w:rPr>
              <w:t>UČNE DEJAVNOSTI, METODE IN FORMATIVNO SPREMLJANJE</w:t>
            </w:r>
          </w:p>
        </w:tc>
      </w:tr>
      <w:tr w:rsidR="008D43AB" w14:paraId="357ADA7F" w14:textId="77777777">
        <w:trPr>
          <w:tblHeader/>
          <w:jc w:val="center"/>
        </w:trPr>
        <w:tc>
          <w:tcPr>
            <w:tcW w:w="4422" w:type="dxa"/>
            <w:vMerge/>
            <w:tcMar>
              <w:top w:w="70" w:type="dxa"/>
              <w:left w:w="90" w:type="dxa"/>
              <w:bottom w:w="70" w:type="dxa"/>
              <w:right w:w="90" w:type="dxa"/>
            </w:tcMar>
            <w:vAlign w:val="center"/>
          </w:tcPr>
          <w:p w14:paraId="0035BDC2" w14:textId="77777777" w:rsidR="008D43AB" w:rsidRDefault="008D43AB"/>
        </w:tc>
        <w:tc>
          <w:tcPr>
            <w:tcW w:w="7087" w:type="dxa"/>
            <w:shd w:val="clear" w:color="auto" w:fill="FFFFFF"/>
            <w:tcMar>
              <w:top w:w="70" w:type="dxa"/>
              <w:left w:w="90" w:type="dxa"/>
              <w:bottom w:w="70" w:type="dxa"/>
              <w:right w:w="90" w:type="dxa"/>
            </w:tcMar>
            <w:vAlign w:val="center"/>
          </w:tcPr>
          <w:p w14:paraId="28BD734D"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6FD10D1" w14:textId="77777777" w:rsidR="008D43AB" w:rsidRDefault="00000000">
            <w:pPr>
              <w:jc w:val="center"/>
            </w:pPr>
            <w:r>
              <w:rPr>
                <w:b/>
                <w:color w:val="000000"/>
              </w:rPr>
              <w:t>UČENEC</w:t>
            </w:r>
          </w:p>
        </w:tc>
      </w:tr>
      <w:tr w:rsidR="008D43AB" w14:paraId="752102F5" w14:textId="77777777">
        <w:trPr>
          <w:jc w:val="center"/>
        </w:trPr>
        <w:tc>
          <w:tcPr>
            <w:tcW w:w="4422" w:type="dxa"/>
            <w:tcMar>
              <w:top w:w="70" w:type="dxa"/>
              <w:left w:w="90" w:type="dxa"/>
              <w:bottom w:w="70" w:type="dxa"/>
              <w:right w:w="90" w:type="dxa"/>
            </w:tcMar>
          </w:tcPr>
          <w:p w14:paraId="451D194C" w14:textId="77777777" w:rsidR="008D43AB" w:rsidRDefault="008D43AB"/>
          <w:p w14:paraId="08604650" w14:textId="77777777" w:rsidR="008D43AB" w:rsidRDefault="00000000">
            <w:pPr>
              <w:spacing w:after="40" w:line="245" w:lineRule="auto"/>
            </w:pPr>
            <w:r>
              <w:rPr>
                <w:b/>
                <w:color w:val="000000"/>
              </w:rPr>
              <w:t>KLJUČNI GLASBENI POJMI</w:t>
            </w:r>
          </w:p>
          <w:p w14:paraId="70762C66" w14:textId="77777777" w:rsidR="008D43AB" w:rsidRDefault="00000000">
            <w:pPr>
              <w:spacing w:after="60" w:line="245" w:lineRule="auto"/>
            </w:pPr>
            <w:r>
              <w:rPr>
                <w:color w:val="000000"/>
                <w:sz w:val="15"/>
              </w:rPr>
              <w:t>poslušanje, zvok, tišina, izvedba, glasbeni znak, dokaz, povratna informacija</w:t>
            </w:r>
          </w:p>
          <w:p w14:paraId="00922DE2" w14:textId="77777777" w:rsidR="008D43AB" w:rsidRDefault="00000000">
            <w:pPr>
              <w:spacing w:after="20" w:line="245" w:lineRule="auto"/>
            </w:pPr>
            <w:r>
              <w:rPr>
                <w:b/>
                <w:color w:val="000000"/>
                <w:sz w:val="17"/>
              </w:rPr>
              <w:t>DOKAZI O UČENJU</w:t>
            </w:r>
          </w:p>
          <w:p w14:paraId="02F6EF14" w14:textId="77777777" w:rsidR="008D43AB" w:rsidRDefault="00000000">
            <w:pPr>
              <w:pStyle w:val="Oznaenseznam"/>
              <w:spacing w:after="9"/>
            </w:pPr>
            <w:r>
              <w:rPr>
                <w:color w:val="000000"/>
                <w:sz w:val="15"/>
              </w:rPr>
              <w:t>poslušalski gibalni odziv, ritmični/pevski odmev in učiteljev zapis o skupnem pulzu oziroma začetku/koncu.</w:t>
            </w:r>
          </w:p>
          <w:p w14:paraId="563E79AE" w14:textId="77777777" w:rsidR="008D43AB" w:rsidRDefault="00000000">
            <w:pPr>
              <w:pStyle w:val="Oznaenseznam"/>
              <w:spacing w:after="9"/>
            </w:pPr>
            <w:r>
              <w:rPr>
                <w:color w:val="000000"/>
                <w:sz w:val="15"/>
              </w:rPr>
              <w:t>slikovni zvočni zapis, skupinska izvedba/posnetek in vrstniška opisna povratna informacija.</w:t>
            </w:r>
          </w:p>
          <w:p w14:paraId="35CEDC04" w14:textId="77777777" w:rsidR="008D43AB" w:rsidRDefault="00000000">
            <w:pPr>
              <w:spacing w:before="40" w:after="20" w:line="245" w:lineRule="auto"/>
            </w:pPr>
            <w:r>
              <w:rPr>
                <w:b/>
                <w:color w:val="000000"/>
                <w:sz w:val="17"/>
              </w:rPr>
              <w:t>GLASBENO DOŽIVETJE IN IZKUŠENJSKI POUK</w:t>
            </w:r>
          </w:p>
          <w:p w14:paraId="5BDB61D7"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0A454D86" w14:textId="77777777" w:rsidR="008D43AB" w:rsidRDefault="00000000">
            <w:pPr>
              <w:spacing w:after="20" w:line="245" w:lineRule="auto"/>
            </w:pPr>
            <w:r>
              <w:rPr>
                <w:b/>
                <w:color w:val="000000"/>
                <w:sz w:val="17"/>
              </w:rPr>
              <w:t>POUČEVANJE V GIBANJU</w:t>
            </w:r>
          </w:p>
          <w:p w14:paraId="1FBBCE0C"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02DC56F7" w14:textId="77777777" w:rsidR="008D43AB" w:rsidRDefault="00000000">
            <w:pPr>
              <w:spacing w:after="20" w:line="245" w:lineRule="auto"/>
            </w:pPr>
            <w:r>
              <w:rPr>
                <w:b/>
                <w:color w:val="000000"/>
                <w:sz w:val="17"/>
              </w:rPr>
              <w:t>DELO PO POSTAJAH</w:t>
            </w:r>
          </w:p>
          <w:p w14:paraId="5A00E279"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EFD2442" w14:textId="77777777" w:rsidR="008D43AB" w:rsidRDefault="00000000">
            <w:pPr>
              <w:spacing w:after="10" w:line="245" w:lineRule="auto"/>
            </w:pPr>
            <w:r>
              <w:rPr>
                <w:color w:val="000000"/>
                <w:sz w:val="15"/>
              </w:rPr>
              <w:t>1. Aktivno poslušanje: prepoznam zvočni vir ali spremembo ter odziv pokažem s kartico, gibom ali besedo.</w:t>
            </w:r>
          </w:p>
          <w:p w14:paraId="0064E2D4" w14:textId="77777777" w:rsidR="008D43AB" w:rsidRDefault="00000000">
            <w:pPr>
              <w:spacing w:after="10" w:line="245" w:lineRule="auto"/>
            </w:pPr>
            <w:r>
              <w:rPr>
                <w:color w:val="000000"/>
                <w:sz w:val="15"/>
              </w:rPr>
              <w:t>2. Gibalna: glasbeno lastnost ponazorim s hojo, nivojem telesa, smerjo, hitrostjo in zamrznitvijo.</w:t>
            </w:r>
          </w:p>
          <w:p w14:paraId="395E9364" w14:textId="77777777" w:rsidR="008D43AB" w:rsidRDefault="00000000">
            <w:pPr>
              <w:spacing w:after="10" w:line="245" w:lineRule="auto"/>
            </w:pPr>
            <w:r>
              <w:rPr>
                <w:color w:val="000000"/>
                <w:sz w:val="15"/>
              </w:rPr>
              <w:t>3. Izvajalska: zvok posnemam z glasom, telesom ali glasbilom ter upoštevam začetek, konec in tišino.</w:t>
            </w:r>
          </w:p>
          <w:p w14:paraId="7C493BE4" w14:textId="77777777" w:rsidR="008D43AB" w:rsidRDefault="00000000">
            <w:pPr>
              <w:spacing w:after="10" w:line="245" w:lineRule="auto"/>
            </w:pPr>
            <w:r>
              <w:rPr>
                <w:color w:val="000000"/>
                <w:sz w:val="15"/>
              </w:rPr>
              <w:t>4. Likovno-zapisna: doživetje ali zvočno zaporedje prikažem s simboli, ga predstavim in izboljšam.</w:t>
            </w:r>
          </w:p>
          <w:p w14:paraId="208B9CE1" w14:textId="77777777" w:rsidR="008D43AB" w:rsidRDefault="00000000">
            <w:pPr>
              <w:spacing w:after="20" w:line="245" w:lineRule="auto"/>
            </w:pPr>
            <w:r>
              <w:rPr>
                <w:b/>
                <w:color w:val="000000"/>
                <w:sz w:val="17"/>
              </w:rPr>
              <w:t>DIFERENCIACIJA IN VKLJUČEVANJE</w:t>
            </w:r>
          </w:p>
          <w:p w14:paraId="270E31BE"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6696FCDE" w14:textId="77777777" w:rsidR="008D43AB" w:rsidRDefault="00000000">
            <w:pPr>
              <w:spacing w:after="20" w:line="245" w:lineRule="auto"/>
            </w:pPr>
            <w:r>
              <w:rPr>
                <w:b/>
                <w:color w:val="000000"/>
                <w:sz w:val="17"/>
              </w:rPr>
              <w:t>SPREMLJANJE</w:t>
            </w:r>
          </w:p>
          <w:p w14:paraId="496FCF5A"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1728F7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A3E5BCE" w14:textId="77777777">
              <w:trPr>
                <w:jc w:val="center"/>
              </w:trPr>
              <w:tc>
                <w:tcPr>
                  <w:tcW w:w="7087" w:type="dxa"/>
                  <w:shd w:val="clear" w:color="auto" w:fill="C6E7F3"/>
                  <w:tcMar>
                    <w:top w:w="45" w:type="dxa"/>
                    <w:left w:w="70" w:type="dxa"/>
                    <w:bottom w:w="45" w:type="dxa"/>
                    <w:right w:w="70" w:type="dxa"/>
                  </w:tcMar>
                </w:tcPr>
                <w:p w14:paraId="02F6343B" w14:textId="77777777" w:rsidR="008D43AB" w:rsidRDefault="00000000">
                  <w:pPr>
                    <w:keepNext/>
                  </w:pPr>
                  <w:r>
                    <w:rPr>
                      <w:b/>
                      <w:color w:val="000000"/>
                      <w:sz w:val="17"/>
                    </w:rPr>
                    <w:t>GLAVNI DEL – POSLUŠANJE, IZVAJANJE, GIBANJE IN USTVARJANJE (2 šolski uri)</w:t>
                  </w:r>
                </w:p>
              </w:tc>
            </w:tr>
          </w:tbl>
          <w:p w14:paraId="0554B34D" w14:textId="77777777" w:rsidR="008D43AB" w:rsidRDefault="008D43AB">
            <w:pPr>
              <w:spacing w:line="20" w:lineRule="exact"/>
            </w:pPr>
          </w:p>
          <w:p w14:paraId="1D6F43B4" w14:textId="77777777" w:rsidR="008D43AB" w:rsidRDefault="00000000">
            <w:pPr>
              <w:keepNext/>
              <w:spacing w:before="24" w:after="8" w:line="245" w:lineRule="auto"/>
            </w:pPr>
            <w:r>
              <w:rPr>
                <w:b/>
                <w:color w:val="000000"/>
                <w:sz w:val="16"/>
              </w:rPr>
              <w:t>1. URA – Praznična Glasba – Poslušam in izvajam</w:t>
            </w:r>
          </w:p>
          <w:p w14:paraId="508502BE"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»PRAZNIČNA GLASBA«,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19C70F43"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04A147D3"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3A4D0BE5" w14:textId="77777777" w:rsidR="008D43AB" w:rsidRDefault="00000000">
            <w:pPr>
              <w:keepNext/>
              <w:spacing w:before="24" w:after="8" w:line="245" w:lineRule="auto"/>
            </w:pPr>
            <w:r>
              <w:rPr>
                <w:b/>
                <w:color w:val="000000"/>
                <w:sz w:val="16"/>
              </w:rPr>
              <w:t>2. URA – Praznična Glasba – Ustvarim in nastopim</w:t>
            </w:r>
          </w:p>
          <w:p w14:paraId="38CE2A68"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praznična glasba«; usmerja izbiro, zapis, vajo in menjavo vlog. Zaključek: 10' – Organizira nastop in odziv poslušalcev po kriterijih; posname kratek dokaz, če so soglasja urejena.</w:t>
            </w:r>
          </w:p>
          <w:p w14:paraId="583DA5EE"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5013869C"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19B20C14" w14:textId="77777777">
              <w:trPr>
                <w:jc w:val="center"/>
              </w:trPr>
              <w:tc>
                <w:tcPr>
                  <w:tcW w:w="7087" w:type="dxa"/>
                  <w:shd w:val="clear" w:color="auto" w:fill="EDC9EA"/>
                  <w:tcMar>
                    <w:top w:w="45" w:type="dxa"/>
                    <w:left w:w="70" w:type="dxa"/>
                    <w:bottom w:w="45" w:type="dxa"/>
                    <w:right w:w="70" w:type="dxa"/>
                  </w:tcMar>
                </w:tcPr>
                <w:p w14:paraId="181FDEC6" w14:textId="77777777" w:rsidR="008D43AB" w:rsidRDefault="00000000">
                  <w:pPr>
                    <w:keepNext/>
                  </w:pPr>
                  <w:r>
                    <w:rPr>
                      <w:b/>
                      <w:color w:val="000000"/>
                      <w:sz w:val="17"/>
                    </w:rPr>
                    <w:t>ORGANIZACIJA POSTAJ IN PREHODOV</w:t>
                  </w:r>
                </w:p>
              </w:tc>
            </w:tr>
          </w:tbl>
          <w:p w14:paraId="5E860CF1" w14:textId="77777777" w:rsidR="008D43AB" w:rsidRDefault="008D43AB"/>
          <w:p w14:paraId="57AB63CC"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652078AD"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29C27072"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236098F6"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4BD8DD26"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59A8D518" w14:textId="77777777" w:rsidR="008D43AB" w:rsidRDefault="008D43AB"/>
          <w:p w14:paraId="3D03CED6" w14:textId="77777777" w:rsidR="008D43AB" w:rsidRDefault="00000000">
            <w:pPr>
              <w:spacing w:after="6" w:line="245" w:lineRule="auto"/>
            </w:pPr>
            <w:r>
              <w:rPr>
                <w:b/>
                <w:color w:val="000000"/>
                <w:sz w:val="15"/>
              </w:rPr>
              <w:t>1. URA – Praznična Glasba – Poslušam in izvajam</w:t>
            </w:r>
          </w:p>
          <w:p w14:paraId="5622CEC4"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0632C0B" w14:textId="77777777" w:rsidR="008D43AB" w:rsidRDefault="00000000">
            <w:pPr>
              <w:spacing w:after="20" w:line="245" w:lineRule="auto"/>
            </w:pPr>
            <w:r>
              <w:rPr>
                <w:color w:val="D95BC6"/>
                <w:sz w:val="14"/>
              </w:rPr>
              <w:t>Dokaz: poslušalski gibalni odziv, ritmični/pevski odmev in učiteljev zapis o skupnem pulzu oziroma.</w:t>
            </w:r>
          </w:p>
          <w:p w14:paraId="479D589E" w14:textId="77777777" w:rsidR="008D43AB" w:rsidRDefault="00000000">
            <w:pPr>
              <w:spacing w:after="6" w:line="245" w:lineRule="auto"/>
            </w:pPr>
            <w:r>
              <w:rPr>
                <w:b/>
                <w:color w:val="000000"/>
                <w:sz w:val="15"/>
              </w:rPr>
              <w:t>2. URA – Praznična Glasba – Ustvarim in nastopim</w:t>
            </w:r>
          </w:p>
          <w:p w14:paraId="7A5D8F32"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724B5D48" w14:textId="77777777" w:rsidR="008D43AB" w:rsidRDefault="00000000">
            <w:pPr>
              <w:spacing w:after="20" w:line="245" w:lineRule="auto"/>
            </w:pPr>
            <w:r>
              <w:rPr>
                <w:color w:val="D95BC6"/>
                <w:sz w:val="14"/>
              </w:rPr>
              <w:t>Dokaz: slikovni zvočni zapis, skupinska izvedba/posnetek in vrstniška opisna povratna informacija.</w:t>
            </w:r>
          </w:p>
          <w:p w14:paraId="5046978E" w14:textId="77777777" w:rsidR="008D43AB" w:rsidRDefault="00000000">
            <w:pPr>
              <w:spacing w:before="40" w:after="20" w:line="245" w:lineRule="auto"/>
            </w:pPr>
            <w:r>
              <w:rPr>
                <w:b/>
                <w:color w:val="D95BC6"/>
                <w:sz w:val="16"/>
              </w:rPr>
              <w:t>MOJ KROG POSTAJ</w:t>
            </w:r>
          </w:p>
          <w:p w14:paraId="3F30FAED" w14:textId="77777777" w:rsidR="008D43AB" w:rsidRDefault="00000000">
            <w:pPr>
              <w:spacing w:after="11" w:line="245" w:lineRule="auto"/>
            </w:pPr>
            <w:r>
              <w:rPr>
                <w:color w:val="000000"/>
                <w:sz w:val="14"/>
              </w:rPr>
              <w:t>1. Aktivno poslušanje: prepoznam zvočni vir ali spremembo ter odziv pokažem s kartico.</w:t>
            </w:r>
          </w:p>
          <w:p w14:paraId="551735DB" w14:textId="77777777" w:rsidR="008D43AB" w:rsidRDefault="00000000">
            <w:pPr>
              <w:spacing w:after="11" w:line="245" w:lineRule="auto"/>
            </w:pPr>
            <w:r>
              <w:rPr>
                <w:color w:val="000000"/>
                <w:sz w:val="14"/>
              </w:rPr>
              <w:t>2. Gibalna: glasbeno lastnost ponazorim s hojo, nivojem telesa, smerjo.</w:t>
            </w:r>
          </w:p>
          <w:p w14:paraId="7679F1A4" w14:textId="77777777" w:rsidR="008D43AB" w:rsidRDefault="00000000">
            <w:pPr>
              <w:spacing w:after="11" w:line="245" w:lineRule="auto"/>
            </w:pPr>
            <w:r>
              <w:rPr>
                <w:color w:val="000000"/>
                <w:sz w:val="14"/>
              </w:rPr>
              <w:t>3. Izvajalska: zvok posnemam z glasom, telesom ali glasbilom ter upoštevam začetek.</w:t>
            </w:r>
          </w:p>
          <w:p w14:paraId="3F380DAD" w14:textId="77777777" w:rsidR="008D43AB" w:rsidRDefault="00000000">
            <w:pPr>
              <w:spacing w:after="11" w:line="245" w:lineRule="auto"/>
            </w:pPr>
            <w:r>
              <w:rPr>
                <w:color w:val="000000"/>
                <w:sz w:val="14"/>
              </w:rPr>
              <w:t>4. Likovno-zapisna: doživetje ali zvočno zaporedje prikažem s simboli.</w:t>
            </w:r>
          </w:p>
          <w:p w14:paraId="64716B4E"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6E2E77C9" w14:textId="77777777" w:rsidR="008D43AB" w:rsidRDefault="00000000">
            <w:pPr>
              <w:spacing w:after="20" w:line="245" w:lineRule="auto"/>
            </w:pPr>
            <w:r>
              <w:rPr>
                <w:b/>
                <w:color w:val="D95BC6"/>
                <w:sz w:val="17"/>
              </w:rPr>
              <w:t>DOKAZ O UČENJU</w:t>
            </w:r>
          </w:p>
          <w:p w14:paraId="07B63BCE"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E7B68E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BA0132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F73BE48"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57A6A1" w14:textId="77777777" w:rsidR="008D43AB" w:rsidRDefault="00000000">
            <w:pPr>
              <w:jc w:val="center"/>
            </w:pPr>
            <w:r>
              <w:rPr>
                <w:b/>
                <w:color w:val="000000"/>
                <w:sz w:val="20"/>
              </w:rPr>
              <w:t>UČNE DEJAVNOSTI, METODE IN FORMATIVNO SPREMLJANJE</w:t>
            </w:r>
          </w:p>
        </w:tc>
      </w:tr>
      <w:tr w:rsidR="008D43AB" w14:paraId="2DB6B73C" w14:textId="77777777">
        <w:trPr>
          <w:tblHeader/>
          <w:jc w:val="center"/>
        </w:trPr>
        <w:tc>
          <w:tcPr>
            <w:tcW w:w="4422" w:type="dxa"/>
            <w:vMerge/>
            <w:tcMar>
              <w:top w:w="70" w:type="dxa"/>
              <w:left w:w="90" w:type="dxa"/>
              <w:bottom w:w="70" w:type="dxa"/>
              <w:right w:w="90" w:type="dxa"/>
            </w:tcMar>
            <w:vAlign w:val="center"/>
          </w:tcPr>
          <w:p w14:paraId="770AAC01" w14:textId="77777777" w:rsidR="008D43AB" w:rsidRDefault="008D43AB"/>
        </w:tc>
        <w:tc>
          <w:tcPr>
            <w:tcW w:w="7087" w:type="dxa"/>
            <w:shd w:val="clear" w:color="auto" w:fill="FFFFFF"/>
            <w:tcMar>
              <w:top w:w="70" w:type="dxa"/>
              <w:left w:w="90" w:type="dxa"/>
              <w:bottom w:w="70" w:type="dxa"/>
              <w:right w:w="90" w:type="dxa"/>
            </w:tcMar>
            <w:vAlign w:val="center"/>
          </w:tcPr>
          <w:p w14:paraId="6F75AC7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065D55B" w14:textId="77777777" w:rsidR="008D43AB" w:rsidRDefault="00000000">
            <w:pPr>
              <w:jc w:val="center"/>
            </w:pPr>
            <w:r>
              <w:rPr>
                <w:b/>
                <w:color w:val="000000"/>
              </w:rPr>
              <w:t>UČENEC</w:t>
            </w:r>
          </w:p>
        </w:tc>
      </w:tr>
      <w:tr w:rsidR="008D43AB" w14:paraId="13FF8854" w14:textId="77777777">
        <w:trPr>
          <w:jc w:val="center"/>
        </w:trPr>
        <w:tc>
          <w:tcPr>
            <w:tcW w:w="4422" w:type="dxa"/>
            <w:tcMar>
              <w:top w:w="70" w:type="dxa"/>
              <w:left w:w="90" w:type="dxa"/>
              <w:bottom w:w="70" w:type="dxa"/>
              <w:right w:w="90" w:type="dxa"/>
            </w:tcMar>
          </w:tcPr>
          <w:p w14:paraId="55A054F5" w14:textId="77777777" w:rsidR="008D43AB" w:rsidRDefault="008D43AB"/>
          <w:p w14:paraId="02E824E2" w14:textId="77777777" w:rsidR="008D43AB" w:rsidRDefault="00000000">
            <w:pPr>
              <w:spacing w:after="40" w:line="245" w:lineRule="auto"/>
            </w:pPr>
            <w:r>
              <w:rPr>
                <w:b/>
                <w:color w:val="000000"/>
              </w:rPr>
              <w:t>FORMATIVNO SPREMLJANJE</w:t>
            </w:r>
          </w:p>
          <w:p w14:paraId="1EDB9878" w14:textId="77777777" w:rsidR="008D43AB" w:rsidRDefault="00000000">
            <w:pPr>
              <w:pStyle w:val="Oznaenseznam"/>
              <w:spacing w:after="16"/>
            </w:pPr>
            <w:r>
              <w:rPr>
                <w:color w:val="000000"/>
                <w:sz w:val="16"/>
              </w:rPr>
              <w:t>predznanje: zvočna napoved, izbira kartice, gib, ritmični oziroma pevski poskus ali začetni simbol</w:t>
            </w:r>
          </w:p>
          <w:p w14:paraId="6974E712" w14:textId="77777777" w:rsidR="008D43AB" w:rsidRDefault="00000000">
            <w:pPr>
              <w:pStyle w:val="Oznaenseznam"/>
              <w:spacing w:after="16"/>
            </w:pPr>
            <w:r>
              <w:rPr>
                <w:color w:val="000000"/>
                <w:sz w:val="16"/>
              </w:rPr>
              <w:t>nameni in merila: kratka poved, slikovni znak, model izvedbe ter vidna pravila varne glasnosti</w:t>
            </w:r>
          </w:p>
          <w:p w14:paraId="44D18637"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3516BC4E" w14:textId="77777777" w:rsidR="008D43AB" w:rsidRDefault="00000000">
            <w:pPr>
              <w:pStyle w:val="Oznaenseznam"/>
              <w:spacing w:after="16"/>
            </w:pPr>
            <w:r>
              <w:rPr>
                <w:color w:val="000000"/>
                <w:sz w:val="16"/>
              </w:rPr>
              <w:t>povratna informacija: opis slišane strategije, povezava z enim merilom in izvedljiv naslednji korak</w:t>
            </w:r>
          </w:p>
          <w:p w14:paraId="4442CB63" w14:textId="77777777" w:rsidR="008D43AB" w:rsidRDefault="00000000">
            <w:pPr>
              <w:pStyle w:val="Oznaenseznam"/>
              <w:spacing w:after="16"/>
            </w:pPr>
            <w:r>
              <w:rPr>
                <w:color w:val="000000"/>
                <w:sz w:val="16"/>
              </w:rPr>
              <w:t>samovrednotenje: barvni zvočni semafor, lestvica samostojnosti, izbran dokaz in ponovna izvedba</w:t>
            </w:r>
          </w:p>
          <w:p w14:paraId="518160A4" w14:textId="77777777" w:rsidR="008D43AB" w:rsidRDefault="00000000">
            <w:pPr>
              <w:spacing w:before="40" w:after="20" w:line="245" w:lineRule="auto"/>
            </w:pPr>
            <w:r>
              <w:rPr>
                <w:b/>
                <w:color w:val="000000"/>
                <w:sz w:val="17"/>
              </w:rPr>
              <w:t>VARNOST IN VAROVANJE SLUHA</w:t>
            </w:r>
          </w:p>
          <w:p w14:paraId="6B655EF3"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AF87548" w14:textId="77777777" w:rsidR="008D43AB" w:rsidRDefault="00000000">
            <w:pPr>
              <w:spacing w:after="20" w:line="245" w:lineRule="auto"/>
            </w:pPr>
            <w:r>
              <w:rPr>
                <w:b/>
                <w:color w:val="000000"/>
                <w:sz w:val="17"/>
              </w:rPr>
              <w:t>EVIDENCA PO IZVEDBI</w:t>
            </w:r>
          </w:p>
          <w:p w14:paraId="18B81F4E"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6A95A623" w14:textId="77777777" w:rsidR="008D43AB" w:rsidRDefault="00000000">
            <w:pPr>
              <w:spacing w:before="40" w:after="20" w:line="245" w:lineRule="auto"/>
            </w:pPr>
            <w:r>
              <w:rPr>
                <w:b/>
                <w:color w:val="000000"/>
                <w:sz w:val="17"/>
              </w:rPr>
              <w:t>RAVEN DOSEGANJA</w:t>
            </w:r>
          </w:p>
          <w:p w14:paraId="0A136C67"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26325D2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0F79C30" w14:textId="77777777">
              <w:trPr>
                <w:jc w:val="center"/>
              </w:trPr>
              <w:tc>
                <w:tcPr>
                  <w:tcW w:w="7087" w:type="dxa"/>
                  <w:shd w:val="clear" w:color="auto" w:fill="EDC9EA"/>
                  <w:tcMar>
                    <w:top w:w="45" w:type="dxa"/>
                    <w:left w:w="70" w:type="dxa"/>
                    <w:bottom w:w="45" w:type="dxa"/>
                    <w:right w:w="70" w:type="dxa"/>
                  </w:tcMar>
                </w:tcPr>
                <w:p w14:paraId="752D2BD6" w14:textId="77777777" w:rsidR="008D43AB" w:rsidRDefault="00000000">
                  <w:pPr>
                    <w:keepNext/>
                  </w:pPr>
                  <w:r>
                    <w:rPr>
                      <w:b/>
                      <w:color w:val="000000"/>
                    </w:rPr>
                    <w:t>VPRAŠANJA V PODPORO GLASBENEMU UČENJU</w:t>
                  </w:r>
                </w:p>
              </w:tc>
            </w:tr>
          </w:tbl>
          <w:p w14:paraId="162FC990" w14:textId="77777777" w:rsidR="008D43AB" w:rsidRDefault="008D43AB">
            <w:pPr>
              <w:spacing w:line="20" w:lineRule="exact"/>
            </w:pPr>
          </w:p>
          <w:p w14:paraId="425450E9" w14:textId="77777777" w:rsidR="008D43AB" w:rsidRDefault="00000000">
            <w:pPr>
              <w:pStyle w:val="Oznaenseznam"/>
              <w:spacing w:after="16"/>
            </w:pPr>
            <w:r>
              <w:rPr>
                <w:color w:val="000000"/>
                <w:sz w:val="16"/>
              </w:rPr>
              <w:t>Kaj si v glasbi slišal/-a, začutil/-a ali pokazal/-a z gibanjem?</w:t>
            </w:r>
          </w:p>
          <w:p w14:paraId="37B0CBF1" w14:textId="77777777" w:rsidR="008D43AB" w:rsidRDefault="00000000">
            <w:pPr>
              <w:pStyle w:val="Oznaenseznam"/>
              <w:spacing w:after="16"/>
            </w:pPr>
            <w:r>
              <w:rPr>
                <w:color w:val="000000"/>
                <w:sz w:val="16"/>
              </w:rPr>
              <w:t>Po katerem zvočnem znaku, lastnosti ali vzorcu si prepoznal/-a rešitev?</w:t>
            </w:r>
          </w:p>
          <w:p w14:paraId="148CB977" w14:textId="77777777" w:rsidR="008D43AB" w:rsidRDefault="00000000">
            <w:pPr>
              <w:pStyle w:val="Oznaenseznam"/>
              <w:spacing w:after="16"/>
            </w:pPr>
            <w:r>
              <w:rPr>
                <w:color w:val="000000"/>
                <w:sz w:val="16"/>
              </w:rPr>
              <w:t>Kako veš, da je bil pulz, začetek, konec, glasnost ali skupinska izvedba skladna z merilom?</w:t>
            </w:r>
          </w:p>
          <w:p w14:paraId="75B3C6B2" w14:textId="77777777" w:rsidR="008D43AB" w:rsidRDefault="00000000">
            <w:pPr>
              <w:pStyle w:val="Oznaenseznam"/>
              <w:spacing w:after="16"/>
            </w:pPr>
            <w:r>
              <w:rPr>
                <w:color w:val="000000"/>
                <w:sz w:val="16"/>
              </w:rPr>
              <w:t>Zakaj si za motiv, osebo, dogodek ali okolje izbral/-a prav ta glas, predmet ali glasbilo?</w:t>
            </w:r>
          </w:p>
          <w:p w14:paraId="0CDA8AE9"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72DFB035" w14:textId="77777777">
              <w:trPr>
                <w:jc w:val="center"/>
              </w:trPr>
              <w:tc>
                <w:tcPr>
                  <w:tcW w:w="7087" w:type="dxa"/>
                  <w:shd w:val="clear" w:color="auto" w:fill="C6E7F3"/>
                  <w:tcMar>
                    <w:top w:w="45" w:type="dxa"/>
                    <w:left w:w="70" w:type="dxa"/>
                    <w:bottom w:w="45" w:type="dxa"/>
                    <w:right w:w="70" w:type="dxa"/>
                  </w:tcMar>
                </w:tcPr>
                <w:p w14:paraId="370FC404" w14:textId="77777777" w:rsidR="008D43AB" w:rsidRDefault="00000000">
                  <w:pPr>
                    <w:keepNext/>
                  </w:pPr>
                  <w:r>
                    <w:rPr>
                      <w:b/>
                      <w:color w:val="000000"/>
                    </w:rPr>
                    <w:t>ZAKLJUČNI DEL – NASTOP, POSLUŠALSKI ODZIV IN REFLEKSIJA (8–12 min)</w:t>
                  </w:r>
                </w:p>
              </w:tc>
            </w:tr>
          </w:tbl>
          <w:p w14:paraId="0A77CA88" w14:textId="77777777" w:rsidR="008D43AB" w:rsidRDefault="008D43AB">
            <w:pPr>
              <w:spacing w:line="20" w:lineRule="exact"/>
            </w:pPr>
          </w:p>
          <w:p w14:paraId="30A17ED3"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7F2596BA" w14:textId="77777777">
              <w:trPr>
                <w:jc w:val="center"/>
              </w:trPr>
              <w:tc>
                <w:tcPr>
                  <w:tcW w:w="7087" w:type="dxa"/>
                  <w:shd w:val="clear" w:color="auto" w:fill="EDC9EA"/>
                  <w:tcMar>
                    <w:top w:w="45" w:type="dxa"/>
                    <w:left w:w="70" w:type="dxa"/>
                    <w:bottom w:w="45" w:type="dxa"/>
                    <w:right w:w="70" w:type="dxa"/>
                  </w:tcMar>
                </w:tcPr>
                <w:p w14:paraId="3E8B4011" w14:textId="77777777" w:rsidR="008D43AB" w:rsidRDefault="00000000">
                  <w:pPr>
                    <w:keepNext/>
                  </w:pPr>
                  <w:r>
                    <w:rPr>
                      <w:b/>
                      <w:color w:val="000000"/>
                    </w:rPr>
                    <w:t>SAMOVREDNOTENJE</w:t>
                  </w:r>
                </w:p>
              </w:tc>
            </w:tr>
          </w:tbl>
          <w:p w14:paraId="60145381" w14:textId="77777777" w:rsidR="008D43AB" w:rsidRDefault="008D43AB">
            <w:pPr>
              <w:spacing w:line="20" w:lineRule="exact"/>
            </w:pPr>
          </w:p>
          <w:p w14:paraId="06D47879"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4ABDA878" w14:textId="77777777">
              <w:trPr>
                <w:jc w:val="center"/>
              </w:trPr>
              <w:tc>
                <w:tcPr>
                  <w:tcW w:w="7087" w:type="dxa"/>
                  <w:shd w:val="clear" w:color="auto" w:fill="EDC9EA"/>
                  <w:tcMar>
                    <w:top w:w="45" w:type="dxa"/>
                    <w:left w:w="70" w:type="dxa"/>
                    <w:bottom w:w="45" w:type="dxa"/>
                    <w:right w:w="70" w:type="dxa"/>
                  </w:tcMar>
                </w:tcPr>
                <w:p w14:paraId="201E700F" w14:textId="77777777" w:rsidR="008D43AB" w:rsidRDefault="00000000">
                  <w:pPr>
                    <w:keepNext/>
                  </w:pPr>
                  <w:r>
                    <w:rPr>
                      <w:b/>
                      <w:color w:val="000000"/>
                    </w:rPr>
                    <w:t>VRSTNIŠKO VREDNOTENJE</w:t>
                  </w:r>
                </w:p>
              </w:tc>
            </w:tr>
          </w:tbl>
          <w:p w14:paraId="68F4E632" w14:textId="77777777" w:rsidR="008D43AB" w:rsidRDefault="008D43AB">
            <w:pPr>
              <w:spacing w:line="20" w:lineRule="exact"/>
            </w:pPr>
          </w:p>
          <w:p w14:paraId="16300DDE"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6851EE7D" w14:textId="77777777">
              <w:trPr>
                <w:jc w:val="center"/>
              </w:trPr>
              <w:tc>
                <w:tcPr>
                  <w:tcW w:w="7087" w:type="dxa"/>
                  <w:shd w:val="clear" w:color="auto" w:fill="EDC9EA"/>
                  <w:tcMar>
                    <w:top w:w="45" w:type="dxa"/>
                    <w:left w:w="70" w:type="dxa"/>
                    <w:bottom w:w="45" w:type="dxa"/>
                    <w:right w:w="70" w:type="dxa"/>
                  </w:tcMar>
                </w:tcPr>
                <w:p w14:paraId="4C90C13C" w14:textId="77777777" w:rsidR="008D43AB" w:rsidRDefault="00000000">
                  <w:pPr>
                    <w:keepNext/>
                  </w:pPr>
                  <w:r>
                    <w:rPr>
                      <w:b/>
                      <w:color w:val="000000"/>
                    </w:rPr>
                    <w:t>SKUPNI POVZETEK</w:t>
                  </w:r>
                </w:p>
              </w:tc>
            </w:tr>
          </w:tbl>
          <w:p w14:paraId="2A372D7E" w14:textId="77777777" w:rsidR="008D43AB" w:rsidRDefault="008D43AB"/>
          <w:p w14:paraId="21D90CD2" w14:textId="77777777" w:rsidR="008D43AB" w:rsidRDefault="00000000">
            <w:pPr>
              <w:spacing w:before="20" w:after="40" w:line="245" w:lineRule="auto"/>
            </w:pPr>
            <w:r>
              <w:rPr>
                <w:b/>
                <w:color w:val="000000"/>
                <w:sz w:val="16"/>
              </w:rPr>
              <w:t>poslušam različne izvedbe; izrazim doživetje; ustvarim spremljavo. Izbrani dokaz pojasnim in po povratni informaciji izboljšam.</w:t>
            </w:r>
          </w:p>
        </w:tc>
        <w:tc>
          <w:tcPr>
            <w:tcW w:w="2551" w:type="dxa"/>
            <w:tcMar>
              <w:top w:w="70" w:type="dxa"/>
              <w:left w:w="90" w:type="dxa"/>
              <w:bottom w:w="70" w:type="dxa"/>
              <w:right w:w="90" w:type="dxa"/>
            </w:tcMar>
          </w:tcPr>
          <w:p w14:paraId="1ECDAA29" w14:textId="77777777" w:rsidR="008D43AB" w:rsidRDefault="008D43AB"/>
          <w:p w14:paraId="5305A083" w14:textId="77777777" w:rsidR="008D43AB" w:rsidRDefault="00000000">
            <w:pPr>
              <w:spacing w:after="80" w:line="245" w:lineRule="auto"/>
            </w:pPr>
            <w:r>
              <w:rPr>
                <w:color w:val="000000"/>
                <w:sz w:val="16"/>
              </w:rPr>
              <w:t>Odgovarja na podporna vprašanja in se sklicuje na slišano, izvedeno, ustvarjeno ali zapisano.</w:t>
            </w:r>
          </w:p>
          <w:p w14:paraId="19EBB595" w14:textId="77777777" w:rsidR="008D43AB" w:rsidRDefault="00000000">
            <w:pPr>
              <w:spacing w:after="80" w:line="245" w:lineRule="auto"/>
            </w:pPr>
            <w:r>
              <w:rPr>
                <w:color w:val="000000"/>
                <w:sz w:val="16"/>
              </w:rPr>
              <w:t>Predstavi izbrani dokaz ter pove, katero merilo z njim pokaže.</w:t>
            </w:r>
          </w:p>
          <w:p w14:paraId="02A1CF81" w14:textId="77777777" w:rsidR="008D43AB" w:rsidRDefault="00000000">
            <w:pPr>
              <w:spacing w:after="80" w:line="245" w:lineRule="auto"/>
            </w:pPr>
            <w:r>
              <w:rPr>
                <w:color w:val="000000"/>
                <w:sz w:val="16"/>
              </w:rPr>
              <w:t>Posluša vrstnika, opiše eno slišano moč in poda prijazen predlog za izboljšavo.</w:t>
            </w:r>
          </w:p>
          <w:p w14:paraId="14A22816" w14:textId="77777777" w:rsidR="008D43AB" w:rsidRDefault="00000000">
            <w:pPr>
              <w:spacing w:after="80" w:line="245" w:lineRule="auto"/>
            </w:pPr>
            <w:r>
              <w:rPr>
                <w:color w:val="000000"/>
                <w:sz w:val="16"/>
              </w:rPr>
              <w:t>Po povratni informaciji izvedbo, gib, ritem, zvočno izbiro ali slikovni zapis ponovi in izboljša.</w:t>
            </w:r>
          </w:p>
          <w:p w14:paraId="2BE88B85" w14:textId="77777777" w:rsidR="008D43AB" w:rsidRDefault="00000000">
            <w:pPr>
              <w:spacing w:after="100" w:line="245" w:lineRule="auto"/>
            </w:pPr>
            <w:r>
              <w:rPr>
                <w:color w:val="000000"/>
                <w:sz w:val="16"/>
              </w:rPr>
              <w:t>Izbere raven samostojnosti ter določi majhen in izvedljiv naslednji glasbeni korak.</w:t>
            </w:r>
          </w:p>
          <w:p w14:paraId="133D284A" w14:textId="77777777" w:rsidR="008D43AB" w:rsidRDefault="00000000">
            <w:pPr>
              <w:spacing w:after="20" w:line="245" w:lineRule="auto"/>
            </w:pPr>
            <w:r>
              <w:rPr>
                <w:b/>
                <w:color w:val="D95BC6"/>
                <w:sz w:val="17"/>
              </w:rPr>
              <w:t>DOKAZ O UČENJU</w:t>
            </w:r>
          </w:p>
          <w:p w14:paraId="2C3F507D"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4D1DCBD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DF48795" w14:textId="77777777">
        <w:trPr>
          <w:cantSplit/>
          <w:jc w:val="center"/>
        </w:trPr>
        <w:tc>
          <w:tcPr>
            <w:tcW w:w="14060" w:type="dxa"/>
            <w:gridSpan w:val="6"/>
            <w:tcMar>
              <w:top w:w="70" w:type="dxa"/>
              <w:left w:w="90" w:type="dxa"/>
              <w:bottom w:w="70" w:type="dxa"/>
              <w:right w:w="90" w:type="dxa"/>
            </w:tcMar>
            <w:vAlign w:val="center"/>
          </w:tcPr>
          <w:p w14:paraId="0B21E255" w14:textId="77777777" w:rsidR="008D43AB" w:rsidRDefault="00000000">
            <w:pPr>
              <w:jc w:val="center"/>
            </w:pPr>
            <w:r>
              <w:rPr>
                <w:b/>
                <w:color w:val="000000"/>
                <w:sz w:val="24"/>
              </w:rPr>
              <w:lastRenderedPageBreak/>
              <w:t>UČNA PRIPRAVA 16/39</w:t>
            </w:r>
          </w:p>
        </w:tc>
      </w:tr>
      <w:tr w:rsidR="008D43AB" w14:paraId="7CED9DB6" w14:textId="77777777">
        <w:trPr>
          <w:jc w:val="center"/>
        </w:trPr>
        <w:tc>
          <w:tcPr>
            <w:tcW w:w="2665" w:type="dxa"/>
            <w:tcMar>
              <w:top w:w="70" w:type="dxa"/>
              <w:left w:w="90" w:type="dxa"/>
              <w:bottom w:w="70" w:type="dxa"/>
              <w:right w:w="90" w:type="dxa"/>
            </w:tcMar>
            <w:vAlign w:val="center"/>
          </w:tcPr>
          <w:p w14:paraId="19023B85"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5B20F5F"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1B046FE1"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444BF57" w14:textId="77777777" w:rsidR="008D43AB" w:rsidRDefault="00000000">
            <w:r>
              <w:rPr>
                <w:b/>
                <w:color w:val="000000"/>
                <w:sz w:val="16"/>
              </w:rPr>
              <w:t xml:space="preserve">NAČRTOVANI TERMIN: </w:t>
            </w:r>
            <w:r>
              <w:rPr>
                <w:color w:val="000000"/>
                <w:sz w:val="16"/>
              </w:rPr>
              <w:t>16. teden • 21.–24. 12. 2026</w:t>
            </w:r>
          </w:p>
        </w:tc>
        <w:tc>
          <w:tcPr>
            <w:tcW w:w="2268" w:type="dxa"/>
            <w:tcMar>
              <w:top w:w="70" w:type="dxa"/>
              <w:left w:w="90" w:type="dxa"/>
              <w:bottom w:w="70" w:type="dxa"/>
              <w:right w:w="90" w:type="dxa"/>
            </w:tcMar>
            <w:vAlign w:val="center"/>
          </w:tcPr>
          <w:p w14:paraId="2C6D33B7"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465B56A" w14:textId="77777777" w:rsidR="008D43AB" w:rsidRDefault="00000000">
            <w:r>
              <w:rPr>
                <w:b/>
                <w:color w:val="000000"/>
                <w:sz w:val="16"/>
              </w:rPr>
              <w:t xml:space="preserve">ŠTEVILO UR: </w:t>
            </w:r>
            <w:r>
              <w:rPr>
                <w:color w:val="000000"/>
                <w:sz w:val="16"/>
              </w:rPr>
              <w:t>1</w:t>
            </w:r>
          </w:p>
        </w:tc>
      </w:tr>
      <w:tr w:rsidR="008D43AB" w14:paraId="1B133D78" w14:textId="77777777">
        <w:trPr>
          <w:jc w:val="center"/>
        </w:trPr>
        <w:tc>
          <w:tcPr>
            <w:tcW w:w="14061" w:type="dxa"/>
            <w:gridSpan w:val="6"/>
            <w:tcMar>
              <w:top w:w="70" w:type="dxa"/>
              <w:left w:w="90" w:type="dxa"/>
              <w:bottom w:w="70" w:type="dxa"/>
              <w:right w:w="90" w:type="dxa"/>
            </w:tcMar>
            <w:vAlign w:val="center"/>
          </w:tcPr>
          <w:p w14:paraId="42C85936"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6F426B8D" w14:textId="77777777">
        <w:trPr>
          <w:cantSplit/>
          <w:jc w:val="center"/>
        </w:trPr>
        <w:tc>
          <w:tcPr>
            <w:tcW w:w="14060" w:type="dxa"/>
            <w:gridSpan w:val="6"/>
            <w:tcMar>
              <w:top w:w="70" w:type="dxa"/>
              <w:left w:w="90" w:type="dxa"/>
              <w:bottom w:w="70" w:type="dxa"/>
              <w:right w:w="90" w:type="dxa"/>
            </w:tcMar>
            <w:vAlign w:val="center"/>
          </w:tcPr>
          <w:p w14:paraId="4C29D7B2" w14:textId="77777777" w:rsidR="008D43AB" w:rsidRDefault="008D43AB"/>
          <w:p w14:paraId="7C449CDB" w14:textId="77777777" w:rsidR="008D43AB" w:rsidRDefault="00000000">
            <w:pPr>
              <w:spacing w:line="245" w:lineRule="auto"/>
            </w:pPr>
            <w:r>
              <w:rPr>
                <w:b/>
                <w:color w:val="000000"/>
                <w:sz w:val="16"/>
              </w:rPr>
              <w:t xml:space="preserve">UČNI SKLOP: </w:t>
            </w:r>
            <w:r>
              <w:rPr>
                <w:color w:val="000000"/>
                <w:sz w:val="16"/>
              </w:rPr>
              <w:t>MOJA DRUŽINA, SKUPNOST IN PRAZNOVANJA</w:t>
            </w:r>
          </w:p>
        </w:tc>
      </w:tr>
      <w:tr w:rsidR="008D43AB" w14:paraId="1F05C702" w14:textId="77777777">
        <w:trPr>
          <w:cantSplit/>
          <w:jc w:val="center"/>
        </w:trPr>
        <w:tc>
          <w:tcPr>
            <w:tcW w:w="14060" w:type="dxa"/>
            <w:gridSpan w:val="6"/>
            <w:tcMar>
              <w:top w:w="70" w:type="dxa"/>
              <w:left w:w="90" w:type="dxa"/>
              <w:bottom w:w="70" w:type="dxa"/>
              <w:right w:w="90" w:type="dxa"/>
            </w:tcMar>
            <w:vAlign w:val="center"/>
          </w:tcPr>
          <w:p w14:paraId="6224F2F0" w14:textId="77777777" w:rsidR="008D43AB" w:rsidRDefault="008D43AB"/>
          <w:p w14:paraId="3E88BEA0" w14:textId="77777777" w:rsidR="008D43AB" w:rsidRDefault="00000000">
            <w:pPr>
              <w:spacing w:line="245" w:lineRule="auto"/>
            </w:pPr>
            <w:r>
              <w:rPr>
                <w:b/>
                <w:color w:val="000000"/>
                <w:sz w:val="16"/>
              </w:rPr>
              <w:t xml:space="preserve">UČNA TEMA: </w:t>
            </w:r>
            <w:r>
              <w:rPr>
                <w:color w:val="000000"/>
                <w:sz w:val="16"/>
              </w:rPr>
              <w:t>RAZREDNI NASTOP</w:t>
            </w:r>
          </w:p>
        </w:tc>
      </w:tr>
      <w:tr w:rsidR="008D43AB" w14:paraId="7BBD321F" w14:textId="77777777">
        <w:trPr>
          <w:cantSplit/>
          <w:jc w:val="center"/>
        </w:trPr>
        <w:tc>
          <w:tcPr>
            <w:tcW w:w="14060" w:type="dxa"/>
            <w:gridSpan w:val="6"/>
            <w:tcMar>
              <w:top w:w="70" w:type="dxa"/>
              <w:left w:w="90" w:type="dxa"/>
              <w:bottom w:w="70" w:type="dxa"/>
              <w:right w:w="90" w:type="dxa"/>
            </w:tcMar>
            <w:vAlign w:val="center"/>
          </w:tcPr>
          <w:p w14:paraId="3BB06B1F" w14:textId="77777777" w:rsidR="008D43AB" w:rsidRDefault="008D43AB"/>
          <w:p w14:paraId="7A0A6477" w14:textId="77777777" w:rsidR="008D43AB" w:rsidRDefault="00000000">
            <w:pPr>
              <w:spacing w:line="245" w:lineRule="auto"/>
            </w:pPr>
            <w:r>
              <w:rPr>
                <w:b/>
                <w:color w:val="000000"/>
                <w:sz w:val="16"/>
              </w:rPr>
              <w:t xml:space="preserve">KNJIŽEVNO / MOTIVNO IZHODIŠČE: </w:t>
            </w:r>
            <w:r>
              <w:rPr>
                <w:color w:val="000000"/>
                <w:sz w:val="16"/>
              </w:rPr>
              <w:t>»Enci benci na kamenci« – slovensko ljudsko izročilo • izštevanke, ritem, skupnost in praznična ustvarjalnost</w:t>
            </w:r>
          </w:p>
        </w:tc>
      </w:tr>
      <w:tr w:rsidR="008D43AB" w14:paraId="5098640D" w14:textId="77777777">
        <w:trPr>
          <w:cantSplit/>
          <w:jc w:val="center"/>
        </w:trPr>
        <w:tc>
          <w:tcPr>
            <w:tcW w:w="14060" w:type="dxa"/>
            <w:gridSpan w:val="6"/>
            <w:tcMar>
              <w:top w:w="70" w:type="dxa"/>
              <w:left w:w="90" w:type="dxa"/>
              <w:bottom w:w="70" w:type="dxa"/>
              <w:right w:w="90" w:type="dxa"/>
            </w:tcMar>
            <w:vAlign w:val="center"/>
          </w:tcPr>
          <w:p w14:paraId="2438CA12" w14:textId="77777777" w:rsidR="008D43AB" w:rsidRDefault="008D43AB"/>
          <w:p w14:paraId="31ACE34A" w14:textId="77777777" w:rsidR="008D43AB" w:rsidRDefault="00000000">
            <w:pPr>
              <w:spacing w:line="245" w:lineRule="auto"/>
            </w:pPr>
            <w:r>
              <w:rPr>
                <w:b/>
                <w:color w:val="000000"/>
                <w:sz w:val="16"/>
              </w:rPr>
              <w:t xml:space="preserve">GLASBENO IZHODIŠČE / REPERTOAR: </w:t>
            </w:r>
            <w:r>
              <w:rPr>
                <w:color w:val="000000"/>
                <w:sz w:val="16"/>
              </w:rPr>
              <w:t>izštevanke in izbrane praznične pesmi; razredni nastop</w:t>
            </w:r>
          </w:p>
        </w:tc>
      </w:tr>
      <w:tr w:rsidR="008D43AB" w14:paraId="020F7048" w14:textId="77777777">
        <w:trPr>
          <w:cantSplit/>
          <w:jc w:val="center"/>
        </w:trPr>
        <w:tc>
          <w:tcPr>
            <w:tcW w:w="14060" w:type="dxa"/>
            <w:gridSpan w:val="6"/>
            <w:tcMar>
              <w:top w:w="70" w:type="dxa"/>
              <w:left w:w="90" w:type="dxa"/>
              <w:bottom w:w="70" w:type="dxa"/>
              <w:right w:w="90" w:type="dxa"/>
            </w:tcMar>
            <w:vAlign w:val="center"/>
          </w:tcPr>
          <w:p w14:paraId="01431C38" w14:textId="77777777" w:rsidR="008D43AB" w:rsidRDefault="008D43AB"/>
          <w:p w14:paraId="069E4D7D" w14:textId="77777777" w:rsidR="008D43AB" w:rsidRDefault="00000000">
            <w:pPr>
              <w:spacing w:line="245" w:lineRule="auto"/>
            </w:pPr>
            <w:r>
              <w:rPr>
                <w:b/>
                <w:color w:val="000000"/>
                <w:sz w:val="16"/>
              </w:rPr>
              <w:t xml:space="preserve">UČNE ENOTE: </w:t>
            </w:r>
            <w:r>
              <w:rPr>
                <w:color w:val="000000"/>
                <w:sz w:val="16"/>
              </w:rPr>
              <w:t>1. ura – Razredni Nastop – Ustvarim in nastopim</w:t>
            </w:r>
          </w:p>
        </w:tc>
      </w:tr>
      <w:tr w:rsidR="008D43AB" w14:paraId="3773E05A" w14:textId="77777777">
        <w:trPr>
          <w:cantSplit/>
          <w:jc w:val="center"/>
        </w:trPr>
        <w:tc>
          <w:tcPr>
            <w:tcW w:w="14060" w:type="dxa"/>
            <w:gridSpan w:val="6"/>
            <w:tcMar>
              <w:top w:w="70" w:type="dxa"/>
              <w:left w:w="90" w:type="dxa"/>
              <w:bottom w:w="70" w:type="dxa"/>
              <w:right w:w="90" w:type="dxa"/>
            </w:tcMar>
            <w:vAlign w:val="center"/>
          </w:tcPr>
          <w:p w14:paraId="25533E27" w14:textId="77777777" w:rsidR="008D43AB" w:rsidRDefault="008D43AB"/>
          <w:p w14:paraId="05841705"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0B435C16" w14:textId="77777777">
        <w:trPr>
          <w:cantSplit/>
          <w:jc w:val="center"/>
        </w:trPr>
        <w:tc>
          <w:tcPr>
            <w:tcW w:w="14060" w:type="dxa"/>
            <w:gridSpan w:val="6"/>
            <w:tcMar>
              <w:top w:w="70" w:type="dxa"/>
              <w:left w:w="90" w:type="dxa"/>
              <w:bottom w:w="70" w:type="dxa"/>
              <w:right w:w="90" w:type="dxa"/>
            </w:tcMar>
            <w:vAlign w:val="center"/>
          </w:tcPr>
          <w:p w14:paraId="7372A5BF" w14:textId="77777777" w:rsidR="008D43AB" w:rsidRDefault="008D43AB"/>
          <w:p w14:paraId="104D946A"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03D7A334" w14:textId="77777777">
        <w:trPr>
          <w:cantSplit/>
          <w:jc w:val="center"/>
        </w:trPr>
        <w:tc>
          <w:tcPr>
            <w:tcW w:w="14060" w:type="dxa"/>
            <w:gridSpan w:val="6"/>
            <w:tcMar>
              <w:top w:w="70" w:type="dxa"/>
              <w:left w:w="90" w:type="dxa"/>
              <w:bottom w:w="70" w:type="dxa"/>
              <w:right w:w="90" w:type="dxa"/>
            </w:tcMar>
            <w:vAlign w:val="center"/>
          </w:tcPr>
          <w:p w14:paraId="32306699" w14:textId="77777777" w:rsidR="008D43AB" w:rsidRDefault="008D43AB"/>
          <w:p w14:paraId="05DCD4AD"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04B49630" w14:textId="77777777">
        <w:trPr>
          <w:cantSplit/>
          <w:jc w:val="center"/>
        </w:trPr>
        <w:tc>
          <w:tcPr>
            <w:tcW w:w="14060" w:type="dxa"/>
            <w:gridSpan w:val="6"/>
            <w:tcMar>
              <w:top w:w="70" w:type="dxa"/>
              <w:left w:w="90" w:type="dxa"/>
              <w:bottom w:w="70" w:type="dxa"/>
              <w:right w:w="90" w:type="dxa"/>
            </w:tcMar>
            <w:vAlign w:val="center"/>
          </w:tcPr>
          <w:p w14:paraId="029CB7C5" w14:textId="77777777" w:rsidR="008D43AB" w:rsidRDefault="008D43AB"/>
          <w:p w14:paraId="5142A4AE" w14:textId="77777777" w:rsidR="008D43AB" w:rsidRDefault="00000000">
            <w:pPr>
              <w:spacing w:line="245" w:lineRule="auto"/>
            </w:pPr>
            <w:r>
              <w:rPr>
                <w:b/>
                <w:color w:val="000000"/>
                <w:sz w:val="16"/>
              </w:rPr>
              <w:t xml:space="preserve">MEDPREDMETNE POVEZAVE: </w:t>
            </w:r>
            <w:r>
              <w:rPr>
                <w:color w:val="000000"/>
                <w:sz w:val="16"/>
              </w:rPr>
              <w:t>SPO – izštevanke, ritem, skupnost in praznična ustvarjalnost; SLJ – poslušanje, ritmični govor in opis doživetja; ŠPO – pulz, tempo, gibalni odziv in prostorska orientacija; LUM – simbol, barva, linija in zvočni zapis</w:t>
            </w:r>
          </w:p>
        </w:tc>
      </w:tr>
      <w:tr w:rsidR="008D43AB" w14:paraId="4CBE3E78" w14:textId="77777777">
        <w:trPr>
          <w:cantSplit/>
          <w:jc w:val="center"/>
        </w:trPr>
        <w:tc>
          <w:tcPr>
            <w:tcW w:w="14060" w:type="dxa"/>
            <w:gridSpan w:val="6"/>
            <w:tcMar>
              <w:top w:w="70" w:type="dxa"/>
              <w:left w:w="90" w:type="dxa"/>
              <w:bottom w:w="70" w:type="dxa"/>
              <w:right w:w="90" w:type="dxa"/>
            </w:tcMar>
            <w:vAlign w:val="center"/>
          </w:tcPr>
          <w:p w14:paraId="1EF253EE" w14:textId="77777777" w:rsidR="008D43AB" w:rsidRDefault="008D43AB"/>
          <w:p w14:paraId="518A968B"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198D1A5A" w14:textId="77777777">
        <w:trPr>
          <w:cantSplit/>
          <w:jc w:val="center"/>
        </w:trPr>
        <w:tc>
          <w:tcPr>
            <w:tcW w:w="14060" w:type="dxa"/>
            <w:gridSpan w:val="6"/>
            <w:tcMar>
              <w:top w:w="70" w:type="dxa"/>
              <w:left w:w="90" w:type="dxa"/>
              <w:bottom w:w="70" w:type="dxa"/>
              <w:right w:w="90" w:type="dxa"/>
            </w:tcMar>
            <w:vAlign w:val="center"/>
          </w:tcPr>
          <w:p w14:paraId="396F519E" w14:textId="77777777" w:rsidR="008D43AB" w:rsidRDefault="008D43AB"/>
          <w:p w14:paraId="7E9AF3EF"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7543B5CD" w14:textId="77777777">
        <w:trPr>
          <w:cantSplit/>
          <w:jc w:val="center"/>
        </w:trPr>
        <w:tc>
          <w:tcPr>
            <w:tcW w:w="14060" w:type="dxa"/>
            <w:gridSpan w:val="6"/>
            <w:tcMar>
              <w:top w:w="70" w:type="dxa"/>
              <w:left w:w="90" w:type="dxa"/>
              <w:bottom w:w="70" w:type="dxa"/>
              <w:right w:w="90" w:type="dxa"/>
            </w:tcMar>
            <w:vAlign w:val="center"/>
          </w:tcPr>
          <w:p w14:paraId="5538B25B" w14:textId="77777777" w:rsidR="008D43AB" w:rsidRDefault="008D43AB"/>
          <w:p w14:paraId="7B1F27B8" w14:textId="77777777" w:rsidR="008D43AB" w:rsidRDefault="00000000">
            <w:pPr>
              <w:spacing w:line="245" w:lineRule="auto"/>
            </w:pPr>
            <w:r>
              <w:rPr>
                <w:b/>
                <w:color w:val="000000"/>
                <w:sz w:val="16"/>
              </w:rPr>
              <w:t xml:space="preserve">OCENJEVANJE / DAN DEJAVNOSTI: </w:t>
            </w:r>
            <w:r>
              <w:rPr>
                <w:color w:val="000000"/>
                <w:sz w:val="16"/>
              </w:rPr>
              <w:t>TEHNIŠKI DAN</w:t>
            </w:r>
          </w:p>
        </w:tc>
      </w:tr>
      <w:tr w:rsidR="008D43AB" w14:paraId="445C254B" w14:textId="77777777">
        <w:trPr>
          <w:cantSplit/>
          <w:jc w:val="center"/>
        </w:trPr>
        <w:tc>
          <w:tcPr>
            <w:tcW w:w="14060" w:type="dxa"/>
            <w:gridSpan w:val="6"/>
            <w:tcMar>
              <w:top w:w="70" w:type="dxa"/>
              <w:left w:w="90" w:type="dxa"/>
              <w:bottom w:w="70" w:type="dxa"/>
              <w:right w:w="90" w:type="dxa"/>
            </w:tcMar>
            <w:vAlign w:val="center"/>
          </w:tcPr>
          <w:p w14:paraId="41A27255" w14:textId="77777777" w:rsidR="008D43AB" w:rsidRDefault="008D43AB"/>
          <w:p w14:paraId="10090046"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1E0F7A00"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4E32DE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C81DFA"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232E0B3" w14:textId="77777777" w:rsidR="008D43AB" w:rsidRDefault="00000000">
            <w:pPr>
              <w:jc w:val="center"/>
            </w:pPr>
            <w:r>
              <w:rPr>
                <w:b/>
                <w:color w:val="000000"/>
                <w:sz w:val="20"/>
              </w:rPr>
              <w:t>UČNE DEJAVNOSTI, METODE IN FORMATIVNO SPREMLJANJE</w:t>
            </w:r>
          </w:p>
        </w:tc>
      </w:tr>
      <w:tr w:rsidR="008D43AB" w14:paraId="0DB223AC" w14:textId="77777777">
        <w:trPr>
          <w:tblHeader/>
          <w:jc w:val="center"/>
        </w:trPr>
        <w:tc>
          <w:tcPr>
            <w:tcW w:w="4422" w:type="dxa"/>
            <w:vMerge/>
            <w:tcMar>
              <w:top w:w="70" w:type="dxa"/>
              <w:left w:w="90" w:type="dxa"/>
              <w:bottom w:w="70" w:type="dxa"/>
              <w:right w:w="90" w:type="dxa"/>
            </w:tcMar>
            <w:vAlign w:val="center"/>
          </w:tcPr>
          <w:p w14:paraId="2A65194A" w14:textId="77777777" w:rsidR="008D43AB" w:rsidRDefault="008D43AB"/>
        </w:tc>
        <w:tc>
          <w:tcPr>
            <w:tcW w:w="7087" w:type="dxa"/>
            <w:shd w:val="clear" w:color="auto" w:fill="FFFFFF"/>
            <w:tcMar>
              <w:top w:w="70" w:type="dxa"/>
              <w:left w:w="90" w:type="dxa"/>
              <w:bottom w:w="70" w:type="dxa"/>
              <w:right w:w="90" w:type="dxa"/>
            </w:tcMar>
            <w:vAlign w:val="center"/>
          </w:tcPr>
          <w:p w14:paraId="0387F6F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21A155C" w14:textId="77777777" w:rsidR="008D43AB" w:rsidRDefault="00000000">
            <w:pPr>
              <w:jc w:val="center"/>
            </w:pPr>
            <w:r>
              <w:rPr>
                <w:b/>
                <w:color w:val="000000"/>
              </w:rPr>
              <w:t>UČENEC</w:t>
            </w:r>
          </w:p>
        </w:tc>
      </w:tr>
      <w:tr w:rsidR="008D43AB" w14:paraId="3A385B24" w14:textId="77777777">
        <w:trPr>
          <w:jc w:val="center"/>
        </w:trPr>
        <w:tc>
          <w:tcPr>
            <w:tcW w:w="4422" w:type="dxa"/>
            <w:tcMar>
              <w:top w:w="70" w:type="dxa"/>
              <w:left w:w="90" w:type="dxa"/>
              <w:bottom w:w="70" w:type="dxa"/>
              <w:right w:w="90" w:type="dxa"/>
            </w:tcMar>
          </w:tcPr>
          <w:p w14:paraId="060F2846" w14:textId="77777777" w:rsidR="008D43AB" w:rsidRDefault="008D43AB"/>
          <w:p w14:paraId="0E88AE0B" w14:textId="77777777" w:rsidR="008D43AB" w:rsidRDefault="00000000">
            <w:pPr>
              <w:spacing w:after="60" w:line="245" w:lineRule="auto"/>
            </w:pPr>
            <w:r>
              <w:rPr>
                <w:b/>
                <w:color w:val="000000"/>
              </w:rPr>
              <w:t>UČNI CILJI</w:t>
            </w:r>
          </w:p>
          <w:p w14:paraId="2C89A0B5" w14:textId="77777777" w:rsidR="008D43AB" w:rsidRDefault="00000000">
            <w:pPr>
              <w:spacing w:after="20" w:line="245" w:lineRule="auto"/>
            </w:pPr>
            <w:r>
              <w:rPr>
                <w:b/>
                <w:color w:val="000000"/>
                <w:sz w:val="17"/>
              </w:rPr>
              <w:t>SPLOŠNI</w:t>
            </w:r>
          </w:p>
          <w:p w14:paraId="36E708E3"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584CAABB" w14:textId="77777777" w:rsidR="008D43AB" w:rsidRDefault="00000000">
            <w:pPr>
              <w:pStyle w:val="Oznaenseznam"/>
              <w:spacing w:after="16"/>
            </w:pPr>
            <w:r>
              <w:rPr>
                <w:color w:val="000000"/>
                <w:sz w:val="16"/>
              </w:rPr>
              <w:t>poje, ritmično govori ter uporablja telo, glasbila in predmete kot zvočne vire</w:t>
            </w:r>
          </w:p>
          <w:p w14:paraId="103E9F9A" w14:textId="77777777" w:rsidR="008D43AB" w:rsidRDefault="00000000">
            <w:pPr>
              <w:pStyle w:val="Oznaenseznam"/>
              <w:spacing w:after="16"/>
            </w:pPr>
            <w:r>
              <w:rPr>
                <w:color w:val="000000"/>
                <w:sz w:val="16"/>
              </w:rPr>
              <w:t>razlikuje izbrane lastnosti zvoka in glasbe ter varuje sluh in odgovorno uporablja glasbila</w:t>
            </w:r>
          </w:p>
          <w:p w14:paraId="4D7D9E5A"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6730C081" w14:textId="77777777" w:rsidR="008D43AB" w:rsidRDefault="00000000">
            <w:pPr>
              <w:spacing w:before="40" w:after="20" w:line="245" w:lineRule="auto"/>
            </w:pPr>
            <w:r>
              <w:rPr>
                <w:b/>
                <w:color w:val="000000"/>
                <w:sz w:val="17"/>
              </w:rPr>
              <w:t>OPERATIVNI</w:t>
            </w:r>
          </w:p>
          <w:p w14:paraId="5455FE96" w14:textId="77777777" w:rsidR="008D43AB" w:rsidRDefault="00000000">
            <w:pPr>
              <w:pStyle w:val="Oznaenseznam"/>
              <w:spacing w:after="16"/>
            </w:pPr>
            <w:r>
              <w:rPr>
                <w:color w:val="000000"/>
                <w:sz w:val="16"/>
              </w:rPr>
              <w:t>izvede naučeno pesem</w:t>
            </w:r>
          </w:p>
          <w:p w14:paraId="0214A5A6" w14:textId="77777777" w:rsidR="008D43AB" w:rsidRDefault="00000000">
            <w:pPr>
              <w:pStyle w:val="Oznaenseznam"/>
              <w:spacing w:after="16"/>
            </w:pPr>
            <w:r>
              <w:rPr>
                <w:color w:val="000000"/>
                <w:sz w:val="16"/>
              </w:rPr>
              <w:t>posluša druge</w:t>
            </w:r>
          </w:p>
          <w:p w14:paraId="6D238D05" w14:textId="77777777" w:rsidR="008D43AB" w:rsidRDefault="00000000">
            <w:pPr>
              <w:pStyle w:val="Oznaenseznam"/>
              <w:spacing w:after="16"/>
            </w:pPr>
            <w:r>
              <w:rPr>
                <w:color w:val="000000"/>
                <w:sz w:val="16"/>
              </w:rPr>
              <w:t>upošteva kulturo nastopanja</w:t>
            </w:r>
          </w:p>
          <w:p w14:paraId="07E5F01C" w14:textId="77777777" w:rsidR="008D43AB" w:rsidRDefault="00000000">
            <w:pPr>
              <w:spacing w:before="40" w:after="20" w:line="245" w:lineRule="auto"/>
            </w:pPr>
            <w:r>
              <w:rPr>
                <w:b/>
                <w:color w:val="000000"/>
                <w:sz w:val="17"/>
              </w:rPr>
              <w:t>PRIČAKOVANI DOSEŽKI / MINIMALNI POUDARKI</w:t>
            </w:r>
          </w:p>
          <w:p w14:paraId="1B390CF5" w14:textId="77777777" w:rsidR="008D43AB" w:rsidRDefault="00000000">
            <w:pPr>
              <w:pStyle w:val="Oznaenseznam"/>
              <w:spacing w:after="16"/>
            </w:pPr>
            <w:r>
              <w:rPr>
                <w:color w:val="000000"/>
                <w:sz w:val="15"/>
              </w:rPr>
              <w:t>samostojno oziroma z dogovorjeno oporo izvede naučeno pesem</w:t>
            </w:r>
          </w:p>
          <w:p w14:paraId="76B2E1FA" w14:textId="77777777" w:rsidR="008D43AB" w:rsidRDefault="00000000">
            <w:pPr>
              <w:pStyle w:val="Oznaenseznam"/>
              <w:spacing w:after="16"/>
            </w:pPr>
            <w:r>
              <w:rPr>
                <w:color w:val="000000"/>
                <w:sz w:val="15"/>
              </w:rPr>
              <w:t>samostojno oziroma z dogovorjeno oporo posluša druge</w:t>
            </w:r>
          </w:p>
          <w:p w14:paraId="47941EE5" w14:textId="77777777" w:rsidR="008D43AB" w:rsidRDefault="00000000">
            <w:pPr>
              <w:pStyle w:val="Oznaenseznam"/>
              <w:spacing w:after="16"/>
            </w:pPr>
            <w:r>
              <w:rPr>
                <w:color w:val="000000"/>
                <w:sz w:val="15"/>
              </w:rPr>
              <w:t>samostojno oziroma z dogovorjeno oporo upošteva kulturo nastopanja</w:t>
            </w:r>
          </w:p>
        </w:tc>
        <w:tc>
          <w:tcPr>
            <w:tcW w:w="7087" w:type="dxa"/>
            <w:tcMar>
              <w:top w:w="70" w:type="dxa"/>
              <w:left w:w="90" w:type="dxa"/>
              <w:bottom w:w="70" w:type="dxa"/>
              <w:right w:w="90" w:type="dxa"/>
            </w:tcMar>
          </w:tcPr>
          <w:p w14:paraId="1872006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9DF006D" w14:textId="77777777">
              <w:trPr>
                <w:jc w:val="center"/>
              </w:trPr>
              <w:tc>
                <w:tcPr>
                  <w:tcW w:w="7087" w:type="dxa"/>
                  <w:shd w:val="clear" w:color="auto" w:fill="C6E7F3"/>
                  <w:tcMar>
                    <w:top w:w="45" w:type="dxa"/>
                    <w:left w:w="70" w:type="dxa"/>
                    <w:bottom w:w="45" w:type="dxa"/>
                    <w:right w:w="70" w:type="dxa"/>
                  </w:tcMar>
                </w:tcPr>
                <w:p w14:paraId="68860E49" w14:textId="77777777" w:rsidR="008D43AB" w:rsidRDefault="00000000">
                  <w:pPr>
                    <w:keepNext/>
                  </w:pPr>
                  <w:r>
                    <w:rPr>
                      <w:b/>
                      <w:color w:val="000000"/>
                    </w:rPr>
                    <w:t>UVODNI DEL – zvočna motivacija, aktivacija predznanja in namen učenja (8–12 min)</w:t>
                  </w:r>
                </w:p>
              </w:tc>
            </w:tr>
          </w:tbl>
          <w:p w14:paraId="7B2043BD" w14:textId="77777777" w:rsidR="008D43AB" w:rsidRDefault="008D43AB">
            <w:pPr>
              <w:spacing w:line="20" w:lineRule="exact"/>
            </w:pPr>
          </w:p>
          <w:p w14:paraId="1FD3AA77" w14:textId="77777777" w:rsidR="008D43AB" w:rsidRDefault="00000000">
            <w:pPr>
              <w:spacing w:before="40" w:after="60" w:line="245" w:lineRule="auto"/>
            </w:pPr>
            <w:r>
              <w:rPr>
                <w:color w:val="000000"/>
                <w:sz w:val="16"/>
              </w:rPr>
              <w:t>Učenci ob motivu »Enci benci na kamenci« – slovensko ljudsko izročilo vstopijo v temo izštevanke, ritem, skupnost in praznična ustvarjalnost. Najprej v tišini poslušajo kratek zvočni odlomek ali učiteljičino izvedbo (izštevanke in izbrane praznične pesmi; razredni nastop),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16864364" w14:textId="77777777">
              <w:trPr>
                <w:jc w:val="center"/>
              </w:trPr>
              <w:tc>
                <w:tcPr>
                  <w:tcW w:w="7087" w:type="dxa"/>
                  <w:shd w:val="clear" w:color="auto" w:fill="EDC9EA"/>
                  <w:tcMar>
                    <w:top w:w="45" w:type="dxa"/>
                    <w:left w:w="70" w:type="dxa"/>
                    <w:bottom w:w="45" w:type="dxa"/>
                    <w:right w:w="70" w:type="dxa"/>
                  </w:tcMar>
                </w:tcPr>
                <w:p w14:paraId="163F5400" w14:textId="77777777" w:rsidR="008D43AB" w:rsidRDefault="00000000">
                  <w:pPr>
                    <w:keepNext/>
                  </w:pPr>
                  <w:r>
                    <w:rPr>
                      <w:b/>
                      <w:color w:val="000000"/>
                    </w:rPr>
                    <w:t>NAMENI UČENJA</w:t>
                  </w:r>
                </w:p>
              </w:tc>
            </w:tr>
          </w:tbl>
          <w:p w14:paraId="37D4206E" w14:textId="77777777" w:rsidR="008D43AB" w:rsidRDefault="008D43AB">
            <w:pPr>
              <w:spacing w:line="20" w:lineRule="exact"/>
            </w:pPr>
          </w:p>
          <w:p w14:paraId="5FECF247"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2017713A" w14:textId="77777777" w:rsidR="008D43AB" w:rsidRDefault="00000000">
            <w:pPr>
              <w:pStyle w:val="Oznaenseznam"/>
              <w:spacing w:after="16"/>
            </w:pPr>
            <w:r>
              <w:rPr>
                <w:color w:val="000000"/>
                <w:sz w:val="16"/>
              </w:rPr>
              <w:t>izvedem naučeno pesem</w:t>
            </w:r>
          </w:p>
          <w:p w14:paraId="3E5F72F8" w14:textId="77777777" w:rsidR="008D43AB" w:rsidRDefault="00000000">
            <w:pPr>
              <w:pStyle w:val="Oznaenseznam"/>
              <w:spacing w:after="16"/>
            </w:pPr>
            <w:r>
              <w:rPr>
                <w:color w:val="000000"/>
                <w:sz w:val="16"/>
              </w:rPr>
              <w:t>poslušam druge</w:t>
            </w:r>
          </w:p>
          <w:p w14:paraId="6ECA7712" w14:textId="77777777" w:rsidR="008D43AB" w:rsidRDefault="00000000">
            <w:pPr>
              <w:pStyle w:val="Oznaenseznam"/>
              <w:spacing w:after="16"/>
            </w:pPr>
            <w:r>
              <w:rPr>
                <w:color w:val="000000"/>
                <w:sz w:val="16"/>
              </w:rPr>
              <w:t>upoštevam kulturo nastopanja</w:t>
            </w:r>
          </w:p>
          <w:tbl>
            <w:tblPr>
              <w:tblStyle w:val="Tabelamrea"/>
              <w:tblW w:w="0" w:type="auto"/>
              <w:jc w:val="center"/>
              <w:tblLayout w:type="fixed"/>
              <w:tblLook w:val="04A0" w:firstRow="1" w:lastRow="0" w:firstColumn="1" w:lastColumn="0" w:noHBand="0" w:noVBand="1"/>
            </w:tblPr>
            <w:tblGrid>
              <w:gridCol w:w="7087"/>
            </w:tblGrid>
            <w:tr w:rsidR="008D43AB" w14:paraId="03CDC731" w14:textId="77777777">
              <w:trPr>
                <w:jc w:val="center"/>
              </w:trPr>
              <w:tc>
                <w:tcPr>
                  <w:tcW w:w="7087" w:type="dxa"/>
                  <w:shd w:val="clear" w:color="auto" w:fill="EDC9EA"/>
                  <w:tcMar>
                    <w:top w:w="45" w:type="dxa"/>
                    <w:left w:w="70" w:type="dxa"/>
                    <w:bottom w:w="45" w:type="dxa"/>
                    <w:right w:w="70" w:type="dxa"/>
                  </w:tcMar>
                </w:tcPr>
                <w:p w14:paraId="6846EBB7" w14:textId="77777777" w:rsidR="008D43AB" w:rsidRDefault="00000000">
                  <w:pPr>
                    <w:keepNext/>
                  </w:pPr>
                  <w:r>
                    <w:rPr>
                      <w:b/>
                      <w:color w:val="000000"/>
                    </w:rPr>
                    <w:t>PREVERJANJE PREDZNANJA</w:t>
                  </w:r>
                </w:p>
              </w:tc>
            </w:tr>
          </w:tbl>
          <w:p w14:paraId="085F5202" w14:textId="77777777" w:rsidR="008D43AB" w:rsidRDefault="008D43AB">
            <w:pPr>
              <w:spacing w:line="20" w:lineRule="exact"/>
            </w:pPr>
          </w:p>
          <w:p w14:paraId="4BD9DAD6" w14:textId="77777777" w:rsidR="008D43AB" w:rsidRDefault="00000000">
            <w:pPr>
              <w:pStyle w:val="Oznaenseznam"/>
              <w:spacing w:after="16"/>
            </w:pPr>
            <w:r>
              <w:rPr>
                <w:color w:val="000000"/>
                <w:sz w:val="16"/>
              </w:rPr>
              <w:t>Kaj mi zvok, naslov, slika ali motiv pove o temi izštevanke, ritem, skupnost in praznična ustvarjalnost?</w:t>
            </w:r>
          </w:p>
          <w:p w14:paraId="7FAD21D9" w14:textId="77777777" w:rsidR="008D43AB" w:rsidRDefault="00000000">
            <w:pPr>
              <w:pStyle w:val="Oznaenseznam"/>
              <w:spacing w:after="16"/>
            </w:pPr>
            <w:r>
              <w:rPr>
                <w:color w:val="000000"/>
                <w:sz w:val="16"/>
              </w:rPr>
              <w:t>Kako lahko s poslušanjem, glasom, telesom, glasbilom ali simbolom pokažem, kaj že znam pri temi »RAZREDNI NASTOP«?</w:t>
            </w:r>
          </w:p>
          <w:p w14:paraId="2FF8876E"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2D7AF2F1" w14:textId="77777777">
              <w:trPr>
                <w:jc w:val="center"/>
              </w:trPr>
              <w:tc>
                <w:tcPr>
                  <w:tcW w:w="7087" w:type="dxa"/>
                  <w:shd w:val="clear" w:color="auto" w:fill="EDC9EA"/>
                  <w:tcMar>
                    <w:top w:w="45" w:type="dxa"/>
                    <w:left w:w="70" w:type="dxa"/>
                    <w:bottom w:w="45" w:type="dxa"/>
                    <w:right w:w="70" w:type="dxa"/>
                  </w:tcMar>
                </w:tcPr>
                <w:p w14:paraId="6C705BB4" w14:textId="77777777" w:rsidR="008D43AB" w:rsidRDefault="00000000">
                  <w:pPr>
                    <w:keepNext/>
                  </w:pPr>
                  <w:r>
                    <w:rPr>
                      <w:b/>
                      <w:color w:val="000000"/>
                    </w:rPr>
                    <w:t>KRITERIJI USPEŠNOSTI</w:t>
                  </w:r>
                </w:p>
              </w:tc>
            </w:tr>
          </w:tbl>
          <w:p w14:paraId="60C6C66A" w14:textId="77777777" w:rsidR="008D43AB" w:rsidRDefault="008D43AB"/>
          <w:p w14:paraId="44B6B98F" w14:textId="77777777" w:rsidR="008D43AB" w:rsidRDefault="00000000">
            <w:pPr>
              <w:spacing w:before="20" w:after="20" w:line="245" w:lineRule="auto"/>
            </w:pPr>
            <w:r>
              <w:rPr>
                <w:b/>
                <w:color w:val="000000"/>
                <w:sz w:val="16"/>
              </w:rPr>
              <w:t>Uspešen/-na bom, ko:</w:t>
            </w:r>
          </w:p>
          <w:p w14:paraId="30F96FC1" w14:textId="77777777" w:rsidR="008D43AB" w:rsidRDefault="00000000">
            <w:pPr>
              <w:pStyle w:val="Oznaenseznam"/>
              <w:spacing w:after="16"/>
            </w:pPr>
            <w:r>
              <w:rPr>
                <w:color w:val="000000"/>
                <w:sz w:val="16"/>
              </w:rPr>
              <w:t>izvedem naučeno pesem</w:t>
            </w:r>
          </w:p>
          <w:p w14:paraId="6C40F98E" w14:textId="77777777" w:rsidR="008D43AB" w:rsidRDefault="00000000">
            <w:pPr>
              <w:pStyle w:val="Oznaenseznam"/>
              <w:spacing w:after="16"/>
            </w:pPr>
            <w:r>
              <w:rPr>
                <w:color w:val="000000"/>
                <w:sz w:val="16"/>
              </w:rPr>
              <w:t>poslušam druge</w:t>
            </w:r>
          </w:p>
          <w:p w14:paraId="13B2B081" w14:textId="77777777" w:rsidR="008D43AB" w:rsidRDefault="00000000">
            <w:pPr>
              <w:pStyle w:val="Oznaenseznam"/>
              <w:spacing w:after="16"/>
            </w:pPr>
            <w:r>
              <w:rPr>
                <w:color w:val="000000"/>
                <w:sz w:val="16"/>
              </w:rPr>
              <w:t>upoštevam kulturo nastopanja</w:t>
            </w:r>
          </w:p>
          <w:p w14:paraId="4929F857" w14:textId="77777777" w:rsidR="008D43AB" w:rsidRDefault="00000000">
            <w:pPr>
              <w:pStyle w:val="Oznaenseznam"/>
              <w:spacing w:after="16"/>
            </w:pPr>
            <w:r>
              <w:rPr>
                <w:color w:val="000000"/>
                <w:sz w:val="16"/>
              </w:rPr>
              <w:t>upoštevam dogovorjeni začetek, konec, znak za tišino in varno glasnost</w:t>
            </w:r>
          </w:p>
          <w:p w14:paraId="6A28F346"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4009C42F" w14:textId="77777777" w:rsidR="008D43AB" w:rsidRDefault="008D43AB"/>
          <w:p w14:paraId="51B80D4C"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1CE30EBA" w14:textId="77777777" w:rsidR="008D43AB" w:rsidRDefault="00000000">
            <w:pPr>
              <w:spacing w:after="80" w:line="245" w:lineRule="auto"/>
            </w:pPr>
            <w:r>
              <w:rPr>
                <w:color w:val="000000"/>
                <w:sz w:val="16"/>
              </w:rPr>
              <w:t>Pove ali pokaže, kaj že zna in katero glasbeno strategijo bi uporabil.</w:t>
            </w:r>
          </w:p>
          <w:p w14:paraId="4DB8C18C" w14:textId="77777777" w:rsidR="008D43AB" w:rsidRDefault="00000000">
            <w:pPr>
              <w:spacing w:after="100" w:line="245" w:lineRule="auto"/>
            </w:pPr>
            <w:r>
              <w:rPr>
                <w:color w:val="000000"/>
                <w:sz w:val="16"/>
              </w:rPr>
              <w:t>Sodeluje pri razumevanju namenov, meril uspešnosti, varne glasnosti in načina dokazovanja.</w:t>
            </w:r>
          </w:p>
          <w:p w14:paraId="43E5F8BE" w14:textId="77777777" w:rsidR="008D43AB" w:rsidRDefault="00000000">
            <w:pPr>
              <w:spacing w:after="20" w:line="245" w:lineRule="auto"/>
            </w:pPr>
            <w:r>
              <w:rPr>
                <w:b/>
                <w:color w:val="D95BC6"/>
                <w:sz w:val="17"/>
              </w:rPr>
              <w:t>DOKAZ O UČENJU</w:t>
            </w:r>
          </w:p>
          <w:p w14:paraId="6884658A"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1F0D3F2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946A14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A3CBB8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F2BCEC" w14:textId="77777777" w:rsidR="008D43AB" w:rsidRDefault="00000000">
            <w:pPr>
              <w:jc w:val="center"/>
            </w:pPr>
            <w:r>
              <w:rPr>
                <w:b/>
                <w:color w:val="000000"/>
                <w:sz w:val="20"/>
              </w:rPr>
              <w:t>UČNE DEJAVNOSTI, METODE IN FORMATIVNO SPREMLJANJE</w:t>
            </w:r>
          </w:p>
        </w:tc>
      </w:tr>
      <w:tr w:rsidR="008D43AB" w14:paraId="5685E4B4" w14:textId="77777777">
        <w:trPr>
          <w:tblHeader/>
          <w:jc w:val="center"/>
        </w:trPr>
        <w:tc>
          <w:tcPr>
            <w:tcW w:w="4422" w:type="dxa"/>
            <w:vMerge/>
            <w:tcMar>
              <w:top w:w="70" w:type="dxa"/>
              <w:left w:w="90" w:type="dxa"/>
              <w:bottom w:w="70" w:type="dxa"/>
              <w:right w:w="90" w:type="dxa"/>
            </w:tcMar>
            <w:vAlign w:val="center"/>
          </w:tcPr>
          <w:p w14:paraId="75A4BCDC" w14:textId="77777777" w:rsidR="008D43AB" w:rsidRDefault="008D43AB"/>
        </w:tc>
        <w:tc>
          <w:tcPr>
            <w:tcW w:w="7087" w:type="dxa"/>
            <w:shd w:val="clear" w:color="auto" w:fill="FFFFFF"/>
            <w:tcMar>
              <w:top w:w="70" w:type="dxa"/>
              <w:left w:w="90" w:type="dxa"/>
              <w:bottom w:w="70" w:type="dxa"/>
              <w:right w:w="90" w:type="dxa"/>
            </w:tcMar>
            <w:vAlign w:val="center"/>
          </w:tcPr>
          <w:p w14:paraId="4BEE2EFE"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8DB5D8" w14:textId="77777777" w:rsidR="008D43AB" w:rsidRDefault="00000000">
            <w:pPr>
              <w:jc w:val="center"/>
            </w:pPr>
            <w:r>
              <w:rPr>
                <w:b/>
                <w:color w:val="000000"/>
              </w:rPr>
              <w:t>UČENEC</w:t>
            </w:r>
          </w:p>
        </w:tc>
      </w:tr>
      <w:tr w:rsidR="008D43AB" w14:paraId="007247F4" w14:textId="77777777">
        <w:trPr>
          <w:jc w:val="center"/>
        </w:trPr>
        <w:tc>
          <w:tcPr>
            <w:tcW w:w="4422" w:type="dxa"/>
            <w:tcMar>
              <w:top w:w="70" w:type="dxa"/>
              <w:left w:w="90" w:type="dxa"/>
              <w:bottom w:w="70" w:type="dxa"/>
              <w:right w:w="90" w:type="dxa"/>
            </w:tcMar>
          </w:tcPr>
          <w:p w14:paraId="69A3A0EF" w14:textId="77777777" w:rsidR="008D43AB" w:rsidRDefault="008D43AB"/>
          <w:p w14:paraId="4561DEF8" w14:textId="77777777" w:rsidR="008D43AB" w:rsidRDefault="00000000">
            <w:pPr>
              <w:spacing w:after="40" w:line="245" w:lineRule="auto"/>
            </w:pPr>
            <w:r>
              <w:rPr>
                <w:b/>
                <w:color w:val="000000"/>
              </w:rPr>
              <w:t>KLJUČNI GLASBENI POJMI</w:t>
            </w:r>
          </w:p>
          <w:p w14:paraId="56B3AA62"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459C46B8" w14:textId="77777777" w:rsidR="008D43AB" w:rsidRDefault="00000000">
            <w:pPr>
              <w:spacing w:after="20" w:line="245" w:lineRule="auto"/>
            </w:pPr>
            <w:r>
              <w:rPr>
                <w:b/>
                <w:color w:val="000000"/>
                <w:sz w:val="17"/>
              </w:rPr>
              <w:t>DOKAZI O UČENJU</w:t>
            </w:r>
          </w:p>
          <w:p w14:paraId="1751E7DF" w14:textId="77777777" w:rsidR="008D43AB" w:rsidRDefault="00000000">
            <w:pPr>
              <w:pStyle w:val="Oznaenseznam"/>
              <w:spacing w:after="9"/>
            </w:pPr>
            <w:r>
              <w:rPr>
                <w:color w:val="000000"/>
                <w:sz w:val="15"/>
              </w:rPr>
              <w:t>slikovni zvočni zapis, skupinska izvedba/posnetek in vrstniška opisna povratna informacija.</w:t>
            </w:r>
          </w:p>
          <w:p w14:paraId="3C39267C" w14:textId="77777777" w:rsidR="008D43AB" w:rsidRDefault="00000000">
            <w:pPr>
              <w:spacing w:before="40" w:after="20" w:line="245" w:lineRule="auto"/>
            </w:pPr>
            <w:r>
              <w:rPr>
                <w:b/>
                <w:color w:val="000000"/>
                <w:sz w:val="17"/>
              </w:rPr>
              <w:t>GLASBENO DOŽIVETJE IN IZKUŠENJSKI POUK</w:t>
            </w:r>
          </w:p>
          <w:p w14:paraId="77864008"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74535CB4" w14:textId="77777777" w:rsidR="008D43AB" w:rsidRDefault="00000000">
            <w:pPr>
              <w:spacing w:after="20" w:line="245" w:lineRule="auto"/>
            </w:pPr>
            <w:r>
              <w:rPr>
                <w:b/>
                <w:color w:val="000000"/>
                <w:sz w:val="17"/>
              </w:rPr>
              <w:t>POUČEVANJE V GIBANJU</w:t>
            </w:r>
          </w:p>
          <w:p w14:paraId="3D185183"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68FBEC9F" w14:textId="77777777" w:rsidR="008D43AB" w:rsidRDefault="00000000">
            <w:pPr>
              <w:spacing w:after="20" w:line="245" w:lineRule="auto"/>
            </w:pPr>
            <w:r>
              <w:rPr>
                <w:b/>
                <w:color w:val="000000"/>
                <w:sz w:val="17"/>
              </w:rPr>
              <w:t>DELO PO POSTAJAH</w:t>
            </w:r>
          </w:p>
          <w:p w14:paraId="23B18E65"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DB06B1E" w14:textId="77777777" w:rsidR="008D43AB" w:rsidRDefault="00000000">
            <w:pPr>
              <w:spacing w:after="10" w:line="245" w:lineRule="auto"/>
            </w:pPr>
            <w:r>
              <w:rPr>
                <w:color w:val="000000"/>
                <w:sz w:val="15"/>
              </w:rPr>
              <w:t>1. Glas in dih: drža, tih vdih, pevski odmev in jasen začetek ter konec.</w:t>
            </w:r>
          </w:p>
          <w:p w14:paraId="240A411B" w14:textId="77777777" w:rsidR="008D43AB" w:rsidRDefault="00000000">
            <w:pPr>
              <w:spacing w:after="10" w:line="245" w:lineRule="auto"/>
            </w:pPr>
            <w:r>
              <w:rPr>
                <w:color w:val="000000"/>
                <w:sz w:val="15"/>
              </w:rPr>
              <w:t>2. Beseda in ritem: besedilo ritmično izrekam, razčlenim na zloge in povežem s telesnimi glasbili.</w:t>
            </w:r>
          </w:p>
          <w:p w14:paraId="38706F2B" w14:textId="77777777" w:rsidR="008D43AB" w:rsidRDefault="00000000">
            <w:pPr>
              <w:spacing w:after="10" w:line="245" w:lineRule="auto"/>
            </w:pPr>
            <w:r>
              <w:rPr>
                <w:color w:val="000000"/>
                <w:sz w:val="15"/>
              </w:rPr>
              <w:t>3. Gibalno-pevska: melodijo ali značaj pesmi pokažem z gibanjem, rajalno igro ali preprosto koreografijo.</w:t>
            </w:r>
          </w:p>
          <w:p w14:paraId="4C658D9A" w14:textId="77777777" w:rsidR="008D43AB" w:rsidRDefault="00000000">
            <w:pPr>
              <w:spacing w:after="10" w:line="245" w:lineRule="auto"/>
            </w:pPr>
            <w:r>
              <w:rPr>
                <w:color w:val="000000"/>
                <w:sz w:val="15"/>
              </w:rPr>
              <w:t>4. Spremljava in nastop: izberem zvočilo, vadim skupinsko izvedbo, nastopim in podam opisni odziv.</w:t>
            </w:r>
          </w:p>
          <w:p w14:paraId="6EF623A3" w14:textId="77777777" w:rsidR="008D43AB" w:rsidRDefault="00000000">
            <w:pPr>
              <w:spacing w:after="20" w:line="245" w:lineRule="auto"/>
            </w:pPr>
            <w:r>
              <w:rPr>
                <w:b/>
                <w:color w:val="000000"/>
                <w:sz w:val="17"/>
              </w:rPr>
              <w:t>DIFERENCIACIJA IN VKLJUČEVANJE</w:t>
            </w:r>
          </w:p>
          <w:p w14:paraId="73C2041F"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75250648" w14:textId="77777777" w:rsidR="008D43AB" w:rsidRDefault="00000000">
            <w:pPr>
              <w:spacing w:after="20" w:line="245" w:lineRule="auto"/>
            </w:pPr>
            <w:r>
              <w:rPr>
                <w:b/>
                <w:color w:val="000000"/>
                <w:sz w:val="17"/>
              </w:rPr>
              <w:t>SPREMLJANJE</w:t>
            </w:r>
          </w:p>
          <w:p w14:paraId="286EDD16"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4024623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3F8557C" w14:textId="77777777">
              <w:trPr>
                <w:jc w:val="center"/>
              </w:trPr>
              <w:tc>
                <w:tcPr>
                  <w:tcW w:w="7087" w:type="dxa"/>
                  <w:shd w:val="clear" w:color="auto" w:fill="C6E7F3"/>
                  <w:tcMar>
                    <w:top w:w="45" w:type="dxa"/>
                    <w:left w:w="70" w:type="dxa"/>
                    <w:bottom w:w="45" w:type="dxa"/>
                    <w:right w:w="70" w:type="dxa"/>
                  </w:tcMar>
                </w:tcPr>
                <w:p w14:paraId="4ED9C8C7" w14:textId="77777777" w:rsidR="008D43AB" w:rsidRDefault="00000000">
                  <w:pPr>
                    <w:keepNext/>
                  </w:pPr>
                  <w:r>
                    <w:rPr>
                      <w:b/>
                      <w:color w:val="000000"/>
                      <w:sz w:val="17"/>
                    </w:rPr>
                    <w:t>GLAVNI DEL – POSLUŠANJE, IZVAJANJE, GIBANJE IN USTVARJANJE (1 šolska ura)</w:t>
                  </w:r>
                </w:p>
              </w:tc>
            </w:tr>
          </w:tbl>
          <w:p w14:paraId="38F42BB2" w14:textId="77777777" w:rsidR="008D43AB" w:rsidRDefault="008D43AB">
            <w:pPr>
              <w:spacing w:line="20" w:lineRule="exact"/>
            </w:pPr>
          </w:p>
          <w:p w14:paraId="0A3D279B" w14:textId="77777777" w:rsidR="008D43AB" w:rsidRDefault="00000000">
            <w:pPr>
              <w:keepNext/>
              <w:spacing w:before="24" w:after="8" w:line="245" w:lineRule="auto"/>
            </w:pPr>
            <w:r>
              <w:rPr>
                <w:b/>
                <w:color w:val="000000"/>
                <w:sz w:val="16"/>
              </w:rPr>
              <w:t>1. URA – Razredni Nastop – Ustvarim in nastopim</w:t>
            </w:r>
          </w:p>
          <w:p w14:paraId="672513E9"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razredni nastop«; usmerja izbiro, zapis, vajo in menjavo vlog. Zaključek: 10' – Organizira nastop in odziv poslušalcev po kriterijih; posname kratek dokaz, če so soglasja urejena.</w:t>
            </w:r>
          </w:p>
          <w:p w14:paraId="1479D11A"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205784CD"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695FBACF" w14:textId="77777777">
              <w:trPr>
                <w:jc w:val="center"/>
              </w:trPr>
              <w:tc>
                <w:tcPr>
                  <w:tcW w:w="7087" w:type="dxa"/>
                  <w:shd w:val="clear" w:color="auto" w:fill="EDC9EA"/>
                  <w:tcMar>
                    <w:top w:w="45" w:type="dxa"/>
                    <w:left w:w="70" w:type="dxa"/>
                    <w:bottom w:w="45" w:type="dxa"/>
                    <w:right w:w="70" w:type="dxa"/>
                  </w:tcMar>
                </w:tcPr>
                <w:p w14:paraId="588E6258" w14:textId="77777777" w:rsidR="008D43AB" w:rsidRDefault="00000000">
                  <w:pPr>
                    <w:keepNext/>
                  </w:pPr>
                  <w:r>
                    <w:rPr>
                      <w:b/>
                      <w:color w:val="000000"/>
                      <w:sz w:val="17"/>
                    </w:rPr>
                    <w:t>ORGANIZACIJA POSTAJ IN PREHODOV</w:t>
                  </w:r>
                </w:p>
              </w:tc>
            </w:tr>
          </w:tbl>
          <w:p w14:paraId="188E862C" w14:textId="77777777" w:rsidR="008D43AB" w:rsidRDefault="008D43AB"/>
          <w:p w14:paraId="2EBDF9D6" w14:textId="77777777" w:rsidR="008D43AB" w:rsidRDefault="00000000">
            <w:pPr>
              <w:spacing w:before="9" w:after="9" w:line="245" w:lineRule="auto"/>
            </w:pPr>
            <w:r>
              <w:rPr>
                <w:color w:val="000000"/>
                <w:sz w:val="15"/>
              </w:rPr>
              <w:t>Postaja 1: Glas in dih: drža, tih vdih, pevski odmev in jasen začetek ter konec.</w:t>
            </w:r>
          </w:p>
          <w:p w14:paraId="492654E4"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5E9399F9"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5F86DBEB"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53AFA6E1"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14A1DDC8" w14:textId="77777777" w:rsidR="008D43AB" w:rsidRDefault="008D43AB"/>
          <w:p w14:paraId="20C6058B" w14:textId="77777777" w:rsidR="008D43AB" w:rsidRDefault="00000000">
            <w:pPr>
              <w:spacing w:after="6" w:line="245" w:lineRule="auto"/>
            </w:pPr>
            <w:r>
              <w:rPr>
                <w:b/>
                <w:color w:val="000000"/>
                <w:sz w:val="15"/>
              </w:rPr>
              <w:t>1. URA – Razredni Nastop – Ustvarim in nastopim</w:t>
            </w:r>
          </w:p>
          <w:p w14:paraId="67CF6EB3"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1BD6B4A0" w14:textId="77777777" w:rsidR="008D43AB" w:rsidRDefault="00000000">
            <w:pPr>
              <w:spacing w:after="20" w:line="245" w:lineRule="auto"/>
            </w:pPr>
            <w:r>
              <w:rPr>
                <w:color w:val="D95BC6"/>
                <w:sz w:val="14"/>
              </w:rPr>
              <w:t>Dokaz: slikovni zvočni zapis, skupinska izvedba/posnetek in vrstniška opisna povratna informacija.</w:t>
            </w:r>
          </w:p>
          <w:p w14:paraId="16DC31AC" w14:textId="77777777" w:rsidR="008D43AB" w:rsidRDefault="00000000">
            <w:pPr>
              <w:spacing w:before="40" w:after="20" w:line="245" w:lineRule="auto"/>
            </w:pPr>
            <w:r>
              <w:rPr>
                <w:b/>
                <w:color w:val="D95BC6"/>
                <w:sz w:val="16"/>
              </w:rPr>
              <w:t>MOJ KROG POSTAJ</w:t>
            </w:r>
          </w:p>
          <w:p w14:paraId="186A5B45" w14:textId="77777777" w:rsidR="008D43AB" w:rsidRDefault="00000000">
            <w:pPr>
              <w:spacing w:after="11" w:line="245" w:lineRule="auto"/>
            </w:pPr>
            <w:r>
              <w:rPr>
                <w:color w:val="000000"/>
                <w:sz w:val="14"/>
              </w:rPr>
              <w:t>1. Glas in dih: drža, tih vdih, pevski odmev in jasen začetek ter konec.</w:t>
            </w:r>
          </w:p>
          <w:p w14:paraId="433C19FE" w14:textId="77777777" w:rsidR="008D43AB" w:rsidRDefault="00000000">
            <w:pPr>
              <w:spacing w:after="11" w:line="245" w:lineRule="auto"/>
            </w:pPr>
            <w:r>
              <w:rPr>
                <w:color w:val="000000"/>
                <w:sz w:val="14"/>
              </w:rPr>
              <w:t>2. Beseda in ritem: besedilo ritmično izrekam, razčlenim na zloge in povežem s telesnimi.</w:t>
            </w:r>
          </w:p>
          <w:p w14:paraId="73BDFA64" w14:textId="77777777" w:rsidR="008D43AB" w:rsidRDefault="00000000">
            <w:pPr>
              <w:spacing w:after="11" w:line="245" w:lineRule="auto"/>
            </w:pPr>
            <w:r>
              <w:rPr>
                <w:color w:val="000000"/>
                <w:sz w:val="14"/>
              </w:rPr>
              <w:t>3. Gibalno-pevska: melodijo ali značaj pesmi pokažem z gibanjem.</w:t>
            </w:r>
          </w:p>
          <w:p w14:paraId="5A3BB55A" w14:textId="77777777" w:rsidR="008D43AB" w:rsidRDefault="00000000">
            <w:pPr>
              <w:spacing w:after="11" w:line="245" w:lineRule="auto"/>
            </w:pPr>
            <w:r>
              <w:rPr>
                <w:color w:val="000000"/>
                <w:sz w:val="14"/>
              </w:rPr>
              <w:t>4. Spremljava in nastop: izberem zvočilo, vadim skupinsko izvedbo.</w:t>
            </w:r>
          </w:p>
          <w:p w14:paraId="3FA9349B"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9540243" w14:textId="77777777" w:rsidR="008D43AB" w:rsidRDefault="00000000">
            <w:pPr>
              <w:spacing w:after="20" w:line="245" w:lineRule="auto"/>
            </w:pPr>
            <w:r>
              <w:rPr>
                <w:b/>
                <w:color w:val="D95BC6"/>
                <w:sz w:val="17"/>
              </w:rPr>
              <w:t>DOKAZ O UČENJU</w:t>
            </w:r>
          </w:p>
          <w:p w14:paraId="06E7AA05"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3B3F0FB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C0C452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D4AC28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815EC05" w14:textId="77777777" w:rsidR="008D43AB" w:rsidRDefault="00000000">
            <w:pPr>
              <w:jc w:val="center"/>
            </w:pPr>
            <w:r>
              <w:rPr>
                <w:b/>
                <w:color w:val="000000"/>
                <w:sz w:val="20"/>
              </w:rPr>
              <w:t>UČNE DEJAVNOSTI, METODE IN FORMATIVNO SPREMLJANJE</w:t>
            </w:r>
          </w:p>
        </w:tc>
      </w:tr>
      <w:tr w:rsidR="008D43AB" w14:paraId="33A3BFAE" w14:textId="77777777">
        <w:trPr>
          <w:tblHeader/>
          <w:jc w:val="center"/>
        </w:trPr>
        <w:tc>
          <w:tcPr>
            <w:tcW w:w="4422" w:type="dxa"/>
            <w:vMerge/>
            <w:tcMar>
              <w:top w:w="70" w:type="dxa"/>
              <w:left w:w="90" w:type="dxa"/>
              <w:bottom w:w="70" w:type="dxa"/>
              <w:right w:w="90" w:type="dxa"/>
            </w:tcMar>
            <w:vAlign w:val="center"/>
          </w:tcPr>
          <w:p w14:paraId="3DC67C28" w14:textId="77777777" w:rsidR="008D43AB" w:rsidRDefault="008D43AB"/>
        </w:tc>
        <w:tc>
          <w:tcPr>
            <w:tcW w:w="7087" w:type="dxa"/>
            <w:shd w:val="clear" w:color="auto" w:fill="FFFFFF"/>
            <w:tcMar>
              <w:top w:w="70" w:type="dxa"/>
              <w:left w:w="90" w:type="dxa"/>
              <w:bottom w:w="70" w:type="dxa"/>
              <w:right w:w="90" w:type="dxa"/>
            </w:tcMar>
            <w:vAlign w:val="center"/>
          </w:tcPr>
          <w:p w14:paraId="0295D5D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9393B46" w14:textId="77777777" w:rsidR="008D43AB" w:rsidRDefault="00000000">
            <w:pPr>
              <w:jc w:val="center"/>
            </w:pPr>
            <w:r>
              <w:rPr>
                <w:b/>
                <w:color w:val="000000"/>
              </w:rPr>
              <w:t>UČENEC</w:t>
            </w:r>
          </w:p>
        </w:tc>
      </w:tr>
      <w:tr w:rsidR="008D43AB" w14:paraId="3663642F" w14:textId="77777777">
        <w:trPr>
          <w:jc w:val="center"/>
        </w:trPr>
        <w:tc>
          <w:tcPr>
            <w:tcW w:w="4422" w:type="dxa"/>
            <w:tcMar>
              <w:top w:w="70" w:type="dxa"/>
              <w:left w:w="90" w:type="dxa"/>
              <w:bottom w:w="70" w:type="dxa"/>
              <w:right w:w="90" w:type="dxa"/>
            </w:tcMar>
          </w:tcPr>
          <w:p w14:paraId="2BFD3920" w14:textId="77777777" w:rsidR="008D43AB" w:rsidRDefault="008D43AB"/>
          <w:p w14:paraId="2C853BF8" w14:textId="77777777" w:rsidR="008D43AB" w:rsidRDefault="00000000">
            <w:pPr>
              <w:spacing w:after="40" w:line="245" w:lineRule="auto"/>
            </w:pPr>
            <w:r>
              <w:rPr>
                <w:b/>
                <w:color w:val="000000"/>
              </w:rPr>
              <w:t>FORMATIVNO SPREMLJANJE</w:t>
            </w:r>
          </w:p>
          <w:p w14:paraId="0E5A6D8B" w14:textId="77777777" w:rsidR="008D43AB" w:rsidRDefault="00000000">
            <w:pPr>
              <w:pStyle w:val="Oznaenseznam"/>
              <w:spacing w:after="16"/>
            </w:pPr>
            <w:r>
              <w:rPr>
                <w:color w:val="000000"/>
                <w:sz w:val="16"/>
              </w:rPr>
              <w:t>predznanje: zvočna napoved, izbira kartice, gib, ritmični oziroma pevski poskus ali začetni simbol</w:t>
            </w:r>
          </w:p>
          <w:p w14:paraId="3E2915CF" w14:textId="77777777" w:rsidR="008D43AB" w:rsidRDefault="00000000">
            <w:pPr>
              <w:pStyle w:val="Oznaenseznam"/>
              <w:spacing w:after="16"/>
            </w:pPr>
            <w:r>
              <w:rPr>
                <w:color w:val="000000"/>
                <w:sz w:val="16"/>
              </w:rPr>
              <w:t>nameni in merila: kratka poved, slikovni znak, model izvedbe ter vidna pravila varne glasnosti</w:t>
            </w:r>
          </w:p>
          <w:p w14:paraId="49367566"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942A3AB" w14:textId="77777777" w:rsidR="008D43AB" w:rsidRDefault="00000000">
            <w:pPr>
              <w:pStyle w:val="Oznaenseznam"/>
              <w:spacing w:after="16"/>
            </w:pPr>
            <w:r>
              <w:rPr>
                <w:color w:val="000000"/>
                <w:sz w:val="16"/>
              </w:rPr>
              <w:t>povratna informacija: opis slišane strategije, povezava z enim merilom in izvedljiv naslednji korak</w:t>
            </w:r>
          </w:p>
          <w:p w14:paraId="1C8DBA41" w14:textId="77777777" w:rsidR="008D43AB" w:rsidRDefault="00000000">
            <w:pPr>
              <w:pStyle w:val="Oznaenseznam"/>
              <w:spacing w:after="16"/>
            </w:pPr>
            <w:r>
              <w:rPr>
                <w:color w:val="000000"/>
                <w:sz w:val="16"/>
              </w:rPr>
              <w:t>samovrednotenje: barvni zvočni semafor, lestvica samostojnosti, izbran dokaz in ponovna izvedba</w:t>
            </w:r>
          </w:p>
          <w:p w14:paraId="042F0F02" w14:textId="77777777" w:rsidR="008D43AB" w:rsidRDefault="00000000">
            <w:pPr>
              <w:spacing w:before="40" w:after="20" w:line="245" w:lineRule="auto"/>
            </w:pPr>
            <w:r>
              <w:rPr>
                <w:b/>
                <w:color w:val="000000"/>
                <w:sz w:val="17"/>
              </w:rPr>
              <w:t>VARNOST IN VAROVANJE SLUHA</w:t>
            </w:r>
          </w:p>
          <w:p w14:paraId="1C5F6678"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12EAB98D" w14:textId="77777777" w:rsidR="008D43AB" w:rsidRDefault="00000000">
            <w:pPr>
              <w:spacing w:after="20" w:line="245" w:lineRule="auto"/>
            </w:pPr>
            <w:r>
              <w:rPr>
                <w:b/>
                <w:color w:val="000000"/>
                <w:sz w:val="17"/>
              </w:rPr>
              <w:t>EVIDENCA PO IZVEDBI</w:t>
            </w:r>
          </w:p>
          <w:p w14:paraId="51DD134A"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2939D926" w14:textId="77777777" w:rsidR="008D43AB" w:rsidRDefault="00000000">
            <w:pPr>
              <w:spacing w:before="40" w:after="20" w:line="245" w:lineRule="auto"/>
            </w:pPr>
            <w:r>
              <w:rPr>
                <w:b/>
                <w:color w:val="000000"/>
                <w:sz w:val="17"/>
              </w:rPr>
              <w:t>RAVEN DOSEGANJA</w:t>
            </w:r>
          </w:p>
          <w:p w14:paraId="2B4C436C"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27C35E0D"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7E8D7BF" w14:textId="77777777">
              <w:trPr>
                <w:jc w:val="center"/>
              </w:trPr>
              <w:tc>
                <w:tcPr>
                  <w:tcW w:w="7087" w:type="dxa"/>
                  <w:shd w:val="clear" w:color="auto" w:fill="EDC9EA"/>
                  <w:tcMar>
                    <w:top w:w="45" w:type="dxa"/>
                    <w:left w:w="70" w:type="dxa"/>
                    <w:bottom w:w="45" w:type="dxa"/>
                    <w:right w:w="70" w:type="dxa"/>
                  </w:tcMar>
                </w:tcPr>
                <w:p w14:paraId="0CFBEE12" w14:textId="77777777" w:rsidR="008D43AB" w:rsidRDefault="00000000">
                  <w:pPr>
                    <w:keepNext/>
                  </w:pPr>
                  <w:r>
                    <w:rPr>
                      <w:b/>
                      <w:color w:val="000000"/>
                    </w:rPr>
                    <w:t>VPRAŠANJA V PODPORO GLASBENEMU UČENJU</w:t>
                  </w:r>
                </w:p>
              </w:tc>
            </w:tr>
          </w:tbl>
          <w:p w14:paraId="7AA97E7E" w14:textId="77777777" w:rsidR="008D43AB" w:rsidRDefault="008D43AB">
            <w:pPr>
              <w:spacing w:line="20" w:lineRule="exact"/>
            </w:pPr>
          </w:p>
          <w:p w14:paraId="5366AC3F" w14:textId="77777777" w:rsidR="008D43AB" w:rsidRDefault="00000000">
            <w:pPr>
              <w:pStyle w:val="Oznaenseznam"/>
              <w:spacing w:after="16"/>
            </w:pPr>
            <w:r>
              <w:rPr>
                <w:color w:val="000000"/>
                <w:sz w:val="16"/>
              </w:rPr>
              <w:t>Kaj si v glasbi slišal/-a, začutil/-a ali pokazal/-a z gibanjem?</w:t>
            </w:r>
          </w:p>
          <w:p w14:paraId="24EACC1F" w14:textId="77777777" w:rsidR="008D43AB" w:rsidRDefault="00000000">
            <w:pPr>
              <w:pStyle w:val="Oznaenseznam"/>
              <w:spacing w:after="16"/>
            </w:pPr>
            <w:r>
              <w:rPr>
                <w:color w:val="000000"/>
                <w:sz w:val="16"/>
              </w:rPr>
              <w:t>Po katerem zvočnem znaku, lastnosti ali vzorcu si prepoznal/-a rešitev?</w:t>
            </w:r>
          </w:p>
          <w:p w14:paraId="5EA595EE" w14:textId="77777777" w:rsidR="008D43AB" w:rsidRDefault="00000000">
            <w:pPr>
              <w:pStyle w:val="Oznaenseznam"/>
              <w:spacing w:after="16"/>
            </w:pPr>
            <w:r>
              <w:rPr>
                <w:color w:val="000000"/>
                <w:sz w:val="16"/>
              </w:rPr>
              <w:t>Kako veš, da je bil pulz, začetek, konec, glasnost ali skupinska izvedba skladna z merilom?</w:t>
            </w:r>
          </w:p>
          <w:p w14:paraId="1175AF0B" w14:textId="77777777" w:rsidR="008D43AB" w:rsidRDefault="00000000">
            <w:pPr>
              <w:pStyle w:val="Oznaenseznam"/>
              <w:spacing w:after="16"/>
            </w:pPr>
            <w:r>
              <w:rPr>
                <w:color w:val="000000"/>
                <w:sz w:val="16"/>
              </w:rPr>
              <w:t>Zakaj si za motiv, osebo, dogodek ali okolje izbral/-a prav ta glas, predmet ali glasbilo?</w:t>
            </w:r>
          </w:p>
          <w:p w14:paraId="6AC8FBD4"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DD5588B" w14:textId="77777777">
              <w:trPr>
                <w:jc w:val="center"/>
              </w:trPr>
              <w:tc>
                <w:tcPr>
                  <w:tcW w:w="7087" w:type="dxa"/>
                  <w:shd w:val="clear" w:color="auto" w:fill="C6E7F3"/>
                  <w:tcMar>
                    <w:top w:w="45" w:type="dxa"/>
                    <w:left w:w="70" w:type="dxa"/>
                    <w:bottom w:w="45" w:type="dxa"/>
                    <w:right w:w="70" w:type="dxa"/>
                  </w:tcMar>
                </w:tcPr>
                <w:p w14:paraId="3B71F51E" w14:textId="77777777" w:rsidR="008D43AB" w:rsidRDefault="00000000">
                  <w:pPr>
                    <w:keepNext/>
                  </w:pPr>
                  <w:r>
                    <w:rPr>
                      <w:b/>
                      <w:color w:val="000000"/>
                    </w:rPr>
                    <w:t>ZAKLJUČNI DEL – NASTOP, POSLUŠALSKI ODZIV IN REFLEKSIJA (8–12 min)</w:t>
                  </w:r>
                </w:p>
              </w:tc>
            </w:tr>
          </w:tbl>
          <w:p w14:paraId="1CB27B67" w14:textId="77777777" w:rsidR="008D43AB" w:rsidRDefault="008D43AB">
            <w:pPr>
              <w:spacing w:line="20" w:lineRule="exact"/>
            </w:pPr>
          </w:p>
          <w:p w14:paraId="0634ED06"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36B02718" w14:textId="77777777">
              <w:trPr>
                <w:jc w:val="center"/>
              </w:trPr>
              <w:tc>
                <w:tcPr>
                  <w:tcW w:w="7087" w:type="dxa"/>
                  <w:shd w:val="clear" w:color="auto" w:fill="EDC9EA"/>
                  <w:tcMar>
                    <w:top w:w="45" w:type="dxa"/>
                    <w:left w:w="70" w:type="dxa"/>
                    <w:bottom w:w="45" w:type="dxa"/>
                    <w:right w:w="70" w:type="dxa"/>
                  </w:tcMar>
                </w:tcPr>
                <w:p w14:paraId="3775A10C" w14:textId="77777777" w:rsidR="008D43AB" w:rsidRDefault="00000000">
                  <w:pPr>
                    <w:keepNext/>
                  </w:pPr>
                  <w:r>
                    <w:rPr>
                      <w:b/>
                      <w:color w:val="000000"/>
                    </w:rPr>
                    <w:t>SAMOVREDNOTENJE</w:t>
                  </w:r>
                </w:p>
              </w:tc>
            </w:tr>
          </w:tbl>
          <w:p w14:paraId="1ED8A67A" w14:textId="77777777" w:rsidR="008D43AB" w:rsidRDefault="008D43AB">
            <w:pPr>
              <w:spacing w:line="20" w:lineRule="exact"/>
            </w:pPr>
          </w:p>
          <w:p w14:paraId="7877593A"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44D64F86" w14:textId="77777777">
              <w:trPr>
                <w:jc w:val="center"/>
              </w:trPr>
              <w:tc>
                <w:tcPr>
                  <w:tcW w:w="7087" w:type="dxa"/>
                  <w:shd w:val="clear" w:color="auto" w:fill="EDC9EA"/>
                  <w:tcMar>
                    <w:top w:w="45" w:type="dxa"/>
                    <w:left w:w="70" w:type="dxa"/>
                    <w:bottom w:w="45" w:type="dxa"/>
                    <w:right w:w="70" w:type="dxa"/>
                  </w:tcMar>
                </w:tcPr>
                <w:p w14:paraId="15A70E25" w14:textId="77777777" w:rsidR="008D43AB" w:rsidRDefault="00000000">
                  <w:pPr>
                    <w:keepNext/>
                  </w:pPr>
                  <w:r>
                    <w:rPr>
                      <w:b/>
                      <w:color w:val="000000"/>
                    </w:rPr>
                    <w:t>VRSTNIŠKO VREDNOTENJE</w:t>
                  </w:r>
                </w:p>
              </w:tc>
            </w:tr>
          </w:tbl>
          <w:p w14:paraId="6CB5965A" w14:textId="77777777" w:rsidR="008D43AB" w:rsidRDefault="008D43AB">
            <w:pPr>
              <w:spacing w:line="20" w:lineRule="exact"/>
            </w:pPr>
          </w:p>
          <w:p w14:paraId="0D55F043"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4D207CDB" w14:textId="77777777">
              <w:trPr>
                <w:jc w:val="center"/>
              </w:trPr>
              <w:tc>
                <w:tcPr>
                  <w:tcW w:w="7087" w:type="dxa"/>
                  <w:shd w:val="clear" w:color="auto" w:fill="EDC9EA"/>
                  <w:tcMar>
                    <w:top w:w="45" w:type="dxa"/>
                    <w:left w:w="70" w:type="dxa"/>
                    <w:bottom w:w="45" w:type="dxa"/>
                    <w:right w:w="70" w:type="dxa"/>
                  </w:tcMar>
                </w:tcPr>
                <w:p w14:paraId="34EEEDAB" w14:textId="77777777" w:rsidR="008D43AB" w:rsidRDefault="00000000">
                  <w:pPr>
                    <w:keepNext/>
                  </w:pPr>
                  <w:r>
                    <w:rPr>
                      <w:b/>
                      <w:color w:val="000000"/>
                    </w:rPr>
                    <w:t>SKUPNI POVZETEK</w:t>
                  </w:r>
                </w:p>
              </w:tc>
            </w:tr>
          </w:tbl>
          <w:p w14:paraId="7262BF30" w14:textId="77777777" w:rsidR="008D43AB" w:rsidRDefault="008D43AB"/>
          <w:p w14:paraId="514D8847" w14:textId="77777777" w:rsidR="008D43AB" w:rsidRDefault="00000000">
            <w:pPr>
              <w:spacing w:before="20" w:after="40" w:line="245" w:lineRule="auto"/>
            </w:pPr>
            <w:r>
              <w:rPr>
                <w:b/>
                <w:color w:val="000000"/>
                <w:sz w:val="16"/>
              </w:rPr>
              <w:t>izvedem naučeno pesem; poslušam druge; upoštevam kulturo nastopanja. Izbrani dokaz pojasnim in po povratni informaciji izboljšam.</w:t>
            </w:r>
          </w:p>
        </w:tc>
        <w:tc>
          <w:tcPr>
            <w:tcW w:w="2551" w:type="dxa"/>
            <w:tcMar>
              <w:top w:w="70" w:type="dxa"/>
              <w:left w:w="90" w:type="dxa"/>
              <w:bottom w:w="70" w:type="dxa"/>
              <w:right w:w="90" w:type="dxa"/>
            </w:tcMar>
          </w:tcPr>
          <w:p w14:paraId="2671DEBE" w14:textId="77777777" w:rsidR="008D43AB" w:rsidRDefault="008D43AB"/>
          <w:p w14:paraId="797AD56B" w14:textId="77777777" w:rsidR="008D43AB" w:rsidRDefault="00000000">
            <w:pPr>
              <w:spacing w:after="80" w:line="245" w:lineRule="auto"/>
            </w:pPr>
            <w:r>
              <w:rPr>
                <w:color w:val="000000"/>
                <w:sz w:val="16"/>
              </w:rPr>
              <w:t>Odgovarja na podporna vprašanja in se sklicuje na slišano, izvedeno, ustvarjeno ali zapisano.</w:t>
            </w:r>
          </w:p>
          <w:p w14:paraId="785A6520" w14:textId="77777777" w:rsidR="008D43AB" w:rsidRDefault="00000000">
            <w:pPr>
              <w:spacing w:after="80" w:line="245" w:lineRule="auto"/>
            </w:pPr>
            <w:r>
              <w:rPr>
                <w:color w:val="000000"/>
                <w:sz w:val="16"/>
              </w:rPr>
              <w:t>Predstavi izbrani dokaz ter pove, katero merilo z njim pokaže.</w:t>
            </w:r>
          </w:p>
          <w:p w14:paraId="3EE6752F" w14:textId="77777777" w:rsidR="008D43AB" w:rsidRDefault="00000000">
            <w:pPr>
              <w:spacing w:after="80" w:line="245" w:lineRule="auto"/>
            </w:pPr>
            <w:r>
              <w:rPr>
                <w:color w:val="000000"/>
                <w:sz w:val="16"/>
              </w:rPr>
              <w:t>Posluša vrstnika, opiše eno slišano moč in poda prijazen predlog za izboljšavo.</w:t>
            </w:r>
          </w:p>
          <w:p w14:paraId="2A2A6FF5" w14:textId="77777777" w:rsidR="008D43AB" w:rsidRDefault="00000000">
            <w:pPr>
              <w:spacing w:after="80" w:line="245" w:lineRule="auto"/>
            </w:pPr>
            <w:r>
              <w:rPr>
                <w:color w:val="000000"/>
                <w:sz w:val="16"/>
              </w:rPr>
              <w:t>Po povratni informaciji izvedbo, gib, ritem, zvočno izbiro ali slikovni zapis ponovi in izboljša.</w:t>
            </w:r>
          </w:p>
          <w:p w14:paraId="3915C25A" w14:textId="77777777" w:rsidR="008D43AB" w:rsidRDefault="00000000">
            <w:pPr>
              <w:spacing w:after="100" w:line="245" w:lineRule="auto"/>
            </w:pPr>
            <w:r>
              <w:rPr>
                <w:color w:val="000000"/>
                <w:sz w:val="16"/>
              </w:rPr>
              <w:t>Izbere raven samostojnosti ter določi majhen in izvedljiv naslednji glasbeni korak.</w:t>
            </w:r>
          </w:p>
          <w:p w14:paraId="12CDC0F4" w14:textId="77777777" w:rsidR="008D43AB" w:rsidRDefault="00000000">
            <w:pPr>
              <w:spacing w:after="20" w:line="245" w:lineRule="auto"/>
            </w:pPr>
            <w:r>
              <w:rPr>
                <w:b/>
                <w:color w:val="D95BC6"/>
                <w:sz w:val="17"/>
              </w:rPr>
              <w:t>DOKAZ O UČENJU</w:t>
            </w:r>
          </w:p>
          <w:p w14:paraId="7A700457"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1E072C2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0C58AD31" w14:textId="77777777">
        <w:trPr>
          <w:cantSplit/>
          <w:jc w:val="center"/>
        </w:trPr>
        <w:tc>
          <w:tcPr>
            <w:tcW w:w="14060" w:type="dxa"/>
            <w:gridSpan w:val="6"/>
            <w:tcMar>
              <w:top w:w="70" w:type="dxa"/>
              <w:left w:w="90" w:type="dxa"/>
              <w:bottom w:w="70" w:type="dxa"/>
              <w:right w:w="90" w:type="dxa"/>
            </w:tcMar>
            <w:vAlign w:val="center"/>
          </w:tcPr>
          <w:p w14:paraId="143690AB" w14:textId="77777777" w:rsidR="008D43AB" w:rsidRDefault="00000000">
            <w:pPr>
              <w:jc w:val="center"/>
            </w:pPr>
            <w:r>
              <w:rPr>
                <w:b/>
                <w:color w:val="000000"/>
                <w:sz w:val="24"/>
              </w:rPr>
              <w:lastRenderedPageBreak/>
              <w:t>UČNA PRIPRAVA 17/39</w:t>
            </w:r>
          </w:p>
        </w:tc>
      </w:tr>
      <w:tr w:rsidR="008D43AB" w14:paraId="7B4EB000" w14:textId="77777777">
        <w:trPr>
          <w:jc w:val="center"/>
        </w:trPr>
        <w:tc>
          <w:tcPr>
            <w:tcW w:w="2665" w:type="dxa"/>
            <w:tcMar>
              <w:top w:w="70" w:type="dxa"/>
              <w:left w:w="90" w:type="dxa"/>
              <w:bottom w:w="70" w:type="dxa"/>
              <w:right w:w="90" w:type="dxa"/>
            </w:tcMar>
            <w:vAlign w:val="center"/>
          </w:tcPr>
          <w:p w14:paraId="40F8E5B3"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790E702"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7CFB0F8A"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6901CD7" w14:textId="77777777" w:rsidR="008D43AB" w:rsidRDefault="00000000">
            <w:r>
              <w:rPr>
                <w:b/>
                <w:color w:val="000000"/>
                <w:sz w:val="16"/>
              </w:rPr>
              <w:t xml:space="preserve">NAČRTOVANI TERMIN: </w:t>
            </w:r>
            <w:r>
              <w:rPr>
                <w:color w:val="000000"/>
                <w:sz w:val="16"/>
              </w:rPr>
              <w:t>17. teden • 4.–8. 1. 2027</w:t>
            </w:r>
          </w:p>
        </w:tc>
        <w:tc>
          <w:tcPr>
            <w:tcW w:w="2268" w:type="dxa"/>
            <w:tcMar>
              <w:top w:w="70" w:type="dxa"/>
              <w:left w:w="90" w:type="dxa"/>
              <w:bottom w:w="70" w:type="dxa"/>
              <w:right w:w="90" w:type="dxa"/>
            </w:tcMar>
            <w:vAlign w:val="center"/>
          </w:tcPr>
          <w:p w14:paraId="21AF39C0"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A4745D4" w14:textId="77777777" w:rsidR="008D43AB" w:rsidRDefault="00000000">
            <w:r>
              <w:rPr>
                <w:b/>
                <w:color w:val="000000"/>
                <w:sz w:val="16"/>
              </w:rPr>
              <w:t xml:space="preserve">ŠTEVILO UR: </w:t>
            </w:r>
            <w:r>
              <w:rPr>
                <w:color w:val="000000"/>
                <w:sz w:val="16"/>
              </w:rPr>
              <w:t>2</w:t>
            </w:r>
          </w:p>
        </w:tc>
      </w:tr>
      <w:tr w:rsidR="008D43AB" w14:paraId="1663229B" w14:textId="77777777">
        <w:trPr>
          <w:jc w:val="center"/>
        </w:trPr>
        <w:tc>
          <w:tcPr>
            <w:tcW w:w="14061" w:type="dxa"/>
            <w:gridSpan w:val="6"/>
            <w:tcMar>
              <w:top w:w="70" w:type="dxa"/>
              <w:left w:w="90" w:type="dxa"/>
              <w:bottom w:w="70" w:type="dxa"/>
              <w:right w:w="90" w:type="dxa"/>
            </w:tcMar>
            <w:vAlign w:val="center"/>
          </w:tcPr>
          <w:p w14:paraId="14C2F5FA"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1001CA5" w14:textId="77777777">
        <w:trPr>
          <w:cantSplit/>
          <w:jc w:val="center"/>
        </w:trPr>
        <w:tc>
          <w:tcPr>
            <w:tcW w:w="14060" w:type="dxa"/>
            <w:gridSpan w:val="6"/>
            <w:tcMar>
              <w:top w:w="70" w:type="dxa"/>
              <w:left w:w="90" w:type="dxa"/>
              <w:bottom w:w="70" w:type="dxa"/>
              <w:right w:w="90" w:type="dxa"/>
            </w:tcMar>
            <w:vAlign w:val="center"/>
          </w:tcPr>
          <w:p w14:paraId="74336348" w14:textId="77777777" w:rsidR="008D43AB" w:rsidRDefault="008D43AB"/>
          <w:p w14:paraId="7274AC3A" w14:textId="77777777" w:rsidR="008D43AB" w:rsidRDefault="00000000">
            <w:pPr>
              <w:spacing w:line="245" w:lineRule="auto"/>
            </w:pPr>
            <w:r>
              <w:rPr>
                <w:b/>
                <w:color w:val="000000"/>
                <w:sz w:val="16"/>
              </w:rPr>
              <w:t xml:space="preserve">UČNI SKLOP: </w:t>
            </w:r>
            <w:r>
              <w:rPr>
                <w:color w:val="000000"/>
                <w:sz w:val="16"/>
              </w:rPr>
              <w:t>ZIMA, SNOVI IN POJAVI</w:t>
            </w:r>
          </w:p>
        </w:tc>
      </w:tr>
      <w:tr w:rsidR="008D43AB" w14:paraId="2957B662" w14:textId="77777777">
        <w:trPr>
          <w:cantSplit/>
          <w:jc w:val="center"/>
        </w:trPr>
        <w:tc>
          <w:tcPr>
            <w:tcW w:w="14060" w:type="dxa"/>
            <w:gridSpan w:val="6"/>
            <w:tcMar>
              <w:top w:w="70" w:type="dxa"/>
              <w:left w:w="90" w:type="dxa"/>
              <w:bottom w:w="70" w:type="dxa"/>
              <w:right w:w="90" w:type="dxa"/>
            </w:tcMar>
            <w:vAlign w:val="center"/>
          </w:tcPr>
          <w:p w14:paraId="7C5784E2" w14:textId="77777777" w:rsidR="008D43AB" w:rsidRDefault="008D43AB"/>
          <w:p w14:paraId="4491D2FB" w14:textId="77777777" w:rsidR="008D43AB" w:rsidRDefault="00000000">
            <w:pPr>
              <w:spacing w:line="245" w:lineRule="auto"/>
            </w:pPr>
            <w:r>
              <w:rPr>
                <w:b/>
                <w:color w:val="000000"/>
                <w:sz w:val="16"/>
              </w:rPr>
              <w:t xml:space="preserve">UČNA TEMA: </w:t>
            </w:r>
            <w:r>
              <w:rPr>
                <w:color w:val="000000"/>
                <w:sz w:val="16"/>
              </w:rPr>
              <w:t>ZIMSKA GLASBA</w:t>
            </w:r>
          </w:p>
        </w:tc>
      </w:tr>
      <w:tr w:rsidR="008D43AB" w14:paraId="3F4E33ED" w14:textId="77777777">
        <w:trPr>
          <w:cantSplit/>
          <w:jc w:val="center"/>
        </w:trPr>
        <w:tc>
          <w:tcPr>
            <w:tcW w:w="14060" w:type="dxa"/>
            <w:gridSpan w:val="6"/>
            <w:tcMar>
              <w:top w:w="70" w:type="dxa"/>
              <w:left w:w="90" w:type="dxa"/>
              <w:bottom w:w="70" w:type="dxa"/>
              <w:right w:w="90" w:type="dxa"/>
            </w:tcMar>
            <w:vAlign w:val="center"/>
          </w:tcPr>
          <w:p w14:paraId="24FCA738" w14:textId="77777777" w:rsidR="008D43AB" w:rsidRDefault="008D43AB"/>
          <w:p w14:paraId="0BA7CC1D" w14:textId="77777777" w:rsidR="008D43AB" w:rsidRDefault="00000000">
            <w:pPr>
              <w:spacing w:line="245" w:lineRule="auto"/>
            </w:pPr>
            <w:r>
              <w:rPr>
                <w:b/>
                <w:color w:val="000000"/>
                <w:sz w:val="16"/>
              </w:rPr>
              <w:t xml:space="preserve">KNJIŽEVNO / MOTIVNO IZHODIŠČE: </w:t>
            </w:r>
            <w:r>
              <w:rPr>
                <w:color w:val="000000"/>
                <w:sz w:val="16"/>
              </w:rPr>
              <w:t>»Janko in Metka« – brata Grimm • zima, gozd, varnost in pravljični prostor</w:t>
            </w:r>
          </w:p>
        </w:tc>
      </w:tr>
      <w:tr w:rsidR="008D43AB" w14:paraId="4CD52BE6" w14:textId="77777777">
        <w:trPr>
          <w:cantSplit/>
          <w:jc w:val="center"/>
        </w:trPr>
        <w:tc>
          <w:tcPr>
            <w:tcW w:w="14060" w:type="dxa"/>
            <w:gridSpan w:val="6"/>
            <w:tcMar>
              <w:top w:w="70" w:type="dxa"/>
              <w:left w:w="90" w:type="dxa"/>
              <w:bottom w:w="70" w:type="dxa"/>
              <w:right w:w="90" w:type="dxa"/>
            </w:tcMar>
            <w:vAlign w:val="center"/>
          </w:tcPr>
          <w:p w14:paraId="362AD833" w14:textId="77777777" w:rsidR="008D43AB" w:rsidRDefault="008D43AB"/>
          <w:p w14:paraId="24B4F2D9" w14:textId="77777777" w:rsidR="008D43AB" w:rsidRDefault="00000000">
            <w:pPr>
              <w:spacing w:line="245" w:lineRule="auto"/>
            </w:pPr>
            <w:r>
              <w:rPr>
                <w:b/>
                <w:color w:val="000000"/>
                <w:sz w:val="16"/>
              </w:rPr>
              <w:t xml:space="preserve">GLASBENO IZHODIŠČE / REPERTOAR: </w:t>
            </w:r>
            <w:r>
              <w:rPr>
                <w:color w:val="000000"/>
                <w:sz w:val="16"/>
              </w:rPr>
              <w:t>A. Vivaldi: Zima – izbrani odlomek; gibalni odziv</w:t>
            </w:r>
          </w:p>
        </w:tc>
      </w:tr>
      <w:tr w:rsidR="008D43AB" w14:paraId="7A69B918" w14:textId="77777777">
        <w:trPr>
          <w:cantSplit/>
          <w:jc w:val="center"/>
        </w:trPr>
        <w:tc>
          <w:tcPr>
            <w:tcW w:w="14060" w:type="dxa"/>
            <w:gridSpan w:val="6"/>
            <w:tcMar>
              <w:top w:w="70" w:type="dxa"/>
              <w:left w:w="90" w:type="dxa"/>
              <w:bottom w:w="70" w:type="dxa"/>
              <w:right w:w="90" w:type="dxa"/>
            </w:tcMar>
            <w:vAlign w:val="center"/>
          </w:tcPr>
          <w:p w14:paraId="2901F1D2" w14:textId="77777777" w:rsidR="008D43AB" w:rsidRDefault="008D43AB"/>
          <w:p w14:paraId="4AA6C1E8" w14:textId="77777777" w:rsidR="008D43AB" w:rsidRDefault="00000000">
            <w:pPr>
              <w:spacing w:line="245" w:lineRule="auto"/>
            </w:pPr>
            <w:r>
              <w:rPr>
                <w:b/>
                <w:color w:val="000000"/>
                <w:sz w:val="16"/>
              </w:rPr>
              <w:t xml:space="preserve">UČNE ENOTE: </w:t>
            </w:r>
            <w:r>
              <w:rPr>
                <w:color w:val="000000"/>
                <w:sz w:val="16"/>
              </w:rPr>
              <w:t>1. ura – Zimska Glasba – Poslušam in izvajam • 2. ura – Zimska Glasba – Ustvarim in nastopim</w:t>
            </w:r>
          </w:p>
        </w:tc>
      </w:tr>
      <w:tr w:rsidR="008D43AB" w14:paraId="29F1859A" w14:textId="77777777">
        <w:trPr>
          <w:cantSplit/>
          <w:jc w:val="center"/>
        </w:trPr>
        <w:tc>
          <w:tcPr>
            <w:tcW w:w="14060" w:type="dxa"/>
            <w:gridSpan w:val="6"/>
            <w:tcMar>
              <w:top w:w="70" w:type="dxa"/>
              <w:left w:w="90" w:type="dxa"/>
              <w:bottom w:w="70" w:type="dxa"/>
              <w:right w:w="90" w:type="dxa"/>
            </w:tcMar>
            <w:vAlign w:val="center"/>
          </w:tcPr>
          <w:p w14:paraId="44EEC96D" w14:textId="77777777" w:rsidR="008D43AB" w:rsidRDefault="008D43AB"/>
          <w:p w14:paraId="17B2303E"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7EBB1178" w14:textId="77777777">
        <w:trPr>
          <w:cantSplit/>
          <w:jc w:val="center"/>
        </w:trPr>
        <w:tc>
          <w:tcPr>
            <w:tcW w:w="14060" w:type="dxa"/>
            <w:gridSpan w:val="6"/>
            <w:tcMar>
              <w:top w:w="70" w:type="dxa"/>
              <w:left w:w="90" w:type="dxa"/>
              <w:bottom w:w="70" w:type="dxa"/>
              <w:right w:w="90" w:type="dxa"/>
            </w:tcMar>
            <w:vAlign w:val="center"/>
          </w:tcPr>
          <w:p w14:paraId="319F3EEF" w14:textId="77777777" w:rsidR="008D43AB" w:rsidRDefault="008D43AB"/>
          <w:p w14:paraId="453E366F"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0654F6A5" w14:textId="77777777">
        <w:trPr>
          <w:cantSplit/>
          <w:jc w:val="center"/>
        </w:trPr>
        <w:tc>
          <w:tcPr>
            <w:tcW w:w="14060" w:type="dxa"/>
            <w:gridSpan w:val="6"/>
            <w:tcMar>
              <w:top w:w="70" w:type="dxa"/>
              <w:left w:w="90" w:type="dxa"/>
              <w:bottom w:w="70" w:type="dxa"/>
              <w:right w:w="90" w:type="dxa"/>
            </w:tcMar>
            <w:vAlign w:val="center"/>
          </w:tcPr>
          <w:p w14:paraId="699A1DEE" w14:textId="77777777" w:rsidR="008D43AB" w:rsidRDefault="008D43AB"/>
          <w:p w14:paraId="587B1EAF"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6907532A" w14:textId="77777777">
        <w:trPr>
          <w:cantSplit/>
          <w:jc w:val="center"/>
        </w:trPr>
        <w:tc>
          <w:tcPr>
            <w:tcW w:w="14060" w:type="dxa"/>
            <w:gridSpan w:val="6"/>
            <w:tcMar>
              <w:top w:w="70" w:type="dxa"/>
              <w:left w:w="90" w:type="dxa"/>
              <w:bottom w:w="70" w:type="dxa"/>
              <w:right w:w="90" w:type="dxa"/>
            </w:tcMar>
            <w:vAlign w:val="center"/>
          </w:tcPr>
          <w:p w14:paraId="0486CDF8" w14:textId="77777777" w:rsidR="008D43AB" w:rsidRDefault="008D43AB"/>
          <w:p w14:paraId="42985525" w14:textId="77777777" w:rsidR="008D43AB" w:rsidRDefault="00000000">
            <w:pPr>
              <w:spacing w:line="245" w:lineRule="auto"/>
            </w:pPr>
            <w:r>
              <w:rPr>
                <w:b/>
                <w:color w:val="000000"/>
                <w:sz w:val="16"/>
              </w:rPr>
              <w:t xml:space="preserve">MEDPREDMETNE POVEZAVE: </w:t>
            </w:r>
            <w:r>
              <w:rPr>
                <w:color w:val="000000"/>
                <w:sz w:val="16"/>
              </w:rPr>
              <w:t>SPO – zima, gozd, varnost in pravljični prostor; SLJ – poslušanje, ritmični govor in opis doživetja; ŠPO – pulz, tempo, gibalni odziv in prostorska orientacija; LUM – simbol, barva, linija in zvočni zapis</w:t>
            </w:r>
          </w:p>
        </w:tc>
      </w:tr>
      <w:tr w:rsidR="008D43AB" w14:paraId="16D7BDE3" w14:textId="77777777">
        <w:trPr>
          <w:cantSplit/>
          <w:jc w:val="center"/>
        </w:trPr>
        <w:tc>
          <w:tcPr>
            <w:tcW w:w="14060" w:type="dxa"/>
            <w:gridSpan w:val="6"/>
            <w:tcMar>
              <w:top w:w="70" w:type="dxa"/>
              <w:left w:w="90" w:type="dxa"/>
              <w:bottom w:w="70" w:type="dxa"/>
              <w:right w:w="90" w:type="dxa"/>
            </w:tcMar>
            <w:vAlign w:val="center"/>
          </w:tcPr>
          <w:p w14:paraId="590E7395" w14:textId="77777777" w:rsidR="008D43AB" w:rsidRDefault="008D43AB"/>
          <w:p w14:paraId="1A75089A"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6BFC7FFE" w14:textId="77777777">
        <w:trPr>
          <w:cantSplit/>
          <w:jc w:val="center"/>
        </w:trPr>
        <w:tc>
          <w:tcPr>
            <w:tcW w:w="14060" w:type="dxa"/>
            <w:gridSpan w:val="6"/>
            <w:tcMar>
              <w:top w:w="70" w:type="dxa"/>
              <w:left w:w="90" w:type="dxa"/>
              <w:bottom w:w="70" w:type="dxa"/>
              <w:right w:w="90" w:type="dxa"/>
            </w:tcMar>
            <w:vAlign w:val="center"/>
          </w:tcPr>
          <w:p w14:paraId="6D9C5AF2" w14:textId="77777777" w:rsidR="008D43AB" w:rsidRDefault="008D43AB"/>
          <w:p w14:paraId="2259D992"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29CA27C0" w14:textId="77777777">
        <w:trPr>
          <w:cantSplit/>
          <w:jc w:val="center"/>
        </w:trPr>
        <w:tc>
          <w:tcPr>
            <w:tcW w:w="14060" w:type="dxa"/>
            <w:gridSpan w:val="6"/>
            <w:tcMar>
              <w:top w:w="70" w:type="dxa"/>
              <w:left w:w="90" w:type="dxa"/>
              <w:bottom w:w="70" w:type="dxa"/>
              <w:right w:w="90" w:type="dxa"/>
            </w:tcMar>
            <w:vAlign w:val="center"/>
          </w:tcPr>
          <w:p w14:paraId="50C717D4" w14:textId="77777777" w:rsidR="008D43AB" w:rsidRDefault="008D43AB"/>
          <w:p w14:paraId="00E9F0DE"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1A14AF53" w14:textId="77777777">
        <w:trPr>
          <w:cantSplit/>
          <w:jc w:val="center"/>
        </w:trPr>
        <w:tc>
          <w:tcPr>
            <w:tcW w:w="14060" w:type="dxa"/>
            <w:gridSpan w:val="6"/>
            <w:tcMar>
              <w:top w:w="70" w:type="dxa"/>
              <w:left w:w="90" w:type="dxa"/>
              <w:bottom w:w="70" w:type="dxa"/>
              <w:right w:w="90" w:type="dxa"/>
            </w:tcMar>
            <w:vAlign w:val="center"/>
          </w:tcPr>
          <w:p w14:paraId="4B63C5F2" w14:textId="77777777" w:rsidR="008D43AB" w:rsidRDefault="008D43AB"/>
          <w:p w14:paraId="4DADA80C"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2696CA4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899A9D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DA2E48"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2E2DA4" w14:textId="77777777" w:rsidR="008D43AB" w:rsidRDefault="00000000">
            <w:pPr>
              <w:jc w:val="center"/>
            </w:pPr>
            <w:r>
              <w:rPr>
                <w:b/>
                <w:color w:val="000000"/>
                <w:sz w:val="20"/>
              </w:rPr>
              <w:t>UČNE DEJAVNOSTI, METODE IN FORMATIVNO SPREMLJANJE</w:t>
            </w:r>
          </w:p>
        </w:tc>
      </w:tr>
      <w:tr w:rsidR="008D43AB" w14:paraId="66B7FFB7" w14:textId="77777777">
        <w:trPr>
          <w:tblHeader/>
          <w:jc w:val="center"/>
        </w:trPr>
        <w:tc>
          <w:tcPr>
            <w:tcW w:w="4422" w:type="dxa"/>
            <w:vMerge/>
            <w:tcMar>
              <w:top w:w="70" w:type="dxa"/>
              <w:left w:w="90" w:type="dxa"/>
              <w:bottom w:w="70" w:type="dxa"/>
              <w:right w:w="90" w:type="dxa"/>
            </w:tcMar>
            <w:vAlign w:val="center"/>
          </w:tcPr>
          <w:p w14:paraId="4A16B0D2" w14:textId="77777777" w:rsidR="008D43AB" w:rsidRDefault="008D43AB"/>
        </w:tc>
        <w:tc>
          <w:tcPr>
            <w:tcW w:w="7087" w:type="dxa"/>
            <w:shd w:val="clear" w:color="auto" w:fill="FFFFFF"/>
            <w:tcMar>
              <w:top w:w="70" w:type="dxa"/>
              <w:left w:w="90" w:type="dxa"/>
              <w:bottom w:w="70" w:type="dxa"/>
              <w:right w:w="90" w:type="dxa"/>
            </w:tcMar>
            <w:vAlign w:val="center"/>
          </w:tcPr>
          <w:p w14:paraId="638A35D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84052DF" w14:textId="77777777" w:rsidR="008D43AB" w:rsidRDefault="00000000">
            <w:pPr>
              <w:jc w:val="center"/>
            </w:pPr>
            <w:r>
              <w:rPr>
                <w:b/>
                <w:color w:val="000000"/>
              </w:rPr>
              <w:t>UČENEC</w:t>
            </w:r>
          </w:p>
        </w:tc>
      </w:tr>
      <w:tr w:rsidR="008D43AB" w14:paraId="48C7EAE2" w14:textId="77777777">
        <w:trPr>
          <w:jc w:val="center"/>
        </w:trPr>
        <w:tc>
          <w:tcPr>
            <w:tcW w:w="4422" w:type="dxa"/>
            <w:tcMar>
              <w:top w:w="70" w:type="dxa"/>
              <w:left w:w="90" w:type="dxa"/>
              <w:bottom w:w="70" w:type="dxa"/>
              <w:right w:w="90" w:type="dxa"/>
            </w:tcMar>
          </w:tcPr>
          <w:p w14:paraId="3BD9ECFE" w14:textId="77777777" w:rsidR="008D43AB" w:rsidRDefault="008D43AB"/>
          <w:p w14:paraId="32659A20" w14:textId="77777777" w:rsidR="008D43AB" w:rsidRDefault="00000000">
            <w:pPr>
              <w:spacing w:after="60" w:line="245" w:lineRule="auto"/>
            </w:pPr>
            <w:r>
              <w:rPr>
                <w:b/>
                <w:color w:val="000000"/>
              </w:rPr>
              <w:t>UČNI CILJI</w:t>
            </w:r>
          </w:p>
          <w:p w14:paraId="7ED68CE5" w14:textId="77777777" w:rsidR="008D43AB" w:rsidRDefault="00000000">
            <w:pPr>
              <w:spacing w:after="20" w:line="245" w:lineRule="auto"/>
            </w:pPr>
            <w:r>
              <w:rPr>
                <w:b/>
                <w:color w:val="000000"/>
                <w:sz w:val="17"/>
              </w:rPr>
              <w:t>SPLOŠNI</w:t>
            </w:r>
          </w:p>
          <w:p w14:paraId="07E83424"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722501CC" w14:textId="77777777" w:rsidR="008D43AB" w:rsidRDefault="00000000">
            <w:pPr>
              <w:pStyle w:val="Oznaenseznam"/>
              <w:spacing w:after="16"/>
            </w:pPr>
            <w:r>
              <w:rPr>
                <w:color w:val="000000"/>
                <w:sz w:val="16"/>
              </w:rPr>
              <w:t>poje, ritmično govori ter uporablja telo, glasbila in predmete kot zvočne vire</w:t>
            </w:r>
          </w:p>
          <w:p w14:paraId="10C2DC35" w14:textId="77777777" w:rsidR="008D43AB" w:rsidRDefault="00000000">
            <w:pPr>
              <w:pStyle w:val="Oznaenseznam"/>
              <w:spacing w:after="16"/>
            </w:pPr>
            <w:r>
              <w:rPr>
                <w:color w:val="000000"/>
                <w:sz w:val="16"/>
              </w:rPr>
              <w:t>razlikuje izbrane lastnosti zvoka in glasbe ter varuje sluh in odgovorno uporablja glasbila</w:t>
            </w:r>
          </w:p>
          <w:p w14:paraId="1E86A2B7"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2E1D0892" w14:textId="77777777" w:rsidR="008D43AB" w:rsidRDefault="00000000">
            <w:pPr>
              <w:spacing w:before="40" w:after="20" w:line="245" w:lineRule="auto"/>
            </w:pPr>
            <w:r>
              <w:rPr>
                <w:b/>
                <w:color w:val="000000"/>
                <w:sz w:val="17"/>
              </w:rPr>
              <w:t>OPERATIVNI</w:t>
            </w:r>
          </w:p>
          <w:p w14:paraId="2ADE8475" w14:textId="77777777" w:rsidR="008D43AB" w:rsidRDefault="00000000">
            <w:pPr>
              <w:pStyle w:val="Oznaenseznam"/>
              <w:spacing w:after="16"/>
            </w:pPr>
            <w:r>
              <w:rPr>
                <w:color w:val="000000"/>
                <w:sz w:val="16"/>
              </w:rPr>
              <w:t>posluša skladbo</w:t>
            </w:r>
          </w:p>
          <w:p w14:paraId="358C57EB" w14:textId="77777777" w:rsidR="008D43AB" w:rsidRDefault="00000000">
            <w:pPr>
              <w:pStyle w:val="Oznaenseznam"/>
              <w:spacing w:after="16"/>
            </w:pPr>
            <w:r>
              <w:rPr>
                <w:color w:val="000000"/>
                <w:sz w:val="16"/>
              </w:rPr>
              <w:t>prepozna spremembo hitrosti ali glasnosti</w:t>
            </w:r>
          </w:p>
          <w:p w14:paraId="64159CEC" w14:textId="77777777" w:rsidR="008D43AB" w:rsidRDefault="00000000">
            <w:pPr>
              <w:pStyle w:val="Oznaenseznam"/>
              <w:spacing w:after="16"/>
            </w:pPr>
            <w:r>
              <w:rPr>
                <w:color w:val="000000"/>
                <w:sz w:val="16"/>
              </w:rPr>
              <w:t>gibalno izrazi doživetje</w:t>
            </w:r>
          </w:p>
          <w:p w14:paraId="2C31FFAC" w14:textId="77777777" w:rsidR="008D43AB" w:rsidRDefault="00000000">
            <w:pPr>
              <w:spacing w:before="40" w:after="20" w:line="245" w:lineRule="auto"/>
            </w:pPr>
            <w:r>
              <w:rPr>
                <w:b/>
                <w:color w:val="000000"/>
                <w:sz w:val="17"/>
              </w:rPr>
              <w:t>PRIČAKOVANI DOSEŽKI / MINIMALNI POUDARKI</w:t>
            </w:r>
          </w:p>
          <w:p w14:paraId="152A3F94" w14:textId="77777777" w:rsidR="008D43AB" w:rsidRDefault="00000000">
            <w:pPr>
              <w:pStyle w:val="Oznaenseznam"/>
              <w:spacing w:after="16"/>
            </w:pPr>
            <w:r>
              <w:rPr>
                <w:color w:val="000000"/>
                <w:sz w:val="15"/>
              </w:rPr>
              <w:t>samostojno oziroma z dogovorjeno oporo posluša skladbo</w:t>
            </w:r>
          </w:p>
          <w:p w14:paraId="10D5DF4B" w14:textId="77777777" w:rsidR="008D43AB" w:rsidRDefault="00000000">
            <w:pPr>
              <w:pStyle w:val="Oznaenseznam"/>
              <w:spacing w:after="16"/>
            </w:pPr>
            <w:r>
              <w:rPr>
                <w:color w:val="000000"/>
                <w:sz w:val="15"/>
              </w:rPr>
              <w:t>samostojno oziroma z dogovorjeno oporo prepozna spremembo hitrosti ali glasnosti</w:t>
            </w:r>
          </w:p>
          <w:p w14:paraId="77E40181" w14:textId="77777777" w:rsidR="008D43AB" w:rsidRDefault="00000000">
            <w:pPr>
              <w:pStyle w:val="Oznaenseznam"/>
              <w:spacing w:after="16"/>
            </w:pPr>
            <w:r>
              <w:rPr>
                <w:color w:val="000000"/>
                <w:sz w:val="15"/>
              </w:rPr>
              <w:t>samostojno oziroma z dogovorjeno oporo gibalno izrazi doživetje</w:t>
            </w:r>
          </w:p>
        </w:tc>
        <w:tc>
          <w:tcPr>
            <w:tcW w:w="7087" w:type="dxa"/>
            <w:tcMar>
              <w:top w:w="70" w:type="dxa"/>
              <w:left w:w="90" w:type="dxa"/>
              <w:bottom w:w="70" w:type="dxa"/>
              <w:right w:w="90" w:type="dxa"/>
            </w:tcMar>
          </w:tcPr>
          <w:p w14:paraId="011ABA1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063EB44" w14:textId="77777777">
              <w:trPr>
                <w:jc w:val="center"/>
              </w:trPr>
              <w:tc>
                <w:tcPr>
                  <w:tcW w:w="7087" w:type="dxa"/>
                  <w:shd w:val="clear" w:color="auto" w:fill="C6E7F3"/>
                  <w:tcMar>
                    <w:top w:w="45" w:type="dxa"/>
                    <w:left w:w="70" w:type="dxa"/>
                    <w:bottom w:w="45" w:type="dxa"/>
                    <w:right w:w="70" w:type="dxa"/>
                  </w:tcMar>
                </w:tcPr>
                <w:p w14:paraId="79619A28" w14:textId="77777777" w:rsidR="008D43AB" w:rsidRDefault="00000000">
                  <w:pPr>
                    <w:keepNext/>
                  </w:pPr>
                  <w:r>
                    <w:rPr>
                      <w:b/>
                      <w:color w:val="000000"/>
                    </w:rPr>
                    <w:t>UVODNI DEL – zvočna motivacija, aktivacija predznanja in namen učenja (8–12 min)</w:t>
                  </w:r>
                </w:p>
              </w:tc>
            </w:tr>
          </w:tbl>
          <w:p w14:paraId="044562F4" w14:textId="77777777" w:rsidR="008D43AB" w:rsidRDefault="008D43AB">
            <w:pPr>
              <w:spacing w:line="20" w:lineRule="exact"/>
            </w:pPr>
          </w:p>
          <w:p w14:paraId="74F1D68C" w14:textId="77777777" w:rsidR="008D43AB" w:rsidRDefault="00000000">
            <w:pPr>
              <w:spacing w:before="40" w:after="60" w:line="245" w:lineRule="auto"/>
            </w:pPr>
            <w:r>
              <w:rPr>
                <w:color w:val="000000"/>
                <w:sz w:val="16"/>
              </w:rPr>
              <w:t>Učenci ob motivu »Janko in Metka« – brata Grimm vstopijo v temo zima, gozd, varnost in pravljični prostor. Najprej v tišini poslušajo kratek zvočni odlomek ali učiteljičino izvedbo (A. Vivaldi: Zima – izbrani odlomek; gibalni odziv),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0552518D" w14:textId="77777777">
              <w:trPr>
                <w:jc w:val="center"/>
              </w:trPr>
              <w:tc>
                <w:tcPr>
                  <w:tcW w:w="7087" w:type="dxa"/>
                  <w:shd w:val="clear" w:color="auto" w:fill="EDC9EA"/>
                  <w:tcMar>
                    <w:top w:w="45" w:type="dxa"/>
                    <w:left w:w="70" w:type="dxa"/>
                    <w:bottom w:w="45" w:type="dxa"/>
                    <w:right w:w="70" w:type="dxa"/>
                  </w:tcMar>
                </w:tcPr>
                <w:p w14:paraId="7CC0A3A1" w14:textId="77777777" w:rsidR="008D43AB" w:rsidRDefault="00000000">
                  <w:pPr>
                    <w:keepNext/>
                  </w:pPr>
                  <w:r>
                    <w:rPr>
                      <w:b/>
                      <w:color w:val="000000"/>
                    </w:rPr>
                    <w:t>NAMENI UČENJA</w:t>
                  </w:r>
                </w:p>
              </w:tc>
            </w:tr>
          </w:tbl>
          <w:p w14:paraId="420F3DA7" w14:textId="77777777" w:rsidR="008D43AB" w:rsidRDefault="008D43AB">
            <w:pPr>
              <w:spacing w:line="20" w:lineRule="exact"/>
            </w:pPr>
          </w:p>
          <w:p w14:paraId="5DBD08AE"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3802F352" w14:textId="77777777" w:rsidR="008D43AB" w:rsidRDefault="00000000">
            <w:pPr>
              <w:pStyle w:val="Oznaenseznam"/>
              <w:spacing w:after="16"/>
            </w:pPr>
            <w:r>
              <w:rPr>
                <w:color w:val="000000"/>
                <w:sz w:val="16"/>
              </w:rPr>
              <w:t>poslušam skladbo</w:t>
            </w:r>
          </w:p>
          <w:p w14:paraId="643D7125" w14:textId="77777777" w:rsidR="008D43AB" w:rsidRDefault="00000000">
            <w:pPr>
              <w:pStyle w:val="Oznaenseznam"/>
              <w:spacing w:after="16"/>
            </w:pPr>
            <w:r>
              <w:rPr>
                <w:color w:val="000000"/>
                <w:sz w:val="16"/>
              </w:rPr>
              <w:t>prepoznam spremembo hitrosti ali glasnosti</w:t>
            </w:r>
          </w:p>
          <w:p w14:paraId="242A88E9" w14:textId="77777777" w:rsidR="008D43AB" w:rsidRDefault="00000000">
            <w:pPr>
              <w:pStyle w:val="Oznaenseznam"/>
              <w:spacing w:after="16"/>
            </w:pPr>
            <w:r>
              <w:rPr>
                <w:color w:val="000000"/>
                <w:sz w:val="16"/>
              </w:rPr>
              <w:t>gibalno izrazim doživetje</w:t>
            </w:r>
          </w:p>
          <w:tbl>
            <w:tblPr>
              <w:tblStyle w:val="Tabelamrea"/>
              <w:tblW w:w="0" w:type="auto"/>
              <w:jc w:val="center"/>
              <w:tblLayout w:type="fixed"/>
              <w:tblLook w:val="04A0" w:firstRow="1" w:lastRow="0" w:firstColumn="1" w:lastColumn="0" w:noHBand="0" w:noVBand="1"/>
            </w:tblPr>
            <w:tblGrid>
              <w:gridCol w:w="7087"/>
            </w:tblGrid>
            <w:tr w:rsidR="008D43AB" w14:paraId="54505A62" w14:textId="77777777">
              <w:trPr>
                <w:jc w:val="center"/>
              </w:trPr>
              <w:tc>
                <w:tcPr>
                  <w:tcW w:w="7087" w:type="dxa"/>
                  <w:shd w:val="clear" w:color="auto" w:fill="EDC9EA"/>
                  <w:tcMar>
                    <w:top w:w="45" w:type="dxa"/>
                    <w:left w:w="70" w:type="dxa"/>
                    <w:bottom w:w="45" w:type="dxa"/>
                    <w:right w:w="70" w:type="dxa"/>
                  </w:tcMar>
                </w:tcPr>
                <w:p w14:paraId="0ED31EC6" w14:textId="77777777" w:rsidR="008D43AB" w:rsidRDefault="00000000">
                  <w:pPr>
                    <w:keepNext/>
                  </w:pPr>
                  <w:r>
                    <w:rPr>
                      <w:b/>
                      <w:color w:val="000000"/>
                    </w:rPr>
                    <w:t>PREVERJANJE PREDZNANJA</w:t>
                  </w:r>
                </w:p>
              </w:tc>
            </w:tr>
          </w:tbl>
          <w:p w14:paraId="29A8543E" w14:textId="77777777" w:rsidR="008D43AB" w:rsidRDefault="008D43AB">
            <w:pPr>
              <w:spacing w:line="20" w:lineRule="exact"/>
            </w:pPr>
          </w:p>
          <w:p w14:paraId="39B4A4EB" w14:textId="77777777" w:rsidR="008D43AB" w:rsidRDefault="00000000">
            <w:pPr>
              <w:pStyle w:val="Oznaenseznam"/>
              <w:spacing w:after="16"/>
            </w:pPr>
            <w:r>
              <w:rPr>
                <w:color w:val="000000"/>
                <w:sz w:val="16"/>
              </w:rPr>
              <w:t>Kaj mi zvok, naslov, slika ali motiv pove o temi zima, gozd, varnost in pravljični prostor?</w:t>
            </w:r>
          </w:p>
          <w:p w14:paraId="62278F67" w14:textId="77777777" w:rsidR="008D43AB" w:rsidRDefault="00000000">
            <w:pPr>
              <w:pStyle w:val="Oznaenseznam"/>
              <w:spacing w:after="16"/>
            </w:pPr>
            <w:r>
              <w:rPr>
                <w:color w:val="000000"/>
                <w:sz w:val="16"/>
              </w:rPr>
              <w:t>Kako lahko s poslušanjem, glasom, telesom, glasbilom ali simbolom pokažem, kaj že znam pri temi »ZIMSKA GLASBA«?</w:t>
            </w:r>
          </w:p>
          <w:p w14:paraId="22B55FED"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2DC87AA7" w14:textId="77777777">
              <w:trPr>
                <w:jc w:val="center"/>
              </w:trPr>
              <w:tc>
                <w:tcPr>
                  <w:tcW w:w="7087" w:type="dxa"/>
                  <w:shd w:val="clear" w:color="auto" w:fill="EDC9EA"/>
                  <w:tcMar>
                    <w:top w:w="45" w:type="dxa"/>
                    <w:left w:w="70" w:type="dxa"/>
                    <w:bottom w:w="45" w:type="dxa"/>
                    <w:right w:w="70" w:type="dxa"/>
                  </w:tcMar>
                </w:tcPr>
                <w:p w14:paraId="232DC417" w14:textId="77777777" w:rsidR="008D43AB" w:rsidRDefault="00000000">
                  <w:pPr>
                    <w:keepNext/>
                  </w:pPr>
                  <w:r>
                    <w:rPr>
                      <w:b/>
                      <w:color w:val="000000"/>
                    </w:rPr>
                    <w:t>KRITERIJI USPEŠNOSTI</w:t>
                  </w:r>
                </w:p>
              </w:tc>
            </w:tr>
          </w:tbl>
          <w:p w14:paraId="7F161967" w14:textId="77777777" w:rsidR="008D43AB" w:rsidRDefault="008D43AB"/>
          <w:p w14:paraId="0DD9823A" w14:textId="77777777" w:rsidR="008D43AB" w:rsidRDefault="00000000">
            <w:pPr>
              <w:spacing w:before="20" w:after="20" w:line="245" w:lineRule="auto"/>
            </w:pPr>
            <w:r>
              <w:rPr>
                <w:b/>
                <w:color w:val="000000"/>
                <w:sz w:val="16"/>
              </w:rPr>
              <w:t>Uspešen/-na bom, ko:</w:t>
            </w:r>
          </w:p>
          <w:p w14:paraId="6C659DA5" w14:textId="77777777" w:rsidR="008D43AB" w:rsidRDefault="00000000">
            <w:pPr>
              <w:pStyle w:val="Oznaenseznam"/>
              <w:spacing w:after="16"/>
            </w:pPr>
            <w:r>
              <w:rPr>
                <w:color w:val="000000"/>
                <w:sz w:val="16"/>
              </w:rPr>
              <w:t>poslušam skladbo</w:t>
            </w:r>
          </w:p>
          <w:p w14:paraId="115DB416" w14:textId="77777777" w:rsidR="008D43AB" w:rsidRDefault="00000000">
            <w:pPr>
              <w:pStyle w:val="Oznaenseznam"/>
              <w:spacing w:after="16"/>
            </w:pPr>
            <w:r>
              <w:rPr>
                <w:color w:val="000000"/>
                <w:sz w:val="16"/>
              </w:rPr>
              <w:t>prepoznam spremembo hitrosti ali glasnosti</w:t>
            </w:r>
          </w:p>
          <w:p w14:paraId="52D26E42" w14:textId="77777777" w:rsidR="008D43AB" w:rsidRDefault="00000000">
            <w:pPr>
              <w:pStyle w:val="Oznaenseznam"/>
              <w:spacing w:after="16"/>
            </w:pPr>
            <w:r>
              <w:rPr>
                <w:color w:val="000000"/>
                <w:sz w:val="16"/>
              </w:rPr>
              <w:t>gibalno izrazim doživetje</w:t>
            </w:r>
          </w:p>
          <w:p w14:paraId="6DDCB1A4" w14:textId="77777777" w:rsidR="008D43AB" w:rsidRDefault="00000000">
            <w:pPr>
              <w:pStyle w:val="Oznaenseznam"/>
              <w:spacing w:after="16"/>
            </w:pPr>
            <w:r>
              <w:rPr>
                <w:color w:val="000000"/>
                <w:sz w:val="16"/>
              </w:rPr>
              <w:t>upoštevam dogovorjeni začetek, konec, znak za tišino in varno glasnost</w:t>
            </w:r>
          </w:p>
          <w:p w14:paraId="4697CE59"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48D40A38" w14:textId="77777777" w:rsidR="008D43AB" w:rsidRDefault="008D43AB"/>
          <w:p w14:paraId="0998D0AD"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468A3784" w14:textId="77777777" w:rsidR="008D43AB" w:rsidRDefault="00000000">
            <w:pPr>
              <w:spacing w:after="80" w:line="245" w:lineRule="auto"/>
            </w:pPr>
            <w:r>
              <w:rPr>
                <w:color w:val="000000"/>
                <w:sz w:val="16"/>
              </w:rPr>
              <w:t>Pove ali pokaže, kaj že zna in katero glasbeno strategijo bi uporabil.</w:t>
            </w:r>
          </w:p>
          <w:p w14:paraId="3F80A569" w14:textId="77777777" w:rsidR="008D43AB" w:rsidRDefault="00000000">
            <w:pPr>
              <w:spacing w:after="100" w:line="245" w:lineRule="auto"/>
            </w:pPr>
            <w:r>
              <w:rPr>
                <w:color w:val="000000"/>
                <w:sz w:val="16"/>
              </w:rPr>
              <w:t>Sodeluje pri razumevanju namenov, meril uspešnosti, varne glasnosti in načina dokazovanja.</w:t>
            </w:r>
          </w:p>
          <w:p w14:paraId="45567A8C" w14:textId="77777777" w:rsidR="008D43AB" w:rsidRDefault="00000000">
            <w:pPr>
              <w:spacing w:after="20" w:line="245" w:lineRule="auto"/>
            </w:pPr>
            <w:r>
              <w:rPr>
                <w:b/>
                <w:color w:val="D95BC6"/>
                <w:sz w:val="17"/>
              </w:rPr>
              <w:t>DOKAZ O UČENJU</w:t>
            </w:r>
          </w:p>
          <w:p w14:paraId="21A818B0"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88ABCD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06A5D3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D7C3F2E"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29099D5" w14:textId="77777777" w:rsidR="008D43AB" w:rsidRDefault="00000000">
            <w:pPr>
              <w:jc w:val="center"/>
            </w:pPr>
            <w:r>
              <w:rPr>
                <w:b/>
                <w:color w:val="000000"/>
                <w:sz w:val="20"/>
              </w:rPr>
              <w:t>UČNE DEJAVNOSTI, METODE IN FORMATIVNO SPREMLJANJE</w:t>
            </w:r>
          </w:p>
        </w:tc>
      </w:tr>
      <w:tr w:rsidR="008D43AB" w14:paraId="4D99050C" w14:textId="77777777">
        <w:trPr>
          <w:tblHeader/>
          <w:jc w:val="center"/>
        </w:trPr>
        <w:tc>
          <w:tcPr>
            <w:tcW w:w="4422" w:type="dxa"/>
            <w:vMerge/>
            <w:tcMar>
              <w:top w:w="70" w:type="dxa"/>
              <w:left w:w="90" w:type="dxa"/>
              <w:bottom w:w="70" w:type="dxa"/>
              <w:right w:w="90" w:type="dxa"/>
            </w:tcMar>
            <w:vAlign w:val="center"/>
          </w:tcPr>
          <w:p w14:paraId="6B86E2D7" w14:textId="77777777" w:rsidR="008D43AB" w:rsidRDefault="008D43AB"/>
        </w:tc>
        <w:tc>
          <w:tcPr>
            <w:tcW w:w="7087" w:type="dxa"/>
            <w:shd w:val="clear" w:color="auto" w:fill="FFFFFF"/>
            <w:tcMar>
              <w:top w:w="70" w:type="dxa"/>
              <w:left w:w="90" w:type="dxa"/>
              <w:bottom w:w="70" w:type="dxa"/>
              <w:right w:w="90" w:type="dxa"/>
            </w:tcMar>
            <w:vAlign w:val="center"/>
          </w:tcPr>
          <w:p w14:paraId="30B9467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ED146E1" w14:textId="77777777" w:rsidR="008D43AB" w:rsidRDefault="00000000">
            <w:pPr>
              <w:jc w:val="center"/>
            </w:pPr>
            <w:r>
              <w:rPr>
                <w:b/>
                <w:color w:val="000000"/>
              </w:rPr>
              <w:t>UČENEC</w:t>
            </w:r>
          </w:p>
        </w:tc>
      </w:tr>
      <w:tr w:rsidR="008D43AB" w14:paraId="333933C7" w14:textId="77777777">
        <w:trPr>
          <w:jc w:val="center"/>
        </w:trPr>
        <w:tc>
          <w:tcPr>
            <w:tcW w:w="4422" w:type="dxa"/>
            <w:tcMar>
              <w:top w:w="70" w:type="dxa"/>
              <w:left w:w="90" w:type="dxa"/>
              <w:bottom w:w="70" w:type="dxa"/>
              <w:right w:w="90" w:type="dxa"/>
            </w:tcMar>
          </w:tcPr>
          <w:p w14:paraId="02637900" w14:textId="77777777" w:rsidR="008D43AB" w:rsidRDefault="008D43AB"/>
          <w:p w14:paraId="3D25AE19" w14:textId="77777777" w:rsidR="008D43AB" w:rsidRDefault="00000000">
            <w:pPr>
              <w:spacing w:after="40" w:line="245" w:lineRule="auto"/>
            </w:pPr>
            <w:r>
              <w:rPr>
                <w:b/>
                <w:color w:val="000000"/>
              </w:rPr>
              <w:t>KLJUČNI GLASBENI POJMI</w:t>
            </w:r>
          </w:p>
          <w:p w14:paraId="6994B84B" w14:textId="77777777" w:rsidR="008D43AB" w:rsidRDefault="00000000">
            <w:pPr>
              <w:spacing w:after="60" w:line="245" w:lineRule="auto"/>
            </w:pPr>
            <w:r>
              <w:rPr>
                <w:color w:val="000000"/>
                <w:sz w:val="15"/>
              </w:rPr>
              <w:t>poslušanje, zvok, tišina, izvedba, glasbeni znak, dokaz, povratna informacija</w:t>
            </w:r>
          </w:p>
          <w:p w14:paraId="096F0378" w14:textId="77777777" w:rsidR="008D43AB" w:rsidRDefault="00000000">
            <w:pPr>
              <w:spacing w:after="20" w:line="245" w:lineRule="auto"/>
            </w:pPr>
            <w:r>
              <w:rPr>
                <w:b/>
                <w:color w:val="000000"/>
                <w:sz w:val="17"/>
              </w:rPr>
              <w:t>DOKAZI O UČENJU</w:t>
            </w:r>
          </w:p>
          <w:p w14:paraId="02E4CD7E" w14:textId="77777777" w:rsidR="008D43AB" w:rsidRDefault="00000000">
            <w:pPr>
              <w:pStyle w:val="Oznaenseznam"/>
              <w:spacing w:after="9"/>
            </w:pPr>
            <w:r>
              <w:rPr>
                <w:color w:val="000000"/>
                <w:sz w:val="15"/>
              </w:rPr>
              <w:t>poslušalski gibalni odziv, ritmični/pevski odmev in učiteljev zapis o skupnem pulzu oziroma začetku/koncu.</w:t>
            </w:r>
          </w:p>
          <w:p w14:paraId="1EAC0569" w14:textId="77777777" w:rsidR="008D43AB" w:rsidRDefault="00000000">
            <w:pPr>
              <w:pStyle w:val="Oznaenseznam"/>
              <w:spacing w:after="9"/>
            </w:pPr>
            <w:r>
              <w:rPr>
                <w:color w:val="000000"/>
                <w:sz w:val="15"/>
              </w:rPr>
              <w:t>slikovni zvočni zapis, skupinska izvedba/posnetek in vrstniška opisna povratna informacija.</w:t>
            </w:r>
          </w:p>
          <w:p w14:paraId="48584E2F" w14:textId="77777777" w:rsidR="008D43AB" w:rsidRDefault="00000000">
            <w:pPr>
              <w:spacing w:before="40" w:after="20" w:line="245" w:lineRule="auto"/>
            </w:pPr>
            <w:r>
              <w:rPr>
                <w:b/>
                <w:color w:val="000000"/>
                <w:sz w:val="17"/>
              </w:rPr>
              <w:t>GLASBENO DOŽIVETJE IN IZKUŠENJSKI POUK</w:t>
            </w:r>
          </w:p>
          <w:p w14:paraId="7EBC4506"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17B10339" w14:textId="77777777" w:rsidR="008D43AB" w:rsidRDefault="00000000">
            <w:pPr>
              <w:spacing w:after="20" w:line="245" w:lineRule="auto"/>
            </w:pPr>
            <w:r>
              <w:rPr>
                <w:b/>
                <w:color w:val="000000"/>
                <w:sz w:val="17"/>
              </w:rPr>
              <w:t>POUČEVANJE V GIBANJU</w:t>
            </w:r>
          </w:p>
          <w:p w14:paraId="7CD567E9"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22005D6B" w14:textId="77777777" w:rsidR="008D43AB" w:rsidRDefault="00000000">
            <w:pPr>
              <w:spacing w:after="20" w:line="245" w:lineRule="auto"/>
            </w:pPr>
            <w:r>
              <w:rPr>
                <w:b/>
                <w:color w:val="000000"/>
                <w:sz w:val="17"/>
              </w:rPr>
              <w:t>DELO PO POSTAJAH</w:t>
            </w:r>
          </w:p>
          <w:p w14:paraId="030C8A72"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1327F036" w14:textId="77777777" w:rsidR="008D43AB" w:rsidRDefault="00000000">
            <w:pPr>
              <w:spacing w:after="10" w:line="245" w:lineRule="auto"/>
            </w:pPr>
            <w:r>
              <w:rPr>
                <w:color w:val="000000"/>
                <w:sz w:val="15"/>
              </w:rPr>
              <w:t>1. Aktivno poslušanje: prepoznam zvočni vir ali spremembo ter odziv pokažem s kartico, gibom ali besedo.</w:t>
            </w:r>
          </w:p>
          <w:p w14:paraId="7E371551" w14:textId="77777777" w:rsidR="008D43AB" w:rsidRDefault="00000000">
            <w:pPr>
              <w:spacing w:after="10" w:line="245" w:lineRule="auto"/>
            </w:pPr>
            <w:r>
              <w:rPr>
                <w:color w:val="000000"/>
                <w:sz w:val="15"/>
              </w:rPr>
              <w:t>2. Gibalna: glasbeno lastnost ponazorim s hojo, nivojem telesa, smerjo, hitrostjo in zamrznitvijo.</w:t>
            </w:r>
          </w:p>
          <w:p w14:paraId="2239C322" w14:textId="77777777" w:rsidR="008D43AB" w:rsidRDefault="00000000">
            <w:pPr>
              <w:spacing w:after="10" w:line="245" w:lineRule="auto"/>
            </w:pPr>
            <w:r>
              <w:rPr>
                <w:color w:val="000000"/>
                <w:sz w:val="15"/>
              </w:rPr>
              <w:t>3. Izvajalska: zvok posnemam z glasom, telesom ali glasbilom ter upoštevam začetek, konec in tišino.</w:t>
            </w:r>
          </w:p>
          <w:p w14:paraId="1CFFA8D3" w14:textId="77777777" w:rsidR="008D43AB" w:rsidRDefault="00000000">
            <w:pPr>
              <w:spacing w:after="10" w:line="245" w:lineRule="auto"/>
            </w:pPr>
            <w:r>
              <w:rPr>
                <w:color w:val="000000"/>
                <w:sz w:val="15"/>
              </w:rPr>
              <w:t>4. Likovno-zapisna: doživetje ali zvočno zaporedje prikažem s simboli, ga predstavim in izboljšam.</w:t>
            </w:r>
          </w:p>
          <w:p w14:paraId="16FC6658" w14:textId="77777777" w:rsidR="008D43AB" w:rsidRDefault="00000000">
            <w:pPr>
              <w:spacing w:after="20" w:line="245" w:lineRule="auto"/>
            </w:pPr>
            <w:r>
              <w:rPr>
                <w:b/>
                <w:color w:val="000000"/>
                <w:sz w:val="17"/>
              </w:rPr>
              <w:t>DIFERENCIACIJA IN VKLJUČEVANJE</w:t>
            </w:r>
          </w:p>
          <w:p w14:paraId="6BEF0094"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4AF619F6" w14:textId="77777777" w:rsidR="008D43AB" w:rsidRDefault="00000000">
            <w:pPr>
              <w:spacing w:after="20" w:line="245" w:lineRule="auto"/>
            </w:pPr>
            <w:r>
              <w:rPr>
                <w:b/>
                <w:color w:val="000000"/>
                <w:sz w:val="17"/>
              </w:rPr>
              <w:t>SPREMLJANJE</w:t>
            </w:r>
          </w:p>
          <w:p w14:paraId="5E4ED74B"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11A64BCA"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10DFEA4" w14:textId="77777777">
              <w:trPr>
                <w:jc w:val="center"/>
              </w:trPr>
              <w:tc>
                <w:tcPr>
                  <w:tcW w:w="7087" w:type="dxa"/>
                  <w:shd w:val="clear" w:color="auto" w:fill="C6E7F3"/>
                  <w:tcMar>
                    <w:top w:w="45" w:type="dxa"/>
                    <w:left w:w="70" w:type="dxa"/>
                    <w:bottom w:w="45" w:type="dxa"/>
                    <w:right w:w="70" w:type="dxa"/>
                  </w:tcMar>
                </w:tcPr>
                <w:p w14:paraId="33B63B4E" w14:textId="77777777" w:rsidR="008D43AB" w:rsidRDefault="00000000">
                  <w:pPr>
                    <w:keepNext/>
                  </w:pPr>
                  <w:r>
                    <w:rPr>
                      <w:b/>
                      <w:color w:val="000000"/>
                      <w:sz w:val="17"/>
                    </w:rPr>
                    <w:t>GLAVNI DEL – POSLUŠANJE, IZVAJANJE, GIBANJE IN USTVARJANJE (2 šolski uri)</w:t>
                  </w:r>
                </w:p>
              </w:tc>
            </w:tr>
          </w:tbl>
          <w:p w14:paraId="40EEDB94" w14:textId="77777777" w:rsidR="008D43AB" w:rsidRDefault="008D43AB">
            <w:pPr>
              <w:spacing w:line="20" w:lineRule="exact"/>
            </w:pPr>
          </w:p>
          <w:p w14:paraId="266A9C4D" w14:textId="77777777" w:rsidR="008D43AB" w:rsidRDefault="00000000">
            <w:pPr>
              <w:keepNext/>
              <w:spacing w:before="24" w:after="8" w:line="245" w:lineRule="auto"/>
            </w:pPr>
            <w:r>
              <w:rPr>
                <w:b/>
                <w:color w:val="000000"/>
                <w:sz w:val="16"/>
              </w:rPr>
              <w:t>1. URA – Zimska Glasba – Poslušam in izvajam</w:t>
            </w:r>
          </w:p>
          <w:p w14:paraId="62FB0026"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»ZIMSKA GLASBA«,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5241AB43"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C54140A"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091904A" w14:textId="77777777" w:rsidR="008D43AB" w:rsidRDefault="00000000">
            <w:pPr>
              <w:keepNext/>
              <w:spacing w:before="24" w:after="8" w:line="245" w:lineRule="auto"/>
            </w:pPr>
            <w:r>
              <w:rPr>
                <w:b/>
                <w:color w:val="000000"/>
                <w:sz w:val="16"/>
              </w:rPr>
              <w:t>2. URA – Zimska Glasba – Ustvarim in nastopim</w:t>
            </w:r>
          </w:p>
          <w:p w14:paraId="6B591363"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zimska glasba«; usmerja izbiro, zapis, vajo in menjavo vlog. Zaključek: 10' – Organizira nastop in odziv poslušalcev po kriterijih; posname kratek dokaz, če so soglasja urejena.</w:t>
            </w:r>
          </w:p>
          <w:p w14:paraId="5349B91F"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E4FBEE4"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1361B78C" w14:textId="77777777">
              <w:trPr>
                <w:jc w:val="center"/>
              </w:trPr>
              <w:tc>
                <w:tcPr>
                  <w:tcW w:w="7087" w:type="dxa"/>
                  <w:shd w:val="clear" w:color="auto" w:fill="EDC9EA"/>
                  <w:tcMar>
                    <w:top w:w="45" w:type="dxa"/>
                    <w:left w:w="70" w:type="dxa"/>
                    <w:bottom w:w="45" w:type="dxa"/>
                    <w:right w:w="70" w:type="dxa"/>
                  </w:tcMar>
                </w:tcPr>
                <w:p w14:paraId="645B087E" w14:textId="77777777" w:rsidR="008D43AB" w:rsidRDefault="00000000">
                  <w:pPr>
                    <w:keepNext/>
                  </w:pPr>
                  <w:r>
                    <w:rPr>
                      <w:b/>
                      <w:color w:val="000000"/>
                      <w:sz w:val="17"/>
                    </w:rPr>
                    <w:t>ORGANIZACIJA POSTAJ IN PREHODOV</w:t>
                  </w:r>
                </w:p>
              </w:tc>
            </w:tr>
          </w:tbl>
          <w:p w14:paraId="26CB2D4F" w14:textId="77777777" w:rsidR="008D43AB" w:rsidRDefault="008D43AB"/>
          <w:p w14:paraId="5B95F30F"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229A6B9B"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191ED507"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4EDF3E77"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656C3BA9"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0439B9D6" w14:textId="77777777" w:rsidR="008D43AB" w:rsidRDefault="008D43AB"/>
          <w:p w14:paraId="359AE863" w14:textId="77777777" w:rsidR="008D43AB" w:rsidRDefault="00000000">
            <w:pPr>
              <w:spacing w:after="6" w:line="245" w:lineRule="auto"/>
            </w:pPr>
            <w:r>
              <w:rPr>
                <w:b/>
                <w:color w:val="000000"/>
                <w:sz w:val="15"/>
              </w:rPr>
              <w:t>1. URA – Zimska Glasba – Poslušam in izvajam</w:t>
            </w:r>
          </w:p>
          <w:p w14:paraId="12D1E6CC"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98FE8DE" w14:textId="77777777" w:rsidR="008D43AB" w:rsidRDefault="00000000">
            <w:pPr>
              <w:spacing w:after="20" w:line="245" w:lineRule="auto"/>
            </w:pPr>
            <w:r>
              <w:rPr>
                <w:color w:val="D95BC6"/>
                <w:sz w:val="14"/>
              </w:rPr>
              <w:t>Dokaz: poslušalski gibalni odziv, ritmični/pevski odmev in učiteljev zapis o skupnem pulzu oziroma.</w:t>
            </w:r>
          </w:p>
          <w:p w14:paraId="40E54E70" w14:textId="77777777" w:rsidR="008D43AB" w:rsidRDefault="00000000">
            <w:pPr>
              <w:spacing w:after="6" w:line="245" w:lineRule="auto"/>
            </w:pPr>
            <w:r>
              <w:rPr>
                <w:b/>
                <w:color w:val="000000"/>
                <w:sz w:val="15"/>
              </w:rPr>
              <w:t>2. URA – Zimska Glasba – Ustvarim in nastopim</w:t>
            </w:r>
          </w:p>
          <w:p w14:paraId="37FEE499"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4894871E" w14:textId="77777777" w:rsidR="008D43AB" w:rsidRDefault="00000000">
            <w:pPr>
              <w:spacing w:after="20" w:line="245" w:lineRule="auto"/>
            </w:pPr>
            <w:r>
              <w:rPr>
                <w:color w:val="D95BC6"/>
                <w:sz w:val="14"/>
              </w:rPr>
              <w:t>Dokaz: slikovni zvočni zapis, skupinska izvedba/posnetek in vrstniška opisna povratna informacija.</w:t>
            </w:r>
          </w:p>
          <w:p w14:paraId="051052F5" w14:textId="77777777" w:rsidR="008D43AB" w:rsidRDefault="00000000">
            <w:pPr>
              <w:spacing w:before="40" w:after="20" w:line="245" w:lineRule="auto"/>
            </w:pPr>
            <w:r>
              <w:rPr>
                <w:b/>
                <w:color w:val="D95BC6"/>
                <w:sz w:val="16"/>
              </w:rPr>
              <w:t>MOJ KROG POSTAJ</w:t>
            </w:r>
          </w:p>
          <w:p w14:paraId="5E4B384D" w14:textId="77777777" w:rsidR="008D43AB" w:rsidRDefault="00000000">
            <w:pPr>
              <w:spacing w:after="11" w:line="245" w:lineRule="auto"/>
            </w:pPr>
            <w:r>
              <w:rPr>
                <w:color w:val="000000"/>
                <w:sz w:val="14"/>
              </w:rPr>
              <w:t>1. Aktivno poslušanje: prepoznam zvočni vir ali spremembo ter odziv pokažem s kartico.</w:t>
            </w:r>
          </w:p>
          <w:p w14:paraId="06BBBDC3" w14:textId="77777777" w:rsidR="008D43AB" w:rsidRDefault="00000000">
            <w:pPr>
              <w:spacing w:after="11" w:line="245" w:lineRule="auto"/>
            </w:pPr>
            <w:r>
              <w:rPr>
                <w:color w:val="000000"/>
                <w:sz w:val="14"/>
              </w:rPr>
              <w:t>2. Gibalna: glasbeno lastnost ponazorim s hojo, nivojem telesa, smerjo.</w:t>
            </w:r>
          </w:p>
          <w:p w14:paraId="6B6BA8DF" w14:textId="77777777" w:rsidR="008D43AB" w:rsidRDefault="00000000">
            <w:pPr>
              <w:spacing w:after="11" w:line="245" w:lineRule="auto"/>
            </w:pPr>
            <w:r>
              <w:rPr>
                <w:color w:val="000000"/>
                <w:sz w:val="14"/>
              </w:rPr>
              <w:t>3. Izvajalska: zvok posnemam z glasom, telesom ali glasbilom ter upoštevam začetek.</w:t>
            </w:r>
          </w:p>
          <w:p w14:paraId="1C3A5459" w14:textId="77777777" w:rsidR="008D43AB" w:rsidRDefault="00000000">
            <w:pPr>
              <w:spacing w:after="11" w:line="245" w:lineRule="auto"/>
            </w:pPr>
            <w:r>
              <w:rPr>
                <w:color w:val="000000"/>
                <w:sz w:val="14"/>
              </w:rPr>
              <w:t>4. Likovno-zapisna: doživetje ali zvočno zaporedje prikažem s simboli.</w:t>
            </w:r>
          </w:p>
          <w:p w14:paraId="04C28C03"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368212FA" w14:textId="77777777" w:rsidR="008D43AB" w:rsidRDefault="00000000">
            <w:pPr>
              <w:spacing w:after="20" w:line="245" w:lineRule="auto"/>
            </w:pPr>
            <w:r>
              <w:rPr>
                <w:b/>
                <w:color w:val="D95BC6"/>
                <w:sz w:val="17"/>
              </w:rPr>
              <w:t>DOKAZ O UČENJU</w:t>
            </w:r>
          </w:p>
          <w:p w14:paraId="371ECA07"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34842CD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CB07A3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DB8FBE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CA40DC1" w14:textId="77777777" w:rsidR="008D43AB" w:rsidRDefault="00000000">
            <w:pPr>
              <w:jc w:val="center"/>
            </w:pPr>
            <w:r>
              <w:rPr>
                <w:b/>
                <w:color w:val="000000"/>
                <w:sz w:val="20"/>
              </w:rPr>
              <w:t>UČNE DEJAVNOSTI, METODE IN FORMATIVNO SPREMLJANJE</w:t>
            </w:r>
          </w:p>
        </w:tc>
      </w:tr>
      <w:tr w:rsidR="008D43AB" w14:paraId="566B1FA7" w14:textId="77777777">
        <w:trPr>
          <w:tblHeader/>
          <w:jc w:val="center"/>
        </w:trPr>
        <w:tc>
          <w:tcPr>
            <w:tcW w:w="4422" w:type="dxa"/>
            <w:vMerge/>
            <w:tcMar>
              <w:top w:w="70" w:type="dxa"/>
              <w:left w:w="90" w:type="dxa"/>
              <w:bottom w:w="70" w:type="dxa"/>
              <w:right w:w="90" w:type="dxa"/>
            </w:tcMar>
            <w:vAlign w:val="center"/>
          </w:tcPr>
          <w:p w14:paraId="294E1076" w14:textId="77777777" w:rsidR="008D43AB" w:rsidRDefault="008D43AB"/>
        </w:tc>
        <w:tc>
          <w:tcPr>
            <w:tcW w:w="7087" w:type="dxa"/>
            <w:shd w:val="clear" w:color="auto" w:fill="FFFFFF"/>
            <w:tcMar>
              <w:top w:w="70" w:type="dxa"/>
              <w:left w:w="90" w:type="dxa"/>
              <w:bottom w:w="70" w:type="dxa"/>
              <w:right w:w="90" w:type="dxa"/>
            </w:tcMar>
            <w:vAlign w:val="center"/>
          </w:tcPr>
          <w:p w14:paraId="32DA4F5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C229997" w14:textId="77777777" w:rsidR="008D43AB" w:rsidRDefault="00000000">
            <w:pPr>
              <w:jc w:val="center"/>
            </w:pPr>
            <w:r>
              <w:rPr>
                <w:b/>
                <w:color w:val="000000"/>
              </w:rPr>
              <w:t>UČENEC</w:t>
            </w:r>
          </w:p>
        </w:tc>
      </w:tr>
      <w:tr w:rsidR="008D43AB" w14:paraId="4825ABF2" w14:textId="77777777">
        <w:trPr>
          <w:jc w:val="center"/>
        </w:trPr>
        <w:tc>
          <w:tcPr>
            <w:tcW w:w="4422" w:type="dxa"/>
            <w:tcMar>
              <w:top w:w="70" w:type="dxa"/>
              <w:left w:w="90" w:type="dxa"/>
              <w:bottom w:w="70" w:type="dxa"/>
              <w:right w:w="90" w:type="dxa"/>
            </w:tcMar>
          </w:tcPr>
          <w:p w14:paraId="66AA35CA" w14:textId="77777777" w:rsidR="008D43AB" w:rsidRDefault="008D43AB"/>
          <w:p w14:paraId="2ADE6458" w14:textId="77777777" w:rsidR="008D43AB" w:rsidRDefault="00000000">
            <w:pPr>
              <w:spacing w:after="40" w:line="245" w:lineRule="auto"/>
            </w:pPr>
            <w:r>
              <w:rPr>
                <w:b/>
                <w:color w:val="000000"/>
              </w:rPr>
              <w:t>FORMATIVNO SPREMLJANJE</w:t>
            </w:r>
          </w:p>
          <w:p w14:paraId="30BC5544" w14:textId="77777777" w:rsidR="008D43AB" w:rsidRDefault="00000000">
            <w:pPr>
              <w:pStyle w:val="Oznaenseznam"/>
              <w:spacing w:after="16"/>
            </w:pPr>
            <w:r>
              <w:rPr>
                <w:color w:val="000000"/>
                <w:sz w:val="16"/>
              </w:rPr>
              <w:t>predznanje: zvočna napoved, izbira kartice, gib, ritmični oziroma pevski poskus ali začetni simbol</w:t>
            </w:r>
          </w:p>
          <w:p w14:paraId="441FEE9D" w14:textId="77777777" w:rsidR="008D43AB" w:rsidRDefault="00000000">
            <w:pPr>
              <w:pStyle w:val="Oznaenseznam"/>
              <w:spacing w:after="16"/>
            </w:pPr>
            <w:r>
              <w:rPr>
                <w:color w:val="000000"/>
                <w:sz w:val="16"/>
              </w:rPr>
              <w:t>nameni in merila: kratka poved, slikovni znak, model izvedbe ter vidna pravila varne glasnosti</w:t>
            </w:r>
          </w:p>
          <w:p w14:paraId="1811DFDE"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00C61188" w14:textId="77777777" w:rsidR="008D43AB" w:rsidRDefault="00000000">
            <w:pPr>
              <w:pStyle w:val="Oznaenseznam"/>
              <w:spacing w:after="16"/>
            </w:pPr>
            <w:r>
              <w:rPr>
                <w:color w:val="000000"/>
                <w:sz w:val="16"/>
              </w:rPr>
              <w:t>povratna informacija: opis slišane strategije, povezava z enim merilom in izvedljiv naslednji korak</w:t>
            </w:r>
          </w:p>
          <w:p w14:paraId="499B45A1" w14:textId="77777777" w:rsidR="008D43AB" w:rsidRDefault="00000000">
            <w:pPr>
              <w:pStyle w:val="Oznaenseznam"/>
              <w:spacing w:after="16"/>
            </w:pPr>
            <w:r>
              <w:rPr>
                <w:color w:val="000000"/>
                <w:sz w:val="16"/>
              </w:rPr>
              <w:t>samovrednotenje: barvni zvočni semafor, lestvica samostojnosti, izbran dokaz in ponovna izvedba</w:t>
            </w:r>
          </w:p>
          <w:p w14:paraId="64CB064E" w14:textId="77777777" w:rsidR="008D43AB" w:rsidRDefault="00000000">
            <w:pPr>
              <w:spacing w:before="40" w:after="20" w:line="245" w:lineRule="auto"/>
            </w:pPr>
            <w:r>
              <w:rPr>
                <w:b/>
                <w:color w:val="000000"/>
                <w:sz w:val="17"/>
              </w:rPr>
              <w:t>VARNOST IN VAROVANJE SLUHA</w:t>
            </w:r>
          </w:p>
          <w:p w14:paraId="5BBDDB51"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1D938B5E" w14:textId="77777777" w:rsidR="008D43AB" w:rsidRDefault="00000000">
            <w:pPr>
              <w:spacing w:after="20" w:line="245" w:lineRule="auto"/>
            </w:pPr>
            <w:r>
              <w:rPr>
                <w:b/>
                <w:color w:val="000000"/>
                <w:sz w:val="17"/>
              </w:rPr>
              <w:t>EVIDENCA PO IZVEDBI</w:t>
            </w:r>
          </w:p>
          <w:p w14:paraId="40565FED"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4CAAEB93" w14:textId="77777777" w:rsidR="008D43AB" w:rsidRDefault="00000000">
            <w:pPr>
              <w:spacing w:before="40" w:after="20" w:line="245" w:lineRule="auto"/>
            </w:pPr>
            <w:r>
              <w:rPr>
                <w:b/>
                <w:color w:val="000000"/>
                <w:sz w:val="17"/>
              </w:rPr>
              <w:t>RAVEN DOSEGANJA</w:t>
            </w:r>
          </w:p>
          <w:p w14:paraId="541C567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5E2F15C9"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B8DF909" w14:textId="77777777">
              <w:trPr>
                <w:jc w:val="center"/>
              </w:trPr>
              <w:tc>
                <w:tcPr>
                  <w:tcW w:w="7087" w:type="dxa"/>
                  <w:shd w:val="clear" w:color="auto" w:fill="EDC9EA"/>
                  <w:tcMar>
                    <w:top w:w="45" w:type="dxa"/>
                    <w:left w:w="70" w:type="dxa"/>
                    <w:bottom w:w="45" w:type="dxa"/>
                    <w:right w:w="70" w:type="dxa"/>
                  </w:tcMar>
                </w:tcPr>
                <w:p w14:paraId="4F639D14" w14:textId="77777777" w:rsidR="008D43AB" w:rsidRDefault="00000000">
                  <w:pPr>
                    <w:keepNext/>
                  </w:pPr>
                  <w:r>
                    <w:rPr>
                      <w:b/>
                      <w:color w:val="000000"/>
                    </w:rPr>
                    <w:t>VPRAŠANJA V PODPORO GLASBENEMU UČENJU</w:t>
                  </w:r>
                </w:p>
              </w:tc>
            </w:tr>
          </w:tbl>
          <w:p w14:paraId="50978FE8" w14:textId="77777777" w:rsidR="008D43AB" w:rsidRDefault="008D43AB">
            <w:pPr>
              <w:spacing w:line="20" w:lineRule="exact"/>
            </w:pPr>
          </w:p>
          <w:p w14:paraId="6178959D" w14:textId="77777777" w:rsidR="008D43AB" w:rsidRDefault="00000000">
            <w:pPr>
              <w:pStyle w:val="Oznaenseznam"/>
              <w:spacing w:after="16"/>
            </w:pPr>
            <w:r>
              <w:rPr>
                <w:color w:val="000000"/>
                <w:sz w:val="16"/>
              </w:rPr>
              <w:t>Kaj si v glasbi slišal/-a, začutil/-a ali pokazal/-a z gibanjem?</w:t>
            </w:r>
          </w:p>
          <w:p w14:paraId="6A109C2C" w14:textId="77777777" w:rsidR="008D43AB" w:rsidRDefault="00000000">
            <w:pPr>
              <w:pStyle w:val="Oznaenseznam"/>
              <w:spacing w:after="16"/>
            </w:pPr>
            <w:r>
              <w:rPr>
                <w:color w:val="000000"/>
                <w:sz w:val="16"/>
              </w:rPr>
              <w:t>Po katerem zvočnem znaku, lastnosti ali vzorcu si prepoznal/-a rešitev?</w:t>
            </w:r>
          </w:p>
          <w:p w14:paraId="1A4432A8" w14:textId="77777777" w:rsidR="008D43AB" w:rsidRDefault="00000000">
            <w:pPr>
              <w:pStyle w:val="Oznaenseznam"/>
              <w:spacing w:after="16"/>
            </w:pPr>
            <w:r>
              <w:rPr>
                <w:color w:val="000000"/>
                <w:sz w:val="16"/>
              </w:rPr>
              <w:t>Kako veš, da je bil pulz, začetek, konec, glasnost ali skupinska izvedba skladna z merilom?</w:t>
            </w:r>
          </w:p>
          <w:p w14:paraId="4558155F" w14:textId="77777777" w:rsidR="008D43AB" w:rsidRDefault="00000000">
            <w:pPr>
              <w:pStyle w:val="Oznaenseznam"/>
              <w:spacing w:after="16"/>
            </w:pPr>
            <w:r>
              <w:rPr>
                <w:color w:val="000000"/>
                <w:sz w:val="16"/>
              </w:rPr>
              <w:t>Zakaj si za motiv, osebo, dogodek ali okolje izbral/-a prav ta glas, predmet ali glasbilo?</w:t>
            </w:r>
          </w:p>
          <w:p w14:paraId="5F38BC25"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87A6D8B" w14:textId="77777777">
              <w:trPr>
                <w:jc w:val="center"/>
              </w:trPr>
              <w:tc>
                <w:tcPr>
                  <w:tcW w:w="7087" w:type="dxa"/>
                  <w:shd w:val="clear" w:color="auto" w:fill="C6E7F3"/>
                  <w:tcMar>
                    <w:top w:w="45" w:type="dxa"/>
                    <w:left w:w="70" w:type="dxa"/>
                    <w:bottom w:w="45" w:type="dxa"/>
                    <w:right w:w="70" w:type="dxa"/>
                  </w:tcMar>
                </w:tcPr>
                <w:p w14:paraId="1E96C118" w14:textId="77777777" w:rsidR="008D43AB" w:rsidRDefault="00000000">
                  <w:pPr>
                    <w:keepNext/>
                  </w:pPr>
                  <w:r>
                    <w:rPr>
                      <w:b/>
                      <w:color w:val="000000"/>
                    </w:rPr>
                    <w:t>ZAKLJUČNI DEL – NASTOP, POSLUŠALSKI ODZIV IN REFLEKSIJA (8–12 min)</w:t>
                  </w:r>
                </w:p>
              </w:tc>
            </w:tr>
          </w:tbl>
          <w:p w14:paraId="2BC92D56" w14:textId="77777777" w:rsidR="008D43AB" w:rsidRDefault="008D43AB">
            <w:pPr>
              <w:spacing w:line="20" w:lineRule="exact"/>
            </w:pPr>
          </w:p>
          <w:p w14:paraId="5FDD0CCA"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4C4819EB" w14:textId="77777777">
              <w:trPr>
                <w:jc w:val="center"/>
              </w:trPr>
              <w:tc>
                <w:tcPr>
                  <w:tcW w:w="7087" w:type="dxa"/>
                  <w:shd w:val="clear" w:color="auto" w:fill="EDC9EA"/>
                  <w:tcMar>
                    <w:top w:w="45" w:type="dxa"/>
                    <w:left w:w="70" w:type="dxa"/>
                    <w:bottom w:w="45" w:type="dxa"/>
                    <w:right w:w="70" w:type="dxa"/>
                  </w:tcMar>
                </w:tcPr>
                <w:p w14:paraId="3E408556" w14:textId="77777777" w:rsidR="008D43AB" w:rsidRDefault="00000000">
                  <w:pPr>
                    <w:keepNext/>
                  </w:pPr>
                  <w:r>
                    <w:rPr>
                      <w:b/>
                      <w:color w:val="000000"/>
                    </w:rPr>
                    <w:t>SAMOVREDNOTENJE</w:t>
                  </w:r>
                </w:p>
              </w:tc>
            </w:tr>
          </w:tbl>
          <w:p w14:paraId="051738DF" w14:textId="77777777" w:rsidR="008D43AB" w:rsidRDefault="008D43AB">
            <w:pPr>
              <w:spacing w:line="20" w:lineRule="exact"/>
            </w:pPr>
          </w:p>
          <w:p w14:paraId="66ED7716"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41372D25" w14:textId="77777777">
              <w:trPr>
                <w:jc w:val="center"/>
              </w:trPr>
              <w:tc>
                <w:tcPr>
                  <w:tcW w:w="7087" w:type="dxa"/>
                  <w:shd w:val="clear" w:color="auto" w:fill="EDC9EA"/>
                  <w:tcMar>
                    <w:top w:w="45" w:type="dxa"/>
                    <w:left w:w="70" w:type="dxa"/>
                    <w:bottom w:w="45" w:type="dxa"/>
                    <w:right w:w="70" w:type="dxa"/>
                  </w:tcMar>
                </w:tcPr>
                <w:p w14:paraId="3EFE6A0C" w14:textId="77777777" w:rsidR="008D43AB" w:rsidRDefault="00000000">
                  <w:pPr>
                    <w:keepNext/>
                  </w:pPr>
                  <w:r>
                    <w:rPr>
                      <w:b/>
                      <w:color w:val="000000"/>
                    </w:rPr>
                    <w:t>VRSTNIŠKO VREDNOTENJE</w:t>
                  </w:r>
                </w:p>
              </w:tc>
            </w:tr>
          </w:tbl>
          <w:p w14:paraId="7CCBB5A9" w14:textId="77777777" w:rsidR="008D43AB" w:rsidRDefault="008D43AB">
            <w:pPr>
              <w:spacing w:line="20" w:lineRule="exact"/>
            </w:pPr>
          </w:p>
          <w:p w14:paraId="2E0510B4"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2CE30B8F" w14:textId="77777777">
              <w:trPr>
                <w:jc w:val="center"/>
              </w:trPr>
              <w:tc>
                <w:tcPr>
                  <w:tcW w:w="7087" w:type="dxa"/>
                  <w:shd w:val="clear" w:color="auto" w:fill="EDC9EA"/>
                  <w:tcMar>
                    <w:top w:w="45" w:type="dxa"/>
                    <w:left w:w="70" w:type="dxa"/>
                    <w:bottom w:w="45" w:type="dxa"/>
                    <w:right w:w="70" w:type="dxa"/>
                  </w:tcMar>
                </w:tcPr>
                <w:p w14:paraId="135E8A0F" w14:textId="77777777" w:rsidR="008D43AB" w:rsidRDefault="00000000">
                  <w:pPr>
                    <w:keepNext/>
                  </w:pPr>
                  <w:r>
                    <w:rPr>
                      <w:b/>
                      <w:color w:val="000000"/>
                    </w:rPr>
                    <w:t>SKUPNI POVZETEK</w:t>
                  </w:r>
                </w:p>
              </w:tc>
            </w:tr>
          </w:tbl>
          <w:p w14:paraId="1D3F49F0" w14:textId="77777777" w:rsidR="008D43AB" w:rsidRDefault="008D43AB"/>
          <w:p w14:paraId="20043FA0" w14:textId="77777777" w:rsidR="008D43AB" w:rsidRDefault="00000000">
            <w:pPr>
              <w:spacing w:before="20" w:after="40" w:line="245" w:lineRule="auto"/>
            </w:pPr>
            <w:r>
              <w:rPr>
                <w:b/>
                <w:color w:val="000000"/>
                <w:sz w:val="16"/>
              </w:rPr>
              <w:t>poslušam skladbo; prepoznam spremembo hitrosti ali glasnosti; gibalno izrazim doživetje. Izbrani dokaz pojasnim in po povratni informaciji izboljšam.</w:t>
            </w:r>
          </w:p>
        </w:tc>
        <w:tc>
          <w:tcPr>
            <w:tcW w:w="2551" w:type="dxa"/>
            <w:tcMar>
              <w:top w:w="70" w:type="dxa"/>
              <w:left w:w="90" w:type="dxa"/>
              <w:bottom w:w="70" w:type="dxa"/>
              <w:right w:w="90" w:type="dxa"/>
            </w:tcMar>
          </w:tcPr>
          <w:p w14:paraId="5E09A2E2" w14:textId="77777777" w:rsidR="008D43AB" w:rsidRDefault="008D43AB"/>
          <w:p w14:paraId="32BA9610" w14:textId="77777777" w:rsidR="008D43AB" w:rsidRDefault="00000000">
            <w:pPr>
              <w:spacing w:after="80" w:line="245" w:lineRule="auto"/>
            </w:pPr>
            <w:r>
              <w:rPr>
                <w:color w:val="000000"/>
                <w:sz w:val="16"/>
              </w:rPr>
              <w:t>Odgovarja na podporna vprašanja in se sklicuje na slišano, izvedeno, ustvarjeno ali zapisano.</w:t>
            </w:r>
          </w:p>
          <w:p w14:paraId="3B1BB51C" w14:textId="77777777" w:rsidR="008D43AB" w:rsidRDefault="00000000">
            <w:pPr>
              <w:spacing w:after="80" w:line="245" w:lineRule="auto"/>
            </w:pPr>
            <w:r>
              <w:rPr>
                <w:color w:val="000000"/>
                <w:sz w:val="16"/>
              </w:rPr>
              <w:t>Predstavi izbrani dokaz ter pove, katero merilo z njim pokaže.</w:t>
            </w:r>
          </w:p>
          <w:p w14:paraId="30FFD016" w14:textId="77777777" w:rsidR="008D43AB" w:rsidRDefault="00000000">
            <w:pPr>
              <w:spacing w:after="80" w:line="245" w:lineRule="auto"/>
            </w:pPr>
            <w:r>
              <w:rPr>
                <w:color w:val="000000"/>
                <w:sz w:val="16"/>
              </w:rPr>
              <w:t>Posluša vrstnika, opiše eno slišano moč in poda prijazen predlog za izboljšavo.</w:t>
            </w:r>
          </w:p>
          <w:p w14:paraId="60DE9875" w14:textId="77777777" w:rsidR="008D43AB" w:rsidRDefault="00000000">
            <w:pPr>
              <w:spacing w:after="80" w:line="245" w:lineRule="auto"/>
            </w:pPr>
            <w:r>
              <w:rPr>
                <w:color w:val="000000"/>
                <w:sz w:val="16"/>
              </w:rPr>
              <w:t>Po povratni informaciji izvedbo, gib, ritem, zvočno izbiro ali slikovni zapis ponovi in izboljša.</w:t>
            </w:r>
          </w:p>
          <w:p w14:paraId="568BB0BF" w14:textId="77777777" w:rsidR="008D43AB" w:rsidRDefault="00000000">
            <w:pPr>
              <w:spacing w:after="100" w:line="245" w:lineRule="auto"/>
            </w:pPr>
            <w:r>
              <w:rPr>
                <w:color w:val="000000"/>
                <w:sz w:val="16"/>
              </w:rPr>
              <w:t>Izbere raven samostojnosti ter določi majhen in izvedljiv naslednji glasbeni korak.</w:t>
            </w:r>
          </w:p>
          <w:p w14:paraId="48086CF9" w14:textId="77777777" w:rsidR="008D43AB" w:rsidRDefault="00000000">
            <w:pPr>
              <w:spacing w:after="20" w:line="245" w:lineRule="auto"/>
            </w:pPr>
            <w:r>
              <w:rPr>
                <w:b/>
                <w:color w:val="D95BC6"/>
                <w:sz w:val="17"/>
              </w:rPr>
              <w:t>DOKAZ O UČENJU</w:t>
            </w:r>
          </w:p>
          <w:p w14:paraId="06496148"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684243D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1DD10906" w14:textId="77777777">
        <w:trPr>
          <w:cantSplit/>
          <w:jc w:val="center"/>
        </w:trPr>
        <w:tc>
          <w:tcPr>
            <w:tcW w:w="14060" w:type="dxa"/>
            <w:gridSpan w:val="6"/>
            <w:tcMar>
              <w:top w:w="70" w:type="dxa"/>
              <w:left w:w="90" w:type="dxa"/>
              <w:bottom w:w="70" w:type="dxa"/>
              <w:right w:w="90" w:type="dxa"/>
            </w:tcMar>
            <w:vAlign w:val="center"/>
          </w:tcPr>
          <w:p w14:paraId="51329D80" w14:textId="77777777" w:rsidR="008D43AB" w:rsidRDefault="00000000">
            <w:pPr>
              <w:jc w:val="center"/>
            </w:pPr>
            <w:r>
              <w:rPr>
                <w:b/>
                <w:color w:val="000000"/>
                <w:sz w:val="24"/>
              </w:rPr>
              <w:lastRenderedPageBreak/>
              <w:t>UČNA PRIPRAVA 18/39</w:t>
            </w:r>
          </w:p>
        </w:tc>
      </w:tr>
      <w:tr w:rsidR="008D43AB" w14:paraId="6FB27704" w14:textId="77777777">
        <w:trPr>
          <w:jc w:val="center"/>
        </w:trPr>
        <w:tc>
          <w:tcPr>
            <w:tcW w:w="2665" w:type="dxa"/>
            <w:tcMar>
              <w:top w:w="70" w:type="dxa"/>
              <w:left w:w="90" w:type="dxa"/>
              <w:bottom w:w="70" w:type="dxa"/>
              <w:right w:w="90" w:type="dxa"/>
            </w:tcMar>
            <w:vAlign w:val="center"/>
          </w:tcPr>
          <w:p w14:paraId="7753F6A1"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B297B51"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16CC3F2"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4A5D595" w14:textId="77777777" w:rsidR="008D43AB" w:rsidRDefault="00000000">
            <w:r>
              <w:rPr>
                <w:b/>
                <w:color w:val="000000"/>
                <w:sz w:val="16"/>
              </w:rPr>
              <w:t xml:space="preserve">NAČRTOVANI TERMIN: </w:t>
            </w:r>
            <w:r>
              <w:rPr>
                <w:color w:val="000000"/>
                <w:sz w:val="16"/>
              </w:rPr>
              <w:t>18. teden • 11.–15. 1. 2027</w:t>
            </w:r>
          </w:p>
        </w:tc>
        <w:tc>
          <w:tcPr>
            <w:tcW w:w="2268" w:type="dxa"/>
            <w:tcMar>
              <w:top w:w="70" w:type="dxa"/>
              <w:left w:w="90" w:type="dxa"/>
              <w:bottom w:w="70" w:type="dxa"/>
              <w:right w:w="90" w:type="dxa"/>
            </w:tcMar>
            <w:vAlign w:val="center"/>
          </w:tcPr>
          <w:p w14:paraId="58FF9795"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06722E4" w14:textId="77777777" w:rsidR="008D43AB" w:rsidRDefault="00000000">
            <w:r>
              <w:rPr>
                <w:b/>
                <w:color w:val="000000"/>
                <w:sz w:val="16"/>
              </w:rPr>
              <w:t xml:space="preserve">ŠTEVILO UR: </w:t>
            </w:r>
            <w:r>
              <w:rPr>
                <w:color w:val="000000"/>
                <w:sz w:val="16"/>
              </w:rPr>
              <w:t>2</w:t>
            </w:r>
          </w:p>
        </w:tc>
      </w:tr>
      <w:tr w:rsidR="008D43AB" w14:paraId="30BE8EAD" w14:textId="77777777">
        <w:trPr>
          <w:jc w:val="center"/>
        </w:trPr>
        <w:tc>
          <w:tcPr>
            <w:tcW w:w="14061" w:type="dxa"/>
            <w:gridSpan w:val="6"/>
            <w:tcMar>
              <w:top w:w="70" w:type="dxa"/>
              <w:left w:w="90" w:type="dxa"/>
              <w:bottom w:w="70" w:type="dxa"/>
              <w:right w:w="90" w:type="dxa"/>
            </w:tcMar>
            <w:vAlign w:val="center"/>
          </w:tcPr>
          <w:p w14:paraId="2C8CCDC3"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735C6E1B" w14:textId="77777777">
        <w:trPr>
          <w:cantSplit/>
          <w:jc w:val="center"/>
        </w:trPr>
        <w:tc>
          <w:tcPr>
            <w:tcW w:w="14060" w:type="dxa"/>
            <w:gridSpan w:val="6"/>
            <w:tcMar>
              <w:top w:w="70" w:type="dxa"/>
              <w:left w:w="90" w:type="dxa"/>
              <w:bottom w:w="70" w:type="dxa"/>
              <w:right w:w="90" w:type="dxa"/>
            </w:tcMar>
            <w:vAlign w:val="center"/>
          </w:tcPr>
          <w:p w14:paraId="19745EB6" w14:textId="77777777" w:rsidR="008D43AB" w:rsidRDefault="008D43AB"/>
          <w:p w14:paraId="20623A1F" w14:textId="77777777" w:rsidR="008D43AB" w:rsidRDefault="00000000">
            <w:pPr>
              <w:spacing w:line="245" w:lineRule="auto"/>
            </w:pPr>
            <w:r>
              <w:rPr>
                <w:b/>
                <w:color w:val="000000"/>
                <w:sz w:val="16"/>
              </w:rPr>
              <w:t xml:space="preserve">UČNI SKLOP: </w:t>
            </w:r>
            <w:r>
              <w:rPr>
                <w:color w:val="000000"/>
                <w:sz w:val="16"/>
              </w:rPr>
              <w:t>ZIMA, SNOVI IN POJAVI</w:t>
            </w:r>
          </w:p>
        </w:tc>
      </w:tr>
      <w:tr w:rsidR="008D43AB" w14:paraId="3492F24A" w14:textId="77777777">
        <w:trPr>
          <w:cantSplit/>
          <w:jc w:val="center"/>
        </w:trPr>
        <w:tc>
          <w:tcPr>
            <w:tcW w:w="14060" w:type="dxa"/>
            <w:gridSpan w:val="6"/>
            <w:tcMar>
              <w:top w:w="70" w:type="dxa"/>
              <w:left w:w="90" w:type="dxa"/>
              <w:bottom w:w="70" w:type="dxa"/>
              <w:right w:w="90" w:type="dxa"/>
            </w:tcMar>
            <w:vAlign w:val="center"/>
          </w:tcPr>
          <w:p w14:paraId="3BF90083" w14:textId="77777777" w:rsidR="008D43AB" w:rsidRDefault="008D43AB"/>
          <w:p w14:paraId="5A95816C" w14:textId="77777777" w:rsidR="008D43AB" w:rsidRDefault="00000000">
            <w:pPr>
              <w:spacing w:line="245" w:lineRule="auto"/>
            </w:pPr>
            <w:r>
              <w:rPr>
                <w:b/>
                <w:color w:val="000000"/>
                <w:sz w:val="16"/>
              </w:rPr>
              <w:t xml:space="preserve">UČNA TEMA: </w:t>
            </w:r>
            <w:r>
              <w:rPr>
                <w:color w:val="000000"/>
                <w:sz w:val="16"/>
              </w:rPr>
              <w:t>VISOKO IN NIZKO</w:t>
            </w:r>
          </w:p>
        </w:tc>
      </w:tr>
      <w:tr w:rsidR="008D43AB" w14:paraId="400AA306" w14:textId="77777777">
        <w:trPr>
          <w:cantSplit/>
          <w:jc w:val="center"/>
        </w:trPr>
        <w:tc>
          <w:tcPr>
            <w:tcW w:w="14060" w:type="dxa"/>
            <w:gridSpan w:val="6"/>
            <w:tcMar>
              <w:top w:w="70" w:type="dxa"/>
              <w:left w:w="90" w:type="dxa"/>
              <w:bottom w:w="70" w:type="dxa"/>
              <w:right w:w="90" w:type="dxa"/>
            </w:tcMar>
            <w:vAlign w:val="center"/>
          </w:tcPr>
          <w:p w14:paraId="0465C37F" w14:textId="77777777" w:rsidR="008D43AB" w:rsidRDefault="008D43AB"/>
          <w:p w14:paraId="4F09A4F8" w14:textId="77777777" w:rsidR="008D43AB" w:rsidRDefault="00000000">
            <w:pPr>
              <w:spacing w:line="245" w:lineRule="auto"/>
            </w:pPr>
            <w:r>
              <w:rPr>
                <w:b/>
                <w:color w:val="000000"/>
                <w:sz w:val="16"/>
              </w:rPr>
              <w:t xml:space="preserve">KNJIŽEVNO / MOTIVNO IZHODIŠČE: </w:t>
            </w:r>
            <w:r>
              <w:rPr>
                <w:color w:val="000000"/>
                <w:sz w:val="16"/>
              </w:rPr>
              <w:t>»Mehurčki« – Oton Župančič • voda, igra besed, zvočnost in spreminjanje snovi</w:t>
            </w:r>
          </w:p>
        </w:tc>
      </w:tr>
      <w:tr w:rsidR="008D43AB" w14:paraId="3330495B" w14:textId="77777777">
        <w:trPr>
          <w:cantSplit/>
          <w:jc w:val="center"/>
        </w:trPr>
        <w:tc>
          <w:tcPr>
            <w:tcW w:w="14060" w:type="dxa"/>
            <w:gridSpan w:val="6"/>
            <w:tcMar>
              <w:top w:w="70" w:type="dxa"/>
              <w:left w:w="90" w:type="dxa"/>
              <w:bottom w:w="70" w:type="dxa"/>
              <w:right w:w="90" w:type="dxa"/>
            </w:tcMar>
            <w:vAlign w:val="center"/>
          </w:tcPr>
          <w:p w14:paraId="731CEA5A" w14:textId="77777777" w:rsidR="008D43AB" w:rsidRDefault="008D43AB"/>
          <w:p w14:paraId="37578258" w14:textId="77777777" w:rsidR="008D43AB" w:rsidRDefault="00000000">
            <w:pPr>
              <w:spacing w:line="245" w:lineRule="auto"/>
            </w:pPr>
            <w:r>
              <w:rPr>
                <w:b/>
                <w:color w:val="000000"/>
                <w:sz w:val="16"/>
              </w:rPr>
              <w:t xml:space="preserve">GLASBENO IZHODIŠČE / REPERTOAR: </w:t>
            </w:r>
            <w:r>
              <w:rPr>
                <w:color w:val="000000"/>
                <w:sz w:val="16"/>
              </w:rPr>
              <w:t>»Ples snežink«; vokalne in instrumentalne igre visoko–nizko</w:t>
            </w:r>
          </w:p>
        </w:tc>
      </w:tr>
      <w:tr w:rsidR="008D43AB" w14:paraId="16C475A7" w14:textId="77777777">
        <w:trPr>
          <w:cantSplit/>
          <w:jc w:val="center"/>
        </w:trPr>
        <w:tc>
          <w:tcPr>
            <w:tcW w:w="14060" w:type="dxa"/>
            <w:gridSpan w:val="6"/>
            <w:tcMar>
              <w:top w:w="70" w:type="dxa"/>
              <w:left w:w="90" w:type="dxa"/>
              <w:bottom w:w="70" w:type="dxa"/>
              <w:right w:w="90" w:type="dxa"/>
            </w:tcMar>
            <w:vAlign w:val="center"/>
          </w:tcPr>
          <w:p w14:paraId="5E7AE44D" w14:textId="77777777" w:rsidR="008D43AB" w:rsidRDefault="008D43AB"/>
          <w:p w14:paraId="2B953950" w14:textId="77777777" w:rsidR="008D43AB" w:rsidRDefault="00000000">
            <w:pPr>
              <w:spacing w:line="245" w:lineRule="auto"/>
            </w:pPr>
            <w:r>
              <w:rPr>
                <w:b/>
                <w:color w:val="000000"/>
                <w:sz w:val="16"/>
              </w:rPr>
              <w:t xml:space="preserve">UČNE ENOTE: </w:t>
            </w:r>
            <w:r>
              <w:rPr>
                <w:color w:val="000000"/>
                <w:sz w:val="16"/>
              </w:rPr>
              <w:t>1. ura – Visoko In Nizko – Poslušam in izvajam • 2. ura – Visoko in nizko – Ustvarim in nastopim</w:t>
            </w:r>
          </w:p>
        </w:tc>
      </w:tr>
      <w:tr w:rsidR="008D43AB" w14:paraId="252C62E4" w14:textId="77777777">
        <w:trPr>
          <w:cantSplit/>
          <w:jc w:val="center"/>
        </w:trPr>
        <w:tc>
          <w:tcPr>
            <w:tcW w:w="14060" w:type="dxa"/>
            <w:gridSpan w:val="6"/>
            <w:tcMar>
              <w:top w:w="70" w:type="dxa"/>
              <w:left w:w="90" w:type="dxa"/>
              <w:bottom w:w="70" w:type="dxa"/>
              <w:right w:w="90" w:type="dxa"/>
            </w:tcMar>
            <w:vAlign w:val="center"/>
          </w:tcPr>
          <w:p w14:paraId="09E23501" w14:textId="77777777" w:rsidR="008D43AB" w:rsidRDefault="008D43AB"/>
          <w:p w14:paraId="461816B8"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0EA073EF" w14:textId="77777777">
        <w:trPr>
          <w:cantSplit/>
          <w:jc w:val="center"/>
        </w:trPr>
        <w:tc>
          <w:tcPr>
            <w:tcW w:w="14060" w:type="dxa"/>
            <w:gridSpan w:val="6"/>
            <w:tcMar>
              <w:top w:w="70" w:type="dxa"/>
              <w:left w:w="90" w:type="dxa"/>
              <w:bottom w:w="70" w:type="dxa"/>
              <w:right w:w="90" w:type="dxa"/>
            </w:tcMar>
            <w:vAlign w:val="center"/>
          </w:tcPr>
          <w:p w14:paraId="32DA9AB2" w14:textId="77777777" w:rsidR="008D43AB" w:rsidRDefault="008D43AB"/>
          <w:p w14:paraId="076D7EA7"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44549346" w14:textId="77777777">
        <w:trPr>
          <w:cantSplit/>
          <w:jc w:val="center"/>
        </w:trPr>
        <w:tc>
          <w:tcPr>
            <w:tcW w:w="14060" w:type="dxa"/>
            <w:gridSpan w:val="6"/>
            <w:tcMar>
              <w:top w:w="70" w:type="dxa"/>
              <w:left w:w="90" w:type="dxa"/>
              <w:bottom w:w="70" w:type="dxa"/>
              <w:right w:w="90" w:type="dxa"/>
            </w:tcMar>
            <w:vAlign w:val="center"/>
          </w:tcPr>
          <w:p w14:paraId="3C8C5232" w14:textId="77777777" w:rsidR="008D43AB" w:rsidRDefault="008D43AB"/>
          <w:p w14:paraId="6E3A0EBE"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0E6AC93" w14:textId="77777777">
        <w:trPr>
          <w:cantSplit/>
          <w:jc w:val="center"/>
        </w:trPr>
        <w:tc>
          <w:tcPr>
            <w:tcW w:w="14060" w:type="dxa"/>
            <w:gridSpan w:val="6"/>
            <w:tcMar>
              <w:top w:w="70" w:type="dxa"/>
              <w:left w:w="90" w:type="dxa"/>
              <w:bottom w:w="70" w:type="dxa"/>
              <w:right w:w="90" w:type="dxa"/>
            </w:tcMar>
            <w:vAlign w:val="center"/>
          </w:tcPr>
          <w:p w14:paraId="7BA2AED5" w14:textId="77777777" w:rsidR="008D43AB" w:rsidRDefault="008D43AB"/>
          <w:p w14:paraId="2B1A0962" w14:textId="77777777" w:rsidR="008D43AB" w:rsidRDefault="00000000">
            <w:pPr>
              <w:spacing w:line="245" w:lineRule="auto"/>
            </w:pPr>
            <w:r>
              <w:rPr>
                <w:b/>
                <w:color w:val="000000"/>
                <w:sz w:val="16"/>
              </w:rPr>
              <w:t xml:space="preserve">MEDPREDMETNE POVEZAVE: </w:t>
            </w:r>
            <w:r>
              <w:rPr>
                <w:color w:val="000000"/>
                <w:sz w:val="16"/>
              </w:rPr>
              <w:t>SPO – voda, igra besed, zvočnost in spreminjanje snovi; SLJ – poslušanje, ritmični govor in opis doživetja; ŠPO – pulz, tempo, gibalni odziv in prostorska orientacija; LUM – simbol, barva, linija in zvočni zapis</w:t>
            </w:r>
          </w:p>
        </w:tc>
      </w:tr>
      <w:tr w:rsidR="008D43AB" w14:paraId="6C5CF028" w14:textId="77777777">
        <w:trPr>
          <w:cantSplit/>
          <w:jc w:val="center"/>
        </w:trPr>
        <w:tc>
          <w:tcPr>
            <w:tcW w:w="14060" w:type="dxa"/>
            <w:gridSpan w:val="6"/>
            <w:tcMar>
              <w:top w:w="70" w:type="dxa"/>
              <w:left w:w="90" w:type="dxa"/>
              <w:bottom w:w="70" w:type="dxa"/>
              <w:right w:w="90" w:type="dxa"/>
            </w:tcMar>
            <w:vAlign w:val="center"/>
          </w:tcPr>
          <w:p w14:paraId="4C77512D" w14:textId="77777777" w:rsidR="008D43AB" w:rsidRDefault="008D43AB"/>
          <w:p w14:paraId="18721A05"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662D9B56" w14:textId="77777777">
        <w:trPr>
          <w:cantSplit/>
          <w:jc w:val="center"/>
        </w:trPr>
        <w:tc>
          <w:tcPr>
            <w:tcW w:w="14060" w:type="dxa"/>
            <w:gridSpan w:val="6"/>
            <w:tcMar>
              <w:top w:w="70" w:type="dxa"/>
              <w:left w:w="90" w:type="dxa"/>
              <w:bottom w:w="70" w:type="dxa"/>
              <w:right w:w="90" w:type="dxa"/>
            </w:tcMar>
            <w:vAlign w:val="center"/>
          </w:tcPr>
          <w:p w14:paraId="44760D2A" w14:textId="77777777" w:rsidR="008D43AB" w:rsidRDefault="008D43AB"/>
          <w:p w14:paraId="7FE3EDFA"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3917DE44" w14:textId="77777777">
        <w:trPr>
          <w:cantSplit/>
          <w:jc w:val="center"/>
        </w:trPr>
        <w:tc>
          <w:tcPr>
            <w:tcW w:w="14060" w:type="dxa"/>
            <w:gridSpan w:val="6"/>
            <w:tcMar>
              <w:top w:w="70" w:type="dxa"/>
              <w:left w:w="90" w:type="dxa"/>
              <w:bottom w:w="70" w:type="dxa"/>
              <w:right w:w="90" w:type="dxa"/>
            </w:tcMar>
            <w:vAlign w:val="center"/>
          </w:tcPr>
          <w:p w14:paraId="7EAD1478" w14:textId="77777777" w:rsidR="008D43AB" w:rsidRDefault="008D43AB"/>
          <w:p w14:paraId="50F744D1"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770B765F" w14:textId="77777777">
        <w:trPr>
          <w:cantSplit/>
          <w:jc w:val="center"/>
        </w:trPr>
        <w:tc>
          <w:tcPr>
            <w:tcW w:w="14060" w:type="dxa"/>
            <w:gridSpan w:val="6"/>
            <w:tcMar>
              <w:top w:w="70" w:type="dxa"/>
              <w:left w:w="90" w:type="dxa"/>
              <w:bottom w:w="70" w:type="dxa"/>
              <w:right w:w="90" w:type="dxa"/>
            </w:tcMar>
            <w:vAlign w:val="center"/>
          </w:tcPr>
          <w:p w14:paraId="63B6B676" w14:textId="77777777" w:rsidR="008D43AB" w:rsidRDefault="008D43AB"/>
          <w:p w14:paraId="7382ABF3"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0DC9065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DFFEC1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04D367"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82EFF2A" w14:textId="77777777" w:rsidR="008D43AB" w:rsidRDefault="00000000">
            <w:pPr>
              <w:jc w:val="center"/>
            </w:pPr>
            <w:r>
              <w:rPr>
                <w:b/>
                <w:color w:val="000000"/>
                <w:sz w:val="20"/>
              </w:rPr>
              <w:t>UČNE DEJAVNOSTI, METODE IN FORMATIVNO SPREMLJANJE</w:t>
            </w:r>
          </w:p>
        </w:tc>
      </w:tr>
      <w:tr w:rsidR="008D43AB" w14:paraId="0028DB6F" w14:textId="77777777">
        <w:trPr>
          <w:tblHeader/>
          <w:jc w:val="center"/>
        </w:trPr>
        <w:tc>
          <w:tcPr>
            <w:tcW w:w="4422" w:type="dxa"/>
            <w:vMerge/>
            <w:tcMar>
              <w:top w:w="70" w:type="dxa"/>
              <w:left w:w="90" w:type="dxa"/>
              <w:bottom w:w="70" w:type="dxa"/>
              <w:right w:w="90" w:type="dxa"/>
            </w:tcMar>
            <w:vAlign w:val="center"/>
          </w:tcPr>
          <w:p w14:paraId="1E0FFAC1" w14:textId="77777777" w:rsidR="008D43AB" w:rsidRDefault="008D43AB"/>
        </w:tc>
        <w:tc>
          <w:tcPr>
            <w:tcW w:w="7087" w:type="dxa"/>
            <w:shd w:val="clear" w:color="auto" w:fill="FFFFFF"/>
            <w:tcMar>
              <w:top w:w="70" w:type="dxa"/>
              <w:left w:w="90" w:type="dxa"/>
              <w:bottom w:w="70" w:type="dxa"/>
              <w:right w:w="90" w:type="dxa"/>
            </w:tcMar>
            <w:vAlign w:val="center"/>
          </w:tcPr>
          <w:p w14:paraId="661388E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677774F" w14:textId="77777777" w:rsidR="008D43AB" w:rsidRDefault="00000000">
            <w:pPr>
              <w:jc w:val="center"/>
            </w:pPr>
            <w:r>
              <w:rPr>
                <w:b/>
                <w:color w:val="000000"/>
              </w:rPr>
              <w:t>UČENEC</w:t>
            </w:r>
          </w:p>
        </w:tc>
      </w:tr>
      <w:tr w:rsidR="008D43AB" w14:paraId="7F9B6166" w14:textId="77777777">
        <w:trPr>
          <w:jc w:val="center"/>
        </w:trPr>
        <w:tc>
          <w:tcPr>
            <w:tcW w:w="4422" w:type="dxa"/>
            <w:tcMar>
              <w:top w:w="70" w:type="dxa"/>
              <w:left w:w="90" w:type="dxa"/>
              <w:bottom w:w="70" w:type="dxa"/>
              <w:right w:w="90" w:type="dxa"/>
            </w:tcMar>
          </w:tcPr>
          <w:p w14:paraId="3A76DA9C" w14:textId="77777777" w:rsidR="008D43AB" w:rsidRDefault="008D43AB"/>
          <w:p w14:paraId="7CAD6FBB" w14:textId="77777777" w:rsidR="008D43AB" w:rsidRDefault="00000000">
            <w:pPr>
              <w:spacing w:after="60" w:line="245" w:lineRule="auto"/>
            </w:pPr>
            <w:r>
              <w:rPr>
                <w:b/>
                <w:color w:val="000000"/>
              </w:rPr>
              <w:t>UČNI CILJI</w:t>
            </w:r>
          </w:p>
          <w:p w14:paraId="24A45817" w14:textId="77777777" w:rsidR="008D43AB" w:rsidRDefault="00000000">
            <w:pPr>
              <w:spacing w:after="20" w:line="245" w:lineRule="auto"/>
            </w:pPr>
            <w:r>
              <w:rPr>
                <w:b/>
                <w:color w:val="000000"/>
                <w:sz w:val="17"/>
              </w:rPr>
              <w:t>SPLOŠNI</w:t>
            </w:r>
          </w:p>
          <w:p w14:paraId="4FD42746"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18F375C2" w14:textId="77777777" w:rsidR="008D43AB" w:rsidRDefault="00000000">
            <w:pPr>
              <w:pStyle w:val="Oznaenseznam"/>
              <w:spacing w:after="16"/>
            </w:pPr>
            <w:r>
              <w:rPr>
                <w:color w:val="000000"/>
                <w:sz w:val="16"/>
              </w:rPr>
              <w:t>poje, ritmično govori ter uporablja telo, glasbila in predmete kot zvočne vire</w:t>
            </w:r>
          </w:p>
          <w:p w14:paraId="4EF95856" w14:textId="77777777" w:rsidR="008D43AB" w:rsidRDefault="00000000">
            <w:pPr>
              <w:pStyle w:val="Oznaenseznam"/>
              <w:spacing w:after="16"/>
            </w:pPr>
            <w:r>
              <w:rPr>
                <w:color w:val="000000"/>
                <w:sz w:val="16"/>
              </w:rPr>
              <w:t>razlikuje izbrane lastnosti zvoka in glasbe ter varuje sluh in odgovorno uporablja glasbila</w:t>
            </w:r>
          </w:p>
          <w:p w14:paraId="4EBEB24F"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04CB5D17" w14:textId="77777777" w:rsidR="008D43AB" w:rsidRDefault="00000000">
            <w:pPr>
              <w:spacing w:before="40" w:after="20" w:line="245" w:lineRule="auto"/>
            </w:pPr>
            <w:r>
              <w:rPr>
                <w:b/>
                <w:color w:val="000000"/>
                <w:sz w:val="17"/>
              </w:rPr>
              <w:t>OPERATIVNI</w:t>
            </w:r>
          </w:p>
          <w:p w14:paraId="08BEED69" w14:textId="77777777" w:rsidR="008D43AB" w:rsidRDefault="00000000">
            <w:pPr>
              <w:pStyle w:val="Oznaenseznam"/>
              <w:spacing w:after="16"/>
            </w:pPr>
            <w:r>
              <w:rPr>
                <w:color w:val="000000"/>
                <w:sz w:val="16"/>
              </w:rPr>
              <w:t>razlikuje višino zvoka</w:t>
            </w:r>
          </w:p>
          <w:p w14:paraId="1FA69583" w14:textId="77777777" w:rsidR="008D43AB" w:rsidRDefault="00000000">
            <w:pPr>
              <w:pStyle w:val="Oznaenseznam"/>
              <w:spacing w:after="16"/>
            </w:pPr>
            <w:r>
              <w:rPr>
                <w:color w:val="000000"/>
                <w:sz w:val="16"/>
              </w:rPr>
              <w:t>posnema z glasom ali glasbilom</w:t>
            </w:r>
          </w:p>
          <w:p w14:paraId="54C27730" w14:textId="77777777" w:rsidR="008D43AB" w:rsidRDefault="00000000">
            <w:pPr>
              <w:pStyle w:val="Oznaenseznam"/>
              <w:spacing w:after="16"/>
            </w:pPr>
            <w:r>
              <w:rPr>
                <w:color w:val="000000"/>
                <w:sz w:val="16"/>
              </w:rPr>
              <w:t>ustvari kratek motiv</w:t>
            </w:r>
          </w:p>
          <w:p w14:paraId="436359E8" w14:textId="77777777" w:rsidR="008D43AB" w:rsidRDefault="00000000">
            <w:pPr>
              <w:spacing w:before="40" w:after="20" w:line="245" w:lineRule="auto"/>
            </w:pPr>
            <w:r>
              <w:rPr>
                <w:b/>
                <w:color w:val="000000"/>
                <w:sz w:val="17"/>
              </w:rPr>
              <w:t>PRIČAKOVANI DOSEŽKI / MINIMALNI POUDARKI</w:t>
            </w:r>
          </w:p>
          <w:p w14:paraId="557D0195" w14:textId="77777777" w:rsidR="008D43AB" w:rsidRDefault="00000000">
            <w:pPr>
              <w:pStyle w:val="Oznaenseznam"/>
              <w:spacing w:after="16"/>
            </w:pPr>
            <w:r>
              <w:rPr>
                <w:color w:val="000000"/>
                <w:sz w:val="15"/>
              </w:rPr>
              <w:t>samostojno oziroma z dogovorjeno oporo razlikuje višino zvoka</w:t>
            </w:r>
          </w:p>
          <w:p w14:paraId="37B284F9" w14:textId="77777777" w:rsidR="008D43AB" w:rsidRDefault="00000000">
            <w:pPr>
              <w:pStyle w:val="Oznaenseznam"/>
              <w:spacing w:after="16"/>
            </w:pPr>
            <w:r>
              <w:rPr>
                <w:color w:val="000000"/>
                <w:sz w:val="15"/>
              </w:rPr>
              <w:t>samostojno oziroma z dogovorjeno oporo posnema z glasom ali glasbilom</w:t>
            </w:r>
          </w:p>
          <w:p w14:paraId="56A4281C" w14:textId="77777777" w:rsidR="008D43AB" w:rsidRDefault="00000000">
            <w:pPr>
              <w:pStyle w:val="Oznaenseznam"/>
              <w:spacing w:after="16"/>
            </w:pPr>
            <w:r>
              <w:rPr>
                <w:color w:val="000000"/>
                <w:sz w:val="15"/>
              </w:rPr>
              <w:t>samostojno oziroma z dogovorjeno oporo ustvari kratek motiv</w:t>
            </w:r>
          </w:p>
        </w:tc>
        <w:tc>
          <w:tcPr>
            <w:tcW w:w="7087" w:type="dxa"/>
            <w:tcMar>
              <w:top w:w="70" w:type="dxa"/>
              <w:left w:w="90" w:type="dxa"/>
              <w:bottom w:w="70" w:type="dxa"/>
              <w:right w:w="90" w:type="dxa"/>
            </w:tcMar>
          </w:tcPr>
          <w:p w14:paraId="72A3AA5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7BE3DA5" w14:textId="77777777">
              <w:trPr>
                <w:jc w:val="center"/>
              </w:trPr>
              <w:tc>
                <w:tcPr>
                  <w:tcW w:w="7087" w:type="dxa"/>
                  <w:shd w:val="clear" w:color="auto" w:fill="C6E7F3"/>
                  <w:tcMar>
                    <w:top w:w="45" w:type="dxa"/>
                    <w:left w:w="70" w:type="dxa"/>
                    <w:bottom w:w="45" w:type="dxa"/>
                    <w:right w:w="70" w:type="dxa"/>
                  </w:tcMar>
                </w:tcPr>
                <w:p w14:paraId="0BCAA23A" w14:textId="77777777" w:rsidR="008D43AB" w:rsidRDefault="00000000">
                  <w:pPr>
                    <w:keepNext/>
                  </w:pPr>
                  <w:r>
                    <w:rPr>
                      <w:b/>
                      <w:color w:val="000000"/>
                    </w:rPr>
                    <w:t>UVODNI DEL – zvočna motivacija, aktivacija predznanja in namen učenja (8–12 min)</w:t>
                  </w:r>
                </w:p>
              </w:tc>
            </w:tr>
          </w:tbl>
          <w:p w14:paraId="584FD415" w14:textId="77777777" w:rsidR="008D43AB" w:rsidRDefault="008D43AB">
            <w:pPr>
              <w:spacing w:line="20" w:lineRule="exact"/>
            </w:pPr>
          </w:p>
          <w:p w14:paraId="09880E43" w14:textId="77777777" w:rsidR="008D43AB" w:rsidRDefault="00000000">
            <w:pPr>
              <w:spacing w:before="40" w:after="60" w:line="245" w:lineRule="auto"/>
            </w:pPr>
            <w:r>
              <w:rPr>
                <w:color w:val="000000"/>
                <w:sz w:val="16"/>
              </w:rPr>
              <w:t>Učenci ob motivu »Mehurčki« – Oton Župančič vstopijo v temo voda, igra besed, zvočnost in spreminjanje snovi. Najprej v tišini poslušajo kratek zvočni odlomek ali učiteljičino izvedbo (»Ples snežink«; vokalne in instrumentalne igre visoko–nizko),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2526E59" w14:textId="77777777">
              <w:trPr>
                <w:jc w:val="center"/>
              </w:trPr>
              <w:tc>
                <w:tcPr>
                  <w:tcW w:w="7087" w:type="dxa"/>
                  <w:shd w:val="clear" w:color="auto" w:fill="EDC9EA"/>
                  <w:tcMar>
                    <w:top w:w="45" w:type="dxa"/>
                    <w:left w:w="70" w:type="dxa"/>
                    <w:bottom w:w="45" w:type="dxa"/>
                    <w:right w:w="70" w:type="dxa"/>
                  </w:tcMar>
                </w:tcPr>
                <w:p w14:paraId="4397D1A5" w14:textId="77777777" w:rsidR="008D43AB" w:rsidRDefault="00000000">
                  <w:pPr>
                    <w:keepNext/>
                  </w:pPr>
                  <w:r>
                    <w:rPr>
                      <w:b/>
                      <w:color w:val="000000"/>
                    </w:rPr>
                    <w:t>NAMENI UČENJA</w:t>
                  </w:r>
                </w:p>
              </w:tc>
            </w:tr>
          </w:tbl>
          <w:p w14:paraId="1F602A25" w14:textId="77777777" w:rsidR="008D43AB" w:rsidRDefault="008D43AB">
            <w:pPr>
              <w:spacing w:line="20" w:lineRule="exact"/>
            </w:pPr>
          </w:p>
          <w:p w14:paraId="473D90CD"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1FE8EDA1" w14:textId="77777777" w:rsidR="008D43AB" w:rsidRDefault="00000000">
            <w:pPr>
              <w:pStyle w:val="Oznaenseznam"/>
              <w:spacing w:after="16"/>
            </w:pPr>
            <w:r>
              <w:rPr>
                <w:color w:val="000000"/>
                <w:sz w:val="16"/>
              </w:rPr>
              <w:t>razlikujem višino zvoka</w:t>
            </w:r>
          </w:p>
          <w:p w14:paraId="45F0F535" w14:textId="77777777" w:rsidR="008D43AB" w:rsidRDefault="00000000">
            <w:pPr>
              <w:pStyle w:val="Oznaenseznam"/>
              <w:spacing w:after="16"/>
            </w:pPr>
            <w:r>
              <w:rPr>
                <w:color w:val="000000"/>
                <w:sz w:val="16"/>
              </w:rPr>
              <w:t>posnemam z glasom ali glasbilom</w:t>
            </w:r>
          </w:p>
          <w:p w14:paraId="47FBC32D" w14:textId="77777777" w:rsidR="008D43AB" w:rsidRDefault="00000000">
            <w:pPr>
              <w:pStyle w:val="Oznaenseznam"/>
              <w:spacing w:after="16"/>
            </w:pPr>
            <w:r>
              <w:rPr>
                <w:color w:val="000000"/>
                <w:sz w:val="16"/>
              </w:rPr>
              <w:t>ustvarim kratek motiv</w:t>
            </w:r>
          </w:p>
          <w:tbl>
            <w:tblPr>
              <w:tblStyle w:val="Tabelamrea"/>
              <w:tblW w:w="0" w:type="auto"/>
              <w:jc w:val="center"/>
              <w:tblLayout w:type="fixed"/>
              <w:tblLook w:val="04A0" w:firstRow="1" w:lastRow="0" w:firstColumn="1" w:lastColumn="0" w:noHBand="0" w:noVBand="1"/>
            </w:tblPr>
            <w:tblGrid>
              <w:gridCol w:w="7087"/>
            </w:tblGrid>
            <w:tr w:rsidR="008D43AB" w14:paraId="3B624ABB" w14:textId="77777777">
              <w:trPr>
                <w:jc w:val="center"/>
              </w:trPr>
              <w:tc>
                <w:tcPr>
                  <w:tcW w:w="7087" w:type="dxa"/>
                  <w:shd w:val="clear" w:color="auto" w:fill="EDC9EA"/>
                  <w:tcMar>
                    <w:top w:w="45" w:type="dxa"/>
                    <w:left w:w="70" w:type="dxa"/>
                    <w:bottom w:w="45" w:type="dxa"/>
                    <w:right w:w="70" w:type="dxa"/>
                  </w:tcMar>
                </w:tcPr>
                <w:p w14:paraId="207B75C8" w14:textId="77777777" w:rsidR="008D43AB" w:rsidRDefault="00000000">
                  <w:pPr>
                    <w:keepNext/>
                  </w:pPr>
                  <w:r>
                    <w:rPr>
                      <w:b/>
                      <w:color w:val="000000"/>
                    </w:rPr>
                    <w:t>PREVERJANJE PREDZNANJA</w:t>
                  </w:r>
                </w:p>
              </w:tc>
            </w:tr>
          </w:tbl>
          <w:p w14:paraId="44D9AFF1" w14:textId="77777777" w:rsidR="008D43AB" w:rsidRDefault="008D43AB">
            <w:pPr>
              <w:spacing w:line="20" w:lineRule="exact"/>
            </w:pPr>
          </w:p>
          <w:p w14:paraId="6E3F7961" w14:textId="77777777" w:rsidR="008D43AB" w:rsidRDefault="00000000">
            <w:pPr>
              <w:pStyle w:val="Oznaenseznam"/>
              <w:spacing w:after="16"/>
            </w:pPr>
            <w:r>
              <w:rPr>
                <w:color w:val="000000"/>
                <w:sz w:val="16"/>
              </w:rPr>
              <w:t>Kaj mi zvok, naslov, slika ali motiv pove o temi voda, igra besed, zvočnost in spreminjanje snovi?</w:t>
            </w:r>
          </w:p>
          <w:p w14:paraId="14206D5C" w14:textId="77777777" w:rsidR="008D43AB" w:rsidRDefault="00000000">
            <w:pPr>
              <w:pStyle w:val="Oznaenseznam"/>
              <w:spacing w:after="16"/>
            </w:pPr>
            <w:r>
              <w:rPr>
                <w:color w:val="000000"/>
                <w:sz w:val="16"/>
              </w:rPr>
              <w:t>Kako lahko s poslušanjem, glasom, telesom, glasbilom ali simbolom pokažem, kaj že znam pri temi »VISOKO IN NIZKO«?</w:t>
            </w:r>
          </w:p>
          <w:p w14:paraId="3B102449"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1F09F778" w14:textId="77777777">
              <w:trPr>
                <w:jc w:val="center"/>
              </w:trPr>
              <w:tc>
                <w:tcPr>
                  <w:tcW w:w="7087" w:type="dxa"/>
                  <w:shd w:val="clear" w:color="auto" w:fill="EDC9EA"/>
                  <w:tcMar>
                    <w:top w:w="45" w:type="dxa"/>
                    <w:left w:w="70" w:type="dxa"/>
                    <w:bottom w:w="45" w:type="dxa"/>
                    <w:right w:w="70" w:type="dxa"/>
                  </w:tcMar>
                </w:tcPr>
                <w:p w14:paraId="754CD165" w14:textId="77777777" w:rsidR="008D43AB" w:rsidRDefault="00000000">
                  <w:pPr>
                    <w:keepNext/>
                  </w:pPr>
                  <w:r>
                    <w:rPr>
                      <w:b/>
                      <w:color w:val="000000"/>
                    </w:rPr>
                    <w:t>KRITERIJI USPEŠNOSTI</w:t>
                  </w:r>
                </w:p>
              </w:tc>
            </w:tr>
          </w:tbl>
          <w:p w14:paraId="5C678019" w14:textId="77777777" w:rsidR="008D43AB" w:rsidRDefault="008D43AB"/>
          <w:p w14:paraId="09AA2031" w14:textId="77777777" w:rsidR="008D43AB" w:rsidRDefault="00000000">
            <w:pPr>
              <w:spacing w:before="20" w:after="20" w:line="245" w:lineRule="auto"/>
            </w:pPr>
            <w:r>
              <w:rPr>
                <w:b/>
                <w:color w:val="000000"/>
                <w:sz w:val="16"/>
              </w:rPr>
              <w:t>Uspešen/-na bom, ko:</w:t>
            </w:r>
          </w:p>
          <w:p w14:paraId="5EA1BADC" w14:textId="77777777" w:rsidR="008D43AB" w:rsidRDefault="00000000">
            <w:pPr>
              <w:pStyle w:val="Oznaenseznam"/>
              <w:spacing w:after="16"/>
            </w:pPr>
            <w:r>
              <w:rPr>
                <w:color w:val="000000"/>
                <w:sz w:val="16"/>
              </w:rPr>
              <w:t>razlikujem višino zvoka</w:t>
            </w:r>
          </w:p>
          <w:p w14:paraId="7D8A7990" w14:textId="77777777" w:rsidR="008D43AB" w:rsidRDefault="00000000">
            <w:pPr>
              <w:pStyle w:val="Oznaenseznam"/>
              <w:spacing w:after="16"/>
            </w:pPr>
            <w:r>
              <w:rPr>
                <w:color w:val="000000"/>
                <w:sz w:val="16"/>
              </w:rPr>
              <w:t>posnemam z glasom ali glasbilom</w:t>
            </w:r>
          </w:p>
          <w:p w14:paraId="44667BE1" w14:textId="77777777" w:rsidR="008D43AB" w:rsidRDefault="00000000">
            <w:pPr>
              <w:pStyle w:val="Oznaenseznam"/>
              <w:spacing w:after="16"/>
            </w:pPr>
            <w:r>
              <w:rPr>
                <w:color w:val="000000"/>
                <w:sz w:val="16"/>
              </w:rPr>
              <w:t>ustvarim kratek motiv</w:t>
            </w:r>
          </w:p>
          <w:p w14:paraId="2AAB363D" w14:textId="77777777" w:rsidR="008D43AB" w:rsidRDefault="00000000">
            <w:pPr>
              <w:pStyle w:val="Oznaenseznam"/>
              <w:spacing w:after="16"/>
            </w:pPr>
            <w:r>
              <w:rPr>
                <w:color w:val="000000"/>
                <w:sz w:val="16"/>
              </w:rPr>
              <w:t>upoštevam dogovorjeni začetek, konec, znak za tišino in varno glasnost</w:t>
            </w:r>
          </w:p>
          <w:p w14:paraId="054C914A"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656E702A" w14:textId="77777777" w:rsidR="008D43AB" w:rsidRDefault="008D43AB"/>
          <w:p w14:paraId="58D1E282"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6EB7A9C" w14:textId="77777777" w:rsidR="008D43AB" w:rsidRDefault="00000000">
            <w:pPr>
              <w:spacing w:after="80" w:line="245" w:lineRule="auto"/>
            </w:pPr>
            <w:r>
              <w:rPr>
                <w:color w:val="000000"/>
                <w:sz w:val="16"/>
              </w:rPr>
              <w:t>Pove ali pokaže, kaj že zna in katero glasbeno strategijo bi uporabil.</w:t>
            </w:r>
          </w:p>
          <w:p w14:paraId="12CB5CEF" w14:textId="77777777" w:rsidR="008D43AB" w:rsidRDefault="00000000">
            <w:pPr>
              <w:spacing w:after="100" w:line="245" w:lineRule="auto"/>
            </w:pPr>
            <w:r>
              <w:rPr>
                <w:color w:val="000000"/>
                <w:sz w:val="16"/>
              </w:rPr>
              <w:t>Sodeluje pri razumevanju namenov, meril uspešnosti, varne glasnosti in načina dokazovanja.</w:t>
            </w:r>
          </w:p>
          <w:p w14:paraId="1EB90163" w14:textId="77777777" w:rsidR="008D43AB" w:rsidRDefault="00000000">
            <w:pPr>
              <w:spacing w:after="20" w:line="245" w:lineRule="auto"/>
            </w:pPr>
            <w:r>
              <w:rPr>
                <w:b/>
                <w:color w:val="D95BC6"/>
                <w:sz w:val="17"/>
              </w:rPr>
              <w:t>DOKAZ O UČENJU</w:t>
            </w:r>
          </w:p>
          <w:p w14:paraId="3A76EE29"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06F4835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19D332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D5F48B1"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748EF4" w14:textId="77777777" w:rsidR="008D43AB" w:rsidRDefault="00000000">
            <w:pPr>
              <w:jc w:val="center"/>
            </w:pPr>
            <w:r>
              <w:rPr>
                <w:b/>
                <w:color w:val="000000"/>
                <w:sz w:val="20"/>
              </w:rPr>
              <w:t>UČNE DEJAVNOSTI, METODE IN FORMATIVNO SPREMLJANJE</w:t>
            </w:r>
          </w:p>
        </w:tc>
      </w:tr>
      <w:tr w:rsidR="008D43AB" w14:paraId="359835C3" w14:textId="77777777">
        <w:trPr>
          <w:tblHeader/>
          <w:jc w:val="center"/>
        </w:trPr>
        <w:tc>
          <w:tcPr>
            <w:tcW w:w="4422" w:type="dxa"/>
            <w:vMerge/>
            <w:tcMar>
              <w:top w:w="70" w:type="dxa"/>
              <w:left w:w="90" w:type="dxa"/>
              <w:bottom w:w="70" w:type="dxa"/>
              <w:right w:w="90" w:type="dxa"/>
            </w:tcMar>
            <w:vAlign w:val="center"/>
          </w:tcPr>
          <w:p w14:paraId="46BF6902" w14:textId="77777777" w:rsidR="008D43AB" w:rsidRDefault="008D43AB"/>
        </w:tc>
        <w:tc>
          <w:tcPr>
            <w:tcW w:w="7087" w:type="dxa"/>
            <w:shd w:val="clear" w:color="auto" w:fill="FFFFFF"/>
            <w:tcMar>
              <w:top w:w="70" w:type="dxa"/>
              <w:left w:w="90" w:type="dxa"/>
              <w:bottom w:w="70" w:type="dxa"/>
              <w:right w:w="90" w:type="dxa"/>
            </w:tcMar>
            <w:vAlign w:val="center"/>
          </w:tcPr>
          <w:p w14:paraId="382C3A6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C988F7" w14:textId="77777777" w:rsidR="008D43AB" w:rsidRDefault="00000000">
            <w:pPr>
              <w:jc w:val="center"/>
            </w:pPr>
            <w:r>
              <w:rPr>
                <w:b/>
                <w:color w:val="000000"/>
              </w:rPr>
              <w:t>UČENEC</w:t>
            </w:r>
          </w:p>
        </w:tc>
      </w:tr>
      <w:tr w:rsidR="008D43AB" w14:paraId="307E39ED" w14:textId="77777777">
        <w:trPr>
          <w:jc w:val="center"/>
        </w:trPr>
        <w:tc>
          <w:tcPr>
            <w:tcW w:w="4422" w:type="dxa"/>
            <w:tcMar>
              <w:top w:w="70" w:type="dxa"/>
              <w:left w:w="90" w:type="dxa"/>
              <w:bottom w:w="70" w:type="dxa"/>
              <w:right w:w="90" w:type="dxa"/>
            </w:tcMar>
          </w:tcPr>
          <w:p w14:paraId="2B533F00" w14:textId="77777777" w:rsidR="008D43AB" w:rsidRDefault="008D43AB"/>
          <w:p w14:paraId="33A4AF94" w14:textId="77777777" w:rsidR="008D43AB" w:rsidRDefault="00000000">
            <w:pPr>
              <w:spacing w:after="40" w:line="245" w:lineRule="auto"/>
            </w:pPr>
            <w:r>
              <w:rPr>
                <w:b/>
                <w:color w:val="000000"/>
              </w:rPr>
              <w:t>KLJUČNI GLASBENI POJMI</w:t>
            </w:r>
          </w:p>
          <w:p w14:paraId="4FF08CAB" w14:textId="77777777" w:rsidR="008D43AB" w:rsidRDefault="00000000">
            <w:pPr>
              <w:spacing w:after="60" w:line="245" w:lineRule="auto"/>
            </w:pPr>
            <w:r>
              <w:rPr>
                <w:color w:val="000000"/>
                <w:sz w:val="15"/>
              </w:rPr>
              <w:t>poslušanje, zvok, tišina, izvedba, glasbeni znak, dokaz, povratna informacija, zvočni vir, glasno–tiho, visoko–nizko, dolgo–kratko, naravno–umetno</w:t>
            </w:r>
          </w:p>
          <w:p w14:paraId="5A515609" w14:textId="77777777" w:rsidR="008D43AB" w:rsidRDefault="00000000">
            <w:pPr>
              <w:spacing w:after="20" w:line="245" w:lineRule="auto"/>
            </w:pPr>
            <w:r>
              <w:rPr>
                <w:b/>
                <w:color w:val="000000"/>
                <w:sz w:val="17"/>
              </w:rPr>
              <w:t>DOKAZI O UČENJU</w:t>
            </w:r>
          </w:p>
          <w:p w14:paraId="7D5E6FE8" w14:textId="77777777" w:rsidR="008D43AB" w:rsidRDefault="00000000">
            <w:pPr>
              <w:pStyle w:val="Oznaenseznam"/>
              <w:spacing w:after="9"/>
            </w:pPr>
            <w:r>
              <w:rPr>
                <w:color w:val="000000"/>
                <w:sz w:val="15"/>
              </w:rPr>
              <w:t>poslušalski gibalni odziv, ritmični/pevski odmev in učiteljev zapis o skupnem pulzu oziroma začetku/koncu.</w:t>
            </w:r>
          </w:p>
          <w:p w14:paraId="2AF812EA" w14:textId="77777777" w:rsidR="008D43AB" w:rsidRDefault="00000000">
            <w:pPr>
              <w:pStyle w:val="Oznaenseznam"/>
              <w:spacing w:after="9"/>
            </w:pPr>
            <w:r>
              <w:rPr>
                <w:color w:val="000000"/>
                <w:sz w:val="15"/>
              </w:rPr>
              <w:t>slikovni zapis, skupinska izvedba visokih in nizkih zvokov ter samovrednotenje</w:t>
            </w:r>
          </w:p>
          <w:p w14:paraId="09FA69C3" w14:textId="77777777" w:rsidR="008D43AB" w:rsidRDefault="00000000">
            <w:pPr>
              <w:spacing w:before="40" w:after="20" w:line="245" w:lineRule="auto"/>
            </w:pPr>
            <w:r>
              <w:rPr>
                <w:b/>
                <w:color w:val="000000"/>
                <w:sz w:val="17"/>
              </w:rPr>
              <w:t>GLASBENO DOŽIVETJE IN IZKUŠENJSKI POUK</w:t>
            </w:r>
          </w:p>
          <w:p w14:paraId="66B80DA4"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3DF0486F" w14:textId="77777777" w:rsidR="008D43AB" w:rsidRDefault="00000000">
            <w:pPr>
              <w:spacing w:after="20" w:line="245" w:lineRule="auto"/>
            </w:pPr>
            <w:r>
              <w:rPr>
                <w:b/>
                <w:color w:val="000000"/>
                <w:sz w:val="17"/>
              </w:rPr>
              <w:t>POUČEVANJE V GIBANJU</w:t>
            </w:r>
          </w:p>
          <w:p w14:paraId="4617ADD4"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5748040" w14:textId="77777777" w:rsidR="008D43AB" w:rsidRDefault="00000000">
            <w:pPr>
              <w:spacing w:after="20" w:line="245" w:lineRule="auto"/>
            </w:pPr>
            <w:r>
              <w:rPr>
                <w:b/>
                <w:color w:val="000000"/>
                <w:sz w:val="17"/>
              </w:rPr>
              <w:t>DELO PO POSTAJAH</w:t>
            </w:r>
          </w:p>
          <w:p w14:paraId="3168CFBF"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1CF6AA94" w14:textId="77777777" w:rsidR="008D43AB" w:rsidRDefault="00000000">
            <w:pPr>
              <w:spacing w:after="10" w:line="245" w:lineRule="auto"/>
            </w:pPr>
            <w:r>
              <w:rPr>
                <w:color w:val="000000"/>
                <w:sz w:val="15"/>
              </w:rPr>
              <w:t>1. Aktivno poslušanje: prepoznam zvočni vir ali spremembo ter odziv pokažem s kartico, gibom ali besedo.</w:t>
            </w:r>
          </w:p>
          <w:p w14:paraId="3DFAC196" w14:textId="77777777" w:rsidR="008D43AB" w:rsidRDefault="00000000">
            <w:pPr>
              <w:spacing w:after="10" w:line="245" w:lineRule="auto"/>
            </w:pPr>
            <w:r>
              <w:rPr>
                <w:color w:val="000000"/>
                <w:sz w:val="15"/>
              </w:rPr>
              <w:t>2. Gibalna: glasbeno lastnost ponazorim s hojo, nivojem telesa, smerjo, hitrostjo in zamrznitvijo.</w:t>
            </w:r>
          </w:p>
          <w:p w14:paraId="57E17ED1" w14:textId="77777777" w:rsidR="008D43AB" w:rsidRDefault="00000000">
            <w:pPr>
              <w:spacing w:after="10" w:line="245" w:lineRule="auto"/>
            </w:pPr>
            <w:r>
              <w:rPr>
                <w:color w:val="000000"/>
                <w:sz w:val="15"/>
              </w:rPr>
              <w:t>3. Izvajalska: zvok posnemam z glasom, telesom ali glasbilom ter upoštevam začetek, konec in tišino.</w:t>
            </w:r>
          </w:p>
          <w:p w14:paraId="00CB0447" w14:textId="77777777" w:rsidR="008D43AB" w:rsidRDefault="00000000">
            <w:pPr>
              <w:spacing w:after="10" w:line="245" w:lineRule="auto"/>
            </w:pPr>
            <w:r>
              <w:rPr>
                <w:color w:val="000000"/>
                <w:sz w:val="15"/>
              </w:rPr>
              <w:t>4. Likovno-zapisna: doživetje ali zvočno zaporedje prikažem s simboli, ga predstavim in izboljšam.</w:t>
            </w:r>
          </w:p>
          <w:p w14:paraId="076FBDEF" w14:textId="77777777" w:rsidR="008D43AB" w:rsidRDefault="00000000">
            <w:pPr>
              <w:spacing w:after="20" w:line="245" w:lineRule="auto"/>
            </w:pPr>
            <w:r>
              <w:rPr>
                <w:b/>
                <w:color w:val="000000"/>
                <w:sz w:val="17"/>
              </w:rPr>
              <w:t>DIFERENCIACIJA IN VKLJUČEVANJE</w:t>
            </w:r>
          </w:p>
          <w:p w14:paraId="64D63EC2"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0A328204" w14:textId="77777777" w:rsidR="008D43AB" w:rsidRDefault="00000000">
            <w:pPr>
              <w:spacing w:after="20" w:line="245" w:lineRule="auto"/>
            </w:pPr>
            <w:r>
              <w:rPr>
                <w:b/>
                <w:color w:val="000000"/>
                <w:sz w:val="17"/>
              </w:rPr>
              <w:t>SPREMLJANJE</w:t>
            </w:r>
          </w:p>
          <w:p w14:paraId="4EB2940A"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33E6338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868A1BB" w14:textId="77777777">
              <w:trPr>
                <w:jc w:val="center"/>
              </w:trPr>
              <w:tc>
                <w:tcPr>
                  <w:tcW w:w="7087" w:type="dxa"/>
                  <w:shd w:val="clear" w:color="auto" w:fill="C6E7F3"/>
                  <w:tcMar>
                    <w:top w:w="45" w:type="dxa"/>
                    <w:left w:w="70" w:type="dxa"/>
                    <w:bottom w:w="45" w:type="dxa"/>
                    <w:right w:w="70" w:type="dxa"/>
                  </w:tcMar>
                </w:tcPr>
                <w:p w14:paraId="2152969C" w14:textId="77777777" w:rsidR="008D43AB" w:rsidRDefault="00000000">
                  <w:pPr>
                    <w:keepNext/>
                  </w:pPr>
                  <w:r>
                    <w:rPr>
                      <w:b/>
                      <w:color w:val="000000"/>
                      <w:sz w:val="17"/>
                    </w:rPr>
                    <w:t>GLAVNI DEL – POSLUŠANJE, IZVAJANJE, GIBANJE IN USTVARJANJE (2 šolski uri)</w:t>
                  </w:r>
                </w:p>
              </w:tc>
            </w:tr>
          </w:tbl>
          <w:p w14:paraId="61117293" w14:textId="77777777" w:rsidR="008D43AB" w:rsidRDefault="008D43AB">
            <w:pPr>
              <w:spacing w:line="20" w:lineRule="exact"/>
            </w:pPr>
          </w:p>
          <w:p w14:paraId="7565641D" w14:textId="77777777" w:rsidR="008D43AB" w:rsidRDefault="00000000">
            <w:pPr>
              <w:keepNext/>
              <w:spacing w:before="24" w:after="8" w:line="245" w:lineRule="auto"/>
            </w:pPr>
            <w:r>
              <w:rPr>
                <w:b/>
                <w:color w:val="000000"/>
                <w:sz w:val="16"/>
              </w:rPr>
              <w:t>1. URA – Visoko In Nizko – Poslušam in izvajam</w:t>
            </w:r>
          </w:p>
          <w:p w14:paraId="4DBEB042"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»VISOKO IN NIZKO«,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277CBA68"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7707E6DE"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530D09B" w14:textId="77777777" w:rsidR="008D43AB" w:rsidRDefault="00000000">
            <w:pPr>
              <w:keepNext/>
              <w:spacing w:before="24" w:after="8" w:line="245" w:lineRule="auto"/>
            </w:pPr>
            <w:r>
              <w:rPr>
                <w:b/>
                <w:color w:val="000000"/>
                <w:sz w:val="16"/>
              </w:rPr>
              <w:t>2. URA – Visoko in nizko – Ustvarim in nastopim</w:t>
            </w:r>
          </w:p>
          <w:p w14:paraId="3CBF8AD3" w14:textId="77777777" w:rsidR="008D43AB" w:rsidRDefault="00000000">
            <w:pPr>
              <w:spacing w:after="11" w:line="245" w:lineRule="auto"/>
            </w:pPr>
            <w:r>
              <w:rPr>
                <w:b/>
                <w:color w:val="000000"/>
                <w:sz w:val="15"/>
              </w:rPr>
              <w:t xml:space="preserve">Dejavnost učiteljice: </w:t>
            </w:r>
            <w:r>
              <w:rPr>
                <w:color w:val="000000"/>
                <w:sz w:val="15"/>
              </w:rPr>
              <w:t>Obnovi vokalne in instrumentalne možnosti ter skupinam ponudi slikovno zaporedje kapljanja, ledu in mehurčkov. Usmerja izbiro visokih in nizkih zvokov, vajo, menjavo vlog, nastop in izboljšavo po povratni informaciji.</w:t>
            </w:r>
          </w:p>
          <w:p w14:paraId="1B3D8331" w14:textId="77777777" w:rsidR="008D43AB" w:rsidRDefault="00000000">
            <w:pPr>
              <w:spacing w:after="11" w:line="245" w:lineRule="auto"/>
            </w:pPr>
            <w:r>
              <w:rPr>
                <w:b/>
                <w:color w:val="000000"/>
                <w:sz w:val="15"/>
              </w:rPr>
              <w:t xml:space="preserve">Dejavnost učencev: </w:t>
            </w:r>
            <w:r>
              <w:rPr>
                <w:color w:val="000000"/>
                <w:sz w:val="15"/>
              </w:rPr>
              <w:t>Raziskuje višino zvoka, v skupini ustvari kratek motiv, ga zapiše s simboli, izvede z glasom ali glasbilom ter po odzivu poslušalcev izboljša.</w:t>
            </w:r>
          </w:p>
          <w:p w14:paraId="21DEADAB" w14:textId="77777777" w:rsidR="008D43AB" w:rsidRDefault="00000000">
            <w:pPr>
              <w:spacing w:after="24" w:line="245" w:lineRule="auto"/>
            </w:pPr>
            <w:r>
              <w:rPr>
                <w:i/>
                <w:color w:val="D95BC6"/>
                <w:sz w:val="15"/>
              </w:rPr>
              <w:t>Predvideni dokaz: slikovni zapis, skupinska izvedba visokih in nizkih zvokov ter samovrednotenje.</w:t>
            </w:r>
          </w:p>
          <w:tbl>
            <w:tblPr>
              <w:tblStyle w:val="Tabelamrea"/>
              <w:tblW w:w="0" w:type="auto"/>
              <w:jc w:val="center"/>
              <w:tblLayout w:type="fixed"/>
              <w:tblLook w:val="04A0" w:firstRow="1" w:lastRow="0" w:firstColumn="1" w:lastColumn="0" w:noHBand="0" w:noVBand="1"/>
            </w:tblPr>
            <w:tblGrid>
              <w:gridCol w:w="7087"/>
            </w:tblGrid>
            <w:tr w:rsidR="008D43AB" w14:paraId="3B384100" w14:textId="77777777">
              <w:trPr>
                <w:jc w:val="center"/>
              </w:trPr>
              <w:tc>
                <w:tcPr>
                  <w:tcW w:w="7087" w:type="dxa"/>
                  <w:shd w:val="clear" w:color="auto" w:fill="EDC9EA"/>
                  <w:tcMar>
                    <w:top w:w="45" w:type="dxa"/>
                    <w:left w:w="70" w:type="dxa"/>
                    <w:bottom w:w="45" w:type="dxa"/>
                    <w:right w:w="70" w:type="dxa"/>
                  </w:tcMar>
                </w:tcPr>
                <w:p w14:paraId="76B93BCE" w14:textId="77777777" w:rsidR="008D43AB" w:rsidRDefault="00000000">
                  <w:pPr>
                    <w:keepNext/>
                  </w:pPr>
                  <w:r>
                    <w:rPr>
                      <w:b/>
                      <w:color w:val="000000"/>
                      <w:sz w:val="17"/>
                    </w:rPr>
                    <w:t>ORGANIZACIJA POSTAJ IN PREHODOV</w:t>
                  </w:r>
                </w:p>
              </w:tc>
            </w:tr>
          </w:tbl>
          <w:p w14:paraId="78227DE1" w14:textId="77777777" w:rsidR="008D43AB" w:rsidRDefault="008D43AB"/>
          <w:p w14:paraId="5E441B9F"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75E47867"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58EBF8DC"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6FB6EA0F"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573E2EFE"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079DB5B2" w14:textId="77777777" w:rsidR="008D43AB" w:rsidRDefault="008D43AB"/>
          <w:p w14:paraId="485024F6" w14:textId="77777777" w:rsidR="008D43AB" w:rsidRDefault="00000000">
            <w:pPr>
              <w:spacing w:after="6" w:line="245" w:lineRule="auto"/>
            </w:pPr>
            <w:r>
              <w:rPr>
                <w:b/>
                <w:color w:val="000000"/>
                <w:sz w:val="15"/>
              </w:rPr>
              <w:t>1. URA – Visoko In Nizko – Poslušam in izvajam</w:t>
            </w:r>
          </w:p>
          <w:p w14:paraId="45A6CD28"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2B193E91" w14:textId="77777777" w:rsidR="008D43AB" w:rsidRDefault="00000000">
            <w:pPr>
              <w:spacing w:after="20" w:line="245" w:lineRule="auto"/>
            </w:pPr>
            <w:r>
              <w:rPr>
                <w:color w:val="D95BC6"/>
                <w:sz w:val="14"/>
              </w:rPr>
              <w:t>Dokaz: poslušalski gibalni odziv, ritmični/pevski odmev in učiteljev zapis o skupnem pulzu oziroma.</w:t>
            </w:r>
          </w:p>
          <w:p w14:paraId="0281FBA6" w14:textId="77777777" w:rsidR="008D43AB" w:rsidRDefault="00000000">
            <w:pPr>
              <w:spacing w:after="6" w:line="245" w:lineRule="auto"/>
            </w:pPr>
            <w:r>
              <w:rPr>
                <w:b/>
                <w:color w:val="000000"/>
                <w:sz w:val="15"/>
              </w:rPr>
              <w:t>2. URA – Visoko in nizko – Ustvarim in nastopim</w:t>
            </w:r>
          </w:p>
          <w:p w14:paraId="4F9FC0E8" w14:textId="77777777" w:rsidR="008D43AB" w:rsidRDefault="00000000">
            <w:pPr>
              <w:spacing w:after="9" w:line="245" w:lineRule="auto"/>
            </w:pPr>
            <w:r>
              <w:rPr>
                <w:color w:val="000000"/>
                <w:sz w:val="14"/>
              </w:rPr>
              <w:t>Raziskuje višino zvoka, v skupini ustvari kratek motiv, ga zapiše s simboli, izvede z glasom ali glasbilom ter po odzivu poslušalcev izboljša.</w:t>
            </w:r>
          </w:p>
          <w:p w14:paraId="3EB86790" w14:textId="77777777" w:rsidR="008D43AB" w:rsidRDefault="00000000">
            <w:pPr>
              <w:spacing w:after="20" w:line="245" w:lineRule="auto"/>
            </w:pPr>
            <w:r>
              <w:rPr>
                <w:color w:val="D95BC6"/>
                <w:sz w:val="14"/>
              </w:rPr>
              <w:t>Dokaz: slikovni zapis, skupinska izvedba visokih in nizkih zvokov ter samovrednotenje</w:t>
            </w:r>
          </w:p>
          <w:p w14:paraId="4369E3A4" w14:textId="77777777" w:rsidR="008D43AB" w:rsidRDefault="00000000">
            <w:pPr>
              <w:spacing w:before="40" w:after="20" w:line="245" w:lineRule="auto"/>
            </w:pPr>
            <w:r>
              <w:rPr>
                <w:b/>
                <w:color w:val="D95BC6"/>
                <w:sz w:val="16"/>
              </w:rPr>
              <w:t>MOJ KROG POSTAJ</w:t>
            </w:r>
          </w:p>
          <w:p w14:paraId="504EECBC" w14:textId="77777777" w:rsidR="008D43AB" w:rsidRDefault="00000000">
            <w:pPr>
              <w:spacing w:after="11" w:line="245" w:lineRule="auto"/>
            </w:pPr>
            <w:r>
              <w:rPr>
                <w:color w:val="000000"/>
                <w:sz w:val="14"/>
              </w:rPr>
              <w:t>1. Aktivno poslušanje: prepoznam zvočni vir ali spremembo ter odziv pokažem s kartico.</w:t>
            </w:r>
          </w:p>
          <w:p w14:paraId="7EDCC02F" w14:textId="77777777" w:rsidR="008D43AB" w:rsidRDefault="00000000">
            <w:pPr>
              <w:spacing w:after="11" w:line="245" w:lineRule="auto"/>
            </w:pPr>
            <w:r>
              <w:rPr>
                <w:color w:val="000000"/>
                <w:sz w:val="14"/>
              </w:rPr>
              <w:t>2. Gibalna: glasbeno lastnost ponazorim s hojo, nivojem telesa, smerjo.</w:t>
            </w:r>
          </w:p>
          <w:p w14:paraId="75C5CDBF" w14:textId="77777777" w:rsidR="008D43AB" w:rsidRDefault="00000000">
            <w:pPr>
              <w:spacing w:after="11" w:line="245" w:lineRule="auto"/>
            </w:pPr>
            <w:r>
              <w:rPr>
                <w:color w:val="000000"/>
                <w:sz w:val="14"/>
              </w:rPr>
              <w:t>3. Izvajalska: zvok posnemam z glasom, telesom ali glasbilom ter upoštevam začetek.</w:t>
            </w:r>
          </w:p>
          <w:p w14:paraId="40731033" w14:textId="77777777" w:rsidR="008D43AB" w:rsidRDefault="00000000">
            <w:pPr>
              <w:spacing w:after="11" w:line="245" w:lineRule="auto"/>
            </w:pPr>
            <w:r>
              <w:rPr>
                <w:color w:val="000000"/>
                <w:sz w:val="14"/>
              </w:rPr>
              <w:t>4. Likovno-zapisna: doživetje ali zvočno zaporedje prikažem s simboli.</w:t>
            </w:r>
          </w:p>
          <w:p w14:paraId="19413917"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7637E28C" w14:textId="77777777" w:rsidR="008D43AB" w:rsidRDefault="00000000">
            <w:pPr>
              <w:spacing w:after="20" w:line="245" w:lineRule="auto"/>
            </w:pPr>
            <w:r>
              <w:rPr>
                <w:b/>
                <w:color w:val="D95BC6"/>
                <w:sz w:val="17"/>
              </w:rPr>
              <w:t>DOKAZ O UČENJU</w:t>
            </w:r>
          </w:p>
          <w:p w14:paraId="58FB01BB"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75810E8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1BA7E4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316BA7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9FD33D6" w14:textId="77777777" w:rsidR="008D43AB" w:rsidRDefault="00000000">
            <w:pPr>
              <w:jc w:val="center"/>
            </w:pPr>
            <w:r>
              <w:rPr>
                <w:b/>
                <w:color w:val="000000"/>
                <w:sz w:val="20"/>
              </w:rPr>
              <w:t>UČNE DEJAVNOSTI, METODE IN FORMATIVNO SPREMLJANJE</w:t>
            </w:r>
          </w:p>
        </w:tc>
      </w:tr>
      <w:tr w:rsidR="008D43AB" w14:paraId="3CC90AE8" w14:textId="77777777">
        <w:trPr>
          <w:tblHeader/>
          <w:jc w:val="center"/>
        </w:trPr>
        <w:tc>
          <w:tcPr>
            <w:tcW w:w="4422" w:type="dxa"/>
            <w:vMerge/>
            <w:tcMar>
              <w:top w:w="70" w:type="dxa"/>
              <w:left w:w="90" w:type="dxa"/>
              <w:bottom w:w="70" w:type="dxa"/>
              <w:right w:w="90" w:type="dxa"/>
            </w:tcMar>
            <w:vAlign w:val="center"/>
          </w:tcPr>
          <w:p w14:paraId="3A8AFBA0" w14:textId="77777777" w:rsidR="008D43AB" w:rsidRDefault="008D43AB"/>
        </w:tc>
        <w:tc>
          <w:tcPr>
            <w:tcW w:w="7087" w:type="dxa"/>
            <w:shd w:val="clear" w:color="auto" w:fill="FFFFFF"/>
            <w:tcMar>
              <w:top w:w="70" w:type="dxa"/>
              <w:left w:w="90" w:type="dxa"/>
              <w:bottom w:w="70" w:type="dxa"/>
              <w:right w:w="90" w:type="dxa"/>
            </w:tcMar>
            <w:vAlign w:val="center"/>
          </w:tcPr>
          <w:p w14:paraId="00E40BC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A5C024" w14:textId="77777777" w:rsidR="008D43AB" w:rsidRDefault="00000000">
            <w:pPr>
              <w:jc w:val="center"/>
            </w:pPr>
            <w:r>
              <w:rPr>
                <w:b/>
                <w:color w:val="000000"/>
              </w:rPr>
              <w:t>UČENEC</w:t>
            </w:r>
          </w:p>
        </w:tc>
      </w:tr>
      <w:tr w:rsidR="008D43AB" w14:paraId="25EEE88E" w14:textId="77777777">
        <w:trPr>
          <w:jc w:val="center"/>
        </w:trPr>
        <w:tc>
          <w:tcPr>
            <w:tcW w:w="4422" w:type="dxa"/>
            <w:tcMar>
              <w:top w:w="70" w:type="dxa"/>
              <w:left w:w="90" w:type="dxa"/>
              <w:bottom w:w="70" w:type="dxa"/>
              <w:right w:w="90" w:type="dxa"/>
            </w:tcMar>
          </w:tcPr>
          <w:p w14:paraId="07B445D2" w14:textId="77777777" w:rsidR="008D43AB" w:rsidRDefault="008D43AB"/>
          <w:p w14:paraId="29E72D1B" w14:textId="77777777" w:rsidR="008D43AB" w:rsidRDefault="00000000">
            <w:pPr>
              <w:spacing w:after="40" w:line="245" w:lineRule="auto"/>
            </w:pPr>
            <w:r>
              <w:rPr>
                <w:b/>
                <w:color w:val="000000"/>
              </w:rPr>
              <w:t>FORMATIVNO SPREMLJANJE</w:t>
            </w:r>
          </w:p>
          <w:p w14:paraId="24BA37E8" w14:textId="77777777" w:rsidR="008D43AB" w:rsidRDefault="00000000">
            <w:pPr>
              <w:pStyle w:val="Oznaenseznam"/>
              <w:spacing w:after="16"/>
            </w:pPr>
            <w:r>
              <w:rPr>
                <w:color w:val="000000"/>
                <w:sz w:val="16"/>
              </w:rPr>
              <w:t>predznanje: zvočna napoved, izbira kartice, gib, ritmični oziroma pevski poskus ali začetni simbol</w:t>
            </w:r>
          </w:p>
          <w:p w14:paraId="16FF839E" w14:textId="77777777" w:rsidR="008D43AB" w:rsidRDefault="00000000">
            <w:pPr>
              <w:pStyle w:val="Oznaenseznam"/>
              <w:spacing w:after="16"/>
            </w:pPr>
            <w:r>
              <w:rPr>
                <w:color w:val="000000"/>
                <w:sz w:val="16"/>
              </w:rPr>
              <w:t>nameni in merila: kratka poved, slikovni znak, model izvedbe ter vidna pravila varne glasnosti</w:t>
            </w:r>
          </w:p>
          <w:p w14:paraId="6369110C"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0BFF298" w14:textId="77777777" w:rsidR="008D43AB" w:rsidRDefault="00000000">
            <w:pPr>
              <w:pStyle w:val="Oznaenseznam"/>
              <w:spacing w:after="16"/>
            </w:pPr>
            <w:r>
              <w:rPr>
                <w:color w:val="000000"/>
                <w:sz w:val="16"/>
              </w:rPr>
              <w:t>povratna informacija: opis slišane strategije, povezava z enim merilom in izvedljiv naslednji korak</w:t>
            </w:r>
          </w:p>
          <w:p w14:paraId="6ECA8702" w14:textId="77777777" w:rsidR="008D43AB" w:rsidRDefault="00000000">
            <w:pPr>
              <w:pStyle w:val="Oznaenseznam"/>
              <w:spacing w:after="16"/>
            </w:pPr>
            <w:r>
              <w:rPr>
                <w:color w:val="000000"/>
                <w:sz w:val="16"/>
              </w:rPr>
              <w:t>samovrednotenje: barvni zvočni semafor, lestvica samostojnosti, izbran dokaz in ponovna izvedba</w:t>
            </w:r>
          </w:p>
          <w:p w14:paraId="6AAA571A" w14:textId="77777777" w:rsidR="008D43AB" w:rsidRDefault="00000000">
            <w:pPr>
              <w:spacing w:before="40" w:after="20" w:line="245" w:lineRule="auto"/>
            </w:pPr>
            <w:r>
              <w:rPr>
                <w:b/>
                <w:color w:val="000000"/>
                <w:sz w:val="17"/>
              </w:rPr>
              <w:t>VARNOST IN VAROVANJE SLUHA</w:t>
            </w:r>
          </w:p>
          <w:p w14:paraId="23DC788F"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C09BFF1" w14:textId="77777777" w:rsidR="008D43AB" w:rsidRDefault="00000000">
            <w:pPr>
              <w:spacing w:after="20" w:line="245" w:lineRule="auto"/>
            </w:pPr>
            <w:r>
              <w:rPr>
                <w:b/>
                <w:color w:val="000000"/>
                <w:sz w:val="17"/>
              </w:rPr>
              <w:t>EVIDENCA PO IZVEDBI</w:t>
            </w:r>
          </w:p>
          <w:p w14:paraId="7D157104"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3A9D98F2" w14:textId="77777777" w:rsidR="008D43AB" w:rsidRDefault="00000000">
            <w:pPr>
              <w:spacing w:before="40" w:after="20" w:line="245" w:lineRule="auto"/>
            </w:pPr>
            <w:r>
              <w:rPr>
                <w:b/>
                <w:color w:val="000000"/>
                <w:sz w:val="17"/>
              </w:rPr>
              <w:t>RAVEN DOSEGANJA</w:t>
            </w:r>
          </w:p>
          <w:p w14:paraId="4B01445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0AA8BCCB"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51D0155" w14:textId="77777777">
              <w:trPr>
                <w:jc w:val="center"/>
              </w:trPr>
              <w:tc>
                <w:tcPr>
                  <w:tcW w:w="7087" w:type="dxa"/>
                  <w:shd w:val="clear" w:color="auto" w:fill="EDC9EA"/>
                  <w:tcMar>
                    <w:top w:w="45" w:type="dxa"/>
                    <w:left w:w="70" w:type="dxa"/>
                    <w:bottom w:w="45" w:type="dxa"/>
                    <w:right w:w="70" w:type="dxa"/>
                  </w:tcMar>
                </w:tcPr>
                <w:p w14:paraId="065F67C7" w14:textId="77777777" w:rsidR="008D43AB" w:rsidRDefault="00000000">
                  <w:pPr>
                    <w:keepNext/>
                  </w:pPr>
                  <w:r>
                    <w:rPr>
                      <w:b/>
                      <w:color w:val="000000"/>
                    </w:rPr>
                    <w:t>VPRAŠANJA V PODPORO GLASBENEMU UČENJU</w:t>
                  </w:r>
                </w:p>
              </w:tc>
            </w:tr>
          </w:tbl>
          <w:p w14:paraId="14C8CAA9" w14:textId="77777777" w:rsidR="008D43AB" w:rsidRDefault="008D43AB">
            <w:pPr>
              <w:spacing w:line="20" w:lineRule="exact"/>
            </w:pPr>
          </w:p>
          <w:p w14:paraId="76137262" w14:textId="77777777" w:rsidR="008D43AB" w:rsidRDefault="00000000">
            <w:pPr>
              <w:pStyle w:val="Oznaenseznam"/>
              <w:spacing w:after="16"/>
            </w:pPr>
            <w:r>
              <w:rPr>
                <w:color w:val="000000"/>
                <w:sz w:val="16"/>
              </w:rPr>
              <w:t>Kaj si v glasbi slišal/-a, začutil/-a ali pokazal/-a z gibanjem?</w:t>
            </w:r>
          </w:p>
          <w:p w14:paraId="63181442" w14:textId="77777777" w:rsidR="008D43AB" w:rsidRDefault="00000000">
            <w:pPr>
              <w:pStyle w:val="Oznaenseznam"/>
              <w:spacing w:after="16"/>
            </w:pPr>
            <w:r>
              <w:rPr>
                <w:color w:val="000000"/>
                <w:sz w:val="16"/>
              </w:rPr>
              <w:t>Po katerem zvočnem znaku, lastnosti ali vzorcu si prepoznal/-a rešitev?</w:t>
            </w:r>
          </w:p>
          <w:p w14:paraId="2DCE0F27" w14:textId="77777777" w:rsidR="008D43AB" w:rsidRDefault="00000000">
            <w:pPr>
              <w:pStyle w:val="Oznaenseznam"/>
              <w:spacing w:after="16"/>
            </w:pPr>
            <w:r>
              <w:rPr>
                <w:color w:val="000000"/>
                <w:sz w:val="16"/>
              </w:rPr>
              <w:t>Kako veš, da je bil pulz, začetek, konec, glasnost ali skupinska izvedba skladna z merilom?</w:t>
            </w:r>
          </w:p>
          <w:p w14:paraId="55282994" w14:textId="77777777" w:rsidR="008D43AB" w:rsidRDefault="00000000">
            <w:pPr>
              <w:pStyle w:val="Oznaenseznam"/>
              <w:spacing w:after="16"/>
            </w:pPr>
            <w:r>
              <w:rPr>
                <w:color w:val="000000"/>
                <w:sz w:val="16"/>
              </w:rPr>
              <w:t>Zakaj si za motiv, osebo, dogodek ali okolje izbral/-a prav ta glas, predmet ali glasbilo?</w:t>
            </w:r>
          </w:p>
          <w:p w14:paraId="00CFE784"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3EB4A102" w14:textId="77777777">
              <w:trPr>
                <w:jc w:val="center"/>
              </w:trPr>
              <w:tc>
                <w:tcPr>
                  <w:tcW w:w="7087" w:type="dxa"/>
                  <w:shd w:val="clear" w:color="auto" w:fill="C6E7F3"/>
                  <w:tcMar>
                    <w:top w:w="45" w:type="dxa"/>
                    <w:left w:w="70" w:type="dxa"/>
                    <w:bottom w:w="45" w:type="dxa"/>
                    <w:right w:w="70" w:type="dxa"/>
                  </w:tcMar>
                </w:tcPr>
                <w:p w14:paraId="42F150C6" w14:textId="77777777" w:rsidR="008D43AB" w:rsidRDefault="00000000">
                  <w:pPr>
                    <w:keepNext/>
                  </w:pPr>
                  <w:r>
                    <w:rPr>
                      <w:b/>
                      <w:color w:val="000000"/>
                    </w:rPr>
                    <w:t>ZAKLJUČNI DEL – NASTOP, POSLUŠALSKI ODZIV IN REFLEKSIJA (8–12 min)</w:t>
                  </w:r>
                </w:p>
              </w:tc>
            </w:tr>
          </w:tbl>
          <w:p w14:paraId="3291B04E" w14:textId="77777777" w:rsidR="008D43AB" w:rsidRDefault="008D43AB">
            <w:pPr>
              <w:spacing w:line="20" w:lineRule="exact"/>
            </w:pPr>
          </w:p>
          <w:p w14:paraId="1A256D5D"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67FEF7E6" w14:textId="77777777">
              <w:trPr>
                <w:jc w:val="center"/>
              </w:trPr>
              <w:tc>
                <w:tcPr>
                  <w:tcW w:w="7087" w:type="dxa"/>
                  <w:shd w:val="clear" w:color="auto" w:fill="EDC9EA"/>
                  <w:tcMar>
                    <w:top w:w="45" w:type="dxa"/>
                    <w:left w:w="70" w:type="dxa"/>
                    <w:bottom w:w="45" w:type="dxa"/>
                    <w:right w:w="70" w:type="dxa"/>
                  </w:tcMar>
                </w:tcPr>
                <w:p w14:paraId="28E15823" w14:textId="77777777" w:rsidR="008D43AB" w:rsidRDefault="00000000">
                  <w:pPr>
                    <w:keepNext/>
                  </w:pPr>
                  <w:r>
                    <w:rPr>
                      <w:b/>
                      <w:color w:val="000000"/>
                    </w:rPr>
                    <w:t>SAMOVREDNOTENJE</w:t>
                  </w:r>
                </w:p>
              </w:tc>
            </w:tr>
          </w:tbl>
          <w:p w14:paraId="3B7933CE" w14:textId="77777777" w:rsidR="008D43AB" w:rsidRDefault="008D43AB">
            <w:pPr>
              <w:spacing w:line="20" w:lineRule="exact"/>
            </w:pPr>
          </w:p>
          <w:p w14:paraId="33C54C57"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4B452C3A" w14:textId="77777777">
              <w:trPr>
                <w:jc w:val="center"/>
              </w:trPr>
              <w:tc>
                <w:tcPr>
                  <w:tcW w:w="7087" w:type="dxa"/>
                  <w:shd w:val="clear" w:color="auto" w:fill="EDC9EA"/>
                  <w:tcMar>
                    <w:top w:w="45" w:type="dxa"/>
                    <w:left w:w="70" w:type="dxa"/>
                    <w:bottom w:w="45" w:type="dxa"/>
                    <w:right w:w="70" w:type="dxa"/>
                  </w:tcMar>
                </w:tcPr>
                <w:p w14:paraId="330E6BAA" w14:textId="77777777" w:rsidR="008D43AB" w:rsidRDefault="00000000">
                  <w:pPr>
                    <w:keepNext/>
                  </w:pPr>
                  <w:r>
                    <w:rPr>
                      <w:b/>
                      <w:color w:val="000000"/>
                    </w:rPr>
                    <w:t>VRSTNIŠKO VREDNOTENJE</w:t>
                  </w:r>
                </w:p>
              </w:tc>
            </w:tr>
          </w:tbl>
          <w:p w14:paraId="37BE943F" w14:textId="77777777" w:rsidR="008D43AB" w:rsidRDefault="008D43AB">
            <w:pPr>
              <w:spacing w:line="20" w:lineRule="exact"/>
            </w:pPr>
          </w:p>
          <w:p w14:paraId="254A134C"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2F66AA3F" w14:textId="77777777">
              <w:trPr>
                <w:jc w:val="center"/>
              </w:trPr>
              <w:tc>
                <w:tcPr>
                  <w:tcW w:w="7087" w:type="dxa"/>
                  <w:shd w:val="clear" w:color="auto" w:fill="EDC9EA"/>
                  <w:tcMar>
                    <w:top w:w="45" w:type="dxa"/>
                    <w:left w:w="70" w:type="dxa"/>
                    <w:bottom w:w="45" w:type="dxa"/>
                    <w:right w:w="70" w:type="dxa"/>
                  </w:tcMar>
                </w:tcPr>
                <w:p w14:paraId="25D31F5B" w14:textId="77777777" w:rsidR="008D43AB" w:rsidRDefault="00000000">
                  <w:pPr>
                    <w:keepNext/>
                  </w:pPr>
                  <w:r>
                    <w:rPr>
                      <w:b/>
                      <w:color w:val="000000"/>
                    </w:rPr>
                    <w:t>SKUPNI POVZETEK</w:t>
                  </w:r>
                </w:p>
              </w:tc>
            </w:tr>
          </w:tbl>
          <w:p w14:paraId="109DF19B" w14:textId="77777777" w:rsidR="008D43AB" w:rsidRDefault="008D43AB"/>
          <w:p w14:paraId="164A7C10" w14:textId="77777777" w:rsidR="008D43AB" w:rsidRDefault="00000000">
            <w:pPr>
              <w:spacing w:before="20" w:after="40" w:line="245" w:lineRule="auto"/>
            </w:pPr>
            <w:r>
              <w:rPr>
                <w:b/>
                <w:color w:val="000000"/>
                <w:sz w:val="16"/>
              </w:rPr>
              <w:t>razlikujem višino zvoka; posnemam z glasom ali glasbilom; ustvarim kratek motiv. Izbrani dokaz pojasnim in po povratni informaciji izboljšam.</w:t>
            </w:r>
          </w:p>
        </w:tc>
        <w:tc>
          <w:tcPr>
            <w:tcW w:w="2551" w:type="dxa"/>
            <w:tcMar>
              <w:top w:w="70" w:type="dxa"/>
              <w:left w:w="90" w:type="dxa"/>
              <w:bottom w:w="70" w:type="dxa"/>
              <w:right w:w="90" w:type="dxa"/>
            </w:tcMar>
          </w:tcPr>
          <w:p w14:paraId="4286207E" w14:textId="77777777" w:rsidR="008D43AB" w:rsidRDefault="008D43AB"/>
          <w:p w14:paraId="2E9961D5" w14:textId="77777777" w:rsidR="008D43AB" w:rsidRDefault="00000000">
            <w:pPr>
              <w:spacing w:after="80" w:line="245" w:lineRule="auto"/>
            </w:pPr>
            <w:r>
              <w:rPr>
                <w:color w:val="000000"/>
                <w:sz w:val="16"/>
              </w:rPr>
              <w:t>Odgovarja na podporna vprašanja in se sklicuje na slišano, izvedeno, ustvarjeno ali zapisano.</w:t>
            </w:r>
          </w:p>
          <w:p w14:paraId="4D4AFCF9" w14:textId="77777777" w:rsidR="008D43AB" w:rsidRDefault="00000000">
            <w:pPr>
              <w:spacing w:after="80" w:line="245" w:lineRule="auto"/>
            </w:pPr>
            <w:r>
              <w:rPr>
                <w:color w:val="000000"/>
                <w:sz w:val="16"/>
              </w:rPr>
              <w:t>Predstavi izbrani dokaz ter pove, katero merilo z njim pokaže.</w:t>
            </w:r>
          </w:p>
          <w:p w14:paraId="50D7B911" w14:textId="77777777" w:rsidR="008D43AB" w:rsidRDefault="00000000">
            <w:pPr>
              <w:spacing w:after="80" w:line="245" w:lineRule="auto"/>
            </w:pPr>
            <w:r>
              <w:rPr>
                <w:color w:val="000000"/>
                <w:sz w:val="16"/>
              </w:rPr>
              <w:t>Posluša vrstnika, opiše eno slišano moč in poda prijazen predlog za izboljšavo.</w:t>
            </w:r>
          </w:p>
          <w:p w14:paraId="7EE3AE7E" w14:textId="77777777" w:rsidR="008D43AB" w:rsidRDefault="00000000">
            <w:pPr>
              <w:spacing w:after="80" w:line="245" w:lineRule="auto"/>
            </w:pPr>
            <w:r>
              <w:rPr>
                <w:color w:val="000000"/>
                <w:sz w:val="16"/>
              </w:rPr>
              <w:t>Po povratni informaciji izvedbo, gib, ritem, zvočno izbiro ali slikovni zapis ponovi in izboljša.</w:t>
            </w:r>
          </w:p>
          <w:p w14:paraId="7FAA187F" w14:textId="77777777" w:rsidR="008D43AB" w:rsidRDefault="00000000">
            <w:pPr>
              <w:spacing w:after="100" w:line="245" w:lineRule="auto"/>
            </w:pPr>
            <w:r>
              <w:rPr>
                <w:color w:val="000000"/>
                <w:sz w:val="16"/>
              </w:rPr>
              <w:t>Izbere raven samostojnosti ter določi majhen in izvedljiv naslednji glasbeni korak.</w:t>
            </w:r>
          </w:p>
          <w:p w14:paraId="3B7AC2BD" w14:textId="77777777" w:rsidR="008D43AB" w:rsidRDefault="00000000">
            <w:pPr>
              <w:spacing w:after="20" w:line="245" w:lineRule="auto"/>
            </w:pPr>
            <w:r>
              <w:rPr>
                <w:b/>
                <w:color w:val="D95BC6"/>
                <w:sz w:val="17"/>
              </w:rPr>
              <w:t>DOKAZ O UČENJU</w:t>
            </w:r>
          </w:p>
          <w:p w14:paraId="6F8D9736"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595C65D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5557F1B4" w14:textId="77777777">
        <w:trPr>
          <w:cantSplit/>
          <w:jc w:val="center"/>
        </w:trPr>
        <w:tc>
          <w:tcPr>
            <w:tcW w:w="14060" w:type="dxa"/>
            <w:gridSpan w:val="6"/>
            <w:tcMar>
              <w:top w:w="70" w:type="dxa"/>
              <w:left w:w="90" w:type="dxa"/>
              <w:bottom w:w="70" w:type="dxa"/>
              <w:right w:w="90" w:type="dxa"/>
            </w:tcMar>
            <w:vAlign w:val="center"/>
          </w:tcPr>
          <w:p w14:paraId="48BB527A" w14:textId="77777777" w:rsidR="008D43AB" w:rsidRDefault="00000000">
            <w:pPr>
              <w:jc w:val="center"/>
            </w:pPr>
            <w:r>
              <w:rPr>
                <w:b/>
                <w:color w:val="000000"/>
                <w:sz w:val="24"/>
              </w:rPr>
              <w:lastRenderedPageBreak/>
              <w:t>UČNA PRIPRAVA 19/39</w:t>
            </w:r>
          </w:p>
        </w:tc>
      </w:tr>
      <w:tr w:rsidR="008D43AB" w14:paraId="540F3014" w14:textId="77777777">
        <w:trPr>
          <w:jc w:val="center"/>
        </w:trPr>
        <w:tc>
          <w:tcPr>
            <w:tcW w:w="2665" w:type="dxa"/>
            <w:tcMar>
              <w:top w:w="70" w:type="dxa"/>
              <w:left w:w="90" w:type="dxa"/>
              <w:bottom w:w="70" w:type="dxa"/>
              <w:right w:w="90" w:type="dxa"/>
            </w:tcMar>
            <w:vAlign w:val="center"/>
          </w:tcPr>
          <w:p w14:paraId="29E068FF"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128D9FA"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73F0F68"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93EDC7B" w14:textId="77777777" w:rsidR="008D43AB" w:rsidRDefault="00000000">
            <w:r>
              <w:rPr>
                <w:b/>
                <w:color w:val="000000"/>
                <w:sz w:val="16"/>
              </w:rPr>
              <w:t xml:space="preserve">NAČRTOVANI TERMIN: </w:t>
            </w:r>
            <w:r>
              <w:rPr>
                <w:color w:val="000000"/>
                <w:sz w:val="16"/>
              </w:rPr>
              <w:t>19. teden • 18.–22. 1. 2027</w:t>
            </w:r>
          </w:p>
        </w:tc>
        <w:tc>
          <w:tcPr>
            <w:tcW w:w="2268" w:type="dxa"/>
            <w:tcMar>
              <w:top w:w="70" w:type="dxa"/>
              <w:left w:w="90" w:type="dxa"/>
              <w:bottom w:w="70" w:type="dxa"/>
              <w:right w:w="90" w:type="dxa"/>
            </w:tcMar>
            <w:vAlign w:val="center"/>
          </w:tcPr>
          <w:p w14:paraId="4B9D0A0A"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296F3AD" w14:textId="77777777" w:rsidR="008D43AB" w:rsidRDefault="00000000">
            <w:r>
              <w:rPr>
                <w:b/>
                <w:color w:val="000000"/>
                <w:sz w:val="16"/>
              </w:rPr>
              <w:t xml:space="preserve">ŠTEVILO UR: </w:t>
            </w:r>
            <w:r>
              <w:rPr>
                <w:color w:val="000000"/>
                <w:sz w:val="16"/>
              </w:rPr>
              <w:t>2</w:t>
            </w:r>
          </w:p>
        </w:tc>
      </w:tr>
      <w:tr w:rsidR="008D43AB" w14:paraId="515117E0" w14:textId="77777777">
        <w:trPr>
          <w:jc w:val="center"/>
        </w:trPr>
        <w:tc>
          <w:tcPr>
            <w:tcW w:w="14061" w:type="dxa"/>
            <w:gridSpan w:val="6"/>
            <w:tcMar>
              <w:top w:w="70" w:type="dxa"/>
              <w:left w:w="90" w:type="dxa"/>
              <w:bottom w:w="70" w:type="dxa"/>
              <w:right w:w="90" w:type="dxa"/>
            </w:tcMar>
            <w:vAlign w:val="center"/>
          </w:tcPr>
          <w:p w14:paraId="65B44F3F"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A52D701" w14:textId="77777777">
        <w:trPr>
          <w:cantSplit/>
          <w:jc w:val="center"/>
        </w:trPr>
        <w:tc>
          <w:tcPr>
            <w:tcW w:w="14060" w:type="dxa"/>
            <w:gridSpan w:val="6"/>
            <w:tcMar>
              <w:top w:w="70" w:type="dxa"/>
              <w:left w:w="90" w:type="dxa"/>
              <w:bottom w:w="70" w:type="dxa"/>
              <w:right w:w="90" w:type="dxa"/>
            </w:tcMar>
            <w:vAlign w:val="center"/>
          </w:tcPr>
          <w:p w14:paraId="2F0DCD1C" w14:textId="77777777" w:rsidR="008D43AB" w:rsidRDefault="008D43AB"/>
          <w:p w14:paraId="3F8271C1" w14:textId="77777777" w:rsidR="008D43AB" w:rsidRDefault="00000000">
            <w:pPr>
              <w:spacing w:line="245" w:lineRule="auto"/>
            </w:pPr>
            <w:r>
              <w:rPr>
                <w:b/>
                <w:color w:val="000000"/>
                <w:sz w:val="16"/>
              </w:rPr>
              <w:t xml:space="preserve">UČNI SKLOP: </w:t>
            </w:r>
            <w:r>
              <w:rPr>
                <w:color w:val="000000"/>
                <w:sz w:val="16"/>
              </w:rPr>
              <w:t>ZIMA, SNOVI IN POJAVI</w:t>
            </w:r>
          </w:p>
        </w:tc>
      </w:tr>
      <w:tr w:rsidR="008D43AB" w14:paraId="3FCEE551" w14:textId="77777777">
        <w:trPr>
          <w:cantSplit/>
          <w:jc w:val="center"/>
        </w:trPr>
        <w:tc>
          <w:tcPr>
            <w:tcW w:w="14060" w:type="dxa"/>
            <w:gridSpan w:val="6"/>
            <w:tcMar>
              <w:top w:w="70" w:type="dxa"/>
              <w:left w:w="90" w:type="dxa"/>
              <w:bottom w:w="70" w:type="dxa"/>
              <w:right w:w="90" w:type="dxa"/>
            </w:tcMar>
            <w:vAlign w:val="center"/>
          </w:tcPr>
          <w:p w14:paraId="270EE555" w14:textId="77777777" w:rsidR="008D43AB" w:rsidRDefault="008D43AB"/>
          <w:p w14:paraId="0180A88D" w14:textId="77777777" w:rsidR="008D43AB" w:rsidRDefault="00000000">
            <w:pPr>
              <w:spacing w:line="245" w:lineRule="auto"/>
            </w:pPr>
            <w:r>
              <w:rPr>
                <w:b/>
                <w:color w:val="000000"/>
                <w:sz w:val="16"/>
              </w:rPr>
              <w:t xml:space="preserve">UČNA TEMA: </w:t>
            </w:r>
            <w:r>
              <w:rPr>
                <w:color w:val="000000"/>
                <w:sz w:val="16"/>
              </w:rPr>
              <w:t>ZVOČNI VIRI</w:t>
            </w:r>
          </w:p>
        </w:tc>
      </w:tr>
      <w:tr w:rsidR="008D43AB" w14:paraId="7A2C36B3" w14:textId="77777777">
        <w:trPr>
          <w:cantSplit/>
          <w:jc w:val="center"/>
        </w:trPr>
        <w:tc>
          <w:tcPr>
            <w:tcW w:w="14060" w:type="dxa"/>
            <w:gridSpan w:val="6"/>
            <w:tcMar>
              <w:top w:w="70" w:type="dxa"/>
              <w:left w:w="90" w:type="dxa"/>
              <w:bottom w:w="70" w:type="dxa"/>
              <w:right w:w="90" w:type="dxa"/>
            </w:tcMar>
            <w:vAlign w:val="center"/>
          </w:tcPr>
          <w:p w14:paraId="7F4021D3" w14:textId="77777777" w:rsidR="008D43AB" w:rsidRDefault="008D43AB"/>
          <w:p w14:paraId="5A5E994E" w14:textId="77777777" w:rsidR="008D43AB" w:rsidRDefault="00000000">
            <w:pPr>
              <w:spacing w:line="245" w:lineRule="auto"/>
            </w:pPr>
            <w:r>
              <w:rPr>
                <w:b/>
                <w:color w:val="000000"/>
                <w:sz w:val="16"/>
              </w:rPr>
              <w:t xml:space="preserve">KNJIŽEVNO / MOTIVNO IZHODIŠČE: </w:t>
            </w:r>
            <w:r>
              <w:rPr>
                <w:color w:val="000000"/>
                <w:sz w:val="16"/>
              </w:rPr>
              <w:t>»Zlata ptica« – slovenska ljudska pravljica • svetloba, zvok, barva in pravljično iskanje</w:t>
            </w:r>
          </w:p>
        </w:tc>
      </w:tr>
      <w:tr w:rsidR="008D43AB" w14:paraId="0B165F27" w14:textId="77777777">
        <w:trPr>
          <w:cantSplit/>
          <w:jc w:val="center"/>
        </w:trPr>
        <w:tc>
          <w:tcPr>
            <w:tcW w:w="14060" w:type="dxa"/>
            <w:gridSpan w:val="6"/>
            <w:tcMar>
              <w:top w:w="70" w:type="dxa"/>
              <w:left w:w="90" w:type="dxa"/>
              <w:bottom w:w="70" w:type="dxa"/>
              <w:right w:w="90" w:type="dxa"/>
            </w:tcMar>
            <w:vAlign w:val="center"/>
          </w:tcPr>
          <w:p w14:paraId="0D3B6A6A" w14:textId="77777777" w:rsidR="008D43AB" w:rsidRDefault="008D43AB"/>
          <w:p w14:paraId="3B6E21E0" w14:textId="77777777" w:rsidR="008D43AB" w:rsidRDefault="00000000">
            <w:pPr>
              <w:spacing w:line="245" w:lineRule="auto"/>
            </w:pPr>
            <w:r>
              <w:rPr>
                <w:b/>
                <w:color w:val="000000"/>
                <w:sz w:val="16"/>
              </w:rPr>
              <w:t xml:space="preserve">GLASBENO IZHODIŠČE / REPERTOAR: </w:t>
            </w:r>
            <w:r>
              <w:rPr>
                <w:color w:val="000000"/>
                <w:sz w:val="16"/>
              </w:rPr>
              <w:t>ptičji klici in izbrani odlomek Živalskega karnevala</w:t>
            </w:r>
          </w:p>
        </w:tc>
      </w:tr>
      <w:tr w:rsidR="008D43AB" w14:paraId="794B5423" w14:textId="77777777">
        <w:trPr>
          <w:cantSplit/>
          <w:jc w:val="center"/>
        </w:trPr>
        <w:tc>
          <w:tcPr>
            <w:tcW w:w="14060" w:type="dxa"/>
            <w:gridSpan w:val="6"/>
            <w:tcMar>
              <w:top w:w="70" w:type="dxa"/>
              <w:left w:w="90" w:type="dxa"/>
              <w:bottom w:w="70" w:type="dxa"/>
              <w:right w:w="90" w:type="dxa"/>
            </w:tcMar>
            <w:vAlign w:val="center"/>
          </w:tcPr>
          <w:p w14:paraId="744D074C" w14:textId="77777777" w:rsidR="008D43AB" w:rsidRDefault="008D43AB"/>
          <w:p w14:paraId="4A1DEE49" w14:textId="77777777" w:rsidR="008D43AB" w:rsidRDefault="00000000">
            <w:pPr>
              <w:spacing w:line="245" w:lineRule="auto"/>
            </w:pPr>
            <w:r>
              <w:rPr>
                <w:b/>
                <w:color w:val="000000"/>
                <w:sz w:val="16"/>
              </w:rPr>
              <w:t xml:space="preserve">UČNE ENOTE: </w:t>
            </w:r>
            <w:r>
              <w:rPr>
                <w:color w:val="000000"/>
                <w:sz w:val="16"/>
              </w:rPr>
              <w:t>1. ura – Zvočni Viri – Poslušam in izvajam • 2. ura – Zvočni Viri – Ustvarim in nastopim</w:t>
            </w:r>
          </w:p>
        </w:tc>
      </w:tr>
      <w:tr w:rsidR="008D43AB" w14:paraId="4179D2AB" w14:textId="77777777">
        <w:trPr>
          <w:cantSplit/>
          <w:jc w:val="center"/>
        </w:trPr>
        <w:tc>
          <w:tcPr>
            <w:tcW w:w="14060" w:type="dxa"/>
            <w:gridSpan w:val="6"/>
            <w:tcMar>
              <w:top w:w="70" w:type="dxa"/>
              <w:left w:w="90" w:type="dxa"/>
              <w:bottom w:w="70" w:type="dxa"/>
              <w:right w:w="90" w:type="dxa"/>
            </w:tcMar>
            <w:vAlign w:val="center"/>
          </w:tcPr>
          <w:p w14:paraId="59E7B8F3" w14:textId="77777777" w:rsidR="008D43AB" w:rsidRDefault="008D43AB"/>
          <w:p w14:paraId="29AF3465"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62EAE8BE" w14:textId="77777777">
        <w:trPr>
          <w:cantSplit/>
          <w:jc w:val="center"/>
        </w:trPr>
        <w:tc>
          <w:tcPr>
            <w:tcW w:w="14060" w:type="dxa"/>
            <w:gridSpan w:val="6"/>
            <w:tcMar>
              <w:top w:w="70" w:type="dxa"/>
              <w:left w:w="90" w:type="dxa"/>
              <w:bottom w:w="70" w:type="dxa"/>
              <w:right w:w="90" w:type="dxa"/>
            </w:tcMar>
            <w:vAlign w:val="center"/>
          </w:tcPr>
          <w:p w14:paraId="7993CB00" w14:textId="77777777" w:rsidR="008D43AB" w:rsidRDefault="008D43AB"/>
          <w:p w14:paraId="35DFB9E2"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2BD198F4" w14:textId="77777777">
        <w:trPr>
          <w:cantSplit/>
          <w:jc w:val="center"/>
        </w:trPr>
        <w:tc>
          <w:tcPr>
            <w:tcW w:w="14060" w:type="dxa"/>
            <w:gridSpan w:val="6"/>
            <w:tcMar>
              <w:top w:w="70" w:type="dxa"/>
              <w:left w:w="90" w:type="dxa"/>
              <w:bottom w:w="70" w:type="dxa"/>
              <w:right w:w="90" w:type="dxa"/>
            </w:tcMar>
            <w:vAlign w:val="center"/>
          </w:tcPr>
          <w:p w14:paraId="68EFB276" w14:textId="77777777" w:rsidR="008D43AB" w:rsidRDefault="008D43AB"/>
          <w:p w14:paraId="4E9E5938"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6DF2F321" w14:textId="77777777">
        <w:trPr>
          <w:cantSplit/>
          <w:jc w:val="center"/>
        </w:trPr>
        <w:tc>
          <w:tcPr>
            <w:tcW w:w="14060" w:type="dxa"/>
            <w:gridSpan w:val="6"/>
            <w:tcMar>
              <w:top w:w="70" w:type="dxa"/>
              <w:left w:w="90" w:type="dxa"/>
              <w:bottom w:w="70" w:type="dxa"/>
              <w:right w:w="90" w:type="dxa"/>
            </w:tcMar>
            <w:vAlign w:val="center"/>
          </w:tcPr>
          <w:p w14:paraId="22E599CA" w14:textId="77777777" w:rsidR="008D43AB" w:rsidRDefault="008D43AB"/>
          <w:p w14:paraId="5D49A95B" w14:textId="77777777" w:rsidR="008D43AB" w:rsidRDefault="00000000">
            <w:pPr>
              <w:spacing w:line="245" w:lineRule="auto"/>
            </w:pPr>
            <w:r>
              <w:rPr>
                <w:b/>
                <w:color w:val="000000"/>
                <w:sz w:val="16"/>
              </w:rPr>
              <w:t xml:space="preserve">MEDPREDMETNE POVEZAVE: </w:t>
            </w:r>
            <w:r>
              <w:rPr>
                <w:color w:val="000000"/>
                <w:sz w:val="16"/>
              </w:rPr>
              <w:t>SPO – svetloba, zvok, barva in pravljično iskanje; SLJ – poslušanje, ritmični govor in opis doživetja; ŠPO – pulz, tempo, gibalni odziv in prostorska orientacija; LUM – simbol, barva, linija in zvočni zapis</w:t>
            </w:r>
          </w:p>
        </w:tc>
      </w:tr>
      <w:tr w:rsidR="008D43AB" w14:paraId="2B8963BB" w14:textId="77777777">
        <w:trPr>
          <w:cantSplit/>
          <w:jc w:val="center"/>
        </w:trPr>
        <w:tc>
          <w:tcPr>
            <w:tcW w:w="14060" w:type="dxa"/>
            <w:gridSpan w:val="6"/>
            <w:tcMar>
              <w:top w:w="70" w:type="dxa"/>
              <w:left w:w="90" w:type="dxa"/>
              <w:bottom w:w="70" w:type="dxa"/>
              <w:right w:w="90" w:type="dxa"/>
            </w:tcMar>
            <w:vAlign w:val="center"/>
          </w:tcPr>
          <w:p w14:paraId="1C66287C" w14:textId="77777777" w:rsidR="008D43AB" w:rsidRDefault="008D43AB"/>
          <w:p w14:paraId="162BDB51"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79389B3A" w14:textId="77777777">
        <w:trPr>
          <w:cantSplit/>
          <w:jc w:val="center"/>
        </w:trPr>
        <w:tc>
          <w:tcPr>
            <w:tcW w:w="14060" w:type="dxa"/>
            <w:gridSpan w:val="6"/>
            <w:tcMar>
              <w:top w:w="70" w:type="dxa"/>
              <w:left w:w="90" w:type="dxa"/>
              <w:bottom w:w="70" w:type="dxa"/>
              <w:right w:w="90" w:type="dxa"/>
            </w:tcMar>
            <w:vAlign w:val="center"/>
          </w:tcPr>
          <w:p w14:paraId="50C3C457" w14:textId="77777777" w:rsidR="008D43AB" w:rsidRDefault="008D43AB"/>
          <w:p w14:paraId="01501B6B"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246D9369" w14:textId="77777777">
        <w:trPr>
          <w:cantSplit/>
          <w:jc w:val="center"/>
        </w:trPr>
        <w:tc>
          <w:tcPr>
            <w:tcW w:w="14060" w:type="dxa"/>
            <w:gridSpan w:val="6"/>
            <w:tcMar>
              <w:top w:w="70" w:type="dxa"/>
              <w:left w:w="90" w:type="dxa"/>
              <w:bottom w:w="70" w:type="dxa"/>
              <w:right w:w="90" w:type="dxa"/>
            </w:tcMar>
            <w:vAlign w:val="center"/>
          </w:tcPr>
          <w:p w14:paraId="0BA80B97" w14:textId="77777777" w:rsidR="008D43AB" w:rsidRDefault="008D43AB"/>
          <w:p w14:paraId="48D1671D"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2EBEA382" w14:textId="77777777">
        <w:trPr>
          <w:cantSplit/>
          <w:jc w:val="center"/>
        </w:trPr>
        <w:tc>
          <w:tcPr>
            <w:tcW w:w="14060" w:type="dxa"/>
            <w:gridSpan w:val="6"/>
            <w:tcMar>
              <w:top w:w="70" w:type="dxa"/>
              <w:left w:w="90" w:type="dxa"/>
              <w:bottom w:w="70" w:type="dxa"/>
              <w:right w:w="90" w:type="dxa"/>
            </w:tcMar>
            <w:vAlign w:val="center"/>
          </w:tcPr>
          <w:p w14:paraId="1ABCEEC0" w14:textId="77777777" w:rsidR="008D43AB" w:rsidRDefault="008D43AB"/>
          <w:p w14:paraId="5D1FF9CA"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629385F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B59DF8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088645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B7D9215" w14:textId="77777777" w:rsidR="008D43AB" w:rsidRDefault="00000000">
            <w:pPr>
              <w:jc w:val="center"/>
            </w:pPr>
            <w:r>
              <w:rPr>
                <w:b/>
                <w:color w:val="000000"/>
                <w:sz w:val="20"/>
              </w:rPr>
              <w:t>UČNE DEJAVNOSTI, METODE IN FORMATIVNO SPREMLJANJE</w:t>
            </w:r>
          </w:p>
        </w:tc>
      </w:tr>
      <w:tr w:rsidR="008D43AB" w14:paraId="79CE4A07" w14:textId="77777777">
        <w:trPr>
          <w:tblHeader/>
          <w:jc w:val="center"/>
        </w:trPr>
        <w:tc>
          <w:tcPr>
            <w:tcW w:w="4422" w:type="dxa"/>
            <w:vMerge/>
            <w:tcMar>
              <w:top w:w="70" w:type="dxa"/>
              <w:left w:w="90" w:type="dxa"/>
              <w:bottom w:w="70" w:type="dxa"/>
              <w:right w:w="90" w:type="dxa"/>
            </w:tcMar>
            <w:vAlign w:val="center"/>
          </w:tcPr>
          <w:p w14:paraId="01E05AB1" w14:textId="77777777" w:rsidR="008D43AB" w:rsidRDefault="008D43AB"/>
        </w:tc>
        <w:tc>
          <w:tcPr>
            <w:tcW w:w="7087" w:type="dxa"/>
            <w:shd w:val="clear" w:color="auto" w:fill="FFFFFF"/>
            <w:tcMar>
              <w:top w:w="70" w:type="dxa"/>
              <w:left w:w="90" w:type="dxa"/>
              <w:bottom w:w="70" w:type="dxa"/>
              <w:right w:w="90" w:type="dxa"/>
            </w:tcMar>
            <w:vAlign w:val="center"/>
          </w:tcPr>
          <w:p w14:paraId="1703F15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D4DB967" w14:textId="77777777" w:rsidR="008D43AB" w:rsidRDefault="00000000">
            <w:pPr>
              <w:jc w:val="center"/>
            </w:pPr>
            <w:r>
              <w:rPr>
                <w:b/>
                <w:color w:val="000000"/>
              </w:rPr>
              <w:t>UČENEC</w:t>
            </w:r>
          </w:p>
        </w:tc>
      </w:tr>
      <w:tr w:rsidR="008D43AB" w14:paraId="785539A5" w14:textId="77777777">
        <w:trPr>
          <w:jc w:val="center"/>
        </w:trPr>
        <w:tc>
          <w:tcPr>
            <w:tcW w:w="4422" w:type="dxa"/>
            <w:tcMar>
              <w:top w:w="70" w:type="dxa"/>
              <w:left w:w="90" w:type="dxa"/>
              <w:bottom w:w="70" w:type="dxa"/>
              <w:right w:w="90" w:type="dxa"/>
            </w:tcMar>
          </w:tcPr>
          <w:p w14:paraId="79FAF5C9" w14:textId="77777777" w:rsidR="008D43AB" w:rsidRDefault="008D43AB"/>
          <w:p w14:paraId="2BB41AFA" w14:textId="77777777" w:rsidR="008D43AB" w:rsidRDefault="00000000">
            <w:pPr>
              <w:spacing w:after="60" w:line="245" w:lineRule="auto"/>
            </w:pPr>
            <w:r>
              <w:rPr>
                <w:b/>
                <w:color w:val="000000"/>
              </w:rPr>
              <w:t>UČNI CILJI</w:t>
            </w:r>
          </w:p>
          <w:p w14:paraId="377BC582" w14:textId="77777777" w:rsidR="008D43AB" w:rsidRDefault="00000000">
            <w:pPr>
              <w:spacing w:after="20" w:line="245" w:lineRule="auto"/>
            </w:pPr>
            <w:r>
              <w:rPr>
                <w:b/>
                <w:color w:val="000000"/>
                <w:sz w:val="17"/>
              </w:rPr>
              <w:t>SPLOŠNI</w:t>
            </w:r>
          </w:p>
          <w:p w14:paraId="2254DA27"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C41E069" w14:textId="77777777" w:rsidR="008D43AB" w:rsidRDefault="00000000">
            <w:pPr>
              <w:pStyle w:val="Oznaenseznam"/>
              <w:spacing w:after="16"/>
            </w:pPr>
            <w:r>
              <w:rPr>
                <w:color w:val="000000"/>
                <w:sz w:val="16"/>
              </w:rPr>
              <w:t>poje, ritmično govori ter uporablja telo, glasbila in predmete kot zvočne vire</w:t>
            </w:r>
          </w:p>
          <w:p w14:paraId="764AF89A" w14:textId="77777777" w:rsidR="008D43AB" w:rsidRDefault="00000000">
            <w:pPr>
              <w:pStyle w:val="Oznaenseznam"/>
              <w:spacing w:after="16"/>
            </w:pPr>
            <w:r>
              <w:rPr>
                <w:color w:val="000000"/>
                <w:sz w:val="16"/>
              </w:rPr>
              <w:t>razlikuje izbrane lastnosti zvoka in glasbe ter varuje sluh in odgovorno uporablja glasbila</w:t>
            </w:r>
          </w:p>
          <w:p w14:paraId="353031B1"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14EF35FC" w14:textId="77777777" w:rsidR="008D43AB" w:rsidRDefault="00000000">
            <w:pPr>
              <w:spacing w:before="40" w:after="20" w:line="245" w:lineRule="auto"/>
            </w:pPr>
            <w:r>
              <w:rPr>
                <w:b/>
                <w:color w:val="000000"/>
                <w:sz w:val="17"/>
              </w:rPr>
              <w:t>OPERATIVNI</w:t>
            </w:r>
          </w:p>
          <w:p w14:paraId="37F6C07E" w14:textId="77777777" w:rsidR="008D43AB" w:rsidRDefault="00000000">
            <w:pPr>
              <w:pStyle w:val="Oznaenseznam"/>
              <w:spacing w:after="16"/>
            </w:pPr>
            <w:r>
              <w:rPr>
                <w:color w:val="000000"/>
                <w:sz w:val="16"/>
              </w:rPr>
              <w:t>raziskuje zvočila</w:t>
            </w:r>
          </w:p>
          <w:p w14:paraId="1043613E" w14:textId="77777777" w:rsidR="008D43AB" w:rsidRDefault="00000000">
            <w:pPr>
              <w:pStyle w:val="Oznaenseznam"/>
              <w:spacing w:after="16"/>
            </w:pPr>
            <w:r>
              <w:rPr>
                <w:color w:val="000000"/>
                <w:sz w:val="16"/>
              </w:rPr>
              <w:t>razlikuje trajanje zvoka</w:t>
            </w:r>
          </w:p>
          <w:p w14:paraId="03F6353C" w14:textId="77777777" w:rsidR="008D43AB" w:rsidRDefault="00000000">
            <w:pPr>
              <w:pStyle w:val="Oznaenseznam"/>
              <w:spacing w:after="16"/>
            </w:pPr>
            <w:r>
              <w:rPr>
                <w:color w:val="000000"/>
                <w:sz w:val="16"/>
              </w:rPr>
              <w:t>sodeluje v zvočnem pogovoru</w:t>
            </w:r>
          </w:p>
          <w:p w14:paraId="1764EAA2" w14:textId="77777777" w:rsidR="008D43AB" w:rsidRDefault="00000000">
            <w:pPr>
              <w:spacing w:before="40" w:after="20" w:line="245" w:lineRule="auto"/>
            </w:pPr>
            <w:r>
              <w:rPr>
                <w:b/>
                <w:color w:val="000000"/>
                <w:sz w:val="17"/>
              </w:rPr>
              <w:t>PRIČAKOVANI DOSEŽKI / MINIMALNI POUDARKI</w:t>
            </w:r>
          </w:p>
          <w:p w14:paraId="158A064C" w14:textId="77777777" w:rsidR="008D43AB" w:rsidRDefault="00000000">
            <w:pPr>
              <w:pStyle w:val="Oznaenseznam"/>
              <w:spacing w:after="16"/>
            </w:pPr>
            <w:r>
              <w:rPr>
                <w:color w:val="000000"/>
                <w:sz w:val="15"/>
              </w:rPr>
              <w:t>samostojno oziroma z dogovorjeno oporo raziskuje zvočila</w:t>
            </w:r>
          </w:p>
          <w:p w14:paraId="6B2042FC" w14:textId="77777777" w:rsidR="008D43AB" w:rsidRDefault="00000000">
            <w:pPr>
              <w:pStyle w:val="Oznaenseznam"/>
              <w:spacing w:after="16"/>
            </w:pPr>
            <w:r>
              <w:rPr>
                <w:color w:val="000000"/>
                <w:sz w:val="15"/>
              </w:rPr>
              <w:t>samostojno oziroma z dogovorjeno oporo razlikuje trajanje zvoka</w:t>
            </w:r>
          </w:p>
          <w:p w14:paraId="4FB6B249" w14:textId="77777777" w:rsidR="008D43AB" w:rsidRDefault="00000000">
            <w:pPr>
              <w:pStyle w:val="Oznaenseznam"/>
              <w:spacing w:after="16"/>
            </w:pPr>
            <w:r>
              <w:rPr>
                <w:color w:val="000000"/>
                <w:sz w:val="15"/>
              </w:rPr>
              <w:t>samostojno oziroma z dogovorjeno oporo sodeluje v zvočnem pogovoru</w:t>
            </w:r>
          </w:p>
        </w:tc>
        <w:tc>
          <w:tcPr>
            <w:tcW w:w="7087" w:type="dxa"/>
            <w:tcMar>
              <w:top w:w="70" w:type="dxa"/>
              <w:left w:w="90" w:type="dxa"/>
              <w:bottom w:w="70" w:type="dxa"/>
              <w:right w:w="90" w:type="dxa"/>
            </w:tcMar>
          </w:tcPr>
          <w:p w14:paraId="2EE2745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22DD51B" w14:textId="77777777">
              <w:trPr>
                <w:jc w:val="center"/>
              </w:trPr>
              <w:tc>
                <w:tcPr>
                  <w:tcW w:w="7087" w:type="dxa"/>
                  <w:shd w:val="clear" w:color="auto" w:fill="C6E7F3"/>
                  <w:tcMar>
                    <w:top w:w="45" w:type="dxa"/>
                    <w:left w:w="70" w:type="dxa"/>
                    <w:bottom w:w="45" w:type="dxa"/>
                    <w:right w:w="70" w:type="dxa"/>
                  </w:tcMar>
                </w:tcPr>
                <w:p w14:paraId="4096BF18" w14:textId="77777777" w:rsidR="008D43AB" w:rsidRDefault="00000000">
                  <w:pPr>
                    <w:keepNext/>
                  </w:pPr>
                  <w:r>
                    <w:rPr>
                      <w:b/>
                      <w:color w:val="000000"/>
                    </w:rPr>
                    <w:t>UVODNI DEL – zvočna motivacija, aktivacija predznanja in namen učenja (8–12 min)</w:t>
                  </w:r>
                </w:p>
              </w:tc>
            </w:tr>
          </w:tbl>
          <w:p w14:paraId="63556165" w14:textId="77777777" w:rsidR="008D43AB" w:rsidRDefault="008D43AB">
            <w:pPr>
              <w:spacing w:line="20" w:lineRule="exact"/>
            </w:pPr>
          </w:p>
          <w:p w14:paraId="5D8651CE" w14:textId="77777777" w:rsidR="008D43AB" w:rsidRDefault="00000000">
            <w:pPr>
              <w:spacing w:before="40" w:after="60" w:line="245" w:lineRule="auto"/>
            </w:pPr>
            <w:r>
              <w:rPr>
                <w:color w:val="000000"/>
                <w:sz w:val="16"/>
              </w:rPr>
              <w:t>Učenci ob motivu »Zlata ptica« – slovenska ljudska pravljica vstopijo v temo svetloba, zvok, barva in pravljično iskanje. Najprej v tišini poslušajo kratek zvočni odlomek ali učiteljičino izvedbo (ptičji klici in izbrani odlomek Živalskega karnevala),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0247253C" w14:textId="77777777">
              <w:trPr>
                <w:jc w:val="center"/>
              </w:trPr>
              <w:tc>
                <w:tcPr>
                  <w:tcW w:w="7087" w:type="dxa"/>
                  <w:shd w:val="clear" w:color="auto" w:fill="EDC9EA"/>
                  <w:tcMar>
                    <w:top w:w="45" w:type="dxa"/>
                    <w:left w:w="70" w:type="dxa"/>
                    <w:bottom w:w="45" w:type="dxa"/>
                    <w:right w:w="70" w:type="dxa"/>
                  </w:tcMar>
                </w:tcPr>
                <w:p w14:paraId="04FD3E2E" w14:textId="77777777" w:rsidR="008D43AB" w:rsidRDefault="00000000">
                  <w:pPr>
                    <w:keepNext/>
                  </w:pPr>
                  <w:r>
                    <w:rPr>
                      <w:b/>
                      <w:color w:val="000000"/>
                    </w:rPr>
                    <w:t>NAMENI UČENJA</w:t>
                  </w:r>
                </w:p>
              </w:tc>
            </w:tr>
          </w:tbl>
          <w:p w14:paraId="7E6C1CF3" w14:textId="77777777" w:rsidR="008D43AB" w:rsidRDefault="008D43AB">
            <w:pPr>
              <w:spacing w:line="20" w:lineRule="exact"/>
            </w:pPr>
          </w:p>
          <w:p w14:paraId="149F924A"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48BBDC9A" w14:textId="77777777" w:rsidR="008D43AB" w:rsidRDefault="00000000">
            <w:pPr>
              <w:pStyle w:val="Oznaenseznam"/>
              <w:spacing w:after="16"/>
            </w:pPr>
            <w:r>
              <w:rPr>
                <w:color w:val="000000"/>
                <w:sz w:val="16"/>
              </w:rPr>
              <w:t>raziskujem zvočila</w:t>
            </w:r>
          </w:p>
          <w:p w14:paraId="6A0AD0DE" w14:textId="77777777" w:rsidR="008D43AB" w:rsidRDefault="00000000">
            <w:pPr>
              <w:pStyle w:val="Oznaenseznam"/>
              <w:spacing w:after="16"/>
            </w:pPr>
            <w:r>
              <w:rPr>
                <w:color w:val="000000"/>
                <w:sz w:val="16"/>
              </w:rPr>
              <w:t>razlikujem trajanje zvoka</w:t>
            </w:r>
          </w:p>
          <w:p w14:paraId="3BFBB515" w14:textId="77777777" w:rsidR="008D43AB" w:rsidRDefault="00000000">
            <w:pPr>
              <w:pStyle w:val="Oznaenseznam"/>
              <w:spacing w:after="16"/>
            </w:pPr>
            <w:r>
              <w:rPr>
                <w:color w:val="000000"/>
                <w:sz w:val="16"/>
              </w:rPr>
              <w:t>sodelujem v zvočnem pogovoru</w:t>
            </w:r>
          </w:p>
          <w:tbl>
            <w:tblPr>
              <w:tblStyle w:val="Tabelamrea"/>
              <w:tblW w:w="0" w:type="auto"/>
              <w:jc w:val="center"/>
              <w:tblLayout w:type="fixed"/>
              <w:tblLook w:val="04A0" w:firstRow="1" w:lastRow="0" w:firstColumn="1" w:lastColumn="0" w:noHBand="0" w:noVBand="1"/>
            </w:tblPr>
            <w:tblGrid>
              <w:gridCol w:w="7087"/>
            </w:tblGrid>
            <w:tr w:rsidR="008D43AB" w14:paraId="46BA3C66" w14:textId="77777777">
              <w:trPr>
                <w:jc w:val="center"/>
              </w:trPr>
              <w:tc>
                <w:tcPr>
                  <w:tcW w:w="7087" w:type="dxa"/>
                  <w:shd w:val="clear" w:color="auto" w:fill="EDC9EA"/>
                  <w:tcMar>
                    <w:top w:w="45" w:type="dxa"/>
                    <w:left w:w="70" w:type="dxa"/>
                    <w:bottom w:w="45" w:type="dxa"/>
                    <w:right w:w="70" w:type="dxa"/>
                  </w:tcMar>
                </w:tcPr>
                <w:p w14:paraId="425EB7B4" w14:textId="77777777" w:rsidR="008D43AB" w:rsidRDefault="00000000">
                  <w:pPr>
                    <w:keepNext/>
                  </w:pPr>
                  <w:r>
                    <w:rPr>
                      <w:b/>
                      <w:color w:val="000000"/>
                    </w:rPr>
                    <w:t>PREVERJANJE PREDZNANJA</w:t>
                  </w:r>
                </w:p>
              </w:tc>
            </w:tr>
          </w:tbl>
          <w:p w14:paraId="71ABDDE2" w14:textId="77777777" w:rsidR="008D43AB" w:rsidRDefault="008D43AB">
            <w:pPr>
              <w:spacing w:line="20" w:lineRule="exact"/>
            </w:pPr>
          </w:p>
          <w:p w14:paraId="696C1638" w14:textId="77777777" w:rsidR="008D43AB" w:rsidRDefault="00000000">
            <w:pPr>
              <w:pStyle w:val="Oznaenseznam"/>
              <w:spacing w:after="16"/>
            </w:pPr>
            <w:r>
              <w:rPr>
                <w:color w:val="000000"/>
                <w:sz w:val="16"/>
              </w:rPr>
              <w:t>Kaj mi zvok, naslov, slika ali motiv pove o temi svetloba, zvok, barva in pravljično iskanje?</w:t>
            </w:r>
          </w:p>
          <w:p w14:paraId="729D4A91" w14:textId="77777777" w:rsidR="008D43AB" w:rsidRDefault="00000000">
            <w:pPr>
              <w:pStyle w:val="Oznaenseznam"/>
              <w:spacing w:after="16"/>
            </w:pPr>
            <w:r>
              <w:rPr>
                <w:color w:val="000000"/>
                <w:sz w:val="16"/>
              </w:rPr>
              <w:t>Kako lahko s poslušanjem, glasom, telesom, glasbilom ali simbolom pokažem, kaj že znam pri temi »ZVOČNI VIRI«?</w:t>
            </w:r>
          </w:p>
          <w:p w14:paraId="17428FEB"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32430731" w14:textId="77777777">
              <w:trPr>
                <w:jc w:val="center"/>
              </w:trPr>
              <w:tc>
                <w:tcPr>
                  <w:tcW w:w="7087" w:type="dxa"/>
                  <w:shd w:val="clear" w:color="auto" w:fill="EDC9EA"/>
                  <w:tcMar>
                    <w:top w:w="45" w:type="dxa"/>
                    <w:left w:w="70" w:type="dxa"/>
                    <w:bottom w:w="45" w:type="dxa"/>
                    <w:right w:w="70" w:type="dxa"/>
                  </w:tcMar>
                </w:tcPr>
                <w:p w14:paraId="6F97EBEE" w14:textId="77777777" w:rsidR="008D43AB" w:rsidRDefault="00000000">
                  <w:pPr>
                    <w:keepNext/>
                  </w:pPr>
                  <w:r>
                    <w:rPr>
                      <w:b/>
                      <w:color w:val="000000"/>
                    </w:rPr>
                    <w:t>KRITERIJI USPEŠNOSTI</w:t>
                  </w:r>
                </w:p>
              </w:tc>
            </w:tr>
          </w:tbl>
          <w:p w14:paraId="5077B4D9" w14:textId="77777777" w:rsidR="008D43AB" w:rsidRDefault="008D43AB"/>
          <w:p w14:paraId="1B61BEB4" w14:textId="77777777" w:rsidR="008D43AB" w:rsidRDefault="00000000">
            <w:pPr>
              <w:spacing w:before="20" w:after="20" w:line="245" w:lineRule="auto"/>
            </w:pPr>
            <w:r>
              <w:rPr>
                <w:b/>
                <w:color w:val="000000"/>
                <w:sz w:val="16"/>
              </w:rPr>
              <w:t>Uspešen/-na bom, ko:</w:t>
            </w:r>
          </w:p>
          <w:p w14:paraId="0FDDB904" w14:textId="77777777" w:rsidR="008D43AB" w:rsidRDefault="00000000">
            <w:pPr>
              <w:pStyle w:val="Oznaenseznam"/>
              <w:spacing w:after="16"/>
            </w:pPr>
            <w:r>
              <w:rPr>
                <w:color w:val="000000"/>
                <w:sz w:val="16"/>
              </w:rPr>
              <w:t>raziskujem zvočila</w:t>
            </w:r>
          </w:p>
          <w:p w14:paraId="480F75B7" w14:textId="77777777" w:rsidR="008D43AB" w:rsidRDefault="00000000">
            <w:pPr>
              <w:pStyle w:val="Oznaenseznam"/>
              <w:spacing w:after="16"/>
            </w:pPr>
            <w:r>
              <w:rPr>
                <w:color w:val="000000"/>
                <w:sz w:val="16"/>
              </w:rPr>
              <w:t>razlikujem trajanje zvoka</w:t>
            </w:r>
          </w:p>
          <w:p w14:paraId="1423CE37" w14:textId="77777777" w:rsidR="008D43AB" w:rsidRDefault="00000000">
            <w:pPr>
              <w:pStyle w:val="Oznaenseznam"/>
              <w:spacing w:after="16"/>
            </w:pPr>
            <w:r>
              <w:rPr>
                <w:color w:val="000000"/>
                <w:sz w:val="16"/>
              </w:rPr>
              <w:t>sodelujem v zvočnem pogovoru</w:t>
            </w:r>
          </w:p>
          <w:p w14:paraId="3CAADA90" w14:textId="77777777" w:rsidR="008D43AB" w:rsidRDefault="00000000">
            <w:pPr>
              <w:pStyle w:val="Oznaenseznam"/>
              <w:spacing w:after="16"/>
            </w:pPr>
            <w:r>
              <w:rPr>
                <w:color w:val="000000"/>
                <w:sz w:val="16"/>
              </w:rPr>
              <w:t>upoštevam dogovorjeni začetek, konec, znak za tišino in varno glasnost</w:t>
            </w:r>
          </w:p>
          <w:p w14:paraId="018FA434"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7E9B02DA" w14:textId="77777777" w:rsidR="008D43AB" w:rsidRDefault="008D43AB"/>
          <w:p w14:paraId="1BC96C98"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1957CAEE" w14:textId="77777777" w:rsidR="008D43AB" w:rsidRDefault="00000000">
            <w:pPr>
              <w:spacing w:after="80" w:line="245" w:lineRule="auto"/>
            </w:pPr>
            <w:r>
              <w:rPr>
                <w:color w:val="000000"/>
                <w:sz w:val="16"/>
              </w:rPr>
              <w:t>Pove ali pokaže, kaj že zna in katero glasbeno strategijo bi uporabil.</w:t>
            </w:r>
          </w:p>
          <w:p w14:paraId="5810B96B" w14:textId="77777777" w:rsidR="008D43AB" w:rsidRDefault="00000000">
            <w:pPr>
              <w:spacing w:after="100" w:line="245" w:lineRule="auto"/>
            </w:pPr>
            <w:r>
              <w:rPr>
                <w:color w:val="000000"/>
                <w:sz w:val="16"/>
              </w:rPr>
              <w:t>Sodeluje pri razumevanju namenov, meril uspešnosti, varne glasnosti in načina dokazovanja.</w:t>
            </w:r>
          </w:p>
          <w:p w14:paraId="14A6171D" w14:textId="77777777" w:rsidR="008D43AB" w:rsidRDefault="00000000">
            <w:pPr>
              <w:spacing w:after="20" w:line="245" w:lineRule="auto"/>
            </w:pPr>
            <w:r>
              <w:rPr>
                <w:b/>
                <w:color w:val="D95BC6"/>
                <w:sz w:val="17"/>
              </w:rPr>
              <w:t>DOKAZ O UČENJU</w:t>
            </w:r>
          </w:p>
          <w:p w14:paraId="42D173D3"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7891608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43A17B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C31295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0B7953" w14:textId="77777777" w:rsidR="008D43AB" w:rsidRDefault="00000000">
            <w:pPr>
              <w:jc w:val="center"/>
            </w:pPr>
            <w:r>
              <w:rPr>
                <w:b/>
                <w:color w:val="000000"/>
                <w:sz w:val="20"/>
              </w:rPr>
              <w:t>UČNE DEJAVNOSTI, METODE IN FORMATIVNO SPREMLJANJE</w:t>
            </w:r>
          </w:p>
        </w:tc>
      </w:tr>
      <w:tr w:rsidR="008D43AB" w14:paraId="40C118B6" w14:textId="77777777">
        <w:trPr>
          <w:tblHeader/>
          <w:jc w:val="center"/>
        </w:trPr>
        <w:tc>
          <w:tcPr>
            <w:tcW w:w="4422" w:type="dxa"/>
            <w:vMerge/>
            <w:tcMar>
              <w:top w:w="70" w:type="dxa"/>
              <w:left w:w="90" w:type="dxa"/>
              <w:bottom w:w="70" w:type="dxa"/>
              <w:right w:w="90" w:type="dxa"/>
            </w:tcMar>
            <w:vAlign w:val="center"/>
          </w:tcPr>
          <w:p w14:paraId="63AD2BB6" w14:textId="77777777" w:rsidR="008D43AB" w:rsidRDefault="008D43AB"/>
        </w:tc>
        <w:tc>
          <w:tcPr>
            <w:tcW w:w="7087" w:type="dxa"/>
            <w:shd w:val="clear" w:color="auto" w:fill="FFFFFF"/>
            <w:tcMar>
              <w:top w:w="70" w:type="dxa"/>
              <w:left w:w="90" w:type="dxa"/>
              <w:bottom w:w="70" w:type="dxa"/>
              <w:right w:w="90" w:type="dxa"/>
            </w:tcMar>
            <w:vAlign w:val="center"/>
          </w:tcPr>
          <w:p w14:paraId="0572C99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FACBC50" w14:textId="77777777" w:rsidR="008D43AB" w:rsidRDefault="00000000">
            <w:pPr>
              <w:jc w:val="center"/>
            </w:pPr>
            <w:r>
              <w:rPr>
                <w:b/>
                <w:color w:val="000000"/>
              </w:rPr>
              <w:t>UČENEC</w:t>
            </w:r>
          </w:p>
        </w:tc>
      </w:tr>
      <w:tr w:rsidR="008D43AB" w14:paraId="70F03FC7" w14:textId="77777777">
        <w:trPr>
          <w:jc w:val="center"/>
        </w:trPr>
        <w:tc>
          <w:tcPr>
            <w:tcW w:w="4422" w:type="dxa"/>
            <w:tcMar>
              <w:top w:w="70" w:type="dxa"/>
              <w:left w:w="90" w:type="dxa"/>
              <w:bottom w:w="70" w:type="dxa"/>
              <w:right w:w="90" w:type="dxa"/>
            </w:tcMar>
          </w:tcPr>
          <w:p w14:paraId="4ADDDB2E" w14:textId="77777777" w:rsidR="008D43AB" w:rsidRDefault="008D43AB"/>
          <w:p w14:paraId="3C2E3E1E" w14:textId="77777777" w:rsidR="008D43AB" w:rsidRDefault="00000000">
            <w:pPr>
              <w:spacing w:after="40" w:line="245" w:lineRule="auto"/>
            </w:pPr>
            <w:r>
              <w:rPr>
                <w:b/>
                <w:color w:val="000000"/>
              </w:rPr>
              <w:t>KLJUČNI GLASBENI POJMI</w:t>
            </w:r>
          </w:p>
          <w:p w14:paraId="5511C689" w14:textId="77777777" w:rsidR="008D43AB" w:rsidRDefault="00000000">
            <w:pPr>
              <w:spacing w:after="60" w:line="245" w:lineRule="auto"/>
            </w:pPr>
            <w:r>
              <w:rPr>
                <w:color w:val="000000"/>
                <w:sz w:val="15"/>
              </w:rPr>
              <w:t>poslušanje, zvok, tišina, izvedba, glasbeni znak, dokaz, povratna informacija</w:t>
            </w:r>
          </w:p>
          <w:p w14:paraId="25FA541B" w14:textId="77777777" w:rsidR="008D43AB" w:rsidRDefault="00000000">
            <w:pPr>
              <w:spacing w:after="20" w:line="245" w:lineRule="auto"/>
            </w:pPr>
            <w:r>
              <w:rPr>
                <w:b/>
                <w:color w:val="000000"/>
                <w:sz w:val="17"/>
              </w:rPr>
              <w:t>DOKAZI O UČENJU</w:t>
            </w:r>
          </w:p>
          <w:p w14:paraId="0F795D96" w14:textId="77777777" w:rsidR="008D43AB" w:rsidRDefault="00000000">
            <w:pPr>
              <w:pStyle w:val="Oznaenseznam"/>
              <w:spacing w:after="9"/>
            </w:pPr>
            <w:r>
              <w:rPr>
                <w:color w:val="000000"/>
                <w:sz w:val="15"/>
              </w:rPr>
              <w:t>poslušalski gibalni odziv, ritmični/pevski odmev in učiteljev zapis o skupnem pulzu oziroma začetku/koncu.</w:t>
            </w:r>
          </w:p>
          <w:p w14:paraId="3E080BCC" w14:textId="77777777" w:rsidR="008D43AB" w:rsidRDefault="00000000">
            <w:pPr>
              <w:pStyle w:val="Oznaenseznam"/>
              <w:spacing w:after="9"/>
            </w:pPr>
            <w:r>
              <w:rPr>
                <w:color w:val="000000"/>
                <w:sz w:val="15"/>
              </w:rPr>
              <w:t>slikovni zvočni zapis, skupinska izvedba/posnetek in vrstniška opisna povratna informacija.</w:t>
            </w:r>
          </w:p>
          <w:p w14:paraId="55B975D0" w14:textId="77777777" w:rsidR="008D43AB" w:rsidRDefault="00000000">
            <w:pPr>
              <w:spacing w:before="40" w:after="20" w:line="245" w:lineRule="auto"/>
            </w:pPr>
            <w:r>
              <w:rPr>
                <w:b/>
                <w:color w:val="000000"/>
                <w:sz w:val="17"/>
              </w:rPr>
              <w:t>GLASBENO DOŽIVETJE IN IZKUŠENJSKI POUK</w:t>
            </w:r>
          </w:p>
          <w:p w14:paraId="46E98B32"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088DE6D1" w14:textId="77777777" w:rsidR="008D43AB" w:rsidRDefault="00000000">
            <w:pPr>
              <w:spacing w:after="20" w:line="245" w:lineRule="auto"/>
            </w:pPr>
            <w:r>
              <w:rPr>
                <w:b/>
                <w:color w:val="000000"/>
                <w:sz w:val="17"/>
              </w:rPr>
              <w:t>POUČEVANJE V GIBANJU</w:t>
            </w:r>
          </w:p>
          <w:p w14:paraId="46DC97BF"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7B66097" w14:textId="77777777" w:rsidR="008D43AB" w:rsidRDefault="00000000">
            <w:pPr>
              <w:spacing w:after="20" w:line="245" w:lineRule="auto"/>
            </w:pPr>
            <w:r>
              <w:rPr>
                <w:b/>
                <w:color w:val="000000"/>
                <w:sz w:val="17"/>
              </w:rPr>
              <w:t>DELO PO POSTAJAH</w:t>
            </w:r>
          </w:p>
          <w:p w14:paraId="4AA45167"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1CD3C060" w14:textId="77777777" w:rsidR="008D43AB" w:rsidRDefault="00000000">
            <w:pPr>
              <w:spacing w:after="10" w:line="245" w:lineRule="auto"/>
            </w:pPr>
            <w:r>
              <w:rPr>
                <w:color w:val="000000"/>
                <w:sz w:val="15"/>
              </w:rPr>
              <w:t>1. Aktivno poslušanje: prepoznam zvočni vir ali spremembo ter odziv pokažem s kartico, gibom ali besedo.</w:t>
            </w:r>
          </w:p>
          <w:p w14:paraId="0287E232" w14:textId="77777777" w:rsidR="008D43AB" w:rsidRDefault="00000000">
            <w:pPr>
              <w:spacing w:after="10" w:line="245" w:lineRule="auto"/>
            </w:pPr>
            <w:r>
              <w:rPr>
                <w:color w:val="000000"/>
                <w:sz w:val="15"/>
              </w:rPr>
              <w:t>2. Gibalna: glasbeno lastnost ponazorim s hojo, nivojem telesa, smerjo, hitrostjo in zamrznitvijo.</w:t>
            </w:r>
          </w:p>
          <w:p w14:paraId="31FD37EF" w14:textId="77777777" w:rsidR="008D43AB" w:rsidRDefault="00000000">
            <w:pPr>
              <w:spacing w:after="10" w:line="245" w:lineRule="auto"/>
            </w:pPr>
            <w:r>
              <w:rPr>
                <w:color w:val="000000"/>
                <w:sz w:val="15"/>
              </w:rPr>
              <w:t>3. Izvajalska: zvok posnemam z glasom, telesom ali glasbilom ter upoštevam začetek, konec in tišino.</w:t>
            </w:r>
          </w:p>
          <w:p w14:paraId="5A57A644" w14:textId="77777777" w:rsidR="008D43AB" w:rsidRDefault="00000000">
            <w:pPr>
              <w:spacing w:after="10" w:line="245" w:lineRule="auto"/>
            </w:pPr>
            <w:r>
              <w:rPr>
                <w:color w:val="000000"/>
                <w:sz w:val="15"/>
              </w:rPr>
              <w:t>4. Likovno-zapisna: doživetje ali zvočno zaporedje prikažem s simboli, ga predstavim in izboljšam.</w:t>
            </w:r>
          </w:p>
          <w:p w14:paraId="6F925265" w14:textId="77777777" w:rsidR="008D43AB" w:rsidRDefault="00000000">
            <w:pPr>
              <w:spacing w:after="20" w:line="245" w:lineRule="auto"/>
            </w:pPr>
            <w:r>
              <w:rPr>
                <w:b/>
                <w:color w:val="000000"/>
                <w:sz w:val="17"/>
              </w:rPr>
              <w:t>DIFERENCIACIJA IN VKLJUČEVANJE</w:t>
            </w:r>
          </w:p>
          <w:p w14:paraId="5B6FE8C5"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6F41C5F9" w14:textId="77777777" w:rsidR="008D43AB" w:rsidRDefault="00000000">
            <w:pPr>
              <w:spacing w:after="20" w:line="245" w:lineRule="auto"/>
            </w:pPr>
            <w:r>
              <w:rPr>
                <w:b/>
                <w:color w:val="000000"/>
                <w:sz w:val="17"/>
              </w:rPr>
              <w:t>SPREMLJANJE</w:t>
            </w:r>
          </w:p>
          <w:p w14:paraId="4954DDB0"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57C98912"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D2CE4F0" w14:textId="77777777">
              <w:trPr>
                <w:jc w:val="center"/>
              </w:trPr>
              <w:tc>
                <w:tcPr>
                  <w:tcW w:w="7087" w:type="dxa"/>
                  <w:shd w:val="clear" w:color="auto" w:fill="C6E7F3"/>
                  <w:tcMar>
                    <w:top w:w="45" w:type="dxa"/>
                    <w:left w:w="70" w:type="dxa"/>
                    <w:bottom w:w="45" w:type="dxa"/>
                    <w:right w:w="70" w:type="dxa"/>
                  </w:tcMar>
                </w:tcPr>
                <w:p w14:paraId="699C5319" w14:textId="77777777" w:rsidR="008D43AB" w:rsidRDefault="00000000">
                  <w:pPr>
                    <w:keepNext/>
                  </w:pPr>
                  <w:r>
                    <w:rPr>
                      <w:b/>
                      <w:color w:val="000000"/>
                      <w:sz w:val="17"/>
                    </w:rPr>
                    <w:t>GLAVNI DEL – POSLUŠANJE, IZVAJANJE, GIBANJE IN USTVARJANJE (2 šolski uri)</w:t>
                  </w:r>
                </w:p>
              </w:tc>
            </w:tr>
          </w:tbl>
          <w:p w14:paraId="2E579285" w14:textId="77777777" w:rsidR="008D43AB" w:rsidRDefault="008D43AB">
            <w:pPr>
              <w:spacing w:line="20" w:lineRule="exact"/>
            </w:pPr>
          </w:p>
          <w:p w14:paraId="709CCF28" w14:textId="77777777" w:rsidR="008D43AB" w:rsidRDefault="00000000">
            <w:pPr>
              <w:keepNext/>
              <w:spacing w:before="24" w:after="8" w:line="245" w:lineRule="auto"/>
            </w:pPr>
            <w:r>
              <w:rPr>
                <w:b/>
                <w:color w:val="000000"/>
                <w:sz w:val="16"/>
              </w:rPr>
              <w:t>1. URA – Zvočni Viri – Poslušam in izvajam</w:t>
            </w:r>
          </w:p>
          <w:p w14:paraId="4AC41F60"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»ZVOČNI VIRI«,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60F48ACD"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207DCE04"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15552661" w14:textId="77777777" w:rsidR="008D43AB" w:rsidRDefault="00000000">
            <w:pPr>
              <w:keepNext/>
              <w:spacing w:before="24" w:after="8" w:line="245" w:lineRule="auto"/>
            </w:pPr>
            <w:r>
              <w:rPr>
                <w:b/>
                <w:color w:val="000000"/>
                <w:sz w:val="16"/>
              </w:rPr>
              <w:t>2. URA – Zvočni Viri – Ustvarim in nastopim</w:t>
            </w:r>
          </w:p>
          <w:p w14:paraId="7EAE102E"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zvočni viri«; usmerja izbiro, zapis, vajo in menjavo vlog. Zaključek: 10' – Organizira nastop in odziv poslušalcev po kriterijih; posname kratek dokaz, če so soglasja urejena.</w:t>
            </w:r>
          </w:p>
          <w:p w14:paraId="76AFB6B5"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E0143A6"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3F4162CC" w14:textId="77777777">
              <w:trPr>
                <w:jc w:val="center"/>
              </w:trPr>
              <w:tc>
                <w:tcPr>
                  <w:tcW w:w="7087" w:type="dxa"/>
                  <w:shd w:val="clear" w:color="auto" w:fill="EDC9EA"/>
                  <w:tcMar>
                    <w:top w:w="45" w:type="dxa"/>
                    <w:left w:w="70" w:type="dxa"/>
                    <w:bottom w:w="45" w:type="dxa"/>
                    <w:right w:w="70" w:type="dxa"/>
                  </w:tcMar>
                </w:tcPr>
                <w:p w14:paraId="218D27ED" w14:textId="77777777" w:rsidR="008D43AB" w:rsidRDefault="00000000">
                  <w:pPr>
                    <w:keepNext/>
                  </w:pPr>
                  <w:r>
                    <w:rPr>
                      <w:b/>
                      <w:color w:val="000000"/>
                      <w:sz w:val="17"/>
                    </w:rPr>
                    <w:t>ORGANIZACIJA POSTAJ IN PREHODOV</w:t>
                  </w:r>
                </w:p>
              </w:tc>
            </w:tr>
          </w:tbl>
          <w:p w14:paraId="4A7812B0" w14:textId="77777777" w:rsidR="008D43AB" w:rsidRDefault="008D43AB"/>
          <w:p w14:paraId="7B71B6F6"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5484F114"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0B2173E5"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1D67D3B0"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3330C2F5"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70B3F76F" w14:textId="77777777" w:rsidR="008D43AB" w:rsidRDefault="008D43AB"/>
          <w:p w14:paraId="432853A3" w14:textId="77777777" w:rsidR="008D43AB" w:rsidRDefault="00000000">
            <w:pPr>
              <w:spacing w:after="6" w:line="245" w:lineRule="auto"/>
            </w:pPr>
            <w:r>
              <w:rPr>
                <w:b/>
                <w:color w:val="000000"/>
                <w:sz w:val="15"/>
              </w:rPr>
              <w:t>1. URA – Zvočni Viri – Poslušam in izvajam</w:t>
            </w:r>
          </w:p>
          <w:p w14:paraId="7D1D66DB"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6BFFED2C" w14:textId="77777777" w:rsidR="008D43AB" w:rsidRDefault="00000000">
            <w:pPr>
              <w:spacing w:after="20" w:line="245" w:lineRule="auto"/>
            </w:pPr>
            <w:r>
              <w:rPr>
                <w:color w:val="D95BC6"/>
                <w:sz w:val="14"/>
              </w:rPr>
              <w:t>Dokaz: poslušalski gibalni odziv, ritmični/pevski odmev in učiteljev zapis o skupnem pulzu oziroma.</w:t>
            </w:r>
          </w:p>
          <w:p w14:paraId="543A9683" w14:textId="77777777" w:rsidR="008D43AB" w:rsidRDefault="00000000">
            <w:pPr>
              <w:spacing w:after="6" w:line="245" w:lineRule="auto"/>
            </w:pPr>
            <w:r>
              <w:rPr>
                <w:b/>
                <w:color w:val="000000"/>
                <w:sz w:val="15"/>
              </w:rPr>
              <w:t>2. URA – Zvočni Viri – Ustvarim in nastopim</w:t>
            </w:r>
          </w:p>
          <w:p w14:paraId="66ACFE39"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15A1BA5C" w14:textId="77777777" w:rsidR="008D43AB" w:rsidRDefault="00000000">
            <w:pPr>
              <w:spacing w:after="20" w:line="245" w:lineRule="auto"/>
            </w:pPr>
            <w:r>
              <w:rPr>
                <w:color w:val="D95BC6"/>
                <w:sz w:val="14"/>
              </w:rPr>
              <w:t>Dokaz: slikovni zvočni zapis, skupinska izvedba/posnetek in vrstniška opisna povratna informacija.</w:t>
            </w:r>
          </w:p>
          <w:p w14:paraId="7877133E" w14:textId="77777777" w:rsidR="008D43AB" w:rsidRDefault="00000000">
            <w:pPr>
              <w:spacing w:before="40" w:after="20" w:line="245" w:lineRule="auto"/>
            </w:pPr>
            <w:r>
              <w:rPr>
                <w:b/>
                <w:color w:val="D95BC6"/>
                <w:sz w:val="16"/>
              </w:rPr>
              <w:t>MOJ KROG POSTAJ</w:t>
            </w:r>
          </w:p>
          <w:p w14:paraId="0B2A17BB" w14:textId="77777777" w:rsidR="008D43AB" w:rsidRDefault="00000000">
            <w:pPr>
              <w:spacing w:after="11" w:line="245" w:lineRule="auto"/>
            </w:pPr>
            <w:r>
              <w:rPr>
                <w:color w:val="000000"/>
                <w:sz w:val="14"/>
              </w:rPr>
              <w:t>1. Aktivno poslušanje: prepoznam zvočni vir ali spremembo ter odziv pokažem s kartico.</w:t>
            </w:r>
          </w:p>
          <w:p w14:paraId="68DD0B1E" w14:textId="77777777" w:rsidR="008D43AB" w:rsidRDefault="00000000">
            <w:pPr>
              <w:spacing w:after="11" w:line="245" w:lineRule="auto"/>
            </w:pPr>
            <w:r>
              <w:rPr>
                <w:color w:val="000000"/>
                <w:sz w:val="14"/>
              </w:rPr>
              <w:t>2. Gibalna: glasbeno lastnost ponazorim s hojo, nivojem telesa, smerjo.</w:t>
            </w:r>
          </w:p>
          <w:p w14:paraId="030061DB" w14:textId="77777777" w:rsidR="008D43AB" w:rsidRDefault="00000000">
            <w:pPr>
              <w:spacing w:after="11" w:line="245" w:lineRule="auto"/>
            </w:pPr>
            <w:r>
              <w:rPr>
                <w:color w:val="000000"/>
                <w:sz w:val="14"/>
              </w:rPr>
              <w:t>3. Izvajalska: zvok posnemam z glasom, telesom ali glasbilom ter upoštevam začetek.</w:t>
            </w:r>
          </w:p>
          <w:p w14:paraId="40B6CDE0" w14:textId="77777777" w:rsidR="008D43AB" w:rsidRDefault="00000000">
            <w:pPr>
              <w:spacing w:after="11" w:line="245" w:lineRule="auto"/>
            </w:pPr>
            <w:r>
              <w:rPr>
                <w:color w:val="000000"/>
                <w:sz w:val="14"/>
              </w:rPr>
              <w:t>4. Likovno-zapisna: doživetje ali zvočno zaporedje prikažem s simboli.</w:t>
            </w:r>
          </w:p>
          <w:p w14:paraId="4004D083"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13BFFCAC" w14:textId="77777777" w:rsidR="008D43AB" w:rsidRDefault="00000000">
            <w:pPr>
              <w:spacing w:after="20" w:line="245" w:lineRule="auto"/>
            </w:pPr>
            <w:r>
              <w:rPr>
                <w:b/>
                <w:color w:val="D95BC6"/>
                <w:sz w:val="17"/>
              </w:rPr>
              <w:t>DOKAZ O UČENJU</w:t>
            </w:r>
          </w:p>
          <w:p w14:paraId="474D061C"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4BCBACC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252117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FB129E2"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A0B525" w14:textId="77777777" w:rsidR="008D43AB" w:rsidRDefault="00000000">
            <w:pPr>
              <w:jc w:val="center"/>
            </w:pPr>
            <w:r>
              <w:rPr>
                <w:b/>
                <w:color w:val="000000"/>
                <w:sz w:val="20"/>
              </w:rPr>
              <w:t>UČNE DEJAVNOSTI, METODE IN FORMATIVNO SPREMLJANJE</w:t>
            </w:r>
          </w:p>
        </w:tc>
      </w:tr>
      <w:tr w:rsidR="008D43AB" w14:paraId="7D22A70B" w14:textId="77777777">
        <w:trPr>
          <w:tblHeader/>
          <w:jc w:val="center"/>
        </w:trPr>
        <w:tc>
          <w:tcPr>
            <w:tcW w:w="4422" w:type="dxa"/>
            <w:vMerge/>
            <w:tcMar>
              <w:top w:w="70" w:type="dxa"/>
              <w:left w:w="90" w:type="dxa"/>
              <w:bottom w:w="70" w:type="dxa"/>
              <w:right w:w="90" w:type="dxa"/>
            </w:tcMar>
            <w:vAlign w:val="center"/>
          </w:tcPr>
          <w:p w14:paraId="51744DC8" w14:textId="77777777" w:rsidR="008D43AB" w:rsidRDefault="008D43AB"/>
        </w:tc>
        <w:tc>
          <w:tcPr>
            <w:tcW w:w="7087" w:type="dxa"/>
            <w:shd w:val="clear" w:color="auto" w:fill="FFFFFF"/>
            <w:tcMar>
              <w:top w:w="70" w:type="dxa"/>
              <w:left w:w="90" w:type="dxa"/>
              <w:bottom w:w="70" w:type="dxa"/>
              <w:right w:w="90" w:type="dxa"/>
            </w:tcMar>
            <w:vAlign w:val="center"/>
          </w:tcPr>
          <w:p w14:paraId="75D8C5C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82922A4" w14:textId="77777777" w:rsidR="008D43AB" w:rsidRDefault="00000000">
            <w:pPr>
              <w:jc w:val="center"/>
            </w:pPr>
            <w:r>
              <w:rPr>
                <w:b/>
                <w:color w:val="000000"/>
              </w:rPr>
              <w:t>UČENEC</w:t>
            </w:r>
          </w:p>
        </w:tc>
      </w:tr>
      <w:tr w:rsidR="008D43AB" w14:paraId="14DE14C4" w14:textId="77777777">
        <w:trPr>
          <w:jc w:val="center"/>
        </w:trPr>
        <w:tc>
          <w:tcPr>
            <w:tcW w:w="4422" w:type="dxa"/>
            <w:tcMar>
              <w:top w:w="70" w:type="dxa"/>
              <w:left w:w="90" w:type="dxa"/>
              <w:bottom w:w="70" w:type="dxa"/>
              <w:right w:w="90" w:type="dxa"/>
            </w:tcMar>
          </w:tcPr>
          <w:p w14:paraId="356F5D6A" w14:textId="77777777" w:rsidR="008D43AB" w:rsidRDefault="008D43AB"/>
          <w:p w14:paraId="0C5F6E46" w14:textId="77777777" w:rsidR="008D43AB" w:rsidRDefault="00000000">
            <w:pPr>
              <w:spacing w:after="40" w:line="245" w:lineRule="auto"/>
            </w:pPr>
            <w:r>
              <w:rPr>
                <w:b/>
                <w:color w:val="000000"/>
              </w:rPr>
              <w:t>FORMATIVNO SPREMLJANJE</w:t>
            </w:r>
          </w:p>
          <w:p w14:paraId="441620D6" w14:textId="77777777" w:rsidR="008D43AB" w:rsidRDefault="00000000">
            <w:pPr>
              <w:pStyle w:val="Oznaenseznam"/>
              <w:spacing w:after="16"/>
            </w:pPr>
            <w:r>
              <w:rPr>
                <w:color w:val="000000"/>
                <w:sz w:val="16"/>
              </w:rPr>
              <w:t>predznanje: zvočna napoved, izbira kartice, gib, ritmični oziroma pevski poskus ali začetni simbol</w:t>
            </w:r>
          </w:p>
          <w:p w14:paraId="1FF68E6E" w14:textId="77777777" w:rsidR="008D43AB" w:rsidRDefault="00000000">
            <w:pPr>
              <w:pStyle w:val="Oznaenseznam"/>
              <w:spacing w:after="16"/>
            </w:pPr>
            <w:r>
              <w:rPr>
                <w:color w:val="000000"/>
                <w:sz w:val="16"/>
              </w:rPr>
              <w:t>nameni in merila: kratka poved, slikovni znak, model izvedbe ter vidna pravila varne glasnosti</w:t>
            </w:r>
          </w:p>
          <w:p w14:paraId="50C2DFE3"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F13DDB5" w14:textId="77777777" w:rsidR="008D43AB" w:rsidRDefault="00000000">
            <w:pPr>
              <w:pStyle w:val="Oznaenseznam"/>
              <w:spacing w:after="16"/>
            </w:pPr>
            <w:r>
              <w:rPr>
                <w:color w:val="000000"/>
                <w:sz w:val="16"/>
              </w:rPr>
              <w:t>povratna informacija: opis slišane strategije, povezava z enim merilom in izvedljiv naslednji korak</w:t>
            </w:r>
          </w:p>
          <w:p w14:paraId="182D4538" w14:textId="77777777" w:rsidR="008D43AB" w:rsidRDefault="00000000">
            <w:pPr>
              <w:pStyle w:val="Oznaenseznam"/>
              <w:spacing w:after="16"/>
            </w:pPr>
            <w:r>
              <w:rPr>
                <w:color w:val="000000"/>
                <w:sz w:val="16"/>
              </w:rPr>
              <w:t>samovrednotenje: barvni zvočni semafor, lestvica samostojnosti, izbran dokaz in ponovna izvedba</w:t>
            </w:r>
          </w:p>
          <w:p w14:paraId="1BC52E5E" w14:textId="77777777" w:rsidR="008D43AB" w:rsidRDefault="00000000">
            <w:pPr>
              <w:spacing w:before="40" w:after="20" w:line="245" w:lineRule="auto"/>
            </w:pPr>
            <w:r>
              <w:rPr>
                <w:b/>
                <w:color w:val="000000"/>
                <w:sz w:val="17"/>
              </w:rPr>
              <w:t>VARNOST IN VAROVANJE SLUHA</w:t>
            </w:r>
          </w:p>
          <w:p w14:paraId="76908863"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1CD3FAB" w14:textId="77777777" w:rsidR="008D43AB" w:rsidRDefault="00000000">
            <w:pPr>
              <w:spacing w:after="20" w:line="245" w:lineRule="auto"/>
            </w:pPr>
            <w:r>
              <w:rPr>
                <w:b/>
                <w:color w:val="000000"/>
                <w:sz w:val="17"/>
              </w:rPr>
              <w:t>EVIDENCA PO IZVEDBI</w:t>
            </w:r>
          </w:p>
          <w:p w14:paraId="5A1046C8"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3D784152" w14:textId="77777777" w:rsidR="008D43AB" w:rsidRDefault="00000000">
            <w:pPr>
              <w:spacing w:before="40" w:after="20" w:line="245" w:lineRule="auto"/>
            </w:pPr>
            <w:r>
              <w:rPr>
                <w:b/>
                <w:color w:val="000000"/>
                <w:sz w:val="17"/>
              </w:rPr>
              <w:t>RAVEN DOSEGANJA</w:t>
            </w:r>
          </w:p>
          <w:p w14:paraId="496EB863"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37A4806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1BD5071" w14:textId="77777777">
              <w:trPr>
                <w:jc w:val="center"/>
              </w:trPr>
              <w:tc>
                <w:tcPr>
                  <w:tcW w:w="7087" w:type="dxa"/>
                  <w:shd w:val="clear" w:color="auto" w:fill="EDC9EA"/>
                  <w:tcMar>
                    <w:top w:w="45" w:type="dxa"/>
                    <w:left w:w="70" w:type="dxa"/>
                    <w:bottom w:w="45" w:type="dxa"/>
                    <w:right w:w="70" w:type="dxa"/>
                  </w:tcMar>
                </w:tcPr>
                <w:p w14:paraId="3CDE2850" w14:textId="77777777" w:rsidR="008D43AB" w:rsidRDefault="00000000">
                  <w:pPr>
                    <w:keepNext/>
                  </w:pPr>
                  <w:r>
                    <w:rPr>
                      <w:b/>
                      <w:color w:val="000000"/>
                    </w:rPr>
                    <w:t>VPRAŠANJA V PODPORO GLASBENEMU UČENJU</w:t>
                  </w:r>
                </w:p>
              </w:tc>
            </w:tr>
          </w:tbl>
          <w:p w14:paraId="46C3CE8D" w14:textId="77777777" w:rsidR="008D43AB" w:rsidRDefault="008D43AB">
            <w:pPr>
              <w:spacing w:line="20" w:lineRule="exact"/>
            </w:pPr>
          </w:p>
          <w:p w14:paraId="60D7C658" w14:textId="77777777" w:rsidR="008D43AB" w:rsidRDefault="00000000">
            <w:pPr>
              <w:pStyle w:val="Oznaenseznam"/>
              <w:spacing w:after="16"/>
            </w:pPr>
            <w:r>
              <w:rPr>
                <w:color w:val="000000"/>
                <w:sz w:val="16"/>
              </w:rPr>
              <w:t>Kaj si v glasbi slišal/-a, začutil/-a ali pokazal/-a z gibanjem?</w:t>
            </w:r>
          </w:p>
          <w:p w14:paraId="50E116FA" w14:textId="77777777" w:rsidR="008D43AB" w:rsidRDefault="00000000">
            <w:pPr>
              <w:pStyle w:val="Oznaenseznam"/>
              <w:spacing w:after="16"/>
            </w:pPr>
            <w:r>
              <w:rPr>
                <w:color w:val="000000"/>
                <w:sz w:val="16"/>
              </w:rPr>
              <w:t>Po katerem zvočnem znaku, lastnosti ali vzorcu si prepoznal/-a rešitev?</w:t>
            </w:r>
          </w:p>
          <w:p w14:paraId="663B5C12" w14:textId="77777777" w:rsidR="008D43AB" w:rsidRDefault="00000000">
            <w:pPr>
              <w:pStyle w:val="Oznaenseznam"/>
              <w:spacing w:after="16"/>
            </w:pPr>
            <w:r>
              <w:rPr>
                <w:color w:val="000000"/>
                <w:sz w:val="16"/>
              </w:rPr>
              <w:t>Kako veš, da je bil pulz, začetek, konec, glasnost ali skupinska izvedba skladna z merilom?</w:t>
            </w:r>
          </w:p>
          <w:p w14:paraId="0E4803EC" w14:textId="77777777" w:rsidR="008D43AB" w:rsidRDefault="00000000">
            <w:pPr>
              <w:pStyle w:val="Oznaenseznam"/>
              <w:spacing w:after="16"/>
            </w:pPr>
            <w:r>
              <w:rPr>
                <w:color w:val="000000"/>
                <w:sz w:val="16"/>
              </w:rPr>
              <w:t>Zakaj si za motiv, osebo, dogodek ali okolje izbral/-a prav ta glas, predmet ali glasbilo?</w:t>
            </w:r>
          </w:p>
          <w:p w14:paraId="7BCB1EFE"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77C1CCC" w14:textId="77777777">
              <w:trPr>
                <w:jc w:val="center"/>
              </w:trPr>
              <w:tc>
                <w:tcPr>
                  <w:tcW w:w="7087" w:type="dxa"/>
                  <w:shd w:val="clear" w:color="auto" w:fill="C6E7F3"/>
                  <w:tcMar>
                    <w:top w:w="45" w:type="dxa"/>
                    <w:left w:w="70" w:type="dxa"/>
                    <w:bottom w:w="45" w:type="dxa"/>
                    <w:right w:w="70" w:type="dxa"/>
                  </w:tcMar>
                </w:tcPr>
                <w:p w14:paraId="3A70E132" w14:textId="77777777" w:rsidR="008D43AB" w:rsidRDefault="00000000">
                  <w:pPr>
                    <w:keepNext/>
                  </w:pPr>
                  <w:r>
                    <w:rPr>
                      <w:b/>
                      <w:color w:val="000000"/>
                    </w:rPr>
                    <w:t>ZAKLJUČNI DEL – NASTOP, POSLUŠALSKI ODZIV IN REFLEKSIJA (8–12 min)</w:t>
                  </w:r>
                </w:p>
              </w:tc>
            </w:tr>
          </w:tbl>
          <w:p w14:paraId="0F698B97" w14:textId="77777777" w:rsidR="008D43AB" w:rsidRDefault="008D43AB">
            <w:pPr>
              <w:spacing w:line="20" w:lineRule="exact"/>
            </w:pPr>
          </w:p>
          <w:p w14:paraId="5F1CCC49"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230C59E4" w14:textId="77777777">
              <w:trPr>
                <w:jc w:val="center"/>
              </w:trPr>
              <w:tc>
                <w:tcPr>
                  <w:tcW w:w="7087" w:type="dxa"/>
                  <w:shd w:val="clear" w:color="auto" w:fill="EDC9EA"/>
                  <w:tcMar>
                    <w:top w:w="45" w:type="dxa"/>
                    <w:left w:w="70" w:type="dxa"/>
                    <w:bottom w:w="45" w:type="dxa"/>
                    <w:right w:w="70" w:type="dxa"/>
                  </w:tcMar>
                </w:tcPr>
                <w:p w14:paraId="6ED601B4" w14:textId="77777777" w:rsidR="008D43AB" w:rsidRDefault="00000000">
                  <w:pPr>
                    <w:keepNext/>
                  </w:pPr>
                  <w:r>
                    <w:rPr>
                      <w:b/>
                      <w:color w:val="000000"/>
                    </w:rPr>
                    <w:t>SAMOVREDNOTENJE</w:t>
                  </w:r>
                </w:p>
              </w:tc>
            </w:tr>
          </w:tbl>
          <w:p w14:paraId="2BE15147" w14:textId="77777777" w:rsidR="008D43AB" w:rsidRDefault="008D43AB">
            <w:pPr>
              <w:spacing w:line="20" w:lineRule="exact"/>
            </w:pPr>
          </w:p>
          <w:p w14:paraId="7DF7D546"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3A2F7D4E" w14:textId="77777777">
              <w:trPr>
                <w:jc w:val="center"/>
              </w:trPr>
              <w:tc>
                <w:tcPr>
                  <w:tcW w:w="7087" w:type="dxa"/>
                  <w:shd w:val="clear" w:color="auto" w:fill="EDC9EA"/>
                  <w:tcMar>
                    <w:top w:w="45" w:type="dxa"/>
                    <w:left w:w="70" w:type="dxa"/>
                    <w:bottom w:w="45" w:type="dxa"/>
                    <w:right w:w="70" w:type="dxa"/>
                  </w:tcMar>
                </w:tcPr>
                <w:p w14:paraId="27BDDF62" w14:textId="77777777" w:rsidR="008D43AB" w:rsidRDefault="00000000">
                  <w:pPr>
                    <w:keepNext/>
                  </w:pPr>
                  <w:r>
                    <w:rPr>
                      <w:b/>
                      <w:color w:val="000000"/>
                    </w:rPr>
                    <w:t>VRSTNIŠKO VREDNOTENJE</w:t>
                  </w:r>
                </w:p>
              </w:tc>
            </w:tr>
          </w:tbl>
          <w:p w14:paraId="4AE6F6D9" w14:textId="77777777" w:rsidR="008D43AB" w:rsidRDefault="008D43AB">
            <w:pPr>
              <w:spacing w:line="20" w:lineRule="exact"/>
            </w:pPr>
          </w:p>
          <w:p w14:paraId="1998B0AF"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665D7D6A" w14:textId="77777777">
              <w:trPr>
                <w:jc w:val="center"/>
              </w:trPr>
              <w:tc>
                <w:tcPr>
                  <w:tcW w:w="7087" w:type="dxa"/>
                  <w:shd w:val="clear" w:color="auto" w:fill="EDC9EA"/>
                  <w:tcMar>
                    <w:top w:w="45" w:type="dxa"/>
                    <w:left w:w="70" w:type="dxa"/>
                    <w:bottom w:w="45" w:type="dxa"/>
                    <w:right w:w="70" w:type="dxa"/>
                  </w:tcMar>
                </w:tcPr>
                <w:p w14:paraId="11BEF8DA" w14:textId="77777777" w:rsidR="008D43AB" w:rsidRDefault="00000000">
                  <w:pPr>
                    <w:keepNext/>
                  </w:pPr>
                  <w:r>
                    <w:rPr>
                      <w:b/>
                      <w:color w:val="000000"/>
                    </w:rPr>
                    <w:t>SKUPNI POVZETEK</w:t>
                  </w:r>
                </w:p>
              </w:tc>
            </w:tr>
          </w:tbl>
          <w:p w14:paraId="2BA12A85" w14:textId="77777777" w:rsidR="008D43AB" w:rsidRDefault="008D43AB"/>
          <w:p w14:paraId="60E8F014" w14:textId="77777777" w:rsidR="008D43AB" w:rsidRDefault="00000000">
            <w:pPr>
              <w:spacing w:before="20" w:after="40" w:line="245" w:lineRule="auto"/>
            </w:pPr>
            <w:r>
              <w:rPr>
                <w:b/>
                <w:color w:val="000000"/>
                <w:sz w:val="16"/>
              </w:rPr>
              <w:t>raziskujem zvočila; razlikujem trajanje zvoka; sodelujem v zvočnem pogovoru. Izbrani dokaz pojasnim in po povratni informaciji izboljšam.</w:t>
            </w:r>
          </w:p>
        </w:tc>
        <w:tc>
          <w:tcPr>
            <w:tcW w:w="2551" w:type="dxa"/>
            <w:tcMar>
              <w:top w:w="70" w:type="dxa"/>
              <w:left w:w="90" w:type="dxa"/>
              <w:bottom w:w="70" w:type="dxa"/>
              <w:right w:w="90" w:type="dxa"/>
            </w:tcMar>
          </w:tcPr>
          <w:p w14:paraId="634F1F35" w14:textId="77777777" w:rsidR="008D43AB" w:rsidRDefault="008D43AB"/>
          <w:p w14:paraId="6D6D1C54" w14:textId="77777777" w:rsidR="008D43AB" w:rsidRDefault="00000000">
            <w:pPr>
              <w:spacing w:after="80" w:line="245" w:lineRule="auto"/>
            </w:pPr>
            <w:r>
              <w:rPr>
                <w:color w:val="000000"/>
                <w:sz w:val="16"/>
              </w:rPr>
              <w:t>Odgovarja na podporna vprašanja in se sklicuje na slišano, izvedeno, ustvarjeno ali zapisano.</w:t>
            </w:r>
          </w:p>
          <w:p w14:paraId="0DE4A7D2" w14:textId="77777777" w:rsidR="008D43AB" w:rsidRDefault="00000000">
            <w:pPr>
              <w:spacing w:after="80" w:line="245" w:lineRule="auto"/>
            </w:pPr>
            <w:r>
              <w:rPr>
                <w:color w:val="000000"/>
                <w:sz w:val="16"/>
              </w:rPr>
              <w:t>Predstavi izbrani dokaz ter pove, katero merilo z njim pokaže.</w:t>
            </w:r>
          </w:p>
          <w:p w14:paraId="1806ECF2" w14:textId="77777777" w:rsidR="008D43AB" w:rsidRDefault="00000000">
            <w:pPr>
              <w:spacing w:after="80" w:line="245" w:lineRule="auto"/>
            </w:pPr>
            <w:r>
              <w:rPr>
                <w:color w:val="000000"/>
                <w:sz w:val="16"/>
              </w:rPr>
              <w:t>Posluša vrstnika, opiše eno slišano moč in poda prijazen predlog za izboljšavo.</w:t>
            </w:r>
          </w:p>
          <w:p w14:paraId="5CBCC898" w14:textId="77777777" w:rsidR="008D43AB" w:rsidRDefault="00000000">
            <w:pPr>
              <w:spacing w:after="80" w:line="245" w:lineRule="auto"/>
            </w:pPr>
            <w:r>
              <w:rPr>
                <w:color w:val="000000"/>
                <w:sz w:val="16"/>
              </w:rPr>
              <w:t>Po povratni informaciji izvedbo, gib, ritem, zvočno izbiro ali slikovni zapis ponovi in izboljša.</w:t>
            </w:r>
          </w:p>
          <w:p w14:paraId="51685066" w14:textId="77777777" w:rsidR="008D43AB" w:rsidRDefault="00000000">
            <w:pPr>
              <w:spacing w:after="100" w:line="245" w:lineRule="auto"/>
            </w:pPr>
            <w:r>
              <w:rPr>
                <w:color w:val="000000"/>
                <w:sz w:val="16"/>
              </w:rPr>
              <w:t>Izbere raven samostojnosti ter določi majhen in izvedljiv naslednji glasbeni korak.</w:t>
            </w:r>
          </w:p>
          <w:p w14:paraId="29E14973" w14:textId="77777777" w:rsidR="008D43AB" w:rsidRDefault="00000000">
            <w:pPr>
              <w:spacing w:after="20" w:line="245" w:lineRule="auto"/>
            </w:pPr>
            <w:r>
              <w:rPr>
                <w:b/>
                <w:color w:val="D95BC6"/>
                <w:sz w:val="17"/>
              </w:rPr>
              <w:t>DOKAZ O UČENJU</w:t>
            </w:r>
          </w:p>
          <w:p w14:paraId="42CB85F0"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26CF6F1B"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611AE9D8" w14:textId="77777777">
        <w:trPr>
          <w:cantSplit/>
          <w:jc w:val="center"/>
        </w:trPr>
        <w:tc>
          <w:tcPr>
            <w:tcW w:w="14060" w:type="dxa"/>
            <w:gridSpan w:val="6"/>
            <w:tcMar>
              <w:top w:w="70" w:type="dxa"/>
              <w:left w:w="90" w:type="dxa"/>
              <w:bottom w:w="70" w:type="dxa"/>
              <w:right w:w="90" w:type="dxa"/>
            </w:tcMar>
            <w:vAlign w:val="center"/>
          </w:tcPr>
          <w:p w14:paraId="7EE638B8" w14:textId="77777777" w:rsidR="008D43AB" w:rsidRDefault="00000000">
            <w:pPr>
              <w:jc w:val="center"/>
            </w:pPr>
            <w:r>
              <w:rPr>
                <w:b/>
                <w:color w:val="000000"/>
                <w:sz w:val="24"/>
              </w:rPr>
              <w:lastRenderedPageBreak/>
              <w:t>UČNA PRIPRAVA 20/39</w:t>
            </w:r>
          </w:p>
        </w:tc>
      </w:tr>
      <w:tr w:rsidR="008D43AB" w14:paraId="5BC81AC6" w14:textId="77777777">
        <w:trPr>
          <w:jc w:val="center"/>
        </w:trPr>
        <w:tc>
          <w:tcPr>
            <w:tcW w:w="2665" w:type="dxa"/>
            <w:tcMar>
              <w:top w:w="70" w:type="dxa"/>
              <w:left w:w="90" w:type="dxa"/>
              <w:bottom w:w="70" w:type="dxa"/>
              <w:right w:w="90" w:type="dxa"/>
            </w:tcMar>
            <w:vAlign w:val="center"/>
          </w:tcPr>
          <w:p w14:paraId="6089FF2C"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90F36EB"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47BA997B"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C9EE1CB" w14:textId="77777777" w:rsidR="008D43AB" w:rsidRDefault="00000000">
            <w:r>
              <w:rPr>
                <w:b/>
                <w:color w:val="000000"/>
                <w:sz w:val="16"/>
              </w:rPr>
              <w:t xml:space="preserve">NAČRTOVANI TERMIN: </w:t>
            </w:r>
            <w:r>
              <w:rPr>
                <w:color w:val="000000"/>
                <w:sz w:val="16"/>
              </w:rPr>
              <w:t>20. teden • 25.–29. 1. 2027</w:t>
            </w:r>
          </w:p>
        </w:tc>
        <w:tc>
          <w:tcPr>
            <w:tcW w:w="2268" w:type="dxa"/>
            <w:tcMar>
              <w:top w:w="70" w:type="dxa"/>
              <w:left w:w="90" w:type="dxa"/>
              <w:bottom w:w="70" w:type="dxa"/>
              <w:right w:w="90" w:type="dxa"/>
            </w:tcMar>
            <w:vAlign w:val="center"/>
          </w:tcPr>
          <w:p w14:paraId="564907FB"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AC3FCDA" w14:textId="77777777" w:rsidR="008D43AB" w:rsidRDefault="00000000">
            <w:r>
              <w:rPr>
                <w:b/>
                <w:color w:val="000000"/>
                <w:sz w:val="16"/>
              </w:rPr>
              <w:t xml:space="preserve">ŠTEVILO UR: </w:t>
            </w:r>
            <w:r>
              <w:rPr>
                <w:color w:val="000000"/>
                <w:sz w:val="16"/>
              </w:rPr>
              <w:t>2</w:t>
            </w:r>
          </w:p>
        </w:tc>
      </w:tr>
      <w:tr w:rsidR="008D43AB" w14:paraId="7CF657B9" w14:textId="77777777">
        <w:trPr>
          <w:jc w:val="center"/>
        </w:trPr>
        <w:tc>
          <w:tcPr>
            <w:tcW w:w="14061" w:type="dxa"/>
            <w:gridSpan w:val="6"/>
            <w:tcMar>
              <w:top w:w="70" w:type="dxa"/>
              <w:left w:w="90" w:type="dxa"/>
              <w:bottom w:w="70" w:type="dxa"/>
              <w:right w:w="90" w:type="dxa"/>
            </w:tcMar>
            <w:vAlign w:val="center"/>
          </w:tcPr>
          <w:p w14:paraId="26B80722"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63280FEA" w14:textId="77777777">
        <w:trPr>
          <w:cantSplit/>
          <w:jc w:val="center"/>
        </w:trPr>
        <w:tc>
          <w:tcPr>
            <w:tcW w:w="14060" w:type="dxa"/>
            <w:gridSpan w:val="6"/>
            <w:tcMar>
              <w:top w:w="70" w:type="dxa"/>
              <w:left w:w="90" w:type="dxa"/>
              <w:bottom w:w="70" w:type="dxa"/>
              <w:right w:w="90" w:type="dxa"/>
            </w:tcMar>
            <w:vAlign w:val="center"/>
          </w:tcPr>
          <w:p w14:paraId="11905324" w14:textId="77777777" w:rsidR="008D43AB" w:rsidRDefault="008D43AB"/>
          <w:p w14:paraId="68D2342A" w14:textId="77777777" w:rsidR="008D43AB" w:rsidRDefault="00000000">
            <w:pPr>
              <w:spacing w:line="245" w:lineRule="auto"/>
            </w:pPr>
            <w:r>
              <w:rPr>
                <w:b/>
                <w:color w:val="000000"/>
                <w:sz w:val="16"/>
              </w:rPr>
              <w:t xml:space="preserve">UČNI SKLOP: </w:t>
            </w:r>
            <w:r>
              <w:rPr>
                <w:color w:val="000000"/>
                <w:sz w:val="16"/>
              </w:rPr>
              <w:t>ZIMA, SNOVI IN POJAVI</w:t>
            </w:r>
          </w:p>
        </w:tc>
      </w:tr>
      <w:tr w:rsidR="008D43AB" w14:paraId="64CC738A" w14:textId="77777777">
        <w:trPr>
          <w:cantSplit/>
          <w:jc w:val="center"/>
        </w:trPr>
        <w:tc>
          <w:tcPr>
            <w:tcW w:w="14060" w:type="dxa"/>
            <w:gridSpan w:val="6"/>
            <w:tcMar>
              <w:top w:w="70" w:type="dxa"/>
              <w:left w:w="90" w:type="dxa"/>
              <w:bottom w:w="70" w:type="dxa"/>
              <w:right w:w="90" w:type="dxa"/>
            </w:tcMar>
            <w:vAlign w:val="center"/>
          </w:tcPr>
          <w:p w14:paraId="12F769FD" w14:textId="77777777" w:rsidR="008D43AB" w:rsidRDefault="008D43AB"/>
          <w:p w14:paraId="38A9CA8E" w14:textId="77777777" w:rsidR="008D43AB" w:rsidRDefault="00000000">
            <w:pPr>
              <w:spacing w:line="245" w:lineRule="auto"/>
            </w:pPr>
            <w:r>
              <w:rPr>
                <w:b/>
                <w:color w:val="000000"/>
                <w:sz w:val="16"/>
              </w:rPr>
              <w:t xml:space="preserve">UČNA TEMA: </w:t>
            </w:r>
            <w:r>
              <w:rPr>
                <w:color w:val="000000"/>
                <w:sz w:val="16"/>
              </w:rPr>
              <w:t>IZDELAJMO ZVOČILO</w:t>
            </w:r>
          </w:p>
        </w:tc>
      </w:tr>
      <w:tr w:rsidR="008D43AB" w14:paraId="487D89BE" w14:textId="77777777">
        <w:trPr>
          <w:cantSplit/>
          <w:jc w:val="center"/>
        </w:trPr>
        <w:tc>
          <w:tcPr>
            <w:tcW w:w="14060" w:type="dxa"/>
            <w:gridSpan w:val="6"/>
            <w:tcMar>
              <w:top w:w="70" w:type="dxa"/>
              <w:left w:w="90" w:type="dxa"/>
              <w:bottom w:w="70" w:type="dxa"/>
              <w:right w:w="90" w:type="dxa"/>
            </w:tcMar>
            <w:vAlign w:val="center"/>
          </w:tcPr>
          <w:p w14:paraId="127959B1" w14:textId="77777777" w:rsidR="008D43AB" w:rsidRDefault="008D43AB"/>
          <w:p w14:paraId="547285A2" w14:textId="77777777" w:rsidR="008D43AB" w:rsidRDefault="00000000">
            <w:pPr>
              <w:spacing w:line="245" w:lineRule="auto"/>
            </w:pPr>
            <w:r>
              <w:rPr>
                <w:b/>
                <w:color w:val="000000"/>
                <w:sz w:val="16"/>
              </w:rPr>
              <w:t xml:space="preserve">KNJIŽEVNO / MOTIVNO IZHODIŠČE: </w:t>
            </w:r>
            <w:r>
              <w:rPr>
                <w:color w:val="000000"/>
                <w:sz w:val="16"/>
              </w:rPr>
              <w:t>»Klobuk gospoda Konstantina« – Peter Svetina • predmet, material, načrtovanje in ustvarjalno reševanje težav</w:t>
            </w:r>
          </w:p>
        </w:tc>
      </w:tr>
      <w:tr w:rsidR="008D43AB" w14:paraId="65064D25" w14:textId="77777777">
        <w:trPr>
          <w:cantSplit/>
          <w:jc w:val="center"/>
        </w:trPr>
        <w:tc>
          <w:tcPr>
            <w:tcW w:w="14060" w:type="dxa"/>
            <w:gridSpan w:val="6"/>
            <w:tcMar>
              <w:top w:w="70" w:type="dxa"/>
              <w:left w:w="90" w:type="dxa"/>
              <w:bottom w:w="70" w:type="dxa"/>
              <w:right w:w="90" w:type="dxa"/>
            </w:tcMar>
            <w:vAlign w:val="center"/>
          </w:tcPr>
          <w:p w14:paraId="131A1B76" w14:textId="77777777" w:rsidR="008D43AB" w:rsidRDefault="008D43AB"/>
          <w:p w14:paraId="6B9C44BF" w14:textId="77777777" w:rsidR="008D43AB" w:rsidRDefault="00000000">
            <w:pPr>
              <w:spacing w:line="245" w:lineRule="auto"/>
            </w:pPr>
            <w:r>
              <w:rPr>
                <w:b/>
                <w:color w:val="000000"/>
                <w:sz w:val="16"/>
              </w:rPr>
              <w:t xml:space="preserve">GLASBENO IZHODIŠČE / REPERTOAR: </w:t>
            </w:r>
            <w:r>
              <w:rPr>
                <w:color w:val="000000"/>
                <w:sz w:val="16"/>
              </w:rPr>
              <w:t>zvoki materialov; načrtovanje in izdelava zvočila</w:t>
            </w:r>
          </w:p>
        </w:tc>
      </w:tr>
      <w:tr w:rsidR="008D43AB" w14:paraId="0CB34E01" w14:textId="77777777">
        <w:trPr>
          <w:cantSplit/>
          <w:jc w:val="center"/>
        </w:trPr>
        <w:tc>
          <w:tcPr>
            <w:tcW w:w="14060" w:type="dxa"/>
            <w:gridSpan w:val="6"/>
            <w:tcMar>
              <w:top w:w="70" w:type="dxa"/>
              <w:left w:w="90" w:type="dxa"/>
              <w:bottom w:w="70" w:type="dxa"/>
              <w:right w:w="90" w:type="dxa"/>
            </w:tcMar>
            <w:vAlign w:val="center"/>
          </w:tcPr>
          <w:p w14:paraId="3DCA64BA" w14:textId="77777777" w:rsidR="008D43AB" w:rsidRDefault="008D43AB"/>
          <w:p w14:paraId="1886F6B5" w14:textId="77777777" w:rsidR="008D43AB" w:rsidRDefault="00000000">
            <w:pPr>
              <w:spacing w:line="245" w:lineRule="auto"/>
            </w:pPr>
            <w:r>
              <w:rPr>
                <w:b/>
                <w:color w:val="000000"/>
                <w:sz w:val="16"/>
              </w:rPr>
              <w:t xml:space="preserve">UČNE ENOTE: </w:t>
            </w:r>
            <w:r>
              <w:rPr>
                <w:color w:val="000000"/>
                <w:sz w:val="16"/>
              </w:rPr>
              <w:t>1. ura – Izdelajmo Zvočilo – Poslušam in izvajam • 2. ura – Izdelajmo Zvočilo – Ustvarim in nastopim</w:t>
            </w:r>
          </w:p>
        </w:tc>
      </w:tr>
      <w:tr w:rsidR="008D43AB" w14:paraId="5E3C979D" w14:textId="77777777">
        <w:trPr>
          <w:cantSplit/>
          <w:jc w:val="center"/>
        </w:trPr>
        <w:tc>
          <w:tcPr>
            <w:tcW w:w="14060" w:type="dxa"/>
            <w:gridSpan w:val="6"/>
            <w:tcMar>
              <w:top w:w="70" w:type="dxa"/>
              <w:left w:w="90" w:type="dxa"/>
              <w:bottom w:w="70" w:type="dxa"/>
              <w:right w:w="90" w:type="dxa"/>
            </w:tcMar>
            <w:vAlign w:val="center"/>
          </w:tcPr>
          <w:p w14:paraId="55C44471" w14:textId="77777777" w:rsidR="008D43AB" w:rsidRDefault="008D43AB"/>
          <w:p w14:paraId="65829936"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381A0252" w14:textId="77777777">
        <w:trPr>
          <w:cantSplit/>
          <w:jc w:val="center"/>
        </w:trPr>
        <w:tc>
          <w:tcPr>
            <w:tcW w:w="14060" w:type="dxa"/>
            <w:gridSpan w:val="6"/>
            <w:tcMar>
              <w:top w:w="70" w:type="dxa"/>
              <w:left w:w="90" w:type="dxa"/>
              <w:bottom w:w="70" w:type="dxa"/>
              <w:right w:w="90" w:type="dxa"/>
            </w:tcMar>
            <w:vAlign w:val="center"/>
          </w:tcPr>
          <w:p w14:paraId="55914A8F" w14:textId="77777777" w:rsidR="008D43AB" w:rsidRDefault="008D43AB"/>
          <w:p w14:paraId="41E638B3"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3D541D0B" w14:textId="77777777">
        <w:trPr>
          <w:cantSplit/>
          <w:jc w:val="center"/>
        </w:trPr>
        <w:tc>
          <w:tcPr>
            <w:tcW w:w="14060" w:type="dxa"/>
            <w:gridSpan w:val="6"/>
            <w:tcMar>
              <w:top w:w="70" w:type="dxa"/>
              <w:left w:w="90" w:type="dxa"/>
              <w:bottom w:w="70" w:type="dxa"/>
              <w:right w:w="90" w:type="dxa"/>
            </w:tcMar>
            <w:vAlign w:val="center"/>
          </w:tcPr>
          <w:p w14:paraId="58D7CEB7" w14:textId="77777777" w:rsidR="008D43AB" w:rsidRDefault="008D43AB"/>
          <w:p w14:paraId="6A2234E5"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60E65CAC" w14:textId="77777777">
        <w:trPr>
          <w:cantSplit/>
          <w:jc w:val="center"/>
        </w:trPr>
        <w:tc>
          <w:tcPr>
            <w:tcW w:w="14060" w:type="dxa"/>
            <w:gridSpan w:val="6"/>
            <w:tcMar>
              <w:top w:w="70" w:type="dxa"/>
              <w:left w:w="90" w:type="dxa"/>
              <w:bottom w:w="70" w:type="dxa"/>
              <w:right w:w="90" w:type="dxa"/>
            </w:tcMar>
            <w:vAlign w:val="center"/>
          </w:tcPr>
          <w:p w14:paraId="5EEAFF65" w14:textId="77777777" w:rsidR="008D43AB" w:rsidRDefault="008D43AB"/>
          <w:p w14:paraId="78549BB5" w14:textId="77777777" w:rsidR="008D43AB" w:rsidRDefault="00000000">
            <w:pPr>
              <w:spacing w:line="245" w:lineRule="auto"/>
            </w:pPr>
            <w:r>
              <w:rPr>
                <w:b/>
                <w:color w:val="000000"/>
                <w:sz w:val="16"/>
              </w:rPr>
              <w:t xml:space="preserve">MEDPREDMETNE POVEZAVE: </w:t>
            </w:r>
            <w:r>
              <w:rPr>
                <w:color w:val="000000"/>
                <w:sz w:val="16"/>
              </w:rPr>
              <w:t>SPO – predmet, material, načrtovanje in ustvarjalno reševanje težav; SLJ – poslušanje, ritmični govor in opis doživetja; ŠPO – pulz, tempo, gibalni odziv in prostorska orientacija; LUM – simbol, barva, linija in zvočni zapis</w:t>
            </w:r>
          </w:p>
        </w:tc>
      </w:tr>
      <w:tr w:rsidR="008D43AB" w14:paraId="7AD5C6CD" w14:textId="77777777">
        <w:trPr>
          <w:cantSplit/>
          <w:jc w:val="center"/>
        </w:trPr>
        <w:tc>
          <w:tcPr>
            <w:tcW w:w="14060" w:type="dxa"/>
            <w:gridSpan w:val="6"/>
            <w:tcMar>
              <w:top w:w="70" w:type="dxa"/>
              <w:left w:w="90" w:type="dxa"/>
              <w:bottom w:w="70" w:type="dxa"/>
              <w:right w:w="90" w:type="dxa"/>
            </w:tcMar>
            <w:vAlign w:val="center"/>
          </w:tcPr>
          <w:p w14:paraId="007E1E4F" w14:textId="77777777" w:rsidR="008D43AB" w:rsidRDefault="008D43AB"/>
          <w:p w14:paraId="015D7ECA"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522D6131" w14:textId="77777777">
        <w:trPr>
          <w:cantSplit/>
          <w:jc w:val="center"/>
        </w:trPr>
        <w:tc>
          <w:tcPr>
            <w:tcW w:w="14060" w:type="dxa"/>
            <w:gridSpan w:val="6"/>
            <w:tcMar>
              <w:top w:w="70" w:type="dxa"/>
              <w:left w:w="90" w:type="dxa"/>
              <w:bottom w:w="70" w:type="dxa"/>
              <w:right w:w="90" w:type="dxa"/>
            </w:tcMar>
            <w:vAlign w:val="center"/>
          </w:tcPr>
          <w:p w14:paraId="76388D62" w14:textId="77777777" w:rsidR="008D43AB" w:rsidRDefault="008D43AB"/>
          <w:p w14:paraId="7294D146"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369BD11B" w14:textId="77777777">
        <w:trPr>
          <w:cantSplit/>
          <w:jc w:val="center"/>
        </w:trPr>
        <w:tc>
          <w:tcPr>
            <w:tcW w:w="14060" w:type="dxa"/>
            <w:gridSpan w:val="6"/>
            <w:tcMar>
              <w:top w:w="70" w:type="dxa"/>
              <w:left w:w="90" w:type="dxa"/>
              <w:bottom w:w="70" w:type="dxa"/>
              <w:right w:w="90" w:type="dxa"/>
            </w:tcMar>
            <w:vAlign w:val="center"/>
          </w:tcPr>
          <w:p w14:paraId="31F66AE5" w14:textId="77777777" w:rsidR="008D43AB" w:rsidRDefault="008D43AB"/>
          <w:p w14:paraId="556FA1B7" w14:textId="77777777" w:rsidR="008D43AB" w:rsidRDefault="00000000">
            <w:pPr>
              <w:spacing w:line="245" w:lineRule="auto"/>
            </w:pPr>
            <w:r>
              <w:rPr>
                <w:b/>
                <w:color w:val="000000"/>
                <w:sz w:val="16"/>
              </w:rPr>
              <w:t xml:space="preserve">OCENJEVANJE / DAN DEJAVNOSTI: </w:t>
            </w:r>
            <w:r>
              <w:rPr>
                <w:color w:val="000000"/>
                <w:sz w:val="16"/>
              </w:rPr>
              <w:t>NARAVOSLOVNI DAN</w:t>
            </w:r>
          </w:p>
        </w:tc>
      </w:tr>
      <w:tr w:rsidR="008D43AB" w14:paraId="4B3FC183" w14:textId="77777777">
        <w:trPr>
          <w:cantSplit/>
          <w:jc w:val="center"/>
        </w:trPr>
        <w:tc>
          <w:tcPr>
            <w:tcW w:w="14060" w:type="dxa"/>
            <w:gridSpan w:val="6"/>
            <w:tcMar>
              <w:top w:w="70" w:type="dxa"/>
              <w:left w:w="90" w:type="dxa"/>
              <w:bottom w:w="70" w:type="dxa"/>
              <w:right w:w="90" w:type="dxa"/>
            </w:tcMar>
            <w:vAlign w:val="center"/>
          </w:tcPr>
          <w:p w14:paraId="12B1DAAB" w14:textId="77777777" w:rsidR="008D43AB" w:rsidRDefault="008D43AB"/>
          <w:p w14:paraId="4C1E8E23"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67EF8E8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441CB0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3C16B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83FD7AC" w14:textId="77777777" w:rsidR="008D43AB" w:rsidRDefault="00000000">
            <w:pPr>
              <w:jc w:val="center"/>
            </w:pPr>
            <w:r>
              <w:rPr>
                <w:b/>
                <w:color w:val="000000"/>
                <w:sz w:val="20"/>
              </w:rPr>
              <w:t>UČNE DEJAVNOSTI, METODE IN FORMATIVNO SPREMLJANJE</w:t>
            </w:r>
          </w:p>
        </w:tc>
      </w:tr>
      <w:tr w:rsidR="008D43AB" w14:paraId="782D4DF2" w14:textId="77777777">
        <w:trPr>
          <w:tblHeader/>
          <w:jc w:val="center"/>
        </w:trPr>
        <w:tc>
          <w:tcPr>
            <w:tcW w:w="4422" w:type="dxa"/>
            <w:vMerge/>
            <w:tcMar>
              <w:top w:w="70" w:type="dxa"/>
              <w:left w:w="90" w:type="dxa"/>
              <w:bottom w:w="70" w:type="dxa"/>
              <w:right w:w="90" w:type="dxa"/>
            </w:tcMar>
            <w:vAlign w:val="center"/>
          </w:tcPr>
          <w:p w14:paraId="0B17D5AB" w14:textId="77777777" w:rsidR="008D43AB" w:rsidRDefault="008D43AB"/>
        </w:tc>
        <w:tc>
          <w:tcPr>
            <w:tcW w:w="7087" w:type="dxa"/>
            <w:shd w:val="clear" w:color="auto" w:fill="FFFFFF"/>
            <w:tcMar>
              <w:top w:w="70" w:type="dxa"/>
              <w:left w:w="90" w:type="dxa"/>
              <w:bottom w:w="70" w:type="dxa"/>
              <w:right w:w="90" w:type="dxa"/>
            </w:tcMar>
            <w:vAlign w:val="center"/>
          </w:tcPr>
          <w:p w14:paraId="2C6CC515"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D186CD" w14:textId="77777777" w:rsidR="008D43AB" w:rsidRDefault="00000000">
            <w:pPr>
              <w:jc w:val="center"/>
            </w:pPr>
            <w:r>
              <w:rPr>
                <w:b/>
                <w:color w:val="000000"/>
              </w:rPr>
              <w:t>UČENEC</w:t>
            </w:r>
          </w:p>
        </w:tc>
      </w:tr>
      <w:tr w:rsidR="008D43AB" w14:paraId="26F9197E" w14:textId="77777777">
        <w:trPr>
          <w:jc w:val="center"/>
        </w:trPr>
        <w:tc>
          <w:tcPr>
            <w:tcW w:w="4422" w:type="dxa"/>
            <w:tcMar>
              <w:top w:w="70" w:type="dxa"/>
              <w:left w:w="90" w:type="dxa"/>
              <w:bottom w:w="70" w:type="dxa"/>
              <w:right w:w="90" w:type="dxa"/>
            </w:tcMar>
          </w:tcPr>
          <w:p w14:paraId="7D143732" w14:textId="77777777" w:rsidR="008D43AB" w:rsidRDefault="008D43AB"/>
          <w:p w14:paraId="0B9663CA" w14:textId="77777777" w:rsidR="008D43AB" w:rsidRDefault="00000000">
            <w:pPr>
              <w:spacing w:after="60" w:line="245" w:lineRule="auto"/>
            </w:pPr>
            <w:r>
              <w:rPr>
                <w:b/>
                <w:color w:val="000000"/>
              </w:rPr>
              <w:t>UČNI CILJI</w:t>
            </w:r>
          </w:p>
          <w:p w14:paraId="237F0225" w14:textId="77777777" w:rsidR="008D43AB" w:rsidRDefault="00000000">
            <w:pPr>
              <w:spacing w:after="20" w:line="245" w:lineRule="auto"/>
            </w:pPr>
            <w:r>
              <w:rPr>
                <w:b/>
                <w:color w:val="000000"/>
                <w:sz w:val="17"/>
              </w:rPr>
              <w:t>SPLOŠNI</w:t>
            </w:r>
          </w:p>
          <w:p w14:paraId="5A81FD09"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47D539EE" w14:textId="77777777" w:rsidR="008D43AB" w:rsidRDefault="00000000">
            <w:pPr>
              <w:pStyle w:val="Oznaenseznam"/>
              <w:spacing w:after="16"/>
            </w:pPr>
            <w:r>
              <w:rPr>
                <w:color w:val="000000"/>
                <w:sz w:val="16"/>
              </w:rPr>
              <w:t>poje, ritmično govori ter uporablja telo, glasbila in predmete kot zvočne vire</w:t>
            </w:r>
          </w:p>
          <w:p w14:paraId="5A1C3C5F" w14:textId="77777777" w:rsidR="008D43AB" w:rsidRDefault="00000000">
            <w:pPr>
              <w:pStyle w:val="Oznaenseznam"/>
              <w:spacing w:after="16"/>
            </w:pPr>
            <w:r>
              <w:rPr>
                <w:color w:val="000000"/>
                <w:sz w:val="16"/>
              </w:rPr>
              <w:t>razlikuje izbrane lastnosti zvoka in glasbe ter varuje sluh in odgovorno uporablja glasbila</w:t>
            </w:r>
          </w:p>
          <w:p w14:paraId="0844EB59"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570558D9" w14:textId="77777777" w:rsidR="008D43AB" w:rsidRDefault="00000000">
            <w:pPr>
              <w:spacing w:before="40" w:after="20" w:line="245" w:lineRule="auto"/>
            </w:pPr>
            <w:r>
              <w:rPr>
                <w:b/>
                <w:color w:val="000000"/>
                <w:sz w:val="17"/>
              </w:rPr>
              <w:t>OPERATIVNI</w:t>
            </w:r>
          </w:p>
          <w:p w14:paraId="032E5A6C" w14:textId="77777777" w:rsidR="008D43AB" w:rsidRDefault="00000000">
            <w:pPr>
              <w:pStyle w:val="Oznaenseznam"/>
              <w:spacing w:after="16"/>
            </w:pPr>
            <w:r>
              <w:rPr>
                <w:color w:val="000000"/>
                <w:sz w:val="16"/>
              </w:rPr>
              <w:t>načrtuje zvok</w:t>
            </w:r>
          </w:p>
          <w:p w14:paraId="244F8FB1" w14:textId="77777777" w:rsidR="008D43AB" w:rsidRDefault="00000000">
            <w:pPr>
              <w:pStyle w:val="Oznaenseznam"/>
              <w:spacing w:after="16"/>
            </w:pPr>
            <w:r>
              <w:rPr>
                <w:color w:val="000000"/>
                <w:sz w:val="16"/>
              </w:rPr>
              <w:t>izvede ritmično spremljavo</w:t>
            </w:r>
          </w:p>
          <w:p w14:paraId="1B484475" w14:textId="77777777" w:rsidR="008D43AB" w:rsidRDefault="00000000">
            <w:pPr>
              <w:pStyle w:val="Oznaenseznam"/>
              <w:spacing w:after="16"/>
            </w:pPr>
            <w:r>
              <w:rPr>
                <w:color w:val="000000"/>
                <w:sz w:val="16"/>
              </w:rPr>
              <w:t>vrednoti zvok izdelka</w:t>
            </w:r>
          </w:p>
          <w:p w14:paraId="3E770E1A" w14:textId="77777777" w:rsidR="008D43AB" w:rsidRDefault="00000000">
            <w:pPr>
              <w:spacing w:before="40" w:after="20" w:line="245" w:lineRule="auto"/>
            </w:pPr>
            <w:r>
              <w:rPr>
                <w:b/>
                <w:color w:val="000000"/>
                <w:sz w:val="17"/>
              </w:rPr>
              <w:t>PRIČAKOVANI DOSEŽKI / MINIMALNI POUDARKI</w:t>
            </w:r>
          </w:p>
          <w:p w14:paraId="7864CDDD" w14:textId="77777777" w:rsidR="008D43AB" w:rsidRDefault="00000000">
            <w:pPr>
              <w:pStyle w:val="Oznaenseznam"/>
              <w:spacing w:after="16"/>
            </w:pPr>
            <w:r>
              <w:rPr>
                <w:color w:val="000000"/>
                <w:sz w:val="15"/>
              </w:rPr>
              <w:t>samostojno oziroma z dogovorjeno oporo načrtuje zvok</w:t>
            </w:r>
          </w:p>
          <w:p w14:paraId="4E3A8FFE" w14:textId="77777777" w:rsidR="008D43AB" w:rsidRDefault="00000000">
            <w:pPr>
              <w:pStyle w:val="Oznaenseznam"/>
              <w:spacing w:after="16"/>
            </w:pPr>
            <w:r>
              <w:rPr>
                <w:color w:val="000000"/>
                <w:sz w:val="15"/>
              </w:rPr>
              <w:t>samostojno oziroma z dogovorjeno oporo izvede ritmično spremljavo</w:t>
            </w:r>
          </w:p>
          <w:p w14:paraId="37B2F517" w14:textId="77777777" w:rsidR="008D43AB" w:rsidRDefault="00000000">
            <w:pPr>
              <w:pStyle w:val="Oznaenseznam"/>
              <w:spacing w:after="16"/>
            </w:pPr>
            <w:r>
              <w:rPr>
                <w:color w:val="000000"/>
                <w:sz w:val="15"/>
              </w:rPr>
              <w:t>samostojno oziroma z dogovorjeno oporo vrednoti zvok izdelka</w:t>
            </w:r>
          </w:p>
        </w:tc>
        <w:tc>
          <w:tcPr>
            <w:tcW w:w="7087" w:type="dxa"/>
            <w:tcMar>
              <w:top w:w="70" w:type="dxa"/>
              <w:left w:w="90" w:type="dxa"/>
              <w:bottom w:w="70" w:type="dxa"/>
              <w:right w:w="90" w:type="dxa"/>
            </w:tcMar>
          </w:tcPr>
          <w:p w14:paraId="677149D2"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3B5760D" w14:textId="77777777">
              <w:trPr>
                <w:jc w:val="center"/>
              </w:trPr>
              <w:tc>
                <w:tcPr>
                  <w:tcW w:w="7087" w:type="dxa"/>
                  <w:shd w:val="clear" w:color="auto" w:fill="C6E7F3"/>
                  <w:tcMar>
                    <w:top w:w="45" w:type="dxa"/>
                    <w:left w:w="70" w:type="dxa"/>
                    <w:bottom w:w="45" w:type="dxa"/>
                    <w:right w:w="70" w:type="dxa"/>
                  </w:tcMar>
                </w:tcPr>
                <w:p w14:paraId="0029EEA9" w14:textId="77777777" w:rsidR="008D43AB" w:rsidRDefault="00000000">
                  <w:pPr>
                    <w:keepNext/>
                  </w:pPr>
                  <w:r>
                    <w:rPr>
                      <w:b/>
                      <w:color w:val="000000"/>
                    </w:rPr>
                    <w:t>UVODNI DEL – zvočna motivacija, aktivacija predznanja in namen učenja (8–12 min)</w:t>
                  </w:r>
                </w:p>
              </w:tc>
            </w:tr>
          </w:tbl>
          <w:p w14:paraId="437EB474" w14:textId="77777777" w:rsidR="008D43AB" w:rsidRDefault="008D43AB">
            <w:pPr>
              <w:spacing w:line="20" w:lineRule="exact"/>
            </w:pPr>
          </w:p>
          <w:p w14:paraId="6EDDA54C" w14:textId="77777777" w:rsidR="008D43AB" w:rsidRDefault="00000000">
            <w:pPr>
              <w:spacing w:before="40" w:after="60" w:line="245" w:lineRule="auto"/>
            </w:pPr>
            <w:r>
              <w:rPr>
                <w:color w:val="000000"/>
                <w:sz w:val="16"/>
              </w:rPr>
              <w:t>Učenci ob motivu »Klobuk gospoda Konstantina« – Peter Svetina vstopijo v temo predmet, material, načrtovanje in ustvarjalno reševanje težav. Najprej v tišini poslušajo kratek zvočni odlomek ali učiteljičino izvedbo (zvoki materialov; načrtovanje in izdelava zvočila),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59BFD642" w14:textId="77777777">
              <w:trPr>
                <w:jc w:val="center"/>
              </w:trPr>
              <w:tc>
                <w:tcPr>
                  <w:tcW w:w="7087" w:type="dxa"/>
                  <w:shd w:val="clear" w:color="auto" w:fill="EDC9EA"/>
                  <w:tcMar>
                    <w:top w:w="45" w:type="dxa"/>
                    <w:left w:w="70" w:type="dxa"/>
                    <w:bottom w:w="45" w:type="dxa"/>
                    <w:right w:w="70" w:type="dxa"/>
                  </w:tcMar>
                </w:tcPr>
                <w:p w14:paraId="481B48AC" w14:textId="77777777" w:rsidR="008D43AB" w:rsidRDefault="00000000">
                  <w:pPr>
                    <w:keepNext/>
                  </w:pPr>
                  <w:r>
                    <w:rPr>
                      <w:b/>
                      <w:color w:val="000000"/>
                    </w:rPr>
                    <w:t>NAMENI UČENJA</w:t>
                  </w:r>
                </w:p>
              </w:tc>
            </w:tr>
          </w:tbl>
          <w:p w14:paraId="2F8B91C5" w14:textId="77777777" w:rsidR="008D43AB" w:rsidRDefault="008D43AB">
            <w:pPr>
              <w:spacing w:line="20" w:lineRule="exact"/>
            </w:pPr>
          </w:p>
          <w:p w14:paraId="18640CB5"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514842EF" w14:textId="77777777" w:rsidR="008D43AB" w:rsidRDefault="00000000">
            <w:pPr>
              <w:pStyle w:val="Oznaenseznam"/>
              <w:spacing w:after="16"/>
            </w:pPr>
            <w:r>
              <w:rPr>
                <w:color w:val="000000"/>
                <w:sz w:val="16"/>
              </w:rPr>
              <w:t>načrtujem zvok</w:t>
            </w:r>
          </w:p>
          <w:p w14:paraId="5C3CBA17" w14:textId="77777777" w:rsidR="008D43AB" w:rsidRDefault="00000000">
            <w:pPr>
              <w:pStyle w:val="Oznaenseznam"/>
              <w:spacing w:after="16"/>
            </w:pPr>
            <w:r>
              <w:rPr>
                <w:color w:val="000000"/>
                <w:sz w:val="16"/>
              </w:rPr>
              <w:t>izvedem ritmično spremljavo</w:t>
            </w:r>
          </w:p>
          <w:p w14:paraId="20BBFA72" w14:textId="77777777" w:rsidR="008D43AB" w:rsidRDefault="00000000">
            <w:pPr>
              <w:pStyle w:val="Oznaenseznam"/>
              <w:spacing w:after="16"/>
            </w:pPr>
            <w:r>
              <w:rPr>
                <w:color w:val="000000"/>
                <w:sz w:val="16"/>
              </w:rPr>
              <w:t>vrednotim zvok izdelka</w:t>
            </w:r>
          </w:p>
          <w:tbl>
            <w:tblPr>
              <w:tblStyle w:val="Tabelamrea"/>
              <w:tblW w:w="0" w:type="auto"/>
              <w:jc w:val="center"/>
              <w:tblLayout w:type="fixed"/>
              <w:tblLook w:val="04A0" w:firstRow="1" w:lastRow="0" w:firstColumn="1" w:lastColumn="0" w:noHBand="0" w:noVBand="1"/>
            </w:tblPr>
            <w:tblGrid>
              <w:gridCol w:w="7087"/>
            </w:tblGrid>
            <w:tr w:rsidR="008D43AB" w14:paraId="6360DCE9" w14:textId="77777777">
              <w:trPr>
                <w:jc w:val="center"/>
              </w:trPr>
              <w:tc>
                <w:tcPr>
                  <w:tcW w:w="7087" w:type="dxa"/>
                  <w:shd w:val="clear" w:color="auto" w:fill="EDC9EA"/>
                  <w:tcMar>
                    <w:top w:w="45" w:type="dxa"/>
                    <w:left w:w="70" w:type="dxa"/>
                    <w:bottom w:w="45" w:type="dxa"/>
                    <w:right w:w="70" w:type="dxa"/>
                  </w:tcMar>
                </w:tcPr>
                <w:p w14:paraId="6683A514" w14:textId="77777777" w:rsidR="008D43AB" w:rsidRDefault="00000000">
                  <w:pPr>
                    <w:keepNext/>
                  </w:pPr>
                  <w:r>
                    <w:rPr>
                      <w:b/>
                      <w:color w:val="000000"/>
                    </w:rPr>
                    <w:t>PREVERJANJE PREDZNANJA</w:t>
                  </w:r>
                </w:p>
              </w:tc>
            </w:tr>
          </w:tbl>
          <w:p w14:paraId="1607BF06" w14:textId="77777777" w:rsidR="008D43AB" w:rsidRDefault="008D43AB">
            <w:pPr>
              <w:spacing w:line="20" w:lineRule="exact"/>
            </w:pPr>
          </w:p>
          <w:p w14:paraId="4237FDA1" w14:textId="77777777" w:rsidR="008D43AB" w:rsidRDefault="00000000">
            <w:pPr>
              <w:pStyle w:val="Oznaenseznam"/>
              <w:spacing w:after="16"/>
            </w:pPr>
            <w:r>
              <w:rPr>
                <w:color w:val="000000"/>
                <w:sz w:val="16"/>
              </w:rPr>
              <w:t>Kaj mi zvok, naslov, slika ali motiv pove o temi predmet, material, načrtovanje in ustvarjalno reševanje težav?</w:t>
            </w:r>
          </w:p>
          <w:p w14:paraId="7909E905" w14:textId="77777777" w:rsidR="008D43AB" w:rsidRDefault="00000000">
            <w:pPr>
              <w:pStyle w:val="Oznaenseznam"/>
              <w:spacing w:after="16"/>
            </w:pPr>
            <w:r>
              <w:rPr>
                <w:color w:val="000000"/>
                <w:sz w:val="16"/>
              </w:rPr>
              <w:t>Kako lahko s poslušanjem, glasom, telesom, glasbilom ali simbolom pokažem, kaj že znam pri temi »IZDELAJMO ZVOČILO«?</w:t>
            </w:r>
          </w:p>
          <w:p w14:paraId="0C3D555D"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35E1DB65" w14:textId="77777777">
              <w:trPr>
                <w:jc w:val="center"/>
              </w:trPr>
              <w:tc>
                <w:tcPr>
                  <w:tcW w:w="7087" w:type="dxa"/>
                  <w:shd w:val="clear" w:color="auto" w:fill="EDC9EA"/>
                  <w:tcMar>
                    <w:top w:w="45" w:type="dxa"/>
                    <w:left w:w="70" w:type="dxa"/>
                    <w:bottom w:w="45" w:type="dxa"/>
                    <w:right w:w="70" w:type="dxa"/>
                  </w:tcMar>
                </w:tcPr>
                <w:p w14:paraId="28007DAB" w14:textId="77777777" w:rsidR="008D43AB" w:rsidRDefault="00000000">
                  <w:pPr>
                    <w:keepNext/>
                  </w:pPr>
                  <w:r>
                    <w:rPr>
                      <w:b/>
                      <w:color w:val="000000"/>
                    </w:rPr>
                    <w:t>KRITERIJI USPEŠNOSTI</w:t>
                  </w:r>
                </w:p>
              </w:tc>
            </w:tr>
          </w:tbl>
          <w:p w14:paraId="34AA761A" w14:textId="77777777" w:rsidR="008D43AB" w:rsidRDefault="008D43AB"/>
          <w:p w14:paraId="0A819712" w14:textId="77777777" w:rsidR="008D43AB" w:rsidRDefault="00000000">
            <w:pPr>
              <w:spacing w:before="20" w:after="20" w:line="245" w:lineRule="auto"/>
            </w:pPr>
            <w:r>
              <w:rPr>
                <w:b/>
                <w:color w:val="000000"/>
                <w:sz w:val="16"/>
              </w:rPr>
              <w:t>Uspešen/-na bom, ko:</w:t>
            </w:r>
          </w:p>
          <w:p w14:paraId="288D35ED" w14:textId="77777777" w:rsidR="008D43AB" w:rsidRDefault="00000000">
            <w:pPr>
              <w:pStyle w:val="Oznaenseznam"/>
              <w:spacing w:after="16"/>
            </w:pPr>
            <w:r>
              <w:rPr>
                <w:color w:val="000000"/>
                <w:sz w:val="16"/>
              </w:rPr>
              <w:t>načrtujem zvok</w:t>
            </w:r>
          </w:p>
          <w:p w14:paraId="4C5A9B44" w14:textId="77777777" w:rsidR="008D43AB" w:rsidRDefault="00000000">
            <w:pPr>
              <w:pStyle w:val="Oznaenseznam"/>
              <w:spacing w:after="16"/>
            </w:pPr>
            <w:r>
              <w:rPr>
                <w:color w:val="000000"/>
                <w:sz w:val="16"/>
              </w:rPr>
              <w:t>izvedem ritmično spremljavo</w:t>
            </w:r>
          </w:p>
          <w:p w14:paraId="4B035532" w14:textId="77777777" w:rsidR="008D43AB" w:rsidRDefault="00000000">
            <w:pPr>
              <w:pStyle w:val="Oznaenseznam"/>
              <w:spacing w:after="16"/>
            </w:pPr>
            <w:r>
              <w:rPr>
                <w:color w:val="000000"/>
                <w:sz w:val="16"/>
              </w:rPr>
              <w:t>vrednotim zvok izdelka</w:t>
            </w:r>
          </w:p>
          <w:p w14:paraId="59E842AB" w14:textId="77777777" w:rsidR="008D43AB" w:rsidRDefault="00000000">
            <w:pPr>
              <w:pStyle w:val="Oznaenseznam"/>
              <w:spacing w:after="16"/>
            </w:pPr>
            <w:r>
              <w:rPr>
                <w:color w:val="000000"/>
                <w:sz w:val="16"/>
              </w:rPr>
              <w:t>upoštevam dogovorjeni začetek, konec, znak za tišino in varno glasnost</w:t>
            </w:r>
          </w:p>
          <w:p w14:paraId="3E527C5A"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7D79678D" w14:textId="77777777" w:rsidR="008D43AB" w:rsidRDefault="008D43AB"/>
          <w:p w14:paraId="35868AC7"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0586C632" w14:textId="77777777" w:rsidR="008D43AB" w:rsidRDefault="00000000">
            <w:pPr>
              <w:spacing w:after="80" w:line="245" w:lineRule="auto"/>
            </w:pPr>
            <w:r>
              <w:rPr>
                <w:color w:val="000000"/>
                <w:sz w:val="16"/>
              </w:rPr>
              <w:t>Pove ali pokaže, kaj že zna in katero glasbeno strategijo bi uporabil.</w:t>
            </w:r>
          </w:p>
          <w:p w14:paraId="1E6E0DBC" w14:textId="77777777" w:rsidR="008D43AB" w:rsidRDefault="00000000">
            <w:pPr>
              <w:spacing w:after="100" w:line="245" w:lineRule="auto"/>
            </w:pPr>
            <w:r>
              <w:rPr>
                <w:color w:val="000000"/>
                <w:sz w:val="16"/>
              </w:rPr>
              <w:t>Sodeluje pri razumevanju namenov, meril uspešnosti, varne glasnosti in načina dokazovanja.</w:t>
            </w:r>
          </w:p>
          <w:p w14:paraId="7F11A728" w14:textId="77777777" w:rsidR="008D43AB" w:rsidRDefault="00000000">
            <w:pPr>
              <w:spacing w:after="20" w:line="245" w:lineRule="auto"/>
            </w:pPr>
            <w:r>
              <w:rPr>
                <w:b/>
                <w:color w:val="D95BC6"/>
                <w:sz w:val="17"/>
              </w:rPr>
              <w:t>DOKAZ O UČENJU</w:t>
            </w:r>
          </w:p>
          <w:p w14:paraId="63469CC5"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D53CE2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45B9FF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3180CF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CB69AC0" w14:textId="77777777" w:rsidR="008D43AB" w:rsidRDefault="00000000">
            <w:pPr>
              <w:jc w:val="center"/>
            </w:pPr>
            <w:r>
              <w:rPr>
                <w:b/>
                <w:color w:val="000000"/>
                <w:sz w:val="20"/>
              </w:rPr>
              <w:t>UČNE DEJAVNOSTI, METODE IN FORMATIVNO SPREMLJANJE</w:t>
            </w:r>
          </w:p>
        </w:tc>
      </w:tr>
      <w:tr w:rsidR="008D43AB" w14:paraId="05AB72D4" w14:textId="77777777">
        <w:trPr>
          <w:tblHeader/>
          <w:jc w:val="center"/>
        </w:trPr>
        <w:tc>
          <w:tcPr>
            <w:tcW w:w="4422" w:type="dxa"/>
            <w:vMerge/>
            <w:tcMar>
              <w:top w:w="70" w:type="dxa"/>
              <w:left w:w="90" w:type="dxa"/>
              <w:bottom w:w="70" w:type="dxa"/>
              <w:right w:w="90" w:type="dxa"/>
            </w:tcMar>
            <w:vAlign w:val="center"/>
          </w:tcPr>
          <w:p w14:paraId="2A1506B3" w14:textId="77777777" w:rsidR="008D43AB" w:rsidRDefault="008D43AB"/>
        </w:tc>
        <w:tc>
          <w:tcPr>
            <w:tcW w:w="7087" w:type="dxa"/>
            <w:shd w:val="clear" w:color="auto" w:fill="FFFFFF"/>
            <w:tcMar>
              <w:top w:w="70" w:type="dxa"/>
              <w:left w:w="90" w:type="dxa"/>
              <w:bottom w:w="70" w:type="dxa"/>
              <w:right w:w="90" w:type="dxa"/>
            </w:tcMar>
            <w:vAlign w:val="center"/>
          </w:tcPr>
          <w:p w14:paraId="03AEC27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66327B" w14:textId="77777777" w:rsidR="008D43AB" w:rsidRDefault="00000000">
            <w:pPr>
              <w:jc w:val="center"/>
            </w:pPr>
            <w:r>
              <w:rPr>
                <w:b/>
                <w:color w:val="000000"/>
              </w:rPr>
              <w:t>UČENEC</w:t>
            </w:r>
          </w:p>
        </w:tc>
      </w:tr>
      <w:tr w:rsidR="008D43AB" w14:paraId="723DD29D" w14:textId="77777777">
        <w:trPr>
          <w:jc w:val="center"/>
        </w:trPr>
        <w:tc>
          <w:tcPr>
            <w:tcW w:w="4422" w:type="dxa"/>
            <w:tcMar>
              <w:top w:w="70" w:type="dxa"/>
              <w:left w:w="90" w:type="dxa"/>
              <w:bottom w:w="70" w:type="dxa"/>
              <w:right w:w="90" w:type="dxa"/>
            </w:tcMar>
          </w:tcPr>
          <w:p w14:paraId="1D60CFD6" w14:textId="77777777" w:rsidR="008D43AB" w:rsidRDefault="008D43AB"/>
          <w:p w14:paraId="26120DA6" w14:textId="77777777" w:rsidR="008D43AB" w:rsidRDefault="00000000">
            <w:pPr>
              <w:spacing w:after="40" w:line="245" w:lineRule="auto"/>
            </w:pPr>
            <w:r>
              <w:rPr>
                <w:b/>
                <w:color w:val="000000"/>
              </w:rPr>
              <w:t>KLJUČNI GLASBENI POJMI</w:t>
            </w:r>
          </w:p>
          <w:p w14:paraId="1DA26908" w14:textId="77777777" w:rsidR="008D43AB" w:rsidRDefault="00000000">
            <w:pPr>
              <w:spacing w:after="60" w:line="245" w:lineRule="auto"/>
            </w:pPr>
            <w:r>
              <w:rPr>
                <w:color w:val="000000"/>
                <w:sz w:val="15"/>
              </w:rPr>
              <w:t>poslušanje, zvok, tišina, izvedba, glasbeni znak, dokaz, povratna informacija, zvočilo, glasbilo, motiv, zaporedje, slikovni zapis, dirigent, izvajalec</w:t>
            </w:r>
          </w:p>
          <w:p w14:paraId="7AA41592" w14:textId="77777777" w:rsidR="008D43AB" w:rsidRDefault="00000000">
            <w:pPr>
              <w:spacing w:after="20" w:line="245" w:lineRule="auto"/>
            </w:pPr>
            <w:r>
              <w:rPr>
                <w:b/>
                <w:color w:val="000000"/>
                <w:sz w:val="17"/>
              </w:rPr>
              <w:t>DOKAZI O UČENJU</w:t>
            </w:r>
          </w:p>
          <w:p w14:paraId="03DC6EB0" w14:textId="77777777" w:rsidR="008D43AB" w:rsidRDefault="00000000">
            <w:pPr>
              <w:pStyle w:val="Oznaenseznam"/>
              <w:spacing w:after="9"/>
            </w:pPr>
            <w:r>
              <w:rPr>
                <w:color w:val="000000"/>
                <w:sz w:val="15"/>
              </w:rPr>
              <w:t>poslušalski gibalni odziv, ritmični/pevski odmev in učiteljev zapis o skupnem pulzu oziroma začetku/koncu.</w:t>
            </w:r>
          </w:p>
          <w:p w14:paraId="3A8F181A" w14:textId="77777777" w:rsidR="008D43AB" w:rsidRDefault="00000000">
            <w:pPr>
              <w:pStyle w:val="Oznaenseznam"/>
              <w:spacing w:after="9"/>
            </w:pPr>
            <w:r>
              <w:rPr>
                <w:color w:val="000000"/>
                <w:sz w:val="15"/>
              </w:rPr>
              <w:t>slikovni zvočni zapis, skupinska izvedba/posnetek in vrstniška opisna povratna informacija.</w:t>
            </w:r>
          </w:p>
          <w:p w14:paraId="1E9C5FD6" w14:textId="77777777" w:rsidR="008D43AB" w:rsidRDefault="00000000">
            <w:pPr>
              <w:spacing w:before="40" w:after="20" w:line="245" w:lineRule="auto"/>
            </w:pPr>
            <w:r>
              <w:rPr>
                <w:b/>
                <w:color w:val="000000"/>
                <w:sz w:val="17"/>
              </w:rPr>
              <w:t>GLASBENO DOŽIVETJE IN IZKUŠENJSKI POUK</w:t>
            </w:r>
          </w:p>
          <w:p w14:paraId="701545AB"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7B1EA269" w14:textId="77777777" w:rsidR="008D43AB" w:rsidRDefault="00000000">
            <w:pPr>
              <w:spacing w:after="20" w:line="245" w:lineRule="auto"/>
            </w:pPr>
            <w:r>
              <w:rPr>
                <w:b/>
                <w:color w:val="000000"/>
                <w:sz w:val="17"/>
              </w:rPr>
              <w:t>POUČEVANJE V GIBANJU</w:t>
            </w:r>
          </w:p>
          <w:p w14:paraId="6149888F"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5D08BDE0" w14:textId="77777777" w:rsidR="008D43AB" w:rsidRDefault="00000000">
            <w:pPr>
              <w:spacing w:after="20" w:line="245" w:lineRule="auto"/>
            </w:pPr>
            <w:r>
              <w:rPr>
                <w:b/>
                <w:color w:val="000000"/>
                <w:sz w:val="17"/>
              </w:rPr>
              <w:t>DELO PO POSTAJAH</w:t>
            </w:r>
          </w:p>
          <w:p w14:paraId="336911BE"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0DA77EB" w14:textId="77777777" w:rsidR="008D43AB" w:rsidRDefault="00000000">
            <w:pPr>
              <w:spacing w:after="10" w:line="245" w:lineRule="auto"/>
            </w:pPr>
            <w:r>
              <w:rPr>
                <w:color w:val="000000"/>
                <w:sz w:val="15"/>
              </w:rPr>
              <w:t>1. Raziskovalna: varno preizkusim material, predmet, glas ali zvočilo ter primerjam zvočni učinek.</w:t>
            </w:r>
          </w:p>
          <w:p w14:paraId="383760AB" w14:textId="77777777" w:rsidR="008D43AB" w:rsidRDefault="00000000">
            <w:pPr>
              <w:spacing w:after="10" w:line="245" w:lineRule="auto"/>
            </w:pPr>
            <w:r>
              <w:rPr>
                <w:color w:val="000000"/>
                <w:sz w:val="15"/>
              </w:rPr>
              <w:t>2. Gibalno-pripovedna: osebo, dogodek ali okolje ponazorim z gibanjem in izberem ustrezen zvok.</w:t>
            </w:r>
          </w:p>
          <w:p w14:paraId="3F8441FC" w14:textId="77777777" w:rsidR="008D43AB" w:rsidRDefault="00000000">
            <w:pPr>
              <w:spacing w:after="10" w:line="245" w:lineRule="auto"/>
            </w:pPr>
            <w:r>
              <w:rPr>
                <w:color w:val="000000"/>
                <w:sz w:val="15"/>
              </w:rPr>
              <w:t>3. Slikovno-zapisna: iz simbolov sestavim motiv ali zaporedje in določim začetek, ponovitev ter konec.</w:t>
            </w:r>
          </w:p>
          <w:p w14:paraId="4FE42D6C"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7FAF7002" w14:textId="77777777" w:rsidR="008D43AB" w:rsidRDefault="00000000">
            <w:pPr>
              <w:spacing w:after="20" w:line="245" w:lineRule="auto"/>
            </w:pPr>
            <w:r>
              <w:rPr>
                <w:b/>
                <w:color w:val="000000"/>
                <w:sz w:val="17"/>
              </w:rPr>
              <w:t>DIFERENCIACIJA IN VKLJUČEVANJE</w:t>
            </w:r>
          </w:p>
          <w:p w14:paraId="0868EC86"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3C468475" w14:textId="77777777" w:rsidR="008D43AB" w:rsidRDefault="00000000">
            <w:pPr>
              <w:spacing w:after="20" w:line="245" w:lineRule="auto"/>
            </w:pPr>
            <w:r>
              <w:rPr>
                <w:b/>
                <w:color w:val="000000"/>
                <w:sz w:val="17"/>
              </w:rPr>
              <w:t>SPREMLJANJE</w:t>
            </w:r>
          </w:p>
          <w:p w14:paraId="785443AF"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53B57FD8"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89888B4" w14:textId="77777777">
              <w:trPr>
                <w:jc w:val="center"/>
              </w:trPr>
              <w:tc>
                <w:tcPr>
                  <w:tcW w:w="7087" w:type="dxa"/>
                  <w:shd w:val="clear" w:color="auto" w:fill="C6E7F3"/>
                  <w:tcMar>
                    <w:top w:w="45" w:type="dxa"/>
                    <w:left w:w="70" w:type="dxa"/>
                    <w:bottom w:w="45" w:type="dxa"/>
                    <w:right w:w="70" w:type="dxa"/>
                  </w:tcMar>
                </w:tcPr>
                <w:p w14:paraId="74F65144" w14:textId="77777777" w:rsidR="008D43AB" w:rsidRDefault="00000000">
                  <w:pPr>
                    <w:keepNext/>
                  </w:pPr>
                  <w:r>
                    <w:rPr>
                      <w:b/>
                      <w:color w:val="000000"/>
                      <w:sz w:val="17"/>
                    </w:rPr>
                    <w:t>GLAVNI DEL – POSLUŠANJE, IZVAJANJE, GIBANJE IN USTVARJANJE (2 šolski uri)</w:t>
                  </w:r>
                </w:p>
              </w:tc>
            </w:tr>
          </w:tbl>
          <w:p w14:paraId="7EC1238C" w14:textId="77777777" w:rsidR="008D43AB" w:rsidRDefault="008D43AB">
            <w:pPr>
              <w:spacing w:line="20" w:lineRule="exact"/>
            </w:pPr>
          </w:p>
          <w:p w14:paraId="527DC0F9" w14:textId="77777777" w:rsidR="008D43AB" w:rsidRDefault="00000000">
            <w:pPr>
              <w:keepNext/>
              <w:spacing w:before="24" w:after="8" w:line="245" w:lineRule="auto"/>
            </w:pPr>
            <w:r>
              <w:rPr>
                <w:b/>
                <w:color w:val="000000"/>
                <w:sz w:val="16"/>
              </w:rPr>
              <w:t>1. URA – Izdelajmo Zvočilo – Poslušam in izvajam</w:t>
            </w:r>
          </w:p>
          <w:p w14:paraId="3D60E7E6"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»IZDELAJMO ZVOČILO«,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49AD3B6B"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15CD620C"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337289A" w14:textId="77777777" w:rsidR="008D43AB" w:rsidRDefault="00000000">
            <w:pPr>
              <w:keepNext/>
              <w:spacing w:before="24" w:after="8" w:line="245" w:lineRule="auto"/>
            </w:pPr>
            <w:r>
              <w:rPr>
                <w:b/>
                <w:color w:val="000000"/>
                <w:sz w:val="16"/>
              </w:rPr>
              <w:t>2. URA – Izdelajmo Zvočilo – Ustvarim in nastopim</w:t>
            </w:r>
          </w:p>
          <w:p w14:paraId="761D3EEF"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izdelajmo zvočilo«; usmerja izbiro, zapis, vajo in menjavo vlog. Zaključek: 10' – Organizira nastop in odziv poslušalcev po kriterijih; posname kratek dokaz, če so soglasja urejena.</w:t>
            </w:r>
          </w:p>
          <w:p w14:paraId="5B04505C"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F8BBBCD"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1734EB05" w14:textId="77777777">
              <w:trPr>
                <w:jc w:val="center"/>
              </w:trPr>
              <w:tc>
                <w:tcPr>
                  <w:tcW w:w="7087" w:type="dxa"/>
                  <w:shd w:val="clear" w:color="auto" w:fill="EDC9EA"/>
                  <w:tcMar>
                    <w:top w:w="45" w:type="dxa"/>
                    <w:left w:w="70" w:type="dxa"/>
                    <w:bottom w:w="45" w:type="dxa"/>
                    <w:right w:w="70" w:type="dxa"/>
                  </w:tcMar>
                </w:tcPr>
                <w:p w14:paraId="3EB09445" w14:textId="77777777" w:rsidR="008D43AB" w:rsidRDefault="00000000">
                  <w:pPr>
                    <w:keepNext/>
                  </w:pPr>
                  <w:r>
                    <w:rPr>
                      <w:b/>
                      <w:color w:val="000000"/>
                      <w:sz w:val="17"/>
                    </w:rPr>
                    <w:t>ORGANIZACIJA POSTAJ IN PREHODOV</w:t>
                  </w:r>
                </w:p>
              </w:tc>
            </w:tr>
          </w:tbl>
          <w:p w14:paraId="6428CB06" w14:textId="77777777" w:rsidR="008D43AB" w:rsidRDefault="008D43AB"/>
          <w:p w14:paraId="0C018577"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3169E95E" w14:textId="77777777" w:rsidR="008D43AB" w:rsidRDefault="00000000">
            <w:pPr>
              <w:spacing w:before="9" w:after="9" w:line="245" w:lineRule="auto"/>
            </w:pPr>
            <w:r>
              <w:rPr>
                <w:color w:val="000000"/>
                <w:sz w:val="15"/>
              </w:rPr>
              <w:t>Postaja 2: Gibalno-pripovedna: osebo, dogodek ali okolje ponazorim z gibanjem in izberem ustrezen zvok.</w:t>
            </w:r>
          </w:p>
          <w:p w14:paraId="472A8B66"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46329023"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1CD05E84"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00C6B297" w14:textId="77777777" w:rsidR="008D43AB" w:rsidRDefault="008D43AB"/>
          <w:p w14:paraId="61BE0D04" w14:textId="77777777" w:rsidR="008D43AB" w:rsidRDefault="00000000">
            <w:pPr>
              <w:spacing w:after="6" w:line="245" w:lineRule="auto"/>
            </w:pPr>
            <w:r>
              <w:rPr>
                <w:b/>
                <w:color w:val="000000"/>
                <w:sz w:val="15"/>
              </w:rPr>
              <w:t>1. URA – Izdelajmo Zvočilo – Poslušam in izvajam</w:t>
            </w:r>
          </w:p>
          <w:p w14:paraId="53063B34"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311A1CA6" w14:textId="77777777" w:rsidR="008D43AB" w:rsidRDefault="00000000">
            <w:pPr>
              <w:spacing w:after="20" w:line="245" w:lineRule="auto"/>
            </w:pPr>
            <w:r>
              <w:rPr>
                <w:color w:val="D95BC6"/>
                <w:sz w:val="14"/>
              </w:rPr>
              <w:t>Dokaz: poslušalski gibalni odziv, ritmični/pevski odmev in učiteljev zapis o skupnem pulzu oziroma.</w:t>
            </w:r>
          </w:p>
          <w:p w14:paraId="51C9CF37" w14:textId="77777777" w:rsidR="008D43AB" w:rsidRDefault="00000000">
            <w:pPr>
              <w:spacing w:after="6" w:line="245" w:lineRule="auto"/>
            </w:pPr>
            <w:r>
              <w:rPr>
                <w:b/>
                <w:color w:val="000000"/>
                <w:sz w:val="15"/>
              </w:rPr>
              <w:t>2. URA – Izdelajmo Zvočilo – Ustvarim in nastopim</w:t>
            </w:r>
          </w:p>
          <w:p w14:paraId="461F52B0"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3AB3FE62" w14:textId="77777777" w:rsidR="008D43AB" w:rsidRDefault="00000000">
            <w:pPr>
              <w:spacing w:after="20" w:line="245" w:lineRule="auto"/>
            </w:pPr>
            <w:r>
              <w:rPr>
                <w:color w:val="D95BC6"/>
                <w:sz w:val="14"/>
              </w:rPr>
              <w:t>Dokaz: slikovni zvočni zapis, skupinska izvedba/posnetek in vrstniška opisna povratna informacija.</w:t>
            </w:r>
          </w:p>
          <w:p w14:paraId="2632C447" w14:textId="77777777" w:rsidR="008D43AB" w:rsidRDefault="00000000">
            <w:pPr>
              <w:spacing w:before="40" w:after="20" w:line="245" w:lineRule="auto"/>
            </w:pPr>
            <w:r>
              <w:rPr>
                <w:b/>
                <w:color w:val="D95BC6"/>
                <w:sz w:val="16"/>
              </w:rPr>
              <w:t>MOJ KROG POSTAJ</w:t>
            </w:r>
          </w:p>
          <w:p w14:paraId="04A0A6FF" w14:textId="77777777" w:rsidR="008D43AB" w:rsidRDefault="00000000">
            <w:pPr>
              <w:spacing w:after="11" w:line="245" w:lineRule="auto"/>
            </w:pPr>
            <w:r>
              <w:rPr>
                <w:color w:val="000000"/>
                <w:sz w:val="14"/>
              </w:rPr>
              <w:t>1. Raziskovalna: varno preizkusim material, predmet, glas ali zvočilo ter primerjam zvočni.</w:t>
            </w:r>
          </w:p>
          <w:p w14:paraId="223337E4" w14:textId="77777777" w:rsidR="008D43AB" w:rsidRDefault="00000000">
            <w:pPr>
              <w:spacing w:after="11" w:line="245" w:lineRule="auto"/>
            </w:pPr>
            <w:r>
              <w:rPr>
                <w:color w:val="000000"/>
                <w:sz w:val="14"/>
              </w:rPr>
              <w:t>2. Gibalno-pripovedna: osebo, dogodek ali okolje ponazorim z gibanjem in izberem ustrezen zvok.</w:t>
            </w:r>
          </w:p>
          <w:p w14:paraId="21F3E299" w14:textId="77777777" w:rsidR="008D43AB" w:rsidRDefault="00000000">
            <w:pPr>
              <w:spacing w:after="11" w:line="245" w:lineRule="auto"/>
            </w:pPr>
            <w:r>
              <w:rPr>
                <w:color w:val="000000"/>
                <w:sz w:val="14"/>
              </w:rPr>
              <w:t>3. Slikovno-zapisna: iz simbolov sestavim motiv ali zaporedje in določim začetek.</w:t>
            </w:r>
          </w:p>
          <w:p w14:paraId="2448C6F9" w14:textId="77777777" w:rsidR="008D43AB" w:rsidRDefault="00000000">
            <w:pPr>
              <w:spacing w:after="11" w:line="245" w:lineRule="auto"/>
            </w:pPr>
            <w:r>
              <w:rPr>
                <w:color w:val="000000"/>
                <w:sz w:val="14"/>
              </w:rPr>
              <w:t>4. Izvajalska: prevzamem vlogo izvajalca ali dirigenta, izvedem rešitev in jo izboljšam po.</w:t>
            </w:r>
          </w:p>
          <w:p w14:paraId="17060B90"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DF64344" w14:textId="77777777" w:rsidR="008D43AB" w:rsidRDefault="00000000">
            <w:pPr>
              <w:spacing w:after="20" w:line="245" w:lineRule="auto"/>
            </w:pPr>
            <w:r>
              <w:rPr>
                <w:b/>
                <w:color w:val="D95BC6"/>
                <w:sz w:val="17"/>
              </w:rPr>
              <w:t>DOKAZ O UČENJU</w:t>
            </w:r>
          </w:p>
          <w:p w14:paraId="4B7F6B22"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48C5B40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6CD349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97D558"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2E06D48" w14:textId="77777777" w:rsidR="008D43AB" w:rsidRDefault="00000000">
            <w:pPr>
              <w:jc w:val="center"/>
            </w:pPr>
            <w:r>
              <w:rPr>
                <w:b/>
                <w:color w:val="000000"/>
                <w:sz w:val="20"/>
              </w:rPr>
              <w:t>UČNE DEJAVNOSTI, METODE IN FORMATIVNO SPREMLJANJE</w:t>
            </w:r>
          </w:p>
        </w:tc>
      </w:tr>
      <w:tr w:rsidR="008D43AB" w14:paraId="626F7A8D" w14:textId="77777777">
        <w:trPr>
          <w:tblHeader/>
          <w:jc w:val="center"/>
        </w:trPr>
        <w:tc>
          <w:tcPr>
            <w:tcW w:w="4422" w:type="dxa"/>
            <w:vMerge/>
            <w:tcMar>
              <w:top w:w="70" w:type="dxa"/>
              <w:left w:w="90" w:type="dxa"/>
              <w:bottom w:w="70" w:type="dxa"/>
              <w:right w:w="90" w:type="dxa"/>
            </w:tcMar>
            <w:vAlign w:val="center"/>
          </w:tcPr>
          <w:p w14:paraId="0967E2CC" w14:textId="77777777" w:rsidR="008D43AB" w:rsidRDefault="008D43AB"/>
        </w:tc>
        <w:tc>
          <w:tcPr>
            <w:tcW w:w="7087" w:type="dxa"/>
            <w:shd w:val="clear" w:color="auto" w:fill="FFFFFF"/>
            <w:tcMar>
              <w:top w:w="70" w:type="dxa"/>
              <w:left w:w="90" w:type="dxa"/>
              <w:bottom w:w="70" w:type="dxa"/>
              <w:right w:w="90" w:type="dxa"/>
            </w:tcMar>
            <w:vAlign w:val="center"/>
          </w:tcPr>
          <w:p w14:paraId="71746055"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8A08DE0" w14:textId="77777777" w:rsidR="008D43AB" w:rsidRDefault="00000000">
            <w:pPr>
              <w:jc w:val="center"/>
            </w:pPr>
            <w:r>
              <w:rPr>
                <w:b/>
                <w:color w:val="000000"/>
              </w:rPr>
              <w:t>UČENEC</w:t>
            </w:r>
          </w:p>
        </w:tc>
      </w:tr>
      <w:tr w:rsidR="008D43AB" w14:paraId="09048881" w14:textId="77777777">
        <w:trPr>
          <w:jc w:val="center"/>
        </w:trPr>
        <w:tc>
          <w:tcPr>
            <w:tcW w:w="4422" w:type="dxa"/>
            <w:tcMar>
              <w:top w:w="70" w:type="dxa"/>
              <w:left w:w="90" w:type="dxa"/>
              <w:bottom w:w="70" w:type="dxa"/>
              <w:right w:w="90" w:type="dxa"/>
            </w:tcMar>
          </w:tcPr>
          <w:p w14:paraId="69BD6B8E" w14:textId="77777777" w:rsidR="008D43AB" w:rsidRDefault="008D43AB"/>
          <w:p w14:paraId="22D41BDA" w14:textId="77777777" w:rsidR="008D43AB" w:rsidRDefault="00000000">
            <w:pPr>
              <w:spacing w:after="40" w:line="245" w:lineRule="auto"/>
            </w:pPr>
            <w:r>
              <w:rPr>
                <w:b/>
                <w:color w:val="000000"/>
              </w:rPr>
              <w:t>FORMATIVNO SPREMLJANJE</w:t>
            </w:r>
          </w:p>
          <w:p w14:paraId="3E3D37F0" w14:textId="77777777" w:rsidR="008D43AB" w:rsidRDefault="00000000">
            <w:pPr>
              <w:pStyle w:val="Oznaenseznam"/>
              <w:spacing w:after="16"/>
            </w:pPr>
            <w:r>
              <w:rPr>
                <w:color w:val="000000"/>
                <w:sz w:val="16"/>
              </w:rPr>
              <w:t>predznanje: zvočna napoved, izbira kartice, gib, ritmični oziroma pevski poskus ali začetni simbol</w:t>
            </w:r>
          </w:p>
          <w:p w14:paraId="4D97BF70" w14:textId="77777777" w:rsidR="008D43AB" w:rsidRDefault="00000000">
            <w:pPr>
              <w:pStyle w:val="Oznaenseznam"/>
              <w:spacing w:after="16"/>
            </w:pPr>
            <w:r>
              <w:rPr>
                <w:color w:val="000000"/>
                <w:sz w:val="16"/>
              </w:rPr>
              <w:t>nameni in merila: kratka poved, slikovni znak, model izvedbe ter vidna pravila varne glasnosti</w:t>
            </w:r>
          </w:p>
          <w:p w14:paraId="51980FF1"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1A86BBD" w14:textId="77777777" w:rsidR="008D43AB" w:rsidRDefault="00000000">
            <w:pPr>
              <w:pStyle w:val="Oznaenseznam"/>
              <w:spacing w:after="16"/>
            </w:pPr>
            <w:r>
              <w:rPr>
                <w:color w:val="000000"/>
                <w:sz w:val="16"/>
              </w:rPr>
              <w:t>povratna informacija: opis slišane strategije, povezava z enim merilom in izvedljiv naslednji korak</w:t>
            </w:r>
          </w:p>
          <w:p w14:paraId="453A0DAC" w14:textId="77777777" w:rsidR="008D43AB" w:rsidRDefault="00000000">
            <w:pPr>
              <w:pStyle w:val="Oznaenseznam"/>
              <w:spacing w:after="16"/>
            </w:pPr>
            <w:r>
              <w:rPr>
                <w:color w:val="000000"/>
                <w:sz w:val="16"/>
              </w:rPr>
              <w:t>samovrednotenje: barvni zvočni semafor, lestvica samostojnosti, izbran dokaz in ponovna izvedba</w:t>
            </w:r>
          </w:p>
          <w:p w14:paraId="5F2B5B6B" w14:textId="77777777" w:rsidR="008D43AB" w:rsidRDefault="00000000">
            <w:pPr>
              <w:spacing w:before="40" w:after="20" w:line="245" w:lineRule="auto"/>
            </w:pPr>
            <w:r>
              <w:rPr>
                <w:b/>
                <w:color w:val="000000"/>
                <w:sz w:val="17"/>
              </w:rPr>
              <w:t>VARNOST IN VAROVANJE SLUHA</w:t>
            </w:r>
          </w:p>
          <w:p w14:paraId="1D5F1335"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63708AFB" w14:textId="77777777" w:rsidR="008D43AB" w:rsidRDefault="00000000">
            <w:pPr>
              <w:spacing w:after="20" w:line="245" w:lineRule="auto"/>
            </w:pPr>
            <w:r>
              <w:rPr>
                <w:b/>
                <w:color w:val="000000"/>
                <w:sz w:val="17"/>
              </w:rPr>
              <w:t>EVIDENCA PO IZVEDBI</w:t>
            </w:r>
          </w:p>
          <w:p w14:paraId="6F9097E5"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19202ECB" w14:textId="77777777" w:rsidR="008D43AB" w:rsidRDefault="00000000">
            <w:pPr>
              <w:spacing w:before="40" w:after="20" w:line="245" w:lineRule="auto"/>
            </w:pPr>
            <w:r>
              <w:rPr>
                <w:b/>
                <w:color w:val="000000"/>
                <w:sz w:val="17"/>
              </w:rPr>
              <w:t>RAVEN DOSEGANJA</w:t>
            </w:r>
          </w:p>
          <w:p w14:paraId="02AFEC4E"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3209158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3FC832C" w14:textId="77777777">
              <w:trPr>
                <w:jc w:val="center"/>
              </w:trPr>
              <w:tc>
                <w:tcPr>
                  <w:tcW w:w="7087" w:type="dxa"/>
                  <w:shd w:val="clear" w:color="auto" w:fill="EDC9EA"/>
                  <w:tcMar>
                    <w:top w:w="45" w:type="dxa"/>
                    <w:left w:w="70" w:type="dxa"/>
                    <w:bottom w:w="45" w:type="dxa"/>
                    <w:right w:w="70" w:type="dxa"/>
                  </w:tcMar>
                </w:tcPr>
                <w:p w14:paraId="218C71F5" w14:textId="77777777" w:rsidR="008D43AB" w:rsidRDefault="00000000">
                  <w:pPr>
                    <w:keepNext/>
                  </w:pPr>
                  <w:r>
                    <w:rPr>
                      <w:b/>
                      <w:color w:val="000000"/>
                    </w:rPr>
                    <w:t>VPRAŠANJA V PODPORO GLASBENEMU UČENJU</w:t>
                  </w:r>
                </w:p>
              </w:tc>
            </w:tr>
          </w:tbl>
          <w:p w14:paraId="2940E72F" w14:textId="77777777" w:rsidR="008D43AB" w:rsidRDefault="008D43AB">
            <w:pPr>
              <w:spacing w:line="20" w:lineRule="exact"/>
            </w:pPr>
          </w:p>
          <w:p w14:paraId="39F1B264" w14:textId="77777777" w:rsidR="008D43AB" w:rsidRDefault="00000000">
            <w:pPr>
              <w:pStyle w:val="Oznaenseznam"/>
              <w:spacing w:after="16"/>
            </w:pPr>
            <w:r>
              <w:rPr>
                <w:color w:val="000000"/>
                <w:sz w:val="16"/>
              </w:rPr>
              <w:t>Kaj si v glasbi slišal/-a, začutil/-a ali pokazal/-a z gibanjem?</w:t>
            </w:r>
          </w:p>
          <w:p w14:paraId="085588A3" w14:textId="77777777" w:rsidR="008D43AB" w:rsidRDefault="00000000">
            <w:pPr>
              <w:pStyle w:val="Oznaenseznam"/>
              <w:spacing w:after="16"/>
            </w:pPr>
            <w:r>
              <w:rPr>
                <w:color w:val="000000"/>
                <w:sz w:val="16"/>
              </w:rPr>
              <w:t>Po katerem zvočnem znaku, lastnosti ali vzorcu si prepoznal/-a rešitev?</w:t>
            </w:r>
          </w:p>
          <w:p w14:paraId="546794AE" w14:textId="77777777" w:rsidR="008D43AB" w:rsidRDefault="00000000">
            <w:pPr>
              <w:pStyle w:val="Oznaenseznam"/>
              <w:spacing w:after="16"/>
            </w:pPr>
            <w:r>
              <w:rPr>
                <w:color w:val="000000"/>
                <w:sz w:val="16"/>
              </w:rPr>
              <w:t>Kako veš, da je bil pulz, začetek, konec, glasnost ali skupinska izvedba skladna z merilom?</w:t>
            </w:r>
          </w:p>
          <w:p w14:paraId="24BFAB48" w14:textId="77777777" w:rsidR="008D43AB" w:rsidRDefault="00000000">
            <w:pPr>
              <w:pStyle w:val="Oznaenseznam"/>
              <w:spacing w:after="16"/>
            </w:pPr>
            <w:r>
              <w:rPr>
                <w:color w:val="000000"/>
                <w:sz w:val="16"/>
              </w:rPr>
              <w:t>Zakaj si za motiv, osebo, dogodek ali okolje izbral/-a prav ta glas, predmet ali glasbilo?</w:t>
            </w:r>
          </w:p>
          <w:p w14:paraId="681ABB5A"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5C00B93D" w14:textId="77777777">
              <w:trPr>
                <w:jc w:val="center"/>
              </w:trPr>
              <w:tc>
                <w:tcPr>
                  <w:tcW w:w="7087" w:type="dxa"/>
                  <w:shd w:val="clear" w:color="auto" w:fill="C6E7F3"/>
                  <w:tcMar>
                    <w:top w:w="45" w:type="dxa"/>
                    <w:left w:w="70" w:type="dxa"/>
                    <w:bottom w:w="45" w:type="dxa"/>
                    <w:right w:w="70" w:type="dxa"/>
                  </w:tcMar>
                </w:tcPr>
                <w:p w14:paraId="64924F7F" w14:textId="77777777" w:rsidR="008D43AB" w:rsidRDefault="00000000">
                  <w:pPr>
                    <w:keepNext/>
                  </w:pPr>
                  <w:r>
                    <w:rPr>
                      <w:b/>
                      <w:color w:val="000000"/>
                    </w:rPr>
                    <w:t>ZAKLJUČNI DEL – NASTOP, POSLUŠALSKI ODZIV IN REFLEKSIJA (8–12 min)</w:t>
                  </w:r>
                </w:p>
              </w:tc>
            </w:tr>
          </w:tbl>
          <w:p w14:paraId="22CF4DE7" w14:textId="77777777" w:rsidR="008D43AB" w:rsidRDefault="008D43AB">
            <w:pPr>
              <w:spacing w:line="20" w:lineRule="exact"/>
            </w:pPr>
          </w:p>
          <w:p w14:paraId="05EC4A3F"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0D15B366" w14:textId="77777777">
              <w:trPr>
                <w:jc w:val="center"/>
              </w:trPr>
              <w:tc>
                <w:tcPr>
                  <w:tcW w:w="7087" w:type="dxa"/>
                  <w:shd w:val="clear" w:color="auto" w:fill="EDC9EA"/>
                  <w:tcMar>
                    <w:top w:w="45" w:type="dxa"/>
                    <w:left w:w="70" w:type="dxa"/>
                    <w:bottom w:w="45" w:type="dxa"/>
                    <w:right w:w="70" w:type="dxa"/>
                  </w:tcMar>
                </w:tcPr>
                <w:p w14:paraId="54E9169F" w14:textId="77777777" w:rsidR="008D43AB" w:rsidRDefault="00000000">
                  <w:pPr>
                    <w:keepNext/>
                  </w:pPr>
                  <w:r>
                    <w:rPr>
                      <w:b/>
                      <w:color w:val="000000"/>
                    </w:rPr>
                    <w:t>SAMOVREDNOTENJE</w:t>
                  </w:r>
                </w:p>
              </w:tc>
            </w:tr>
          </w:tbl>
          <w:p w14:paraId="148FF72C" w14:textId="77777777" w:rsidR="008D43AB" w:rsidRDefault="008D43AB">
            <w:pPr>
              <w:spacing w:line="20" w:lineRule="exact"/>
            </w:pPr>
          </w:p>
          <w:p w14:paraId="7209FF6A"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68A7DBCC" w14:textId="77777777">
              <w:trPr>
                <w:jc w:val="center"/>
              </w:trPr>
              <w:tc>
                <w:tcPr>
                  <w:tcW w:w="7087" w:type="dxa"/>
                  <w:shd w:val="clear" w:color="auto" w:fill="EDC9EA"/>
                  <w:tcMar>
                    <w:top w:w="45" w:type="dxa"/>
                    <w:left w:w="70" w:type="dxa"/>
                    <w:bottom w:w="45" w:type="dxa"/>
                    <w:right w:w="70" w:type="dxa"/>
                  </w:tcMar>
                </w:tcPr>
                <w:p w14:paraId="04987AB3" w14:textId="77777777" w:rsidR="008D43AB" w:rsidRDefault="00000000">
                  <w:pPr>
                    <w:keepNext/>
                  </w:pPr>
                  <w:r>
                    <w:rPr>
                      <w:b/>
                      <w:color w:val="000000"/>
                    </w:rPr>
                    <w:t>VRSTNIŠKO VREDNOTENJE</w:t>
                  </w:r>
                </w:p>
              </w:tc>
            </w:tr>
          </w:tbl>
          <w:p w14:paraId="0AA818D9" w14:textId="77777777" w:rsidR="008D43AB" w:rsidRDefault="008D43AB">
            <w:pPr>
              <w:spacing w:line="20" w:lineRule="exact"/>
            </w:pPr>
          </w:p>
          <w:p w14:paraId="6DCDFA58"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25BCFB41" w14:textId="77777777">
              <w:trPr>
                <w:jc w:val="center"/>
              </w:trPr>
              <w:tc>
                <w:tcPr>
                  <w:tcW w:w="7087" w:type="dxa"/>
                  <w:shd w:val="clear" w:color="auto" w:fill="EDC9EA"/>
                  <w:tcMar>
                    <w:top w:w="45" w:type="dxa"/>
                    <w:left w:w="70" w:type="dxa"/>
                    <w:bottom w:w="45" w:type="dxa"/>
                    <w:right w:w="70" w:type="dxa"/>
                  </w:tcMar>
                </w:tcPr>
                <w:p w14:paraId="120A070B" w14:textId="77777777" w:rsidR="008D43AB" w:rsidRDefault="00000000">
                  <w:pPr>
                    <w:keepNext/>
                  </w:pPr>
                  <w:r>
                    <w:rPr>
                      <w:b/>
                      <w:color w:val="000000"/>
                    </w:rPr>
                    <w:t>SKUPNI POVZETEK</w:t>
                  </w:r>
                </w:p>
              </w:tc>
            </w:tr>
          </w:tbl>
          <w:p w14:paraId="5DFFA050" w14:textId="77777777" w:rsidR="008D43AB" w:rsidRDefault="008D43AB"/>
          <w:p w14:paraId="32B603A4" w14:textId="77777777" w:rsidR="008D43AB" w:rsidRDefault="00000000">
            <w:pPr>
              <w:spacing w:before="20" w:after="40" w:line="245" w:lineRule="auto"/>
            </w:pPr>
            <w:r>
              <w:rPr>
                <w:b/>
                <w:color w:val="000000"/>
                <w:sz w:val="16"/>
              </w:rPr>
              <w:t>načrtujem zvok; izvedem ritmično spremljavo; vrednotim zvok izdelka. Izbrani dokaz pojasnim in po povratni informaciji izboljšam.</w:t>
            </w:r>
          </w:p>
        </w:tc>
        <w:tc>
          <w:tcPr>
            <w:tcW w:w="2551" w:type="dxa"/>
            <w:tcMar>
              <w:top w:w="70" w:type="dxa"/>
              <w:left w:w="90" w:type="dxa"/>
              <w:bottom w:w="70" w:type="dxa"/>
              <w:right w:w="90" w:type="dxa"/>
            </w:tcMar>
          </w:tcPr>
          <w:p w14:paraId="0BB6779C" w14:textId="77777777" w:rsidR="008D43AB" w:rsidRDefault="008D43AB"/>
          <w:p w14:paraId="721744A8" w14:textId="77777777" w:rsidR="008D43AB" w:rsidRDefault="00000000">
            <w:pPr>
              <w:spacing w:after="80" w:line="245" w:lineRule="auto"/>
            </w:pPr>
            <w:r>
              <w:rPr>
                <w:color w:val="000000"/>
                <w:sz w:val="16"/>
              </w:rPr>
              <w:t>Odgovarja na podporna vprašanja in se sklicuje na slišano, izvedeno, ustvarjeno ali zapisano.</w:t>
            </w:r>
          </w:p>
          <w:p w14:paraId="01B1C896" w14:textId="77777777" w:rsidR="008D43AB" w:rsidRDefault="00000000">
            <w:pPr>
              <w:spacing w:after="80" w:line="245" w:lineRule="auto"/>
            </w:pPr>
            <w:r>
              <w:rPr>
                <w:color w:val="000000"/>
                <w:sz w:val="16"/>
              </w:rPr>
              <w:t>Predstavi izbrani dokaz ter pove, katero merilo z njim pokaže.</w:t>
            </w:r>
          </w:p>
          <w:p w14:paraId="1C68D72B" w14:textId="77777777" w:rsidR="008D43AB" w:rsidRDefault="00000000">
            <w:pPr>
              <w:spacing w:after="80" w:line="245" w:lineRule="auto"/>
            </w:pPr>
            <w:r>
              <w:rPr>
                <w:color w:val="000000"/>
                <w:sz w:val="16"/>
              </w:rPr>
              <w:t>Posluša vrstnika, opiše eno slišano moč in poda prijazen predlog za izboljšavo.</w:t>
            </w:r>
          </w:p>
          <w:p w14:paraId="7D135AB2" w14:textId="77777777" w:rsidR="008D43AB" w:rsidRDefault="00000000">
            <w:pPr>
              <w:spacing w:after="80" w:line="245" w:lineRule="auto"/>
            </w:pPr>
            <w:r>
              <w:rPr>
                <w:color w:val="000000"/>
                <w:sz w:val="16"/>
              </w:rPr>
              <w:t>Po povratni informaciji izvedbo, gib, ritem, zvočno izbiro ali slikovni zapis ponovi in izboljša.</w:t>
            </w:r>
          </w:p>
          <w:p w14:paraId="6A8B59D8" w14:textId="77777777" w:rsidR="008D43AB" w:rsidRDefault="00000000">
            <w:pPr>
              <w:spacing w:after="100" w:line="245" w:lineRule="auto"/>
            </w:pPr>
            <w:r>
              <w:rPr>
                <w:color w:val="000000"/>
                <w:sz w:val="16"/>
              </w:rPr>
              <w:t>Izbere raven samostojnosti ter določi majhen in izvedljiv naslednji glasbeni korak.</w:t>
            </w:r>
          </w:p>
          <w:p w14:paraId="7F02A4FB" w14:textId="77777777" w:rsidR="008D43AB" w:rsidRDefault="00000000">
            <w:pPr>
              <w:spacing w:after="20" w:line="245" w:lineRule="auto"/>
            </w:pPr>
            <w:r>
              <w:rPr>
                <w:b/>
                <w:color w:val="D95BC6"/>
                <w:sz w:val="17"/>
              </w:rPr>
              <w:t>DOKAZ O UČENJU</w:t>
            </w:r>
          </w:p>
          <w:p w14:paraId="23803882"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0DF575F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520401FB" w14:textId="77777777">
        <w:trPr>
          <w:cantSplit/>
          <w:jc w:val="center"/>
        </w:trPr>
        <w:tc>
          <w:tcPr>
            <w:tcW w:w="14060" w:type="dxa"/>
            <w:gridSpan w:val="6"/>
            <w:tcMar>
              <w:top w:w="70" w:type="dxa"/>
              <w:left w:w="90" w:type="dxa"/>
              <w:bottom w:w="70" w:type="dxa"/>
              <w:right w:w="90" w:type="dxa"/>
            </w:tcMar>
            <w:vAlign w:val="center"/>
          </w:tcPr>
          <w:p w14:paraId="1CBB2195" w14:textId="77777777" w:rsidR="008D43AB" w:rsidRDefault="00000000">
            <w:pPr>
              <w:jc w:val="center"/>
            </w:pPr>
            <w:r>
              <w:rPr>
                <w:b/>
                <w:color w:val="000000"/>
                <w:sz w:val="24"/>
              </w:rPr>
              <w:lastRenderedPageBreak/>
              <w:t>UČNA PRIPRAVA 21/39</w:t>
            </w:r>
          </w:p>
        </w:tc>
      </w:tr>
      <w:tr w:rsidR="008D43AB" w14:paraId="3C4D6D8D" w14:textId="77777777">
        <w:trPr>
          <w:jc w:val="center"/>
        </w:trPr>
        <w:tc>
          <w:tcPr>
            <w:tcW w:w="2665" w:type="dxa"/>
            <w:tcMar>
              <w:top w:w="70" w:type="dxa"/>
              <w:left w:w="90" w:type="dxa"/>
              <w:bottom w:w="70" w:type="dxa"/>
              <w:right w:w="90" w:type="dxa"/>
            </w:tcMar>
            <w:vAlign w:val="center"/>
          </w:tcPr>
          <w:p w14:paraId="7ECCE481"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5671F67"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02C73AF"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45EBC11" w14:textId="77777777" w:rsidR="008D43AB" w:rsidRDefault="00000000">
            <w:r>
              <w:rPr>
                <w:b/>
                <w:color w:val="000000"/>
                <w:sz w:val="16"/>
              </w:rPr>
              <w:t xml:space="preserve">NAČRTOVANI TERMIN: </w:t>
            </w:r>
            <w:r>
              <w:rPr>
                <w:color w:val="000000"/>
                <w:sz w:val="16"/>
              </w:rPr>
              <w:t>21. teden • 1.–5. 2. 2027</w:t>
            </w:r>
          </w:p>
        </w:tc>
        <w:tc>
          <w:tcPr>
            <w:tcW w:w="2268" w:type="dxa"/>
            <w:tcMar>
              <w:top w:w="70" w:type="dxa"/>
              <w:left w:w="90" w:type="dxa"/>
              <w:bottom w:w="70" w:type="dxa"/>
              <w:right w:w="90" w:type="dxa"/>
            </w:tcMar>
            <w:vAlign w:val="center"/>
          </w:tcPr>
          <w:p w14:paraId="3161BA8F"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D3EC663" w14:textId="77777777" w:rsidR="008D43AB" w:rsidRDefault="00000000">
            <w:r>
              <w:rPr>
                <w:b/>
                <w:color w:val="000000"/>
                <w:sz w:val="16"/>
              </w:rPr>
              <w:t xml:space="preserve">ŠTEVILO UR: </w:t>
            </w:r>
            <w:r>
              <w:rPr>
                <w:color w:val="000000"/>
                <w:sz w:val="16"/>
              </w:rPr>
              <w:t>2</w:t>
            </w:r>
          </w:p>
        </w:tc>
      </w:tr>
      <w:tr w:rsidR="008D43AB" w14:paraId="55D62807" w14:textId="77777777">
        <w:trPr>
          <w:jc w:val="center"/>
        </w:trPr>
        <w:tc>
          <w:tcPr>
            <w:tcW w:w="14061" w:type="dxa"/>
            <w:gridSpan w:val="6"/>
            <w:tcMar>
              <w:top w:w="70" w:type="dxa"/>
              <w:left w:w="90" w:type="dxa"/>
              <w:bottom w:w="70" w:type="dxa"/>
              <w:right w:w="90" w:type="dxa"/>
            </w:tcMar>
            <w:vAlign w:val="center"/>
          </w:tcPr>
          <w:p w14:paraId="01708CCC"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2195D12F" w14:textId="77777777">
        <w:trPr>
          <w:cantSplit/>
          <w:jc w:val="center"/>
        </w:trPr>
        <w:tc>
          <w:tcPr>
            <w:tcW w:w="14060" w:type="dxa"/>
            <w:gridSpan w:val="6"/>
            <w:tcMar>
              <w:top w:w="70" w:type="dxa"/>
              <w:left w:w="90" w:type="dxa"/>
              <w:bottom w:w="70" w:type="dxa"/>
              <w:right w:w="90" w:type="dxa"/>
            </w:tcMar>
            <w:vAlign w:val="center"/>
          </w:tcPr>
          <w:p w14:paraId="13CA7E0C" w14:textId="77777777" w:rsidR="008D43AB" w:rsidRDefault="008D43AB"/>
          <w:p w14:paraId="5A5247B5" w14:textId="77777777" w:rsidR="008D43AB" w:rsidRDefault="00000000">
            <w:pPr>
              <w:spacing w:line="245" w:lineRule="auto"/>
            </w:pPr>
            <w:r>
              <w:rPr>
                <w:b/>
                <w:color w:val="000000"/>
                <w:sz w:val="16"/>
              </w:rPr>
              <w:t xml:space="preserve">UČNI SKLOP: </w:t>
            </w:r>
            <w:r>
              <w:rPr>
                <w:color w:val="000000"/>
                <w:sz w:val="16"/>
              </w:rPr>
              <w:t>NEKOČ IN DANES – ČAS IN DEDIŠČINA</w:t>
            </w:r>
          </w:p>
        </w:tc>
      </w:tr>
      <w:tr w:rsidR="008D43AB" w14:paraId="530D74A2" w14:textId="77777777">
        <w:trPr>
          <w:cantSplit/>
          <w:jc w:val="center"/>
        </w:trPr>
        <w:tc>
          <w:tcPr>
            <w:tcW w:w="14060" w:type="dxa"/>
            <w:gridSpan w:val="6"/>
            <w:tcMar>
              <w:top w:w="70" w:type="dxa"/>
              <w:left w:w="90" w:type="dxa"/>
              <w:bottom w:w="70" w:type="dxa"/>
              <w:right w:w="90" w:type="dxa"/>
            </w:tcMar>
            <w:vAlign w:val="center"/>
          </w:tcPr>
          <w:p w14:paraId="0B86B72B" w14:textId="77777777" w:rsidR="008D43AB" w:rsidRDefault="008D43AB"/>
          <w:p w14:paraId="4A2D9DD9" w14:textId="77777777" w:rsidR="008D43AB" w:rsidRDefault="00000000">
            <w:pPr>
              <w:spacing w:line="245" w:lineRule="auto"/>
            </w:pPr>
            <w:r>
              <w:rPr>
                <w:b/>
                <w:color w:val="000000"/>
                <w:sz w:val="16"/>
              </w:rPr>
              <w:t xml:space="preserve">UČNA TEMA: </w:t>
            </w:r>
            <w:r>
              <w:rPr>
                <w:color w:val="000000"/>
                <w:sz w:val="16"/>
              </w:rPr>
              <w:t>GLASBENA DEDIŠČINA</w:t>
            </w:r>
          </w:p>
        </w:tc>
      </w:tr>
      <w:tr w:rsidR="008D43AB" w14:paraId="2BC4D50A" w14:textId="77777777">
        <w:trPr>
          <w:cantSplit/>
          <w:jc w:val="center"/>
        </w:trPr>
        <w:tc>
          <w:tcPr>
            <w:tcW w:w="14060" w:type="dxa"/>
            <w:gridSpan w:val="6"/>
            <w:tcMar>
              <w:top w:w="70" w:type="dxa"/>
              <w:left w:w="90" w:type="dxa"/>
              <w:bottom w:w="70" w:type="dxa"/>
              <w:right w:w="90" w:type="dxa"/>
            </w:tcMar>
            <w:vAlign w:val="center"/>
          </w:tcPr>
          <w:p w14:paraId="46404CC8" w14:textId="77777777" w:rsidR="008D43AB" w:rsidRDefault="008D43AB"/>
          <w:p w14:paraId="2BCE7E02" w14:textId="77777777" w:rsidR="008D43AB" w:rsidRDefault="00000000">
            <w:pPr>
              <w:spacing w:line="245" w:lineRule="auto"/>
            </w:pPr>
            <w:r>
              <w:rPr>
                <w:b/>
                <w:color w:val="000000"/>
                <w:sz w:val="16"/>
              </w:rPr>
              <w:t xml:space="preserve">KNJIŽEVNO / MOTIVNO IZHODIŠČE: </w:t>
            </w:r>
            <w:r>
              <w:rPr>
                <w:color w:val="000000"/>
                <w:sz w:val="16"/>
              </w:rPr>
              <w:t>»Janček Ježek« – slovenska ljudska pravljica • nekoč in danes, časovno zaporedje in ljudsko izročilo</w:t>
            </w:r>
          </w:p>
        </w:tc>
      </w:tr>
      <w:tr w:rsidR="008D43AB" w14:paraId="45BFC2C3" w14:textId="77777777">
        <w:trPr>
          <w:cantSplit/>
          <w:jc w:val="center"/>
        </w:trPr>
        <w:tc>
          <w:tcPr>
            <w:tcW w:w="14060" w:type="dxa"/>
            <w:gridSpan w:val="6"/>
            <w:tcMar>
              <w:top w:w="70" w:type="dxa"/>
              <w:left w:w="90" w:type="dxa"/>
              <w:bottom w:w="70" w:type="dxa"/>
              <w:right w:w="90" w:type="dxa"/>
            </w:tcMar>
            <w:vAlign w:val="center"/>
          </w:tcPr>
          <w:p w14:paraId="392DB0F5" w14:textId="77777777" w:rsidR="008D43AB" w:rsidRDefault="008D43AB"/>
          <w:p w14:paraId="28EA760E" w14:textId="77777777" w:rsidR="008D43AB" w:rsidRDefault="00000000">
            <w:pPr>
              <w:spacing w:line="245" w:lineRule="auto"/>
            </w:pPr>
            <w:r>
              <w:rPr>
                <w:b/>
                <w:color w:val="000000"/>
                <w:sz w:val="16"/>
              </w:rPr>
              <w:t xml:space="preserve">GLASBENO IZHODIŠČE / REPERTOAR: </w:t>
            </w:r>
            <w:r>
              <w:rPr>
                <w:color w:val="000000"/>
                <w:sz w:val="16"/>
              </w:rPr>
              <w:t>»Rdeče češnje« ali »Bela, bela lilija«; ljudsko glasbilo</w:t>
            </w:r>
          </w:p>
        </w:tc>
      </w:tr>
      <w:tr w:rsidR="008D43AB" w14:paraId="6E2541E7" w14:textId="77777777">
        <w:trPr>
          <w:cantSplit/>
          <w:jc w:val="center"/>
        </w:trPr>
        <w:tc>
          <w:tcPr>
            <w:tcW w:w="14060" w:type="dxa"/>
            <w:gridSpan w:val="6"/>
            <w:tcMar>
              <w:top w:w="70" w:type="dxa"/>
              <w:left w:w="90" w:type="dxa"/>
              <w:bottom w:w="70" w:type="dxa"/>
              <w:right w:w="90" w:type="dxa"/>
            </w:tcMar>
            <w:vAlign w:val="center"/>
          </w:tcPr>
          <w:p w14:paraId="689F9E36" w14:textId="77777777" w:rsidR="008D43AB" w:rsidRDefault="008D43AB"/>
          <w:p w14:paraId="4E85629F" w14:textId="77777777" w:rsidR="008D43AB" w:rsidRDefault="00000000">
            <w:pPr>
              <w:spacing w:line="245" w:lineRule="auto"/>
            </w:pPr>
            <w:r>
              <w:rPr>
                <w:b/>
                <w:color w:val="000000"/>
                <w:sz w:val="16"/>
              </w:rPr>
              <w:t xml:space="preserve">UČNE ENOTE: </w:t>
            </w:r>
            <w:r>
              <w:rPr>
                <w:color w:val="000000"/>
                <w:sz w:val="16"/>
              </w:rPr>
              <w:t>1. ura – Glasbena Dediščina – Poslušam in izvajam • 2. ura – Glasbena Dediščina – Ustvarim in nastopim</w:t>
            </w:r>
          </w:p>
        </w:tc>
      </w:tr>
      <w:tr w:rsidR="008D43AB" w14:paraId="5E23E1F0" w14:textId="77777777">
        <w:trPr>
          <w:cantSplit/>
          <w:jc w:val="center"/>
        </w:trPr>
        <w:tc>
          <w:tcPr>
            <w:tcW w:w="14060" w:type="dxa"/>
            <w:gridSpan w:val="6"/>
            <w:tcMar>
              <w:top w:w="70" w:type="dxa"/>
              <w:left w:w="90" w:type="dxa"/>
              <w:bottom w:w="70" w:type="dxa"/>
              <w:right w:w="90" w:type="dxa"/>
            </w:tcMar>
            <w:vAlign w:val="center"/>
          </w:tcPr>
          <w:p w14:paraId="265E3A73" w14:textId="77777777" w:rsidR="008D43AB" w:rsidRDefault="008D43AB"/>
          <w:p w14:paraId="07F50740"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25BEC949" w14:textId="77777777">
        <w:trPr>
          <w:cantSplit/>
          <w:jc w:val="center"/>
        </w:trPr>
        <w:tc>
          <w:tcPr>
            <w:tcW w:w="14060" w:type="dxa"/>
            <w:gridSpan w:val="6"/>
            <w:tcMar>
              <w:top w:w="70" w:type="dxa"/>
              <w:left w:w="90" w:type="dxa"/>
              <w:bottom w:w="70" w:type="dxa"/>
              <w:right w:w="90" w:type="dxa"/>
            </w:tcMar>
            <w:vAlign w:val="center"/>
          </w:tcPr>
          <w:p w14:paraId="219F9D2A" w14:textId="77777777" w:rsidR="008D43AB" w:rsidRDefault="008D43AB"/>
          <w:p w14:paraId="035D1A18"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1AD26097" w14:textId="77777777">
        <w:trPr>
          <w:cantSplit/>
          <w:jc w:val="center"/>
        </w:trPr>
        <w:tc>
          <w:tcPr>
            <w:tcW w:w="14060" w:type="dxa"/>
            <w:gridSpan w:val="6"/>
            <w:tcMar>
              <w:top w:w="70" w:type="dxa"/>
              <w:left w:w="90" w:type="dxa"/>
              <w:bottom w:w="70" w:type="dxa"/>
              <w:right w:w="90" w:type="dxa"/>
            </w:tcMar>
            <w:vAlign w:val="center"/>
          </w:tcPr>
          <w:p w14:paraId="233CC2B3" w14:textId="77777777" w:rsidR="008D43AB" w:rsidRDefault="008D43AB"/>
          <w:p w14:paraId="6D0603F3"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5F551FD" w14:textId="77777777">
        <w:trPr>
          <w:cantSplit/>
          <w:jc w:val="center"/>
        </w:trPr>
        <w:tc>
          <w:tcPr>
            <w:tcW w:w="14060" w:type="dxa"/>
            <w:gridSpan w:val="6"/>
            <w:tcMar>
              <w:top w:w="70" w:type="dxa"/>
              <w:left w:w="90" w:type="dxa"/>
              <w:bottom w:w="70" w:type="dxa"/>
              <w:right w:w="90" w:type="dxa"/>
            </w:tcMar>
            <w:vAlign w:val="center"/>
          </w:tcPr>
          <w:p w14:paraId="13D03622" w14:textId="77777777" w:rsidR="008D43AB" w:rsidRDefault="008D43AB"/>
          <w:p w14:paraId="35B96F73" w14:textId="77777777" w:rsidR="008D43AB" w:rsidRDefault="00000000">
            <w:pPr>
              <w:spacing w:line="245" w:lineRule="auto"/>
            </w:pPr>
            <w:r>
              <w:rPr>
                <w:b/>
                <w:color w:val="000000"/>
                <w:sz w:val="16"/>
              </w:rPr>
              <w:t xml:space="preserve">MEDPREDMETNE POVEZAVE: </w:t>
            </w:r>
            <w:r>
              <w:rPr>
                <w:color w:val="000000"/>
                <w:sz w:val="16"/>
              </w:rPr>
              <w:t>SPO – nekoč in danes, časovno zaporedje in ljudsko izročilo; SLJ – poslušanje, ritmični govor in opis doživetja; ŠPO – pulz, tempo, gibalni odziv in prostorska orientacija; LUM – simbol, barva, linija in zvočni zapis</w:t>
            </w:r>
          </w:p>
        </w:tc>
      </w:tr>
      <w:tr w:rsidR="008D43AB" w14:paraId="0BE71974" w14:textId="77777777">
        <w:trPr>
          <w:cantSplit/>
          <w:jc w:val="center"/>
        </w:trPr>
        <w:tc>
          <w:tcPr>
            <w:tcW w:w="14060" w:type="dxa"/>
            <w:gridSpan w:val="6"/>
            <w:tcMar>
              <w:top w:w="70" w:type="dxa"/>
              <w:left w:w="90" w:type="dxa"/>
              <w:bottom w:w="70" w:type="dxa"/>
              <w:right w:w="90" w:type="dxa"/>
            </w:tcMar>
            <w:vAlign w:val="center"/>
          </w:tcPr>
          <w:p w14:paraId="4F572E20" w14:textId="77777777" w:rsidR="008D43AB" w:rsidRDefault="008D43AB"/>
          <w:p w14:paraId="5E916BF2"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5565F107" w14:textId="77777777">
        <w:trPr>
          <w:cantSplit/>
          <w:jc w:val="center"/>
        </w:trPr>
        <w:tc>
          <w:tcPr>
            <w:tcW w:w="14060" w:type="dxa"/>
            <w:gridSpan w:val="6"/>
            <w:tcMar>
              <w:top w:w="70" w:type="dxa"/>
              <w:left w:w="90" w:type="dxa"/>
              <w:bottom w:w="70" w:type="dxa"/>
              <w:right w:w="90" w:type="dxa"/>
            </w:tcMar>
            <w:vAlign w:val="center"/>
          </w:tcPr>
          <w:p w14:paraId="3BC83841" w14:textId="77777777" w:rsidR="008D43AB" w:rsidRDefault="008D43AB"/>
          <w:p w14:paraId="0B22E989"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430F0240" w14:textId="77777777">
        <w:trPr>
          <w:cantSplit/>
          <w:jc w:val="center"/>
        </w:trPr>
        <w:tc>
          <w:tcPr>
            <w:tcW w:w="14060" w:type="dxa"/>
            <w:gridSpan w:val="6"/>
            <w:tcMar>
              <w:top w:w="70" w:type="dxa"/>
              <w:left w:w="90" w:type="dxa"/>
              <w:bottom w:w="70" w:type="dxa"/>
              <w:right w:w="90" w:type="dxa"/>
            </w:tcMar>
            <w:vAlign w:val="center"/>
          </w:tcPr>
          <w:p w14:paraId="42DC8597" w14:textId="77777777" w:rsidR="008D43AB" w:rsidRDefault="008D43AB"/>
          <w:p w14:paraId="20FDC8D9"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2FDC40FF" w14:textId="77777777">
        <w:trPr>
          <w:cantSplit/>
          <w:jc w:val="center"/>
        </w:trPr>
        <w:tc>
          <w:tcPr>
            <w:tcW w:w="14060" w:type="dxa"/>
            <w:gridSpan w:val="6"/>
            <w:tcMar>
              <w:top w:w="70" w:type="dxa"/>
              <w:left w:w="90" w:type="dxa"/>
              <w:bottom w:w="70" w:type="dxa"/>
              <w:right w:w="90" w:type="dxa"/>
            </w:tcMar>
            <w:vAlign w:val="center"/>
          </w:tcPr>
          <w:p w14:paraId="31D62DCA" w14:textId="77777777" w:rsidR="008D43AB" w:rsidRDefault="008D43AB"/>
          <w:p w14:paraId="00A75E60"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2FB6525A"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1D6714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0821244"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9036215" w14:textId="77777777" w:rsidR="008D43AB" w:rsidRDefault="00000000">
            <w:pPr>
              <w:jc w:val="center"/>
            </w:pPr>
            <w:r>
              <w:rPr>
                <w:b/>
                <w:color w:val="000000"/>
                <w:sz w:val="20"/>
              </w:rPr>
              <w:t>UČNE DEJAVNOSTI, METODE IN FORMATIVNO SPREMLJANJE</w:t>
            </w:r>
          </w:p>
        </w:tc>
      </w:tr>
      <w:tr w:rsidR="008D43AB" w14:paraId="29759F54" w14:textId="77777777">
        <w:trPr>
          <w:tblHeader/>
          <w:jc w:val="center"/>
        </w:trPr>
        <w:tc>
          <w:tcPr>
            <w:tcW w:w="4422" w:type="dxa"/>
            <w:vMerge/>
            <w:tcMar>
              <w:top w:w="70" w:type="dxa"/>
              <w:left w:w="90" w:type="dxa"/>
              <w:bottom w:w="70" w:type="dxa"/>
              <w:right w:w="90" w:type="dxa"/>
            </w:tcMar>
            <w:vAlign w:val="center"/>
          </w:tcPr>
          <w:p w14:paraId="0AC44327" w14:textId="77777777" w:rsidR="008D43AB" w:rsidRDefault="008D43AB"/>
        </w:tc>
        <w:tc>
          <w:tcPr>
            <w:tcW w:w="7087" w:type="dxa"/>
            <w:shd w:val="clear" w:color="auto" w:fill="FFFFFF"/>
            <w:tcMar>
              <w:top w:w="70" w:type="dxa"/>
              <w:left w:w="90" w:type="dxa"/>
              <w:bottom w:w="70" w:type="dxa"/>
              <w:right w:w="90" w:type="dxa"/>
            </w:tcMar>
            <w:vAlign w:val="center"/>
          </w:tcPr>
          <w:p w14:paraId="2650F5E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F66461" w14:textId="77777777" w:rsidR="008D43AB" w:rsidRDefault="00000000">
            <w:pPr>
              <w:jc w:val="center"/>
            </w:pPr>
            <w:r>
              <w:rPr>
                <w:b/>
                <w:color w:val="000000"/>
              </w:rPr>
              <w:t>UČENEC</w:t>
            </w:r>
          </w:p>
        </w:tc>
      </w:tr>
      <w:tr w:rsidR="008D43AB" w14:paraId="1765DC0C" w14:textId="77777777">
        <w:trPr>
          <w:jc w:val="center"/>
        </w:trPr>
        <w:tc>
          <w:tcPr>
            <w:tcW w:w="4422" w:type="dxa"/>
            <w:tcMar>
              <w:top w:w="70" w:type="dxa"/>
              <w:left w:w="90" w:type="dxa"/>
              <w:bottom w:w="70" w:type="dxa"/>
              <w:right w:w="90" w:type="dxa"/>
            </w:tcMar>
          </w:tcPr>
          <w:p w14:paraId="206E14F0" w14:textId="77777777" w:rsidR="008D43AB" w:rsidRDefault="008D43AB"/>
          <w:p w14:paraId="3A25F03D" w14:textId="77777777" w:rsidR="008D43AB" w:rsidRDefault="00000000">
            <w:pPr>
              <w:spacing w:after="60" w:line="245" w:lineRule="auto"/>
            </w:pPr>
            <w:r>
              <w:rPr>
                <w:b/>
                <w:color w:val="000000"/>
              </w:rPr>
              <w:t>UČNI CILJI</w:t>
            </w:r>
          </w:p>
          <w:p w14:paraId="5C7E1EB6" w14:textId="77777777" w:rsidR="008D43AB" w:rsidRDefault="00000000">
            <w:pPr>
              <w:spacing w:after="20" w:line="245" w:lineRule="auto"/>
            </w:pPr>
            <w:r>
              <w:rPr>
                <w:b/>
                <w:color w:val="000000"/>
                <w:sz w:val="17"/>
              </w:rPr>
              <w:t>SPLOŠNI</w:t>
            </w:r>
          </w:p>
          <w:p w14:paraId="6D6D220D"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0EC0492F" w14:textId="77777777" w:rsidR="008D43AB" w:rsidRDefault="00000000">
            <w:pPr>
              <w:pStyle w:val="Oznaenseznam"/>
              <w:spacing w:after="16"/>
            </w:pPr>
            <w:r>
              <w:rPr>
                <w:color w:val="000000"/>
                <w:sz w:val="16"/>
              </w:rPr>
              <w:t>poje, ritmično govori ter uporablja telo, glasbila in predmete kot zvočne vire</w:t>
            </w:r>
          </w:p>
          <w:p w14:paraId="01C43851" w14:textId="77777777" w:rsidR="008D43AB" w:rsidRDefault="00000000">
            <w:pPr>
              <w:pStyle w:val="Oznaenseznam"/>
              <w:spacing w:after="16"/>
            </w:pPr>
            <w:r>
              <w:rPr>
                <w:color w:val="000000"/>
                <w:sz w:val="16"/>
              </w:rPr>
              <w:t>razlikuje izbrane lastnosti zvoka in glasbe ter varuje sluh in odgovorno uporablja glasbila</w:t>
            </w:r>
          </w:p>
          <w:p w14:paraId="5FB11D4B"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28BDA3FC" w14:textId="77777777" w:rsidR="008D43AB" w:rsidRDefault="00000000">
            <w:pPr>
              <w:spacing w:before="40" w:after="20" w:line="245" w:lineRule="auto"/>
            </w:pPr>
            <w:r>
              <w:rPr>
                <w:b/>
                <w:color w:val="000000"/>
                <w:sz w:val="17"/>
              </w:rPr>
              <w:t>OPERATIVNI</w:t>
            </w:r>
          </w:p>
          <w:p w14:paraId="0E48CDF2" w14:textId="77777777" w:rsidR="008D43AB" w:rsidRDefault="00000000">
            <w:pPr>
              <w:pStyle w:val="Oznaenseznam"/>
              <w:spacing w:after="16"/>
            </w:pPr>
            <w:r>
              <w:rPr>
                <w:color w:val="000000"/>
                <w:sz w:val="16"/>
              </w:rPr>
              <w:t>posluša ljudsko pesem</w:t>
            </w:r>
          </w:p>
          <w:p w14:paraId="1A1176C3" w14:textId="77777777" w:rsidR="008D43AB" w:rsidRDefault="00000000">
            <w:pPr>
              <w:pStyle w:val="Oznaenseznam"/>
              <w:spacing w:after="16"/>
            </w:pPr>
            <w:r>
              <w:rPr>
                <w:color w:val="000000"/>
                <w:sz w:val="16"/>
              </w:rPr>
              <w:t>poje izbrano pesem</w:t>
            </w:r>
          </w:p>
          <w:p w14:paraId="2B05D302" w14:textId="77777777" w:rsidR="008D43AB" w:rsidRDefault="00000000">
            <w:pPr>
              <w:pStyle w:val="Oznaenseznam"/>
              <w:spacing w:after="16"/>
            </w:pPr>
            <w:r>
              <w:rPr>
                <w:color w:val="000000"/>
                <w:sz w:val="16"/>
              </w:rPr>
              <w:t>spozna glasbilo iz okolja</w:t>
            </w:r>
          </w:p>
          <w:p w14:paraId="197CC819" w14:textId="77777777" w:rsidR="008D43AB" w:rsidRDefault="00000000">
            <w:pPr>
              <w:spacing w:before="40" w:after="20" w:line="245" w:lineRule="auto"/>
            </w:pPr>
            <w:r>
              <w:rPr>
                <w:b/>
                <w:color w:val="000000"/>
                <w:sz w:val="17"/>
              </w:rPr>
              <w:t>PRIČAKOVANI DOSEŽKI / MINIMALNI POUDARKI</w:t>
            </w:r>
          </w:p>
          <w:p w14:paraId="63152EC9" w14:textId="77777777" w:rsidR="008D43AB" w:rsidRDefault="00000000">
            <w:pPr>
              <w:pStyle w:val="Oznaenseznam"/>
              <w:spacing w:after="16"/>
            </w:pPr>
            <w:r>
              <w:rPr>
                <w:color w:val="000000"/>
                <w:sz w:val="15"/>
              </w:rPr>
              <w:t>samostojno oziroma z dogovorjeno oporo posluša ljudsko pesem</w:t>
            </w:r>
          </w:p>
          <w:p w14:paraId="3EB0CEB4" w14:textId="77777777" w:rsidR="008D43AB" w:rsidRDefault="00000000">
            <w:pPr>
              <w:pStyle w:val="Oznaenseznam"/>
              <w:spacing w:after="16"/>
            </w:pPr>
            <w:r>
              <w:rPr>
                <w:color w:val="000000"/>
                <w:sz w:val="15"/>
              </w:rPr>
              <w:t>samostojno oziroma z dogovorjeno oporo poje izbrano pesem</w:t>
            </w:r>
          </w:p>
          <w:p w14:paraId="1FF6A8A2" w14:textId="77777777" w:rsidR="008D43AB" w:rsidRDefault="00000000">
            <w:pPr>
              <w:pStyle w:val="Oznaenseznam"/>
              <w:spacing w:after="16"/>
            </w:pPr>
            <w:r>
              <w:rPr>
                <w:color w:val="000000"/>
                <w:sz w:val="15"/>
              </w:rPr>
              <w:t>samostojno oziroma z dogovorjeno oporo spozna glasbilo iz okolja</w:t>
            </w:r>
          </w:p>
        </w:tc>
        <w:tc>
          <w:tcPr>
            <w:tcW w:w="7087" w:type="dxa"/>
            <w:tcMar>
              <w:top w:w="70" w:type="dxa"/>
              <w:left w:w="90" w:type="dxa"/>
              <w:bottom w:w="70" w:type="dxa"/>
              <w:right w:w="90" w:type="dxa"/>
            </w:tcMar>
          </w:tcPr>
          <w:p w14:paraId="54B00F2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F732021" w14:textId="77777777">
              <w:trPr>
                <w:jc w:val="center"/>
              </w:trPr>
              <w:tc>
                <w:tcPr>
                  <w:tcW w:w="7087" w:type="dxa"/>
                  <w:shd w:val="clear" w:color="auto" w:fill="C6E7F3"/>
                  <w:tcMar>
                    <w:top w:w="45" w:type="dxa"/>
                    <w:left w:w="70" w:type="dxa"/>
                    <w:bottom w:w="45" w:type="dxa"/>
                    <w:right w:w="70" w:type="dxa"/>
                  </w:tcMar>
                </w:tcPr>
                <w:p w14:paraId="0141AC14" w14:textId="77777777" w:rsidR="008D43AB" w:rsidRDefault="00000000">
                  <w:pPr>
                    <w:keepNext/>
                  </w:pPr>
                  <w:r>
                    <w:rPr>
                      <w:b/>
                      <w:color w:val="000000"/>
                    </w:rPr>
                    <w:t>UVODNI DEL – zvočna motivacija, aktivacija predznanja in namen učenja (8–12 min)</w:t>
                  </w:r>
                </w:p>
              </w:tc>
            </w:tr>
          </w:tbl>
          <w:p w14:paraId="0EA479EB" w14:textId="77777777" w:rsidR="008D43AB" w:rsidRDefault="008D43AB">
            <w:pPr>
              <w:spacing w:line="20" w:lineRule="exact"/>
            </w:pPr>
          </w:p>
          <w:p w14:paraId="56E5E8D6" w14:textId="77777777" w:rsidR="008D43AB" w:rsidRDefault="00000000">
            <w:pPr>
              <w:spacing w:before="40" w:after="60" w:line="245" w:lineRule="auto"/>
            </w:pPr>
            <w:r>
              <w:rPr>
                <w:color w:val="000000"/>
                <w:sz w:val="16"/>
              </w:rPr>
              <w:t>Učenci ob motivu »Janček Ježek« – slovenska ljudska pravljica vstopijo v temo nekoč in danes, časovno zaporedje in ljudsko izročilo. Najprej v tišini poslušajo kratek zvočni odlomek ali učiteljičino izvedbo (»Rdeče češnje« ali »Bela, bela lilija«; ljudsko glasbilo),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77D2622" w14:textId="77777777">
              <w:trPr>
                <w:jc w:val="center"/>
              </w:trPr>
              <w:tc>
                <w:tcPr>
                  <w:tcW w:w="7087" w:type="dxa"/>
                  <w:shd w:val="clear" w:color="auto" w:fill="EDC9EA"/>
                  <w:tcMar>
                    <w:top w:w="45" w:type="dxa"/>
                    <w:left w:w="70" w:type="dxa"/>
                    <w:bottom w:w="45" w:type="dxa"/>
                    <w:right w:w="70" w:type="dxa"/>
                  </w:tcMar>
                </w:tcPr>
                <w:p w14:paraId="4D2249FC" w14:textId="77777777" w:rsidR="008D43AB" w:rsidRDefault="00000000">
                  <w:pPr>
                    <w:keepNext/>
                  </w:pPr>
                  <w:r>
                    <w:rPr>
                      <w:b/>
                      <w:color w:val="000000"/>
                    </w:rPr>
                    <w:t>NAMENI UČENJA</w:t>
                  </w:r>
                </w:p>
              </w:tc>
            </w:tr>
          </w:tbl>
          <w:p w14:paraId="572CBB2B" w14:textId="77777777" w:rsidR="008D43AB" w:rsidRDefault="008D43AB">
            <w:pPr>
              <w:spacing w:line="20" w:lineRule="exact"/>
            </w:pPr>
          </w:p>
          <w:p w14:paraId="6A155223"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4EFCE9AC" w14:textId="77777777" w:rsidR="008D43AB" w:rsidRDefault="00000000">
            <w:pPr>
              <w:pStyle w:val="Oznaenseznam"/>
              <w:spacing w:after="16"/>
            </w:pPr>
            <w:r>
              <w:rPr>
                <w:color w:val="000000"/>
                <w:sz w:val="16"/>
              </w:rPr>
              <w:t>poslušam ljudsko pesem</w:t>
            </w:r>
          </w:p>
          <w:p w14:paraId="579D46F9" w14:textId="77777777" w:rsidR="008D43AB" w:rsidRDefault="00000000">
            <w:pPr>
              <w:pStyle w:val="Oznaenseznam"/>
              <w:spacing w:after="16"/>
            </w:pPr>
            <w:r>
              <w:rPr>
                <w:color w:val="000000"/>
                <w:sz w:val="16"/>
              </w:rPr>
              <w:t>pojem izbrano pesem</w:t>
            </w:r>
          </w:p>
          <w:p w14:paraId="47B88FFB" w14:textId="77777777" w:rsidR="008D43AB" w:rsidRDefault="00000000">
            <w:pPr>
              <w:pStyle w:val="Oznaenseznam"/>
              <w:spacing w:after="16"/>
            </w:pPr>
            <w:r>
              <w:rPr>
                <w:color w:val="000000"/>
                <w:sz w:val="16"/>
              </w:rPr>
              <w:t>spoznam glasbilo iz okolja</w:t>
            </w:r>
          </w:p>
          <w:tbl>
            <w:tblPr>
              <w:tblStyle w:val="Tabelamrea"/>
              <w:tblW w:w="0" w:type="auto"/>
              <w:jc w:val="center"/>
              <w:tblLayout w:type="fixed"/>
              <w:tblLook w:val="04A0" w:firstRow="1" w:lastRow="0" w:firstColumn="1" w:lastColumn="0" w:noHBand="0" w:noVBand="1"/>
            </w:tblPr>
            <w:tblGrid>
              <w:gridCol w:w="7087"/>
            </w:tblGrid>
            <w:tr w:rsidR="008D43AB" w14:paraId="3A6052AF" w14:textId="77777777">
              <w:trPr>
                <w:jc w:val="center"/>
              </w:trPr>
              <w:tc>
                <w:tcPr>
                  <w:tcW w:w="7087" w:type="dxa"/>
                  <w:shd w:val="clear" w:color="auto" w:fill="EDC9EA"/>
                  <w:tcMar>
                    <w:top w:w="45" w:type="dxa"/>
                    <w:left w:w="70" w:type="dxa"/>
                    <w:bottom w:w="45" w:type="dxa"/>
                    <w:right w:w="70" w:type="dxa"/>
                  </w:tcMar>
                </w:tcPr>
                <w:p w14:paraId="0E785BA4" w14:textId="77777777" w:rsidR="008D43AB" w:rsidRDefault="00000000">
                  <w:pPr>
                    <w:keepNext/>
                  </w:pPr>
                  <w:r>
                    <w:rPr>
                      <w:b/>
                      <w:color w:val="000000"/>
                    </w:rPr>
                    <w:t>PREVERJANJE PREDZNANJA</w:t>
                  </w:r>
                </w:p>
              </w:tc>
            </w:tr>
          </w:tbl>
          <w:p w14:paraId="1C50CE94" w14:textId="77777777" w:rsidR="008D43AB" w:rsidRDefault="008D43AB">
            <w:pPr>
              <w:spacing w:line="20" w:lineRule="exact"/>
            </w:pPr>
          </w:p>
          <w:p w14:paraId="6311D6C9" w14:textId="77777777" w:rsidR="008D43AB" w:rsidRDefault="00000000">
            <w:pPr>
              <w:pStyle w:val="Oznaenseznam"/>
              <w:spacing w:after="16"/>
            </w:pPr>
            <w:r>
              <w:rPr>
                <w:color w:val="000000"/>
                <w:sz w:val="16"/>
              </w:rPr>
              <w:t>Kaj mi zvok, naslov, slika ali motiv pove o temi nekoč in danes, časovno zaporedje in ljudsko izročilo?</w:t>
            </w:r>
          </w:p>
          <w:p w14:paraId="3E69C0C0" w14:textId="77777777" w:rsidR="008D43AB" w:rsidRDefault="00000000">
            <w:pPr>
              <w:pStyle w:val="Oznaenseznam"/>
              <w:spacing w:after="16"/>
            </w:pPr>
            <w:r>
              <w:rPr>
                <w:color w:val="000000"/>
                <w:sz w:val="16"/>
              </w:rPr>
              <w:t>Kako lahko s poslušanjem, glasom, telesom, glasbilom ali simbolom pokažem, kaj že znam pri temi »GLASBENA DEDIŠČINA«?</w:t>
            </w:r>
          </w:p>
          <w:p w14:paraId="7A145685"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5FC708BC" w14:textId="77777777">
              <w:trPr>
                <w:jc w:val="center"/>
              </w:trPr>
              <w:tc>
                <w:tcPr>
                  <w:tcW w:w="7087" w:type="dxa"/>
                  <w:shd w:val="clear" w:color="auto" w:fill="EDC9EA"/>
                  <w:tcMar>
                    <w:top w:w="45" w:type="dxa"/>
                    <w:left w:w="70" w:type="dxa"/>
                    <w:bottom w:w="45" w:type="dxa"/>
                    <w:right w:w="70" w:type="dxa"/>
                  </w:tcMar>
                </w:tcPr>
                <w:p w14:paraId="7948252C" w14:textId="77777777" w:rsidR="008D43AB" w:rsidRDefault="00000000">
                  <w:pPr>
                    <w:keepNext/>
                  </w:pPr>
                  <w:r>
                    <w:rPr>
                      <w:b/>
                      <w:color w:val="000000"/>
                    </w:rPr>
                    <w:t>KRITERIJI USPEŠNOSTI</w:t>
                  </w:r>
                </w:p>
              </w:tc>
            </w:tr>
          </w:tbl>
          <w:p w14:paraId="71A708F5" w14:textId="77777777" w:rsidR="008D43AB" w:rsidRDefault="008D43AB"/>
          <w:p w14:paraId="300F9817" w14:textId="77777777" w:rsidR="008D43AB" w:rsidRDefault="00000000">
            <w:pPr>
              <w:spacing w:before="20" w:after="20" w:line="245" w:lineRule="auto"/>
            </w:pPr>
            <w:r>
              <w:rPr>
                <w:b/>
                <w:color w:val="000000"/>
                <w:sz w:val="16"/>
              </w:rPr>
              <w:t>Uspešen/-na bom, ko:</w:t>
            </w:r>
          </w:p>
          <w:p w14:paraId="614A7236" w14:textId="77777777" w:rsidR="008D43AB" w:rsidRDefault="00000000">
            <w:pPr>
              <w:pStyle w:val="Oznaenseznam"/>
              <w:spacing w:after="16"/>
            </w:pPr>
            <w:r>
              <w:rPr>
                <w:color w:val="000000"/>
                <w:sz w:val="16"/>
              </w:rPr>
              <w:t>poslušam ljudsko pesem</w:t>
            </w:r>
          </w:p>
          <w:p w14:paraId="000C62E1" w14:textId="77777777" w:rsidR="008D43AB" w:rsidRDefault="00000000">
            <w:pPr>
              <w:pStyle w:val="Oznaenseznam"/>
              <w:spacing w:after="16"/>
            </w:pPr>
            <w:r>
              <w:rPr>
                <w:color w:val="000000"/>
                <w:sz w:val="16"/>
              </w:rPr>
              <w:t>pojem izbrano pesem</w:t>
            </w:r>
          </w:p>
          <w:p w14:paraId="7639FC5F" w14:textId="77777777" w:rsidR="008D43AB" w:rsidRDefault="00000000">
            <w:pPr>
              <w:pStyle w:val="Oznaenseznam"/>
              <w:spacing w:after="16"/>
            </w:pPr>
            <w:r>
              <w:rPr>
                <w:color w:val="000000"/>
                <w:sz w:val="16"/>
              </w:rPr>
              <w:t>spoznam glasbilo iz okolja</w:t>
            </w:r>
          </w:p>
          <w:p w14:paraId="2993AFEA" w14:textId="77777777" w:rsidR="008D43AB" w:rsidRDefault="00000000">
            <w:pPr>
              <w:pStyle w:val="Oznaenseznam"/>
              <w:spacing w:after="16"/>
            </w:pPr>
            <w:r>
              <w:rPr>
                <w:color w:val="000000"/>
                <w:sz w:val="16"/>
              </w:rPr>
              <w:t>upoštevam dogovorjeni začetek, konec, znak za tišino in varno glasnost</w:t>
            </w:r>
          </w:p>
          <w:p w14:paraId="21D07EC0"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569B3DF3" w14:textId="77777777" w:rsidR="008D43AB" w:rsidRDefault="008D43AB"/>
          <w:p w14:paraId="1CA487F1"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6EFFFB45" w14:textId="77777777" w:rsidR="008D43AB" w:rsidRDefault="00000000">
            <w:pPr>
              <w:spacing w:after="80" w:line="245" w:lineRule="auto"/>
            </w:pPr>
            <w:r>
              <w:rPr>
                <w:color w:val="000000"/>
                <w:sz w:val="16"/>
              </w:rPr>
              <w:t>Pove ali pokaže, kaj že zna in katero glasbeno strategijo bi uporabil.</w:t>
            </w:r>
          </w:p>
          <w:p w14:paraId="6D577449" w14:textId="77777777" w:rsidR="008D43AB" w:rsidRDefault="00000000">
            <w:pPr>
              <w:spacing w:after="100" w:line="245" w:lineRule="auto"/>
            </w:pPr>
            <w:r>
              <w:rPr>
                <w:color w:val="000000"/>
                <w:sz w:val="16"/>
              </w:rPr>
              <w:t>Sodeluje pri razumevanju namenov, meril uspešnosti, varne glasnosti in načina dokazovanja.</w:t>
            </w:r>
          </w:p>
          <w:p w14:paraId="4F14F5DA" w14:textId="77777777" w:rsidR="008D43AB" w:rsidRDefault="00000000">
            <w:pPr>
              <w:spacing w:after="20" w:line="245" w:lineRule="auto"/>
            </w:pPr>
            <w:r>
              <w:rPr>
                <w:b/>
                <w:color w:val="D95BC6"/>
                <w:sz w:val="17"/>
              </w:rPr>
              <w:t>DOKAZ O UČENJU</w:t>
            </w:r>
          </w:p>
          <w:p w14:paraId="7228843C"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9B781B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F6F01F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F81CA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C6FFDF8" w14:textId="77777777" w:rsidR="008D43AB" w:rsidRDefault="00000000">
            <w:pPr>
              <w:jc w:val="center"/>
            </w:pPr>
            <w:r>
              <w:rPr>
                <w:b/>
                <w:color w:val="000000"/>
                <w:sz w:val="20"/>
              </w:rPr>
              <w:t>UČNE DEJAVNOSTI, METODE IN FORMATIVNO SPREMLJANJE</w:t>
            </w:r>
          </w:p>
        </w:tc>
      </w:tr>
      <w:tr w:rsidR="008D43AB" w14:paraId="6D6AB765" w14:textId="77777777">
        <w:trPr>
          <w:tblHeader/>
          <w:jc w:val="center"/>
        </w:trPr>
        <w:tc>
          <w:tcPr>
            <w:tcW w:w="4422" w:type="dxa"/>
            <w:vMerge/>
            <w:tcMar>
              <w:top w:w="70" w:type="dxa"/>
              <w:left w:w="90" w:type="dxa"/>
              <w:bottom w:w="70" w:type="dxa"/>
              <w:right w:w="90" w:type="dxa"/>
            </w:tcMar>
            <w:vAlign w:val="center"/>
          </w:tcPr>
          <w:p w14:paraId="10AC1A29" w14:textId="77777777" w:rsidR="008D43AB" w:rsidRDefault="008D43AB"/>
        </w:tc>
        <w:tc>
          <w:tcPr>
            <w:tcW w:w="7087" w:type="dxa"/>
            <w:shd w:val="clear" w:color="auto" w:fill="FFFFFF"/>
            <w:tcMar>
              <w:top w:w="70" w:type="dxa"/>
              <w:left w:w="90" w:type="dxa"/>
              <w:bottom w:w="70" w:type="dxa"/>
              <w:right w:w="90" w:type="dxa"/>
            </w:tcMar>
            <w:vAlign w:val="center"/>
          </w:tcPr>
          <w:p w14:paraId="357442E1"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8367D1E" w14:textId="77777777" w:rsidR="008D43AB" w:rsidRDefault="00000000">
            <w:pPr>
              <w:jc w:val="center"/>
            </w:pPr>
            <w:r>
              <w:rPr>
                <w:b/>
                <w:color w:val="000000"/>
              </w:rPr>
              <w:t>UČENEC</w:t>
            </w:r>
          </w:p>
        </w:tc>
      </w:tr>
      <w:tr w:rsidR="008D43AB" w14:paraId="5E15F9E3" w14:textId="77777777">
        <w:trPr>
          <w:jc w:val="center"/>
        </w:trPr>
        <w:tc>
          <w:tcPr>
            <w:tcW w:w="4422" w:type="dxa"/>
            <w:tcMar>
              <w:top w:w="70" w:type="dxa"/>
              <w:left w:w="90" w:type="dxa"/>
              <w:bottom w:w="70" w:type="dxa"/>
              <w:right w:w="90" w:type="dxa"/>
            </w:tcMar>
          </w:tcPr>
          <w:p w14:paraId="320A932E" w14:textId="77777777" w:rsidR="008D43AB" w:rsidRDefault="008D43AB"/>
          <w:p w14:paraId="5ABD1E5B" w14:textId="77777777" w:rsidR="008D43AB" w:rsidRDefault="00000000">
            <w:pPr>
              <w:spacing w:after="40" w:line="245" w:lineRule="auto"/>
            </w:pPr>
            <w:r>
              <w:rPr>
                <w:b/>
                <w:color w:val="000000"/>
              </w:rPr>
              <w:t>KLJUČNI GLASBENI POJMI</w:t>
            </w:r>
          </w:p>
          <w:p w14:paraId="24427050" w14:textId="77777777" w:rsidR="008D43AB" w:rsidRDefault="00000000">
            <w:pPr>
              <w:spacing w:after="60" w:line="245" w:lineRule="auto"/>
            </w:pPr>
            <w:r>
              <w:rPr>
                <w:color w:val="000000"/>
                <w:sz w:val="15"/>
              </w:rPr>
              <w:t>poslušanje, zvok, tišina, izvedba, glasbeni znak, dokaz, povratna informacija</w:t>
            </w:r>
          </w:p>
          <w:p w14:paraId="23DB6C14" w14:textId="77777777" w:rsidR="008D43AB" w:rsidRDefault="00000000">
            <w:pPr>
              <w:spacing w:after="20" w:line="245" w:lineRule="auto"/>
            </w:pPr>
            <w:r>
              <w:rPr>
                <w:b/>
                <w:color w:val="000000"/>
                <w:sz w:val="17"/>
              </w:rPr>
              <w:t>DOKAZI O UČENJU</w:t>
            </w:r>
          </w:p>
          <w:p w14:paraId="33CE0BE4" w14:textId="77777777" w:rsidR="008D43AB" w:rsidRDefault="00000000">
            <w:pPr>
              <w:pStyle w:val="Oznaenseznam"/>
              <w:spacing w:after="9"/>
            </w:pPr>
            <w:r>
              <w:rPr>
                <w:color w:val="000000"/>
                <w:sz w:val="15"/>
              </w:rPr>
              <w:t>poslušalski gibalni odziv, ritmični/pevski odmev in učiteljev zapis o skupnem pulzu oziroma začetku/koncu.</w:t>
            </w:r>
          </w:p>
          <w:p w14:paraId="02AAEE64" w14:textId="77777777" w:rsidR="008D43AB" w:rsidRDefault="00000000">
            <w:pPr>
              <w:pStyle w:val="Oznaenseznam"/>
              <w:spacing w:after="9"/>
            </w:pPr>
            <w:r>
              <w:rPr>
                <w:color w:val="000000"/>
                <w:sz w:val="15"/>
              </w:rPr>
              <w:t>slikovni zvočni zapis, skupinska izvedba/posnetek in vrstniška opisna povratna informacija.</w:t>
            </w:r>
          </w:p>
          <w:p w14:paraId="72882D85" w14:textId="77777777" w:rsidR="008D43AB" w:rsidRDefault="00000000">
            <w:pPr>
              <w:spacing w:before="40" w:after="20" w:line="245" w:lineRule="auto"/>
            </w:pPr>
            <w:r>
              <w:rPr>
                <w:b/>
                <w:color w:val="000000"/>
                <w:sz w:val="17"/>
              </w:rPr>
              <w:t>GLASBENO DOŽIVETJE IN IZKUŠENJSKI POUK</w:t>
            </w:r>
          </w:p>
          <w:p w14:paraId="6D473430"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5FAA035B" w14:textId="77777777" w:rsidR="008D43AB" w:rsidRDefault="00000000">
            <w:pPr>
              <w:spacing w:after="20" w:line="245" w:lineRule="auto"/>
            </w:pPr>
            <w:r>
              <w:rPr>
                <w:b/>
                <w:color w:val="000000"/>
                <w:sz w:val="17"/>
              </w:rPr>
              <w:t>POUČEVANJE V GIBANJU</w:t>
            </w:r>
          </w:p>
          <w:p w14:paraId="184FA5E2"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29B9130" w14:textId="77777777" w:rsidR="008D43AB" w:rsidRDefault="00000000">
            <w:pPr>
              <w:spacing w:after="20" w:line="245" w:lineRule="auto"/>
            </w:pPr>
            <w:r>
              <w:rPr>
                <w:b/>
                <w:color w:val="000000"/>
                <w:sz w:val="17"/>
              </w:rPr>
              <w:t>DELO PO POSTAJAH</w:t>
            </w:r>
          </w:p>
          <w:p w14:paraId="651DC038"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4163FFC2" w14:textId="77777777" w:rsidR="008D43AB" w:rsidRDefault="00000000">
            <w:pPr>
              <w:spacing w:after="10" w:line="245" w:lineRule="auto"/>
            </w:pPr>
            <w:r>
              <w:rPr>
                <w:color w:val="000000"/>
                <w:sz w:val="15"/>
              </w:rPr>
              <w:t>1. Aktivno poslušanje: prepoznam zvočni vir ali spremembo ter odziv pokažem s kartico, gibom ali besedo.</w:t>
            </w:r>
          </w:p>
          <w:p w14:paraId="34578008" w14:textId="77777777" w:rsidR="008D43AB" w:rsidRDefault="00000000">
            <w:pPr>
              <w:spacing w:after="10" w:line="245" w:lineRule="auto"/>
            </w:pPr>
            <w:r>
              <w:rPr>
                <w:color w:val="000000"/>
                <w:sz w:val="15"/>
              </w:rPr>
              <w:t>2. Gibalna: glasbeno lastnost ponazorim s hojo, nivojem telesa, smerjo, hitrostjo in zamrznitvijo.</w:t>
            </w:r>
          </w:p>
          <w:p w14:paraId="1BD7827C" w14:textId="77777777" w:rsidR="008D43AB" w:rsidRDefault="00000000">
            <w:pPr>
              <w:spacing w:after="10" w:line="245" w:lineRule="auto"/>
            </w:pPr>
            <w:r>
              <w:rPr>
                <w:color w:val="000000"/>
                <w:sz w:val="15"/>
              </w:rPr>
              <w:t>3. Izvajalska: zvok posnemam z glasom, telesom ali glasbilom ter upoštevam začetek, konec in tišino.</w:t>
            </w:r>
          </w:p>
          <w:p w14:paraId="35B57EC7" w14:textId="77777777" w:rsidR="008D43AB" w:rsidRDefault="00000000">
            <w:pPr>
              <w:spacing w:after="10" w:line="245" w:lineRule="auto"/>
            </w:pPr>
            <w:r>
              <w:rPr>
                <w:color w:val="000000"/>
                <w:sz w:val="15"/>
              </w:rPr>
              <w:t>4. Likovno-zapisna: doživetje ali zvočno zaporedje prikažem s simboli, ga predstavim in izboljšam.</w:t>
            </w:r>
          </w:p>
          <w:p w14:paraId="0ECD66D2" w14:textId="77777777" w:rsidR="008D43AB" w:rsidRDefault="00000000">
            <w:pPr>
              <w:spacing w:after="20" w:line="245" w:lineRule="auto"/>
            </w:pPr>
            <w:r>
              <w:rPr>
                <w:b/>
                <w:color w:val="000000"/>
                <w:sz w:val="17"/>
              </w:rPr>
              <w:t>DIFERENCIACIJA IN VKLJUČEVANJE</w:t>
            </w:r>
          </w:p>
          <w:p w14:paraId="78EE478C"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683BCE14" w14:textId="77777777" w:rsidR="008D43AB" w:rsidRDefault="00000000">
            <w:pPr>
              <w:spacing w:after="20" w:line="245" w:lineRule="auto"/>
            </w:pPr>
            <w:r>
              <w:rPr>
                <w:b/>
                <w:color w:val="000000"/>
                <w:sz w:val="17"/>
              </w:rPr>
              <w:t>SPREMLJANJE</w:t>
            </w:r>
          </w:p>
          <w:p w14:paraId="595DB7CC"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7B60E17A"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5BA416B9" w14:textId="77777777">
              <w:trPr>
                <w:jc w:val="center"/>
              </w:trPr>
              <w:tc>
                <w:tcPr>
                  <w:tcW w:w="7087" w:type="dxa"/>
                  <w:shd w:val="clear" w:color="auto" w:fill="C6E7F3"/>
                  <w:tcMar>
                    <w:top w:w="45" w:type="dxa"/>
                    <w:left w:w="70" w:type="dxa"/>
                    <w:bottom w:w="45" w:type="dxa"/>
                    <w:right w:w="70" w:type="dxa"/>
                  </w:tcMar>
                </w:tcPr>
                <w:p w14:paraId="4EB6F364" w14:textId="77777777" w:rsidR="008D43AB" w:rsidRDefault="00000000">
                  <w:pPr>
                    <w:keepNext/>
                  </w:pPr>
                  <w:r>
                    <w:rPr>
                      <w:b/>
                      <w:color w:val="000000"/>
                      <w:sz w:val="17"/>
                    </w:rPr>
                    <w:t>GLAVNI DEL – POSLUŠANJE, IZVAJANJE, GIBANJE IN USTVARJANJE (2 šolski uri)</w:t>
                  </w:r>
                </w:p>
              </w:tc>
            </w:tr>
          </w:tbl>
          <w:p w14:paraId="4108976A" w14:textId="77777777" w:rsidR="008D43AB" w:rsidRDefault="008D43AB">
            <w:pPr>
              <w:spacing w:line="20" w:lineRule="exact"/>
            </w:pPr>
          </w:p>
          <w:p w14:paraId="01A5A00B" w14:textId="77777777" w:rsidR="008D43AB" w:rsidRDefault="00000000">
            <w:pPr>
              <w:keepNext/>
              <w:spacing w:before="24" w:after="8" w:line="245" w:lineRule="auto"/>
            </w:pPr>
            <w:r>
              <w:rPr>
                <w:b/>
                <w:color w:val="000000"/>
                <w:sz w:val="16"/>
              </w:rPr>
              <w:t>1. URA – Glasbena Dediščina – Poslušam in izvajam</w:t>
            </w:r>
          </w:p>
          <w:p w14:paraId="49F97400"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»GLASBENA DEDIŠČINA«,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01E41213"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25961B53"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AA31061" w14:textId="77777777" w:rsidR="008D43AB" w:rsidRDefault="00000000">
            <w:pPr>
              <w:keepNext/>
              <w:spacing w:before="24" w:after="8" w:line="245" w:lineRule="auto"/>
            </w:pPr>
            <w:r>
              <w:rPr>
                <w:b/>
                <w:color w:val="000000"/>
                <w:sz w:val="16"/>
              </w:rPr>
              <w:t>2. URA – Glasbena Dediščina – Ustvarim in nastopim</w:t>
            </w:r>
          </w:p>
          <w:p w14:paraId="2CB81FD2"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glasbena dediščina«; usmerja izbiro, zapis, vajo in menjavo vlog. Zaključek: 10' – Organizira nastop in odziv poslušalcev po kriterijih; posname kratek dokaz, če so soglasja urejena.</w:t>
            </w:r>
          </w:p>
          <w:p w14:paraId="2EA9992D"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B661DAD"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644AD831" w14:textId="77777777">
              <w:trPr>
                <w:jc w:val="center"/>
              </w:trPr>
              <w:tc>
                <w:tcPr>
                  <w:tcW w:w="7087" w:type="dxa"/>
                  <w:shd w:val="clear" w:color="auto" w:fill="EDC9EA"/>
                  <w:tcMar>
                    <w:top w:w="45" w:type="dxa"/>
                    <w:left w:w="70" w:type="dxa"/>
                    <w:bottom w:w="45" w:type="dxa"/>
                    <w:right w:w="70" w:type="dxa"/>
                  </w:tcMar>
                </w:tcPr>
                <w:p w14:paraId="578D56E1" w14:textId="77777777" w:rsidR="008D43AB" w:rsidRDefault="00000000">
                  <w:pPr>
                    <w:keepNext/>
                  </w:pPr>
                  <w:r>
                    <w:rPr>
                      <w:b/>
                      <w:color w:val="000000"/>
                      <w:sz w:val="17"/>
                    </w:rPr>
                    <w:t>ORGANIZACIJA POSTAJ IN PREHODOV</w:t>
                  </w:r>
                </w:p>
              </w:tc>
            </w:tr>
          </w:tbl>
          <w:p w14:paraId="2654C391" w14:textId="77777777" w:rsidR="008D43AB" w:rsidRDefault="008D43AB"/>
          <w:p w14:paraId="1CDF5D81"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4012F0CF"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31AD11F6"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5796DF43"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51FFDF76"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602C8EB4" w14:textId="77777777" w:rsidR="008D43AB" w:rsidRDefault="008D43AB"/>
          <w:p w14:paraId="286B6B41" w14:textId="77777777" w:rsidR="008D43AB" w:rsidRDefault="00000000">
            <w:pPr>
              <w:spacing w:after="6" w:line="245" w:lineRule="auto"/>
            </w:pPr>
            <w:r>
              <w:rPr>
                <w:b/>
                <w:color w:val="000000"/>
                <w:sz w:val="15"/>
              </w:rPr>
              <w:t>1. URA – Glasbena Dediščina – Poslušam in izvajam</w:t>
            </w:r>
          </w:p>
          <w:p w14:paraId="3BFE6A9D"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2A4CE63F" w14:textId="77777777" w:rsidR="008D43AB" w:rsidRDefault="00000000">
            <w:pPr>
              <w:spacing w:after="20" w:line="245" w:lineRule="auto"/>
            </w:pPr>
            <w:r>
              <w:rPr>
                <w:color w:val="D95BC6"/>
                <w:sz w:val="14"/>
              </w:rPr>
              <w:t>Dokaz: poslušalski gibalni odziv, ritmični/pevski odmev in učiteljev zapis o skupnem pulzu oziroma.</w:t>
            </w:r>
          </w:p>
          <w:p w14:paraId="6329D73A" w14:textId="77777777" w:rsidR="008D43AB" w:rsidRDefault="00000000">
            <w:pPr>
              <w:spacing w:after="6" w:line="245" w:lineRule="auto"/>
            </w:pPr>
            <w:r>
              <w:rPr>
                <w:b/>
                <w:color w:val="000000"/>
                <w:sz w:val="15"/>
              </w:rPr>
              <w:t>2. URA – Glasbena Dediščina – Ustvarim in nastopim</w:t>
            </w:r>
          </w:p>
          <w:p w14:paraId="5732ABD4"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4DF6C319" w14:textId="77777777" w:rsidR="008D43AB" w:rsidRDefault="00000000">
            <w:pPr>
              <w:spacing w:after="20" w:line="245" w:lineRule="auto"/>
            </w:pPr>
            <w:r>
              <w:rPr>
                <w:color w:val="D95BC6"/>
                <w:sz w:val="14"/>
              </w:rPr>
              <w:t>Dokaz: slikovni zvočni zapis, skupinska izvedba/posnetek in vrstniška opisna povratna informacija.</w:t>
            </w:r>
          </w:p>
          <w:p w14:paraId="0EA7832E" w14:textId="77777777" w:rsidR="008D43AB" w:rsidRDefault="00000000">
            <w:pPr>
              <w:spacing w:before="40" w:after="20" w:line="245" w:lineRule="auto"/>
            </w:pPr>
            <w:r>
              <w:rPr>
                <w:b/>
                <w:color w:val="D95BC6"/>
                <w:sz w:val="16"/>
              </w:rPr>
              <w:t>MOJ KROG POSTAJ</w:t>
            </w:r>
          </w:p>
          <w:p w14:paraId="4B60412B" w14:textId="77777777" w:rsidR="008D43AB" w:rsidRDefault="00000000">
            <w:pPr>
              <w:spacing w:after="11" w:line="245" w:lineRule="auto"/>
            </w:pPr>
            <w:r>
              <w:rPr>
                <w:color w:val="000000"/>
                <w:sz w:val="14"/>
              </w:rPr>
              <w:t>1. Aktivno poslušanje: prepoznam zvočni vir ali spremembo ter odziv pokažem s kartico.</w:t>
            </w:r>
          </w:p>
          <w:p w14:paraId="46B0F712" w14:textId="77777777" w:rsidR="008D43AB" w:rsidRDefault="00000000">
            <w:pPr>
              <w:spacing w:after="11" w:line="245" w:lineRule="auto"/>
            </w:pPr>
            <w:r>
              <w:rPr>
                <w:color w:val="000000"/>
                <w:sz w:val="14"/>
              </w:rPr>
              <w:t>2. Gibalna: glasbeno lastnost ponazorim s hojo, nivojem telesa, smerjo.</w:t>
            </w:r>
          </w:p>
          <w:p w14:paraId="0E034F53" w14:textId="77777777" w:rsidR="008D43AB" w:rsidRDefault="00000000">
            <w:pPr>
              <w:spacing w:after="11" w:line="245" w:lineRule="auto"/>
            </w:pPr>
            <w:r>
              <w:rPr>
                <w:color w:val="000000"/>
                <w:sz w:val="14"/>
              </w:rPr>
              <w:t>3. Izvajalska: zvok posnemam z glasom, telesom ali glasbilom ter upoštevam začetek.</w:t>
            </w:r>
          </w:p>
          <w:p w14:paraId="3006D834" w14:textId="77777777" w:rsidR="008D43AB" w:rsidRDefault="00000000">
            <w:pPr>
              <w:spacing w:after="11" w:line="245" w:lineRule="auto"/>
            </w:pPr>
            <w:r>
              <w:rPr>
                <w:color w:val="000000"/>
                <w:sz w:val="14"/>
              </w:rPr>
              <w:t>4. Likovno-zapisna: doživetje ali zvočno zaporedje prikažem s simboli.</w:t>
            </w:r>
          </w:p>
          <w:p w14:paraId="11A10D73"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6A8D9DFC" w14:textId="77777777" w:rsidR="008D43AB" w:rsidRDefault="00000000">
            <w:pPr>
              <w:spacing w:after="20" w:line="245" w:lineRule="auto"/>
            </w:pPr>
            <w:r>
              <w:rPr>
                <w:b/>
                <w:color w:val="D95BC6"/>
                <w:sz w:val="17"/>
              </w:rPr>
              <w:t>DOKAZ O UČENJU</w:t>
            </w:r>
          </w:p>
          <w:p w14:paraId="55F2C900"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C20611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407717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139913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884A700" w14:textId="77777777" w:rsidR="008D43AB" w:rsidRDefault="00000000">
            <w:pPr>
              <w:jc w:val="center"/>
            </w:pPr>
            <w:r>
              <w:rPr>
                <w:b/>
                <w:color w:val="000000"/>
                <w:sz w:val="20"/>
              </w:rPr>
              <w:t>UČNE DEJAVNOSTI, METODE IN FORMATIVNO SPREMLJANJE</w:t>
            </w:r>
          </w:p>
        </w:tc>
      </w:tr>
      <w:tr w:rsidR="008D43AB" w14:paraId="6A905EA7" w14:textId="77777777">
        <w:trPr>
          <w:tblHeader/>
          <w:jc w:val="center"/>
        </w:trPr>
        <w:tc>
          <w:tcPr>
            <w:tcW w:w="4422" w:type="dxa"/>
            <w:vMerge/>
            <w:tcMar>
              <w:top w:w="70" w:type="dxa"/>
              <w:left w:w="90" w:type="dxa"/>
              <w:bottom w:w="70" w:type="dxa"/>
              <w:right w:w="90" w:type="dxa"/>
            </w:tcMar>
            <w:vAlign w:val="center"/>
          </w:tcPr>
          <w:p w14:paraId="2C977F46" w14:textId="77777777" w:rsidR="008D43AB" w:rsidRDefault="008D43AB"/>
        </w:tc>
        <w:tc>
          <w:tcPr>
            <w:tcW w:w="7087" w:type="dxa"/>
            <w:shd w:val="clear" w:color="auto" w:fill="FFFFFF"/>
            <w:tcMar>
              <w:top w:w="70" w:type="dxa"/>
              <w:left w:w="90" w:type="dxa"/>
              <w:bottom w:w="70" w:type="dxa"/>
              <w:right w:w="90" w:type="dxa"/>
            </w:tcMar>
            <w:vAlign w:val="center"/>
          </w:tcPr>
          <w:p w14:paraId="4AFA7300"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51AA749" w14:textId="77777777" w:rsidR="008D43AB" w:rsidRDefault="00000000">
            <w:pPr>
              <w:jc w:val="center"/>
            </w:pPr>
            <w:r>
              <w:rPr>
                <w:b/>
                <w:color w:val="000000"/>
              </w:rPr>
              <w:t>UČENEC</w:t>
            </w:r>
          </w:p>
        </w:tc>
      </w:tr>
      <w:tr w:rsidR="008D43AB" w14:paraId="1D7DBBC2" w14:textId="77777777">
        <w:trPr>
          <w:jc w:val="center"/>
        </w:trPr>
        <w:tc>
          <w:tcPr>
            <w:tcW w:w="4422" w:type="dxa"/>
            <w:tcMar>
              <w:top w:w="70" w:type="dxa"/>
              <w:left w:w="90" w:type="dxa"/>
              <w:bottom w:w="70" w:type="dxa"/>
              <w:right w:w="90" w:type="dxa"/>
            </w:tcMar>
          </w:tcPr>
          <w:p w14:paraId="3F8C2348" w14:textId="77777777" w:rsidR="008D43AB" w:rsidRDefault="008D43AB"/>
          <w:p w14:paraId="7E32493C" w14:textId="77777777" w:rsidR="008D43AB" w:rsidRDefault="00000000">
            <w:pPr>
              <w:spacing w:after="40" w:line="245" w:lineRule="auto"/>
            </w:pPr>
            <w:r>
              <w:rPr>
                <w:b/>
                <w:color w:val="000000"/>
              </w:rPr>
              <w:t>FORMATIVNO SPREMLJANJE</w:t>
            </w:r>
          </w:p>
          <w:p w14:paraId="6A3078F5" w14:textId="77777777" w:rsidR="008D43AB" w:rsidRDefault="00000000">
            <w:pPr>
              <w:pStyle w:val="Oznaenseznam"/>
              <w:spacing w:after="16"/>
            </w:pPr>
            <w:r>
              <w:rPr>
                <w:color w:val="000000"/>
                <w:sz w:val="16"/>
              </w:rPr>
              <w:t>predznanje: zvočna napoved, izbira kartice, gib, ritmični oziroma pevski poskus ali začetni simbol</w:t>
            </w:r>
          </w:p>
          <w:p w14:paraId="609D3A13" w14:textId="77777777" w:rsidR="008D43AB" w:rsidRDefault="00000000">
            <w:pPr>
              <w:pStyle w:val="Oznaenseznam"/>
              <w:spacing w:after="16"/>
            </w:pPr>
            <w:r>
              <w:rPr>
                <w:color w:val="000000"/>
                <w:sz w:val="16"/>
              </w:rPr>
              <w:t>nameni in merila: kratka poved, slikovni znak, model izvedbe ter vidna pravila varne glasnosti</w:t>
            </w:r>
          </w:p>
          <w:p w14:paraId="0AC9DA66"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7CCC3951" w14:textId="77777777" w:rsidR="008D43AB" w:rsidRDefault="00000000">
            <w:pPr>
              <w:pStyle w:val="Oznaenseznam"/>
              <w:spacing w:after="16"/>
            </w:pPr>
            <w:r>
              <w:rPr>
                <w:color w:val="000000"/>
                <w:sz w:val="16"/>
              </w:rPr>
              <w:t>povratna informacija: opis slišane strategije, povezava z enim merilom in izvedljiv naslednji korak</w:t>
            </w:r>
          </w:p>
          <w:p w14:paraId="41BFD675" w14:textId="77777777" w:rsidR="008D43AB" w:rsidRDefault="00000000">
            <w:pPr>
              <w:pStyle w:val="Oznaenseznam"/>
              <w:spacing w:after="16"/>
            </w:pPr>
            <w:r>
              <w:rPr>
                <w:color w:val="000000"/>
                <w:sz w:val="16"/>
              </w:rPr>
              <w:t>samovrednotenje: barvni zvočni semafor, lestvica samostojnosti, izbran dokaz in ponovna izvedba</w:t>
            </w:r>
          </w:p>
          <w:p w14:paraId="77930E0F" w14:textId="77777777" w:rsidR="008D43AB" w:rsidRDefault="00000000">
            <w:pPr>
              <w:spacing w:before="40" w:after="20" w:line="245" w:lineRule="auto"/>
            </w:pPr>
            <w:r>
              <w:rPr>
                <w:b/>
                <w:color w:val="000000"/>
                <w:sz w:val="17"/>
              </w:rPr>
              <w:t>VARNOST IN VAROVANJE SLUHA</w:t>
            </w:r>
          </w:p>
          <w:p w14:paraId="5F8F4132"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15C4FCCC" w14:textId="77777777" w:rsidR="008D43AB" w:rsidRDefault="00000000">
            <w:pPr>
              <w:spacing w:after="20" w:line="245" w:lineRule="auto"/>
            </w:pPr>
            <w:r>
              <w:rPr>
                <w:b/>
                <w:color w:val="000000"/>
                <w:sz w:val="17"/>
              </w:rPr>
              <w:t>EVIDENCA PO IZVEDBI</w:t>
            </w:r>
          </w:p>
          <w:p w14:paraId="4122EB96"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73B4AC49" w14:textId="77777777" w:rsidR="008D43AB" w:rsidRDefault="00000000">
            <w:pPr>
              <w:spacing w:before="40" w:after="20" w:line="245" w:lineRule="auto"/>
            </w:pPr>
            <w:r>
              <w:rPr>
                <w:b/>
                <w:color w:val="000000"/>
                <w:sz w:val="17"/>
              </w:rPr>
              <w:t>RAVEN DOSEGANJA</w:t>
            </w:r>
          </w:p>
          <w:p w14:paraId="754261B4"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0EAB39E5"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915B546" w14:textId="77777777">
              <w:trPr>
                <w:jc w:val="center"/>
              </w:trPr>
              <w:tc>
                <w:tcPr>
                  <w:tcW w:w="7087" w:type="dxa"/>
                  <w:shd w:val="clear" w:color="auto" w:fill="EDC9EA"/>
                  <w:tcMar>
                    <w:top w:w="45" w:type="dxa"/>
                    <w:left w:w="70" w:type="dxa"/>
                    <w:bottom w:w="45" w:type="dxa"/>
                    <w:right w:w="70" w:type="dxa"/>
                  </w:tcMar>
                </w:tcPr>
                <w:p w14:paraId="59D8B146" w14:textId="77777777" w:rsidR="008D43AB" w:rsidRDefault="00000000">
                  <w:pPr>
                    <w:keepNext/>
                  </w:pPr>
                  <w:r>
                    <w:rPr>
                      <w:b/>
                      <w:color w:val="000000"/>
                    </w:rPr>
                    <w:t>VPRAŠANJA V PODPORO GLASBENEMU UČENJU</w:t>
                  </w:r>
                </w:p>
              </w:tc>
            </w:tr>
          </w:tbl>
          <w:p w14:paraId="00D83F63" w14:textId="77777777" w:rsidR="008D43AB" w:rsidRDefault="008D43AB">
            <w:pPr>
              <w:spacing w:line="20" w:lineRule="exact"/>
            </w:pPr>
          </w:p>
          <w:p w14:paraId="03045D3C" w14:textId="77777777" w:rsidR="008D43AB" w:rsidRDefault="00000000">
            <w:pPr>
              <w:pStyle w:val="Oznaenseznam"/>
              <w:spacing w:after="16"/>
            </w:pPr>
            <w:r>
              <w:rPr>
                <w:color w:val="000000"/>
                <w:sz w:val="16"/>
              </w:rPr>
              <w:t>Kaj si v glasbi slišal/-a, začutil/-a ali pokazal/-a z gibanjem?</w:t>
            </w:r>
          </w:p>
          <w:p w14:paraId="597976FA" w14:textId="77777777" w:rsidR="008D43AB" w:rsidRDefault="00000000">
            <w:pPr>
              <w:pStyle w:val="Oznaenseznam"/>
              <w:spacing w:after="16"/>
            </w:pPr>
            <w:r>
              <w:rPr>
                <w:color w:val="000000"/>
                <w:sz w:val="16"/>
              </w:rPr>
              <w:t>Po katerem zvočnem znaku, lastnosti ali vzorcu si prepoznal/-a rešitev?</w:t>
            </w:r>
          </w:p>
          <w:p w14:paraId="23D6324B" w14:textId="77777777" w:rsidR="008D43AB" w:rsidRDefault="00000000">
            <w:pPr>
              <w:pStyle w:val="Oznaenseznam"/>
              <w:spacing w:after="16"/>
            </w:pPr>
            <w:r>
              <w:rPr>
                <w:color w:val="000000"/>
                <w:sz w:val="16"/>
              </w:rPr>
              <w:t>Kako veš, da je bil pulz, začetek, konec, glasnost ali skupinska izvedba skladna z merilom?</w:t>
            </w:r>
          </w:p>
          <w:p w14:paraId="6B542DD4" w14:textId="77777777" w:rsidR="008D43AB" w:rsidRDefault="00000000">
            <w:pPr>
              <w:pStyle w:val="Oznaenseznam"/>
              <w:spacing w:after="16"/>
            </w:pPr>
            <w:r>
              <w:rPr>
                <w:color w:val="000000"/>
                <w:sz w:val="16"/>
              </w:rPr>
              <w:t>Zakaj si za motiv, osebo, dogodek ali okolje izbral/-a prav ta glas, predmet ali glasbilo?</w:t>
            </w:r>
          </w:p>
          <w:p w14:paraId="176EFBE7"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F340CCB" w14:textId="77777777">
              <w:trPr>
                <w:jc w:val="center"/>
              </w:trPr>
              <w:tc>
                <w:tcPr>
                  <w:tcW w:w="7087" w:type="dxa"/>
                  <w:shd w:val="clear" w:color="auto" w:fill="C6E7F3"/>
                  <w:tcMar>
                    <w:top w:w="45" w:type="dxa"/>
                    <w:left w:w="70" w:type="dxa"/>
                    <w:bottom w:w="45" w:type="dxa"/>
                    <w:right w:w="70" w:type="dxa"/>
                  </w:tcMar>
                </w:tcPr>
                <w:p w14:paraId="17C29753" w14:textId="77777777" w:rsidR="008D43AB" w:rsidRDefault="00000000">
                  <w:pPr>
                    <w:keepNext/>
                  </w:pPr>
                  <w:r>
                    <w:rPr>
                      <w:b/>
                      <w:color w:val="000000"/>
                    </w:rPr>
                    <w:t>ZAKLJUČNI DEL – NASTOP, POSLUŠALSKI ODZIV IN REFLEKSIJA (8–12 min)</w:t>
                  </w:r>
                </w:p>
              </w:tc>
            </w:tr>
          </w:tbl>
          <w:p w14:paraId="2ADB7FB8" w14:textId="77777777" w:rsidR="008D43AB" w:rsidRDefault="008D43AB">
            <w:pPr>
              <w:spacing w:line="20" w:lineRule="exact"/>
            </w:pPr>
          </w:p>
          <w:p w14:paraId="41BF839F"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2698F7E2" w14:textId="77777777">
              <w:trPr>
                <w:jc w:val="center"/>
              </w:trPr>
              <w:tc>
                <w:tcPr>
                  <w:tcW w:w="7087" w:type="dxa"/>
                  <w:shd w:val="clear" w:color="auto" w:fill="EDC9EA"/>
                  <w:tcMar>
                    <w:top w:w="45" w:type="dxa"/>
                    <w:left w:w="70" w:type="dxa"/>
                    <w:bottom w:w="45" w:type="dxa"/>
                    <w:right w:w="70" w:type="dxa"/>
                  </w:tcMar>
                </w:tcPr>
                <w:p w14:paraId="6B293311" w14:textId="77777777" w:rsidR="008D43AB" w:rsidRDefault="00000000">
                  <w:pPr>
                    <w:keepNext/>
                  </w:pPr>
                  <w:r>
                    <w:rPr>
                      <w:b/>
                      <w:color w:val="000000"/>
                    </w:rPr>
                    <w:t>SAMOVREDNOTENJE</w:t>
                  </w:r>
                </w:p>
              </w:tc>
            </w:tr>
          </w:tbl>
          <w:p w14:paraId="556A515F" w14:textId="77777777" w:rsidR="008D43AB" w:rsidRDefault="008D43AB">
            <w:pPr>
              <w:spacing w:line="20" w:lineRule="exact"/>
            </w:pPr>
          </w:p>
          <w:p w14:paraId="6AC09329"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6E246777" w14:textId="77777777">
              <w:trPr>
                <w:jc w:val="center"/>
              </w:trPr>
              <w:tc>
                <w:tcPr>
                  <w:tcW w:w="7087" w:type="dxa"/>
                  <w:shd w:val="clear" w:color="auto" w:fill="EDC9EA"/>
                  <w:tcMar>
                    <w:top w:w="45" w:type="dxa"/>
                    <w:left w:w="70" w:type="dxa"/>
                    <w:bottom w:w="45" w:type="dxa"/>
                    <w:right w:w="70" w:type="dxa"/>
                  </w:tcMar>
                </w:tcPr>
                <w:p w14:paraId="78DA6A14" w14:textId="77777777" w:rsidR="008D43AB" w:rsidRDefault="00000000">
                  <w:pPr>
                    <w:keepNext/>
                  </w:pPr>
                  <w:r>
                    <w:rPr>
                      <w:b/>
                      <w:color w:val="000000"/>
                    </w:rPr>
                    <w:t>VRSTNIŠKO VREDNOTENJE</w:t>
                  </w:r>
                </w:p>
              </w:tc>
            </w:tr>
          </w:tbl>
          <w:p w14:paraId="05A23725" w14:textId="77777777" w:rsidR="008D43AB" w:rsidRDefault="008D43AB">
            <w:pPr>
              <w:spacing w:line="20" w:lineRule="exact"/>
            </w:pPr>
          </w:p>
          <w:p w14:paraId="3B2A441C"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597BC684" w14:textId="77777777">
              <w:trPr>
                <w:jc w:val="center"/>
              </w:trPr>
              <w:tc>
                <w:tcPr>
                  <w:tcW w:w="7087" w:type="dxa"/>
                  <w:shd w:val="clear" w:color="auto" w:fill="EDC9EA"/>
                  <w:tcMar>
                    <w:top w:w="45" w:type="dxa"/>
                    <w:left w:w="70" w:type="dxa"/>
                    <w:bottom w:w="45" w:type="dxa"/>
                    <w:right w:w="70" w:type="dxa"/>
                  </w:tcMar>
                </w:tcPr>
                <w:p w14:paraId="5F83AC74" w14:textId="77777777" w:rsidR="008D43AB" w:rsidRDefault="00000000">
                  <w:pPr>
                    <w:keepNext/>
                  </w:pPr>
                  <w:r>
                    <w:rPr>
                      <w:b/>
                      <w:color w:val="000000"/>
                    </w:rPr>
                    <w:t>SKUPNI POVZETEK</w:t>
                  </w:r>
                </w:p>
              </w:tc>
            </w:tr>
          </w:tbl>
          <w:p w14:paraId="7C7B90C3" w14:textId="77777777" w:rsidR="008D43AB" w:rsidRDefault="008D43AB"/>
          <w:p w14:paraId="2B6D8EBD" w14:textId="77777777" w:rsidR="008D43AB" w:rsidRDefault="00000000">
            <w:pPr>
              <w:spacing w:before="20" w:after="40" w:line="245" w:lineRule="auto"/>
            </w:pPr>
            <w:r>
              <w:rPr>
                <w:b/>
                <w:color w:val="000000"/>
                <w:sz w:val="16"/>
              </w:rPr>
              <w:t>poslušam ljudsko pesem; pojem izbrano pesem; spoznam glasbilo iz okolja. Izbrani dokaz pojasnim in po povratni informaciji izboljšam.</w:t>
            </w:r>
          </w:p>
        </w:tc>
        <w:tc>
          <w:tcPr>
            <w:tcW w:w="2551" w:type="dxa"/>
            <w:tcMar>
              <w:top w:w="70" w:type="dxa"/>
              <w:left w:w="90" w:type="dxa"/>
              <w:bottom w:w="70" w:type="dxa"/>
              <w:right w:w="90" w:type="dxa"/>
            </w:tcMar>
          </w:tcPr>
          <w:p w14:paraId="2509B2EB" w14:textId="77777777" w:rsidR="008D43AB" w:rsidRDefault="008D43AB"/>
          <w:p w14:paraId="00219513" w14:textId="77777777" w:rsidR="008D43AB" w:rsidRDefault="00000000">
            <w:pPr>
              <w:spacing w:after="80" w:line="245" w:lineRule="auto"/>
            </w:pPr>
            <w:r>
              <w:rPr>
                <w:color w:val="000000"/>
                <w:sz w:val="16"/>
              </w:rPr>
              <w:t>Odgovarja na podporna vprašanja in se sklicuje na slišano, izvedeno, ustvarjeno ali zapisano.</w:t>
            </w:r>
          </w:p>
          <w:p w14:paraId="2360BA1E" w14:textId="77777777" w:rsidR="008D43AB" w:rsidRDefault="00000000">
            <w:pPr>
              <w:spacing w:after="80" w:line="245" w:lineRule="auto"/>
            </w:pPr>
            <w:r>
              <w:rPr>
                <w:color w:val="000000"/>
                <w:sz w:val="16"/>
              </w:rPr>
              <w:t>Predstavi izbrani dokaz ter pove, katero merilo z njim pokaže.</w:t>
            </w:r>
          </w:p>
          <w:p w14:paraId="50D0DDED" w14:textId="77777777" w:rsidR="008D43AB" w:rsidRDefault="00000000">
            <w:pPr>
              <w:spacing w:after="80" w:line="245" w:lineRule="auto"/>
            </w:pPr>
            <w:r>
              <w:rPr>
                <w:color w:val="000000"/>
                <w:sz w:val="16"/>
              </w:rPr>
              <w:t>Posluša vrstnika, opiše eno slišano moč in poda prijazen predlog za izboljšavo.</w:t>
            </w:r>
          </w:p>
          <w:p w14:paraId="77DEAAD4" w14:textId="77777777" w:rsidR="008D43AB" w:rsidRDefault="00000000">
            <w:pPr>
              <w:spacing w:after="80" w:line="245" w:lineRule="auto"/>
            </w:pPr>
            <w:r>
              <w:rPr>
                <w:color w:val="000000"/>
                <w:sz w:val="16"/>
              </w:rPr>
              <w:t>Po povratni informaciji izvedbo, gib, ritem, zvočno izbiro ali slikovni zapis ponovi in izboljša.</w:t>
            </w:r>
          </w:p>
          <w:p w14:paraId="344C9023" w14:textId="77777777" w:rsidR="008D43AB" w:rsidRDefault="00000000">
            <w:pPr>
              <w:spacing w:after="100" w:line="245" w:lineRule="auto"/>
            </w:pPr>
            <w:r>
              <w:rPr>
                <w:color w:val="000000"/>
                <w:sz w:val="16"/>
              </w:rPr>
              <w:t>Izbere raven samostojnosti ter določi majhen in izvedljiv naslednji glasbeni korak.</w:t>
            </w:r>
          </w:p>
          <w:p w14:paraId="784251C6" w14:textId="77777777" w:rsidR="008D43AB" w:rsidRDefault="00000000">
            <w:pPr>
              <w:spacing w:after="20" w:line="245" w:lineRule="auto"/>
            </w:pPr>
            <w:r>
              <w:rPr>
                <w:b/>
                <w:color w:val="D95BC6"/>
                <w:sz w:val="17"/>
              </w:rPr>
              <w:t>DOKAZ O UČENJU</w:t>
            </w:r>
          </w:p>
          <w:p w14:paraId="23480893"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7B98B87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34C3564" w14:textId="77777777">
        <w:trPr>
          <w:cantSplit/>
          <w:jc w:val="center"/>
        </w:trPr>
        <w:tc>
          <w:tcPr>
            <w:tcW w:w="14060" w:type="dxa"/>
            <w:gridSpan w:val="6"/>
            <w:tcMar>
              <w:top w:w="70" w:type="dxa"/>
              <w:left w:w="90" w:type="dxa"/>
              <w:bottom w:w="70" w:type="dxa"/>
              <w:right w:w="90" w:type="dxa"/>
            </w:tcMar>
            <w:vAlign w:val="center"/>
          </w:tcPr>
          <w:p w14:paraId="2CE9E03C" w14:textId="77777777" w:rsidR="008D43AB" w:rsidRDefault="00000000">
            <w:pPr>
              <w:jc w:val="center"/>
            </w:pPr>
            <w:r>
              <w:rPr>
                <w:b/>
                <w:color w:val="000000"/>
                <w:sz w:val="24"/>
              </w:rPr>
              <w:lastRenderedPageBreak/>
              <w:t>UČNA PRIPRAVA 22/39</w:t>
            </w:r>
          </w:p>
        </w:tc>
      </w:tr>
      <w:tr w:rsidR="008D43AB" w14:paraId="6505C715" w14:textId="77777777">
        <w:trPr>
          <w:jc w:val="center"/>
        </w:trPr>
        <w:tc>
          <w:tcPr>
            <w:tcW w:w="2665" w:type="dxa"/>
            <w:tcMar>
              <w:top w:w="70" w:type="dxa"/>
              <w:left w:w="90" w:type="dxa"/>
              <w:bottom w:w="70" w:type="dxa"/>
              <w:right w:w="90" w:type="dxa"/>
            </w:tcMar>
            <w:vAlign w:val="center"/>
          </w:tcPr>
          <w:p w14:paraId="3DA8FDC4"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71C2A23"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E8943B4"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2F712B3" w14:textId="77777777" w:rsidR="008D43AB" w:rsidRDefault="00000000">
            <w:r>
              <w:rPr>
                <w:b/>
                <w:color w:val="000000"/>
                <w:sz w:val="16"/>
              </w:rPr>
              <w:t xml:space="preserve">NAČRTOVANI TERMIN: </w:t>
            </w:r>
            <w:r>
              <w:rPr>
                <w:color w:val="000000"/>
                <w:sz w:val="16"/>
              </w:rPr>
              <w:t>22. teden • 9.–12. 2. 2027</w:t>
            </w:r>
          </w:p>
        </w:tc>
        <w:tc>
          <w:tcPr>
            <w:tcW w:w="2268" w:type="dxa"/>
            <w:tcMar>
              <w:top w:w="70" w:type="dxa"/>
              <w:left w:w="90" w:type="dxa"/>
              <w:bottom w:w="70" w:type="dxa"/>
              <w:right w:w="90" w:type="dxa"/>
            </w:tcMar>
            <w:vAlign w:val="center"/>
          </w:tcPr>
          <w:p w14:paraId="3B9553B7"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AB96287" w14:textId="77777777" w:rsidR="008D43AB" w:rsidRDefault="00000000">
            <w:r>
              <w:rPr>
                <w:b/>
                <w:color w:val="000000"/>
                <w:sz w:val="16"/>
              </w:rPr>
              <w:t xml:space="preserve">ŠTEVILO UR: </w:t>
            </w:r>
            <w:r>
              <w:rPr>
                <w:color w:val="000000"/>
                <w:sz w:val="16"/>
              </w:rPr>
              <w:t>1</w:t>
            </w:r>
          </w:p>
        </w:tc>
      </w:tr>
      <w:tr w:rsidR="008D43AB" w14:paraId="60DD5100" w14:textId="77777777">
        <w:trPr>
          <w:jc w:val="center"/>
        </w:trPr>
        <w:tc>
          <w:tcPr>
            <w:tcW w:w="14061" w:type="dxa"/>
            <w:gridSpan w:val="6"/>
            <w:tcMar>
              <w:top w:w="70" w:type="dxa"/>
              <w:left w:w="90" w:type="dxa"/>
              <w:bottom w:w="70" w:type="dxa"/>
              <w:right w:w="90" w:type="dxa"/>
            </w:tcMar>
            <w:vAlign w:val="center"/>
          </w:tcPr>
          <w:p w14:paraId="29B35C01"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28AF3F03" w14:textId="77777777">
        <w:trPr>
          <w:cantSplit/>
          <w:jc w:val="center"/>
        </w:trPr>
        <w:tc>
          <w:tcPr>
            <w:tcW w:w="14060" w:type="dxa"/>
            <w:gridSpan w:val="6"/>
            <w:tcMar>
              <w:top w:w="70" w:type="dxa"/>
              <w:left w:w="90" w:type="dxa"/>
              <w:bottom w:w="70" w:type="dxa"/>
              <w:right w:w="90" w:type="dxa"/>
            </w:tcMar>
            <w:vAlign w:val="center"/>
          </w:tcPr>
          <w:p w14:paraId="25796782" w14:textId="77777777" w:rsidR="008D43AB" w:rsidRDefault="008D43AB"/>
          <w:p w14:paraId="3D84BF64" w14:textId="77777777" w:rsidR="008D43AB" w:rsidRDefault="00000000">
            <w:pPr>
              <w:spacing w:line="245" w:lineRule="auto"/>
            </w:pPr>
            <w:r>
              <w:rPr>
                <w:b/>
                <w:color w:val="000000"/>
                <w:sz w:val="16"/>
              </w:rPr>
              <w:t xml:space="preserve">UČNI SKLOP: </w:t>
            </w:r>
            <w:r>
              <w:rPr>
                <w:color w:val="000000"/>
                <w:sz w:val="16"/>
              </w:rPr>
              <w:t>NEKOČ IN DANES – ČAS IN DEDIŠČINA</w:t>
            </w:r>
          </w:p>
        </w:tc>
      </w:tr>
      <w:tr w:rsidR="008D43AB" w14:paraId="29F46142" w14:textId="77777777">
        <w:trPr>
          <w:cantSplit/>
          <w:jc w:val="center"/>
        </w:trPr>
        <w:tc>
          <w:tcPr>
            <w:tcW w:w="14060" w:type="dxa"/>
            <w:gridSpan w:val="6"/>
            <w:tcMar>
              <w:top w:w="70" w:type="dxa"/>
              <w:left w:w="90" w:type="dxa"/>
              <w:bottom w:w="70" w:type="dxa"/>
              <w:right w:w="90" w:type="dxa"/>
            </w:tcMar>
            <w:vAlign w:val="center"/>
          </w:tcPr>
          <w:p w14:paraId="66112E34" w14:textId="77777777" w:rsidR="008D43AB" w:rsidRDefault="008D43AB"/>
          <w:p w14:paraId="3C26721C" w14:textId="77777777" w:rsidR="008D43AB" w:rsidRDefault="00000000">
            <w:pPr>
              <w:spacing w:line="245" w:lineRule="auto"/>
            </w:pPr>
            <w:r>
              <w:rPr>
                <w:b/>
                <w:color w:val="000000"/>
                <w:sz w:val="16"/>
              </w:rPr>
              <w:t xml:space="preserve">UČNA TEMA: </w:t>
            </w:r>
            <w:r>
              <w:rPr>
                <w:color w:val="000000"/>
                <w:sz w:val="16"/>
              </w:rPr>
              <w:t>SLOVENSKA GLASBA</w:t>
            </w:r>
          </w:p>
        </w:tc>
      </w:tr>
      <w:tr w:rsidR="008D43AB" w14:paraId="7B0C197D" w14:textId="77777777">
        <w:trPr>
          <w:cantSplit/>
          <w:jc w:val="center"/>
        </w:trPr>
        <w:tc>
          <w:tcPr>
            <w:tcW w:w="14060" w:type="dxa"/>
            <w:gridSpan w:val="6"/>
            <w:tcMar>
              <w:top w:w="70" w:type="dxa"/>
              <w:left w:w="90" w:type="dxa"/>
              <w:bottom w:w="70" w:type="dxa"/>
              <w:right w:w="90" w:type="dxa"/>
            </w:tcMar>
            <w:vAlign w:val="center"/>
          </w:tcPr>
          <w:p w14:paraId="1F43E696" w14:textId="77777777" w:rsidR="008D43AB" w:rsidRDefault="008D43AB"/>
          <w:p w14:paraId="0AF1D885" w14:textId="77777777" w:rsidR="008D43AB" w:rsidRDefault="00000000">
            <w:pPr>
              <w:spacing w:line="245" w:lineRule="auto"/>
            </w:pPr>
            <w:r>
              <w:rPr>
                <w:b/>
                <w:color w:val="000000"/>
                <w:sz w:val="16"/>
              </w:rPr>
              <w:t xml:space="preserve">KNJIŽEVNO / MOTIVNO IZHODIŠČE: </w:t>
            </w:r>
            <w:r>
              <w:rPr>
                <w:color w:val="000000"/>
                <w:sz w:val="16"/>
              </w:rPr>
              <w:t>»Ciciban in čebela« – Oton Župančič • slovenska poezija, kulturna dediščina in skrb za naravo</w:t>
            </w:r>
          </w:p>
        </w:tc>
      </w:tr>
      <w:tr w:rsidR="008D43AB" w14:paraId="6AB5D37E" w14:textId="77777777">
        <w:trPr>
          <w:cantSplit/>
          <w:jc w:val="center"/>
        </w:trPr>
        <w:tc>
          <w:tcPr>
            <w:tcW w:w="14060" w:type="dxa"/>
            <w:gridSpan w:val="6"/>
            <w:tcMar>
              <w:top w:w="70" w:type="dxa"/>
              <w:left w:w="90" w:type="dxa"/>
              <w:bottom w:w="70" w:type="dxa"/>
              <w:right w:w="90" w:type="dxa"/>
            </w:tcMar>
            <w:vAlign w:val="center"/>
          </w:tcPr>
          <w:p w14:paraId="1A3AD2F0" w14:textId="77777777" w:rsidR="008D43AB" w:rsidRDefault="008D43AB"/>
          <w:p w14:paraId="5DBB04D9" w14:textId="77777777" w:rsidR="008D43AB" w:rsidRDefault="00000000">
            <w:pPr>
              <w:spacing w:line="245" w:lineRule="auto"/>
            </w:pPr>
            <w:r>
              <w:rPr>
                <w:b/>
                <w:color w:val="000000"/>
                <w:sz w:val="16"/>
              </w:rPr>
              <w:t xml:space="preserve">GLASBENO IZHODIŠČE / REPERTOAR: </w:t>
            </w:r>
            <w:r>
              <w:rPr>
                <w:color w:val="000000"/>
                <w:sz w:val="16"/>
              </w:rPr>
              <w:t>slovenska himna v primernem kontekstu; ljudska in umetna pesem</w:t>
            </w:r>
          </w:p>
        </w:tc>
      </w:tr>
      <w:tr w:rsidR="008D43AB" w14:paraId="505C2B30" w14:textId="77777777">
        <w:trPr>
          <w:cantSplit/>
          <w:jc w:val="center"/>
        </w:trPr>
        <w:tc>
          <w:tcPr>
            <w:tcW w:w="14060" w:type="dxa"/>
            <w:gridSpan w:val="6"/>
            <w:tcMar>
              <w:top w:w="70" w:type="dxa"/>
              <w:left w:w="90" w:type="dxa"/>
              <w:bottom w:w="70" w:type="dxa"/>
              <w:right w:w="90" w:type="dxa"/>
            </w:tcMar>
            <w:vAlign w:val="center"/>
          </w:tcPr>
          <w:p w14:paraId="5C7F80BB" w14:textId="77777777" w:rsidR="008D43AB" w:rsidRDefault="008D43AB"/>
          <w:p w14:paraId="227A7EB8" w14:textId="77777777" w:rsidR="008D43AB" w:rsidRDefault="00000000">
            <w:pPr>
              <w:spacing w:line="245" w:lineRule="auto"/>
            </w:pPr>
            <w:r>
              <w:rPr>
                <w:b/>
                <w:color w:val="000000"/>
                <w:sz w:val="16"/>
              </w:rPr>
              <w:t xml:space="preserve">UČNE ENOTE: </w:t>
            </w:r>
            <w:r>
              <w:rPr>
                <w:color w:val="000000"/>
                <w:sz w:val="16"/>
              </w:rPr>
              <w:t>1. ura – Slovenska Glasba – Ustvarim in nastopim</w:t>
            </w:r>
          </w:p>
        </w:tc>
      </w:tr>
      <w:tr w:rsidR="008D43AB" w14:paraId="20009CD2" w14:textId="77777777">
        <w:trPr>
          <w:cantSplit/>
          <w:jc w:val="center"/>
        </w:trPr>
        <w:tc>
          <w:tcPr>
            <w:tcW w:w="14060" w:type="dxa"/>
            <w:gridSpan w:val="6"/>
            <w:tcMar>
              <w:top w:w="70" w:type="dxa"/>
              <w:left w:w="90" w:type="dxa"/>
              <w:bottom w:w="70" w:type="dxa"/>
              <w:right w:w="90" w:type="dxa"/>
            </w:tcMar>
            <w:vAlign w:val="center"/>
          </w:tcPr>
          <w:p w14:paraId="7AF1C22D" w14:textId="77777777" w:rsidR="008D43AB" w:rsidRDefault="008D43AB"/>
          <w:p w14:paraId="27B32E36"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261E6C18" w14:textId="77777777">
        <w:trPr>
          <w:cantSplit/>
          <w:jc w:val="center"/>
        </w:trPr>
        <w:tc>
          <w:tcPr>
            <w:tcW w:w="14060" w:type="dxa"/>
            <w:gridSpan w:val="6"/>
            <w:tcMar>
              <w:top w:w="70" w:type="dxa"/>
              <w:left w:w="90" w:type="dxa"/>
              <w:bottom w:w="70" w:type="dxa"/>
              <w:right w:w="90" w:type="dxa"/>
            </w:tcMar>
            <w:vAlign w:val="center"/>
          </w:tcPr>
          <w:p w14:paraId="528CD78A" w14:textId="77777777" w:rsidR="008D43AB" w:rsidRDefault="008D43AB"/>
          <w:p w14:paraId="0035AC44"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4C60C3E8" w14:textId="77777777">
        <w:trPr>
          <w:cantSplit/>
          <w:jc w:val="center"/>
        </w:trPr>
        <w:tc>
          <w:tcPr>
            <w:tcW w:w="14060" w:type="dxa"/>
            <w:gridSpan w:val="6"/>
            <w:tcMar>
              <w:top w:w="70" w:type="dxa"/>
              <w:left w:w="90" w:type="dxa"/>
              <w:bottom w:w="70" w:type="dxa"/>
              <w:right w:w="90" w:type="dxa"/>
            </w:tcMar>
            <w:vAlign w:val="center"/>
          </w:tcPr>
          <w:p w14:paraId="7825A1D1" w14:textId="77777777" w:rsidR="008D43AB" w:rsidRDefault="008D43AB"/>
          <w:p w14:paraId="56BDD9FE"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1D5AAC25" w14:textId="77777777">
        <w:trPr>
          <w:cantSplit/>
          <w:jc w:val="center"/>
        </w:trPr>
        <w:tc>
          <w:tcPr>
            <w:tcW w:w="14060" w:type="dxa"/>
            <w:gridSpan w:val="6"/>
            <w:tcMar>
              <w:top w:w="70" w:type="dxa"/>
              <w:left w:w="90" w:type="dxa"/>
              <w:bottom w:w="70" w:type="dxa"/>
              <w:right w:w="90" w:type="dxa"/>
            </w:tcMar>
            <w:vAlign w:val="center"/>
          </w:tcPr>
          <w:p w14:paraId="374884EE" w14:textId="77777777" w:rsidR="008D43AB" w:rsidRDefault="008D43AB"/>
          <w:p w14:paraId="74207CA5" w14:textId="77777777" w:rsidR="008D43AB" w:rsidRDefault="00000000">
            <w:pPr>
              <w:spacing w:line="245" w:lineRule="auto"/>
            </w:pPr>
            <w:r>
              <w:rPr>
                <w:b/>
                <w:color w:val="000000"/>
                <w:sz w:val="16"/>
              </w:rPr>
              <w:t xml:space="preserve">MEDPREDMETNE POVEZAVE: </w:t>
            </w:r>
            <w:r>
              <w:rPr>
                <w:color w:val="000000"/>
                <w:sz w:val="16"/>
              </w:rPr>
              <w:t>SPO – slovenska poezija, kulturna dediščina in skrb za naravo; SLJ – poslušanje, ritmični govor in opis doživetja; ŠPO – pulz, tempo, gibalni odziv in prostorska orientacija; LUM – simbol, barva, linija in zvočni zapis</w:t>
            </w:r>
          </w:p>
        </w:tc>
      </w:tr>
      <w:tr w:rsidR="008D43AB" w14:paraId="67CE4BF6" w14:textId="77777777">
        <w:trPr>
          <w:cantSplit/>
          <w:jc w:val="center"/>
        </w:trPr>
        <w:tc>
          <w:tcPr>
            <w:tcW w:w="14060" w:type="dxa"/>
            <w:gridSpan w:val="6"/>
            <w:tcMar>
              <w:top w:w="70" w:type="dxa"/>
              <w:left w:w="90" w:type="dxa"/>
              <w:bottom w:w="70" w:type="dxa"/>
              <w:right w:w="90" w:type="dxa"/>
            </w:tcMar>
            <w:vAlign w:val="center"/>
          </w:tcPr>
          <w:p w14:paraId="3A8AD7FD" w14:textId="77777777" w:rsidR="008D43AB" w:rsidRDefault="008D43AB"/>
          <w:p w14:paraId="7B8CE8DC"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510D6627" w14:textId="77777777">
        <w:trPr>
          <w:cantSplit/>
          <w:jc w:val="center"/>
        </w:trPr>
        <w:tc>
          <w:tcPr>
            <w:tcW w:w="14060" w:type="dxa"/>
            <w:gridSpan w:val="6"/>
            <w:tcMar>
              <w:top w:w="70" w:type="dxa"/>
              <w:left w:w="90" w:type="dxa"/>
              <w:bottom w:w="70" w:type="dxa"/>
              <w:right w:w="90" w:type="dxa"/>
            </w:tcMar>
            <w:vAlign w:val="center"/>
          </w:tcPr>
          <w:p w14:paraId="704508F0" w14:textId="77777777" w:rsidR="008D43AB" w:rsidRDefault="008D43AB"/>
          <w:p w14:paraId="2374C099"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72E626AE" w14:textId="77777777">
        <w:trPr>
          <w:cantSplit/>
          <w:jc w:val="center"/>
        </w:trPr>
        <w:tc>
          <w:tcPr>
            <w:tcW w:w="14060" w:type="dxa"/>
            <w:gridSpan w:val="6"/>
            <w:tcMar>
              <w:top w:w="70" w:type="dxa"/>
              <w:left w:w="90" w:type="dxa"/>
              <w:bottom w:w="70" w:type="dxa"/>
              <w:right w:w="90" w:type="dxa"/>
            </w:tcMar>
            <w:vAlign w:val="center"/>
          </w:tcPr>
          <w:p w14:paraId="0A14C555" w14:textId="77777777" w:rsidR="008D43AB" w:rsidRDefault="008D43AB"/>
          <w:p w14:paraId="59E2F537" w14:textId="77777777" w:rsidR="008D43AB" w:rsidRDefault="00000000">
            <w:pPr>
              <w:spacing w:line="245" w:lineRule="auto"/>
            </w:pPr>
            <w:r>
              <w:rPr>
                <w:b/>
                <w:color w:val="000000"/>
                <w:sz w:val="16"/>
              </w:rPr>
              <w:t xml:space="preserve">OCENJEVANJE / DAN DEJAVNOSTI: </w:t>
            </w:r>
            <w:r>
              <w:rPr>
                <w:color w:val="000000"/>
                <w:sz w:val="16"/>
              </w:rPr>
              <w:t>KULTURNI DAN</w:t>
            </w:r>
          </w:p>
        </w:tc>
      </w:tr>
      <w:tr w:rsidR="008D43AB" w14:paraId="074E9D17" w14:textId="77777777">
        <w:trPr>
          <w:cantSplit/>
          <w:jc w:val="center"/>
        </w:trPr>
        <w:tc>
          <w:tcPr>
            <w:tcW w:w="14060" w:type="dxa"/>
            <w:gridSpan w:val="6"/>
            <w:tcMar>
              <w:top w:w="70" w:type="dxa"/>
              <w:left w:w="90" w:type="dxa"/>
              <w:bottom w:w="70" w:type="dxa"/>
              <w:right w:w="90" w:type="dxa"/>
            </w:tcMar>
            <w:vAlign w:val="center"/>
          </w:tcPr>
          <w:p w14:paraId="0266CA0A" w14:textId="77777777" w:rsidR="008D43AB" w:rsidRDefault="008D43AB"/>
          <w:p w14:paraId="3C61999B"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6DED344C"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EBA4C6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FFC499C"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CA0C534" w14:textId="77777777" w:rsidR="008D43AB" w:rsidRDefault="00000000">
            <w:pPr>
              <w:jc w:val="center"/>
            </w:pPr>
            <w:r>
              <w:rPr>
                <w:b/>
                <w:color w:val="000000"/>
                <w:sz w:val="20"/>
              </w:rPr>
              <w:t>UČNE DEJAVNOSTI, METODE IN FORMATIVNO SPREMLJANJE</w:t>
            </w:r>
          </w:p>
        </w:tc>
      </w:tr>
      <w:tr w:rsidR="008D43AB" w14:paraId="4737522C" w14:textId="77777777">
        <w:trPr>
          <w:tblHeader/>
          <w:jc w:val="center"/>
        </w:trPr>
        <w:tc>
          <w:tcPr>
            <w:tcW w:w="4422" w:type="dxa"/>
            <w:vMerge/>
            <w:tcMar>
              <w:top w:w="70" w:type="dxa"/>
              <w:left w:w="90" w:type="dxa"/>
              <w:bottom w:w="70" w:type="dxa"/>
              <w:right w:w="90" w:type="dxa"/>
            </w:tcMar>
            <w:vAlign w:val="center"/>
          </w:tcPr>
          <w:p w14:paraId="5C13116B" w14:textId="77777777" w:rsidR="008D43AB" w:rsidRDefault="008D43AB"/>
        </w:tc>
        <w:tc>
          <w:tcPr>
            <w:tcW w:w="7087" w:type="dxa"/>
            <w:shd w:val="clear" w:color="auto" w:fill="FFFFFF"/>
            <w:tcMar>
              <w:top w:w="70" w:type="dxa"/>
              <w:left w:w="90" w:type="dxa"/>
              <w:bottom w:w="70" w:type="dxa"/>
              <w:right w:w="90" w:type="dxa"/>
            </w:tcMar>
            <w:vAlign w:val="center"/>
          </w:tcPr>
          <w:p w14:paraId="62902091"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E3E4DB1" w14:textId="77777777" w:rsidR="008D43AB" w:rsidRDefault="00000000">
            <w:pPr>
              <w:jc w:val="center"/>
            </w:pPr>
            <w:r>
              <w:rPr>
                <w:b/>
                <w:color w:val="000000"/>
              </w:rPr>
              <w:t>UČENEC</w:t>
            </w:r>
          </w:p>
        </w:tc>
      </w:tr>
      <w:tr w:rsidR="008D43AB" w14:paraId="7AA1AF04" w14:textId="77777777">
        <w:trPr>
          <w:jc w:val="center"/>
        </w:trPr>
        <w:tc>
          <w:tcPr>
            <w:tcW w:w="4422" w:type="dxa"/>
            <w:tcMar>
              <w:top w:w="70" w:type="dxa"/>
              <w:left w:w="90" w:type="dxa"/>
              <w:bottom w:w="70" w:type="dxa"/>
              <w:right w:w="90" w:type="dxa"/>
            </w:tcMar>
          </w:tcPr>
          <w:p w14:paraId="305837C7" w14:textId="77777777" w:rsidR="008D43AB" w:rsidRDefault="008D43AB"/>
          <w:p w14:paraId="4360A64F" w14:textId="77777777" w:rsidR="008D43AB" w:rsidRDefault="00000000">
            <w:pPr>
              <w:spacing w:after="60" w:line="245" w:lineRule="auto"/>
            </w:pPr>
            <w:r>
              <w:rPr>
                <w:b/>
                <w:color w:val="000000"/>
              </w:rPr>
              <w:t>UČNI CILJI</w:t>
            </w:r>
          </w:p>
          <w:p w14:paraId="6DD8F672" w14:textId="77777777" w:rsidR="008D43AB" w:rsidRDefault="00000000">
            <w:pPr>
              <w:spacing w:after="20" w:line="245" w:lineRule="auto"/>
            </w:pPr>
            <w:r>
              <w:rPr>
                <w:b/>
                <w:color w:val="000000"/>
                <w:sz w:val="17"/>
              </w:rPr>
              <w:t>SPLOŠNI</w:t>
            </w:r>
          </w:p>
          <w:p w14:paraId="377353C6"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5E619D2F" w14:textId="77777777" w:rsidR="008D43AB" w:rsidRDefault="00000000">
            <w:pPr>
              <w:pStyle w:val="Oznaenseznam"/>
              <w:spacing w:after="16"/>
            </w:pPr>
            <w:r>
              <w:rPr>
                <w:color w:val="000000"/>
                <w:sz w:val="16"/>
              </w:rPr>
              <w:t>poje, ritmično govori ter uporablja telo, glasbila in predmete kot zvočne vire</w:t>
            </w:r>
          </w:p>
          <w:p w14:paraId="61D7EE23" w14:textId="77777777" w:rsidR="008D43AB" w:rsidRDefault="00000000">
            <w:pPr>
              <w:pStyle w:val="Oznaenseznam"/>
              <w:spacing w:after="16"/>
            </w:pPr>
            <w:r>
              <w:rPr>
                <w:color w:val="000000"/>
                <w:sz w:val="16"/>
              </w:rPr>
              <w:t>razlikuje izbrane lastnosti zvoka in glasbe ter varuje sluh in odgovorno uporablja glasbila</w:t>
            </w:r>
          </w:p>
          <w:p w14:paraId="33D79B4B"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16D5945" w14:textId="77777777" w:rsidR="008D43AB" w:rsidRDefault="00000000">
            <w:pPr>
              <w:spacing w:before="40" w:after="20" w:line="245" w:lineRule="auto"/>
            </w:pPr>
            <w:r>
              <w:rPr>
                <w:b/>
                <w:color w:val="000000"/>
                <w:sz w:val="17"/>
              </w:rPr>
              <w:t>OPERATIVNI</w:t>
            </w:r>
          </w:p>
          <w:p w14:paraId="0B06A1C8" w14:textId="77777777" w:rsidR="008D43AB" w:rsidRDefault="00000000">
            <w:pPr>
              <w:pStyle w:val="Oznaenseznam"/>
              <w:spacing w:after="16"/>
            </w:pPr>
            <w:r>
              <w:rPr>
                <w:color w:val="000000"/>
                <w:sz w:val="16"/>
              </w:rPr>
              <w:t>posluša himno v primernem kontekstu</w:t>
            </w:r>
          </w:p>
          <w:p w14:paraId="187936EC" w14:textId="77777777" w:rsidR="008D43AB" w:rsidRDefault="00000000">
            <w:pPr>
              <w:pStyle w:val="Oznaenseznam"/>
              <w:spacing w:after="16"/>
            </w:pPr>
            <w:r>
              <w:rPr>
                <w:color w:val="000000"/>
                <w:sz w:val="16"/>
              </w:rPr>
              <w:t>razlikuje ljudsko in umetno pesem na osnovni ravni</w:t>
            </w:r>
          </w:p>
          <w:p w14:paraId="7D3CB739" w14:textId="77777777" w:rsidR="008D43AB" w:rsidRDefault="00000000">
            <w:pPr>
              <w:pStyle w:val="Oznaenseznam"/>
              <w:spacing w:after="16"/>
            </w:pPr>
            <w:r>
              <w:rPr>
                <w:color w:val="000000"/>
                <w:sz w:val="16"/>
              </w:rPr>
              <w:t>upošteva kulturo poslušanja</w:t>
            </w:r>
          </w:p>
          <w:p w14:paraId="1D4E0E74" w14:textId="77777777" w:rsidR="008D43AB" w:rsidRDefault="00000000">
            <w:pPr>
              <w:spacing w:before="40" w:after="20" w:line="245" w:lineRule="auto"/>
            </w:pPr>
            <w:r>
              <w:rPr>
                <w:b/>
                <w:color w:val="000000"/>
                <w:sz w:val="17"/>
              </w:rPr>
              <w:t>PRIČAKOVANI DOSEŽKI / MINIMALNI POUDARKI</w:t>
            </w:r>
          </w:p>
          <w:p w14:paraId="568D3EA6" w14:textId="77777777" w:rsidR="008D43AB" w:rsidRDefault="00000000">
            <w:pPr>
              <w:pStyle w:val="Oznaenseznam"/>
              <w:spacing w:after="16"/>
            </w:pPr>
            <w:r>
              <w:rPr>
                <w:color w:val="000000"/>
                <w:sz w:val="15"/>
              </w:rPr>
              <w:t>samostojno oziroma z dogovorjeno oporo posluša himno v primernem kontekstu</w:t>
            </w:r>
          </w:p>
          <w:p w14:paraId="03A93D3A" w14:textId="77777777" w:rsidR="008D43AB" w:rsidRDefault="00000000">
            <w:pPr>
              <w:pStyle w:val="Oznaenseznam"/>
              <w:spacing w:after="16"/>
            </w:pPr>
            <w:r>
              <w:rPr>
                <w:color w:val="000000"/>
                <w:sz w:val="15"/>
              </w:rPr>
              <w:t>samostojno oziroma z dogovorjeno oporo razlikuje ljudsko in umetno pesem na osnovni ravni</w:t>
            </w:r>
          </w:p>
          <w:p w14:paraId="0E9E8229" w14:textId="77777777" w:rsidR="008D43AB" w:rsidRDefault="00000000">
            <w:pPr>
              <w:pStyle w:val="Oznaenseznam"/>
              <w:spacing w:after="16"/>
            </w:pPr>
            <w:r>
              <w:rPr>
                <w:color w:val="000000"/>
                <w:sz w:val="15"/>
              </w:rPr>
              <w:t>samostojno oziroma z dogovorjeno oporo upošteva kulturo poslušanja</w:t>
            </w:r>
          </w:p>
        </w:tc>
        <w:tc>
          <w:tcPr>
            <w:tcW w:w="7087" w:type="dxa"/>
            <w:tcMar>
              <w:top w:w="70" w:type="dxa"/>
              <w:left w:w="90" w:type="dxa"/>
              <w:bottom w:w="70" w:type="dxa"/>
              <w:right w:w="90" w:type="dxa"/>
            </w:tcMar>
          </w:tcPr>
          <w:p w14:paraId="71F4193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2EFC097" w14:textId="77777777">
              <w:trPr>
                <w:jc w:val="center"/>
              </w:trPr>
              <w:tc>
                <w:tcPr>
                  <w:tcW w:w="7087" w:type="dxa"/>
                  <w:shd w:val="clear" w:color="auto" w:fill="C6E7F3"/>
                  <w:tcMar>
                    <w:top w:w="45" w:type="dxa"/>
                    <w:left w:w="70" w:type="dxa"/>
                    <w:bottom w:w="45" w:type="dxa"/>
                    <w:right w:w="70" w:type="dxa"/>
                  </w:tcMar>
                </w:tcPr>
                <w:p w14:paraId="3C772C6A" w14:textId="77777777" w:rsidR="008D43AB" w:rsidRDefault="00000000">
                  <w:pPr>
                    <w:keepNext/>
                  </w:pPr>
                  <w:r>
                    <w:rPr>
                      <w:b/>
                      <w:color w:val="000000"/>
                    </w:rPr>
                    <w:t>UVODNI DEL – zvočna motivacija, aktivacija predznanja in namen učenja (8–12 min)</w:t>
                  </w:r>
                </w:p>
              </w:tc>
            </w:tr>
          </w:tbl>
          <w:p w14:paraId="02BC31C8" w14:textId="77777777" w:rsidR="008D43AB" w:rsidRDefault="008D43AB">
            <w:pPr>
              <w:spacing w:line="20" w:lineRule="exact"/>
            </w:pPr>
          </w:p>
          <w:p w14:paraId="08CE7FBB" w14:textId="77777777" w:rsidR="008D43AB" w:rsidRDefault="00000000">
            <w:pPr>
              <w:spacing w:before="40" w:after="60" w:line="245" w:lineRule="auto"/>
            </w:pPr>
            <w:r>
              <w:rPr>
                <w:color w:val="000000"/>
                <w:sz w:val="16"/>
              </w:rPr>
              <w:t>Učenci ob motivu »Ciciban in čebela« – Oton Župančič vstopijo v temo slovenska poezija, kulturna dediščina in skrb za naravo. Najprej v tišini poslušajo kratek zvočni odlomek ali učiteljičino izvedbo (slovenska himna v primernem kontekstu; ljudska in umetna pesem),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21F23FF1" w14:textId="77777777">
              <w:trPr>
                <w:jc w:val="center"/>
              </w:trPr>
              <w:tc>
                <w:tcPr>
                  <w:tcW w:w="7087" w:type="dxa"/>
                  <w:shd w:val="clear" w:color="auto" w:fill="EDC9EA"/>
                  <w:tcMar>
                    <w:top w:w="45" w:type="dxa"/>
                    <w:left w:w="70" w:type="dxa"/>
                    <w:bottom w:w="45" w:type="dxa"/>
                    <w:right w:w="70" w:type="dxa"/>
                  </w:tcMar>
                </w:tcPr>
                <w:p w14:paraId="7506D3A4" w14:textId="77777777" w:rsidR="008D43AB" w:rsidRDefault="00000000">
                  <w:pPr>
                    <w:keepNext/>
                  </w:pPr>
                  <w:r>
                    <w:rPr>
                      <w:b/>
                      <w:color w:val="000000"/>
                    </w:rPr>
                    <w:t>NAMENI UČENJA</w:t>
                  </w:r>
                </w:p>
              </w:tc>
            </w:tr>
          </w:tbl>
          <w:p w14:paraId="658BD78A" w14:textId="77777777" w:rsidR="008D43AB" w:rsidRDefault="008D43AB">
            <w:pPr>
              <w:spacing w:line="20" w:lineRule="exact"/>
            </w:pPr>
          </w:p>
          <w:p w14:paraId="40D8C4EA"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5707218B" w14:textId="77777777" w:rsidR="008D43AB" w:rsidRDefault="00000000">
            <w:pPr>
              <w:pStyle w:val="Oznaenseznam"/>
              <w:spacing w:after="16"/>
            </w:pPr>
            <w:r>
              <w:rPr>
                <w:color w:val="000000"/>
                <w:sz w:val="16"/>
              </w:rPr>
              <w:t>poslušam himno v primernem kontekstu</w:t>
            </w:r>
          </w:p>
          <w:p w14:paraId="479EB7D9" w14:textId="77777777" w:rsidR="008D43AB" w:rsidRDefault="00000000">
            <w:pPr>
              <w:pStyle w:val="Oznaenseznam"/>
              <w:spacing w:after="16"/>
            </w:pPr>
            <w:r>
              <w:rPr>
                <w:color w:val="000000"/>
                <w:sz w:val="16"/>
              </w:rPr>
              <w:t>razlikujem ljudsko in umetno pesem na osnovni ravni</w:t>
            </w:r>
          </w:p>
          <w:p w14:paraId="2EFFDE51" w14:textId="77777777" w:rsidR="008D43AB" w:rsidRDefault="00000000">
            <w:pPr>
              <w:pStyle w:val="Oznaenseznam"/>
              <w:spacing w:after="16"/>
            </w:pPr>
            <w:r>
              <w:rPr>
                <w:color w:val="000000"/>
                <w:sz w:val="16"/>
              </w:rPr>
              <w:t>upoštevam kulturo poslušanja</w:t>
            </w:r>
          </w:p>
          <w:tbl>
            <w:tblPr>
              <w:tblStyle w:val="Tabelamrea"/>
              <w:tblW w:w="0" w:type="auto"/>
              <w:jc w:val="center"/>
              <w:tblLayout w:type="fixed"/>
              <w:tblLook w:val="04A0" w:firstRow="1" w:lastRow="0" w:firstColumn="1" w:lastColumn="0" w:noHBand="0" w:noVBand="1"/>
            </w:tblPr>
            <w:tblGrid>
              <w:gridCol w:w="7087"/>
            </w:tblGrid>
            <w:tr w:rsidR="008D43AB" w14:paraId="18CC1625" w14:textId="77777777">
              <w:trPr>
                <w:jc w:val="center"/>
              </w:trPr>
              <w:tc>
                <w:tcPr>
                  <w:tcW w:w="7087" w:type="dxa"/>
                  <w:shd w:val="clear" w:color="auto" w:fill="EDC9EA"/>
                  <w:tcMar>
                    <w:top w:w="45" w:type="dxa"/>
                    <w:left w:w="70" w:type="dxa"/>
                    <w:bottom w:w="45" w:type="dxa"/>
                    <w:right w:w="70" w:type="dxa"/>
                  </w:tcMar>
                </w:tcPr>
                <w:p w14:paraId="2900A524" w14:textId="77777777" w:rsidR="008D43AB" w:rsidRDefault="00000000">
                  <w:pPr>
                    <w:keepNext/>
                  </w:pPr>
                  <w:r>
                    <w:rPr>
                      <w:b/>
                      <w:color w:val="000000"/>
                    </w:rPr>
                    <w:t>PREVERJANJE PREDZNANJA</w:t>
                  </w:r>
                </w:p>
              </w:tc>
            </w:tr>
          </w:tbl>
          <w:p w14:paraId="687A4887" w14:textId="77777777" w:rsidR="008D43AB" w:rsidRDefault="008D43AB">
            <w:pPr>
              <w:spacing w:line="20" w:lineRule="exact"/>
            </w:pPr>
          </w:p>
          <w:p w14:paraId="363D6100" w14:textId="77777777" w:rsidR="008D43AB" w:rsidRDefault="00000000">
            <w:pPr>
              <w:pStyle w:val="Oznaenseznam"/>
              <w:spacing w:after="16"/>
            </w:pPr>
            <w:r>
              <w:rPr>
                <w:color w:val="000000"/>
                <w:sz w:val="16"/>
              </w:rPr>
              <w:t>Kaj mi zvok, naslov, slika ali motiv pove o temi slovenska poezija, kulturna dediščina in skrb za naravo?</w:t>
            </w:r>
          </w:p>
          <w:p w14:paraId="6BBEFD70" w14:textId="77777777" w:rsidR="008D43AB" w:rsidRDefault="00000000">
            <w:pPr>
              <w:pStyle w:val="Oznaenseznam"/>
              <w:spacing w:after="16"/>
            </w:pPr>
            <w:r>
              <w:rPr>
                <w:color w:val="000000"/>
                <w:sz w:val="16"/>
              </w:rPr>
              <w:t>Kako lahko s poslušanjem, glasom, telesom, glasbilom ali simbolom pokažem, kaj že znam pri temi »SLOVENSKA GLASBA«?</w:t>
            </w:r>
          </w:p>
          <w:p w14:paraId="190D939F"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43EA50EF" w14:textId="77777777">
              <w:trPr>
                <w:jc w:val="center"/>
              </w:trPr>
              <w:tc>
                <w:tcPr>
                  <w:tcW w:w="7087" w:type="dxa"/>
                  <w:shd w:val="clear" w:color="auto" w:fill="EDC9EA"/>
                  <w:tcMar>
                    <w:top w:w="45" w:type="dxa"/>
                    <w:left w:w="70" w:type="dxa"/>
                    <w:bottom w:w="45" w:type="dxa"/>
                    <w:right w:w="70" w:type="dxa"/>
                  </w:tcMar>
                </w:tcPr>
                <w:p w14:paraId="38E4FDD3" w14:textId="77777777" w:rsidR="008D43AB" w:rsidRDefault="00000000">
                  <w:pPr>
                    <w:keepNext/>
                  </w:pPr>
                  <w:r>
                    <w:rPr>
                      <w:b/>
                      <w:color w:val="000000"/>
                    </w:rPr>
                    <w:t>KRITERIJI USPEŠNOSTI</w:t>
                  </w:r>
                </w:p>
              </w:tc>
            </w:tr>
          </w:tbl>
          <w:p w14:paraId="0F2FAD08" w14:textId="77777777" w:rsidR="008D43AB" w:rsidRDefault="008D43AB"/>
          <w:p w14:paraId="330DB4F8" w14:textId="77777777" w:rsidR="008D43AB" w:rsidRDefault="00000000">
            <w:pPr>
              <w:spacing w:before="20" w:after="20" w:line="245" w:lineRule="auto"/>
            </w:pPr>
            <w:r>
              <w:rPr>
                <w:b/>
                <w:color w:val="000000"/>
                <w:sz w:val="16"/>
              </w:rPr>
              <w:t>Uspešen/-na bom, ko:</w:t>
            </w:r>
          </w:p>
          <w:p w14:paraId="2FE45640" w14:textId="77777777" w:rsidR="008D43AB" w:rsidRDefault="00000000">
            <w:pPr>
              <w:pStyle w:val="Oznaenseznam"/>
              <w:spacing w:after="16"/>
            </w:pPr>
            <w:r>
              <w:rPr>
                <w:color w:val="000000"/>
                <w:sz w:val="16"/>
              </w:rPr>
              <w:t>poslušam himno v primernem kontekstu</w:t>
            </w:r>
          </w:p>
          <w:p w14:paraId="65CDAC04" w14:textId="77777777" w:rsidR="008D43AB" w:rsidRDefault="00000000">
            <w:pPr>
              <w:pStyle w:val="Oznaenseznam"/>
              <w:spacing w:after="16"/>
            </w:pPr>
            <w:r>
              <w:rPr>
                <w:color w:val="000000"/>
                <w:sz w:val="16"/>
              </w:rPr>
              <w:t>razlikujem ljudsko in umetno pesem na osnovni ravni</w:t>
            </w:r>
          </w:p>
          <w:p w14:paraId="1E4CFC55" w14:textId="77777777" w:rsidR="008D43AB" w:rsidRDefault="00000000">
            <w:pPr>
              <w:pStyle w:val="Oznaenseznam"/>
              <w:spacing w:after="16"/>
            </w:pPr>
            <w:r>
              <w:rPr>
                <w:color w:val="000000"/>
                <w:sz w:val="16"/>
              </w:rPr>
              <w:t>upoštevam kulturo poslušanja</w:t>
            </w:r>
          </w:p>
          <w:p w14:paraId="0A790B6B" w14:textId="77777777" w:rsidR="008D43AB" w:rsidRDefault="00000000">
            <w:pPr>
              <w:pStyle w:val="Oznaenseznam"/>
              <w:spacing w:after="16"/>
            </w:pPr>
            <w:r>
              <w:rPr>
                <w:color w:val="000000"/>
                <w:sz w:val="16"/>
              </w:rPr>
              <w:t>upoštevam dogovorjeni začetek, konec, znak za tišino in varno glasnost</w:t>
            </w:r>
          </w:p>
          <w:p w14:paraId="60B7C6BC"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0550035A" w14:textId="77777777" w:rsidR="008D43AB" w:rsidRDefault="008D43AB"/>
          <w:p w14:paraId="699D3A22"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4FCC0B29" w14:textId="77777777" w:rsidR="008D43AB" w:rsidRDefault="00000000">
            <w:pPr>
              <w:spacing w:after="80" w:line="245" w:lineRule="auto"/>
            </w:pPr>
            <w:r>
              <w:rPr>
                <w:color w:val="000000"/>
                <w:sz w:val="16"/>
              </w:rPr>
              <w:t>Pove ali pokaže, kaj že zna in katero glasbeno strategijo bi uporabil.</w:t>
            </w:r>
          </w:p>
          <w:p w14:paraId="61D4F172" w14:textId="77777777" w:rsidR="008D43AB" w:rsidRDefault="00000000">
            <w:pPr>
              <w:spacing w:after="100" w:line="245" w:lineRule="auto"/>
            </w:pPr>
            <w:r>
              <w:rPr>
                <w:color w:val="000000"/>
                <w:sz w:val="16"/>
              </w:rPr>
              <w:t>Sodeluje pri razumevanju namenov, meril uspešnosti, varne glasnosti in načina dokazovanja.</w:t>
            </w:r>
          </w:p>
          <w:p w14:paraId="413F7C2E" w14:textId="77777777" w:rsidR="008D43AB" w:rsidRDefault="00000000">
            <w:pPr>
              <w:spacing w:after="20" w:line="245" w:lineRule="auto"/>
            </w:pPr>
            <w:r>
              <w:rPr>
                <w:b/>
                <w:color w:val="D95BC6"/>
                <w:sz w:val="17"/>
              </w:rPr>
              <w:t>DOKAZ O UČENJU</w:t>
            </w:r>
          </w:p>
          <w:p w14:paraId="3B8BBB6A"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7C420AB"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CF1A45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A260F7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12C5626" w14:textId="77777777" w:rsidR="008D43AB" w:rsidRDefault="00000000">
            <w:pPr>
              <w:jc w:val="center"/>
            </w:pPr>
            <w:r>
              <w:rPr>
                <w:b/>
                <w:color w:val="000000"/>
                <w:sz w:val="20"/>
              </w:rPr>
              <w:t>UČNE DEJAVNOSTI, METODE IN FORMATIVNO SPREMLJANJE</w:t>
            </w:r>
          </w:p>
        </w:tc>
      </w:tr>
      <w:tr w:rsidR="008D43AB" w14:paraId="74185BA4" w14:textId="77777777">
        <w:trPr>
          <w:tblHeader/>
          <w:jc w:val="center"/>
        </w:trPr>
        <w:tc>
          <w:tcPr>
            <w:tcW w:w="4422" w:type="dxa"/>
            <w:vMerge/>
            <w:tcMar>
              <w:top w:w="70" w:type="dxa"/>
              <w:left w:w="90" w:type="dxa"/>
              <w:bottom w:w="70" w:type="dxa"/>
              <w:right w:w="90" w:type="dxa"/>
            </w:tcMar>
            <w:vAlign w:val="center"/>
          </w:tcPr>
          <w:p w14:paraId="0D3A1105" w14:textId="77777777" w:rsidR="008D43AB" w:rsidRDefault="008D43AB"/>
        </w:tc>
        <w:tc>
          <w:tcPr>
            <w:tcW w:w="7087" w:type="dxa"/>
            <w:shd w:val="clear" w:color="auto" w:fill="FFFFFF"/>
            <w:tcMar>
              <w:top w:w="70" w:type="dxa"/>
              <w:left w:w="90" w:type="dxa"/>
              <w:bottom w:w="70" w:type="dxa"/>
              <w:right w:w="90" w:type="dxa"/>
            </w:tcMar>
            <w:vAlign w:val="center"/>
          </w:tcPr>
          <w:p w14:paraId="07ABB2E1"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0FA0ED8" w14:textId="77777777" w:rsidR="008D43AB" w:rsidRDefault="00000000">
            <w:pPr>
              <w:jc w:val="center"/>
            </w:pPr>
            <w:r>
              <w:rPr>
                <w:b/>
                <w:color w:val="000000"/>
              </w:rPr>
              <w:t>UČENEC</w:t>
            </w:r>
          </w:p>
        </w:tc>
      </w:tr>
      <w:tr w:rsidR="008D43AB" w14:paraId="127AD7B8" w14:textId="77777777">
        <w:trPr>
          <w:jc w:val="center"/>
        </w:trPr>
        <w:tc>
          <w:tcPr>
            <w:tcW w:w="4422" w:type="dxa"/>
            <w:tcMar>
              <w:top w:w="70" w:type="dxa"/>
              <w:left w:w="90" w:type="dxa"/>
              <w:bottom w:w="70" w:type="dxa"/>
              <w:right w:w="90" w:type="dxa"/>
            </w:tcMar>
          </w:tcPr>
          <w:p w14:paraId="6580A759" w14:textId="77777777" w:rsidR="008D43AB" w:rsidRDefault="008D43AB"/>
          <w:p w14:paraId="13A0FC71" w14:textId="77777777" w:rsidR="008D43AB" w:rsidRDefault="00000000">
            <w:pPr>
              <w:spacing w:after="40" w:line="245" w:lineRule="auto"/>
            </w:pPr>
            <w:r>
              <w:rPr>
                <w:b/>
                <w:color w:val="000000"/>
              </w:rPr>
              <w:t>KLJUČNI GLASBENI POJMI</w:t>
            </w:r>
          </w:p>
          <w:p w14:paraId="22013F3D"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24E3C5E1" w14:textId="77777777" w:rsidR="008D43AB" w:rsidRDefault="00000000">
            <w:pPr>
              <w:spacing w:after="20" w:line="245" w:lineRule="auto"/>
            </w:pPr>
            <w:r>
              <w:rPr>
                <w:b/>
                <w:color w:val="000000"/>
                <w:sz w:val="17"/>
              </w:rPr>
              <w:t>DOKAZI O UČENJU</w:t>
            </w:r>
          </w:p>
          <w:p w14:paraId="512AFD7D" w14:textId="77777777" w:rsidR="008D43AB" w:rsidRDefault="00000000">
            <w:pPr>
              <w:pStyle w:val="Oznaenseznam"/>
              <w:spacing w:after="9"/>
            </w:pPr>
            <w:r>
              <w:rPr>
                <w:color w:val="000000"/>
                <w:sz w:val="15"/>
              </w:rPr>
              <w:t>slikovni zvočni zapis, skupinska izvedba/posnetek in vrstniška opisna povratna informacija.</w:t>
            </w:r>
          </w:p>
          <w:p w14:paraId="794B7973" w14:textId="77777777" w:rsidR="008D43AB" w:rsidRDefault="00000000">
            <w:pPr>
              <w:spacing w:before="40" w:after="20" w:line="245" w:lineRule="auto"/>
            </w:pPr>
            <w:r>
              <w:rPr>
                <w:b/>
                <w:color w:val="000000"/>
                <w:sz w:val="17"/>
              </w:rPr>
              <w:t>GLASBENO DOŽIVETJE IN IZKUŠENJSKI POUK</w:t>
            </w:r>
          </w:p>
          <w:p w14:paraId="5F7F3732"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2E757446" w14:textId="77777777" w:rsidR="008D43AB" w:rsidRDefault="00000000">
            <w:pPr>
              <w:spacing w:after="20" w:line="245" w:lineRule="auto"/>
            </w:pPr>
            <w:r>
              <w:rPr>
                <w:b/>
                <w:color w:val="000000"/>
                <w:sz w:val="17"/>
              </w:rPr>
              <w:t>POUČEVANJE V GIBANJU</w:t>
            </w:r>
          </w:p>
          <w:p w14:paraId="6AFA659D"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23191D1E" w14:textId="77777777" w:rsidR="008D43AB" w:rsidRDefault="00000000">
            <w:pPr>
              <w:spacing w:after="20" w:line="245" w:lineRule="auto"/>
            </w:pPr>
            <w:r>
              <w:rPr>
                <w:b/>
                <w:color w:val="000000"/>
                <w:sz w:val="17"/>
              </w:rPr>
              <w:t>DELO PO POSTAJAH</w:t>
            </w:r>
          </w:p>
          <w:p w14:paraId="157EBCBA"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3A1AE138" w14:textId="77777777" w:rsidR="008D43AB" w:rsidRDefault="00000000">
            <w:pPr>
              <w:spacing w:after="10" w:line="245" w:lineRule="auto"/>
            </w:pPr>
            <w:r>
              <w:rPr>
                <w:color w:val="000000"/>
                <w:sz w:val="15"/>
              </w:rPr>
              <w:t>1. Glas in dih: drža, tih vdih, pevski odmev in jasen začetek ter konec.</w:t>
            </w:r>
          </w:p>
          <w:p w14:paraId="343EFD48" w14:textId="77777777" w:rsidR="008D43AB" w:rsidRDefault="00000000">
            <w:pPr>
              <w:spacing w:after="10" w:line="245" w:lineRule="auto"/>
            </w:pPr>
            <w:r>
              <w:rPr>
                <w:color w:val="000000"/>
                <w:sz w:val="15"/>
              </w:rPr>
              <w:t>2. Beseda in ritem: besedilo ritmično izrekam, razčlenim na zloge in povežem s telesnimi glasbili.</w:t>
            </w:r>
          </w:p>
          <w:p w14:paraId="6F87881F" w14:textId="77777777" w:rsidR="008D43AB" w:rsidRDefault="00000000">
            <w:pPr>
              <w:spacing w:after="10" w:line="245" w:lineRule="auto"/>
            </w:pPr>
            <w:r>
              <w:rPr>
                <w:color w:val="000000"/>
                <w:sz w:val="15"/>
              </w:rPr>
              <w:t>3. Gibalno-pevska: melodijo ali značaj pesmi pokažem z gibanjem, rajalno igro ali preprosto koreografijo.</w:t>
            </w:r>
          </w:p>
          <w:p w14:paraId="3D7E0CB7" w14:textId="77777777" w:rsidR="008D43AB" w:rsidRDefault="00000000">
            <w:pPr>
              <w:spacing w:after="10" w:line="245" w:lineRule="auto"/>
            </w:pPr>
            <w:r>
              <w:rPr>
                <w:color w:val="000000"/>
                <w:sz w:val="15"/>
              </w:rPr>
              <w:t>4. Spremljava in nastop: izberem zvočilo, vadim skupinsko izvedbo, nastopim in podam opisni odziv.</w:t>
            </w:r>
          </w:p>
          <w:p w14:paraId="27BAA146" w14:textId="77777777" w:rsidR="008D43AB" w:rsidRDefault="00000000">
            <w:pPr>
              <w:spacing w:after="20" w:line="245" w:lineRule="auto"/>
            </w:pPr>
            <w:r>
              <w:rPr>
                <w:b/>
                <w:color w:val="000000"/>
                <w:sz w:val="17"/>
              </w:rPr>
              <w:t>DIFERENCIACIJA IN VKLJUČEVANJE</w:t>
            </w:r>
          </w:p>
          <w:p w14:paraId="3DC9B746"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7E88BEC9" w14:textId="77777777" w:rsidR="008D43AB" w:rsidRDefault="00000000">
            <w:pPr>
              <w:spacing w:after="20" w:line="245" w:lineRule="auto"/>
            </w:pPr>
            <w:r>
              <w:rPr>
                <w:b/>
                <w:color w:val="000000"/>
                <w:sz w:val="17"/>
              </w:rPr>
              <w:t>SPREMLJANJE</w:t>
            </w:r>
          </w:p>
          <w:p w14:paraId="5F0C145D"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D760AA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EF3D405" w14:textId="77777777">
              <w:trPr>
                <w:jc w:val="center"/>
              </w:trPr>
              <w:tc>
                <w:tcPr>
                  <w:tcW w:w="7087" w:type="dxa"/>
                  <w:shd w:val="clear" w:color="auto" w:fill="C6E7F3"/>
                  <w:tcMar>
                    <w:top w:w="45" w:type="dxa"/>
                    <w:left w:w="70" w:type="dxa"/>
                    <w:bottom w:w="45" w:type="dxa"/>
                    <w:right w:w="70" w:type="dxa"/>
                  </w:tcMar>
                </w:tcPr>
                <w:p w14:paraId="648289F8" w14:textId="77777777" w:rsidR="008D43AB" w:rsidRDefault="00000000">
                  <w:pPr>
                    <w:keepNext/>
                  </w:pPr>
                  <w:r>
                    <w:rPr>
                      <w:b/>
                      <w:color w:val="000000"/>
                      <w:sz w:val="17"/>
                    </w:rPr>
                    <w:t>GLAVNI DEL – POSLUŠANJE, IZVAJANJE, GIBANJE IN USTVARJANJE (1 šolska ura)</w:t>
                  </w:r>
                </w:p>
              </w:tc>
            </w:tr>
          </w:tbl>
          <w:p w14:paraId="6B19B75B" w14:textId="77777777" w:rsidR="008D43AB" w:rsidRDefault="008D43AB">
            <w:pPr>
              <w:spacing w:line="20" w:lineRule="exact"/>
            </w:pPr>
          </w:p>
          <w:p w14:paraId="549BFB7E" w14:textId="77777777" w:rsidR="008D43AB" w:rsidRDefault="00000000">
            <w:pPr>
              <w:keepNext/>
              <w:spacing w:before="24" w:after="8" w:line="245" w:lineRule="auto"/>
            </w:pPr>
            <w:r>
              <w:rPr>
                <w:b/>
                <w:color w:val="000000"/>
                <w:sz w:val="16"/>
              </w:rPr>
              <w:t>1. URA – Slovenska Glasba – Ustvarim in nastopim</w:t>
            </w:r>
          </w:p>
          <w:p w14:paraId="7F0BFE17"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slovenska glasba«; usmerja izbiro, zapis, vajo in menjavo vlog. Zaključek: 10' – Organizira nastop in odziv poslušalcev po kriterijih; posname kratek dokaz, če so soglasja urejena.</w:t>
            </w:r>
          </w:p>
          <w:p w14:paraId="0A1FB916"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7E0C36DD"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167B93BF" w14:textId="77777777">
              <w:trPr>
                <w:jc w:val="center"/>
              </w:trPr>
              <w:tc>
                <w:tcPr>
                  <w:tcW w:w="7087" w:type="dxa"/>
                  <w:shd w:val="clear" w:color="auto" w:fill="EDC9EA"/>
                  <w:tcMar>
                    <w:top w:w="45" w:type="dxa"/>
                    <w:left w:w="70" w:type="dxa"/>
                    <w:bottom w:w="45" w:type="dxa"/>
                    <w:right w:w="70" w:type="dxa"/>
                  </w:tcMar>
                </w:tcPr>
                <w:p w14:paraId="35A1AD21" w14:textId="77777777" w:rsidR="008D43AB" w:rsidRDefault="00000000">
                  <w:pPr>
                    <w:keepNext/>
                  </w:pPr>
                  <w:r>
                    <w:rPr>
                      <w:b/>
                      <w:color w:val="000000"/>
                      <w:sz w:val="17"/>
                    </w:rPr>
                    <w:t>ORGANIZACIJA POSTAJ IN PREHODOV</w:t>
                  </w:r>
                </w:p>
              </w:tc>
            </w:tr>
          </w:tbl>
          <w:p w14:paraId="1DDFC82D" w14:textId="77777777" w:rsidR="008D43AB" w:rsidRDefault="008D43AB"/>
          <w:p w14:paraId="2D0F2C42" w14:textId="77777777" w:rsidR="008D43AB" w:rsidRDefault="00000000">
            <w:pPr>
              <w:spacing w:before="9" w:after="9" w:line="245" w:lineRule="auto"/>
            </w:pPr>
            <w:r>
              <w:rPr>
                <w:color w:val="000000"/>
                <w:sz w:val="15"/>
              </w:rPr>
              <w:t>Postaja 1: Glas in dih: drža, tih vdih, pevski odmev in jasen začetek ter konec.</w:t>
            </w:r>
          </w:p>
          <w:p w14:paraId="3A21A583"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37D75BA5"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5BE3A69A"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477B3DBB"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5DFC1C54" w14:textId="77777777" w:rsidR="008D43AB" w:rsidRDefault="008D43AB"/>
          <w:p w14:paraId="2BD7A3D9" w14:textId="77777777" w:rsidR="008D43AB" w:rsidRDefault="00000000">
            <w:pPr>
              <w:spacing w:after="6" w:line="245" w:lineRule="auto"/>
            </w:pPr>
            <w:r>
              <w:rPr>
                <w:b/>
                <w:color w:val="000000"/>
                <w:sz w:val="15"/>
              </w:rPr>
              <w:t>1. URA – Slovenska Glasba – Ustvarim in nastopim</w:t>
            </w:r>
          </w:p>
          <w:p w14:paraId="0AB593CD"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72F3DC63" w14:textId="77777777" w:rsidR="008D43AB" w:rsidRDefault="00000000">
            <w:pPr>
              <w:spacing w:after="20" w:line="245" w:lineRule="auto"/>
            </w:pPr>
            <w:r>
              <w:rPr>
                <w:color w:val="D95BC6"/>
                <w:sz w:val="14"/>
              </w:rPr>
              <w:t>Dokaz: slikovni zvočni zapis, skupinska izvedba/posnetek in vrstniška opisna povratna informacija.</w:t>
            </w:r>
          </w:p>
          <w:p w14:paraId="105AB5A8" w14:textId="77777777" w:rsidR="008D43AB" w:rsidRDefault="00000000">
            <w:pPr>
              <w:spacing w:before="40" w:after="20" w:line="245" w:lineRule="auto"/>
            </w:pPr>
            <w:r>
              <w:rPr>
                <w:b/>
                <w:color w:val="D95BC6"/>
                <w:sz w:val="16"/>
              </w:rPr>
              <w:t>MOJ KROG POSTAJ</w:t>
            </w:r>
          </w:p>
          <w:p w14:paraId="02F7B2E5" w14:textId="77777777" w:rsidR="008D43AB" w:rsidRDefault="00000000">
            <w:pPr>
              <w:spacing w:after="11" w:line="245" w:lineRule="auto"/>
            </w:pPr>
            <w:r>
              <w:rPr>
                <w:color w:val="000000"/>
                <w:sz w:val="14"/>
              </w:rPr>
              <w:t>1. Glas in dih: drža, tih vdih, pevski odmev in jasen začetek ter konec.</w:t>
            </w:r>
          </w:p>
          <w:p w14:paraId="7396ABE4" w14:textId="77777777" w:rsidR="008D43AB" w:rsidRDefault="00000000">
            <w:pPr>
              <w:spacing w:after="11" w:line="245" w:lineRule="auto"/>
            </w:pPr>
            <w:r>
              <w:rPr>
                <w:color w:val="000000"/>
                <w:sz w:val="14"/>
              </w:rPr>
              <w:t>2. Beseda in ritem: besedilo ritmično izrekam, razčlenim na zloge in povežem s telesnimi.</w:t>
            </w:r>
          </w:p>
          <w:p w14:paraId="764D4C94" w14:textId="77777777" w:rsidR="008D43AB" w:rsidRDefault="00000000">
            <w:pPr>
              <w:spacing w:after="11" w:line="245" w:lineRule="auto"/>
            </w:pPr>
            <w:r>
              <w:rPr>
                <w:color w:val="000000"/>
                <w:sz w:val="14"/>
              </w:rPr>
              <w:t>3. Gibalno-pevska: melodijo ali značaj pesmi pokažem z gibanjem.</w:t>
            </w:r>
          </w:p>
          <w:p w14:paraId="0E7FB930" w14:textId="77777777" w:rsidR="008D43AB" w:rsidRDefault="00000000">
            <w:pPr>
              <w:spacing w:after="11" w:line="245" w:lineRule="auto"/>
            </w:pPr>
            <w:r>
              <w:rPr>
                <w:color w:val="000000"/>
                <w:sz w:val="14"/>
              </w:rPr>
              <w:t>4. Spremljava in nastop: izberem zvočilo, vadim skupinsko izvedbo.</w:t>
            </w:r>
          </w:p>
          <w:p w14:paraId="54F01DCF"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1AB470F5" w14:textId="77777777" w:rsidR="008D43AB" w:rsidRDefault="00000000">
            <w:pPr>
              <w:spacing w:after="20" w:line="245" w:lineRule="auto"/>
            </w:pPr>
            <w:r>
              <w:rPr>
                <w:b/>
                <w:color w:val="D95BC6"/>
                <w:sz w:val="17"/>
              </w:rPr>
              <w:t>DOKAZ O UČENJU</w:t>
            </w:r>
          </w:p>
          <w:p w14:paraId="175E29EB"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DB25BE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7D0A39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E7D61C7"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1CB820" w14:textId="77777777" w:rsidR="008D43AB" w:rsidRDefault="00000000">
            <w:pPr>
              <w:jc w:val="center"/>
            </w:pPr>
            <w:r>
              <w:rPr>
                <w:b/>
                <w:color w:val="000000"/>
                <w:sz w:val="20"/>
              </w:rPr>
              <w:t>UČNE DEJAVNOSTI, METODE IN FORMATIVNO SPREMLJANJE</w:t>
            </w:r>
          </w:p>
        </w:tc>
      </w:tr>
      <w:tr w:rsidR="008D43AB" w14:paraId="3431D4AC" w14:textId="77777777">
        <w:trPr>
          <w:tblHeader/>
          <w:jc w:val="center"/>
        </w:trPr>
        <w:tc>
          <w:tcPr>
            <w:tcW w:w="4422" w:type="dxa"/>
            <w:vMerge/>
            <w:tcMar>
              <w:top w:w="70" w:type="dxa"/>
              <w:left w:w="90" w:type="dxa"/>
              <w:bottom w:w="70" w:type="dxa"/>
              <w:right w:w="90" w:type="dxa"/>
            </w:tcMar>
            <w:vAlign w:val="center"/>
          </w:tcPr>
          <w:p w14:paraId="3A212E13" w14:textId="77777777" w:rsidR="008D43AB" w:rsidRDefault="008D43AB"/>
        </w:tc>
        <w:tc>
          <w:tcPr>
            <w:tcW w:w="7087" w:type="dxa"/>
            <w:shd w:val="clear" w:color="auto" w:fill="FFFFFF"/>
            <w:tcMar>
              <w:top w:w="70" w:type="dxa"/>
              <w:left w:w="90" w:type="dxa"/>
              <w:bottom w:w="70" w:type="dxa"/>
              <w:right w:w="90" w:type="dxa"/>
            </w:tcMar>
            <w:vAlign w:val="center"/>
          </w:tcPr>
          <w:p w14:paraId="25F174A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B151E22" w14:textId="77777777" w:rsidR="008D43AB" w:rsidRDefault="00000000">
            <w:pPr>
              <w:jc w:val="center"/>
            </w:pPr>
            <w:r>
              <w:rPr>
                <w:b/>
                <w:color w:val="000000"/>
              </w:rPr>
              <w:t>UČENEC</w:t>
            </w:r>
          </w:p>
        </w:tc>
      </w:tr>
      <w:tr w:rsidR="008D43AB" w14:paraId="0F188D5C" w14:textId="77777777">
        <w:trPr>
          <w:jc w:val="center"/>
        </w:trPr>
        <w:tc>
          <w:tcPr>
            <w:tcW w:w="4422" w:type="dxa"/>
            <w:tcMar>
              <w:top w:w="70" w:type="dxa"/>
              <w:left w:w="90" w:type="dxa"/>
              <w:bottom w:w="70" w:type="dxa"/>
              <w:right w:w="90" w:type="dxa"/>
            </w:tcMar>
          </w:tcPr>
          <w:p w14:paraId="76B8878C" w14:textId="77777777" w:rsidR="008D43AB" w:rsidRDefault="008D43AB"/>
          <w:p w14:paraId="2035077D" w14:textId="77777777" w:rsidR="008D43AB" w:rsidRDefault="00000000">
            <w:pPr>
              <w:spacing w:after="40" w:line="245" w:lineRule="auto"/>
            </w:pPr>
            <w:r>
              <w:rPr>
                <w:b/>
                <w:color w:val="000000"/>
              </w:rPr>
              <w:t>FORMATIVNO SPREMLJANJE</w:t>
            </w:r>
          </w:p>
          <w:p w14:paraId="2D6D032E" w14:textId="77777777" w:rsidR="008D43AB" w:rsidRDefault="00000000">
            <w:pPr>
              <w:pStyle w:val="Oznaenseznam"/>
              <w:spacing w:after="16"/>
            </w:pPr>
            <w:r>
              <w:rPr>
                <w:color w:val="000000"/>
                <w:sz w:val="16"/>
              </w:rPr>
              <w:t>predznanje: zvočna napoved, izbira kartice, gib, ritmični oziroma pevski poskus ali začetni simbol</w:t>
            </w:r>
          </w:p>
          <w:p w14:paraId="4A1FBB1A" w14:textId="77777777" w:rsidR="008D43AB" w:rsidRDefault="00000000">
            <w:pPr>
              <w:pStyle w:val="Oznaenseznam"/>
              <w:spacing w:after="16"/>
            </w:pPr>
            <w:r>
              <w:rPr>
                <w:color w:val="000000"/>
                <w:sz w:val="16"/>
              </w:rPr>
              <w:t>nameni in merila: kratka poved, slikovni znak, model izvedbe ter vidna pravila varne glasnosti</w:t>
            </w:r>
          </w:p>
          <w:p w14:paraId="3E59A18C"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0F974E2E" w14:textId="77777777" w:rsidR="008D43AB" w:rsidRDefault="00000000">
            <w:pPr>
              <w:pStyle w:val="Oznaenseznam"/>
              <w:spacing w:after="16"/>
            </w:pPr>
            <w:r>
              <w:rPr>
                <w:color w:val="000000"/>
                <w:sz w:val="16"/>
              </w:rPr>
              <w:t>povratna informacija: opis slišane strategije, povezava z enim merilom in izvedljiv naslednji korak</w:t>
            </w:r>
          </w:p>
          <w:p w14:paraId="3A9EF7C7" w14:textId="77777777" w:rsidR="008D43AB" w:rsidRDefault="00000000">
            <w:pPr>
              <w:pStyle w:val="Oznaenseznam"/>
              <w:spacing w:after="16"/>
            </w:pPr>
            <w:r>
              <w:rPr>
                <w:color w:val="000000"/>
                <w:sz w:val="16"/>
              </w:rPr>
              <w:t>samovrednotenje: barvni zvočni semafor, lestvica samostojnosti, izbran dokaz in ponovna izvedba</w:t>
            </w:r>
          </w:p>
          <w:p w14:paraId="7F94688D" w14:textId="77777777" w:rsidR="008D43AB" w:rsidRDefault="00000000">
            <w:pPr>
              <w:spacing w:before="40" w:after="20" w:line="245" w:lineRule="auto"/>
            </w:pPr>
            <w:r>
              <w:rPr>
                <w:b/>
                <w:color w:val="000000"/>
                <w:sz w:val="17"/>
              </w:rPr>
              <w:t>VARNOST IN VAROVANJE SLUHA</w:t>
            </w:r>
          </w:p>
          <w:p w14:paraId="7B7BF290"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D157C91" w14:textId="77777777" w:rsidR="008D43AB" w:rsidRDefault="00000000">
            <w:pPr>
              <w:spacing w:after="20" w:line="245" w:lineRule="auto"/>
            </w:pPr>
            <w:r>
              <w:rPr>
                <w:b/>
                <w:color w:val="000000"/>
                <w:sz w:val="17"/>
              </w:rPr>
              <w:t>EVIDENCA PO IZVEDBI</w:t>
            </w:r>
          </w:p>
          <w:p w14:paraId="1C58A311"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0F74753B" w14:textId="77777777" w:rsidR="008D43AB" w:rsidRDefault="00000000">
            <w:pPr>
              <w:spacing w:before="40" w:after="20" w:line="245" w:lineRule="auto"/>
            </w:pPr>
            <w:r>
              <w:rPr>
                <w:b/>
                <w:color w:val="000000"/>
                <w:sz w:val="17"/>
              </w:rPr>
              <w:t>RAVEN DOSEGANJA</w:t>
            </w:r>
          </w:p>
          <w:p w14:paraId="01C218CD"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0E3E251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C967907" w14:textId="77777777">
              <w:trPr>
                <w:jc w:val="center"/>
              </w:trPr>
              <w:tc>
                <w:tcPr>
                  <w:tcW w:w="7087" w:type="dxa"/>
                  <w:shd w:val="clear" w:color="auto" w:fill="EDC9EA"/>
                  <w:tcMar>
                    <w:top w:w="45" w:type="dxa"/>
                    <w:left w:w="70" w:type="dxa"/>
                    <w:bottom w:w="45" w:type="dxa"/>
                    <w:right w:w="70" w:type="dxa"/>
                  </w:tcMar>
                </w:tcPr>
                <w:p w14:paraId="01211104" w14:textId="77777777" w:rsidR="008D43AB" w:rsidRDefault="00000000">
                  <w:pPr>
                    <w:keepNext/>
                  </w:pPr>
                  <w:r>
                    <w:rPr>
                      <w:b/>
                      <w:color w:val="000000"/>
                    </w:rPr>
                    <w:t>VPRAŠANJA V PODPORO GLASBENEMU UČENJU</w:t>
                  </w:r>
                </w:p>
              </w:tc>
            </w:tr>
          </w:tbl>
          <w:p w14:paraId="63ADF2AF" w14:textId="77777777" w:rsidR="008D43AB" w:rsidRDefault="008D43AB">
            <w:pPr>
              <w:spacing w:line="20" w:lineRule="exact"/>
            </w:pPr>
          </w:p>
          <w:p w14:paraId="23441398" w14:textId="77777777" w:rsidR="008D43AB" w:rsidRDefault="00000000">
            <w:pPr>
              <w:pStyle w:val="Oznaenseznam"/>
              <w:spacing w:after="16"/>
            </w:pPr>
            <w:r>
              <w:rPr>
                <w:color w:val="000000"/>
                <w:sz w:val="16"/>
              </w:rPr>
              <w:t>Kaj si v glasbi slišal/-a, začutil/-a ali pokazal/-a z gibanjem?</w:t>
            </w:r>
          </w:p>
          <w:p w14:paraId="05B076E7" w14:textId="77777777" w:rsidR="008D43AB" w:rsidRDefault="00000000">
            <w:pPr>
              <w:pStyle w:val="Oznaenseznam"/>
              <w:spacing w:after="16"/>
            </w:pPr>
            <w:r>
              <w:rPr>
                <w:color w:val="000000"/>
                <w:sz w:val="16"/>
              </w:rPr>
              <w:t>Po katerem zvočnem znaku, lastnosti ali vzorcu si prepoznal/-a rešitev?</w:t>
            </w:r>
          </w:p>
          <w:p w14:paraId="5DCE36BC" w14:textId="77777777" w:rsidR="008D43AB" w:rsidRDefault="00000000">
            <w:pPr>
              <w:pStyle w:val="Oznaenseznam"/>
              <w:spacing w:after="16"/>
            </w:pPr>
            <w:r>
              <w:rPr>
                <w:color w:val="000000"/>
                <w:sz w:val="16"/>
              </w:rPr>
              <w:t>Kako veš, da je bil pulz, začetek, konec, glasnost ali skupinska izvedba skladna z merilom?</w:t>
            </w:r>
          </w:p>
          <w:p w14:paraId="4B16BAB0" w14:textId="77777777" w:rsidR="008D43AB" w:rsidRDefault="00000000">
            <w:pPr>
              <w:pStyle w:val="Oznaenseznam"/>
              <w:spacing w:after="16"/>
            </w:pPr>
            <w:r>
              <w:rPr>
                <w:color w:val="000000"/>
                <w:sz w:val="16"/>
              </w:rPr>
              <w:t>Zakaj si za motiv, osebo, dogodek ali okolje izbral/-a prav ta glas, predmet ali glasbilo?</w:t>
            </w:r>
          </w:p>
          <w:p w14:paraId="4204DD76"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4B6D1551" w14:textId="77777777">
              <w:trPr>
                <w:jc w:val="center"/>
              </w:trPr>
              <w:tc>
                <w:tcPr>
                  <w:tcW w:w="7087" w:type="dxa"/>
                  <w:shd w:val="clear" w:color="auto" w:fill="C6E7F3"/>
                  <w:tcMar>
                    <w:top w:w="45" w:type="dxa"/>
                    <w:left w:w="70" w:type="dxa"/>
                    <w:bottom w:w="45" w:type="dxa"/>
                    <w:right w:w="70" w:type="dxa"/>
                  </w:tcMar>
                </w:tcPr>
                <w:p w14:paraId="4FB0C471" w14:textId="77777777" w:rsidR="008D43AB" w:rsidRDefault="00000000">
                  <w:pPr>
                    <w:keepNext/>
                  </w:pPr>
                  <w:r>
                    <w:rPr>
                      <w:b/>
                      <w:color w:val="000000"/>
                    </w:rPr>
                    <w:t>ZAKLJUČNI DEL – NASTOP, POSLUŠALSKI ODZIV IN REFLEKSIJA (8–12 min)</w:t>
                  </w:r>
                </w:p>
              </w:tc>
            </w:tr>
          </w:tbl>
          <w:p w14:paraId="32D79E57" w14:textId="77777777" w:rsidR="008D43AB" w:rsidRDefault="008D43AB">
            <w:pPr>
              <w:spacing w:line="20" w:lineRule="exact"/>
            </w:pPr>
          </w:p>
          <w:p w14:paraId="14E24840"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6D60C321" w14:textId="77777777">
              <w:trPr>
                <w:jc w:val="center"/>
              </w:trPr>
              <w:tc>
                <w:tcPr>
                  <w:tcW w:w="7087" w:type="dxa"/>
                  <w:shd w:val="clear" w:color="auto" w:fill="EDC9EA"/>
                  <w:tcMar>
                    <w:top w:w="45" w:type="dxa"/>
                    <w:left w:w="70" w:type="dxa"/>
                    <w:bottom w:w="45" w:type="dxa"/>
                    <w:right w:w="70" w:type="dxa"/>
                  </w:tcMar>
                </w:tcPr>
                <w:p w14:paraId="47FA6E28" w14:textId="77777777" w:rsidR="008D43AB" w:rsidRDefault="00000000">
                  <w:pPr>
                    <w:keepNext/>
                  </w:pPr>
                  <w:r>
                    <w:rPr>
                      <w:b/>
                      <w:color w:val="000000"/>
                    </w:rPr>
                    <w:t>SAMOVREDNOTENJE</w:t>
                  </w:r>
                </w:p>
              </w:tc>
            </w:tr>
          </w:tbl>
          <w:p w14:paraId="342AB795" w14:textId="77777777" w:rsidR="008D43AB" w:rsidRDefault="008D43AB">
            <w:pPr>
              <w:spacing w:line="20" w:lineRule="exact"/>
            </w:pPr>
          </w:p>
          <w:p w14:paraId="65D1ACDD"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6086D1E8" w14:textId="77777777">
              <w:trPr>
                <w:jc w:val="center"/>
              </w:trPr>
              <w:tc>
                <w:tcPr>
                  <w:tcW w:w="7087" w:type="dxa"/>
                  <w:shd w:val="clear" w:color="auto" w:fill="EDC9EA"/>
                  <w:tcMar>
                    <w:top w:w="45" w:type="dxa"/>
                    <w:left w:w="70" w:type="dxa"/>
                    <w:bottom w:w="45" w:type="dxa"/>
                    <w:right w:w="70" w:type="dxa"/>
                  </w:tcMar>
                </w:tcPr>
                <w:p w14:paraId="37E17D0B" w14:textId="77777777" w:rsidR="008D43AB" w:rsidRDefault="00000000">
                  <w:pPr>
                    <w:keepNext/>
                  </w:pPr>
                  <w:r>
                    <w:rPr>
                      <w:b/>
                      <w:color w:val="000000"/>
                    </w:rPr>
                    <w:t>VRSTNIŠKO VREDNOTENJE</w:t>
                  </w:r>
                </w:p>
              </w:tc>
            </w:tr>
          </w:tbl>
          <w:p w14:paraId="2F2F92FD" w14:textId="77777777" w:rsidR="008D43AB" w:rsidRDefault="008D43AB">
            <w:pPr>
              <w:spacing w:line="20" w:lineRule="exact"/>
            </w:pPr>
          </w:p>
          <w:p w14:paraId="4F26C85B"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5FA5107F" w14:textId="77777777">
              <w:trPr>
                <w:jc w:val="center"/>
              </w:trPr>
              <w:tc>
                <w:tcPr>
                  <w:tcW w:w="7087" w:type="dxa"/>
                  <w:shd w:val="clear" w:color="auto" w:fill="EDC9EA"/>
                  <w:tcMar>
                    <w:top w:w="45" w:type="dxa"/>
                    <w:left w:w="70" w:type="dxa"/>
                    <w:bottom w:w="45" w:type="dxa"/>
                    <w:right w:w="70" w:type="dxa"/>
                  </w:tcMar>
                </w:tcPr>
                <w:p w14:paraId="1DE119BC" w14:textId="77777777" w:rsidR="008D43AB" w:rsidRDefault="00000000">
                  <w:pPr>
                    <w:keepNext/>
                  </w:pPr>
                  <w:r>
                    <w:rPr>
                      <w:b/>
                      <w:color w:val="000000"/>
                    </w:rPr>
                    <w:t>SKUPNI POVZETEK</w:t>
                  </w:r>
                </w:p>
              </w:tc>
            </w:tr>
          </w:tbl>
          <w:p w14:paraId="5A76B1C0" w14:textId="77777777" w:rsidR="008D43AB" w:rsidRDefault="008D43AB"/>
          <w:p w14:paraId="168DF5E2" w14:textId="77777777" w:rsidR="008D43AB" w:rsidRDefault="00000000">
            <w:pPr>
              <w:spacing w:before="20" w:after="40" w:line="245" w:lineRule="auto"/>
            </w:pPr>
            <w:r>
              <w:rPr>
                <w:b/>
                <w:color w:val="000000"/>
                <w:sz w:val="16"/>
              </w:rPr>
              <w:t>poslušam himno v primernem kontekstu; razlikujem ljudsko in umetno pesem na osnovni ravni; upoštevam kulturo poslušanja. Izbrani dokaz pojasnim in po povratni informaciji izboljšam.</w:t>
            </w:r>
          </w:p>
        </w:tc>
        <w:tc>
          <w:tcPr>
            <w:tcW w:w="2551" w:type="dxa"/>
            <w:tcMar>
              <w:top w:w="70" w:type="dxa"/>
              <w:left w:w="90" w:type="dxa"/>
              <w:bottom w:w="70" w:type="dxa"/>
              <w:right w:w="90" w:type="dxa"/>
            </w:tcMar>
          </w:tcPr>
          <w:p w14:paraId="5F1E9E7D" w14:textId="77777777" w:rsidR="008D43AB" w:rsidRDefault="008D43AB"/>
          <w:p w14:paraId="34B314E0" w14:textId="77777777" w:rsidR="008D43AB" w:rsidRDefault="00000000">
            <w:pPr>
              <w:spacing w:after="80" w:line="245" w:lineRule="auto"/>
            </w:pPr>
            <w:r>
              <w:rPr>
                <w:color w:val="000000"/>
                <w:sz w:val="16"/>
              </w:rPr>
              <w:t>Odgovarja na podporna vprašanja in se sklicuje na slišano, izvedeno, ustvarjeno ali zapisano.</w:t>
            </w:r>
          </w:p>
          <w:p w14:paraId="5534ABB1" w14:textId="77777777" w:rsidR="008D43AB" w:rsidRDefault="00000000">
            <w:pPr>
              <w:spacing w:after="80" w:line="245" w:lineRule="auto"/>
            </w:pPr>
            <w:r>
              <w:rPr>
                <w:color w:val="000000"/>
                <w:sz w:val="16"/>
              </w:rPr>
              <w:t>Predstavi izbrani dokaz ter pove, katero merilo z njim pokaže.</w:t>
            </w:r>
          </w:p>
          <w:p w14:paraId="60AB88BB" w14:textId="77777777" w:rsidR="008D43AB" w:rsidRDefault="00000000">
            <w:pPr>
              <w:spacing w:after="80" w:line="245" w:lineRule="auto"/>
            </w:pPr>
            <w:r>
              <w:rPr>
                <w:color w:val="000000"/>
                <w:sz w:val="16"/>
              </w:rPr>
              <w:t>Posluša vrstnika, opiše eno slišano moč in poda prijazen predlog za izboljšavo.</w:t>
            </w:r>
          </w:p>
          <w:p w14:paraId="2FA94933" w14:textId="77777777" w:rsidR="008D43AB" w:rsidRDefault="00000000">
            <w:pPr>
              <w:spacing w:after="80" w:line="245" w:lineRule="auto"/>
            </w:pPr>
            <w:r>
              <w:rPr>
                <w:color w:val="000000"/>
                <w:sz w:val="16"/>
              </w:rPr>
              <w:t>Po povratni informaciji izvedbo, gib, ritem, zvočno izbiro ali slikovni zapis ponovi in izboljša.</w:t>
            </w:r>
          </w:p>
          <w:p w14:paraId="0C69E626" w14:textId="77777777" w:rsidR="008D43AB" w:rsidRDefault="00000000">
            <w:pPr>
              <w:spacing w:after="100" w:line="245" w:lineRule="auto"/>
            </w:pPr>
            <w:r>
              <w:rPr>
                <w:color w:val="000000"/>
                <w:sz w:val="16"/>
              </w:rPr>
              <w:t>Izbere raven samostojnosti ter določi majhen in izvedljiv naslednji glasbeni korak.</w:t>
            </w:r>
          </w:p>
          <w:p w14:paraId="55AEF142" w14:textId="77777777" w:rsidR="008D43AB" w:rsidRDefault="00000000">
            <w:pPr>
              <w:spacing w:after="20" w:line="245" w:lineRule="auto"/>
            </w:pPr>
            <w:r>
              <w:rPr>
                <w:b/>
                <w:color w:val="D95BC6"/>
                <w:sz w:val="17"/>
              </w:rPr>
              <w:t>DOKAZ O UČENJU</w:t>
            </w:r>
          </w:p>
          <w:p w14:paraId="336A4652"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3BF3C68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B230030" w14:textId="77777777">
        <w:trPr>
          <w:cantSplit/>
          <w:jc w:val="center"/>
        </w:trPr>
        <w:tc>
          <w:tcPr>
            <w:tcW w:w="14060" w:type="dxa"/>
            <w:gridSpan w:val="6"/>
            <w:tcMar>
              <w:top w:w="70" w:type="dxa"/>
              <w:left w:w="90" w:type="dxa"/>
              <w:bottom w:w="70" w:type="dxa"/>
              <w:right w:w="90" w:type="dxa"/>
            </w:tcMar>
            <w:vAlign w:val="center"/>
          </w:tcPr>
          <w:p w14:paraId="12142D85" w14:textId="77777777" w:rsidR="008D43AB" w:rsidRDefault="00000000">
            <w:pPr>
              <w:jc w:val="center"/>
            </w:pPr>
            <w:r>
              <w:rPr>
                <w:b/>
                <w:color w:val="000000"/>
                <w:sz w:val="24"/>
              </w:rPr>
              <w:lastRenderedPageBreak/>
              <w:t>UČNA PRIPRAVA 23/39</w:t>
            </w:r>
          </w:p>
        </w:tc>
      </w:tr>
      <w:tr w:rsidR="008D43AB" w14:paraId="3ABCDEE4" w14:textId="77777777">
        <w:trPr>
          <w:jc w:val="center"/>
        </w:trPr>
        <w:tc>
          <w:tcPr>
            <w:tcW w:w="2665" w:type="dxa"/>
            <w:tcMar>
              <w:top w:w="70" w:type="dxa"/>
              <w:left w:w="90" w:type="dxa"/>
              <w:bottom w:w="70" w:type="dxa"/>
              <w:right w:w="90" w:type="dxa"/>
            </w:tcMar>
            <w:vAlign w:val="center"/>
          </w:tcPr>
          <w:p w14:paraId="78CB061A"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FB61D64"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892483E"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EEA2DDF" w14:textId="77777777" w:rsidR="008D43AB" w:rsidRDefault="00000000">
            <w:r>
              <w:rPr>
                <w:b/>
                <w:color w:val="000000"/>
                <w:sz w:val="16"/>
              </w:rPr>
              <w:t xml:space="preserve">NAČRTOVANI TERMIN: </w:t>
            </w:r>
            <w:r>
              <w:rPr>
                <w:color w:val="000000"/>
                <w:sz w:val="16"/>
              </w:rPr>
              <w:t>23. teden • 15.–19. 2. 2027</w:t>
            </w:r>
          </w:p>
        </w:tc>
        <w:tc>
          <w:tcPr>
            <w:tcW w:w="2268" w:type="dxa"/>
            <w:tcMar>
              <w:top w:w="70" w:type="dxa"/>
              <w:left w:w="90" w:type="dxa"/>
              <w:bottom w:w="70" w:type="dxa"/>
              <w:right w:w="90" w:type="dxa"/>
            </w:tcMar>
            <w:vAlign w:val="center"/>
          </w:tcPr>
          <w:p w14:paraId="48EE7218"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E9BD164" w14:textId="77777777" w:rsidR="008D43AB" w:rsidRDefault="00000000">
            <w:r>
              <w:rPr>
                <w:b/>
                <w:color w:val="000000"/>
                <w:sz w:val="16"/>
              </w:rPr>
              <w:t xml:space="preserve">ŠTEVILO UR: </w:t>
            </w:r>
            <w:r>
              <w:rPr>
                <w:color w:val="000000"/>
                <w:sz w:val="16"/>
              </w:rPr>
              <w:t>2</w:t>
            </w:r>
          </w:p>
        </w:tc>
      </w:tr>
      <w:tr w:rsidR="008D43AB" w14:paraId="25FD740E" w14:textId="77777777">
        <w:trPr>
          <w:jc w:val="center"/>
        </w:trPr>
        <w:tc>
          <w:tcPr>
            <w:tcW w:w="14061" w:type="dxa"/>
            <w:gridSpan w:val="6"/>
            <w:tcMar>
              <w:top w:w="70" w:type="dxa"/>
              <w:left w:w="90" w:type="dxa"/>
              <w:bottom w:w="70" w:type="dxa"/>
              <w:right w:w="90" w:type="dxa"/>
            </w:tcMar>
            <w:vAlign w:val="center"/>
          </w:tcPr>
          <w:p w14:paraId="7ABFAA84"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1A17C291" w14:textId="77777777">
        <w:trPr>
          <w:cantSplit/>
          <w:jc w:val="center"/>
        </w:trPr>
        <w:tc>
          <w:tcPr>
            <w:tcW w:w="14060" w:type="dxa"/>
            <w:gridSpan w:val="6"/>
            <w:tcMar>
              <w:top w:w="70" w:type="dxa"/>
              <w:left w:w="90" w:type="dxa"/>
              <w:bottom w:w="70" w:type="dxa"/>
              <w:right w:w="90" w:type="dxa"/>
            </w:tcMar>
            <w:vAlign w:val="center"/>
          </w:tcPr>
          <w:p w14:paraId="0759F85C" w14:textId="77777777" w:rsidR="008D43AB" w:rsidRDefault="008D43AB"/>
          <w:p w14:paraId="21998889" w14:textId="77777777" w:rsidR="008D43AB" w:rsidRDefault="00000000">
            <w:pPr>
              <w:spacing w:line="245" w:lineRule="auto"/>
            </w:pPr>
            <w:r>
              <w:rPr>
                <w:b/>
                <w:color w:val="000000"/>
                <w:sz w:val="16"/>
              </w:rPr>
              <w:t xml:space="preserve">UČNI SKLOP: </w:t>
            </w:r>
            <w:r>
              <w:rPr>
                <w:color w:val="000000"/>
                <w:sz w:val="16"/>
              </w:rPr>
              <w:t>NEKOČ IN DANES – ČAS IN DEDIŠČINA</w:t>
            </w:r>
          </w:p>
        </w:tc>
      </w:tr>
      <w:tr w:rsidR="008D43AB" w14:paraId="33B49897" w14:textId="77777777">
        <w:trPr>
          <w:cantSplit/>
          <w:jc w:val="center"/>
        </w:trPr>
        <w:tc>
          <w:tcPr>
            <w:tcW w:w="14060" w:type="dxa"/>
            <w:gridSpan w:val="6"/>
            <w:tcMar>
              <w:top w:w="70" w:type="dxa"/>
              <w:left w:w="90" w:type="dxa"/>
              <w:bottom w:w="70" w:type="dxa"/>
              <w:right w:w="90" w:type="dxa"/>
            </w:tcMar>
            <w:vAlign w:val="center"/>
          </w:tcPr>
          <w:p w14:paraId="1C900381" w14:textId="77777777" w:rsidR="008D43AB" w:rsidRDefault="008D43AB"/>
          <w:p w14:paraId="5BE322A2" w14:textId="77777777" w:rsidR="008D43AB" w:rsidRDefault="00000000">
            <w:pPr>
              <w:spacing w:line="245" w:lineRule="auto"/>
            </w:pPr>
            <w:r>
              <w:rPr>
                <w:b/>
                <w:color w:val="000000"/>
                <w:sz w:val="16"/>
              </w:rPr>
              <w:t xml:space="preserve">UČNA TEMA: </w:t>
            </w:r>
            <w:r>
              <w:rPr>
                <w:color w:val="000000"/>
                <w:sz w:val="16"/>
              </w:rPr>
              <w:t>RAZREDNI KONCERT</w:t>
            </w:r>
          </w:p>
        </w:tc>
      </w:tr>
      <w:tr w:rsidR="008D43AB" w14:paraId="6861E9F5" w14:textId="77777777">
        <w:trPr>
          <w:cantSplit/>
          <w:jc w:val="center"/>
        </w:trPr>
        <w:tc>
          <w:tcPr>
            <w:tcW w:w="14060" w:type="dxa"/>
            <w:gridSpan w:val="6"/>
            <w:tcMar>
              <w:top w:w="70" w:type="dxa"/>
              <w:left w:w="90" w:type="dxa"/>
              <w:bottom w:w="70" w:type="dxa"/>
              <w:right w:w="90" w:type="dxa"/>
            </w:tcMar>
            <w:vAlign w:val="center"/>
          </w:tcPr>
          <w:p w14:paraId="324E965F" w14:textId="77777777" w:rsidR="008D43AB" w:rsidRDefault="008D43AB"/>
          <w:p w14:paraId="0BEB9939" w14:textId="77777777" w:rsidR="008D43AB" w:rsidRDefault="00000000">
            <w:pPr>
              <w:spacing w:line="245" w:lineRule="auto"/>
            </w:pPr>
            <w:r>
              <w:rPr>
                <w:b/>
                <w:color w:val="000000"/>
                <w:sz w:val="16"/>
              </w:rPr>
              <w:t xml:space="preserve">KNJIŽEVNO / MOTIVNO IZHODIŠČE: </w:t>
            </w:r>
            <w:r>
              <w:rPr>
                <w:color w:val="000000"/>
                <w:sz w:val="16"/>
              </w:rPr>
              <w:t>»Mojca Pokrajculja« – slovenska ljudska pravljica • stari predmeti, skupno bivanje in ustno izročilo</w:t>
            </w:r>
          </w:p>
        </w:tc>
      </w:tr>
      <w:tr w:rsidR="008D43AB" w14:paraId="7B6F5128" w14:textId="77777777">
        <w:trPr>
          <w:cantSplit/>
          <w:jc w:val="center"/>
        </w:trPr>
        <w:tc>
          <w:tcPr>
            <w:tcW w:w="14060" w:type="dxa"/>
            <w:gridSpan w:val="6"/>
            <w:tcMar>
              <w:top w:w="70" w:type="dxa"/>
              <w:left w:w="90" w:type="dxa"/>
              <w:bottom w:w="70" w:type="dxa"/>
              <w:right w:w="90" w:type="dxa"/>
            </w:tcMar>
            <w:vAlign w:val="center"/>
          </w:tcPr>
          <w:p w14:paraId="0F595C6F" w14:textId="77777777" w:rsidR="008D43AB" w:rsidRDefault="008D43AB"/>
          <w:p w14:paraId="723BCE89" w14:textId="77777777" w:rsidR="008D43AB" w:rsidRDefault="00000000">
            <w:pPr>
              <w:spacing w:line="245" w:lineRule="auto"/>
            </w:pPr>
            <w:r>
              <w:rPr>
                <w:b/>
                <w:color w:val="000000"/>
                <w:sz w:val="16"/>
              </w:rPr>
              <w:t xml:space="preserve">GLASBENO IZHODIŠČE / REPERTOAR: </w:t>
            </w:r>
            <w:r>
              <w:rPr>
                <w:color w:val="000000"/>
                <w:sz w:val="16"/>
              </w:rPr>
              <w:t>izbrana slovenska ljudska pesem; razredni koncert</w:t>
            </w:r>
          </w:p>
        </w:tc>
      </w:tr>
      <w:tr w:rsidR="008D43AB" w14:paraId="2D08E6BD" w14:textId="77777777">
        <w:trPr>
          <w:cantSplit/>
          <w:jc w:val="center"/>
        </w:trPr>
        <w:tc>
          <w:tcPr>
            <w:tcW w:w="14060" w:type="dxa"/>
            <w:gridSpan w:val="6"/>
            <w:tcMar>
              <w:top w:w="70" w:type="dxa"/>
              <w:left w:w="90" w:type="dxa"/>
              <w:bottom w:w="70" w:type="dxa"/>
              <w:right w:w="90" w:type="dxa"/>
            </w:tcMar>
            <w:vAlign w:val="center"/>
          </w:tcPr>
          <w:p w14:paraId="7889613E" w14:textId="77777777" w:rsidR="008D43AB" w:rsidRDefault="008D43AB"/>
          <w:p w14:paraId="49646F26" w14:textId="77777777" w:rsidR="008D43AB" w:rsidRDefault="00000000">
            <w:pPr>
              <w:spacing w:line="245" w:lineRule="auto"/>
            </w:pPr>
            <w:r>
              <w:rPr>
                <w:b/>
                <w:color w:val="000000"/>
                <w:sz w:val="16"/>
              </w:rPr>
              <w:t xml:space="preserve">UČNE ENOTE: </w:t>
            </w:r>
            <w:r>
              <w:rPr>
                <w:color w:val="000000"/>
                <w:sz w:val="16"/>
              </w:rPr>
              <w:t>1. ura – Razredni Koncert – Poslušam in izvajam • 2. ura – Razredni Koncert – Ustvarim in nastopim</w:t>
            </w:r>
          </w:p>
        </w:tc>
      </w:tr>
      <w:tr w:rsidR="008D43AB" w14:paraId="477B52B9" w14:textId="77777777">
        <w:trPr>
          <w:cantSplit/>
          <w:jc w:val="center"/>
        </w:trPr>
        <w:tc>
          <w:tcPr>
            <w:tcW w:w="14060" w:type="dxa"/>
            <w:gridSpan w:val="6"/>
            <w:tcMar>
              <w:top w:w="70" w:type="dxa"/>
              <w:left w:w="90" w:type="dxa"/>
              <w:bottom w:w="70" w:type="dxa"/>
              <w:right w:w="90" w:type="dxa"/>
            </w:tcMar>
            <w:vAlign w:val="center"/>
          </w:tcPr>
          <w:p w14:paraId="4988A3A5" w14:textId="77777777" w:rsidR="008D43AB" w:rsidRDefault="008D43AB"/>
          <w:p w14:paraId="19FAD99E"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5B10E70A" w14:textId="77777777">
        <w:trPr>
          <w:cantSplit/>
          <w:jc w:val="center"/>
        </w:trPr>
        <w:tc>
          <w:tcPr>
            <w:tcW w:w="14060" w:type="dxa"/>
            <w:gridSpan w:val="6"/>
            <w:tcMar>
              <w:top w:w="70" w:type="dxa"/>
              <w:left w:w="90" w:type="dxa"/>
              <w:bottom w:w="70" w:type="dxa"/>
              <w:right w:w="90" w:type="dxa"/>
            </w:tcMar>
            <w:vAlign w:val="center"/>
          </w:tcPr>
          <w:p w14:paraId="61215241" w14:textId="77777777" w:rsidR="008D43AB" w:rsidRDefault="008D43AB"/>
          <w:p w14:paraId="565D79A7"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5A364696" w14:textId="77777777">
        <w:trPr>
          <w:cantSplit/>
          <w:jc w:val="center"/>
        </w:trPr>
        <w:tc>
          <w:tcPr>
            <w:tcW w:w="14060" w:type="dxa"/>
            <w:gridSpan w:val="6"/>
            <w:tcMar>
              <w:top w:w="70" w:type="dxa"/>
              <w:left w:w="90" w:type="dxa"/>
              <w:bottom w:w="70" w:type="dxa"/>
              <w:right w:w="90" w:type="dxa"/>
            </w:tcMar>
            <w:vAlign w:val="center"/>
          </w:tcPr>
          <w:p w14:paraId="327C4FA3" w14:textId="77777777" w:rsidR="008D43AB" w:rsidRDefault="008D43AB"/>
          <w:p w14:paraId="6607F45B"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43732615" w14:textId="77777777">
        <w:trPr>
          <w:cantSplit/>
          <w:jc w:val="center"/>
        </w:trPr>
        <w:tc>
          <w:tcPr>
            <w:tcW w:w="14060" w:type="dxa"/>
            <w:gridSpan w:val="6"/>
            <w:tcMar>
              <w:top w:w="70" w:type="dxa"/>
              <w:left w:w="90" w:type="dxa"/>
              <w:bottom w:w="70" w:type="dxa"/>
              <w:right w:w="90" w:type="dxa"/>
            </w:tcMar>
            <w:vAlign w:val="center"/>
          </w:tcPr>
          <w:p w14:paraId="6F3EC82C" w14:textId="77777777" w:rsidR="008D43AB" w:rsidRDefault="008D43AB"/>
          <w:p w14:paraId="56923E76" w14:textId="77777777" w:rsidR="008D43AB" w:rsidRDefault="00000000">
            <w:pPr>
              <w:spacing w:line="245" w:lineRule="auto"/>
            </w:pPr>
            <w:r>
              <w:rPr>
                <w:b/>
                <w:color w:val="000000"/>
                <w:sz w:val="16"/>
              </w:rPr>
              <w:t xml:space="preserve">MEDPREDMETNE POVEZAVE: </w:t>
            </w:r>
            <w:r>
              <w:rPr>
                <w:color w:val="000000"/>
                <w:sz w:val="16"/>
              </w:rPr>
              <w:t>SPO – stari predmeti, skupno bivanje in ustno izročilo; SLJ – poslušanje, ritmični govor in opis doživetja; ŠPO – pulz, tempo, gibalni odziv in prostorska orientacija; LUM – simbol, barva, linija in zvočni zapis</w:t>
            </w:r>
          </w:p>
        </w:tc>
      </w:tr>
      <w:tr w:rsidR="008D43AB" w14:paraId="2B1AAC66" w14:textId="77777777">
        <w:trPr>
          <w:cantSplit/>
          <w:jc w:val="center"/>
        </w:trPr>
        <w:tc>
          <w:tcPr>
            <w:tcW w:w="14060" w:type="dxa"/>
            <w:gridSpan w:val="6"/>
            <w:tcMar>
              <w:top w:w="70" w:type="dxa"/>
              <w:left w:w="90" w:type="dxa"/>
              <w:bottom w:w="70" w:type="dxa"/>
              <w:right w:w="90" w:type="dxa"/>
            </w:tcMar>
            <w:vAlign w:val="center"/>
          </w:tcPr>
          <w:p w14:paraId="3388DF14" w14:textId="77777777" w:rsidR="008D43AB" w:rsidRDefault="008D43AB"/>
          <w:p w14:paraId="24E2C7E0"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1F55B81D" w14:textId="77777777">
        <w:trPr>
          <w:cantSplit/>
          <w:jc w:val="center"/>
        </w:trPr>
        <w:tc>
          <w:tcPr>
            <w:tcW w:w="14060" w:type="dxa"/>
            <w:gridSpan w:val="6"/>
            <w:tcMar>
              <w:top w:w="70" w:type="dxa"/>
              <w:left w:w="90" w:type="dxa"/>
              <w:bottom w:w="70" w:type="dxa"/>
              <w:right w:w="90" w:type="dxa"/>
            </w:tcMar>
            <w:vAlign w:val="center"/>
          </w:tcPr>
          <w:p w14:paraId="39549E98" w14:textId="77777777" w:rsidR="008D43AB" w:rsidRDefault="008D43AB"/>
          <w:p w14:paraId="7E550961"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06B69947" w14:textId="77777777">
        <w:trPr>
          <w:cantSplit/>
          <w:jc w:val="center"/>
        </w:trPr>
        <w:tc>
          <w:tcPr>
            <w:tcW w:w="14060" w:type="dxa"/>
            <w:gridSpan w:val="6"/>
            <w:tcMar>
              <w:top w:w="70" w:type="dxa"/>
              <w:left w:w="90" w:type="dxa"/>
              <w:bottom w:w="70" w:type="dxa"/>
              <w:right w:w="90" w:type="dxa"/>
            </w:tcMar>
            <w:vAlign w:val="center"/>
          </w:tcPr>
          <w:p w14:paraId="3684FD56" w14:textId="77777777" w:rsidR="008D43AB" w:rsidRDefault="008D43AB"/>
          <w:p w14:paraId="26F7AD0D" w14:textId="77777777" w:rsidR="008D43AB" w:rsidRDefault="00000000">
            <w:pPr>
              <w:spacing w:line="245" w:lineRule="auto"/>
            </w:pPr>
            <w:r>
              <w:rPr>
                <w:b/>
                <w:color w:val="000000"/>
                <w:sz w:val="16"/>
              </w:rPr>
              <w:t xml:space="preserve">OCENJEVANJE / DAN DEJAVNOSTI: </w:t>
            </w:r>
            <w:r>
              <w:rPr>
                <w:color w:val="000000"/>
                <w:sz w:val="16"/>
              </w:rPr>
              <w:t>KULTURNI DAN</w:t>
            </w:r>
          </w:p>
        </w:tc>
      </w:tr>
      <w:tr w:rsidR="008D43AB" w14:paraId="41E39629" w14:textId="77777777">
        <w:trPr>
          <w:cantSplit/>
          <w:jc w:val="center"/>
        </w:trPr>
        <w:tc>
          <w:tcPr>
            <w:tcW w:w="14060" w:type="dxa"/>
            <w:gridSpan w:val="6"/>
            <w:tcMar>
              <w:top w:w="70" w:type="dxa"/>
              <w:left w:w="90" w:type="dxa"/>
              <w:bottom w:w="70" w:type="dxa"/>
              <w:right w:w="90" w:type="dxa"/>
            </w:tcMar>
            <w:vAlign w:val="center"/>
          </w:tcPr>
          <w:p w14:paraId="2622EC32" w14:textId="77777777" w:rsidR="008D43AB" w:rsidRDefault="008D43AB"/>
          <w:p w14:paraId="24CC04DF"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530470B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5F86AE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661EA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4B319FB" w14:textId="77777777" w:rsidR="008D43AB" w:rsidRDefault="00000000">
            <w:pPr>
              <w:jc w:val="center"/>
            </w:pPr>
            <w:r>
              <w:rPr>
                <w:b/>
                <w:color w:val="000000"/>
                <w:sz w:val="20"/>
              </w:rPr>
              <w:t>UČNE DEJAVNOSTI, METODE IN FORMATIVNO SPREMLJANJE</w:t>
            </w:r>
          </w:p>
        </w:tc>
      </w:tr>
      <w:tr w:rsidR="008D43AB" w14:paraId="22A13081" w14:textId="77777777">
        <w:trPr>
          <w:tblHeader/>
          <w:jc w:val="center"/>
        </w:trPr>
        <w:tc>
          <w:tcPr>
            <w:tcW w:w="4422" w:type="dxa"/>
            <w:vMerge/>
            <w:tcMar>
              <w:top w:w="70" w:type="dxa"/>
              <w:left w:w="90" w:type="dxa"/>
              <w:bottom w:w="70" w:type="dxa"/>
              <w:right w:w="90" w:type="dxa"/>
            </w:tcMar>
            <w:vAlign w:val="center"/>
          </w:tcPr>
          <w:p w14:paraId="262A0D04" w14:textId="77777777" w:rsidR="008D43AB" w:rsidRDefault="008D43AB"/>
        </w:tc>
        <w:tc>
          <w:tcPr>
            <w:tcW w:w="7087" w:type="dxa"/>
            <w:shd w:val="clear" w:color="auto" w:fill="FFFFFF"/>
            <w:tcMar>
              <w:top w:w="70" w:type="dxa"/>
              <w:left w:w="90" w:type="dxa"/>
              <w:bottom w:w="70" w:type="dxa"/>
              <w:right w:w="90" w:type="dxa"/>
            </w:tcMar>
            <w:vAlign w:val="center"/>
          </w:tcPr>
          <w:p w14:paraId="364217E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09C2E19" w14:textId="77777777" w:rsidR="008D43AB" w:rsidRDefault="00000000">
            <w:pPr>
              <w:jc w:val="center"/>
            </w:pPr>
            <w:r>
              <w:rPr>
                <w:b/>
                <w:color w:val="000000"/>
              </w:rPr>
              <w:t>UČENEC</w:t>
            </w:r>
          </w:p>
        </w:tc>
      </w:tr>
      <w:tr w:rsidR="008D43AB" w14:paraId="45E62CA3" w14:textId="77777777">
        <w:trPr>
          <w:jc w:val="center"/>
        </w:trPr>
        <w:tc>
          <w:tcPr>
            <w:tcW w:w="4422" w:type="dxa"/>
            <w:tcMar>
              <w:top w:w="70" w:type="dxa"/>
              <w:left w:w="90" w:type="dxa"/>
              <w:bottom w:w="70" w:type="dxa"/>
              <w:right w:w="90" w:type="dxa"/>
            </w:tcMar>
          </w:tcPr>
          <w:p w14:paraId="1CCE79EA" w14:textId="77777777" w:rsidR="008D43AB" w:rsidRDefault="008D43AB"/>
          <w:p w14:paraId="3827D090" w14:textId="77777777" w:rsidR="008D43AB" w:rsidRDefault="00000000">
            <w:pPr>
              <w:spacing w:after="60" w:line="245" w:lineRule="auto"/>
            </w:pPr>
            <w:r>
              <w:rPr>
                <w:b/>
                <w:color w:val="000000"/>
              </w:rPr>
              <w:t>UČNI CILJI</w:t>
            </w:r>
          </w:p>
          <w:p w14:paraId="6A78F3E2" w14:textId="77777777" w:rsidR="008D43AB" w:rsidRDefault="00000000">
            <w:pPr>
              <w:spacing w:after="20" w:line="245" w:lineRule="auto"/>
            </w:pPr>
            <w:r>
              <w:rPr>
                <w:b/>
                <w:color w:val="000000"/>
                <w:sz w:val="17"/>
              </w:rPr>
              <w:t>SPLOŠNI</w:t>
            </w:r>
          </w:p>
          <w:p w14:paraId="3D31218F"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0E1397A" w14:textId="77777777" w:rsidR="008D43AB" w:rsidRDefault="00000000">
            <w:pPr>
              <w:pStyle w:val="Oznaenseznam"/>
              <w:spacing w:after="16"/>
            </w:pPr>
            <w:r>
              <w:rPr>
                <w:color w:val="000000"/>
                <w:sz w:val="16"/>
              </w:rPr>
              <w:t>poje, ritmično govori ter uporablja telo, glasbila in predmete kot zvočne vire</w:t>
            </w:r>
          </w:p>
          <w:p w14:paraId="7B66BE94" w14:textId="77777777" w:rsidR="008D43AB" w:rsidRDefault="00000000">
            <w:pPr>
              <w:pStyle w:val="Oznaenseznam"/>
              <w:spacing w:after="16"/>
            </w:pPr>
            <w:r>
              <w:rPr>
                <w:color w:val="000000"/>
                <w:sz w:val="16"/>
              </w:rPr>
              <w:t>razlikuje izbrane lastnosti zvoka in glasbe ter varuje sluh in odgovorno uporablja glasbila</w:t>
            </w:r>
          </w:p>
          <w:p w14:paraId="2FAA3BFD"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30CC1514" w14:textId="77777777" w:rsidR="008D43AB" w:rsidRDefault="00000000">
            <w:pPr>
              <w:spacing w:before="40" w:after="20" w:line="245" w:lineRule="auto"/>
            </w:pPr>
            <w:r>
              <w:rPr>
                <w:b/>
                <w:color w:val="000000"/>
                <w:sz w:val="17"/>
              </w:rPr>
              <w:t>OPERATIVNI</w:t>
            </w:r>
          </w:p>
          <w:p w14:paraId="205174A3" w14:textId="77777777" w:rsidR="008D43AB" w:rsidRDefault="00000000">
            <w:pPr>
              <w:pStyle w:val="Oznaenseznam"/>
              <w:spacing w:after="16"/>
            </w:pPr>
            <w:r>
              <w:rPr>
                <w:color w:val="000000"/>
                <w:sz w:val="16"/>
              </w:rPr>
              <w:t>izvede pesem ali ritem</w:t>
            </w:r>
          </w:p>
          <w:p w14:paraId="6FF458EB" w14:textId="77777777" w:rsidR="008D43AB" w:rsidRDefault="00000000">
            <w:pPr>
              <w:pStyle w:val="Oznaenseznam"/>
              <w:spacing w:after="16"/>
            </w:pPr>
            <w:r>
              <w:rPr>
                <w:color w:val="000000"/>
                <w:sz w:val="16"/>
              </w:rPr>
              <w:t>posluša vrstnike</w:t>
            </w:r>
          </w:p>
          <w:p w14:paraId="0C04290F" w14:textId="77777777" w:rsidR="008D43AB" w:rsidRDefault="00000000">
            <w:pPr>
              <w:pStyle w:val="Oznaenseznam"/>
              <w:spacing w:after="16"/>
            </w:pPr>
            <w:r>
              <w:rPr>
                <w:color w:val="000000"/>
                <w:sz w:val="16"/>
              </w:rPr>
              <w:t>poda prijazno povratno informacijo</w:t>
            </w:r>
          </w:p>
          <w:p w14:paraId="16A7D754" w14:textId="77777777" w:rsidR="008D43AB" w:rsidRDefault="00000000">
            <w:pPr>
              <w:spacing w:before="40" w:after="20" w:line="245" w:lineRule="auto"/>
            </w:pPr>
            <w:r>
              <w:rPr>
                <w:b/>
                <w:color w:val="000000"/>
                <w:sz w:val="17"/>
              </w:rPr>
              <w:t>PRIČAKOVANI DOSEŽKI / MINIMALNI POUDARKI</w:t>
            </w:r>
          </w:p>
          <w:p w14:paraId="3FFC71CE" w14:textId="77777777" w:rsidR="008D43AB" w:rsidRDefault="00000000">
            <w:pPr>
              <w:pStyle w:val="Oznaenseznam"/>
              <w:spacing w:after="16"/>
            </w:pPr>
            <w:r>
              <w:rPr>
                <w:color w:val="000000"/>
                <w:sz w:val="15"/>
              </w:rPr>
              <w:t>samostojno oziroma z dogovorjeno oporo izvede pesem ali ritem</w:t>
            </w:r>
          </w:p>
          <w:p w14:paraId="52A6BFD4" w14:textId="77777777" w:rsidR="008D43AB" w:rsidRDefault="00000000">
            <w:pPr>
              <w:pStyle w:val="Oznaenseznam"/>
              <w:spacing w:after="16"/>
            </w:pPr>
            <w:r>
              <w:rPr>
                <w:color w:val="000000"/>
                <w:sz w:val="15"/>
              </w:rPr>
              <w:t>samostojno oziroma z dogovorjeno oporo posluša vrstnike</w:t>
            </w:r>
          </w:p>
          <w:p w14:paraId="621A199B" w14:textId="77777777" w:rsidR="008D43AB" w:rsidRDefault="00000000">
            <w:pPr>
              <w:pStyle w:val="Oznaenseznam"/>
              <w:spacing w:after="16"/>
            </w:pPr>
            <w:r>
              <w:rPr>
                <w:color w:val="000000"/>
                <w:sz w:val="15"/>
              </w:rPr>
              <w:t>samostojno oziroma z dogovorjeno oporo poda prijazno povratno informacijo</w:t>
            </w:r>
          </w:p>
        </w:tc>
        <w:tc>
          <w:tcPr>
            <w:tcW w:w="7087" w:type="dxa"/>
            <w:tcMar>
              <w:top w:w="70" w:type="dxa"/>
              <w:left w:w="90" w:type="dxa"/>
              <w:bottom w:w="70" w:type="dxa"/>
              <w:right w:w="90" w:type="dxa"/>
            </w:tcMar>
          </w:tcPr>
          <w:p w14:paraId="1E55373D"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322AD27" w14:textId="77777777">
              <w:trPr>
                <w:jc w:val="center"/>
              </w:trPr>
              <w:tc>
                <w:tcPr>
                  <w:tcW w:w="7087" w:type="dxa"/>
                  <w:shd w:val="clear" w:color="auto" w:fill="C6E7F3"/>
                  <w:tcMar>
                    <w:top w:w="45" w:type="dxa"/>
                    <w:left w:w="70" w:type="dxa"/>
                    <w:bottom w:w="45" w:type="dxa"/>
                    <w:right w:w="70" w:type="dxa"/>
                  </w:tcMar>
                </w:tcPr>
                <w:p w14:paraId="4634D02A" w14:textId="77777777" w:rsidR="008D43AB" w:rsidRDefault="00000000">
                  <w:pPr>
                    <w:keepNext/>
                  </w:pPr>
                  <w:r>
                    <w:rPr>
                      <w:b/>
                      <w:color w:val="000000"/>
                    </w:rPr>
                    <w:t>UVODNI DEL – zvočna motivacija, aktivacija predznanja in namen učenja (8–12 min)</w:t>
                  </w:r>
                </w:p>
              </w:tc>
            </w:tr>
          </w:tbl>
          <w:p w14:paraId="14599F77" w14:textId="77777777" w:rsidR="008D43AB" w:rsidRDefault="008D43AB">
            <w:pPr>
              <w:spacing w:line="20" w:lineRule="exact"/>
            </w:pPr>
          </w:p>
          <w:p w14:paraId="4D475A18" w14:textId="77777777" w:rsidR="008D43AB" w:rsidRDefault="00000000">
            <w:pPr>
              <w:spacing w:before="40" w:after="60" w:line="245" w:lineRule="auto"/>
            </w:pPr>
            <w:r>
              <w:rPr>
                <w:color w:val="000000"/>
                <w:sz w:val="16"/>
              </w:rPr>
              <w:t>Učenci ob motivu »Mojca Pokrajculja« – slovenska ljudska pravljica vstopijo v temo stari predmeti, skupno bivanje in ustno izročilo. Najprej v tišini poslušajo kratek zvočni odlomek ali učiteljičino izvedbo (izbrana slovenska ljudska pesem; razredni koncert),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5F8E09FE" w14:textId="77777777">
              <w:trPr>
                <w:jc w:val="center"/>
              </w:trPr>
              <w:tc>
                <w:tcPr>
                  <w:tcW w:w="7087" w:type="dxa"/>
                  <w:shd w:val="clear" w:color="auto" w:fill="EDC9EA"/>
                  <w:tcMar>
                    <w:top w:w="45" w:type="dxa"/>
                    <w:left w:w="70" w:type="dxa"/>
                    <w:bottom w:w="45" w:type="dxa"/>
                    <w:right w:w="70" w:type="dxa"/>
                  </w:tcMar>
                </w:tcPr>
                <w:p w14:paraId="45581798" w14:textId="77777777" w:rsidR="008D43AB" w:rsidRDefault="00000000">
                  <w:pPr>
                    <w:keepNext/>
                  </w:pPr>
                  <w:r>
                    <w:rPr>
                      <w:b/>
                      <w:color w:val="000000"/>
                    </w:rPr>
                    <w:t>NAMENI UČENJA</w:t>
                  </w:r>
                </w:p>
              </w:tc>
            </w:tr>
          </w:tbl>
          <w:p w14:paraId="67224510" w14:textId="77777777" w:rsidR="008D43AB" w:rsidRDefault="008D43AB">
            <w:pPr>
              <w:spacing w:line="20" w:lineRule="exact"/>
            </w:pPr>
          </w:p>
          <w:p w14:paraId="28C07751"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7AAE259B" w14:textId="77777777" w:rsidR="008D43AB" w:rsidRDefault="00000000">
            <w:pPr>
              <w:pStyle w:val="Oznaenseznam"/>
              <w:spacing w:after="16"/>
            </w:pPr>
            <w:r>
              <w:rPr>
                <w:color w:val="000000"/>
                <w:sz w:val="16"/>
              </w:rPr>
              <w:t>izvedem pesem ali ritem</w:t>
            </w:r>
          </w:p>
          <w:p w14:paraId="05E59A95" w14:textId="77777777" w:rsidR="008D43AB" w:rsidRDefault="00000000">
            <w:pPr>
              <w:pStyle w:val="Oznaenseznam"/>
              <w:spacing w:after="16"/>
            </w:pPr>
            <w:r>
              <w:rPr>
                <w:color w:val="000000"/>
                <w:sz w:val="16"/>
              </w:rPr>
              <w:t>poslušam vrstnike</w:t>
            </w:r>
          </w:p>
          <w:p w14:paraId="5467EF90" w14:textId="77777777" w:rsidR="008D43AB" w:rsidRDefault="00000000">
            <w:pPr>
              <w:pStyle w:val="Oznaenseznam"/>
              <w:spacing w:after="16"/>
            </w:pPr>
            <w:r>
              <w:rPr>
                <w:color w:val="000000"/>
                <w:sz w:val="16"/>
              </w:rPr>
              <w:t>poda prijazno povratno informacijo</w:t>
            </w:r>
          </w:p>
          <w:tbl>
            <w:tblPr>
              <w:tblStyle w:val="Tabelamrea"/>
              <w:tblW w:w="0" w:type="auto"/>
              <w:jc w:val="center"/>
              <w:tblLayout w:type="fixed"/>
              <w:tblLook w:val="04A0" w:firstRow="1" w:lastRow="0" w:firstColumn="1" w:lastColumn="0" w:noHBand="0" w:noVBand="1"/>
            </w:tblPr>
            <w:tblGrid>
              <w:gridCol w:w="7087"/>
            </w:tblGrid>
            <w:tr w:rsidR="008D43AB" w14:paraId="67888939" w14:textId="77777777">
              <w:trPr>
                <w:jc w:val="center"/>
              </w:trPr>
              <w:tc>
                <w:tcPr>
                  <w:tcW w:w="7087" w:type="dxa"/>
                  <w:shd w:val="clear" w:color="auto" w:fill="EDC9EA"/>
                  <w:tcMar>
                    <w:top w:w="45" w:type="dxa"/>
                    <w:left w:w="70" w:type="dxa"/>
                    <w:bottom w:w="45" w:type="dxa"/>
                    <w:right w:w="70" w:type="dxa"/>
                  </w:tcMar>
                </w:tcPr>
                <w:p w14:paraId="325E5250" w14:textId="77777777" w:rsidR="008D43AB" w:rsidRDefault="00000000">
                  <w:pPr>
                    <w:keepNext/>
                  </w:pPr>
                  <w:r>
                    <w:rPr>
                      <w:b/>
                      <w:color w:val="000000"/>
                    </w:rPr>
                    <w:t>PREVERJANJE PREDZNANJA</w:t>
                  </w:r>
                </w:p>
              </w:tc>
            </w:tr>
          </w:tbl>
          <w:p w14:paraId="7C053874" w14:textId="77777777" w:rsidR="008D43AB" w:rsidRDefault="008D43AB">
            <w:pPr>
              <w:spacing w:line="20" w:lineRule="exact"/>
            </w:pPr>
          </w:p>
          <w:p w14:paraId="6F53B7CB" w14:textId="77777777" w:rsidR="008D43AB" w:rsidRDefault="00000000">
            <w:pPr>
              <w:pStyle w:val="Oznaenseznam"/>
              <w:spacing w:after="16"/>
            </w:pPr>
            <w:r>
              <w:rPr>
                <w:color w:val="000000"/>
                <w:sz w:val="16"/>
              </w:rPr>
              <w:t>Kaj mi zvok, naslov, slika ali motiv pove o temi stari predmeti, skupno bivanje in ustno izročilo?</w:t>
            </w:r>
          </w:p>
          <w:p w14:paraId="79BED81C" w14:textId="77777777" w:rsidR="008D43AB" w:rsidRDefault="00000000">
            <w:pPr>
              <w:pStyle w:val="Oznaenseznam"/>
              <w:spacing w:after="16"/>
            </w:pPr>
            <w:r>
              <w:rPr>
                <w:color w:val="000000"/>
                <w:sz w:val="16"/>
              </w:rPr>
              <w:t>Kako lahko s poslušanjem, glasom, telesom, glasbilom ali simbolom pokažem, kaj že znam pri temi »RAZREDNI KONCERT«?</w:t>
            </w:r>
          </w:p>
          <w:p w14:paraId="2975A3A2"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7AE1D7F5" w14:textId="77777777">
              <w:trPr>
                <w:jc w:val="center"/>
              </w:trPr>
              <w:tc>
                <w:tcPr>
                  <w:tcW w:w="7087" w:type="dxa"/>
                  <w:shd w:val="clear" w:color="auto" w:fill="EDC9EA"/>
                  <w:tcMar>
                    <w:top w:w="45" w:type="dxa"/>
                    <w:left w:w="70" w:type="dxa"/>
                    <w:bottom w:w="45" w:type="dxa"/>
                    <w:right w:w="70" w:type="dxa"/>
                  </w:tcMar>
                </w:tcPr>
                <w:p w14:paraId="21134243" w14:textId="77777777" w:rsidR="008D43AB" w:rsidRDefault="00000000">
                  <w:pPr>
                    <w:keepNext/>
                  </w:pPr>
                  <w:r>
                    <w:rPr>
                      <w:b/>
                      <w:color w:val="000000"/>
                    </w:rPr>
                    <w:t>KRITERIJI USPEŠNOSTI</w:t>
                  </w:r>
                </w:p>
              </w:tc>
            </w:tr>
          </w:tbl>
          <w:p w14:paraId="4526C71E" w14:textId="77777777" w:rsidR="008D43AB" w:rsidRDefault="008D43AB"/>
          <w:p w14:paraId="7BB1A023" w14:textId="77777777" w:rsidR="008D43AB" w:rsidRDefault="00000000">
            <w:pPr>
              <w:spacing w:before="20" w:after="20" w:line="245" w:lineRule="auto"/>
            </w:pPr>
            <w:r>
              <w:rPr>
                <w:b/>
                <w:color w:val="000000"/>
                <w:sz w:val="16"/>
              </w:rPr>
              <w:t>Uspešen/-na bom, ko:</w:t>
            </w:r>
          </w:p>
          <w:p w14:paraId="6859618A" w14:textId="77777777" w:rsidR="008D43AB" w:rsidRDefault="00000000">
            <w:pPr>
              <w:pStyle w:val="Oznaenseznam"/>
              <w:spacing w:after="16"/>
            </w:pPr>
            <w:r>
              <w:rPr>
                <w:color w:val="000000"/>
                <w:sz w:val="16"/>
              </w:rPr>
              <w:t>izvedem pesem ali ritem</w:t>
            </w:r>
          </w:p>
          <w:p w14:paraId="47FFCAAB" w14:textId="77777777" w:rsidR="008D43AB" w:rsidRDefault="00000000">
            <w:pPr>
              <w:pStyle w:val="Oznaenseznam"/>
              <w:spacing w:after="16"/>
            </w:pPr>
            <w:r>
              <w:rPr>
                <w:color w:val="000000"/>
                <w:sz w:val="16"/>
              </w:rPr>
              <w:t>poslušam vrstnike</w:t>
            </w:r>
          </w:p>
          <w:p w14:paraId="3B0ECC4D" w14:textId="77777777" w:rsidR="008D43AB" w:rsidRDefault="00000000">
            <w:pPr>
              <w:pStyle w:val="Oznaenseznam"/>
              <w:spacing w:after="16"/>
            </w:pPr>
            <w:r>
              <w:rPr>
                <w:color w:val="000000"/>
                <w:sz w:val="16"/>
              </w:rPr>
              <w:t>poda prijazno povratno informacijo</w:t>
            </w:r>
          </w:p>
          <w:p w14:paraId="41C07911" w14:textId="77777777" w:rsidR="008D43AB" w:rsidRDefault="00000000">
            <w:pPr>
              <w:pStyle w:val="Oznaenseznam"/>
              <w:spacing w:after="16"/>
            </w:pPr>
            <w:r>
              <w:rPr>
                <w:color w:val="000000"/>
                <w:sz w:val="16"/>
              </w:rPr>
              <w:t>upoštevam dogovorjeni začetek, konec, znak za tišino in varno glasnost</w:t>
            </w:r>
          </w:p>
          <w:p w14:paraId="0FF16BE0"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3BC43D07" w14:textId="77777777" w:rsidR="008D43AB" w:rsidRDefault="008D43AB"/>
          <w:p w14:paraId="72660869"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4F5DA04D" w14:textId="77777777" w:rsidR="008D43AB" w:rsidRDefault="00000000">
            <w:pPr>
              <w:spacing w:after="80" w:line="245" w:lineRule="auto"/>
            </w:pPr>
            <w:r>
              <w:rPr>
                <w:color w:val="000000"/>
                <w:sz w:val="16"/>
              </w:rPr>
              <w:t>Pove ali pokaže, kaj že zna in katero glasbeno strategijo bi uporabil.</w:t>
            </w:r>
          </w:p>
          <w:p w14:paraId="55DB8310" w14:textId="77777777" w:rsidR="008D43AB" w:rsidRDefault="00000000">
            <w:pPr>
              <w:spacing w:after="100" w:line="245" w:lineRule="auto"/>
            </w:pPr>
            <w:r>
              <w:rPr>
                <w:color w:val="000000"/>
                <w:sz w:val="16"/>
              </w:rPr>
              <w:t>Sodeluje pri razumevanju namenov, meril uspešnosti, varne glasnosti in načina dokazovanja.</w:t>
            </w:r>
          </w:p>
          <w:p w14:paraId="613FD587" w14:textId="77777777" w:rsidR="008D43AB" w:rsidRDefault="00000000">
            <w:pPr>
              <w:spacing w:after="20" w:line="245" w:lineRule="auto"/>
            </w:pPr>
            <w:r>
              <w:rPr>
                <w:b/>
                <w:color w:val="D95BC6"/>
                <w:sz w:val="17"/>
              </w:rPr>
              <w:t>DOKAZ O UČENJU</w:t>
            </w:r>
          </w:p>
          <w:p w14:paraId="68EF7847"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A4B31D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C026C3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1C31F81"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9C6603" w14:textId="77777777" w:rsidR="008D43AB" w:rsidRDefault="00000000">
            <w:pPr>
              <w:jc w:val="center"/>
            </w:pPr>
            <w:r>
              <w:rPr>
                <w:b/>
                <w:color w:val="000000"/>
                <w:sz w:val="20"/>
              </w:rPr>
              <w:t>UČNE DEJAVNOSTI, METODE IN FORMATIVNO SPREMLJANJE</w:t>
            </w:r>
          </w:p>
        </w:tc>
      </w:tr>
      <w:tr w:rsidR="008D43AB" w14:paraId="4EFF0D21" w14:textId="77777777">
        <w:trPr>
          <w:tblHeader/>
          <w:jc w:val="center"/>
        </w:trPr>
        <w:tc>
          <w:tcPr>
            <w:tcW w:w="4422" w:type="dxa"/>
            <w:vMerge/>
            <w:tcMar>
              <w:top w:w="70" w:type="dxa"/>
              <w:left w:w="90" w:type="dxa"/>
              <w:bottom w:w="70" w:type="dxa"/>
              <w:right w:w="90" w:type="dxa"/>
            </w:tcMar>
            <w:vAlign w:val="center"/>
          </w:tcPr>
          <w:p w14:paraId="33FF3042" w14:textId="77777777" w:rsidR="008D43AB" w:rsidRDefault="008D43AB"/>
        </w:tc>
        <w:tc>
          <w:tcPr>
            <w:tcW w:w="7087" w:type="dxa"/>
            <w:shd w:val="clear" w:color="auto" w:fill="FFFFFF"/>
            <w:tcMar>
              <w:top w:w="70" w:type="dxa"/>
              <w:left w:w="90" w:type="dxa"/>
              <w:bottom w:w="70" w:type="dxa"/>
              <w:right w:w="90" w:type="dxa"/>
            </w:tcMar>
            <w:vAlign w:val="center"/>
          </w:tcPr>
          <w:p w14:paraId="5FEB348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D4C30F5" w14:textId="77777777" w:rsidR="008D43AB" w:rsidRDefault="00000000">
            <w:pPr>
              <w:jc w:val="center"/>
            </w:pPr>
            <w:r>
              <w:rPr>
                <w:b/>
                <w:color w:val="000000"/>
              </w:rPr>
              <w:t>UČENEC</w:t>
            </w:r>
          </w:p>
        </w:tc>
      </w:tr>
      <w:tr w:rsidR="008D43AB" w14:paraId="2DC6B144" w14:textId="77777777">
        <w:trPr>
          <w:jc w:val="center"/>
        </w:trPr>
        <w:tc>
          <w:tcPr>
            <w:tcW w:w="4422" w:type="dxa"/>
            <w:tcMar>
              <w:top w:w="70" w:type="dxa"/>
              <w:left w:w="90" w:type="dxa"/>
              <w:bottom w:w="70" w:type="dxa"/>
              <w:right w:w="90" w:type="dxa"/>
            </w:tcMar>
          </w:tcPr>
          <w:p w14:paraId="29A79AEF" w14:textId="77777777" w:rsidR="008D43AB" w:rsidRDefault="008D43AB"/>
          <w:p w14:paraId="1DEF848A" w14:textId="77777777" w:rsidR="008D43AB" w:rsidRDefault="00000000">
            <w:pPr>
              <w:spacing w:after="40" w:line="245" w:lineRule="auto"/>
            </w:pPr>
            <w:r>
              <w:rPr>
                <w:b/>
                <w:color w:val="000000"/>
              </w:rPr>
              <w:t>KLJUČNI GLASBENI POJMI</w:t>
            </w:r>
          </w:p>
          <w:p w14:paraId="08BC6114"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3DE4DF8F" w14:textId="77777777" w:rsidR="008D43AB" w:rsidRDefault="00000000">
            <w:pPr>
              <w:spacing w:after="20" w:line="245" w:lineRule="auto"/>
            </w:pPr>
            <w:r>
              <w:rPr>
                <w:b/>
                <w:color w:val="000000"/>
                <w:sz w:val="17"/>
              </w:rPr>
              <w:t>DOKAZI O UČENJU</w:t>
            </w:r>
          </w:p>
          <w:p w14:paraId="106139A2" w14:textId="77777777" w:rsidR="008D43AB" w:rsidRDefault="00000000">
            <w:pPr>
              <w:pStyle w:val="Oznaenseznam"/>
              <w:spacing w:after="9"/>
            </w:pPr>
            <w:r>
              <w:rPr>
                <w:color w:val="000000"/>
                <w:sz w:val="15"/>
              </w:rPr>
              <w:t>poslušalski gibalni odziv, ritmični/pevski odmev in učiteljev zapis o skupnem pulzu oziroma začetku/koncu.</w:t>
            </w:r>
          </w:p>
          <w:p w14:paraId="7CECB6AB" w14:textId="77777777" w:rsidR="008D43AB" w:rsidRDefault="00000000">
            <w:pPr>
              <w:pStyle w:val="Oznaenseznam"/>
              <w:spacing w:after="9"/>
            </w:pPr>
            <w:r>
              <w:rPr>
                <w:color w:val="000000"/>
                <w:sz w:val="15"/>
              </w:rPr>
              <w:t>slikovni zvočni zapis, skupinska izvedba/posnetek in vrstniška opisna povratna informacija.</w:t>
            </w:r>
          </w:p>
          <w:p w14:paraId="2028AE84" w14:textId="77777777" w:rsidR="008D43AB" w:rsidRDefault="00000000">
            <w:pPr>
              <w:spacing w:before="40" w:after="20" w:line="245" w:lineRule="auto"/>
            </w:pPr>
            <w:r>
              <w:rPr>
                <w:b/>
                <w:color w:val="000000"/>
                <w:sz w:val="17"/>
              </w:rPr>
              <w:t>GLASBENO DOŽIVETJE IN IZKUŠENJSKI POUK</w:t>
            </w:r>
          </w:p>
          <w:p w14:paraId="53BBC31C"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6538FC1C" w14:textId="77777777" w:rsidR="008D43AB" w:rsidRDefault="00000000">
            <w:pPr>
              <w:spacing w:after="20" w:line="245" w:lineRule="auto"/>
            </w:pPr>
            <w:r>
              <w:rPr>
                <w:b/>
                <w:color w:val="000000"/>
                <w:sz w:val="17"/>
              </w:rPr>
              <w:t>POUČEVANJE V GIBANJU</w:t>
            </w:r>
          </w:p>
          <w:p w14:paraId="562CB070"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0B79929B" w14:textId="77777777" w:rsidR="008D43AB" w:rsidRDefault="00000000">
            <w:pPr>
              <w:spacing w:after="20" w:line="245" w:lineRule="auto"/>
            </w:pPr>
            <w:r>
              <w:rPr>
                <w:b/>
                <w:color w:val="000000"/>
                <w:sz w:val="17"/>
              </w:rPr>
              <w:t>DELO PO POSTAJAH</w:t>
            </w:r>
          </w:p>
          <w:p w14:paraId="51F9F696"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7D75ADC2" w14:textId="77777777" w:rsidR="008D43AB" w:rsidRDefault="00000000">
            <w:pPr>
              <w:spacing w:after="10" w:line="245" w:lineRule="auto"/>
            </w:pPr>
            <w:r>
              <w:rPr>
                <w:color w:val="000000"/>
                <w:sz w:val="15"/>
              </w:rPr>
              <w:t>1. Glas in dih: drža, tih vdih, pevski odmev in jasen začetek ter konec.</w:t>
            </w:r>
          </w:p>
          <w:p w14:paraId="2697E071" w14:textId="77777777" w:rsidR="008D43AB" w:rsidRDefault="00000000">
            <w:pPr>
              <w:spacing w:after="10" w:line="245" w:lineRule="auto"/>
            </w:pPr>
            <w:r>
              <w:rPr>
                <w:color w:val="000000"/>
                <w:sz w:val="15"/>
              </w:rPr>
              <w:t>2. Beseda in ritem: besedilo ritmično izrekam, razčlenim na zloge in povežem s telesnimi glasbili.</w:t>
            </w:r>
          </w:p>
          <w:p w14:paraId="2B8A175C" w14:textId="77777777" w:rsidR="008D43AB" w:rsidRDefault="00000000">
            <w:pPr>
              <w:spacing w:after="10" w:line="245" w:lineRule="auto"/>
            </w:pPr>
            <w:r>
              <w:rPr>
                <w:color w:val="000000"/>
                <w:sz w:val="15"/>
              </w:rPr>
              <w:t>3. Gibalno-pevska: melodijo ali značaj pesmi pokažem z gibanjem, rajalno igro ali preprosto koreografijo.</w:t>
            </w:r>
          </w:p>
          <w:p w14:paraId="6BAEE2C3" w14:textId="77777777" w:rsidR="008D43AB" w:rsidRDefault="00000000">
            <w:pPr>
              <w:spacing w:after="10" w:line="245" w:lineRule="auto"/>
            </w:pPr>
            <w:r>
              <w:rPr>
                <w:color w:val="000000"/>
                <w:sz w:val="15"/>
              </w:rPr>
              <w:t>4. Spremljava in nastop: izberem zvočilo, vadim skupinsko izvedbo, nastopim in podam opisni odziv.</w:t>
            </w:r>
          </w:p>
          <w:p w14:paraId="2F3E317A" w14:textId="77777777" w:rsidR="008D43AB" w:rsidRDefault="00000000">
            <w:pPr>
              <w:spacing w:after="20" w:line="245" w:lineRule="auto"/>
            </w:pPr>
            <w:r>
              <w:rPr>
                <w:b/>
                <w:color w:val="000000"/>
                <w:sz w:val="17"/>
              </w:rPr>
              <w:t>DIFERENCIACIJA IN VKLJUČEVANJE</w:t>
            </w:r>
          </w:p>
          <w:p w14:paraId="7FFCD8AD"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2211705E" w14:textId="77777777" w:rsidR="008D43AB" w:rsidRDefault="00000000">
            <w:pPr>
              <w:spacing w:after="20" w:line="245" w:lineRule="auto"/>
            </w:pPr>
            <w:r>
              <w:rPr>
                <w:b/>
                <w:color w:val="000000"/>
                <w:sz w:val="17"/>
              </w:rPr>
              <w:t>SPREMLJANJE</w:t>
            </w:r>
          </w:p>
          <w:p w14:paraId="12108205"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1E58B251"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FC7B26F" w14:textId="77777777">
              <w:trPr>
                <w:jc w:val="center"/>
              </w:trPr>
              <w:tc>
                <w:tcPr>
                  <w:tcW w:w="7087" w:type="dxa"/>
                  <w:shd w:val="clear" w:color="auto" w:fill="C6E7F3"/>
                  <w:tcMar>
                    <w:top w:w="45" w:type="dxa"/>
                    <w:left w:w="70" w:type="dxa"/>
                    <w:bottom w:w="45" w:type="dxa"/>
                    <w:right w:w="70" w:type="dxa"/>
                  </w:tcMar>
                </w:tcPr>
                <w:p w14:paraId="4BBD7F41" w14:textId="77777777" w:rsidR="008D43AB" w:rsidRDefault="00000000">
                  <w:pPr>
                    <w:keepNext/>
                  </w:pPr>
                  <w:r>
                    <w:rPr>
                      <w:b/>
                      <w:color w:val="000000"/>
                      <w:sz w:val="17"/>
                    </w:rPr>
                    <w:t>GLAVNI DEL – POSLUŠANJE, IZVAJANJE, GIBANJE IN USTVARJANJE (2 šolski uri)</w:t>
                  </w:r>
                </w:p>
              </w:tc>
            </w:tr>
          </w:tbl>
          <w:p w14:paraId="6B1533A6" w14:textId="77777777" w:rsidR="008D43AB" w:rsidRDefault="008D43AB">
            <w:pPr>
              <w:spacing w:line="20" w:lineRule="exact"/>
            </w:pPr>
          </w:p>
          <w:p w14:paraId="276B53A7" w14:textId="77777777" w:rsidR="008D43AB" w:rsidRDefault="00000000">
            <w:pPr>
              <w:keepNext/>
              <w:spacing w:before="24" w:after="8" w:line="245" w:lineRule="auto"/>
            </w:pPr>
            <w:r>
              <w:rPr>
                <w:b/>
                <w:color w:val="000000"/>
                <w:sz w:val="16"/>
              </w:rPr>
              <w:t>1. URA – Razredni Koncert – Poslušam in izvajam</w:t>
            </w:r>
          </w:p>
          <w:p w14:paraId="5B74FA51"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»RAZREDNI KONCERT«,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31B3EEA9"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5ED79F30"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1102CD75" w14:textId="77777777" w:rsidR="008D43AB" w:rsidRDefault="00000000">
            <w:pPr>
              <w:keepNext/>
              <w:spacing w:before="24" w:after="8" w:line="245" w:lineRule="auto"/>
            </w:pPr>
            <w:r>
              <w:rPr>
                <w:b/>
                <w:color w:val="000000"/>
                <w:sz w:val="16"/>
              </w:rPr>
              <w:t>2. URA – Razredni Koncert – Ustvarim in nastopim</w:t>
            </w:r>
          </w:p>
          <w:p w14:paraId="3390ACE3"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razredni koncert«; usmerja izbiro, zapis, vajo in menjavo vlog. Zaključek: 10' – Organizira nastop in odziv poslušalcev po kriterijih; posname kratek dokaz, če so soglasja urejena.</w:t>
            </w:r>
          </w:p>
          <w:p w14:paraId="504560D2"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10A048C2"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4B4E30C4" w14:textId="77777777">
              <w:trPr>
                <w:jc w:val="center"/>
              </w:trPr>
              <w:tc>
                <w:tcPr>
                  <w:tcW w:w="7087" w:type="dxa"/>
                  <w:shd w:val="clear" w:color="auto" w:fill="EDC9EA"/>
                  <w:tcMar>
                    <w:top w:w="45" w:type="dxa"/>
                    <w:left w:w="70" w:type="dxa"/>
                    <w:bottom w:w="45" w:type="dxa"/>
                    <w:right w:w="70" w:type="dxa"/>
                  </w:tcMar>
                </w:tcPr>
                <w:p w14:paraId="7014069A" w14:textId="77777777" w:rsidR="008D43AB" w:rsidRDefault="00000000">
                  <w:pPr>
                    <w:keepNext/>
                  </w:pPr>
                  <w:r>
                    <w:rPr>
                      <w:b/>
                      <w:color w:val="000000"/>
                      <w:sz w:val="17"/>
                    </w:rPr>
                    <w:t>ORGANIZACIJA POSTAJ IN PREHODOV</w:t>
                  </w:r>
                </w:p>
              </w:tc>
            </w:tr>
          </w:tbl>
          <w:p w14:paraId="11B19B8F" w14:textId="77777777" w:rsidR="008D43AB" w:rsidRDefault="008D43AB"/>
          <w:p w14:paraId="65A973F2" w14:textId="77777777" w:rsidR="008D43AB" w:rsidRDefault="00000000">
            <w:pPr>
              <w:spacing w:before="9" w:after="9" w:line="245" w:lineRule="auto"/>
            </w:pPr>
            <w:r>
              <w:rPr>
                <w:color w:val="000000"/>
                <w:sz w:val="15"/>
              </w:rPr>
              <w:t>Postaja 1: Glas in dih: drža, tih vdih, pevski odmev in jasen začetek ter konec.</w:t>
            </w:r>
          </w:p>
          <w:p w14:paraId="30D1F131"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011EBC52"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132B4F43"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7F8C7D07"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4BA56A05" w14:textId="77777777" w:rsidR="008D43AB" w:rsidRDefault="008D43AB"/>
          <w:p w14:paraId="23E1166A" w14:textId="77777777" w:rsidR="008D43AB" w:rsidRDefault="00000000">
            <w:pPr>
              <w:spacing w:after="6" w:line="245" w:lineRule="auto"/>
            </w:pPr>
            <w:r>
              <w:rPr>
                <w:b/>
                <w:color w:val="000000"/>
                <w:sz w:val="15"/>
              </w:rPr>
              <w:t>1. URA – Razredni Koncert – Poslušam in izvajam</w:t>
            </w:r>
          </w:p>
          <w:p w14:paraId="0D2596C2"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7615576E" w14:textId="77777777" w:rsidR="008D43AB" w:rsidRDefault="00000000">
            <w:pPr>
              <w:spacing w:after="20" w:line="245" w:lineRule="auto"/>
            </w:pPr>
            <w:r>
              <w:rPr>
                <w:color w:val="D95BC6"/>
                <w:sz w:val="14"/>
              </w:rPr>
              <w:t>Dokaz: poslušalski gibalni odziv, ritmični/pevski odmev in učiteljev zapis o skupnem pulzu oziroma.</w:t>
            </w:r>
          </w:p>
          <w:p w14:paraId="2BC817B0" w14:textId="77777777" w:rsidR="008D43AB" w:rsidRDefault="00000000">
            <w:pPr>
              <w:spacing w:after="6" w:line="245" w:lineRule="auto"/>
            </w:pPr>
            <w:r>
              <w:rPr>
                <w:b/>
                <w:color w:val="000000"/>
                <w:sz w:val="15"/>
              </w:rPr>
              <w:t>2. URA – Razredni Koncert – Ustvarim in nastopim</w:t>
            </w:r>
          </w:p>
          <w:p w14:paraId="3641972D"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0D5163D4" w14:textId="77777777" w:rsidR="008D43AB" w:rsidRDefault="00000000">
            <w:pPr>
              <w:spacing w:after="20" w:line="245" w:lineRule="auto"/>
            </w:pPr>
            <w:r>
              <w:rPr>
                <w:color w:val="D95BC6"/>
                <w:sz w:val="14"/>
              </w:rPr>
              <w:t>Dokaz: slikovni zvočni zapis, skupinska izvedba/posnetek in vrstniška opisna povratna informacija.</w:t>
            </w:r>
          </w:p>
          <w:p w14:paraId="066F84A0" w14:textId="77777777" w:rsidR="008D43AB" w:rsidRDefault="00000000">
            <w:pPr>
              <w:spacing w:before="40" w:after="20" w:line="245" w:lineRule="auto"/>
            </w:pPr>
            <w:r>
              <w:rPr>
                <w:b/>
                <w:color w:val="D95BC6"/>
                <w:sz w:val="16"/>
              </w:rPr>
              <w:t>MOJ KROG POSTAJ</w:t>
            </w:r>
          </w:p>
          <w:p w14:paraId="7F3FA1F9" w14:textId="77777777" w:rsidR="008D43AB" w:rsidRDefault="00000000">
            <w:pPr>
              <w:spacing w:after="11" w:line="245" w:lineRule="auto"/>
            </w:pPr>
            <w:r>
              <w:rPr>
                <w:color w:val="000000"/>
                <w:sz w:val="14"/>
              </w:rPr>
              <w:t>1. Glas in dih: drža, tih vdih, pevski odmev in jasen začetek ter konec.</w:t>
            </w:r>
          </w:p>
          <w:p w14:paraId="4735C1F8" w14:textId="77777777" w:rsidR="008D43AB" w:rsidRDefault="00000000">
            <w:pPr>
              <w:spacing w:after="11" w:line="245" w:lineRule="auto"/>
            </w:pPr>
            <w:r>
              <w:rPr>
                <w:color w:val="000000"/>
                <w:sz w:val="14"/>
              </w:rPr>
              <w:t>2. Beseda in ritem: besedilo ritmično izrekam, razčlenim na zloge in povežem s telesnimi.</w:t>
            </w:r>
          </w:p>
          <w:p w14:paraId="745F3250" w14:textId="77777777" w:rsidR="008D43AB" w:rsidRDefault="00000000">
            <w:pPr>
              <w:spacing w:after="11" w:line="245" w:lineRule="auto"/>
            </w:pPr>
            <w:r>
              <w:rPr>
                <w:color w:val="000000"/>
                <w:sz w:val="14"/>
              </w:rPr>
              <w:t>3. Gibalno-pevska: melodijo ali značaj pesmi pokažem z gibanjem.</w:t>
            </w:r>
          </w:p>
          <w:p w14:paraId="031A247F" w14:textId="77777777" w:rsidR="008D43AB" w:rsidRDefault="00000000">
            <w:pPr>
              <w:spacing w:after="11" w:line="245" w:lineRule="auto"/>
            </w:pPr>
            <w:r>
              <w:rPr>
                <w:color w:val="000000"/>
                <w:sz w:val="14"/>
              </w:rPr>
              <w:t>4. Spremljava in nastop: izberem zvočilo, vadim skupinsko izvedbo.</w:t>
            </w:r>
          </w:p>
          <w:p w14:paraId="1CF6D250"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43EF070E" w14:textId="77777777" w:rsidR="008D43AB" w:rsidRDefault="00000000">
            <w:pPr>
              <w:spacing w:after="20" w:line="245" w:lineRule="auto"/>
            </w:pPr>
            <w:r>
              <w:rPr>
                <w:b/>
                <w:color w:val="D95BC6"/>
                <w:sz w:val="17"/>
              </w:rPr>
              <w:t>DOKAZ O UČENJU</w:t>
            </w:r>
          </w:p>
          <w:p w14:paraId="43EE7336"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3A8B3E9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89735C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AED0C3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FB2A6B" w14:textId="77777777" w:rsidR="008D43AB" w:rsidRDefault="00000000">
            <w:pPr>
              <w:jc w:val="center"/>
            </w:pPr>
            <w:r>
              <w:rPr>
                <w:b/>
                <w:color w:val="000000"/>
                <w:sz w:val="20"/>
              </w:rPr>
              <w:t>UČNE DEJAVNOSTI, METODE IN FORMATIVNO SPREMLJANJE</w:t>
            </w:r>
          </w:p>
        </w:tc>
      </w:tr>
      <w:tr w:rsidR="008D43AB" w14:paraId="0C7E516C" w14:textId="77777777">
        <w:trPr>
          <w:tblHeader/>
          <w:jc w:val="center"/>
        </w:trPr>
        <w:tc>
          <w:tcPr>
            <w:tcW w:w="4422" w:type="dxa"/>
            <w:vMerge/>
            <w:tcMar>
              <w:top w:w="70" w:type="dxa"/>
              <w:left w:w="90" w:type="dxa"/>
              <w:bottom w:w="70" w:type="dxa"/>
              <w:right w:w="90" w:type="dxa"/>
            </w:tcMar>
            <w:vAlign w:val="center"/>
          </w:tcPr>
          <w:p w14:paraId="1BF78E4E" w14:textId="77777777" w:rsidR="008D43AB" w:rsidRDefault="008D43AB"/>
        </w:tc>
        <w:tc>
          <w:tcPr>
            <w:tcW w:w="7087" w:type="dxa"/>
            <w:shd w:val="clear" w:color="auto" w:fill="FFFFFF"/>
            <w:tcMar>
              <w:top w:w="70" w:type="dxa"/>
              <w:left w:w="90" w:type="dxa"/>
              <w:bottom w:w="70" w:type="dxa"/>
              <w:right w:w="90" w:type="dxa"/>
            </w:tcMar>
            <w:vAlign w:val="center"/>
          </w:tcPr>
          <w:p w14:paraId="031B0CD9"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C89163" w14:textId="77777777" w:rsidR="008D43AB" w:rsidRDefault="00000000">
            <w:pPr>
              <w:jc w:val="center"/>
            </w:pPr>
            <w:r>
              <w:rPr>
                <w:b/>
                <w:color w:val="000000"/>
              </w:rPr>
              <w:t>UČENEC</w:t>
            </w:r>
          </w:p>
        </w:tc>
      </w:tr>
      <w:tr w:rsidR="008D43AB" w14:paraId="3417D019" w14:textId="77777777">
        <w:trPr>
          <w:jc w:val="center"/>
        </w:trPr>
        <w:tc>
          <w:tcPr>
            <w:tcW w:w="4422" w:type="dxa"/>
            <w:tcMar>
              <w:top w:w="70" w:type="dxa"/>
              <w:left w:w="90" w:type="dxa"/>
              <w:bottom w:w="70" w:type="dxa"/>
              <w:right w:w="90" w:type="dxa"/>
            </w:tcMar>
          </w:tcPr>
          <w:p w14:paraId="6506472B" w14:textId="77777777" w:rsidR="008D43AB" w:rsidRDefault="008D43AB"/>
          <w:p w14:paraId="3CE51988" w14:textId="77777777" w:rsidR="008D43AB" w:rsidRDefault="00000000">
            <w:pPr>
              <w:spacing w:after="40" w:line="245" w:lineRule="auto"/>
            </w:pPr>
            <w:r>
              <w:rPr>
                <w:b/>
                <w:color w:val="000000"/>
              </w:rPr>
              <w:t>FORMATIVNO SPREMLJANJE</w:t>
            </w:r>
          </w:p>
          <w:p w14:paraId="3C11593D" w14:textId="77777777" w:rsidR="008D43AB" w:rsidRDefault="00000000">
            <w:pPr>
              <w:pStyle w:val="Oznaenseznam"/>
              <w:spacing w:after="16"/>
            </w:pPr>
            <w:r>
              <w:rPr>
                <w:color w:val="000000"/>
                <w:sz w:val="16"/>
              </w:rPr>
              <w:t>predznanje: zvočna napoved, izbira kartice, gib, ritmični oziroma pevski poskus ali začetni simbol</w:t>
            </w:r>
          </w:p>
          <w:p w14:paraId="0099430B" w14:textId="77777777" w:rsidR="008D43AB" w:rsidRDefault="00000000">
            <w:pPr>
              <w:pStyle w:val="Oznaenseznam"/>
              <w:spacing w:after="16"/>
            </w:pPr>
            <w:r>
              <w:rPr>
                <w:color w:val="000000"/>
                <w:sz w:val="16"/>
              </w:rPr>
              <w:t>nameni in merila: kratka poved, slikovni znak, model izvedbe ter vidna pravila varne glasnosti</w:t>
            </w:r>
          </w:p>
          <w:p w14:paraId="12ADB439"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CE79D2A" w14:textId="77777777" w:rsidR="008D43AB" w:rsidRDefault="00000000">
            <w:pPr>
              <w:pStyle w:val="Oznaenseznam"/>
              <w:spacing w:after="16"/>
            </w:pPr>
            <w:r>
              <w:rPr>
                <w:color w:val="000000"/>
                <w:sz w:val="16"/>
              </w:rPr>
              <w:t>povratna informacija: opis slišane strategije, povezava z enim merilom in izvedljiv naslednji korak</w:t>
            </w:r>
          </w:p>
          <w:p w14:paraId="4C852AE9" w14:textId="77777777" w:rsidR="008D43AB" w:rsidRDefault="00000000">
            <w:pPr>
              <w:pStyle w:val="Oznaenseznam"/>
              <w:spacing w:after="16"/>
            </w:pPr>
            <w:r>
              <w:rPr>
                <w:color w:val="000000"/>
                <w:sz w:val="16"/>
              </w:rPr>
              <w:t>samovrednotenje: barvni zvočni semafor, lestvica samostojnosti, izbran dokaz in ponovna izvedba</w:t>
            </w:r>
          </w:p>
          <w:p w14:paraId="2BCC1C40" w14:textId="77777777" w:rsidR="008D43AB" w:rsidRDefault="00000000">
            <w:pPr>
              <w:spacing w:before="40" w:after="20" w:line="245" w:lineRule="auto"/>
            </w:pPr>
            <w:r>
              <w:rPr>
                <w:b/>
                <w:color w:val="000000"/>
                <w:sz w:val="17"/>
              </w:rPr>
              <w:t>VARNOST IN VAROVANJE SLUHA</w:t>
            </w:r>
          </w:p>
          <w:p w14:paraId="50649F1D"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3F38E989" w14:textId="77777777" w:rsidR="008D43AB" w:rsidRDefault="00000000">
            <w:pPr>
              <w:spacing w:after="20" w:line="245" w:lineRule="auto"/>
            </w:pPr>
            <w:r>
              <w:rPr>
                <w:b/>
                <w:color w:val="000000"/>
                <w:sz w:val="17"/>
              </w:rPr>
              <w:t>EVIDENCA PO IZVEDBI</w:t>
            </w:r>
          </w:p>
          <w:p w14:paraId="056409FC"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69DFBA86" w14:textId="77777777" w:rsidR="008D43AB" w:rsidRDefault="00000000">
            <w:pPr>
              <w:spacing w:before="40" w:after="20" w:line="245" w:lineRule="auto"/>
            </w:pPr>
            <w:r>
              <w:rPr>
                <w:b/>
                <w:color w:val="000000"/>
                <w:sz w:val="17"/>
              </w:rPr>
              <w:t>RAVEN DOSEGANJA</w:t>
            </w:r>
          </w:p>
          <w:p w14:paraId="47038670"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D4955C5"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3D26638" w14:textId="77777777">
              <w:trPr>
                <w:jc w:val="center"/>
              </w:trPr>
              <w:tc>
                <w:tcPr>
                  <w:tcW w:w="7087" w:type="dxa"/>
                  <w:shd w:val="clear" w:color="auto" w:fill="EDC9EA"/>
                  <w:tcMar>
                    <w:top w:w="45" w:type="dxa"/>
                    <w:left w:w="70" w:type="dxa"/>
                    <w:bottom w:w="45" w:type="dxa"/>
                    <w:right w:w="70" w:type="dxa"/>
                  </w:tcMar>
                </w:tcPr>
                <w:p w14:paraId="316C53AA" w14:textId="77777777" w:rsidR="008D43AB" w:rsidRDefault="00000000">
                  <w:pPr>
                    <w:keepNext/>
                  </w:pPr>
                  <w:r>
                    <w:rPr>
                      <w:b/>
                      <w:color w:val="000000"/>
                    </w:rPr>
                    <w:t>VPRAŠANJA V PODPORO GLASBENEMU UČENJU</w:t>
                  </w:r>
                </w:p>
              </w:tc>
            </w:tr>
          </w:tbl>
          <w:p w14:paraId="59A8346E" w14:textId="77777777" w:rsidR="008D43AB" w:rsidRDefault="008D43AB">
            <w:pPr>
              <w:spacing w:line="20" w:lineRule="exact"/>
            </w:pPr>
          </w:p>
          <w:p w14:paraId="24F041BF" w14:textId="77777777" w:rsidR="008D43AB" w:rsidRDefault="00000000">
            <w:pPr>
              <w:pStyle w:val="Oznaenseznam"/>
              <w:spacing w:after="16"/>
            </w:pPr>
            <w:r>
              <w:rPr>
                <w:color w:val="000000"/>
                <w:sz w:val="16"/>
              </w:rPr>
              <w:t>Kaj si v glasbi slišal/-a, začutil/-a ali pokazal/-a z gibanjem?</w:t>
            </w:r>
          </w:p>
          <w:p w14:paraId="3016F170" w14:textId="77777777" w:rsidR="008D43AB" w:rsidRDefault="00000000">
            <w:pPr>
              <w:pStyle w:val="Oznaenseznam"/>
              <w:spacing w:after="16"/>
            </w:pPr>
            <w:r>
              <w:rPr>
                <w:color w:val="000000"/>
                <w:sz w:val="16"/>
              </w:rPr>
              <w:t>Po katerem zvočnem znaku, lastnosti ali vzorcu si prepoznal/-a rešitev?</w:t>
            </w:r>
          </w:p>
          <w:p w14:paraId="7B39203D" w14:textId="77777777" w:rsidR="008D43AB" w:rsidRDefault="00000000">
            <w:pPr>
              <w:pStyle w:val="Oznaenseznam"/>
              <w:spacing w:after="16"/>
            </w:pPr>
            <w:r>
              <w:rPr>
                <w:color w:val="000000"/>
                <w:sz w:val="16"/>
              </w:rPr>
              <w:t>Kako veš, da je bil pulz, začetek, konec, glasnost ali skupinska izvedba skladna z merilom?</w:t>
            </w:r>
          </w:p>
          <w:p w14:paraId="5996BA19" w14:textId="77777777" w:rsidR="008D43AB" w:rsidRDefault="00000000">
            <w:pPr>
              <w:pStyle w:val="Oznaenseznam"/>
              <w:spacing w:after="16"/>
            </w:pPr>
            <w:r>
              <w:rPr>
                <w:color w:val="000000"/>
                <w:sz w:val="16"/>
              </w:rPr>
              <w:t>Zakaj si za motiv, osebo, dogodek ali okolje izbral/-a prav ta glas, predmet ali glasbilo?</w:t>
            </w:r>
          </w:p>
          <w:p w14:paraId="066E2754"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2CE4A16C" w14:textId="77777777">
              <w:trPr>
                <w:jc w:val="center"/>
              </w:trPr>
              <w:tc>
                <w:tcPr>
                  <w:tcW w:w="7087" w:type="dxa"/>
                  <w:shd w:val="clear" w:color="auto" w:fill="C6E7F3"/>
                  <w:tcMar>
                    <w:top w:w="45" w:type="dxa"/>
                    <w:left w:w="70" w:type="dxa"/>
                    <w:bottom w:w="45" w:type="dxa"/>
                    <w:right w:w="70" w:type="dxa"/>
                  </w:tcMar>
                </w:tcPr>
                <w:p w14:paraId="4AE7779D" w14:textId="77777777" w:rsidR="008D43AB" w:rsidRDefault="00000000">
                  <w:pPr>
                    <w:keepNext/>
                  </w:pPr>
                  <w:r>
                    <w:rPr>
                      <w:b/>
                      <w:color w:val="000000"/>
                    </w:rPr>
                    <w:t>ZAKLJUČNI DEL – NASTOP, POSLUŠALSKI ODZIV IN REFLEKSIJA (8–12 min)</w:t>
                  </w:r>
                </w:p>
              </w:tc>
            </w:tr>
          </w:tbl>
          <w:p w14:paraId="5A11687A" w14:textId="77777777" w:rsidR="008D43AB" w:rsidRDefault="008D43AB">
            <w:pPr>
              <w:spacing w:line="20" w:lineRule="exact"/>
            </w:pPr>
          </w:p>
          <w:p w14:paraId="68E1EBA8"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182CF1E2" w14:textId="77777777">
              <w:trPr>
                <w:jc w:val="center"/>
              </w:trPr>
              <w:tc>
                <w:tcPr>
                  <w:tcW w:w="7087" w:type="dxa"/>
                  <w:shd w:val="clear" w:color="auto" w:fill="EDC9EA"/>
                  <w:tcMar>
                    <w:top w:w="45" w:type="dxa"/>
                    <w:left w:w="70" w:type="dxa"/>
                    <w:bottom w:w="45" w:type="dxa"/>
                    <w:right w:w="70" w:type="dxa"/>
                  </w:tcMar>
                </w:tcPr>
                <w:p w14:paraId="3E1A75FB" w14:textId="77777777" w:rsidR="008D43AB" w:rsidRDefault="00000000">
                  <w:pPr>
                    <w:keepNext/>
                  </w:pPr>
                  <w:r>
                    <w:rPr>
                      <w:b/>
                      <w:color w:val="000000"/>
                    </w:rPr>
                    <w:t>SAMOVREDNOTENJE</w:t>
                  </w:r>
                </w:p>
              </w:tc>
            </w:tr>
          </w:tbl>
          <w:p w14:paraId="0F481A76" w14:textId="77777777" w:rsidR="008D43AB" w:rsidRDefault="008D43AB">
            <w:pPr>
              <w:spacing w:line="20" w:lineRule="exact"/>
            </w:pPr>
          </w:p>
          <w:p w14:paraId="5C2BCC8D"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69103956" w14:textId="77777777">
              <w:trPr>
                <w:jc w:val="center"/>
              </w:trPr>
              <w:tc>
                <w:tcPr>
                  <w:tcW w:w="7087" w:type="dxa"/>
                  <w:shd w:val="clear" w:color="auto" w:fill="EDC9EA"/>
                  <w:tcMar>
                    <w:top w:w="45" w:type="dxa"/>
                    <w:left w:w="70" w:type="dxa"/>
                    <w:bottom w:w="45" w:type="dxa"/>
                    <w:right w:w="70" w:type="dxa"/>
                  </w:tcMar>
                </w:tcPr>
                <w:p w14:paraId="17531318" w14:textId="77777777" w:rsidR="008D43AB" w:rsidRDefault="00000000">
                  <w:pPr>
                    <w:keepNext/>
                  </w:pPr>
                  <w:r>
                    <w:rPr>
                      <w:b/>
                      <w:color w:val="000000"/>
                    </w:rPr>
                    <w:t>VRSTNIŠKO VREDNOTENJE</w:t>
                  </w:r>
                </w:p>
              </w:tc>
            </w:tr>
          </w:tbl>
          <w:p w14:paraId="2E748C3C" w14:textId="77777777" w:rsidR="008D43AB" w:rsidRDefault="008D43AB">
            <w:pPr>
              <w:spacing w:line="20" w:lineRule="exact"/>
            </w:pPr>
          </w:p>
          <w:p w14:paraId="4834942A"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39EC34C7" w14:textId="77777777">
              <w:trPr>
                <w:jc w:val="center"/>
              </w:trPr>
              <w:tc>
                <w:tcPr>
                  <w:tcW w:w="7087" w:type="dxa"/>
                  <w:shd w:val="clear" w:color="auto" w:fill="EDC9EA"/>
                  <w:tcMar>
                    <w:top w:w="45" w:type="dxa"/>
                    <w:left w:w="70" w:type="dxa"/>
                    <w:bottom w:w="45" w:type="dxa"/>
                    <w:right w:w="70" w:type="dxa"/>
                  </w:tcMar>
                </w:tcPr>
                <w:p w14:paraId="2424FC35" w14:textId="77777777" w:rsidR="008D43AB" w:rsidRDefault="00000000">
                  <w:pPr>
                    <w:keepNext/>
                  </w:pPr>
                  <w:r>
                    <w:rPr>
                      <w:b/>
                      <w:color w:val="000000"/>
                    </w:rPr>
                    <w:t>SKUPNI POVZETEK</w:t>
                  </w:r>
                </w:p>
              </w:tc>
            </w:tr>
          </w:tbl>
          <w:p w14:paraId="35B1809F" w14:textId="77777777" w:rsidR="008D43AB" w:rsidRDefault="008D43AB"/>
          <w:p w14:paraId="75A034CA" w14:textId="77777777" w:rsidR="008D43AB" w:rsidRDefault="00000000">
            <w:pPr>
              <w:spacing w:before="20" w:after="40" w:line="245" w:lineRule="auto"/>
            </w:pPr>
            <w:r>
              <w:rPr>
                <w:b/>
                <w:color w:val="000000"/>
                <w:sz w:val="16"/>
              </w:rPr>
              <w:t>izvedem pesem ali ritem; poslušam vrstnike; poda prijazno povratno informacijo. Izbrani dokaz pojasnim in po povratni informaciji izboljšam.</w:t>
            </w:r>
          </w:p>
        </w:tc>
        <w:tc>
          <w:tcPr>
            <w:tcW w:w="2551" w:type="dxa"/>
            <w:tcMar>
              <w:top w:w="70" w:type="dxa"/>
              <w:left w:w="90" w:type="dxa"/>
              <w:bottom w:w="70" w:type="dxa"/>
              <w:right w:w="90" w:type="dxa"/>
            </w:tcMar>
          </w:tcPr>
          <w:p w14:paraId="1E163234" w14:textId="77777777" w:rsidR="008D43AB" w:rsidRDefault="008D43AB"/>
          <w:p w14:paraId="5490C271" w14:textId="77777777" w:rsidR="008D43AB" w:rsidRDefault="00000000">
            <w:pPr>
              <w:spacing w:after="80" w:line="245" w:lineRule="auto"/>
            </w:pPr>
            <w:r>
              <w:rPr>
                <w:color w:val="000000"/>
                <w:sz w:val="16"/>
              </w:rPr>
              <w:t>Odgovarja na podporna vprašanja in se sklicuje na slišano, izvedeno, ustvarjeno ali zapisano.</w:t>
            </w:r>
          </w:p>
          <w:p w14:paraId="508042D0" w14:textId="77777777" w:rsidR="008D43AB" w:rsidRDefault="00000000">
            <w:pPr>
              <w:spacing w:after="80" w:line="245" w:lineRule="auto"/>
            </w:pPr>
            <w:r>
              <w:rPr>
                <w:color w:val="000000"/>
                <w:sz w:val="16"/>
              </w:rPr>
              <w:t>Predstavi izbrani dokaz ter pove, katero merilo z njim pokaže.</w:t>
            </w:r>
          </w:p>
          <w:p w14:paraId="639016A1" w14:textId="77777777" w:rsidR="008D43AB" w:rsidRDefault="00000000">
            <w:pPr>
              <w:spacing w:after="80" w:line="245" w:lineRule="auto"/>
            </w:pPr>
            <w:r>
              <w:rPr>
                <w:color w:val="000000"/>
                <w:sz w:val="16"/>
              </w:rPr>
              <w:t>Posluša vrstnika, opiše eno slišano moč in poda prijazen predlog za izboljšavo.</w:t>
            </w:r>
          </w:p>
          <w:p w14:paraId="29C0FC00" w14:textId="77777777" w:rsidR="008D43AB" w:rsidRDefault="00000000">
            <w:pPr>
              <w:spacing w:after="80" w:line="245" w:lineRule="auto"/>
            </w:pPr>
            <w:r>
              <w:rPr>
                <w:color w:val="000000"/>
                <w:sz w:val="16"/>
              </w:rPr>
              <w:t>Po povratni informaciji izvedbo, gib, ritem, zvočno izbiro ali slikovni zapis ponovi in izboljša.</w:t>
            </w:r>
          </w:p>
          <w:p w14:paraId="6B9059D9" w14:textId="77777777" w:rsidR="008D43AB" w:rsidRDefault="00000000">
            <w:pPr>
              <w:spacing w:after="100" w:line="245" w:lineRule="auto"/>
            </w:pPr>
            <w:r>
              <w:rPr>
                <w:color w:val="000000"/>
                <w:sz w:val="16"/>
              </w:rPr>
              <w:t>Izbere raven samostojnosti ter določi majhen in izvedljiv naslednji glasbeni korak.</w:t>
            </w:r>
          </w:p>
          <w:p w14:paraId="1BD3CF79" w14:textId="77777777" w:rsidR="008D43AB" w:rsidRDefault="00000000">
            <w:pPr>
              <w:spacing w:after="20" w:line="245" w:lineRule="auto"/>
            </w:pPr>
            <w:r>
              <w:rPr>
                <w:b/>
                <w:color w:val="D95BC6"/>
                <w:sz w:val="17"/>
              </w:rPr>
              <w:t>DOKAZ O UČENJU</w:t>
            </w:r>
          </w:p>
          <w:p w14:paraId="27CB0F54"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10972CF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5CA84044" w14:textId="77777777">
        <w:trPr>
          <w:cantSplit/>
          <w:jc w:val="center"/>
        </w:trPr>
        <w:tc>
          <w:tcPr>
            <w:tcW w:w="14060" w:type="dxa"/>
            <w:gridSpan w:val="6"/>
            <w:tcMar>
              <w:top w:w="70" w:type="dxa"/>
              <w:left w:w="90" w:type="dxa"/>
              <w:bottom w:w="70" w:type="dxa"/>
              <w:right w:w="90" w:type="dxa"/>
            </w:tcMar>
            <w:vAlign w:val="center"/>
          </w:tcPr>
          <w:p w14:paraId="12A4F06D" w14:textId="77777777" w:rsidR="008D43AB" w:rsidRDefault="00000000">
            <w:pPr>
              <w:jc w:val="center"/>
            </w:pPr>
            <w:r>
              <w:rPr>
                <w:b/>
                <w:color w:val="000000"/>
                <w:sz w:val="24"/>
              </w:rPr>
              <w:lastRenderedPageBreak/>
              <w:t>UČNA PRIPRAVA 24/39</w:t>
            </w:r>
          </w:p>
        </w:tc>
      </w:tr>
      <w:tr w:rsidR="008D43AB" w14:paraId="17BA91A9" w14:textId="77777777">
        <w:trPr>
          <w:jc w:val="center"/>
        </w:trPr>
        <w:tc>
          <w:tcPr>
            <w:tcW w:w="2665" w:type="dxa"/>
            <w:tcMar>
              <w:top w:w="70" w:type="dxa"/>
              <w:left w:w="90" w:type="dxa"/>
              <w:bottom w:w="70" w:type="dxa"/>
              <w:right w:w="90" w:type="dxa"/>
            </w:tcMar>
            <w:vAlign w:val="center"/>
          </w:tcPr>
          <w:p w14:paraId="3DB65329"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6A1194C"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D544470"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4D24FA2" w14:textId="77777777" w:rsidR="008D43AB" w:rsidRDefault="00000000">
            <w:r>
              <w:rPr>
                <w:b/>
                <w:color w:val="000000"/>
                <w:sz w:val="16"/>
              </w:rPr>
              <w:t xml:space="preserve">NAČRTOVANI TERMIN: </w:t>
            </w:r>
            <w:r>
              <w:rPr>
                <w:color w:val="000000"/>
                <w:sz w:val="16"/>
              </w:rPr>
              <w:t>24. teden • 1.–5. 3. 2027</w:t>
            </w:r>
          </w:p>
        </w:tc>
        <w:tc>
          <w:tcPr>
            <w:tcW w:w="2268" w:type="dxa"/>
            <w:tcMar>
              <w:top w:w="70" w:type="dxa"/>
              <w:left w:w="90" w:type="dxa"/>
              <w:bottom w:w="70" w:type="dxa"/>
              <w:right w:w="90" w:type="dxa"/>
            </w:tcMar>
            <w:vAlign w:val="center"/>
          </w:tcPr>
          <w:p w14:paraId="7345D69C"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94719ED" w14:textId="77777777" w:rsidR="008D43AB" w:rsidRDefault="00000000">
            <w:r>
              <w:rPr>
                <w:b/>
                <w:color w:val="000000"/>
                <w:sz w:val="16"/>
              </w:rPr>
              <w:t xml:space="preserve">ŠTEVILO UR: </w:t>
            </w:r>
            <w:r>
              <w:rPr>
                <w:color w:val="000000"/>
                <w:sz w:val="16"/>
              </w:rPr>
              <w:t>2</w:t>
            </w:r>
          </w:p>
        </w:tc>
      </w:tr>
      <w:tr w:rsidR="008D43AB" w14:paraId="2BE9927C" w14:textId="77777777">
        <w:trPr>
          <w:jc w:val="center"/>
        </w:trPr>
        <w:tc>
          <w:tcPr>
            <w:tcW w:w="14061" w:type="dxa"/>
            <w:gridSpan w:val="6"/>
            <w:tcMar>
              <w:top w:w="70" w:type="dxa"/>
              <w:left w:w="90" w:type="dxa"/>
              <w:bottom w:w="70" w:type="dxa"/>
              <w:right w:w="90" w:type="dxa"/>
            </w:tcMar>
            <w:vAlign w:val="center"/>
          </w:tcPr>
          <w:p w14:paraId="6B72BDD5"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328E2EBA" w14:textId="77777777">
        <w:trPr>
          <w:cantSplit/>
          <w:jc w:val="center"/>
        </w:trPr>
        <w:tc>
          <w:tcPr>
            <w:tcW w:w="14060" w:type="dxa"/>
            <w:gridSpan w:val="6"/>
            <w:tcMar>
              <w:top w:w="70" w:type="dxa"/>
              <w:left w:w="90" w:type="dxa"/>
              <w:bottom w:w="70" w:type="dxa"/>
              <w:right w:w="90" w:type="dxa"/>
            </w:tcMar>
            <w:vAlign w:val="center"/>
          </w:tcPr>
          <w:p w14:paraId="3AA56D7F" w14:textId="77777777" w:rsidR="008D43AB" w:rsidRDefault="008D43AB"/>
          <w:p w14:paraId="776681CB" w14:textId="77777777" w:rsidR="008D43AB" w:rsidRDefault="00000000">
            <w:pPr>
              <w:spacing w:line="245" w:lineRule="auto"/>
            </w:pPr>
            <w:r>
              <w:rPr>
                <w:b/>
                <w:color w:val="000000"/>
                <w:sz w:val="16"/>
              </w:rPr>
              <w:t xml:space="preserve">UČNI SKLOP: </w:t>
            </w:r>
            <w:r>
              <w:rPr>
                <w:color w:val="000000"/>
                <w:sz w:val="16"/>
              </w:rPr>
              <w:t>ŽIVIM ZDRAVO – JAZ IN DOBRO POČUTJE</w:t>
            </w:r>
          </w:p>
        </w:tc>
      </w:tr>
      <w:tr w:rsidR="008D43AB" w14:paraId="6C2C4344" w14:textId="77777777">
        <w:trPr>
          <w:cantSplit/>
          <w:jc w:val="center"/>
        </w:trPr>
        <w:tc>
          <w:tcPr>
            <w:tcW w:w="14060" w:type="dxa"/>
            <w:gridSpan w:val="6"/>
            <w:tcMar>
              <w:top w:w="70" w:type="dxa"/>
              <w:left w:w="90" w:type="dxa"/>
              <w:bottom w:w="70" w:type="dxa"/>
              <w:right w:w="90" w:type="dxa"/>
            </w:tcMar>
            <w:vAlign w:val="center"/>
          </w:tcPr>
          <w:p w14:paraId="13A3514B" w14:textId="77777777" w:rsidR="008D43AB" w:rsidRDefault="008D43AB"/>
          <w:p w14:paraId="7B7254CD" w14:textId="77777777" w:rsidR="008D43AB" w:rsidRDefault="00000000">
            <w:pPr>
              <w:spacing w:line="245" w:lineRule="auto"/>
            </w:pPr>
            <w:r>
              <w:rPr>
                <w:b/>
                <w:color w:val="000000"/>
                <w:sz w:val="16"/>
              </w:rPr>
              <w:t xml:space="preserve">UČNA TEMA: </w:t>
            </w:r>
            <w:r>
              <w:rPr>
                <w:color w:val="000000"/>
                <w:sz w:val="16"/>
              </w:rPr>
              <w:t>GLAS IN DIH</w:t>
            </w:r>
          </w:p>
        </w:tc>
      </w:tr>
      <w:tr w:rsidR="008D43AB" w14:paraId="318D6EA9" w14:textId="77777777">
        <w:trPr>
          <w:cantSplit/>
          <w:jc w:val="center"/>
        </w:trPr>
        <w:tc>
          <w:tcPr>
            <w:tcW w:w="14060" w:type="dxa"/>
            <w:gridSpan w:val="6"/>
            <w:tcMar>
              <w:top w:w="70" w:type="dxa"/>
              <w:left w:w="90" w:type="dxa"/>
              <w:bottom w:w="70" w:type="dxa"/>
              <w:right w:w="90" w:type="dxa"/>
            </w:tcMar>
            <w:vAlign w:val="center"/>
          </w:tcPr>
          <w:p w14:paraId="791D7F36" w14:textId="77777777" w:rsidR="008D43AB" w:rsidRDefault="008D43AB"/>
          <w:p w14:paraId="7BA63007" w14:textId="77777777" w:rsidR="008D43AB" w:rsidRDefault="00000000">
            <w:pPr>
              <w:spacing w:line="245" w:lineRule="auto"/>
            </w:pPr>
            <w:r>
              <w:rPr>
                <w:b/>
                <w:color w:val="000000"/>
                <w:sz w:val="16"/>
              </w:rPr>
              <w:t xml:space="preserve">KNJIŽEVNO / MOTIVNO IZHODIŠČE: </w:t>
            </w:r>
            <w:r>
              <w:rPr>
                <w:color w:val="000000"/>
                <w:sz w:val="16"/>
              </w:rPr>
              <w:t>»Sapramiška« – Svetlana Makarovič • telo, zobje, čutila, pomoč in vztrajnost</w:t>
            </w:r>
          </w:p>
        </w:tc>
      </w:tr>
      <w:tr w:rsidR="008D43AB" w14:paraId="1F0E671B" w14:textId="77777777">
        <w:trPr>
          <w:cantSplit/>
          <w:jc w:val="center"/>
        </w:trPr>
        <w:tc>
          <w:tcPr>
            <w:tcW w:w="14060" w:type="dxa"/>
            <w:gridSpan w:val="6"/>
            <w:tcMar>
              <w:top w:w="70" w:type="dxa"/>
              <w:left w:w="90" w:type="dxa"/>
              <w:bottom w:w="70" w:type="dxa"/>
              <w:right w:w="90" w:type="dxa"/>
            </w:tcMar>
            <w:vAlign w:val="center"/>
          </w:tcPr>
          <w:p w14:paraId="19DB1573" w14:textId="77777777" w:rsidR="008D43AB" w:rsidRDefault="008D43AB"/>
          <w:p w14:paraId="04D29E45" w14:textId="77777777" w:rsidR="008D43AB" w:rsidRDefault="00000000">
            <w:pPr>
              <w:spacing w:line="245" w:lineRule="auto"/>
            </w:pPr>
            <w:r>
              <w:rPr>
                <w:b/>
                <w:color w:val="000000"/>
                <w:sz w:val="16"/>
              </w:rPr>
              <w:t xml:space="preserve">GLASBENO IZHODIŠČE / REPERTOAR: </w:t>
            </w:r>
            <w:r>
              <w:rPr>
                <w:color w:val="000000"/>
                <w:sz w:val="16"/>
              </w:rPr>
              <w:t>»Sinička se je usedla«; glas, dih, govor in petje</w:t>
            </w:r>
          </w:p>
        </w:tc>
      </w:tr>
      <w:tr w:rsidR="008D43AB" w14:paraId="60638CC4" w14:textId="77777777">
        <w:trPr>
          <w:cantSplit/>
          <w:jc w:val="center"/>
        </w:trPr>
        <w:tc>
          <w:tcPr>
            <w:tcW w:w="14060" w:type="dxa"/>
            <w:gridSpan w:val="6"/>
            <w:tcMar>
              <w:top w:w="70" w:type="dxa"/>
              <w:left w:w="90" w:type="dxa"/>
              <w:bottom w:w="70" w:type="dxa"/>
              <w:right w:w="90" w:type="dxa"/>
            </w:tcMar>
            <w:vAlign w:val="center"/>
          </w:tcPr>
          <w:p w14:paraId="06962678" w14:textId="77777777" w:rsidR="008D43AB" w:rsidRDefault="008D43AB"/>
          <w:p w14:paraId="494E6AC9" w14:textId="77777777" w:rsidR="008D43AB" w:rsidRDefault="00000000">
            <w:pPr>
              <w:spacing w:line="245" w:lineRule="auto"/>
            </w:pPr>
            <w:r>
              <w:rPr>
                <w:b/>
                <w:color w:val="000000"/>
                <w:sz w:val="16"/>
              </w:rPr>
              <w:t xml:space="preserve">UČNE ENOTE: </w:t>
            </w:r>
            <w:r>
              <w:rPr>
                <w:color w:val="000000"/>
                <w:sz w:val="16"/>
              </w:rPr>
              <w:t>1. ura – Glas In Dih – Poslušam in izvajam • 2. ura – Glas In Dih – Ustvarim in nastopim</w:t>
            </w:r>
          </w:p>
        </w:tc>
      </w:tr>
      <w:tr w:rsidR="008D43AB" w14:paraId="17AD625C" w14:textId="77777777">
        <w:trPr>
          <w:cantSplit/>
          <w:jc w:val="center"/>
        </w:trPr>
        <w:tc>
          <w:tcPr>
            <w:tcW w:w="14060" w:type="dxa"/>
            <w:gridSpan w:val="6"/>
            <w:tcMar>
              <w:top w:w="70" w:type="dxa"/>
              <w:left w:w="90" w:type="dxa"/>
              <w:bottom w:w="70" w:type="dxa"/>
              <w:right w:w="90" w:type="dxa"/>
            </w:tcMar>
            <w:vAlign w:val="center"/>
          </w:tcPr>
          <w:p w14:paraId="661C1CAF" w14:textId="77777777" w:rsidR="008D43AB" w:rsidRDefault="008D43AB"/>
          <w:p w14:paraId="5F854B7A"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76082CB8" w14:textId="77777777">
        <w:trPr>
          <w:cantSplit/>
          <w:jc w:val="center"/>
        </w:trPr>
        <w:tc>
          <w:tcPr>
            <w:tcW w:w="14060" w:type="dxa"/>
            <w:gridSpan w:val="6"/>
            <w:tcMar>
              <w:top w:w="70" w:type="dxa"/>
              <w:left w:w="90" w:type="dxa"/>
              <w:bottom w:w="70" w:type="dxa"/>
              <w:right w:w="90" w:type="dxa"/>
            </w:tcMar>
            <w:vAlign w:val="center"/>
          </w:tcPr>
          <w:p w14:paraId="71A3317F" w14:textId="77777777" w:rsidR="008D43AB" w:rsidRDefault="008D43AB"/>
          <w:p w14:paraId="1CAEB951"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359827ED" w14:textId="77777777">
        <w:trPr>
          <w:cantSplit/>
          <w:jc w:val="center"/>
        </w:trPr>
        <w:tc>
          <w:tcPr>
            <w:tcW w:w="14060" w:type="dxa"/>
            <w:gridSpan w:val="6"/>
            <w:tcMar>
              <w:top w:w="70" w:type="dxa"/>
              <w:left w:w="90" w:type="dxa"/>
              <w:bottom w:w="70" w:type="dxa"/>
              <w:right w:w="90" w:type="dxa"/>
            </w:tcMar>
            <w:vAlign w:val="center"/>
          </w:tcPr>
          <w:p w14:paraId="32A875F2" w14:textId="77777777" w:rsidR="008D43AB" w:rsidRDefault="008D43AB"/>
          <w:p w14:paraId="03C19C5C"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14CBA576" w14:textId="77777777">
        <w:trPr>
          <w:cantSplit/>
          <w:jc w:val="center"/>
        </w:trPr>
        <w:tc>
          <w:tcPr>
            <w:tcW w:w="14060" w:type="dxa"/>
            <w:gridSpan w:val="6"/>
            <w:tcMar>
              <w:top w:w="70" w:type="dxa"/>
              <w:left w:w="90" w:type="dxa"/>
              <w:bottom w:w="70" w:type="dxa"/>
              <w:right w:w="90" w:type="dxa"/>
            </w:tcMar>
            <w:vAlign w:val="center"/>
          </w:tcPr>
          <w:p w14:paraId="294072E9" w14:textId="77777777" w:rsidR="008D43AB" w:rsidRDefault="008D43AB"/>
          <w:p w14:paraId="288516E2" w14:textId="77777777" w:rsidR="008D43AB" w:rsidRDefault="00000000">
            <w:pPr>
              <w:spacing w:line="245" w:lineRule="auto"/>
            </w:pPr>
            <w:r>
              <w:rPr>
                <w:b/>
                <w:color w:val="000000"/>
                <w:sz w:val="16"/>
              </w:rPr>
              <w:t xml:space="preserve">MEDPREDMETNE POVEZAVE: </w:t>
            </w:r>
            <w:r>
              <w:rPr>
                <w:color w:val="000000"/>
                <w:sz w:val="16"/>
              </w:rPr>
              <w:t>SPO – telo, zobje, čutila, pomoč in vztrajnost; SLJ – poslušanje, ritmični govor in opis doživetja; ŠPO – pulz, tempo, gibalni odziv in prostorska orientacija; LUM – simbol, barva, linija in zvočni zapis</w:t>
            </w:r>
          </w:p>
        </w:tc>
      </w:tr>
      <w:tr w:rsidR="008D43AB" w14:paraId="505A24B3" w14:textId="77777777">
        <w:trPr>
          <w:cantSplit/>
          <w:jc w:val="center"/>
        </w:trPr>
        <w:tc>
          <w:tcPr>
            <w:tcW w:w="14060" w:type="dxa"/>
            <w:gridSpan w:val="6"/>
            <w:tcMar>
              <w:top w:w="70" w:type="dxa"/>
              <w:left w:w="90" w:type="dxa"/>
              <w:bottom w:w="70" w:type="dxa"/>
              <w:right w:w="90" w:type="dxa"/>
            </w:tcMar>
            <w:vAlign w:val="center"/>
          </w:tcPr>
          <w:p w14:paraId="63974CAC" w14:textId="77777777" w:rsidR="008D43AB" w:rsidRDefault="008D43AB"/>
          <w:p w14:paraId="3E655427"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03EB7ACE" w14:textId="77777777">
        <w:trPr>
          <w:cantSplit/>
          <w:jc w:val="center"/>
        </w:trPr>
        <w:tc>
          <w:tcPr>
            <w:tcW w:w="14060" w:type="dxa"/>
            <w:gridSpan w:val="6"/>
            <w:tcMar>
              <w:top w:w="70" w:type="dxa"/>
              <w:left w:w="90" w:type="dxa"/>
              <w:bottom w:w="70" w:type="dxa"/>
              <w:right w:w="90" w:type="dxa"/>
            </w:tcMar>
            <w:vAlign w:val="center"/>
          </w:tcPr>
          <w:p w14:paraId="2D3EBA46" w14:textId="77777777" w:rsidR="008D43AB" w:rsidRDefault="008D43AB"/>
          <w:p w14:paraId="5A7CE1B3"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67D48AD6" w14:textId="77777777">
        <w:trPr>
          <w:cantSplit/>
          <w:jc w:val="center"/>
        </w:trPr>
        <w:tc>
          <w:tcPr>
            <w:tcW w:w="14060" w:type="dxa"/>
            <w:gridSpan w:val="6"/>
            <w:tcMar>
              <w:top w:w="70" w:type="dxa"/>
              <w:left w:w="90" w:type="dxa"/>
              <w:bottom w:w="70" w:type="dxa"/>
              <w:right w:w="90" w:type="dxa"/>
            </w:tcMar>
            <w:vAlign w:val="center"/>
          </w:tcPr>
          <w:p w14:paraId="7BD2DE17" w14:textId="77777777" w:rsidR="008D43AB" w:rsidRDefault="008D43AB"/>
          <w:p w14:paraId="639F0D77"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67C8B209" w14:textId="77777777">
        <w:trPr>
          <w:cantSplit/>
          <w:jc w:val="center"/>
        </w:trPr>
        <w:tc>
          <w:tcPr>
            <w:tcW w:w="14060" w:type="dxa"/>
            <w:gridSpan w:val="6"/>
            <w:tcMar>
              <w:top w:w="70" w:type="dxa"/>
              <w:left w:w="90" w:type="dxa"/>
              <w:bottom w:w="70" w:type="dxa"/>
              <w:right w:w="90" w:type="dxa"/>
            </w:tcMar>
            <w:vAlign w:val="center"/>
          </w:tcPr>
          <w:p w14:paraId="5FDF1034" w14:textId="77777777" w:rsidR="008D43AB" w:rsidRDefault="008D43AB"/>
          <w:p w14:paraId="0B7D7A47"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1962DE9C"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1E3B13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02CA4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31619AB" w14:textId="77777777" w:rsidR="008D43AB" w:rsidRDefault="00000000">
            <w:pPr>
              <w:jc w:val="center"/>
            </w:pPr>
            <w:r>
              <w:rPr>
                <w:b/>
                <w:color w:val="000000"/>
                <w:sz w:val="20"/>
              </w:rPr>
              <w:t>UČNE DEJAVNOSTI, METODE IN FORMATIVNO SPREMLJANJE</w:t>
            </w:r>
          </w:p>
        </w:tc>
      </w:tr>
      <w:tr w:rsidR="008D43AB" w14:paraId="5120460F" w14:textId="77777777">
        <w:trPr>
          <w:tblHeader/>
          <w:jc w:val="center"/>
        </w:trPr>
        <w:tc>
          <w:tcPr>
            <w:tcW w:w="4422" w:type="dxa"/>
            <w:vMerge/>
            <w:tcMar>
              <w:top w:w="70" w:type="dxa"/>
              <w:left w:w="90" w:type="dxa"/>
              <w:bottom w:w="70" w:type="dxa"/>
              <w:right w:w="90" w:type="dxa"/>
            </w:tcMar>
            <w:vAlign w:val="center"/>
          </w:tcPr>
          <w:p w14:paraId="7711F566" w14:textId="77777777" w:rsidR="008D43AB" w:rsidRDefault="008D43AB"/>
        </w:tc>
        <w:tc>
          <w:tcPr>
            <w:tcW w:w="7087" w:type="dxa"/>
            <w:shd w:val="clear" w:color="auto" w:fill="FFFFFF"/>
            <w:tcMar>
              <w:top w:w="70" w:type="dxa"/>
              <w:left w:w="90" w:type="dxa"/>
              <w:bottom w:w="70" w:type="dxa"/>
              <w:right w:w="90" w:type="dxa"/>
            </w:tcMar>
            <w:vAlign w:val="center"/>
          </w:tcPr>
          <w:p w14:paraId="07003E46"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61AC6B" w14:textId="77777777" w:rsidR="008D43AB" w:rsidRDefault="00000000">
            <w:pPr>
              <w:jc w:val="center"/>
            </w:pPr>
            <w:r>
              <w:rPr>
                <w:b/>
                <w:color w:val="000000"/>
              </w:rPr>
              <w:t>UČENEC</w:t>
            </w:r>
          </w:p>
        </w:tc>
      </w:tr>
      <w:tr w:rsidR="008D43AB" w14:paraId="0B38118C" w14:textId="77777777">
        <w:trPr>
          <w:jc w:val="center"/>
        </w:trPr>
        <w:tc>
          <w:tcPr>
            <w:tcW w:w="4422" w:type="dxa"/>
            <w:tcMar>
              <w:top w:w="70" w:type="dxa"/>
              <w:left w:w="90" w:type="dxa"/>
              <w:bottom w:w="70" w:type="dxa"/>
              <w:right w:w="90" w:type="dxa"/>
            </w:tcMar>
          </w:tcPr>
          <w:p w14:paraId="5E2C8856" w14:textId="77777777" w:rsidR="008D43AB" w:rsidRDefault="008D43AB"/>
          <w:p w14:paraId="6D7731BE" w14:textId="77777777" w:rsidR="008D43AB" w:rsidRDefault="00000000">
            <w:pPr>
              <w:spacing w:after="60" w:line="245" w:lineRule="auto"/>
            </w:pPr>
            <w:r>
              <w:rPr>
                <w:b/>
                <w:color w:val="000000"/>
              </w:rPr>
              <w:t>UČNI CILJI</w:t>
            </w:r>
          </w:p>
          <w:p w14:paraId="10BC3273" w14:textId="77777777" w:rsidR="008D43AB" w:rsidRDefault="00000000">
            <w:pPr>
              <w:spacing w:after="20" w:line="245" w:lineRule="auto"/>
            </w:pPr>
            <w:r>
              <w:rPr>
                <w:b/>
                <w:color w:val="000000"/>
                <w:sz w:val="17"/>
              </w:rPr>
              <w:t>SPLOŠNI</w:t>
            </w:r>
          </w:p>
          <w:p w14:paraId="1EE812F6"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482C2F26" w14:textId="77777777" w:rsidR="008D43AB" w:rsidRDefault="00000000">
            <w:pPr>
              <w:pStyle w:val="Oznaenseznam"/>
              <w:spacing w:after="16"/>
            </w:pPr>
            <w:r>
              <w:rPr>
                <w:color w:val="000000"/>
                <w:sz w:val="16"/>
              </w:rPr>
              <w:t>poje, ritmično govori ter uporablja telo, glasbila in predmete kot zvočne vire</w:t>
            </w:r>
          </w:p>
          <w:p w14:paraId="62199F17" w14:textId="77777777" w:rsidR="008D43AB" w:rsidRDefault="00000000">
            <w:pPr>
              <w:pStyle w:val="Oznaenseznam"/>
              <w:spacing w:after="16"/>
            </w:pPr>
            <w:r>
              <w:rPr>
                <w:color w:val="000000"/>
                <w:sz w:val="16"/>
              </w:rPr>
              <w:t>razlikuje izbrane lastnosti zvoka in glasbe ter varuje sluh in odgovorno uporablja glasbila</w:t>
            </w:r>
          </w:p>
          <w:p w14:paraId="0BF930D7"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1D368C4" w14:textId="77777777" w:rsidR="008D43AB" w:rsidRDefault="00000000">
            <w:pPr>
              <w:spacing w:before="40" w:after="20" w:line="245" w:lineRule="auto"/>
            </w:pPr>
            <w:r>
              <w:rPr>
                <w:b/>
                <w:color w:val="000000"/>
                <w:sz w:val="17"/>
              </w:rPr>
              <w:t>OPERATIVNI</w:t>
            </w:r>
          </w:p>
          <w:p w14:paraId="56671E0A" w14:textId="77777777" w:rsidR="008D43AB" w:rsidRDefault="00000000">
            <w:pPr>
              <w:pStyle w:val="Oznaenseznam"/>
              <w:spacing w:after="16"/>
            </w:pPr>
            <w:r>
              <w:rPr>
                <w:color w:val="000000"/>
                <w:sz w:val="16"/>
              </w:rPr>
              <w:t>raziskuje glas</w:t>
            </w:r>
          </w:p>
          <w:p w14:paraId="4CF842C5" w14:textId="77777777" w:rsidR="008D43AB" w:rsidRDefault="00000000">
            <w:pPr>
              <w:pStyle w:val="Oznaenseznam"/>
              <w:spacing w:after="16"/>
            </w:pPr>
            <w:r>
              <w:rPr>
                <w:color w:val="000000"/>
                <w:sz w:val="16"/>
              </w:rPr>
              <w:t>poje ob pravilnem dihanju</w:t>
            </w:r>
          </w:p>
          <w:p w14:paraId="6B2650F0" w14:textId="77777777" w:rsidR="008D43AB" w:rsidRDefault="00000000">
            <w:pPr>
              <w:pStyle w:val="Oznaenseznam"/>
              <w:spacing w:after="16"/>
            </w:pPr>
            <w:r>
              <w:rPr>
                <w:color w:val="000000"/>
                <w:sz w:val="16"/>
              </w:rPr>
              <w:t>razlikuje govor in petje</w:t>
            </w:r>
          </w:p>
          <w:p w14:paraId="37FBEB11" w14:textId="77777777" w:rsidR="008D43AB" w:rsidRDefault="00000000">
            <w:pPr>
              <w:spacing w:before="40" w:after="20" w:line="245" w:lineRule="auto"/>
            </w:pPr>
            <w:r>
              <w:rPr>
                <w:b/>
                <w:color w:val="000000"/>
                <w:sz w:val="17"/>
              </w:rPr>
              <w:t>PRIČAKOVANI DOSEŽKI / MINIMALNI POUDARKI</w:t>
            </w:r>
          </w:p>
          <w:p w14:paraId="5675C9F6" w14:textId="77777777" w:rsidR="008D43AB" w:rsidRDefault="00000000">
            <w:pPr>
              <w:pStyle w:val="Oznaenseznam"/>
              <w:spacing w:after="16"/>
            </w:pPr>
            <w:r>
              <w:rPr>
                <w:color w:val="000000"/>
                <w:sz w:val="15"/>
              </w:rPr>
              <w:t>samostojno oziroma z dogovorjeno oporo raziskuje glas</w:t>
            </w:r>
          </w:p>
          <w:p w14:paraId="7FD1B396" w14:textId="77777777" w:rsidR="008D43AB" w:rsidRDefault="00000000">
            <w:pPr>
              <w:pStyle w:val="Oznaenseznam"/>
              <w:spacing w:after="16"/>
            </w:pPr>
            <w:r>
              <w:rPr>
                <w:color w:val="000000"/>
                <w:sz w:val="15"/>
              </w:rPr>
              <w:t>samostojno oziroma z dogovorjeno oporo poje ob pravilnem dihanju</w:t>
            </w:r>
          </w:p>
          <w:p w14:paraId="2AE37DCD" w14:textId="77777777" w:rsidR="008D43AB" w:rsidRDefault="00000000">
            <w:pPr>
              <w:pStyle w:val="Oznaenseznam"/>
              <w:spacing w:after="16"/>
            </w:pPr>
            <w:r>
              <w:rPr>
                <w:color w:val="000000"/>
                <w:sz w:val="15"/>
              </w:rPr>
              <w:t>samostojno oziroma z dogovorjeno oporo razlikuje govor in petje</w:t>
            </w:r>
          </w:p>
        </w:tc>
        <w:tc>
          <w:tcPr>
            <w:tcW w:w="7087" w:type="dxa"/>
            <w:tcMar>
              <w:top w:w="70" w:type="dxa"/>
              <w:left w:w="90" w:type="dxa"/>
              <w:bottom w:w="70" w:type="dxa"/>
              <w:right w:w="90" w:type="dxa"/>
            </w:tcMar>
          </w:tcPr>
          <w:p w14:paraId="745DE222"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A6DF392" w14:textId="77777777">
              <w:trPr>
                <w:jc w:val="center"/>
              </w:trPr>
              <w:tc>
                <w:tcPr>
                  <w:tcW w:w="7087" w:type="dxa"/>
                  <w:shd w:val="clear" w:color="auto" w:fill="C6E7F3"/>
                  <w:tcMar>
                    <w:top w:w="45" w:type="dxa"/>
                    <w:left w:w="70" w:type="dxa"/>
                    <w:bottom w:w="45" w:type="dxa"/>
                    <w:right w:w="70" w:type="dxa"/>
                  </w:tcMar>
                </w:tcPr>
                <w:p w14:paraId="50B92930" w14:textId="77777777" w:rsidR="008D43AB" w:rsidRDefault="00000000">
                  <w:pPr>
                    <w:keepNext/>
                  </w:pPr>
                  <w:r>
                    <w:rPr>
                      <w:b/>
                      <w:color w:val="000000"/>
                    </w:rPr>
                    <w:t>UVODNI DEL – zvočna motivacija, aktivacija predznanja in namen učenja (8–12 min)</w:t>
                  </w:r>
                </w:p>
              </w:tc>
            </w:tr>
          </w:tbl>
          <w:p w14:paraId="17261FC7" w14:textId="77777777" w:rsidR="008D43AB" w:rsidRDefault="008D43AB">
            <w:pPr>
              <w:spacing w:line="20" w:lineRule="exact"/>
            </w:pPr>
          </w:p>
          <w:p w14:paraId="2C9DD2D0" w14:textId="77777777" w:rsidR="008D43AB" w:rsidRDefault="00000000">
            <w:pPr>
              <w:spacing w:before="40" w:after="60" w:line="245" w:lineRule="auto"/>
            </w:pPr>
            <w:r>
              <w:rPr>
                <w:color w:val="000000"/>
                <w:sz w:val="16"/>
              </w:rPr>
              <w:t>Učenci ob motivu »Sapramiška« – Svetlana Makarovič vstopijo v temo telo, zobje, čutila, pomoč in vztrajnost. Najprej v tišini poslušajo kratek zvočni odlomek ali učiteljičino izvedbo (»Sinička se je usedla«; glas, dih, govor in petje),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7C70DE6" w14:textId="77777777">
              <w:trPr>
                <w:jc w:val="center"/>
              </w:trPr>
              <w:tc>
                <w:tcPr>
                  <w:tcW w:w="7087" w:type="dxa"/>
                  <w:shd w:val="clear" w:color="auto" w:fill="EDC9EA"/>
                  <w:tcMar>
                    <w:top w:w="45" w:type="dxa"/>
                    <w:left w:w="70" w:type="dxa"/>
                    <w:bottom w:w="45" w:type="dxa"/>
                    <w:right w:w="70" w:type="dxa"/>
                  </w:tcMar>
                </w:tcPr>
                <w:p w14:paraId="3DAD2DE9" w14:textId="77777777" w:rsidR="008D43AB" w:rsidRDefault="00000000">
                  <w:pPr>
                    <w:keepNext/>
                  </w:pPr>
                  <w:r>
                    <w:rPr>
                      <w:b/>
                      <w:color w:val="000000"/>
                    </w:rPr>
                    <w:t>NAMENI UČENJA</w:t>
                  </w:r>
                </w:p>
              </w:tc>
            </w:tr>
          </w:tbl>
          <w:p w14:paraId="6A6D0A9E" w14:textId="77777777" w:rsidR="008D43AB" w:rsidRDefault="008D43AB">
            <w:pPr>
              <w:spacing w:line="20" w:lineRule="exact"/>
            </w:pPr>
          </w:p>
          <w:p w14:paraId="743D35F9"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6B4C84D8" w14:textId="77777777" w:rsidR="008D43AB" w:rsidRDefault="00000000">
            <w:pPr>
              <w:pStyle w:val="Oznaenseznam"/>
              <w:spacing w:after="16"/>
            </w:pPr>
            <w:r>
              <w:rPr>
                <w:color w:val="000000"/>
                <w:sz w:val="16"/>
              </w:rPr>
              <w:t>raziskujem glas</w:t>
            </w:r>
          </w:p>
          <w:p w14:paraId="7191482E" w14:textId="77777777" w:rsidR="008D43AB" w:rsidRDefault="00000000">
            <w:pPr>
              <w:pStyle w:val="Oznaenseznam"/>
              <w:spacing w:after="16"/>
            </w:pPr>
            <w:r>
              <w:rPr>
                <w:color w:val="000000"/>
                <w:sz w:val="16"/>
              </w:rPr>
              <w:t>pojem ob pravilnem dihanju</w:t>
            </w:r>
          </w:p>
          <w:p w14:paraId="6D8AF456" w14:textId="77777777" w:rsidR="008D43AB" w:rsidRDefault="00000000">
            <w:pPr>
              <w:pStyle w:val="Oznaenseznam"/>
              <w:spacing w:after="16"/>
            </w:pPr>
            <w:r>
              <w:rPr>
                <w:color w:val="000000"/>
                <w:sz w:val="16"/>
              </w:rPr>
              <w:t>razlikujem govor in petje</w:t>
            </w:r>
          </w:p>
          <w:tbl>
            <w:tblPr>
              <w:tblStyle w:val="Tabelamrea"/>
              <w:tblW w:w="0" w:type="auto"/>
              <w:jc w:val="center"/>
              <w:tblLayout w:type="fixed"/>
              <w:tblLook w:val="04A0" w:firstRow="1" w:lastRow="0" w:firstColumn="1" w:lastColumn="0" w:noHBand="0" w:noVBand="1"/>
            </w:tblPr>
            <w:tblGrid>
              <w:gridCol w:w="7087"/>
            </w:tblGrid>
            <w:tr w:rsidR="008D43AB" w14:paraId="6AEBA668" w14:textId="77777777">
              <w:trPr>
                <w:jc w:val="center"/>
              </w:trPr>
              <w:tc>
                <w:tcPr>
                  <w:tcW w:w="7087" w:type="dxa"/>
                  <w:shd w:val="clear" w:color="auto" w:fill="EDC9EA"/>
                  <w:tcMar>
                    <w:top w:w="45" w:type="dxa"/>
                    <w:left w:w="70" w:type="dxa"/>
                    <w:bottom w:w="45" w:type="dxa"/>
                    <w:right w:w="70" w:type="dxa"/>
                  </w:tcMar>
                </w:tcPr>
                <w:p w14:paraId="06CC692D" w14:textId="77777777" w:rsidR="008D43AB" w:rsidRDefault="00000000">
                  <w:pPr>
                    <w:keepNext/>
                  </w:pPr>
                  <w:r>
                    <w:rPr>
                      <w:b/>
                      <w:color w:val="000000"/>
                    </w:rPr>
                    <w:t>PREVERJANJE PREDZNANJA</w:t>
                  </w:r>
                </w:p>
              </w:tc>
            </w:tr>
          </w:tbl>
          <w:p w14:paraId="6D5BD36C" w14:textId="77777777" w:rsidR="008D43AB" w:rsidRDefault="008D43AB">
            <w:pPr>
              <w:spacing w:line="20" w:lineRule="exact"/>
            </w:pPr>
          </w:p>
          <w:p w14:paraId="76CAC8F2" w14:textId="77777777" w:rsidR="008D43AB" w:rsidRDefault="00000000">
            <w:pPr>
              <w:pStyle w:val="Oznaenseznam"/>
              <w:spacing w:after="16"/>
            </w:pPr>
            <w:r>
              <w:rPr>
                <w:color w:val="000000"/>
                <w:sz w:val="16"/>
              </w:rPr>
              <w:t>Kaj mi zvok, naslov, slika ali motiv pove o temi telo, zobje, čutila, pomoč in vztrajnost?</w:t>
            </w:r>
          </w:p>
          <w:p w14:paraId="5C8BEFB6" w14:textId="77777777" w:rsidR="008D43AB" w:rsidRDefault="00000000">
            <w:pPr>
              <w:pStyle w:val="Oznaenseznam"/>
              <w:spacing w:after="16"/>
            </w:pPr>
            <w:r>
              <w:rPr>
                <w:color w:val="000000"/>
                <w:sz w:val="16"/>
              </w:rPr>
              <w:t>Kako lahko s poslušanjem, glasom, telesom, glasbilom ali simbolom pokažem, kaj že znam pri temi »GLAS IN DIH«?</w:t>
            </w:r>
          </w:p>
          <w:p w14:paraId="7F78066F"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06AFBBF7" w14:textId="77777777">
              <w:trPr>
                <w:jc w:val="center"/>
              </w:trPr>
              <w:tc>
                <w:tcPr>
                  <w:tcW w:w="7087" w:type="dxa"/>
                  <w:shd w:val="clear" w:color="auto" w:fill="EDC9EA"/>
                  <w:tcMar>
                    <w:top w:w="45" w:type="dxa"/>
                    <w:left w:w="70" w:type="dxa"/>
                    <w:bottom w:w="45" w:type="dxa"/>
                    <w:right w:w="70" w:type="dxa"/>
                  </w:tcMar>
                </w:tcPr>
                <w:p w14:paraId="3A9BD10D" w14:textId="77777777" w:rsidR="008D43AB" w:rsidRDefault="00000000">
                  <w:pPr>
                    <w:keepNext/>
                  </w:pPr>
                  <w:r>
                    <w:rPr>
                      <w:b/>
                      <w:color w:val="000000"/>
                    </w:rPr>
                    <w:t>KRITERIJI USPEŠNOSTI</w:t>
                  </w:r>
                </w:p>
              </w:tc>
            </w:tr>
          </w:tbl>
          <w:p w14:paraId="1ECA96D9" w14:textId="77777777" w:rsidR="008D43AB" w:rsidRDefault="008D43AB"/>
          <w:p w14:paraId="5D09CB70" w14:textId="77777777" w:rsidR="008D43AB" w:rsidRDefault="00000000">
            <w:pPr>
              <w:spacing w:before="20" w:after="20" w:line="245" w:lineRule="auto"/>
            </w:pPr>
            <w:r>
              <w:rPr>
                <w:b/>
                <w:color w:val="000000"/>
                <w:sz w:val="16"/>
              </w:rPr>
              <w:t>Uspešen/-na bom, ko:</w:t>
            </w:r>
          </w:p>
          <w:p w14:paraId="5BCE61E6" w14:textId="77777777" w:rsidR="008D43AB" w:rsidRDefault="00000000">
            <w:pPr>
              <w:pStyle w:val="Oznaenseznam"/>
              <w:spacing w:after="16"/>
            </w:pPr>
            <w:r>
              <w:rPr>
                <w:color w:val="000000"/>
                <w:sz w:val="16"/>
              </w:rPr>
              <w:t>raziskujem glas</w:t>
            </w:r>
          </w:p>
          <w:p w14:paraId="178EA912" w14:textId="77777777" w:rsidR="008D43AB" w:rsidRDefault="00000000">
            <w:pPr>
              <w:pStyle w:val="Oznaenseznam"/>
              <w:spacing w:after="16"/>
            </w:pPr>
            <w:r>
              <w:rPr>
                <w:color w:val="000000"/>
                <w:sz w:val="16"/>
              </w:rPr>
              <w:t>pojem ob pravilnem dihanju</w:t>
            </w:r>
          </w:p>
          <w:p w14:paraId="56F8DC52" w14:textId="77777777" w:rsidR="008D43AB" w:rsidRDefault="00000000">
            <w:pPr>
              <w:pStyle w:val="Oznaenseznam"/>
              <w:spacing w:after="16"/>
            </w:pPr>
            <w:r>
              <w:rPr>
                <w:color w:val="000000"/>
                <w:sz w:val="16"/>
              </w:rPr>
              <w:t>razlikujem govor in petje</w:t>
            </w:r>
          </w:p>
          <w:p w14:paraId="24292C41" w14:textId="77777777" w:rsidR="008D43AB" w:rsidRDefault="00000000">
            <w:pPr>
              <w:pStyle w:val="Oznaenseznam"/>
              <w:spacing w:after="16"/>
            </w:pPr>
            <w:r>
              <w:rPr>
                <w:color w:val="000000"/>
                <w:sz w:val="16"/>
              </w:rPr>
              <w:t>upoštevam dogovorjeni začetek, konec, znak za tišino in varno glasnost</w:t>
            </w:r>
          </w:p>
          <w:p w14:paraId="5A9373C2"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65CCB184" w14:textId="77777777" w:rsidR="008D43AB" w:rsidRDefault="008D43AB"/>
          <w:p w14:paraId="78C2FF33"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6BC53718" w14:textId="77777777" w:rsidR="008D43AB" w:rsidRDefault="00000000">
            <w:pPr>
              <w:spacing w:after="80" w:line="245" w:lineRule="auto"/>
            </w:pPr>
            <w:r>
              <w:rPr>
                <w:color w:val="000000"/>
                <w:sz w:val="16"/>
              </w:rPr>
              <w:t>Pove ali pokaže, kaj že zna in katero glasbeno strategijo bi uporabil.</w:t>
            </w:r>
          </w:p>
          <w:p w14:paraId="07DF7F65" w14:textId="77777777" w:rsidR="008D43AB" w:rsidRDefault="00000000">
            <w:pPr>
              <w:spacing w:after="100" w:line="245" w:lineRule="auto"/>
            </w:pPr>
            <w:r>
              <w:rPr>
                <w:color w:val="000000"/>
                <w:sz w:val="16"/>
              </w:rPr>
              <w:t>Sodeluje pri razumevanju namenov, meril uspešnosti, varne glasnosti in načina dokazovanja.</w:t>
            </w:r>
          </w:p>
          <w:p w14:paraId="2426F9EB" w14:textId="77777777" w:rsidR="008D43AB" w:rsidRDefault="00000000">
            <w:pPr>
              <w:spacing w:after="20" w:line="245" w:lineRule="auto"/>
            </w:pPr>
            <w:r>
              <w:rPr>
                <w:b/>
                <w:color w:val="D95BC6"/>
                <w:sz w:val="17"/>
              </w:rPr>
              <w:t>DOKAZ O UČENJU</w:t>
            </w:r>
          </w:p>
          <w:p w14:paraId="064E7701"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0105D37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43ADA7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8E717E"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EA4D2E2" w14:textId="77777777" w:rsidR="008D43AB" w:rsidRDefault="00000000">
            <w:pPr>
              <w:jc w:val="center"/>
            </w:pPr>
            <w:r>
              <w:rPr>
                <w:b/>
                <w:color w:val="000000"/>
                <w:sz w:val="20"/>
              </w:rPr>
              <w:t>UČNE DEJAVNOSTI, METODE IN FORMATIVNO SPREMLJANJE</w:t>
            </w:r>
          </w:p>
        </w:tc>
      </w:tr>
      <w:tr w:rsidR="008D43AB" w14:paraId="5BCD7FFD" w14:textId="77777777">
        <w:trPr>
          <w:tblHeader/>
          <w:jc w:val="center"/>
        </w:trPr>
        <w:tc>
          <w:tcPr>
            <w:tcW w:w="4422" w:type="dxa"/>
            <w:vMerge/>
            <w:tcMar>
              <w:top w:w="70" w:type="dxa"/>
              <w:left w:w="90" w:type="dxa"/>
              <w:bottom w:w="70" w:type="dxa"/>
              <w:right w:w="90" w:type="dxa"/>
            </w:tcMar>
            <w:vAlign w:val="center"/>
          </w:tcPr>
          <w:p w14:paraId="40DB7061" w14:textId="77777777" w:rsidR="008D43AB" w:rsidRDefault="008D43AB"/>
        </w:tc>
        <w:tc>
          <w:tcPr>
            <w:tcW w:w="7087" w:type="dxa"/>
            <w:shd w:val="clear" w:color="auto" w:fill="FFFFFF"/>
            <w:tcMar>
              <w:top w:w="70" w:type="dxa"/>
              <w:left w:w="90" w:type="dxa"/>
              <w:bottom w:w="70" w:type="dxa"/>
              <w:right w:w="90" w:type="dxa"/>
            </w:tcMar>
            <w:vAlign w:val="center"/>
          </w:tcPr>
          <w:p w14:paraId="3D7303B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0627274" w14:textId="77777777" w:rsidR="008D43AB" w:rsidRDefault="00000000">
            <w:pPr>
              <w:jc w:val="center"/>
            </w:pPr>
            <w:r>
              <w:rPr>
                <w:b/>
                <w:color w:val="000000"/>
              </w:rPr>
              <w:t>UČENEC</w:t>
            </w:r>
          </w:p>
        </w:tc>
      </w:tr>
      <w:tr w:rsidR="008D43AB" w14:paraId="59DE6585" w14:textId="77777777">
        <w:trPr>
          <w:jc w:val="center"/>
        </w:trPr>
        <w:tc>
          <w:tcPr>
            <w:tcW w:w="4422" w:type="dxa"/>
            <w:tcMar>
              <w:top w:w="70" w:type="dxa"/>
              <w:left w:w="90" w:type="dxa"/>
              <w:bottom w:w="70" w:type="dxa"/>
              <w:right w:w="90" w:type="dxa"/>
            </w:tcMar>
          </w:tcPr>
          <w:p w14:paraId="75B4016C" w14:textId="77777777" w:rsidR="008D43AB" w:rsidRDefault="008D43AB"/>
          <w:p w14:paraId="15A785C5" w14:textId="77777777" w:rsidR="008D43AB" w:rsidRDefault="00000000">
            <w:pPr>
              <w:spacing w:after="40" w:line="245" w:lineRule="auto"/>
            </w:pPr>
            <w:r>
              <w:rPr>
                <w:b/>
                <w:color w:val="000000"/>
              </w:rPr>
              <w:t>KLJUČNI GLASBENI POJMI</w:t>
            </w:r>
          </w:p>
          <w:p w14:paraId="56C3A205"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2A2B7049" w14:textId="77777777" w:rsidR="008D43AB" w:rsidRDefault="00000000">
            <w:pPr>
              <w:spacing w:after="20" w:line="245" w:lineRule="auto"/>
            </w:pPr>
            <w:r>
              <w:rPr>
                <w:b/>
                <w:color w:val="000000"/>
                <w:sz w:val="17"/>
              </w:rPr>
              <w:t>DOKAZI O UČENJU</w:t>
            </w:r>
          </w:p>
          <w:p w14:paraId="5F7F6B85" w14:textId="77777777" w:rsidR="008D43AB" w:rsidRDefault="00000000">
            <w:pPr>
              <w:pStyle w:val="Oznaenseznam"/>
              <w:spacing w:after="9"/>
            </w:pPr>
            <w:r>
              <w:rPr>
                <w:color w:val="000000"/>
                <w:sz w:val="15"/>
              </w:rPr>
              <w:t>poslušalski gibalni odziv, ritmični/pevski odmev in učiteljev zapis o skupnem pulzu oziroma začetku/koncu.</w:t>
            </w:r>
          </w:p>
          <w:p w14:paraId="364CC6B3" w14:textId="77777777" w:rsidR="008D43AB" w:rsidRDefault="00000000">
            <w:pPr>
              <w:pStyle w:val="Oznaenseznam"/>
              <w:spacing w:after="9"/>
            </w:pPr>
            <w:r>
              <w:rPr>
                <w:color w:val="000000"/>
                <w:sz w:val="15"/>
              </w:rPr>
              <w:t>slikovni zvočni zapis, skupinska izvedba/posnetek in vrstniška opisna povratna informacija.</w:t>
            </w:r>
          </w:p>
          <w:p w14:paraId="3A6FA4C2" w14:textId="77777777" w:rsidR="008D43AB" w:rsidRDefault="00000000">
            <w:pPr>
              <w:spacing w:before="40" w:after="20" w:line="245" w:lineRule="auto"/>
            </w:pPr>
            <w:r>
              <w:rPr>
                <w:b/>
                <w:color w:val="000000"/>
                <w:sz w:val="17"/>
              </w:rPr>
              <w:t>GLASBENO DOŽIVETJE IN IZKUŠENJSKI POUK</w:t>
            </w:r>
          </w:p>
          <w:p w14:paraId="6810773F"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5ABBA4BF" w14:textId="77777777" w:rsidR="008D43AB" w:rsidRDefault="00000000">
            <w:pPr>
              <w:spacing w:after="20" w:line="245" w:lineRule="auto"/>
            </w:pPr>
            <w:r>
              <w:rPr>
                <w:b/>
                <w:color w:val="000000"/>
                <w:sz w:val="17"/>
              </w:rPr>
              <w:t>POUČEVANJE V GIBANJU</w:t>
            </w:r>
          </w:p>
          <w:p w14:paraId="6BAC0CB3"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2701CA6" w14:textId="77777777" w:rsidR="008D43AB" w:rsidRDefault="00000000">
            <w:pPr>
              <w:spacing w:after="20" w:line="245" w:lineRule="auto"/>
            </w:pPr>
            <w:r>
              <w:rPr>
                <w:b/>
                <w:color w:val="000000"/>
                <w:sz w:val="17"/>
              </w:rPr>
              <w:t>DELO PO POSTAJAH</w:t>
            </w:r>
          </w:p>
          <w:p w14:paraId="6207DC40"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2997C2F" w14:textId="77777777" w:rsidR="008D43AB" w:rsidRDefault="00000000">
            <w:pPr>
              <w:spacing w:after="10" w:line="245" w:lineRule="auto"/>
            </w:pPr>
            <w:r>
              <w:rPr>
                <w:color w:val="000000"/>
                <w:sz w:val="15"/>
              </w:rPr>
              <w:t>1. Glas in dih: drža, tih vdih, pevski odmev in jasen začetek ter konec.</w:t>
            </w:r>
          </w:p>
          <w:p w14:paraId="353DF75C" w14:textId="77777777" w:rsidR="008D43AB" w:rsidRDefault="00000000">
            <w:pPr>
              <w:spacing w:after="10" w:line="245" w:lineRule="auto"/>
            </w:pPr>
            <w:r>
              <w:rPr>
                <w:color w:val="000000"/>
                <w:sz w:val="15"/>
              </w:rPr>
              <w:t>2. Beseda in ritem: besedilo ritmično izrekam, razčlenim na zloge in povežem s telesnimi glasbili.</w:t>
            </w:r>
          </w:p>
          <w:p w14:paraId="2547478F" w14:textId="77777777" w:rsidR="008D43AB" w:rsidRDefault="00000000">
            <w:pPr>
              <w:spacing w:after="10" w:line="245" w:lineRule="auto"/>
            </w:pPr>
            <w:r>
              <w:rPr>
                <w:color w:val="000000"/>
                <w:sz w:val="15"/>
              </w:rPr>
              <w:t>3. Gibalno-pevska: melodijo ali značaj pesmi pokažem z gibanjem, rajalno igro ali preprosto koreografijo.</w:t>
            </w:r>
          </w:p>
          <w:p w14:paraId="3A910933" w14:textId="77777777" w:rsidR="008D43AB" w:rsidRDefault="00000000">
            <w:pPr>
              <w:spacing w:after="10" w:line="245" w:lineRule="auto"/>
            </w:pPr>
            <w:r>
              <w:rPr>
                <w:color w:val="000000"/>
                <w:sz w:val="15"/>
              </w:rPr>
              <w:t>4. Spremljava in nastop: izberem zvočilo, vadim skupinsko izvedbo, nastopim in podam opisni odziv.</w:t>
            </w:r>
          </w:p>
          <w:p w14:paraId="691AB19B" w14:textId="77777777" w:rsidR="008D43AB" w:rsidRDefault="00000000">
            <w:pPr>
              <w:spacing w:after="20" w:line="245" w:lineRule="auto"/>
            </w:pPr>
            <w:r>
              <w:rPr>
                <w:b/>
                <w:color w:val="000000"/>
                <w:sz w:val="17"/>
              </w:rPr>
              <w:t>DIFERENCIACIJA IN VKLJUČEVANJE</w:t>
            </w:r>
          </w:p>
          <w:p w14:paraId="401C7D79"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20064F98" w14:textId="77777777" w:rsidR="008D43AB" w:rsidRDefault="00000000">
            <w:pPr>
              <w:spacing w:after="20" w:line="245" w:lineRule="auto"/>
            </w:pPr>
            <w:r>
              <w:rPr>
                <w:b/>
                <w:color w:val="000000"/>
                <w:sz w:val="17"/>
              </w:rPr>
              <w:t>SPREMLJANJE</w:t>
            </w:r>
          </w:p>
          <w:p w14:paraId="2D283C62"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7BA13DF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3CC97E5" w14:textId="77777777">
              <w:trPr>
                <w:jc w:val="center"/>
              </w:trPr>
              <w:tc>
                <w:tcPr>
                  <w:tcW w:w="7087" w:type="dxa"/>
                  <w:shd w:val="clear" w:color="auto" w:fill="C6E7F3"/>
                  <w:tcMar>
                    <w:top w:w="45" w:type="dxa"/>
                    <w:left w:w="70" w:type="dxa"/>
                    <w:bottom w:w="45" w:type="dxa"/>
                    <w:right w:w="70" w:type="dxa"/>
                  </w:tcMar>
                </w:tcPr>
                <w:p w14:paraId="73D3EA33" w14:textId="77777777" w:rsidR="008D43AB" w:rsidRDefault="00000000">
                  <w:pPr>
                    <w:keepNext/>
                  </w:pPr>
                  <w:r>
                    <w:rPr>
                      <w:b/>
                      <w:color w:val="000000"/>
                      <w:sz w:val="17"/>
                    </w:rPr>
                    <w:t>GLAVNI DEL – POSLUŠANJE, IZVAJANJE, GIBANJE IN USTVARJANJE (2 šolski uri)</w:t>
                  </w:r>
                </w:p>
              </w:tc>
            </w:tr>
          </w:tbl>
          <w:p w14:paraId="7AEBFF49" w14:textId="77777777" w:rsidR="008D43AB" w:rsidRDefault="008D43AB">
            <w:pPr>
              <w:spacing w:line="20" w:lineRule="exact"/>
            </w:pPr>
          </w:p>
          <w:p w14:paraId="4AAD7E38" w14:textId="77777777" w:rsidR="008D43AB" w:rsidRDefault="00000000">
            <w:pPr>
              <w:keepNext/>
              <w:spacing w:before="24" w:after="8" w:line="245" w:lineRule="auto"/>
            </w:pPr>
            <w:r>
              <w:rPr>
                <w:b/>
                <w:color w:val="000000"/>
                <w:sz w:val="16"/>
              </w:rPr>
              <w:t>1. URA – Glas In Dih – Poslušam in izvajam</w:t>
            </w:r>
          </w:p>
          <w:p w14:paraId="7CCFF6FE"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»GLAS IN DIH«,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51436782"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21E6BC2C"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2BCDA493" w14:textId="77777777" w:rsidR="008D43AB" w:rsidRDefault="00000000">
            <w:pPr>
              <w:keepNext/>
              <w:spacing w:before="24" w:after="8" w:line="245" w:lineRule="auto"/>
            </w:pPr>
            <w:r>
              <w:rPr>
                <w:b/>
                <w:color w:val="000000"/>
                <w:sz w:val="16"/>
              </w:rPr>
              <w:t>2. URA – Glas In Dih – Ustvarim in nastopim</w:t>
            </w:r>
          </w:p>
          <w:p w14:paraId="0B2F64E9"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glas in dih«; usmerja izbiro, zapis, vajo in menjavo vlog. Zaključek: 10' – Organizira nastop in odziv poslušalcev po kriterijih; posname kratek dokaz, če so soglasja urejena.</w:t>
            </w:r>
          </w:p>
          <w:p w14:paraId="343EF964"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6EF23463"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4C079206" w14:textId="77777777">
              <w:trPr>
                <w:jc w:val="center"/>
              </w:trPr>
              <w:tc>
                <w:tcPr>
                  <w:tcW w:w="7087" w:type="dxa"/>
                  <w:shd w:val="clear" w:color="auto" w:fill="EDC9EA"/>
                  <w:tcMar>
                    <w:top w:w="45" w:type="dxa"/>
                    <w:left w:w="70" w:type="dxa"/>
                    <w:bottom w:w="45" w:type="dxa"/>
                    <w:right w:w="70" w:type="dxa"/>
                  </w:tcMar>
                </w:tcPr>
                <w:p w14:paraId="5CD0A99B" w14:textId="77777777" w:rsidR="008D43AB" w:rsidRDefault="00000000">
                  <w:pPr>
                    <w:keepNext/>
                  </w:pPr>
                  <w:r>
                    <w:rPr>
                      <w:b/>
                      <w:color w:val="000000"/>
                      <w:sz w:val="17"/>
                    </w:rPr>
                    <w:t>ORGANIZACIJA POSTAJ IN PREHODOV</w:t>
                  </w:r>
                </w:p>
              </w:tc>
            </w:tr>
          </w:tbl>
          <w:p w14:paraId="5979CD8A" w14:textId="77777777" w:rsidR="008D43AB" w:rsidRDefault="008D43AB"/>
          <w:p w14:paraId="30CF0D69" w14:textId="77777777" w:rsidR="008D43AB" w:rsidRDefault="00000000">
            <w:pPr>
              <w:spacing w:before="9" w:after="9" w:line="245" w:lineRule="auto"/>
            </w:pPr>
            <w:r>
              <w:rPr>
                <w:color w:val="000000"/>
                <w:sz w:val="15"/>
              </w:rPr>
              <w:t>Postaja 1: Glas in dih: drža, tih vdih, pevski odmev in jasen začetek ter konec.</w:t>
            </w:r>
          </w:p>
          <w:p w14:paraId="12424CAA"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1483CF3B"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1FB1CA20"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02A3F03E"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664419FE" w14:textId="77777777" w:rsidR="008D43AB" w:rsidRDefault="008D43AB"/>
          <w:p w14:paraId="5DA60A34" w14:textId="77777777" w:rsidR="008D43AB" w:rsidRDefault="00000000">
            <w:pPr>
              <w:spacing w:after="6" w:line="245" w:lineRule="auto"/>
            </w:pPr>
            <w:r>
              <w:rPr>
                <w:b/>
                <w:color w:val="000000"/>
                <w:sz w:val="15"/>
              </w:rPr>
              <w:t>1. URA – Glas In Dih – Poslušam in izvajam</w:t>
            </w:r>
          </w:p>
          <w:p w14:paraId="45E25112"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64CF3C3" w14:textId="77777777" w:rsidR="008D43AB" w:rsidRDefault="00000000">
            <w:pPr>
              <w:spacing w:after="20" w:line="245" w:lineRule="auto"/>
            </w:pPr>
            <w:r>
              <w:rPr>
                <w:color w:val="D95BC6"/>
                <w:sz w:val="14"/>
              </w:rPr>
              <w:t>Dokaz: poslušalski gibalni odziv, ritmični/pevski odmev in učiteljev zapis o skupnem pulzu oziroma.</w:t>
            </w:r>
          </w:p>
          <w:p w14:paraId="2130399D" w14:textId="77777777" w:rsidR="008D43AB" w:rsidRDefault="00000000">
            <w:pPr>
              <w:spacing w:after="6" w:line="245" w:lineRule="auto"/>
            </w:pPr>
            <w:r>
              <w:rPr>
                <w:b/>
                <w:color w:val="000000"/>
                <w:sz w:val="15"/>
              </w:rPr>
              <w:t>2. URA – Glas In Dih – Ustvarim in nastopim</w:t>
            </w:r>
          </w:p>
          <w:p w14:paraId="521EF13C"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0819634A" w14:textId="77777777" w:rsidR="008D43AB" w:rsidRDefault="00000000">
            <w:pPr>
              <w:spacing w:after="20" w:line="245" w:lineRule="auto"/>
            </w:pPr>
            <w:r>
              <w:rPr>
                <w:color w:val="D95BC6"/>
                <w:sz w:val="14"/>
              </w:rPr>
              <w:t>Dokaz: slikovni zvočni zapis, skupinska izvedba/posnetek in vrstniška opisna povratna informacija.</w:t>
            </w:r>
          </w:p>
          <w:p w14:paraId="5102D537" w14:textId="77777777" w:rsidR="008D43AB" w:rsidRDefault="00000000">
            <w:pPr>
              <w:spacing w:before="40" w:after="20" w:line="245" w:lineRule="auto"/>
            </w:pPr>
            <w:r>
              <w:rPr>
                <w:b/>
                <w:color w:val="D95BC6"/>
                <w:sz w:val="16"/>
              </w:rPr>
              <w:t>MOJ KROG POSTAJ</w:t>
            </w:r>
          </w:p>
          <w:p w14:paraId="74BA75D2" w14:textId="77777777" w:rsidR="008D43AB" w:rsidRDefault="00000000">
            <w:pPr>
              <w:spacing w:after="11" w:line="245" w:lineRule="auto"/>
            </w:pPr>
            <w:r>
              <w:rPr>
                <w:color w:val="000000"/>
                <w:sz w:val="14"/>
              </w:rPr>
              <w:t>1. Glas in dih: drža, tih vdih, pevski odmev in jasen začetek ter konec.</w:t>
            </w:r>
          </w:p>
          <w:p w14:paraId="3046E723" w14:textId="77777777" w:rsidR="008D43AB" w:rsidRDefault="00000000">
            <w:pPr>
              <w:spacing w:after="11" w:line="245" w:lineRule="auto"/>
            </w:pPr>
            <w:r>
              <w:rPr>
                <w:color w:val="000000"/>
                <w:sz w:val="14"/>
              </w:rPr>
              <w:t>2. Beseda in ritem: besedilo ritmično izrekam, razčlenim na zloge in povežem s telesnimi.</w:t>
            </w:r>
          </w:p>
          <w:p w14:paraId="2B1DE848" w14:textId="77777777" w:rsidR="008D43AB" w:rsidRDefault="00000000">
            <w:pPr>
              <w:spacing w:after="11" w:line="245" w:lineRule="auto"/>
            </w:pPr>
            <w:r>
              <w:rPr>
                <w:color w:val="000000"/>
                <w:sz w:val="14"/>
              </w:rPr>
              <w:t>3. Gibalno-pevska: melodijo ali značaj pesmi pokažem z gibanjem.</w:t>
            </w:r>
          </w:p>
          <w:p w14:paraId="3564DF55" w14:textId="77777777" w:rsidR="008D43AB" w:rsidRDefault="00000000">
            <w:pPr>
              <w:spacing w:after="11" w:line="245" w:lineRule="auto"/>
            </w:pPr>
            <w:r>
              <w:rPr>
                <w:color w:val="000000"/>
                <w:sz w:val="14"/>
              </w:rPr>
              <w:t>4. Spremljava in nastop: izberem zvočilo, vadim skupinsko izvedbo.</w:t>
            </w:r>
          </w:p>
          <w:p w14:paraId="79D89D29"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06123392" w14:textId="77777777" w:rsidR="008D43AB" w:rsidRDefault="00000000">
            <w:pPr>
              <w:spacing w:after="20" w:line="245" w:lineRule="auto"/>
            </w:pPr>
            <w:r>
              <w:rPr>
                <w:b/>
                <w:color w:val="D95BC6"/>
                <w:sz w:val="17"/>
              </w:rPr>
              <w:t>DOKAZ O UČENJU</w:t>
            </w:r>
          </w:p>
          <w:p w14:paraId="03511D51"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43E988E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F66A08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135810C"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CA48A9E" w14:textId="77777777" w:rsidR="008D43AB" w:rsidRDefault="00000000">
            <w:pPr>
              <w:jc w:val="center"/>
            </w:pPr>
            <w:r>
              <w:rPr>
                <w:b/>
                <w:color w:val="000000"/>
                <w:sz w:val="20"/>
              </w:rPr>
              <w:t>UČNE DEJAVNOSTI, METODE IN FORMATIVNO SPREMLJANJE</w:t>
            </w:r>
          </w:p>
        </w:tc>
      </w:tr>
      <w:tr w:rsidR="008D43AB" w14:paraId="2E7A6DB2" w14:textId="77777777">
        <w:trPr>
          <w:tblHeader/>
          <w:jc w:val="center"/>
        </w:trPr>
        <w:tc>
          <w:tcPr>
            <w:tcW w:w="4422" w:type="dxa"/>
            <w:vMerge/>
            <w:tcMar>
              <w:top w:w="70" w:type="dxa"/>
              <w:left w:w="90" w:type="dxa"/>
              <w:bottom w:w="70" w:type="dxa"/>
              <w:right w:w="90" w:type="dxa"/>
            </w:tcMar>
            <w:vAlign w:val="center"/>
          </w:tcPr>
          <w:p w14:paraId="5F29E9D5" w14:textId="77777777" w:rsidR="008D43AB" w:rsidRDefault="008D43AB"/>
        </w:tc>
        <w:tc>
          <w:tcPr>
            <w:tcW w:w="7087" w:type="dxa"/>
            <w:shd w:val="clear" w:color="auto" w:fill="FFFFFF"/>
            <w:tcMar>
              <w:top w:w="70" w:type="dxa"/>
              <w:left w:w="90" w:type="dxa"/>
              <w:bottom w:w="70" w:type="dxa"/>
              <w:right w:w="90" w:type="dxa"/>
            </w:tcMar>
            <w:vAlign w:val="center"/>
          </w:tcPr>
          <w:p w14:paraId="65FC7B7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218DA46" w14:textId="77777777" w:rsidR="008D43AB" w:rsidRDefault="00000000">
            <w:pPr>
              <w:jc w:val="center"/>
            </w:pPr>
            <w:r>
              <w:rPr>
                <w:b/>
                <w:color w:val="000000"/>
              </w:rPr>
              <w:t>UČENEC</w:t>
            </w:r>
          </w:p>
        </w:tc>
      </w:tr>
      <w:tr w:rsidR="008D43AB" w14:paraId="6DC86D09" w14:textId="77777777">
        <w:trPr>
          <w:jc w:val="center"/>
        </w:trPr>
        <w:tc>
          <w:tcPr>
            <w:tcW w:w="4422" w:type="dxa"/>
            <w:tcMar>
              <w:top w:w="70" w:type="dxa"/>
              <w:left w:w="90" w:type="dxa"/>
              <w:bottom w:w="70" w:type="dxa"/>
              <w:right w:w="90" w:type="dxa"/>
            </w:tcMar>
          </w:tcPr>
          <w:p w14:paraId="29CF1D55" w14:textId="77777777" w:rsidR="008D43AB" w:rsidRDefault="008D43AB"/>
          <w:p w14:paraId="09A50D4A" w14:textId="77777777" w:rsidR="008D43AB" w:rsidRDefault="00000000">
            <w:pPr>
              <w:spacing w:after="40" w:line="245" w:lineRule="auto"/>
            </w:pPr>
            <w:r>
              <w:rPr>
                <w:b/>
                <w:color w:val="000000"/>
              </w:rPr>
              <w:t>FORMATIVNO SPREMLJANJE</w:t>
            </w:r>
          </w:p>
          <w:p w14:paraId="1BFB8755" w14:textId="77777777" w:rsidR="008D43AB" w:rsidRDefault="00000000">
            <w:pPr>
              <w:pStyle w:val="Oznaenseznam"/>
              <w:spacing w:after="16"/>
            </w:pPr>
            <w:r>
              <w:rPr>
                <w:color w:val="000000"/>
                <w:sz w:val="16"/>
              </w:rPr>
              <w:t>predznanje: zvočna napoved, izbira kartice, gib, ritmični oziroma pevski poskus ali začetni simbol</w:t>
            </w:r>
          </w:p>
          <w:p w14:paraId="1B838B3E" w14:textId="77777777" w:rsidR="008D43AB" w:rsidRDefault="00000000">
            <w:pPr>
              <w:pStyle w:val="Oznaenseznam"/>
              <w:spacing w:after="16"/>
            </w:pPr>
            <w:r>
              <w:rPr>
                <w:color w:val="000000"/>
                <w:sz w:val="16"/>
              </w:rPr>
              <w:t>nameni in merila: kratka poved, slikovni znak, model izvedbe ter vidna pravila varne glasnosti</w:t>
            </w:r>
          </w:p>
          <w:p w14:paraId="20818851"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4574725" w14:textId="77777777" w:rsidR="008D43AB" w:rsidRDefault="00000000">
            <w:pPr>
              <w:pStyle w:val="Oznaenseznam"/>
              <w:spacing w:after="16"/>
            </w:pPr>
            <w:r>
              <w:rPr>
                <w:color w:val="000000"/>
                <w:sz w:val="16"/>
              </w:rPr>
              <w:t>povratna informacija: opis slišane strategije, povezava z enim merilom in izvedljiv naslednji korak</w:t>
            </w:r>
          </w:p>
          <w:p w14:paraId="4351275D" w14:textId="77777777" w:rsidR="008D43AB" w:rsidRDefault="00000000">
            <w:pPr>
              <w:pStyle w:val="Oznaenseznam"/>
              <w:spacing w:after="16"/>
            </w:pPr>
            <w:r>
              <w:rPr>
                <w:color w:val="000000"/>
                <w:sz w:val="16"/>
              </w:rPr>
              <w:t>samovrednotenje: barvni zvočni semafor, lestvica samostojnosti, izbran dokaz in ponovna izvedba</w:t>
            </w:r>
          </w:p>
          <w:p w14:paraId="1B5FFB38" w14:textId="77777777" w:rsidR="008D43AB" w:rsidRDefault="00000000">
            <w:pPr>
              <w:spacing w:before="40" w:after="20" w:line="245" w:lineRule="auto"/>
            </w:pPr>
            <w:r>
              <w:rPr>
                <w:b/>
                <w:color w:val="000000"/>
                <w:sz w:val="17"/>
              </w:rPr>
              <w:t>VARNOST IN VAROVANJE SLUHA</w:t>
            </w:r>
          </w:p>
          <w:p w14:paraId="4C35646A"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375A24E1" w14:textId="77777777" w:rsidR="008D43AB" w:rsidRDefault="00000000">
            <w:pPr>
              <w:spacing w:after="20" w:line="245" w:lineRule="auto"/>
            </w:pPr>
            <w:r>
              <w:rPr>
                <w:b/>
                <w:color w:val="000000"/>
                <w:sz w:val="17"/>
              </w:rPr>
              <w:t>EVIDENCA PO IZVEDBI</w:t>
            </w:r>
          </w:p>
          <w:p w14:paraId="18459492"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40616DCB" w14:textId="77777777" w:rsidR="008D43AB" w:rsidRDefault="00000000">
            <w:pPr>
              <w:spacing w:before="40" w:after="20" w:line="245" w:lineRule="auto"/>
            </w:pPr>
            <w:r>
              <w:rPr>
                <w:b/>
                <w:color w:val="000000"/>
                <w:sz w:val="17"/>
              </w:rPr>
              <w:t>RAVEN DOSEGANJA</w:t>
            </w:r>
          </w:p>
          <w:p w14:paraId="74BDECE5"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3535F977"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75C7B20" w14:textId="77777777">
              <w:trPr>
                <w:jc w:val="center"/>
              </w:trPr>
              <w:tc>
                <w:tcPr>
                  <w:tcW w:w="7087" w:type="dxa"/>
                  <w:shd w:val="clear" w:color="auto" w:fill="EDC9EA"/>
                  <w:tcMar>
                    <w:top w:w="45" w:type="dxa"/>
                    <w:left w:w="70" w:type="dxa"/>
                    <w:bottom w:w="45" w:type="dxa"/>
                    <w:right w:w="70" w:type="dxa"/>
                  </w:tcMar>
                </w:tcPr>
                <w:p w14:paraId="72B00FD6" w14:textId="77777777" w:rsidR="008D43AB" w:rsidRDefault="00000000">
                  <w:pPr>
                    <w:keepNext/>
                  </w:pPr>
                  <w:r>
                    <w:rPr>
                      <w:b/>
                      <w:color w:val="000000"/>
                    </w:rPr>
                    <w:t>VPRAŠANJA V PODPORO GLASBENEMU UČENJU</w:t>
                  </w:r>
                </w:p>
              </w:tc>
            </w:tr>
          </w:tbl>
          <w:p w14:paraId="61EC7A87" w14:textId="77777777" w:rsidR="008D43AB" w:rsidRDefault="008D43AB">
            <w:pPr>
              <w:spacing w:line="20" w:lineRule="exact"/>
            </w:pPr>
          </w:p>
          <w:p w14:paraId="48256934" w14:textId="77777777" w:rsidR="008D43AB" w:rsidRDefault="00000000">
            <w:pPr>
              <w:pStyle w:val="Oznaenseznam"/>
              <w:spacing w:after="16"/>
            </w:pPr>
            <w:r>
              <w:rPr>
                <w:color w:val="000000"/>
                <w:sz w:val="16"/>
              </w:rPr>
              <w:t>Kaj si v glasbi slišal/-a, začutil/-a ali pokazal/-a z gibanjem?</w:t>
            </w:r>
          </w:p>
          <w:p w14:paraId="5E41D9C3" w14:textId="77777777" w:rsidR="008D43AB" w:rsidRDefault="00000000">
            <w:pPr>
              <w:pStyle w:val="Oznaenseznam"/>
              <w:spacing w:after="16"/>
            </w:pPr>
            <w:r>
              <w:rPr>
                <w:color w:val="000000"/>
                <w:sz w:val="16"/>
              </w:rPr>
              <w:t>Po katerem zvočnem znaku, lastnosti ali vzorcu si prepoznal/-a rešitev?</w:t>
            </w:r>
          </w:p>
          <w:p w14:paraId="1F4C00EF" w14:textId="77777777" w:rsidR="008D43AB" w:rsidRDefault="00000000">
            <w:pPr>
              <w:pStyle w:val="Oznaenseznam"/>
              <w:spacing w:after="16"/>
            </w:pPr>
            <w:r>
              <w:rPr>
                <w:color w:val="000000"/>
                <w:sz w:val="16"/>
              </w:rPr>
              <w:t>Kako veš, da je bil pulz, začetek, konec, glasnost ali skupinska izvedba skladna z merilom?</w:t>
            </w:r>
          </w:p>
          <w:p w14:paraId="41CC844D" w14:textId="77777777" w:rsidR="008D43AB" w:rsidRDefault="00000000">
            <w:pPr>
              <w:pStyle w:val="Oznaenseznam"/>
              <w:spacing w:after="16"/>
            </w:pPr>
            <w:r>
              <w:rPr>
                <w:color w:val="000000"/>
                <w:sz w:val="16"/>
              </w:rPr>
              <w:t>Zakaj si za motiv, osebo, dogodek ali okolje izbral/-a prav ta glas, predmet ali glasbilo?</w:t>
            </w:r>
          </w:p>
          <w:p w14:paraId="5DFC4FA5"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0DFEF91C" w14:textId="77777777">
              <w:trPr>
                <w:jc w:val="center"/>
              </w:trPr>
              <w:tc>
                <w:tcPr>
                  <w:tcW w:w="7087" w:type="dxa"/>
                  <w:shd w:val="clear" w:color="auto" w:fill="C6E7F3"/>
                  <w:tcMar>
                    <w:top w:w="45" w:type="dxa"/>
                    <w:left w:w="70" w:type="dxa"/>
                    <w:bottom w:w="45" w:type="dxa"/>
                    <w:right w:w="70" w:type="dxa"/>
                  </w:tcMar>
                </w:tcPr>
                <w:p w14:paraId="33884655" w14:textId="77777777" w:rsidR="008D43AB" w:rsidRDefault="00000000">
                  <w:pPr>
                    <w:keepNext/>
                  </w:pPr>
                  <w:r>
                    <w:rPr>
                      <w:b/>
                      <w:color w:val="000000"/>
                    </w:rPr>
                    <w:t>ZAKLJUČNI DEL – NASTOP, POSLUŠALSKI ODZIV IN REFLEKSIJA (8–12 min)</w:t>
                  </w:r>
                </w:p>
              </w:tc>
            </w:tr>
          </w:tbl>
          <w:p w14:paraId="09A74C91" w14:textId="77777777" w:rsidR="008D43AB" w:rsidRDefault="008D43AB">
            <w:pPr>
              <w:spacing w:line="20" w:lineRule="exact"/>
            </w:pPr>
          </w:p>
          <w:p w14:paraId="7230FC49"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580ACACC" w14:textId="77777777">
              <w:trPr>
                <w:jc w:val="center"/>
              </w:trPr>
              <w:tc>
                <w:tcPr>
                  <w:tcW w:w="7087" w:type="dxa"/>
                  <w:shd w:val="clear" w:color="auto" w:fill="EDC9EA"/>
                  <w:tcMar>
                    <w:top w:w="45" w:type="dxa"/>
                    <w:left w:w="70" w:type="dxa"/>
                    <w:bottom w:w="45" w:type="dxa"/>
                    <w:right w:w="70" w:type="dxa"/>
                  </w:tcMar>
                </w:tcPr>
                <w:p w14:paraId="5C4B83C4" w14:textId="77777777" w:rsidR="008D43AB" w:rsidRDefault="00000000">
                  <w:pPr>
                    <w:keepNext/>
                  </w:pPr>
                  <w:r>
                    <w:rPr>
                      <w:b/>
                      <w:color w:val="000000"/>
                    </w:rPr>
                    <w:t>SAMOVREDNOTENJE</w:t>
                  </w:r>
                </w:p>
              </w:tc>
            </w:tr>
          </w:tbl>
          <w:p w14:paraId="3112D0B9" w14:textId="77777777" w:rsidR="008D43AB" w:rsidRDefault="008D43AB">
            <w:pPr>
              <w:spacing w:line="20" w:lineRule="exact"/>
            </w:pPr>
          </w:p>
          <w:p w14:paraId="39DE102A"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19C1B0DA" w14:textId="77777777">
              <w:trPr>
                <w:jc w:val="center"/>
              </w:trPr>
              <w:tc>
                <w:tcPr>
                  <w:tcW w:w="7087" w:type="dxa"/>
                  <w:shd w:val="clear" w:color="auto" w:fill="EDC9EA"/>
                  <w:tcMar>
                    <w:top w:w="45" w:type="dxa"/>
                    <w:left w:w="70" w:type="dxa"/>
                    <w:bottom w:w="45" w:type="dxa"/>
                    <w:right w:w="70" w:type="dxa"/>
                  </w:tcMar>
                </w:tcPr>
                <w:p w14:paraId="171EF5A0" w14:textId="77777777" w:rsidR="008D43AB" w:rsidRDefault="00000000">
                  <w:pPr>
                    <w:keepNext/>
                  </w:pPr>
                  <w:r>
                    <w:rPr>
                      <w:b/>
                      <w:color w:val="000000"/>
                    </w:rPr>
                    <w:t>VRSTNIŠKO VREDNOTENJE</w:t>
                  </w:r>
                </w:p>
              </w:tc>
            </w:tr>
          </w:tbl>
          <w:p w14:paraId="36AA57BD" w14:textId="77777777" w:rsidR="008D43AB" w:rsidRDefault="008D43AB">
            <w:pPr>
              <w:spacing w:line="20" w:lineRule="exact"/>
            </w:pPr>
          </w:p>
          <w:p w14:paraId="3FF4BE82"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6BCD0D7E" w14:textId="77777777">
              <w:trPr>
                <w:jc w:val="center"/>
              </w:trPr>
              <w:tc>
                <w:tcPr>
                  <w:tcW w:w="7087" w:type="dxa"/>
                  <w:shd w:val="clear" w:color="auto" w:fill="EDC9EA"/>
                  <w:tcMar>
                    <w:top w:w="45" w:type="dxa"/>
                    <w:left w:w="70" w:type="dxa"/>
                    <w:bottom w:w="45" w:type="dxa"/>
                    <w:right w:w="70" w:type="dxa"/>
                  </w:tcMar>
                </w:tcPr>
                <w:p w14:paraId="2B3D5AB1" w14:textId="77777777" w:rsidR="008D43AB" w:rsidRDefault="00000000">
                  <w:pPr>
                    <w:keepNext/>
                  </w:pPr>
                  <w:r>
                    <w:rPr>
                      <w:b/>
                      <w:color w:val="000000"/>
                    </w:rPr>
                    <w:t>SKUPNI POVZETEK</w:t>
                  </w:r>
                </w:p>
              </w:tc>
            </w:tr>
          </w:tbl>
          <w:p w14:paraId="348B88C5" w14:textId="77777777" w:rsidR="008D43AB" w:rsidRDefault="008D43AB"/>
          <w:p w14:paraId="680AB9EB" w14:textId="77777777" w:rsidR="008D43AB" w:rsidRDefault="00000000">
            <w:pPr>
              <w:spacing w:before="20" w:after="40" w:line="245" w:lineRule="auto"/>
            </w:pPr>
            <w:r>
              <w:rPr>
                <w:b/>
                <w:color w:val="000000"/>
                <w:sz w:val="16"/>
              </w:rPr>
              <w:t>raziskujem glas; pojem ob pravilnem dihanju; razlikujem govor in petje. Izbrani dokaz pojasnim in po povratni informaciji izboljšam.</w:t>
            </w:r>
          </w:p>
        </w:tc>
        <w:tc>
          <w:tcPr>
            <w:tcW w:w="2551" w:type="dxa"/>
            <w:tcMar>
              <w:top w:w="70" w:type="dxa"/>
              <w:left w:w="90" w:type="dxa"/>
              <w:bottom w:w="70" w:type="dxa"/>
              <w:right w:w="90" w:type="dxa"/>
            </w:tcMar>
          </w:tcPr>
          <w:p w14:paraId="7E8B49BA" w14:textId="77777777" w:rsidR="008D43AB" w:rsidRDefault="008D43AB"/>
          <w:p w14:paraId="40987136" w14:textId="77777777" w:rsidR="008D43AB" w:rsidRDefault="00000000">
            <w:pPr>
              <w:spacing w:after="80" w:line="245" w:lineRule="auto"/>
            </w:pPr>
            <w:r>
              <w:rPr>
                <w:color w:val="000000"/>
                <w:sz w:val="16"/>
              </w:rPr>
              <w:t>Odgovarja na podporna vprašanja in se sklicuje na slišano, izvedeno, ustvarjeno ali zapisano.</w:t>
            </w:r>
          </w:p>
          <w:p w14:paraId="333BFC36" w14:textId="77777777" w:rsidR="008D43AB" w:rsidRDefault="00000000">
            <w:pPr>
              <w:spacing w:after="80" w:line="245" w:lineRule="auto"/>
            </w:pPr>
            <w:r>
              <w:rPr>
                <w:color w:val="000000"/>
                <w:sz w:val="16"/>
              </w:rPr>
              <w:t>Predstavi izbrani dokaz ter pove, katero merilo z njim pokaže.</w:t>
            </w:r>
          </w:p>
          <w:p w14:paraId="1F47640F" w14:textId="77777777" w:rsidR="008D43AB" w:rsidRDefault="00000000">
            <w:pPr>
              <w:spacing w:after="80" w:line="245" w:lineRule="auto"/>
            </w:pPr>
            <w:r>
              <w:rPr>
                <w:color w:val="000000"/>
                <w:sz w:val="16"/>
              </w:rPr>
              <w:t>Posluša vrstnika, opiše eno slišano moč in poda prijazen predlog za izboljšavo.</w:t>
            </w:r>
          </w:p>
          <w:p w14:paraId="10D64F05" w14:textId="77777777" w:rsidR="008D43AB" w:rsidRDefault="00000000">
            <w:pPr>
              <w:spacing w:after="80" w:line="245" w:lineRule="auto"/>
            </w:pPr>
            <w:r>
              <w:rPr>
                <w:color w:val="000000"/>
                <w:sz w:val="16"/>
              </w:rPr>
              <w:t>Po povratni informaciji izvedbo, gib, ritem, zvočno izbiro ali slikovni zapis ponovi in izboljša.</w:t>
            </w:r>
          </w:p>
          <w:p w14:paraId="08A235CE" w14:textId="77777777" w:rsidR="008D43AB" w:rsidRDefault="00000000">
            <w:pPr>
              <w:spacing w:after="100" w:line="245" w:lineRule="auto"/>
            </w:pPr>
            <w:r>
              <w:rPr>
                <w:color w:val="000000"/>
                <w:sz w:val="16"/>
              </w:rPr>
              <w:t>Izbere raven samostojnosti ter določi majhen in izvedljiv naslednji glasbeni korak.</w:t>
            </w:r>
          </w:p>
          <w:p w14:paraId="51F6E226" w14:textId="77777777" w:rsidR="008D43AB" w:rsidRDefault="00000000">
            <w:pPr>
              <w:spacing w:after="20" w:line="245" w:lineRule="auto"/>
            </w:pPr>
            <w:r>
              <w:rPr>
                <w:b/>
                <w:color w:val="D95BC6"/>
                <w:sz w:val="17"/>
              </w:rPr>
              <w:t>DOKAZ O UČENJU</w:t>
            </w:r>
          </w:p>
          <w:p w14:paraId="074E9C22"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3D0BE450"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7189D548" w14:textId="77777777">
        <w:trPr>
          <w:cantSplit/>
          <w:jc w:val="center"/>
        </w:trPr>
        <w:tc>
          <w:tcPr>
            <w:tcW w:w="14060" w:type="dxa"/>
            <w:gridSpan w:val="6"/>
            <w:tcMar>
              <w:top w:w="70" w:type="dxa"/>
              <w:left w:w="90" w:type="dxa"/>
              <w:bottom w:w="70" w:type="dxa"/>
              <w:right w:w="90" w:type="dxa"/>
            </w:tcMar>
            <w:vAlign w:val="center"/>
          </w:tcPr>
          <w:p w14:paraId="0C42963A" w14:textId="77777777" w:rsidR="008D43AB" w:rsidRDefault="00000000">
            <w:pPr>
              <w:jc w:val="center"/>
            </w:pPr>
            <w:r>
              <w:rPr>
                <w:b/>
                <w:color w:val="000000"/>
                <w:sz w:val="24"/>
              </w:rPr>
              <w:lastRenderedPageBreak/>
              <w:t>UČNA PRIPRAVA 25/39</w:t>
            </w:r>
          </w:p>
        </w:tc>
      </w:tr>
      <w:tr w:rsidR="008D43AB" w14:paraId="4BB8AA68" w14:textId="77777777">
        <w:trPr>
          <w:jc w:val="center"/>
        </w:trPr>
        <w:tc>
          <w:tcPr>
            <w:tcW w:w="2665" w:type="dxa"/>
            <w:tcMar>
              <w:top w:w="70" w:type="dxa"/>
              <w:left w:w="90" w:type="dxa"/>
              <w:bottom w:w="70" w:type="dxa"/>
              <w:right w:w="90" w:type="dxa"/>
            </w:tcMar>
            <w:vAlign w:val="center"/>
          </w:tcPr>
          <w:p w14:paraId="4FC81D6C"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B1D9239"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487F7451"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C9E1892" w14:textId="77777777" w:rsidR="008D43AB" w:rsidRDefault="00000000">
            <w:r>
              <w:rPr>
                <w:b/>
                <w:color w:val="000000"/>
                <w:sz w:val="16"/>
              </w:rPr>
              <w:t xml:space="preserve">NAČRTOVANI TERMIN: </w:t>
            </w:r>
            <w:r>
              <w:rPr>
                <w:color w:val="000000"/>
                <w:sz w:val="16"/>
              </w:rPr>
              <w:t>25. teden • 8.–12. 3. 2027</w:t>
            </w:r>
          </w:p>
        </w:tc>
        <w:tc>
          <w:tcPr>
            <w:tcW w:w="2268" w:type="dxa"/>
            <w:tcMar>
              <w:top w:w="70" w:type="dxa"/>
              <w:left w:w="90" w:type="dxa"/>
              <w:bottom w:w="70" w:type="dxa"/>
              <w:right w:w="90" w:type="dxa"/>
            </w:tcMar>
            <w:vAlign w:val="center"/>
          </w:tcPr>
          <w:p w14:paraId="38218E61"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A5FE3F2" w14:textId="77777777" w:rsidR="008D43AB" w:rsidRDefault="00000000">
            <w:r>
              <w:rPr>
                <w:b/>
                <w:color w:val="000000"/>
                <w:sz w:val="16"/>
              </w:rPr>
              <w:t xml:space="preserve">ŠTEVILO UR: </w:t>
            </w:r>
            <w:r>
              <w:rPr>
                <w:color w:val="000000"/>
                <w:sz w:val="16"/>
              </w:rPr>
              <w:t>2</w:t>
            </w:r>
          </w:p>
        </w:tc>
      </w:tr>
      <w:tr w:rsidR="008D43AB" w14:paraId="4E105FCF" w14:textId="77777777">
        <w:trPr>
          <w:jc w:val="center"/>
        </w:trPr>
        <w:tc>
          <w:tcPr>
            <w:tcW w:w="14061" w:type="dxa"/>
            <w:gridSpan w:val="6"/>
            <w:tcMar>
              <w:top w:w="70" w:type="dxa"/>
              <w:left w:w="90" w:type="dxa"/>
              <w:bottom w:w="70" w:type="dxa"/>
              <w:right w:w="90" w:type="dxa"/>
            </w:tcMar>
            <w:vAlign w:val="center"/>
          </w:tcPr>
          <w:p w14:paraId="066E3C6A" w14:textId="77777777" w:rsidR="008D43AB" w:rsidRDefault="00000000">
            <w:r>
              <w:rPr>
                <w:b/>
                <w:color w:val="000000"/>
                <w:sz w:val="17"/>
              </w:rPr>
              <w:t xml:space="preserve">TIP UČNE URE: </w:t>
            </w:r>
            <w:r>
              <w:rPr>
                <w:color w:val="000000"/>
                <w:sz w:val="17"/>
              </w:rPr>
              <w:t>priprava, individualno opisno ocenjevanje z izvedbenim oziroma poslušalskim dokazom, analiza in ponovno učenje</w:t>
            </w:r>
          </w:p>
        </w:tc>
      </w:tr>
      <w:tr w:rsidR="008D43AB" w14:paraId="5C1AEFA4" w14:textId="77777777">
        <w:trPr>
          <w:cantSplit/>
          <w:jc w:val="center"/>
        </w:trPr>
        <w:tc>
          <w:tcPr>
            <w:tcW w:w="14060" w:type="dxa"/>
            <w:gridSpan w:val="6"/>
            <w:tcMar>
              <w:top w:w="70" w:type="dxa"/>
              <w:left w:w="90" w:type="dxa"/>
              <w:bottom w:w="70" w:type="dxa"/>
              <w:right w:w="90" w:type="dxa"/>
            </w:tcMar>
            <w:vAlign w:val="center"/>
          </w:tcPr>
          <w:p w14:paraId="653875F8" w14:textId="77777777" w:rsidR="008D43AB" w:rsidRDefault="008D43AB"/>
          <w:p w14:paraId="421288E7" w14:textId="77777777" w:rsidR="008D43AB" w:rsidRDefault="00000000">
            <w:pPr>
              <w:spacing w:line="245" w:lineRule="auto"/>
            </w:pPr>
            <w:r>
              <w:rPr>
                <w:b/>
                <w:color w:val="000000"/>
                <w:sz w:val="16"/>
              </w:rPr>
              <w:t xml:space="preserve">UČNI SKLOP: </w:t>
            </w:r>
            <w:r>
              <w:rPr>
                <w:color w:val="000000"/>
                <w:sz w:val="16"/>
              </w:rPr>
              <w:t>ŽIVIM ZDRAVO – JAZ IN DOBRO POČUTJE</w:t>
            </w:r>
          </w:p>
        </w:tc>
      </w:tr>
      <w:tr w:rsidR="008D43AB" w14:paraId="619B9560" w14:textId="77777777">
        <w:trPr>
          <w:cantSplit/>
          <w:jc w:val="center"/>
        </w:trPr>
        <w:tc>
          <w:tcPr>
            <w:tcW w:w="14060" w:type="dxa"/>
            <w:gridSpan w:val="6"/>
            <w:tcMar>
              <w:top w:w="70" w:type="dxa"/>
              <w:left w:w="90" w:type="dxa"/>
              <w:bottom w:w="70" w:type="dxa"/>
              <w:right w:w="90" w:type="dxa"/>
            </w:tcMar>
            <w:vAlign w:val="center"/>
          </w:tcPr>
          <w:p w14:paraId="10684BBC" w14:textId="77777777" w:rsidR="008D43AB" w:rsidRDefault="008D43AB"/>
          <w:p w14:paraId="0C2E2705" w14:textId="77777777" w:rsidR="008D43AB" w:rsidRDefault="00000000">
            <w:pPr>
              <w:spacing w:line="245" w:lineRule="auto"/>
            </w:pPr>
            <w:r>
              <w:rPr>
                <w:b/>
                <w:color w:val="000000"/>
                <w:sz w:val="16"/>
              </w:rPr>
              <w:t xml:space="preserve">UČNA TEMA: </w:t>
            </w:r>
            <w:r>
              <w:rPr>
                <w:color w:val="000000"/>
                <w:sz w:val="16"/>
              </w:rPr>
              <w:t>RITEM TELESA</w:t>
            </w:r>
          </w:p>
        </w:tc>
      </w:tr>
      <w:tr w:rsidR="008D43AB" w14:paraId="4539A2F0" w14:textId="77777777">
        <w:trPr>
          <w:cantSplit/>
          <w:jc w:val="center"/>
        </w:trPr>
        <w:tc>
          <w:tcPr>
            <w:tcW w:w="14060" w:type="dxa"/>
            <w:gridSpan w:val="6"/>
            <w:tcMar>
              <w:top w:w="70" w:type="dxa"/>
              <w:left w:w="90" w:type="dxa"/>
              <w:bottom w:w="70" w:type="dxa"/>
              <w:right w:w="90" w:type="dxa"/>
            </w:tcMar>
            <w:vAlign w:val="center"/>
          </w:tcPr>
          <w:p w14:paraId="28BE644F" w14:textId="77777777" w:rsidR="008D43AB" w:rsidRDefault="008D43AB"/>
          <w:p w14:paraId="2B1AFBC6" w14:textId="77777777" w:rsidR="008D43AB" w:rsidRDefault="00000000">
            <w:pPr>
              <w:spacing w:line="245" w:lineRule="auto"/>
            </w:pPr>
            <w:r>
              <w:rPr>
                <w:b/>
                <w:color w:val="000000"/>
                <w:sz w:val="16"/>
              </w:rPr>
              <w:t xml:space="preserve">KNJIŽEVNO / MOTIVNO IZHODIŠČE: </w:t>
            </w:r>
            <w:r>
              <w:rPr>
                <w:color w:val="000000"/>
                <w:sz w:val="16"/>
              </w:rPr>
              <w:t>»Mislice« – Feri Lainšček • čustva, misli, zdrave navade in notranji svet</w:t>
            </w:r>
          </w:p>
        </w:tc>
      </w:tr>
      <w:tr w:rsidR="008D43AB" w14:paraId="6EF41B30" w14:textId="77777777">
        <w:trPr>
          <w:cantSplit/>
          <w:jc w:val="center"/>
        </w:trPr>
        <w:tc>
          <w:tcPr>
            <w:tcW w:w="14060" w:type="dxa"/>
            <w:gridSpan w:val="6"/>
            <w:tcMar>
              <w:top w:w="70" w:type="dxa"/>
              <w:left w:w="90" w:type="dxa"/>
              <w:bottom w:w="70" w:type="dxa"/>
              <w:right w:w="90" w:type="dxa"/>
            </w:tcMar>
            <w:vAlign w:val="center"/>
          </w:tcPr>
          <w:p w14:paraId="4F2C9A04" w14:textId="77777777" w:rsidR="008D43AB" w:rsidRDefault="008D43AB"/>
          <w:p w14:paraId="7D1D7A92" w14:textId="77777777" w:rsidR="008D43AB" w:rsidRDefault="00000000">
            <w:pPr>
              <w:spacing w:line="245" w:lineRule="auto"/>
            </w:pPr>
            <w:r>
              <w:rPr>
                <w:b/>
                <w:color w:val="000000"/>
                <w:sz w:val="16"/>
              </w:rPr>
              <w:t xml:space="preserve">GLASBENO IZHODIŠČE / REPERTOAR: </w:t>
            </w:r>
            <w:r>
              <w:rPr>
                <w:color w:val="000000"/>
                <w:sz w:val="16"/>
              </w:rPr>
              <w:t>izštevanki »Burja piha« in »Mačka in miš«; telesna glasbila</w:t>
            </w:r>
          </w:p>
        </w:tc>
      </w:tr>
      <w:tr w:rsidR="008D43AB" w14:paraId="26F3CE60" w14:textId="77777777">
        <w:trPr>
          <w:cantSplit/>
          <w:jc w:val="center"/>
        </w:trPr>
        <w:tc>
          <w:tcPr>
            <w:tcW w:w="14060" w:type="dxa"/>
            <w:gridSpan w:val="6"/>
            <w:tcMar>
              <w:top w:w="70" w:type="dxa"/>
              <w:left w:w="90" w:type="dxa"/>
              <w:bottom w:w="70" w:type="dxa"/>
              <w:right w:w="90" w:type="dxa"/>
            </w:tcMar>
            <w:vAlign w:val="center"/>
          </w:tcPr>
          <w:p w14:paraId="25C3ECDC" w14:textId="77777777" w:rsidR="008D43AB" w:rsidRDefault="008D43AB"/>
          <w:p w14:paraId="68628777" w14:textId="77777777" w:rsidR="008D43AB" w:rsidRDefault="00000000">
            <w:pPr>
              <w:spacing w:line="245" w:lineRule="auto"/>
            </w:pPr>
            <w:r>
              <w:rPr>
                <w:b/>
                <w:color w:val="000000"/>
                <w:sz w:val="16"/>
              </w:rPr>
              <w:t xml:space="preserve">UČNE ENOTE: </w:t>
            </w:r>
            <w:r>
              <w:rPr>
                <w:color w:val="000000"/>
                <w:sz w:val="16"/>
              </w:rPr>
              <w:t>1. ura – Ritem Telesa – Poslušam in izvajam • 2. ura – Ritem telesa – Individualni ritmični dokaz</w:t>
            </w:r>
          </w:p>
        </w:tc>
      </w:tr>
      <w:tr w:rsidR="008D43AB" w14:paraId="34ECD4E7" w14:textId="77777777">
        <w:trPr>
          <w:cantSplit/>
          <w:jc w:val="center"/>
        </w:trPr>
        <w:tc>
          <w:tcPr>
            <w:tcW w:w="14060" w:type="dxa"/>
            <w:gridSpan w:val="6"/>
            <w:tcMar>
              <w:top w:w="70" w:type="dxa"/>
              <w:left w:w="90" w:type="dxa"/>
              <w:bottom w:w="70" w:type="dxa"/>
              <w:right w:w="90" w:type="dxa"/>
            </w:tcMar>
            <w:vAlign w:val="center"/>
          </w:tcPr>
          <w:p w14:paraId="72411329" w14:textId="77777777" w:rsidR="008D43AB" w:rsidRDefault="008D43AB"/>
          <w:p w14:paraId="45890760"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4F203DF0" w14:textId="77777777">
        <w:trPr>
          <w:cantSplit/>
          <w:jc w:val="center"/>
        </w:trPr>
        <w:tc>
          <w:tcPr>
            <w:tcW w:w="14060" w:type="dxa"/>
            <w:gridSpan w:val="6"/>
            <w:tcMar>
              <w:top w:w="70" w:type="dxa"/>
              <w:left w:w="90" w:type="dxa"/>
              <w:bottom w:w="70" w:type="dxa"/>
              <w:right w:w="90" w:type="dxa"/>
            </w:tcMar>
            <w:vAlign w:val="center"/>
          </w:tcPr>
          <w:p w14:paraId="7CB07263" w14:textId="77777777" w:rsidR="008D43AB" w:rsidRDefault="008D43AB"/>
          <w:p w14:paraId="18214351"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70DAA480" w14:textId="77777777">
        <w:trPr>
          <w:cantSplit/>
          <w:jc w:val="center"/>
        </w:trPr>
        <w:tc>
          <w:tcPr>
            <w:tcW w:w="14060" w:type="dxa"/>
            <w:gridSpan w:val="6"/>
            <w:tcMar>
              <w:top w:w="70" w:type="dxa"/>
              <w:left w:w="90" w:type="dxa"/>
              <w:bottom w:w="70" w:type="dxa"/>
              <w:right w:w="90" w:type="dxa"/>
            </w:tcMar>
            <w:vAlign w:val="center"/>
          </w:tcPr>
          <w:p w14:paraId="22F4ECEB" w14:textId="77777777" w:rsidR="008D43AB" w:rsidRDefault="008D43AB"/>
          <w:p w14:paraId="2931A6D9"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5BA1B4BA" w14:textId="77777777">
        <w:trPr>
          <w:cantSplit/>
          <w:jc w:val="center"/>
        </w:trPr>
        <w:tc>
          <w:tcPr>
            <w:tcW w:w="14060" w:type="dxa"/>
            <w:gridSpan w:val="6"/>
            <w:tcMar>
              <w:top w:w="70" w:type="dxa"/>
              <w:left w:w="90" w:type="dxa"/>
              <w:bottom w:w="70" w:type="dxa"/>
              <w:right w:w="90" w:type="dxa"/>
            </w:tcMar>
            <w:vAlign w:val="center"/>
          </w:tcPr>
          <w:p w14:paraId="0EE5C242" w14:textId="77777777" w:rsidR="008D43AB" w:rsidRDefault="008D43AB"/>
          <w:p w14:paraId="1F5A05EA" w14:textId="77777777" w:rsidR="008D43AB" w:rsidRDefault="00000000">
            <w:pPr>
              <w:spacing w:line="245" w:lineRule="auto"/>
            </w:pPr>
            <w:r>
              <w:rPr>
                <w:b/>
                <w:color w:val="000000"/>
                <w:sz w:val="16"/>
              </w:rPr>
              <w:t xml:space="preserve">MEDPREDMETNE POVEZAVE: </w:t>
            </w:r>
            <w:r>
              <w:rPr>
                <w:color w:val="000000"/>
                <w:sz w:val="16"/>
              </w:rPr>
              <w:t>SPO – čustva, misli, zdrave navade in notranji svet; SLJ – poslušanje, ritmični govor in opis doživetja; ŠPO – pulz, tempo, gibalni odziv in prostorska orientacija; LUM – simbol, barva, linija in zvočni zapis</w:t>
            </w:r>
          </w:p>
        </w:tc>
      </w:tr>
      <w:tr w:rsidR="008D43AB" w14:paraId="41A0AB93" w14:textId="77777777">
        <w:trPr>
          <w:cantSplit/>
          <w:jc w:val="center"/>
        </w:trPr>
        <w:tc>
          <w:tcPr>
            <w:tcW w:w="14060" w:type="dxa"/>
            <w:gridSpan w:val="6"/>
            <w:tcMar>
              <w:top w:w="70" w:type="dxa"/>
              <w:left w:w="90" w:type="dxa"/>
              <w:bottom w:w="70" w:type="dxa"/>
              <w:right w:w="90" w:type="dxa"/>
            </w:tcMar>
            <w:vAlign w:val="center"/>
          </w:tcPr>
          <w:p w14:paraId="659F31CA" w14:textId="77777777" w:rsidR="008D43AB" w:rsidRDefault="008D43AB"/>
          <w:p w14:paraId="2745F3A4"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5E4861C3" w14:textId="77777777">
        <w:trPr>
          <w:cantSplit/>
          <w:jc w:val="center"/>
        </w:trPr>
        <w:tc>
          <w:tcPr>
            <w:tcW w:w="14060" w:type="dxa"/>
            <w:gridSpan w:val="6"/>
            <w:tcMar>
              <w:top w:w="70" w:type="dxa"/>
              <w:left w:w="90" w:type="dxa"/>
              <w:bottom w:w="70" w:type="dxa"/>
              <w:right w:w="90" w:type="dxa"/>
            </w:tcMar>
            <w:vAlign w:val="center"/>
          </w:tcPr>
          <w:p w14:paraId="4BE30DCE" w14:textId="77777777" w:rsidR="008D43AB" w:rsidRDefault="008D43AB"/>
          <w:p w14:paraId="609564C9"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6B220477" w14:textId="77777777">
        <w:trPr>
          <w:cantSplit/>
          <w:jc w:val="center"/>
        </w:trPr>
        <w:tc>
          <w:tcPr>
            <w:tcW w:w="14060" w:type="dxa"/>
            <w:gridSpan w:val="6"/>
            <w:tcMar>
              <w:top w:w="70" w:type="dxa"/>
              <w:left w:w="90" w:type="dxa"/>
              <w:bottom w:w="70" w:type="dxa"/>
              <w:right w:w="90" w:type="dxa"/>
            </w:tcMar>
            <w:vAlign w:val="center"/>
          </w:tcPr>
          <w:p w14:paraId="19DB6184" w14:textId="77777777" w:rsidR="008D43AB" w:rsidRDefault="008D43AB"/>
          <w:p w14:paraId="1038B91B" w14:textId="77777777" w:rsidR="008D43AB" w:rsidRDefault="00000000">
            <w:pPr>
              <w:spacing w:line="245" w:lineRule="auto"/>
            </w:pPr>
            <w:r>
              <w:rPr>
                <w:b/>
                <w:color w:val="000000"/>
                <w:sz w:val="16"/>
              </w:rPr>
              <w:t xml:space="preserve">OCENJEVANJE / DAN DEJAVNOSTI: </w:t>
            </w:r>
            <w:r>
              <w:rPr>
                <w:color w:val="000000"/>
                <w:sz w:val="16"/>
              </w:rPr>
              <w:t>OCENJEVANJE 2 – DRUGE OBLIKE: ritmična izreka, ohranjanje utripa, telesna glasbila oziroma Orffov instrumentarij</w:t>
            </w:r>
          </w:p>
        </w:tc>
      </w:tr>
      <w:tr w:rsidR="008D43AB" w14:paraId="01447492" w14:textId="77777777">
        <w:trPr>
          <w:cantSplit/>
          <w:jc w:val="center"/>
        </w:trPr>
        <w:tc>
          <w:tcPr>
            <w:tcW w:w="14060" w:type="dxa"/>
            <w:gridSpan w:val="6"/>
            <w:tcMar>
              <w:top w:w="70" w:type="dxa"/>
              <w:left w:w="90" w:type="dxa"/>
              <w:bottom w:w="70" w:type="dxa"/>
              <w:right w:w="90" w:type="dxa"/>
            </w:tcMar>
            <w:vAlign w:val="center"/>
          </w:tcPr>
          <w:p w14:paraId="13124A43" w14:textId="77777777" w:rsidR="008D43AB" w:rsidRDefault="008D43AB"/>
          <w:p w14:paraId="3FB797B9"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3A38A8C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B59F7C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AAFCCC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5500EF1" w14:textId="77777777" w:rsidR="008D43AB" w:rsidRDefault="00000000">
            <w:pPr>
              <w:jc w:val="center"/>
            </w:pPr>
            <w:r>
              <w:rPr>
                <w:b/>
                <w:color w:val="000000"/>
                <w:sz w:val="20"/>
              </w:rPr>
              <w:t>UČNE DEJAVNOSTI, METODE IN FORMATIVNO SPREMLJANJE</w:t>
            </w:r>
          </w:p>
        </w:tc>
      </w:tr>
      <w:tr w:rsidR="008D43AB" w14:paraId="39CA2F12" w14:textId="77777777">
        <w:trPr>
          <w:tblHeader/>
          <w:jc w:val="center"/>
        </w:trPr>
        <w:tc>
          <w:tcPr>
            <w:tcW w:w="4422" w:type="dxa"/>
            <w:vMerge/>
            <w:tcMar>
              <w:top w:w="70" w:type="dxa"/>
              <w:left w:w="90" w:type="dxa"/>
              <w:bottom w:w="70" w:type="dxa"/>
              <w:right w:w="90" w:type="dxa"/>
            </w:tcMar>
            <w:vAlign w:val="center"/>
          </w:tcPr>
          <w:p w14:paraId="2584AC3F" w14:textId="77777777" w:rsidR="008D43AB" w:rsidRDefault="008D43AB"/>
        </w:tc>
        <w:tc>
          <w:tcPr>
            <w:tcW w:w="7087" w:type="dxa"/>
            <w:shd w:val="clear" w:color="auto" w:fill="FFFFFF"/>
            <w:tcMar>
              <w:top w:w="70" w:type="dxa"/>
              <w:left w:w="90" w:type="dxa"/>
              <w:bottom w:w="70" w:type="dxa"/>
              <w:right w:w="90" w:type="dxa"/>
            </w:tcMar>
            <w:vAlign w:val="center"/>
          </w:tcPr>
          <w:p w14:paraId="6DD0C3E0"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CF76427" w14:textId="77777777" w:rsidR="008D43AB" w:rsidRDefault="00000000">
            <w:pPr>
              <w:jc w:val="center"/>
            </w:pPr>
            <w:r>
              <w:rPr>
                <w:b/>
                <w:color w:val="000000"/>
              </w:rPr>
              <w:t>UČENEC</w:t>
            </w:r>
          </w:p>
        </w:tc>
      </w:tr>
      <w:tr w:rsidR="008D43AB" w14:paraId="35ECCA7F" w14:textId="77777777">
        <w:trPr>
          <w:jc w:val="center"/>
        </w:trPr>
        <w:tc>
          <w:tcPr>
            <w:tcW w:w="4422" w:type="dxa"/>
            <w:tcMar>
              <w:top w:w="70" w:type="dxa"/>
              <w:left w:w="90" w:type="dxa"/>
              <w:bottom w:w="70" w:type="dxa"/>
              <w:right w:w="90" w:type="dxa"/>
            </w:tcMar>
          </w:tcPr>
          <w:p w14:paraId="1C7C859B" w14:textId="77777777" w:rsidR="008D43AB" w:rsidRDefault="008D43AB"/>
          <w:p w14:paraId="701E4A65" w14:textId="77777777" w:rsidR="008D43AB" w:rsidRDefault="00000000">
            <w:pPr>
              <w:spacing w:after="60" w:line="245" w:lineRule="auto"/>
            </w:pPr>
            <w:r>
              <w:rPr>
                <w:b/>
                <w:color w:val="000000"/>
              </w:rPr>
              <w:t>UČNI CILJI</w:t>
            </w:r>
          </w:p>
          <w:p w14:paraId="551902A5" w14:textId="77777777" w:rsidR="008D43AB" w:rsidRDefault="00000000">
            <w:pPr>
              <w:spacing w:after="20" w:line="245" w:lineRule="auto"/>
            </w:pPr>
            <w:r>
              <w:rPr>
                <w:b/>
                <w:color w:val="000000"/>
                <w:sz w:val="17"/>
              </w:rPr>
              <w:t>SPLOŠNI</w:t>
            </w:r>
          </w:p>
          <w:p w14:paraId="3B875AD2"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52B3ECD3" w14:textId="77777777" w:rsidR="008D43AB" w:rsidRDefault="00000000">
            <w:pPr>
              <w:pStyle w:val="Oznaenseznam"/>
              <w:spacing w:after="16"/>
            </w:pPr>
            <w:r>
              <w:rPr>
                <w:color w:val="000000"/>
                <w:sz w:val="16"/>
              </w:rPr>
              <w:t>poje, ritmično govori ter uporablja telo, glasbila in predmete kot zvočne vire</w:t>
            </w:r>
          </w:p>
          <w:p w14:paraId="5B913FE1" w14:textId="77777777" w:rsidR="008D43AB" w:rsidRDefault="00000000">
            <w:pPr>
              <w:pStyle w:val="Oznaenseznam"/>
              <w:spacing w:after="16"/>
            </w:pPr>
            <w:r>
              <w:rPr>
                <w:color w:val="000000"/>
                <w:sz w:val="16"/>
              </w:rPr>
              <w:t>razlikuje izbrane lastnosti zvoka in glasbe ter varuje sluh in odgovorno uporablja glasbila</w:t>
            </w:r>
          </w:p>
          <w:p w14:paraId="6E4C83C9"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0868A930" w14:textId="77777777" w:rsidR="008D43AB" w:rsidRDefault="00000000">
            <w:pPr>
              <w:spacing w:before="40" w:after="20" w:line="245" w:lineRule="auto"/>
            </w:pPr>
            <w:r>
              <w:rPr>
                <w:b/>
                <w:color w:val="000000"/>
                <w:sz w:val="17"/>
              </w:rPr>
              <w:t>OPERATIVNI</w:t>
            </w:r>
          </w:p>
          <w:p w14:paraId="322F50F5" w14:textId="77777777" w:rsidR="008D43AB" w:rsidRDefault="00000000">
            <w:pPr>
              <w:pStyle w:val="Oznaenseznam"/>
              <w:spacing w:after="16"/>
            </w:pPr>
            <w:r>
              <w:rPr>
                <w:color w:val="000000"/>
                <w:sz w:val="16"/>
              </w:rPr>
              <w:t>izvaja ritme z lastnimi glasbili</w:t>
            </w:r>
          </w:p>
          <w:p w14:paraId="5C419B86" w14:textId="77777777" w:rsidR="008D43AB" w:rsidRDefault="00000000">
            <w:pPr>
              <w:pStyle w:val="Oznaenseznam"/>
              <w:spacing w:after="16"/>
            </w:pPr>
            <w:r>
              <w:rPr>
                <w:color w:val="000000"/>
                <w:sz w:val="16"/>
              </w:rPr>
              <w:t>ustvari ritmično zaporedje</w:t>
            </w:r>
          </w:p>
          <w:p w14:paraId="5BF83952" w14:textId="77777777" w:rsidR="008D43AB" w:rsidRDefault="00000000">
            <w:pPr>
              <w:pStyle w:val="Oznaenseznam"/>
              <w:spacing w:after="16"/>
            </w:pPr>
            <w:r>
              <w:rPr>
                <w:color w:val="000000"/>
                <w:sz w:val="16"/>
              </w:rPr>
              <w:t>usklajuje gib in zvok</w:t>
            </w:r>
          </w:p>
          <w:p w14:paraId="5CBBF03B" w14:textId="77777777" w:rsidR="008D43AB" w:rsidRDefault="00000000">
            <w:pPr>
              <w:spacing w:before="40" w:after="20" w:line="245" w:lineRule="auto"/>
            </w:pPr>
            <w:r>
              <w:rPr>
                <w:b/>
                <w:color w:val="000000"/>
                <w:sz w:val="17"/>
              </w:rPr>
              <w:t>PRIČAKOVANI DOSEŽKI / MINIMALNI POUDARKI</w:t>
            </w:r>
          </w:p>
          <w:p w14:paraId="30FBE16C" w14:textId="77777777" w:rsidR="008D43AB" w:rsidRDefault="00000000">
            <w:pPr>
              <w:pStyle w:val="Oznaenseznam"/>
              <w:spacing w:after="16"/>
            </w:pPr>
            <w:r>
              <w:rPr>
                <w:color w:val="000000"/>
                <w:sz w:val="15"/>
              </w:rPr>
              <w:t>samostojno oziroma z dogovorjeno oporo izvaja ritme z lastnimi glasbili</w:t>
            </w:r>
          </w:p>
          <w:p w14:paraId="4A03CBD8" w14:textId="77777777" w:rsidR="008D43AB" w:rsidRDefault="00000000">
            <w:pPr>
              <w:pStyle w:val="Oznaenseznam"/>
              <w:spacing w:after="16"/>
            </w:pPr>
            <w:r>
              <w:rPr>
                <w:color w:val="000000"/>
                <w:sz w:val="15"/>
              </w:rPr>
              <w:t>samostojno oziroma z dogovorjeno oporo ustvari ritmično zaporedje</w:t>
            </w:r>
          </w:p>
          <w:p w14:paraId="0EAFEE9F" w14:textId="77777777" w:rsidR="008D43AB" w:rsidRDefault="00000000">
            <w:pPr>
              <w:pStyle w:val="Oznaenseznam"/>
              <w:spacing w:after="16"/>
            </w:pPr>
            <w:r>
              <w:rPr>
                <w:color w:val="000000"/>
                <w:sz w:val="15"/>
              </w:rPr>
              <w:t>samostojno oziroma z dogovorjeno oporo usklajuje gib in zvok</w:t>
            </w:r>
          </w:p>
        </w:tc>
        <w:tc>
          <w:tcPr>
            <w:tcW w:w="7087" w:type="dxa"/>
            <w:tcMar>
              <w:top w:w="70" w:type="dxa"/>
              <w:left w:w="90" w:type="dxa"/>
              <w:bottom w:w="70" w:type="dxa"/>
              <w:right w:w="90" w:type="dxa"/>
            </w:tcMar>
          </w:tcPr>
          <w:p w14:paraId="0E61F26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45B70A0" w14:textId="77777777">
              <w:trPr>
                <w:jc w:val="center"/>
              </w:trPr>
              <w:tc>
                <w:tcPr>
                  <w:tcW w:w="7087" w:type="dxa"/>
                  <w:shd w:val="clear" w:color="auto" w:fill="C6E7F3"/>
                  <w:tcMar>
                    <w:top w:w="45" w:type="dxa"/>
                    <w:left w:w="70" w:type="dxa"/>
                    <w:bottom w:w="45" w:type="dxa"/>
                    <w:right w:w="70" w:type="dxa"/>
                  </w:tcMar>
                </w:tcPr>
                <w:p w14:paraId="5E9C1195" w14:textId="77777777" w:rsidR="008D43AB" w:rsidRDefault="00000000">
                  <w:pPr>
                    <w:keepNext/>
                  </w:pPr>
                  <w:r>
                    <w:rPr>
                      <w:b/>
                      <w:color w:val="000000"/>
                    </w:rPr>
                    <w:t>UVODNI DEL – zvočna motivacija, aktivacija predznanja in namen učenja (8–12 min)</w:t>
                  </w:r>
                </w:p>
              </w:tc>
            </w:tr>
          </w:tbl>
          <w:p w14:paraId="62FC6863" w14:textId="77777777" w:rsidR="008D43AB" w:rsidRDefault="008D43AB">
            <w:pPr>
              <w:spacing w:line="20" w:lineRule="exact"/>
            </w:pPr>
          </w:p>
          <w:p w14:paraId="083D9BFF" w14:textId="77777777" w:rsidR="008D43AB" w:rsidRDefault="00000000">
            <w:pPr>
              <w:spacing w:before="40" w:after="60" w:line="245" w:lineRule="auto"/>
            </w:pPr>
            <w:r>
              <w:rPr>
                <w:color w:val="000000"/>
                <w:sz w:val="16"/>
              </w:rPr>
              <w:t>Učenci ob motivu »Mislice« – Feri Lainšček vstopijo v temo čustva, misli, zdrave navade in notranji svet. Najprej v tišini poslušajo kratek zvočni odlomek ali učiteljičino izvedbo (izštevanki »Burja piha« in »Mačka in miš«; telesna glasbila), nato s kretnjo, gibanjem, glasom, kartico ali kratko razlago pokažejo prvi odziv in napoved. Pred individualnim dokazom obnovijo javna merila in dovoljene opore; po izvedbi določijo naslednji korak.</w:t>
            </w:r>
          </w:p>
          <w:tbl>
            <w:tblPr>
              <w:tblStyle w:val="Tabelamrea"/>
              <w:tblW w:w="0" w:type="auto"/>
              <w:jc w:val="center"/>
              <w:tblLayout w:type="fixed"/>
              <w:tblLook w:val="04A0" w:firstRow="1" w:lastRow="0" w:firstColumn="1" w:lastColumn="0" w:noHBand="0" w:noVBand="1"/>
            </w:tblPr>
            <w:tblGrid>
              <w:gridCol w:w="7087"/>
            </w:tblGrid>
            <w:tr w:rsidR="008D43AB" w14:paraId="27167CCF" w14:textId="77777777">
              <w:trPr>
                <w:jc w:val="center"/>
              </w:trPr>
              <w:tc>
                <w:tcPr>
                  <w:tcW w:w="7087" w:type="dxa"/>
                  <w:shd w:val="clear" w:color="auto" w:fill="EDC9EA"/>
                  <w:tcMar>
                    <w:top w:w="45" w:type="dxa"/>
                    <w:left w:w="70" w:type="dxa"/>
                    <w:bottom w:w="45" w:type="dxa"/>
                    <w:right w:w="70" w:type="dxa"/>
                  </w:tcMar>
                </w:tcPr>
                <w:p w14:paraId="3E964D0B" w14:textId="77777777" w:rsidR="008D43AB" w:rsidRDefault="00000000">
                  <w:pPr>
                    <w:keepNext/>
                  </w:pPr>
                  <w:r>
                    <w:rPr>
                      <w:b/>
                      <w:color w:val="000000"/>
                    </w:rPr>
                    <w:t>NAMENI UČENJA</w:t>
                  </w:r>
                </w:p>
              </w:tc>
            </w:tr>
          </w:tbl>
          <w:p w14:paraId="24BED490" w14:textId="77777777" w:rsidR="008D43AB" w:rsidRDefault="008D43AB">
            <w:pPr>
              <w:spacing w:line="20" w:lineRule="exact"/>
            </w:pPr>
          </w:p>
          <w:p w14:paraId="47ED571A"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77336286" w14:textId="77777777" w:rsidR="008D43AB" w:rsidRDefault="00000000">
            <w:pPr>
              <w:pStyle w:val="Oznaenseznam"/>
              <w:spacing w:after="16"/>
            </w:pPr>
            <w:r>
              <w:rPr>
                <w:color w:val="000000"/>
                <w:sz w:val="16"/>
              </w:rPr>
              <w:t>izvajam ritme z lastnimi glasbili</w:t>
            </w:r>
          </w:p>
          <w:p w14:paraId="0957A5F8" w14:textId="77777777" w:rsidR="008D43AB" w:rsidRDefault="00000000">
            <w:pPr>
              <w:pStyle w:val="Oznaenseznam"/>
              <w:spacing w:after="16"/>
            </w:pPr>
            <w:r>
              <w:rPr>
                <w:color w:val="000000"/>
                <w:sz w:val="16"/>
              </w:rPr>
              <w:t>ustvarim ritmično zaporedje</w:t>
            </w:r>
          </w:p>
          <w:p w14:paraId="0286D52B" w14:textId="77777777" w:rsidR="008D43AB" w:rsidRDefault="00000000">
            <w:pPr>
              <w:pStyle w:val="Oznaenseznam"/>
              <w:spacing w:after="16"/>
            </w:pPr>
            <w:r>
              <w:rPr>
                <w:color w:val="000000"/>
                <w:sz w:val="16"/>
              </w:rPr>
              <w:t>usklajuje gib in zvok</w:t>
            </w:r>
          </w:p>
          <w:tbl>
            <w:tblPr>
              <w:tblStyle w:val="Tabelamrea"/>
              <w:tblW w:w="0" w:type="auto"/>
              <w:jc w:val="center"/>
              <w:tblLayout w:type="fixed"/>
              <w:tblLook w:val="04A0" w:firstRow="1" w:lastRow="0" w:firstColumn="1" w:lastColumn="0" w:noHBand="0" w:noVBand="1"/>
            </w:tblPr>
            <w:tblGrid>
              <w:gridCol w:w="7087"/>
            </w:tblGrid>
            <w:tr w:rsidR="008D43AB" w14:paraId="3950EDE3" w14:textId="77777777">
              <w:trPr>
                <w:jc w:val="center"/>
              </w:trPr>
              <w:tc>
                <w:tcPr>
                  <w:tcW w:w="7087" w:type="dxa"/>
                  <w:shd w:val="clear" w:color="auto" w:fill="EDC9EA"/>
                  <w:tcMar>
                    <w:top w:w="45" w:type="dxa"/>
                    <w:left w:w="70" w:type="dxa"/>
                    <w:bottom w:w="45" w:type="dxa"/>
                    <w:right w:w="70" w:type="dxa"/>
                  </w:tcMar>
                </w:tcPr>
                <w:p w14:paraId="09AC7D55" w14:textId="77777777" w:rsidR="008D43AB" w:rsidRDefault="00000000">
                  <w:pPr>
                    <w:keepNext/>
                  </w:pPr>
                  <w:r>
                    <w:rPr>
                      <w:b/>
                      <w:color w:val="000000"/>
                    </w:rPr>
                    <w:t>PREVERJANJE PREDZNANJA</w:t>
                  </w:r>
                </w:p>
              </w:tc>
            </w:tr>
          </w:tbl>
          <w:p w14:paraId="70C2FD49" w14:textId="77777777" w:rsidR="008D43AB" w:rsidRDefault="008D43AB">
            <w:pPr>
              <w:spacing w:line="20" w:lineRule="exact"/>
            </w:pPr>
          </w:p>
          <w:p w14:paraId="037BD6A7" w14:textId="77777777" w:rsidR="008D43AB" w:rsidRDefault="00000000">
            <w:pPr>
              <w:pStyle w:val="Oznaenseznam"/>
              <w:spacing w:after="16"/>
            </w:pPr>
            <w:r>
              <w:rPr>
                <w:color w:val="000000"/>
                <w:sz w:val="16"/>
              </w:rPr>
              <w:t>Kaj mi zvok, naslov, slika ali motiv pove o temi čustva, misli, zdrave navade in notranji svet?</w:t>
            </w:r>
          </w:p>
          <w:p w14:paraId="40E68555" w14:textId="77777777" w:rsidR="008D43AB" w:rsidRDefault="00000000">
            <w:pPr>
              <w:pStyle w:val="Oznaenseznam"/>
              <w:spacing w:after="16"/>
            </w:pPr>
            <w:r>
              <w:rPr>
                <w:color w:val="000000"/>
                <w:sz w:val="16"/>
              </w:rPr>
              <w:t>Kako lahko s poslušanjem, glasom, telesom, glasbilom ali simbolom pokažem, kaj že znam pri temi »RITEM TELESA«?</w:t>
            </w:r>
          </w:p>
          <w:p w14:paraId="6695DE5A"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2F80A003" w14:textId="77777777">
              <w:trPr>
                <w:jc w:val="center"/>
              </w:trPr>
              <w:tc>
                <w:tcPr>
                  <w:tcW w:w="7087" w:type="dxa"/>
                  <w:shd w:val="clear" w:color="auto" w:fill="EDC9EA"/>
                  <w:tcMar>
                    <w:top w:w="45" w:type="dxa"/>
                    <w:left w:w="70" w:type="dxa"/>
                    <w:bottom w:w="45" w:type="dxa"/>
                    <w:right w:w="70" w:type="dxa"/>
                  </w:tcMar>
                </w:tcPr>
                <w:p w14:paraId="1E7FFFAF" w14:textId="77777777" w:rsidR="008D43AB" w:rsidRDefault="00000000">
                  <w:pPr>
                    <w:keepNext/>
                  </w:pPr>
                  <w:r>
                    <w:rPr>
                      <w:b/>
                      <w:color w:val="000000"/>
                    </w:rPr>
                    <w:t>KRITERIJI USPEŠNOSTI</w:t>
                  </w:r>
                </w:p>
              </w:tc>
            </w:tr>
          </w:tbl>
          <w:p w14:paraId="748758D8" w14:textId="77777777" w:rsidR="008D43AB" w:rsidRDefault="008D43AB"/>
          <w:p w14:paraId="07685ACC" w14:textId="77777777" w:rsidR="008D43AB" w:rsidRDefault="00000000">
            <w:pPr>
              <w:spacing w:before="20" w:after="20" w:line="245" w:lineRule="auto"/>
            </w:pPr>
            <w:r>
              <w:rPr>
                <w:b/>
                <w:color w:val="000000"/>
                <w:sz w:val="16"/>
              </w:rPr>
              <w:t>Uspešen/-na bom, ko:</w:t>
            </w:r>
          </w:p>
          <w:p w14:paraId="496FEF31" w14:textId="77777777" w:rsidR="008D43AB" w:rsidRDefault="00000000">
            <w:pPr>
              <w:pStyle w:val="Oznaenseznam"/>
              <w:spacing w:after="16"/>
            </w:pPr>
            <w:r>
              <w:rPr>
                <w:color w:val="000000"/>
                <w:sz w:val="16"/>
              </w:rPr>
              <w:t>izvajam ritme z lastnimi glasbili</w:t>
            </w:r>
          </w:p>
          <w:p w14:paraId="663815A6" w14:textId="77777777" w:rsidR="008D43AB" w:rsidRDefault="00000000">
            <w:pPr>
              <w:pStyle w:val="Oznaenseznam"/>
              <w:spacing w:after="16"/>
            </w:pPr>
            <w:r>
              <w:rPr>
                <w:color w:val="000000"/>
                <w:sz w:val="16"/>
              </w:rPr>
              <w:t>ustvarim ritmično zaporedje</w:t>
            </w:r>
          </w:p>
          <w:p w14:paraId="10A35BE5" w14:textId="77777777" w:rsidR="008D43AB" w:rsidRDefault="00000000">
            <w:pPr>
              <w:pStyle w:val="Oznaenseznam"/>
              <w:spacing w:after="16"/>
            </w:pPr>
            <w:r>
              <w:rPr>
                <w:color w:val="000000"/>
                <w:sz w:val="16"/>
              </w:rPr>
              <w:t>usklajuje gib in zvok</w:t>
            </w:r>
          </w:p>
          <w:p w14:paraId="66092AD1" w14:textId="77777777" w:rsidR="008D43AB" w:rsidRDefault="00000000">
            <w:pPr>
              <w:pStyle w:val="Oznaenseznam"/>
              <w:spacing w:after="16"/>
            </w:pPr>
            <w:r>
              <w:rPr>
                <w:color w:val="000000"/>
                <w:sz w:val="16"/>
              </w:rPr>
              <w:t>upoštevam dogovorjeni začetek, konec, znak za tišino in varno glasnost</w:t>
            </w:r>
          </w:p>
          <w:p w14:paraId="08BC90D6"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450D0D5A" w14:textId="77777777" w:rsidR="008D43AB" w:rsidRDefault="008D43AB"/>
          <w:p w14:paraId="20C60499"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67AB1F52" w14:textId="77777777" w:rsidR="008D43AB" w:rsidRDefault="00000000">
            <w:pPr>
              <w:spacing w:after="80" w:line="245" w:lineRule="auto"/>
            </w:pPr>
            <w:r>
              <w:rPr>
                <w:color w:val="000000"/>
                <w:sz w:val="16"/>
              </w:rPr>
              <w:t>Pove ali pokaže, kaj že zna in katero glasbeno strategijo bi uporabil.</w:t>
            </w:r>
          </w:p>
          <w:p w14:paraId="2ADD8068" w14:textId="77777777" w:rsidR="008D43AB" w:rsidRDefault="00000000">
            <w:pPr>
              <w:spacing w:after="100" w:line="245" w:lineRule="auto"/>
            </w:pPr>
            <w:r>
              <w:rPr>
                <w:color w:val="000000"/>
                <w:sz w:val="16"/>
              </w:rPr>
              <w:t>Sodeluje pri razumevanju namenov, meril uspešnosti, varne glasnosti in načina dokazovanja.</w:t>
            </w:r>
          </w:p>
          <w:p w14:paraId="0E93D3AD" w14:textId="77777777" w:rsidR="008D43AB" w:rsidRDefault="00000000">
            <w:pPr>
              <w:spacing w:after="20" w:line="245" w:lineRule="auto"/>
            </w:pPr>
            <w:r>
              <w:rPr>
                <w:b/>
                <w:color w:val="D95BC6"/>
                <w:sz w:val="17"/>
              </w:rPr>
              <w:t>DOKAZ O UČENJU</w:t>
            </w:r>
          </w:p>
          <w:p w14:paraId="582C48AC"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5821461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755A5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F8A1BE0"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05C131A" w14:textId="77777777" w:rsidR="008D43AB" w:rsidRDefault="00000000">
            <w:pPr>
              <w:jc w:val="center"/>
            </w:pPr>
            <w:r>
              <w:rPr>
                <w:b/>
                <w:color w:val="000000"/>
                <w:sz w:val="20"/>
              </w:rPr>
              <w:t>UČNE DEJAVNOSTI, METODE IN FORMATIVNO SPREMLJANJE</w:t>
            </w:r>
          </w:p>
        </w:tc>
      </w:tr>
      <w:tr w:rsidR="008D43AB" w14:paraId="155BD0D7" w14:textId="77777777">
        <w:trPr>
          <w:tblHeader/>
          <w:jc w:val="center"/>
        </w:trPr>
        <w:tc>
          <w:tcPr>
            <w:tcW w:w="4422" w:type="dxa"/>
            <w:vMerge/>
            <w:tcMar>
              <w:top w:w="70" w:type="dxa"/>
              <w:left w:w="90" w:type="dxa"/>
              <w:bottom w:w="70" w:type="dxa"/>
              <w:right w:w="90" w:type="dxa"/>
            </w:tcMar>
            <w:vAlign w:val="center"/>
          </w:tcPr>
          <w:p w14:paraId="1BADF222" w14:textId="77777777" w:rsidR="008D43AB" w:rsidRDefault="008D43AB"/>
        </w:tc>
        <w:tc>
          <w:tcPr>
            <w:tcW w:w="7087" w:type="dxa"/>
            <w:shd w:val="clear" w:color="auto" w:fill="FFFFFF"/>
            <w:tcMar>
              <w:top w:w="70" w:type="dxa"/>
              <w:left w:w="90" w:type="dxa"/>
              <w:bottom w:w="70" w:type="dxa"/>
              <w:right w:w="90" w:type="dxa"/>
            </w:tcMar>
            <w:vAlign w:val="center"/>
          </w:tcPr>
          <w:p w14:paraId="7B2ECCD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D74CFFC" w14:textId="77777777" w:rsidR="008D43AB" w:rsidRDefault="00000000">
            <w:pPr>
              <w:jc w:val="center"/>
            </w:pPr>
            <w:r>
              <w:rPr>
                <w:b/>
                <w:color w:val="000000"/>
              </w:rPr>
              <w:t>UČENEC</w:t>
            </w:r>
          </w:p>
        </w:tc>
      </w:tr>
      <w:tr w:rsidR="008D43AB" w14:paraId="0F0FD8D6" w14:textId="77777777">
        <w:trPr>
          <w:jc w:val="center"/>
        </w:trPr>
        <w:tc>
          <w:tcPr>
            <w:tcW w:w="4422" w:type="dxa"/>
            <w:tcMar>
              <w:top w:w="70" w:type="dxa"/>
              <w:left w:w="90" w:type="dxa"/>
              <w:bottom w:w="70" w:type="dxa"/>
              <w:right w:w="90" w:type="dxa"/>
            </w:tcMar>
          </w:tcPr>
          <w:p w14:paraId="7E6776DB" w14:textId="77777777" w:rsidR="008D43AB" w:rsidRDefault="008D43AB"/>
          <w:p w14:paraId="6247BCF2" w14:textId="77777777" w:rsidR="008D43AB" w:rsidRDefault="00000000">
            <w:pPr>
              <w:spacing w:after="40" w:line="245" w:lineRule="auto"/>
            </w:pPr>
            <w:r>
              <w:rPr>
                <w:b/>
                <w:color w:val="000000"/>
              </w:rPr>
              <w:t>KLJUČNI GLASBENI POJMI</w:t>
            </w:r>
          </w:p>
          <w:p w14:paraId="752886D3" w14:textId="77777777" w:rsidR="008D43AB" w:rsidRDefault="00000000">
            <w:pPr>
              <w:spacing w:after="60" w:line="245" w:lineRule="auto"/>
            </w:pPr>
            <w:r>
              <w:rPr>
                <w:color w:val="000000"/>
                <w:sz w:val="15"/>
              </w:rPr>
              <w:t>poslušanje, zvok, tišina, izvedba, glasbeni znak, dokaz, povratna informacija, pulz, ritem, tempo, ponavljanje, začetek, konec</w:t>
            </w:r>
          </w:p>
          <w:p w14:paraId="2EC9309C" w14:textId="77777777" w:rsidR="008D43AB" w:rsidRDefault="00000000">
            <w:pPr>
              <w:spacing w:after="20" w:line="245" w:lineRule="auto"/>
            </w:pPr>
            <w:r>
              <w:rPr>
                <w:b/>
                <w:color w:val="000000"/>
                <w:sz w:val="17"/>
              </w:rPr>
              <w:t>DOKAZI O UČENJU</w:t>
            </w:r>
          </w:p>
          <w:p w14:paraId="775A9022" w14:textId="77777777" w:rsidR="008D43AB" w:rsidRDefault="00000000">
            <w:pPr>
              <w:pStyle w:val="Oznaenseznam"/>
              <w:spacing w:after="9"/>
            </w:pPr>
            <w:r>
              <w:rPr>
                <w:color w:val="000000"/>
                <w:sz w:val="15"/>
              </w:rPr>
              <w:t>poslušalski gibalni odziv, ritmični/pevski odmev in učiteljev zapis o skupnem pulzu oziroma začetku/koncu.</w:t>
            </w:r>
          </w:p>
          <w:p w14:paraId="685862C8" w14:textId="77777777" w:rsidR="008D43AB" w:rsidRDefault="00000000">
            <w:pPr>
              <w:pStyle w:val="Oznaenseznam"/>
              <w:spacing w:after="9"/>
            </w:pPr>
            <w:r>
              <w:rPr>
                <w:color w:val="000000"/>
                <w:sz w:val="15"/>
              </w:rPr>
              <w:t>individualna ritmična izvedba, ohranjanje utripa, ponovitev motiva in odziv na znak</w:t>
            </w:r>
          </w:p>
          <w:p w14:paraId="21D28B5E" w14:textId="77777777" w:rsidR="008D43AB" w:rsidRDefault="00000000">
            <w:pPr>
              <w:spacing w:before="40" w:after="20" w:line="245" w:lineRule="auto"/>
            </w:pPr>
            <w:r>
              <w:rPr>
                <w:b/>
                <w:color w:val="000000"/>
                <w:sz w:val="17"/>
              </w:rPr>
              <w:t>GLASBENO DOŽIVETJE IN IZKUŠENJSKI POUK</w:t>
            </w:r>
          </w:p>
          <w:p w14:paraId="25396087"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2538EA8B" w14:textId="77777777" w:rsidR="008D43AB" w:rsidRDefault="00000000">
            <w:pPr>
              <w:spacing w:after="20" w:line="245" w:lineRule="auto"/>
            </w:pPr>
            <w:r>
              <w:rPr>
                <w:b/>
                <w:color w:val="000000"/>
                <w:sz w:val="17"/>
              </w:rPr>
              <w:t>POUČEVANJE V GIBANJU</w:t>
            </w:r>
          </w:p>
          <w:p w14:paraId="138AA5A0"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9009768" w14:textId="77777777" w:rsidR="008D43AB" w:rsidRDefault="00000000">
            <w:pPr>
              <w:spacing w:after="20" w:line="245" w:lineRule="auto"/>
            </w:pPr>
            <w:r>
              <w:rPr>
                <w:b/>
                <w:color w:val="000000"/>
                <w:sz w:val="17"/>
              </w:rPr>
              <w:t>DELO PO POSTAJAH</w:t>
            </w:r>
          </w:p>
          <w:p w14:paraId="36BD5809"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18E71049" w14:textId="77777777" w:rsidR="008D43AB" w:rsidRDefault="00000000">
            <w:pPr>
              <w:spacing w:after="10" w:line="245" w:lineRule="auto"/>
            </w:pPr>
            <w:r>
              <w:rPr>
                <w:color w:val="000000"/>
                <w:sz w:val="15"/>
              </w:rPr>
              <w:t>1. Ritmično-ocenjevalna: individualno ohranjam utrip, ritmično izrekam, ponovim motiv in se odzovem na znak.</w:t>
            </w:r>
          </w:p>
          <w:p w14:paraId="73689124" w14:textId="77777777" w:rsidR="008D43AB" w:rsidRDefault="00000000">
            <w:pPr>
              <w:spacing w:after="10" w:line="245" w:lineRule="auto"/>
            </w:pPr>
            <w:r>
              <w:rPr>
                <w:color w:val="000000"/>
                <w:sz w:val="15"/>
              </w:rPr>
              <w:t>2. Gibalna: po talni poti korakam v utripu ter menjam telesno glasbilo ob slikovnem znaku.</w:t>
            </w:r>
          </w:p>
          <w:p w14:paraId="0D94FD01" w14:textId="77777777" w:rsidR="008D43AB" w:rsidRDefault="00000000">
            <w:pPr>
              <w:spacing w:after="10" w:line="245" w:lineRule="auto"/>
            </w:pPr>
            <w:r>
              <w:rPr>
                <w:color w:val="000000"/>
                <w:sz w:val="15"/>
              </w:rPr>
              <w:t>3. Izvajalska: z Orffovim glasbilom ponovim in dopolnim znani motiv.</w:t>
            </w:r>
          </w:p>
          <w:p w14:paraId="27BACAA2" w14:textId="77777777" w:rsidR="008D43AB" w:rsidRDefault="00000000">
            <w:pPr>
              <w:spacing w:after="10" w:line="245" w:lineRule="auto"/>
            </w:pPr>
            <w:r>
              <w:rPr>
                <w:color w:val="000000"/>
                <w:sz w:val="15"/>
              </w:rPr>
              <w:t>4. Ustvarjalno-zapisna: iz simbolov sestavim ritem počutja ter ga vadim in samovrednotim.</w:t>
            </w:r>
          </w:p>
          <w:p w14:paraId="43FC7654" w14:textId="77777777" w:rsidR="008D43AB" w:rsidRDefault="00000000">
            <w:pPr>
              <w:spacing w:after="20" w:line="245" w:lineRule="auto"/>
            </w:pPr>
            <w:r>
              <w:rPr>
                <w:b/>
                <w:color w:val="000000"/>
                <w:sz w:val="17"/>
              </w:rPr>
              <w:t>DIFERENCIACIJA IN VKLJUČEVANJE</w:t>
            </w:r>
          </w:p>
          <w:p w14:paraId="47544750"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074096E4" w14:textId="77777777" w:rsidR="008D43AB" w:rsidRDefault="00000000">
            <w:pPr>
              <w:spacing w:after="20" w:line="245" w:lineRule="auto"/>
            </w:pPr>
            <w:r>
              <w:rPr>
                <w:b/>
                <w:color w:val="000000"/>
                <w:sz w:val="17"/>
              </w:rPr>
              <w:t>SPREMLJANJE</w:t>
            </w:r>
          </w:p>
          <w:p w14:paraId="53E95F9A"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3B056851"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740C20C" w14:textId="77777777">
              <w:trPr>
                <w:jc w:val="center"/>
              </w:trPr>
              <w:tc>
                <w:tcPr>
                  <w:tcW w:w="7087" w:type="dxa"/>
                  <w:shd w:val="clear" w:color="auto" w:fill="C6E7F3"/>
                  <w:tcMar>
                    <w:top w:w="45" w:type="dxa"/>
                    <w:left w:w="70" w:type="dxa"/>
                    <w:bottom w:w="45" w:type="dxa"/>
                    <w:right w:w="70" w:type="dxa"/>
                  </w:tcMar>
                </w:tcPr>
                <w:p w14:paraId="597FCF4E" w14:textId="77777777" w:rsidR="008D43AB" w:rsidRDefault="00000000">
                  <w:pPr>
                    <w:keepNext/>
                  </w:pPr>
                  <w:r>
                    <w:rPr>
                      <w:b/>
                      <w:color w:val="000000"/>
                      <w:sz w:val="17"/>
                    </w:rPr>
                    <w:t>GLAVNI DEL – POSLUŠANJE, IZVAJANJE, GIBANJE IN USTVARJANJE (2 šolski uri)</w:t>
                  </w:r>
                </w:p>
              </w:tc>
            </w:tr>
          </w:tbl>
          <w:p w14:paraId="2A61109D" w14:textId="77777777" w:rsidR="008D43AB" w:rsidRDefault="008D43AB">
            <w:pPr>
              <w:spacing w:line="20" w:lineRule="exact"/>
            </w:pPr>
          </w:p>
          <w:p w14:paraId="68C73119" w14:textId="77777777" w:rsidR="008D43AB" w:rsidRDefault="00000000">
            <w:pPr>
              <w:keepNext/>
              <w:spacing w:before="24" w:after="8" w:line="245" w:lineRule="auto"/>
            </w:pPr>
            <w:r>
              <w:rPr>
                <w:b/>
                <w:color w:val="000000"/>
                <w:sz w:val="16"/>
              </w:rPr>
              <w:t>1. URA – Ritem Telesa – Poslušam in izvajam</w:t>
            </w:r>
          </w:p>
          <w:p w14:paraId="3CB372A9"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»RITEM TELESA«,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4B428A6C"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52C52095"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6F7FDBAD" w14:textId="77777777" w:rsidR="008D43AB" w:rsidRDefault="00000000">
            <w:pPr>
              <w:keepNext/>
              <w:spacing w:before="24" w:after="8" w:line="245" w:lineRule="auto"/>
            </w:pPr>
            <w:r>
              <w:rPr>
                <w:b/>
                <w:color w:val="000000"/>
                <w:sz w:val="16"/>
              </w:rPr>
              <w:t>2. URA – Ritem telesa – Individualni ritmični dokaz</w:t>
            </w:r>
          </w:p>
          <w:p w14:paraId="171B7D1A" w14:textId="77777777" w:rsidR="008D43AB" w:rsidRDefault="00000000">
            <w:pPr>
              <w:spacing w:after="11" w:line="245" w:lineRule="auto"/>
            </w:pPr>
            <w:r>
              <w:rPr>
                <w:b/>
                <w:color w:val="000000"/>
                <w:sz w:val="15"/>
              </w:rPr>
              <w:t xml:space="preserve">Dejavnost učiteljice: </w:t>
            </w:r>
            <w:r>
              <w:rPr>
                <w:color w:val="000000"/>
                <w:sz w:val="15"/>
              </w:rPr>
              <w:t>Na eni postaji individualno poda kratek ritmični motiv in besedilo. Spremlja ohranjanje utripa, enakomerno izreko, ponovitev motiva in odziv na znak; dovoljeno oporo ter dokaz zapiše. Druge postaje so mirne vadbene postaje z znanimi nalogami.</w:t>
            </w:r>
          </w:p>
          <w:p w14:paraId="149B0EA9" w14:textId="77777777" w:rsidR="008D43AB" w:rsidRDefault="00000000">
            <w:pPr>
              <w:spacing w:after="11" w:line="245" w:lineRule="auto"/>
            </w:pPr>
            <w:r>
              <w:rPr>
                <w:b/>
                <w:color w:val="000000"/>
                <w:sz w:val="15"/>
              </w:rPr>
              <w:t xml:space="preserve">Dejavnost učencev: </w:t>
            </w:r>
            <w:r>
              <w:rPr>
                <w:color w:val="000000"/>
                <w:sz w:val="15"/>
              </w:rPr>
              <w:t>Enakomerno izreka ritmično besedilo, ohranja utrip, ponovi motiv s telesnimi glasbili ali Orffovim glasbilom in se pravočasno odzove na dogovorjeni znak.</w:t>
            </w:r>
          </w:p>
          <w:p w14:paraId="1B8E366C" w14:textId="77777777" w:rsidR="008D43AB" w:rsidRDefault="00000000">
            <w:pPr>
              <w:spacing w:after="24" w:line="245" w:lineRule="auto"/>
            </w:pPr>
            <w:r>
              <w:rPr>
                <w:i/>
                <w:color w:val="D95BC6"/>
                <w:sz w:val="15"/>
              </w:rPr>
              <w:t>Predvideni dokaz: individualna ritmična izvedba, ohranjanje utripa, ponovitev motiva in odziv na znak.</w:t>
            </w:r>
          </w:p>
          <w:tbl>
            <w:tblPr>
              <w:tblStyle w:val="Tabelamrea"/>
              <w:tblW w:w="0" w:type="auto"/>
              <w:jc w:val="center"/>
              <w:tblLayout w:type="fixed"/>
              <w:tblLook w:val="04A0" w:firstRow="1" w:lastRow="0" w:firstColumn="1" w:lastColumn="0" w:noHBand="0" w:noVBand="1"/>
            </w:tblPr>
            <w:tblGrid>
              <w:gridCol w:w="7087"/>
            </w:tblGrid>
            <w:tr w:rsidR="008D43AB" w14:paraId="2CE5E7AE" w14:textId="77777777">
              <w:trPr>
                <w:jc w:val="center"/>
              </w:trPr>
              <w:tc>
                <w:tcPr>
                  <w:tcW w:w="7087" w:type="dxa"/>
                  <w:shd w:val="clear" w:color="auto" w:fill="EDC9EA"/>
                  <w:tcMar>
                    <w:top w:w="45" w:type="dxa"/>
                    <w:left w:w="70" w:type="dxa"/>
                    <w:bottom w:w="45" w:type="dxa"/>
                    <w:right w:w="70" w:type="dxa"/>
                  </w:tcMar>
                </w:tcPr>
                <w:p w14:paraId="39CA9C96" w14:textId="77777777" w:rsidR="008D43AB" w:rsidRDefault="00000000">
                  <w:pPr>
                    <w:keepNext/>
                  </w:pPr>
                  <w:r>
                    <w:rPr>
                      <w:b/>
                      <w:color w:val="000000"/>
                      <w:sz w:val="17"/>
                    </w:rPr>
                    <w:t>ORGANIZACIJA POSTAJ IN PREHODOV</w:t>
                  </w:r>
                </w:p>
              </w:tc>
            </w:tr>
          </w:tbl>
          <w:p w14:paraId="0AF5D91A" w14:textId="77777777" w:rsidR="008D43AB" w:rsidRDefault="008D43AB"/>
          <w:p w14:paraId="14967A96" w14:textId="77777777" w:rsidR="008D43AB" w:rsidRDefault="00000000">
            <w:pPr>
              <w:spacing w:before="9" w:after="9" w:line="245" w:lineRule="auto"/>
            </w:pPr>
            <w:r>
              <w:rPr>
                <w:color w:val="000000"/>
                <w:sz w:val="15"/>
              </w:rPr>
              <w:t>Postaja 1: Ritmično-ocenjevalna: individualno ohranjam utrip, ritmično izrekam, ponovim motiv in se odzovem na znak.</w:t>
            </w:r>
          </w:p>
          <w:p w14:paraId="6BE9928C" w14:textId="77777777" w:rsidR="008D43AB" w:rsidRDefault="00000000">
            <w:pPr>
              <w:spacing w:before="9" w:after="9" w:line="245" w:lineRule="auto"/>
            </w:pPr>
            <w:r>
              <w:rPr>
                <w:color w:val="000000"/>
                <w:sz w:val="15"/>
              </w:rPr>
              <w:t>Postaja 2: Gibalna: po talni poti korakam v utripu ter menjam telesno glasbilo ob slikovnem znaku.</w:t>
            </w:r>
          </w:p>
          <w:p w14:paraId="7AA7FEB1" w14:textId="77777777" w:rsidR="008D43AB" w:rsidRDefault="00000000">
            <w:pPr>
              <w:spacing w:before="9" w:after="9" w:line="245" w:lineRule="auto"/>
            </w:pPr>
            <w:r>
              <w:rPr>
                <w:color w:val="000000"/>
                <w:sz w:val="15"/>
              </w:rPr>
              <w:t>Postaja 3: Izvajalska: z Orffovim glasbilom ponovim in dopolnim znani motiv.</w:t>
            </w:r>
          </w:p>
          <w:p w14:paraId="19E2B3A1" w14:textId="77777777" w:rsidR="008D43AB" w:rsidRDefault="00000000">
            <w:pPr>
              <w:spacing w:before="9" w:after="9" w:line="245" w:lineRule="auto"/>
            </w:pPr>
            <w:r>
              <w:rPr>
                <w:color w:val="000000"/>
                <w:sz w:val="15"/>
              </w:rPr>
              <w:t>Postaja 4: Ustvarjalno-zapisna: iz simbolov sestavim ritem počutja ter ga vadim in samovrednotim.</w:t>
            </w:r>
          </w:p>
          <w:p w14:paraId="2911ED8C"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2FD2E755" w14:textId="77777777" w:rsidR="008D43AB" w:rsidRDefault="008D43AB"/>
          <w:p w14:paraId="490168B1" w14:textId="77777777" w:rsidR="008D43AB" w:rsidRDefault="00000000">
            <w:pPr>
              <w:spacing w:after="6" w:line="245" w:lineRule="auto"/>
            </w:pPr>
            <w:r>
              <w:rPr>
                <w:b/>
                <w:color w:val="000000"/>
                <w:sz w:val="15"/>
              </w:rPr>
              <w:t>1. URA – Ritem Telesa – Poslušam in izvajam</w:t>
            </w:r>
          </w:p>
          <w:p w14:paraId="561A2CB6"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453216DC" w14:textId="77777777" w:rsidR="008D43AB" w:rsidRDefault="00000000">
            <w:pPr>
              <w:spacing w:after="20" w:line="245" w:lineRule="auto"/>
            </w:pPr>
            <w:r>
              <w:rPr>
                <w:color w:val="D95BC6"/>
                <w:sz w:val="14"/>
              </w:rPr>
              <w:t>Dokaz: poslušalski gibalni odziv, ritmični/pevski odmev in učiteljev zapis o skupnem pulzu oziroma.</w:t>
            </w:r>
          </w:p>
          <w:p w14:paraId="2DA3E079" w14:textId="77777777" w:rsidR="008D43AB" w:rsidRDefault="00000000">
            <w:pPr>
              <w:spacing w:after="6" w:line="245" w:lineRule="auto"/>
            </w:pPr>
            <w:r>
              <w:rPr>
                <w:b/>
                <w:color w:val="000000"/>
                <w:sz w:val="15"/>
              </w:rPr>
              <w:t>2. URA – Ritem telesa – Individualni ritmični dokaz</w:t>
            </w:r>
          </w:p>
          <w:p w14:paraId="02E740AD" w14:textId="77777777" w:rsidR="008D43AB" w:rsidRDefault="00000000">
            <w:pPr>
              <w:spacing w:after="9" w:line="245" w:lineRule="auto"/>
            </w:pPr>
            <w:r>
              <w:rPr>
                <w:color w:val="000000"/>
                <w:sz w:val="14"/>
              </w:rPr>
              <w:t>Enakomerno izreka ritmično besedilo, ohranja utrip, ponovi motiv s telesnimi glasbili ali Orffovim glasbilom in se pravočasno odzove na dogovorjeni.</w:t>
            </w:r>
          </w:p>
          <w:p w14:paraId="7CA8E198" w14:textId="77777777" w:rsidR="008D43AB" w:rsidRDefault="00000000">
            <w:pPr>
              <w:spacing w:after="20" w:line="245" w:lineRule="auto"/>
            </w:pPr>
            <w:r>
              <w:rPr>
                <w:color w:val="D95BC6"/>
                <w:sz w:val="14"/>
              </w:rPr>
              <w:t>Dokaz: individualna ritmična izvedba, ohranjanje utripa, ponovitev motiva in odziv na znak</w:t>
            </w:r>
          </w:p>
          <w:p w14:paraId="75E37FA0" w14:textId="77777777" w:rsidR="008D43AB" w:rsidRDefault="00000000">
            <w:pPr>
              <w:spacing w:before="40" w:after="20" w:line="245" w:lineRule="auto"/>
            </w:pPr>
            <w:r>
              <w:rPr>
                <w:b/>
                <w:color w:val="D95BC6"/>
                <w:sz w:val="16"/>
              </w:rPr>
              <w:t>MOJ KROG POSTAJ</w:t>
            </w:r>
          </w:p>
          <w:p w14:paraId="33A41430" w14:textId="77777777" w:rsidR="008D43AB" w:rsidRDefault="00000000">
            <w:pPr>
              <w:spacing w:after="11" w:line="245" w:lineRule="auto"/>
            </w:pPr>
            <w:r>
              <w:rPr>
                <w:color w:val="000000"/>
                <w:sz w:val="14"/>
              </w:rPr>
              <w:t>1. Ritmično-ocenjevalna: individualno ohranjam utrip, ritmično izrekam.</w:t>
            </w:r>
          </w:p>
          <w:p w14:paraId="38A7410A" w14:textId="77777777" w:rsidR="008D43AB" w:rsidRDefault="00000000">
            <w:pPr>
              <w:spacing w:after="11" w:line="245" w:lineRule="auto"/>
            </w:pPr>
            <w:r>
              <w:rPr>
                <w:color w:val="000000"/>
                <w:sz w:val="14"/>
              </w:rPr>
              <w:t>2. Gibalna: po talni poti korakam v utripu ter menjam telesno glasbilo ob slikovnem znaku.</w:t>
            </w:r>
          </w:p>
          <w:p w14:paraId="0377010A" w14:textId="77777777" w:rsidR="008D43AB" w:rsidRDefault="00000000">
            <w:pPr>
              <w:spacing w:after="11" w:line="245" w:lineRule="auto"/>
            </w:pPr>
            <w:r>
              <w:rPr>
                <w:color w:val="000000"/>
                <w:sz w:val="14"/>
              </w:rPr>
              <w:t>3. Izvajalska: z Orffovim glasbilom ponovim in dopolnim znani motiv.</w:t>
            </w:r>
          </w:p>
          <w:p w14:paraId="076F9F66" w14:textId="77777777" w:rsidR="008D43AB" w:rsidRDefault="00000000">
            <w:pPr>
              <w:spacing w:after="11" w:line="245" w:lineRule="auto"/>
            </w:pPr>
            <w:r>
              <w:rPr>
                <w:color w:val="000000"/>
                <w:sz w:val="14"/>
              </w:rPr>
              <w:t>4. Ustvarjalno-zapisna: iz simbolov sestavim ritem počutja ter ga vadim in samovrednotim.</w:t>
            </w:r>
          </w:p>
          <w:p w14:paraId="6042B976"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7AD1C08D" w14:textId="77777777" w:rsidR="008D43AB" w:rsidRDefault="00000000">
            <w:pPr>
              <w:spacing w:after="20" w:line="245" w:lineRule="auto"/>
            </w:pPr>
            <w:r>
              <w:rPr>
                <w:b/>
                <w:color w:val="D95BC6"/>
                <w:sz w:val="17"/>
              </w:rPr>
              <w:t>DOKAZ O UČENJU</w:t>
            </w:r>
          </w:p>
          <w:p w14:paraId="5BD4D583"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6DFE3FD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49204A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DE3FA7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E0D7017" w14:textId="77777777" w:rsidR="008D43AB" w:rsidRDefault="00000000">
            <w:pPr>
              <w:jc w:val="center"/>
            </w:pPr>
            <w:r>
              <w:rPr>
                <w:b/>
                <w:color w:val="000000"/>
                <w:sz w:val="20"/>
              </w:rPr>
              <w:t>UČNE DEJAVNOSTI, METODE IN FORMATIVNO SPREMLJANJE</w:t>
            </w:r>
          </w:p>
        </w:tc>
      </w:tr>
      <w:tr w:rsidR="008D43AB" w14:paraId="743A6236" w14:textId="77777777">
        <w:trPr>
          <w:tblHeader/>
          <w:jc w:val="center"/>
        </w:trPr>
        <w:tc>
          <w:tcPr>
            <w:tcW w:w="4422" w:type="dxa"/>
            <w:vMerge/>
            <w:tcMar>
              <w:top w:w="70" w:type="dxa"/>
              <w:left w:w="90" w:type="dxa"/>
              <w:bottom w:w="70" w:type="dxa"/>
              <w:right w:w="90" w:type="dxa"/>
            </w:tcMar>
            <w:vAlign w:val="center"/>
          </w:tcPr>
          <w:p w14:paraId="10C9AD3A" w14:textId="77777777" w:rsidR="008D43AB" w:rsidRDefault="008D43AB"/>
        </w:tc>
        <w:tc>
          <w:tcPr>
            <w:tcW w:w="7087" w:type="dxa"/>
            <w:shd w:val="clear" w:color="auto" w:fill="FFFFFF"/>
            <w:tcMar>
              <w:top w:w="70" w:type="dxa"/>
              <w:left w:w="90" w:type="dxa"/>
              <w:bottom w:w="70" w:type="dxa"/>
              <w:right w:w="90" w:type="dxa"/>
            </w:tcMar>
            <w:vAlign w:val="center"/>
          </w:tcPr>
          <w:p w14:paraId="240737C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3F39F7D" w14:textId="77777777" w:rsidR="008D43AB" w:rsidRDefault="00000000">
            <w:pPr>
              <w:jc w:val="center"/>
            </w:pPr>
            <w:r>
              <w:rPr>
                <w:b/>
                <w:color w:val="000000"/>
              </w:rPr>
              <w:t>UČENEC</w:t>
            </w:r>
          </w:p>
        </w:tc>
      </w:tr>
      <w:tr w:rsidR="008D43AB" w14:paraId="79DBAD13" w14:textId="77777777">
        <w:trPr>
          <w:jc w:val="center"/>
        </w:trPr>
        <w:tc>
          <w:tcPr>
            <w:tcW w:w="4422" w:type="dxa"/>
            <w:tcMar>
              <w:top w:w="70" w:type="dxa"/>
              <w:left w:w="90" w:type="dxa"/>
              <w:bottom w:w="70" w:type="dxa"/>
              <w:right w:w="90" w:type="dxa"/>
            </w:tcMar>
          </w:tcPr>
          <w:p w14:paraId="7ED6AFB8" w14:textId="77777777" w:rsidR="008D43AB" w:rsidRDefault="008D43AB"/>
          <w:p w14:paraId="0D201AA9" w14:textId="77777777" w:rsidR="008D43AB" w:rsidRDefault="00000000">
            <w:pPr>
              <w:spacing w:after="40" w:line="245" w:lineRule="auto"/>
            </w:pPr>
            <w:r>
              <w:rPr>
                <w:b/>
                <w:color w:val="000000"/>
              </w:rPr>
              <w:t>FORMATIVNO SPREMLJANJE</w:t>
            </w:r>
          </w:p>
          <w:p w14:paraId="23AB7FC4" w14:textId="77777777" w:rsidR="008D43AB" w:rsidRDefault="00000000">
            <w:pPr>
              <w:pStyle w:val="Oznaenseznam"/>
              <w:spacing w:after="16"/>
            </w:pPr>
            <w:r>
              <w:rPr>
                <w:color w:val="000000"/>
                <w:sz w:val="16"/>
              </w:rPr>
              <w:t>predznanje: zvočna napoved, izbira kartice, gib, ritmični oziroma pevski poskus ali začetni simbol</w:t>
            </w:r>
          </w:p>
          <w:p w14:paraId="055148CA" w14:textId="77777777" w:rsidR="008D43AB" w:rsidRDefault="00000000">
            <w:pPr>
              <w:pStyle w:val="Oznaenseznam"/>
              <w:spacing w:after="16"/>
            </w:pPr>
            <w:r>
              <w:rPr>
                <w:color w:val="000000"/>
                <w:sz w:val="16"/>
              </w:rPr>
              <w:t>nameni in merila: kratka poved, slikovni znak, model izvedbe ter vidna pravila varne glasnosti</w:t>
            </w:r>
          </w:p>
          <w:p w14:paraId="1A6224E8"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22EA29C" w14:textId="77777777" w:rsidR="008D43AB" w:rsidRDefault="00000000">
            <w:pPr>
              <w:pStyle w:val="Oznaenseznam"/>
              <w:spacing w:after="16"/>
            </w:pPr>
            <w:r>
              <w:rPr>
                <w:color w:val="000000"/>
                <w:sz w:val="16"/>
              </w:rPr>
              <w:t>povratna informacija: opis slišane strategije, povezava z enim merilom in izvedljiv naslednji korak</w:t>
            </w:r>
          </w:p>
          <w:p w14:paraId="12211BB5" w14:textId="77777777" w:rsidR="008D43AB" w:rsidRDefault="00000000">
            <w:pPr>
              <w:pStyle w:val="Oznaenseznam"/>
              <w:spacing w:after="16"/>
            </w:pPr>
            <w:r>
              <w:rPr>
                <w:color w:val="000000"/>
                <w:sz w:val="16"/>
              </w:rPr>
              <w:t>samovrednotenje: barvni zvočni semafor, lestvica samostojnosti, izbran dokaz in ponovna izvedba</w:t>
            </w:r>
          </w:p>
          <w:p w14:paraId="1B30AAD9" w14:textId="77777777" w:rsidR="008D43AB" w:rsidRDefault="00000000">
            <w:pPr>
              <w:spacing w:before="40" w:after="20" w:line="245" w:lineRule="auto"/>
            </w:pPr>
            <w:r>
              <w:rPr>
                <w:b/>
                <w:color w:val="000000"/>
                <w:sz w:val="17"/>
              </w:rPr>
              <w:t>VARNOST IN VAROVANJE SLUHA</w:t>
            </w:r>
          </w:p>
          <w:p w14:paraId="3517143C"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1700DA0" w14:textId="77777777" w:rsidR="008D43AB" w:rsidRDefault="00000000">
            <w:pPr>
              <w:spacing w:after="20" w:line="245" w:lineRule="auto"/>
            </w:pPr>
            <w:r>
              <w:rPr>
                <w:b/>
                <w:color w:val="000000"/>
                <w:sz w:val="17"/>
              </w:rPr>
              <w:t>EVIDENCA PO IZVEDBI</w:t>
            </w:r>
          </w:p>
          <w:p w14:paraId="52C78612"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4B6F3D4D" w14:textId="77777777" w:rsidR="008D43AB" w:rsidRDefault="00000000">
            <w:pPr>
              <w:spacing w:before="40" w:after="20" w:line="245" w:lineRule="auto"/>
            </w:pPr>
            <w:r>
              <w:rPr>
                <w:b/>
                <w:color w:val="000000"/>
                <w:sz w:val="17"/>
              </w:rPr>
              <w:t>RAVEN DOSEGANJA</w:t>
            </w:r>
          </w:p>
          <w:p w14:paraId="058F87D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E5C21C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DC0CE5C" w14:textId="77777777">
              <w:trPr>
                <w:jc w:val="center"/>
              </w:trPr>
              <w:tc>
                <w:tcPr>
                  <w:tcW w:w="7087" w:type="dxa"/>
                  <w:shd w:val="clear" w:color="auto" w:fill="EDC9EA"/>
                  <w:tcMar>
                    <w:top w:w="45" w:type="dxa"/>
                    <w:left w:w="70" w:type="dxa"/>
                    <w:bottom w:w="45" w:type="dxa"/>
                    <w:right w:w="70" w:type="dxa"/>
                  </w:tcMar>
                </w:tcPr>
                <w:p w14:paraId="5F885F67" w14:textId="77777777" w:rsidR="008D43AB" w:rsidRDefault="00000000">
                  <w:pPr>
                    <w:keepNext/>
                  </w:pPr>
                  <w:r>
                    <w:rPr>
                      <w:b/>
                      <w:color w:val="000000"/>
                    </w:rPr>
                    <w:t>VPRAŠANJA V PODPORO GLASBENEMU UČENJU</w:t>
                  </w:r>
                </w:p>
              </w:tc>
            </w:tr>
          </w:tbl>
          <w:p w14:paraId="38B94E07" w14:textId="77777777" w:rsidR="008D43AB" w:rsidRDefault="008D43AB">
            <w:pPr>
              <w:spacing w:line="20" w:lineRule="exact"/>
            </w:pPr>
          </w:p>
          <w:p w14:paraId="37F33BA2" w14:textId="77777777" w:rsidR="008D43AB" w:rsidRDefault="00000000">
            <w:pPr>
              <w:pStyle w:val="Oznaenseznam"/>
              <w:spacing w:after="16"/>
            </w:pPr>
            <w:r>
              <w:rPr>
                <w:color w:val="000000"/>
                <w:sz w:val="16"/>
              </w:rPr>
              <w:t>Kaj si v glasbi slišal/-a, začutil/-a ali pokazal/-a z gibanjem?</w:t>
            </w:r>
          </w:p>
          <w:p w14:paraId="09438E92" w14:textId="77777777" w:rsidR="008D43AB" w:rsidRDefault="00000000">
            <w:pPr>
              <w:pStyle w:val="Oznaenseznam"/>
              <w:spacing w:after="16"/>
            </w:pPr>
            <w:r>
              <w:rPr>
                <w:color w:val="000000"/>
                <w:sz w:val="16"/>
              </w:rPr>
              <w:t>Po katerem zvočnem znaku, lastnosti ali vzorcu si prepoznal/-a rešitev?</w:t>
            </w:r>
          </w:p>
          <w:p w14:paraId="7FC12CE9" w14:textId="77777777" w:rsidR="008D43AB" w:rsidRDefault="00000000">
            <w:pPr>
              <w:pStyle w:val="Oznaenseznam"/>
              <w:spacing w:after="16"/>
            </w:pPr>
            <w:r>
              <w:rPr>
                <w:color w:val="000000"/>
                <w:sz w:val="16"/>
              </w:rPr>
              <w:t>Kako veš, da je bil pulz, začetek, konec, glasnost ali skupinska izvedba skladna z merilom?</w:t>
            </w:r>
          </w:p>
          <w:p w14:paraId="30E4D77D" w14:textId="77777777" w:rsidR="008D43AB" w:rsidRDefault="00000000">
            <w:pPr>
              <w:pStyle w:val="Oznaenseznam"/>
              <w:spacing w:after="16"/>
            </w:pPr>
            <w:r>
              <w:rPr>
                <w:color w:val="000000"/>
                <w:sz w:val="16"/>
              </w:rPr>
              <w:t>Zakaj si za motiv, osebo, dogodek ali okolje izbral/-a prav ta glas, predmet ali glasbilo?</w:t>
            </w:r>
          </w:p>
          <w:p w14:paraId="562B9F2A"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484AE00D" w14:textId="77777777">
              <w:trPr>
                <w:jc w:val="center"/>
              </w:trPr>
              <w:tc>
                <w:tcPr>
                  <w:tcW w:w="7087" w:type="dxa"/>
                  <w:shd w:val="clear" w:color="auto" w:fill="C6E7F3"/>
                  <w:tcMar>
                    <w:top w:w="45" w:type="dxa"/>
                    <w:left w:w="70" w:type="dxa"/>
                    <w:bottom w:w="45" w:type="dxa"/>
                    <w:right w:w="70" w:type="dxa"/>
                  </w:tcMar>
                </w:tcPr>
                <w:p w14:paraId="6285F668" w14:textId="77777777" w:rsidR="008D43AB" w:rsidRDefault="00000000">
                  <w:pPr>
                    <w:keepNext/>
                  </w:pPr>
                  <w:r>
                    <w:rPr>
                      <w:b/>
                      <w:color w:val="000000"/>
                    </w:rPr>
                    <w:t>ZAKLJUČNI DEL – NASTOP, POSLUŠALSKI ODZIV IN REFLEKSIJA (8–12 min)</w:t>
                  </w:r>
                </w:p>
              </w:tc>
            </w:tr>
          </w:tbl>
          <w:p w14:paraId="7B823E9E" w14:textId="77777777" w:rsidR="008D43AB" w:rsidRDefault="008D43AB">
            <w:pPr>
              <w:spacing w:line="20" w:lineRule="exact"/>
            </w:pPr>
          </w:p>
          <w:p w14:paraId="4EA922D1"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0812FB27" w14:textId="77777777">
              <w:trPr>
                <w:jc w:val="center"/>
              </w:trPr>
              <w:tc>
                <w:tcPr>
                  <w:tcW w:w="7087" w:type="dxa"/>
                  <w:shd w:val="clear" w:color="auto" w:fill="EDC9EA"/>
                  <w:tcMar>
                    <w:top w:w="45" w:type="dxa"/>
                    <w:left w:w="70" w:type="dxa"/>
                    <w:bottom w:w="45" w:type="dxa"/>
                    <w:right w:w="70" w:type="dxa"/>
                  </w:tcMar>
                </w:tcPr>
                <w:p w14:paraId="49A989A9" w14:textId="77777777" w:rsidR="008D43AB" w:rsidRDefault="00000000">
                  <w:pPr>
                    <w:keepNext/>
                  </w:pPr>
                  <w:r>
                    <w:rPr>
                      <w:b/>
                      <w:color w:val="000000"/>
                    </w:rPr>
                    <w:t>SAMOVREDNOTENJE</w:t>
                  </w:r>
                </w:p>
              </w:tc>
            </w:tr>
          </w:tbl>
          <w:p w14:paraId="5B39CA14" w14:textId="77777777" w:rsidR="008D43AB" w:rsidRDefault="008D43AB">
            <w:pPr>
              <w:spacing w:line="20" w:lineRule="exact"/>
            </w:pPr>
          </w:p>
          <w:p w14:paraId="530A42F9"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71865297" w14:textId="77777777">
              <w:trPr>
                <w:jc w:val="center"/>
              </w:trPr>
              <w:tc>
                <w:tcPr>
                  <w:tcW w:w="7087" w:type="dxa"/>
                  <w:shd w:val="clear" w:color="auto" w:fill="EDC9EA"/>
                  <w:tcMar>
                    <w:top w:w="45" w:type="dxa"/>
                    <w:left w:w="70" w:type="dxa"/>
                    <w:bottom w:w="45" w:type="dxa"/>
                    <w:right w:w="70" w:type="dxa"/>
                  </w:tcMar>
                </w:tcPr>
                <w:p w14:paraId="4BB81EE7" w14:textId="77777777" w:rsidR="008D43AB" w:rsidRDefault="00000000">
                  <w:pPr>
                    <w:keepNext/>
                  </w:pPr>
                  <w:r>
                    <w:rPr>
                      <w:b/>
                      <w:color w:val="000000"/>
                    </w:rPr>
                    <w:t>VRSTNIŠKO VREDNOTENJE</w:t>
                  </w:r>
                </w:p>
              </w:tc>
            </w:tr>
          </w:tbl>
          <w:p w14:paraId="491B606B" w14:textId="77777777" w:rsidR="008D43AB" w:rsidRDefault="008D43AB">
            <w:pPr>
              <w:spacing w:line="20" w:lineRule="exact"/>
            </w:pPr>
          </w:p>
          <w:p w14:paraId="3A4EC290"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3AA8F7FE" w14:textId="77777777">
              <w:trPr>
                <w:jc w:val="center"/>
              </w:trPr>
              <w:tc>
                <w:tcPr>
                  <w:tcW w:w="7087" w:type="dxa"/>
                  <w:shd w:val="clear" w:color="auto" w:fill="EDC9EA"/>
                  <w:tcMar>
                    <w:top w:w="45" w:type="dxa"/>
                    <w:left w:w="70" w:type="dxa"/>
                    <w:bottom w:w="45" w:type="dxa"/>
                    <w:right w:w="70" w:type="dxa"/>
                  </w:tcMar>
                </w:tcPr>
                <w:p w14:paraId="7A8AD20B" w14:textId="77777777" w:rsidR="008D43AB" w:rsidRDefault="00000000">
                  <w:pPr>
                    <w:keepNext/>
                  </w:pPr>
                  <w:r>
                    <w:rPr>
                      <w:b/>
                      <w:color w:val="000000"/>
                    </w:rPr>
                    <w:t>SKUPNI POVZETEK</w:t>
                  </w:r>
                </w:p>
              </w:tc>
            </w:tr>
          </w:tbl>
          <w:p w14:paraId="7F3E98D2" w14:textId="77777777" w:rsidR="008D43AB" w:rsidRDefault="008D43AB">
            <w:pPr>
              <w:spacing w:line="20" w:lineRule="exact"/>
            </w:pPr>
          </w:p>
          <w:p w14:paraId="1F79B06B" w14:textId="77777777" w:rsidR="008D43AB" w:rsidRDefault="00000000">
            <w:pPr>
              <w:spacing w:before="20" w:after="40" w:line="245" w:lineRule="auto"/>
            </w:pPr>
            <w:r>
              <w:rPr>
                <w:b/>
                <w:color w:val="000000"/>
                <w:sz w:val="16"/>
              </w:rPr>
              <w:t>izvajam ritme z lastnimi glasbili; ustvarim ritmično zaporedje; usklajuje gib in zvok. Izbrani dokaz pojasnim in po povratni informaciji izboljšam.</w:t>
            </w:r>
          </w:p>
          <w:tbl>
            <w:tblPr>
              <w:tblStyle w:val="Tabelamrea"/>
              <w:tblW w:w="0" w:type="auto"/>
              <w:jc w:val="center"/>
              <w:tblLayout w:type="fixed"/>
              <w:tblLook w:val="04A0" w:firstRow="1" w:lastRow="0" w:firstColumn="1" w:lastColumn="0" w:noHBand="0" w:noVBand="1"/>
            </w:tblPr>
            <w:tblGrid>
              <w:gridCol w:w="7087"/>
            </w:tblGrid>
            <w:tr w:rsidR="008D43AB" w14:paraId="196E7BA8" w14:textId="77777777">
              <w:trPr>
                <w:jc w:val="center"/>
              </w:trPr>
              <w:tc>
                <w:tcPr>
                  <w:tcW w:w="7087" w:type="dxa"/>
                  <w:shd w:val="clear" w:color="auto" w:fill="EDC9EA"/>
                  <w:tcMar>
                    <w:top w:w="45" w:type="dxa"/>
                    <w:left w:w="70" w:type="dxa"/>
                    <w:bottom w:w="45" w:type="dxa"/>
                    <w:right w:w="70" w:type="dxa"/>
                  </w:tcMar>
                </w:tcPr>
                <w:p w14:paraId="1A71C3BA" w14:textId="77777777" w:rsidR="008D43AB" w:rsidRDefault="00000000">
                  <w:pPr>
                    <w:keepNext/>
                  </w:pPr>
                  <w:r>
                    <w:rPr>
                      <w:b/>
                      <w:color w:val="000000"/>
                    </w:rPr>
                    <w:t>OPISNO OCENJEVANJE</w:t>
                  </w:r>
                </w:p>
              </w:tc>
            </w:tr>
          </w:tbl>
          <w:p w14:paraId="3E8AA1A4" w14:textId="77777777" w:rsidR="008D43AB" w:rsidRDefault="008D43AB"/>
          <w:p w14:paraId="6767E099" w14:textId="77777777" w:rsidR="008D43AB" w:rsidRDefault="00000000">
            <w:pPr>
              <w:spacing w:before="20" w:after="30" w:line="245" w:lineRule="auto"/>
            </w:pPr>
            <w:r>
              <w:rPr>
                <w:color w:val="000000"/>
                <w:sz w:val="15"/>
              </w:rPr>
              <w:t>OCENJEVANJE 2 – DRUGE OBLIKE: ritmična izreka, ohranjanje utripa, telesna glasbila oziroma Orffov instrumentarij. Dokaz se zbere individualno, opora se zabeleži, opis doseganja pa vsebuje opaženo zmožnost, konkreten dokaz in naslednji korak. Rezultat se ne izraža s številčno oceno.</w:t>
            </w:r>
          </w:p>
        </w:tc>
        <w:tc>
          <w:tcPr>
            <w:tcW w:w="2551" w:type="dxa"/>
            <w:tcMar>
              <w:top w:w="70" w:type="dxa"/>
              <w:left w:w="90" w:type="dxa"/>
              <w:bottom w:w="70" w:type="dxa"/>
              <w:right w:w="90" w:type="dxa"/>
            </w:tcMar>
          </w:tcPr>
          <w:p w14:paraId="17204D7D" w14:textId="77777777" w:rsidR="008D43AB" w:rsidRDefault="008D43AB"/>
          <w:p w14:paraId="4D496A35" w14:textId="77777777" w:rsidR="008D43AB" w:rsidRDefault="00000000">
            <w:pPr>
              <w:spacing w:after="80" w:line="245" w:lineRule="auto"/>
            </w:pPr>
            <w:r>
              <w:rPr>
                <w:color w:val="000000"/>
                <w:sz w:val="16"/>
              </w:rPr>
              <w:t>Odgovarja na podporna vprašanja in se sklicuje na slišano, izvedeno, ustvarjeno ali zapisano.</w:t>
            </w:r>
          </w:p>
          <w:p w14:paraId="147C5D21" w14:textId="77777777" w:rsidR="008D43AB" w:rsidRDefault="00000000">
            <w:pPr>
              <w:spacing w:after="80" w:line="245" w:lineRule="auto"/>
            </w:pPr>
            <w:r>
              <w:rPr>
                <w:color w:val="000000"/>
                <w:sz w:val="16"/>
              </w:rPr>
              <w:t>Predstavi izbrani dokaz ter pove, katero merilo z njim pokaže.</w:t>
            </w:r>
          </w:p>
          <w:p w14:paraId="020D87B8" w14:textId="77777777" w:rsidR="008D43AB" w:rsidRDefault="00000000">
            <w:pPr>
              <w:spacing w:after="80" w:line="245" w:lineRule="auto"/>
            </w:pPr>
            <w:r>
              <w:rPr>
                <w:color w:val="000000"/>
                <w:sz w:val="16"/>
              </w:rPr>
              <w:t>Posluša vrstnika, opiše eno slišano moč in poda prijazen predlog za izboljšavo.</w:t>
            </w:r>
          </w:p>
          <w:p w14:paraId="5C1C5151" w14:textId="77777777" w:rsidR="008D43AB" w:rsidRDefault="00000000">
            <w:pPr>
              <w:spacing w:after="80" w:line="245" w:lineRule="auto"/>
            </w:pPr>
            <w:r>
              <w:rPr>
                <w:color w:val="000000"/>
                <w:sz w:val="16"/>
              </w:rPr>
              <w:t>Po povratni informaciji izvedbo, gib, ritem, zvočno izbiro ali slikovni zapis ponovi in izboljša.</w:t>
            </w:r>
          </w:p>
          <w:p w14:paraId="45688877" w14:textId="77777777" w:rsidR="008D43AB" w:rsidRDefault="00000000">
            <w:pPr>
              <w:spacing w:after="100" w:line="245" w:lineRule="auto"/>
            </w:pPr>
            <w:r>
              <w:rPr>
                <w:color w:val="000000"/>
                <w:sz w:val="16"/>
              </w:rPr>
              <w:t>Izbere raven samostojnosti ter določi majhen in izvedljiv naslednji glasbeni korak.</w:t>
            </w:r>
          </w:p>
          <w:p w14:paraId="56480742" w14:textId="77777777" w:rsidR="008D43AB" w:rsidRDefault="00000000">
            <w:pPr>
              <w:spacing w:after="20" w:line="245" w:lineRule="auto"/>
            </w:pPr>
            <w:r>
              <w:rPr>
                <w:b/>
                <w:color w:val="D95BC6"/>
                <w:sz w:val="17"/>
              </w:rPr>
              <w:t>DOKAZ O UČENJU</w:t>
            </w:r>
          </w:p>
          <w:p w14:paraId="244B5A80"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7B8BA42A"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4300435B" w14:textId="77777777">
        <w:trPr>
          <w:cantSplit/>
          <w:jc w:val="center"/>
        </w:trPr>
        <w:tc>
          <w:tcPr>
            <w:tcW w:w="14060" w:type="dxa"/>
            <w:gridSpan w:val="6"/>
            <w:tcMar>
              <w:top w:w="70" w:type="dxa"/>
              <w:left w:w="90" w:type="dxa"/>
              <w:bottom w:w="70" w:type="dxa"/>
              <w:right w:w="90" w:type="dxa"/>
            </w:tcMar>
            <w:vAlign w:val="center"/>
          </w:tcPr>
          <w:p w14:paraId="3725DF9C" w14:textId="77777777" w:rsidR="008D43AB" w:rsidRDefault="00000000">
            <w:pPr>
              <w:jc w:val="center"/>
            </w:pPr>
            <w:r>
              <w:rPr>
                <w:b/>
                <w:color w:val="000000"/>
                <w:sz w:val="24"/>
              </w:rPr>
              <w:lastRenderedPageBreak/>
              <w:t>UČNA PRIPRAVA 26/39</w:t>
            </w:r>
          </w:p>
        </w:tc>
      </w:tr>
      <w:tr w:rsidR="008D43AB" w14:paraId="0DD82D87" w14:textId="77777777">
        <w:trPr>
          <w:jc w:val="center"/>
        </w:trPr>
        <w:tc>
          <w:tcPr>
            <w:tcW w:w="2665" w:type="dxa"/>
            <w:tcMar>
              <w:top w:w="70" w:type="dxa"/>
              <w:left w:w="90" w:type="dxa"/>
              <w:bottom w:w="70" w:type="dxa"/>
              <w:right w:w="90" w:type="dxa"/>
            </w:tcMar>
            <w:vAlign w:val="center"/>
          </w:tcPr>
          <w:p w14:paraId="7C24D22C"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B9FD334"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D76370D"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B2ABA4D" w14:textId="77777777" w:rsidR="008D43AB" w:rsidRDefault="00000000">
            <w:r>
              <w:rPr>
                <w:b/>
                <w:color w:val="000000"/>
                <w:sz w:val="16"/>
              </w:rPr>
              <w:t xml:space="preserve">NAČRTOVANI TERMIN: </w:t>
            </w:r>
            <w:r>
              <w:rPr>
                <w:color w:val="000000"/>
                <w:sz w:val="16"/>
              </w:rPr>
              <w:t>26. teden • 15.–19. 3. 2027</w:t>
            </w:r>
          </w:p>
        </w:tc>
        <w:tc>
          <w:tcPr>
            <w:tcW w:w="2268" w:type="dxa"/>
            <w:tcMar>
              <w:top w:w="70" w:type="dxa"/>
              <w:left w:w="90" w:type="dxa"/>
              <w:bottom w:w="70" w:type="dxa"/>
              <w:right w:w="90" w:type="dxa"/>
            </w:tcMar>
            <w:vAlign w:val="center"/>
          </w:tcPr>
          <w:p w14:paraId="2139E7E1"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581564A" w14:textId="77777777" w:rsidR="008D43AB" w:rsidRDefault="00000000">
            <w:r>
              <w:rPr>
                <w:b/>
                <w:color w:val="000000"/>
                <w:sz w:val="16"/>
              </w:rPr>
              <w:t xml:space="preserve">ŠTEVILO UR: </w:t>
            </w:r>
            <w:r>
              <w:rPr>
                <w:color w:val="000000"/>
                <w:sz w:val="16"/>
              </w:rPr>
              <w:t>2</w:t>
            </w:r>
          </w:p>
        </w:tc>
      </w:tr>
      <w:tr w:rsidR="008D43AB" w14:paraId="63B032E0" w14:textId="77777777">
        <w:trPr>
          <w:jc w:val="center"/>
        </w:trPr>
        <w:tc>
          <w:tcPr>
            <w:tcW w:w="14061" w:type="dxa"/>
            <w:gridSpan w:val="6"/>
            <w:tcMar>
              <w:top w:w="70" w:type="dxa"/>
              <w:left w:w="90" w:type="dxa"/>
              <w:bottom w:w="70" w:type="dxa"/>
              <w:right w:w="90" w:type="dxa"/>
            </w:tcMar>
            <w:vAlign w:val="center"/>
          </w:tcPr>
          <w:p w14:paraId="395742F3"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2528E3D9" w14:textId="77777777">
        <w:trPr>
          <w:cantSplit/>
          <w:jc w:val="center"/>
        </w:trPr>
        <w:tc>
          <w:tcPr>
            <w:tcW w:w="14060" w:type="dxa"/>
            <w:gridSpan w:val="6"/>
            <w:tcMar>
              <w:top w:w="70" w:type="dxa"/>
              <w:left w:w="90" w:type="dxa"/>
              <w:bottom w:w="70" w:type="dxa"/>
              <w:right w:w="90" w:type="dxa"/>
            </w:tcMar>
            <w:vAlign w:val="center"/>
          </w:tcPr>
          <w:p w14:paraId="799CA9F7" w14:textId="77777777" w:rsidR="008D43AB" w:rsidRDefault="008D43AB"/>
          <w:p w14:paraId="0A316CD5" w14:textId="77777777" w:rsidR="008D43AB" w:rsidRDefault="00000000">
            <w:pPr>
              <w:spacing w:line="245" w:lineRule="auto"/>
            </w:pPr>
            <w:r>
              <w:rPr>
                <w:b/>
                <w:color w:val="000000"/>
                <w:sz w:val="16"/>
              </w:rPr>
              <w:t xml:space="preserve">UČNI SKLOP: </w:t>
            </w:r>
            <w:r>
              <w:rPr>
                <w:color w:val="000000"/>
                <w:sz w:val="16"/>
              </w:rPr>
              <w:t>ŽIVIM ZDRAVO – JAZ IN DOBRO POČUTJE</w:t>
            </w:r>
          </w:p>
        </w:tc>
      </w:tr>
      <w:tr w:rsidR="008D43AB" w14:paraId="2D3B3236" w14:textId="77777777">
        <w:trPr>
          <w:cantSplit/>
          <w:jc w:val="center"/>
        </w:trPr>
        <w:tc>
          <w:tcPr>
            <w:tcW w:w="14060" w:type="dxa"/>
            <w:gridSpan w:val="6"/>
            <w:tcMar>
              <w:top w:w="70" w:type="dxa"/>
              <w:left w:w="90" w:type="dxa"/>
              <w:bottom w:w="70" w:type="dxa"/>
              <w:right w:w="90" w:type="dxa"/>
            </w:tcMar>
            <w:vAlign w:val="center"/>
          </w:tcPr>
          <w:p w14:paraId="2CB9C5B6" w14:textId="77777777" w:rsidR="008D43AB" w:rsidRDefault="008D43AB"/>
          <w:p w14:paraId="6DE2B4B3" w14:textId="77777777" w:rsidR="008D43AB" w:rsidRDefault="00000000">
            <w:pPr>
              <w:spacing w:line="245" w:lineRule="auto"/>
            </w:pPr>
            <w:r>
              <w:rPr>
                <w:b/>
                <w:color w:val="000000"/>
                <w:sz w:val="16"/>
              </w:rPr>
              <w:t xml:space="preserve">UČNA TEMA: </w:t>
            </w:r>
            <w:r>
              <w:rPr>
                <w:color w:val="000000"/>
                <w:sz w:val="16"/>
              </w:rPr>
              <w:t>GLASBA IN POČUTJE</w:t>
            </w:r>
          </w:p>
        </w:tc>
      </w:tr>
      <w:tr w:rsidR="008D43AB" w14:paraId="68236A2A" w14:textId="77777777">
        <w:trPr>
          <w:cantSplit/>
          <w:jc w:val="center"/>
        </w:trPr>
        <w:tc>
          <w:tcPr>
            <w:tcW w:w="14060" w:type="dxa"/>
            <w:gridSpan w:val="6"/>
            <w:tcMar>
              <w:top w:w="70" w:type="dxa"/>
              <w:left w:w="90" w:type="dxa"/>
              <w:bottom w:w="70" w:type="dxa"/>
              <w:right w:w="90" w:type="dxa"/>
            </w:tcMar>
            <w:vAlign w:val="center"/>
          </w:tcPr>
          <w:p w14:paraId="53020CC5" w14:textId="77777777" w:rsidR="008D43AB" w:rsidRDefault="008D43AB"/>
          <w:p w14:paraId="10B0C287" w14:textId="77777777" w:rsidR="008D43AB" w:rsidRDefault="00000000">
            <w:pPr>
              <w:spacing w:line="245" w:lineRule="auto"/>
            </w:pPr>
            <w:r>
              <w:rPr>
                <w:b/>
                <w:color w:val="000000"/>
                <w:sz w:val="16"/>
              </w:rPr>
              <w:t xml:space="preserve">KNJIŽEVNO / MOTIVNO IZHODIŠČE: </w:t>
            </w:r>
            <w:r>
              <w:rPr>
                <w:color w:val="000000"/>
                <w:sz w:val="16"/>
              </w:rPr>
              <w:t>»Žabji kralj« – brata Grimm • obljuba, pomoč, občutki in sprememba</w:t>
            </w:r>
          </w:p>
        </w:tc>
      </w:tr>
      <w:tr w:rsidR="008D43AB" w14:paraId="32B412A9" w14:textId="77777777">
        <w:trPr>
          <w:cantSplit/>
          <w:jc w:val="center"/>
        </w:trPr>
        <w:tc>
          <w:tcPr>
            <w:tcW w:w="14060" w:type="dxa"/>
            <w:gridSpan w:val="6"/>
            <w:tcMar>
              <w:top w:w="70" w:type="dxa"/>
              <w:left w:w="90" w:type="dxa"/>
              <w:bottom w:w="70" w:type="dxa"/>
              <w:right w:w="90" w:type="dxa"/>
            </w:tcMar>
            <w:vAlign w:val="center"/>
          </w:tcPr>
          <w:p w14:paraId="31ACC525" w14:textId="77777777" w:rsidR="008D43AB" w:rsidRDefault="008D43AB"/>
          <w:p w14:paraId="4C13E7E5" w14:textId="77777777" w:rsidR="008D43AB" w:rsidRDefault="00000000">
            <w:pPr>
              <w:spacing w:line="245" w:lineRule="auto"/>
            </w:pPr>
            <w:r>
              <w:rPr>
                <w:b/>
                <w:color w:val="000000"/>
                <w:sz w:val="16"/>
              </w:rPr>
              <w:t xml:space="preserve">GLASBENO IZHODIŠČE / REPERTOAR: </w:t>
            </w:r>
            <w:r>
              <w:rPr>
                <w:color w:val="000000"/>
                <w:sz w:val="16"/>
              </w:rPr>
              <w:t>kontrastna umirjena in živahna glasba; glasba in počutje</w:t>
            </w:r>
          </w:p>
        </w:tc>
      </w:tr>
      <w:tr w:rsidR="008D43AB" w14:paraId="7915D0A1" w14:textId="77777777">
        <w:trPr>
          <w:cantSplit/>
          <w:jc w:val="center"/>
        </w:trPr>
        <w:tc>
          <w:tcPr>
            <w:tcW w:w="14060" w:type="dxa"/>
            <w:gridSpan w:val="6"/>
            <w:tcMar>
              <w:top w:w="70" w:type="dxa"/>
              <w:left w:w="90" w:type="dxa"/>
              <w:bottom w:w="70" w:type="dxa"/>
              <w:right w:w="90" w:type="dxa"/>
            </w:tcMar>
            <w:vAlign w:val="center"/>
          </w:tcPr>
          <w:p w14:paraId="413CA866" w14:textId="77777777" w:rsidR="008D43AB" w:rsidRDefault="008D43AB"/>
          <w:p w14:paraId="4F152413" w14:textId="77777777" w:rsidR="008D43AB" w:rsidRDefault="00000000">
            <w:pPr>
              <w:spacing w:line="245" w:lineRule="auto"/>
            </w:pPr>
            <w:r>
              <w:rPr>
                <w:b/>
                <w:color w:val="000000"/>
                <w:sz w:val="16"/>
              </w:rPr>
              <w:t xml:space="preserve">UČNE ENOTE: </w:t>
            </w:r>
            <w:r>
              <w:rPr>
                <w:color w:val="000000"/>
                <w:sz w:val="16"/>
              </w:rPr>
              <w:t>1. ura – Glasba In Počutje – Poslušam in izvajam • 2. ura – Glasba In Počutje – Ustvarim in nastopim</w:t>
            </w:r>
          </w:p>
        </w:tc>
      </w:tr>
      <w:tr w:rsidR="008D43AB" w14:paraId="20D7A7D2" w14:textId="77777777">
        <w:trPr>
          <w:cantSplit/>
          <w:jc w:val="center"/>
        </w:trPr>
        <w:tc>
          <w:tcPr>
            <w:tcW w:w="14060" w:type="dxa"/>
            <w:gridSpan w:val="6"/>
            <w:tcMar>
              <w:top w:w="70" w:type="dxa"/>
              <w:left w:w="90" w:type="dxa"/>
              <w:bottom w:w="70" w:type="dxa"/>
              <w:right w:w="90" w:type="dxa"/>
            </w:tcMar>
            <w:vAlign w:val="center"/>
          </w:tcPr>
          <w:p w14:paraId="54F1A7A0" w14:textId="77777777" w:rsidR="008D43AB" w:rsidRDefault="008D43AB"/>
          <w:p w14:paraId="55B877C5"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5D1893ED" w14:textId="77777777">
        <w:trPr>
          <w:cantSplit/>
          <w:jc w:val="center"/>
        </w:trPr>
        <w:tc>
          <w:tcPr>
            <w:tcW w:w="14060" w:type="dxa"/>
            <w:gridSpan w:val="6"/>
            <w:tcMar>
              <w:top w:w="70" w:type="dxa"/>
              <w:left w:w="90" w:type="dxa"/>
              <w:bottom w:w="70" w:type="dxa"/>
              <w:right w:w="90" w:type="dxa"/>
            </w:tcMar>
            <w:vAlign w:val="center"/>
          </w:tcPr>
          <w:p w14:paraId="0C4DE24F" w14:textId="77777777" w:rsidR="008D43AB" w:rsidRDefault="008D43AB"/>
          <w:p w14:paraId="22EF9AF6"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35DFF80D" w14:textId="77777777">
        <w:trPr>
          <w:cantSplit/>
          <w:jc w:val="center"/>
        </w:trPr>
        <w:tc>
          <w:tcPr>
            <w:tcW w:w="14060" w:type="dxa"/>
            <w:gridSpan w:val="6"/>
            <w:tcMar>
              <w:top w:w="70" w:type="dxa"/>
              <w:left w:w="90" w:type="dxa"/>
              <w:bottom w:w="70" w:type="dxa"/>
              <w:right w:w="90" w:type="dxa"/>
            </w:tcMar>
            <w:vAlign w:val="center"/>
          </w:tcPr>
          <w:p w14:paraId="12EFCCA8" w14:textId="77777777" w:rsidR="008D43AB" w:rsidRDefault="008D43AB"/>
          <w:p w14:paraId="148B0F8B"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663A72B4" w14:textId="77777777">
        <w:trPr>
          <w:cantSplit/>
          <w:jc w:val="center"/>
        </w:trPr>
        <w:tc>
          <w:tcPr>
            <w:tcW w:w="14060" w:type="dxa"/>
            <w:gridSpan w:val="6"/>
            <w:tcMar>
              <w:top w:w="70" w:type="dxa"/>
              <w:left w:w="90" w:type="dxa"/>
              <w:bottom w:w="70" w:type="dxa"/>
              <w:right w:w="90" w:type="dxa"/>
            </w:tcMar>
            <w:vAlign w:val="center"/>
          </w:tcPr>
          <w:p w14:paraId="6C3BD92C" w14:textId="77777777" w:rsidR="008D43AB" w:rsidRDefault="008D43AB"/>
          <w:p w14:paraId="4F074DA4" w14:textId="77777777" w:rsidR="008D43AB" w:rsidRDefault="00000000">
            <w:pPr>
              <w:spacing w:line="245" w:lineRule="auto"/>
            </w:pPr>
            <w:r>
              <w:rPr>
                <w:b/>
                <w:color w:val="000000"/>
                <w:sz w:val="16"/>
              </w:rPr>
              <w:t xml:space="preserve">MEDPREDMETNE POVEZAVE: </w:t>
            </w:r>
            <w:r>
              <w:rPr>
                <w:color w:val="000000"/>
                <w:sz w:val="16"/>
              </w:rPr>
              <w:t>SPO – obljuba, pomoč, občutki in sprememba; SLJ – poslušanje, ritmični govor in opis doživetja; ŠPO – pulz, tempo, gibalni odziv in prostorska orientacija; LUM – simbol, barva, linija in zvočni zapis</w:t>
            </w:r>
          </w:p>
        </w:tc>
      </w:tr>
      <w:tr w:rsidR="008D43AB" w14:paraId="00693506" w14:textId="77777777">
        <w:trPr>
          <w:cantSplit/>
          <w:jc w:val="center"/>
        </w:trPr>
        <w:tc>
          <w:tcPr>
            <w:tcW w:w="14060" w:type="dxa"/>
            <w:gridSpan w:val="6"/>
            <w:tcMar>
              <w:top w:w="70" w:type="dxa"/>
              <w:left w:w="90" w:type="dxa"/>
              <w:bottom w:w="70" w:type="dxa"/>
              <w:right w:w="90" w:type="dxa"/>
            </w:tcMar>
            <w:vAlign w:val="center"/>
          </w:tcPr>
          <w:p w14:paraId="6B4F5355" w14:textId="77777777" w:rsidR="008D43AB" w:rsidRDefault="008D43AB"/>
          <w:p w14:paraId="5D3CCBF4"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70EC709D" w14:textId="77777777">
        <w:trPr>
          <w:cantSplit/>
          <w:jc w:val="center"/>
        </w:trPr>
        <w:tc>
          <w:tcPr>
            <w:tcW w:w="14060" w:type="dxa"/>
            <w:gridSpan w:val="6"/>
            <w:tcMar>
              <w:top w:w="70" w:type="dxa"/>
              <w:left w:w="90" w:type="dxa"/>
              <w:bottom w:w="70" w:type="dxa"/>
              <w:right w:w="90" w:type="dxa"/>
            </w:tcMar>
            <w:vAlign w:val="center"/>
          </w:tcPr>
          <w:p w14:paraId="5F23D170" w14:textId="77777777" w:rsidR="008D43AB" w:rsidRDefault="008D43AB"/>
          <w:p w14:paraId="7C26A09C"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8FA77A1" w14:textId="77777777">
        <w:trPr>
          <w:cantSplit/>
          <w:jc w:val="center"/>
        </w:trPr>
        <w:tc>
          <w:tcPr>
            <w:tcW w:w="14060" w:type="dxa"/>
            <w:gridSpan w:val="6"/>
            <w:tcMar>
              <w:top w:w="70" w:type="dxa"/>
              <w:left w:w="90" w:type="dxa"/>
              <w:bottom w:w="70" w:type="dxa"/>
              <w:right w:w="90" w:type="dxa"/>
            </w:tcMar>
            <w:vAlign w:val="center"/>
          </w:tcPr>
          <w:p w14:paraId="39A91F43" w14:textId="77777777" w:rsidR="008D43AB" w:rsidRDefault="008D43AB"/>
          <w:p w14:paraId="28211A4B"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12D819CA" w14:textId="77777777">
        <w:trPr>
          <w:cantSplit/>
          <w:jc w:val="center"/>
        </w:trPr>
        <w:tc>
          <w:tcPr>
            <w:tcW w:w="14060" w:type="dxa"/>
            <w:gridSpan w:val="6"/>
            <w:tcMar>
              <w:top w:w="70" w:type="dxa"/>
              <w:left w:w="90" w:type="dxa"/>
              <w:bottom w:w="70" w:type="dxa"/>
              <w:right w:w="90" w:type="dxa"/>
            </w:tcMar>
            <w:vAlign w:val="center"/>
          </w:tcPr>
          <w:p w14:paraId="5BCC20CC" w14:textId="77777777" w:rsidR="008D43AB" w:rsidRDefault="008D43AB"/>
          <w:p w14:paraId="41130C9F"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07620EB0"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686D32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DA212C"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376767" w14:textId="77777777" w:rsidR="008D43AB" w:rsidRDefault="00000000">
            <w:pPr>
              <w:jc w:val="center"/>
            </w:pPr>
            <w:r>
              <w:rPr>
                <w:b/>
                <w:color w:val="000000"/>
                <w:sz w:val="20"/>
              </w:rPr>
              <w:t>UČNE DEJAVNOSTI, METODE IN FORMATIVNO SPREMLJANJE</w:t>
            </w:r>
          </w:p>
        </w:tc>
      </w:tr>
      <w:tr w:rsidR="008D43AB" w14:paraId="777B7663" w14:textId="77777777">
        <w:trPr>
          <w:tblHeader/>
          <w:jc w:val="center"/>
        </w:trPr>
        <w:tc>
          <w:tcPr>
            <w:tcW w:w="4422" w:type="dxa"/>
            <w:vMerge/>
            <w:tcMar>
              <w:top w:w="70" w:type="dxa"/>
              <w:left w:w="90" w:type="dxa"/>
              <w:bottom w:w="70" w:type="dxa"/>
              <w:right w:w="90" w:type="dxa"/>
            </w:tcMar>
            <w:vAlign w:val="center"/>
          </w:tcPr>
          <w:p w14:paraId="2D5E645E" w14:textId="77777777" w:rsidR="008D43AB" w:rsidRDefault="008D43AB"/>
        </w:tc>
        <w:tc>
          <w:tcPr>
            <w:tcW w:w="7087" w:type="dxa"/>
            <w:shd w:val="clear" w:color="auto" w:fill="FFFFFF"/>
            <w:tcMar>
              <w:top w:w="70" w:type="dxa"/>
              <w:left w:w="90" w:type="dxa"/>
              <w:bottom w:w="70" w:type="dxa"/>
              <w:right w:w="90" w:type="dxa"/>
            </w:tcMar>
            <w:vAlign w:val="center"/>
          </w:tcPr>
          <w:p w14:paraId="193D39CD"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CDF242B" w14:textId="77777777" w:rsidR="008D43AB" w:rsidRDefault="00000000">
            <w:pPr>
              <w:jc w:val="center"/>
            </w:pPr>
            <w:r>
              <w:rPr>
                <w:b/>
                <w:color w:val="000000"/>
              </w:rPr>
              <w:t>UČENEC</w:t>
            </w:r>
          </w:p>
        </w:tc>
      </w:tr>
      <w:tr w:rsidR="008D43AB" w14:paraId="2C50CABD" w14:textId="77777777">
        <w:trPr>
          <w:jc w:val="center"/>
        </w:trPr>
        <w:tc>
          <w:tcPr>
            <w:tcW w:w="4422" w:type="dxa"/>
            <w:tcMar>
              <w:top w:w="70" w:type="dxa"/>
              <w:left w:w="90" w:type="dxa"/>
              <w:bottom w:w="70" w:type="dxa"/>
              <w:right w:w="90" w:type="dxa"/>
            </w:tcMar>
          </w:tcPr>
          <w:p w14:paraId="56799BF7" w14:textId="77777777" w:rsidR="008D43AB" w:rsidRDefault="008D43AB"/>
          <w:p w14:paraId="12613111" w14:textId="77777777" w:rsidR="008D43AB" w:rsidRDefault="00000000">
            <w:pPr>
              <w:spacing w:after="60" w:line="245" w:lineRule="auto"/>
            </w:pPr>
            <w:r>
              <w:rPr>
                <w:b/>
                <w:color w:val="000000"/>
              </w:rPr>
              <w:t>UČNI CILJI</w:t>
            </w:r>
          </w:p>
          <w:p w14:paraId="35A426F4" w14:textId="77777777" w:rsidR="008D43AB" w:rsidRDefault="00000000">
            <w:pPr>
              <w:spacing w:after="20" w:line="245" w:lineRule="auto"/>
            </w:pPr>
            <w:r>
              <w:rPr>
                <w:b/>
                <w:color w:val="000000"/>
                <w:sz w:val="17"/>
              </w:rPr>
              <w:t>SPLOŠNI</w:t>
            </w:r>
          </w:p>
          <w:p w14:paraId="757726F2"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771DF69D" w14:textId="77777777" w:rsidR="008D43AB" w:rsidRDefault="00000000">
            <w:pPr>
              <w:pStyle w:val="Oznaenseznam"/>
              <w:spacing w:after="16"/>
            </w:pPr>
            <w:r>
              <w:rPr>
                <w:color w:val="000000"/>
                <w:sz w:val="16"/>
              </w:rPr>
              <w:t>poje, ritmično govori ter uporablja telo, glasbila in predmete kot zvočne vire</w:t>
            </w:r>
          </w:p>
          <w:p w14:paraId="538AEA08" w14:textId="77777777" w:rsidR="008D43AB" w:rsidRDefault="00000000">
            <w:pPr>
              <w:pStyle w:val="Oznaenseznam"/>
              <w:spacing w:after="16"/>
            </w:pPr>
            <w:r>
              <w:rPr>
                <w:color w:val="000000"/>
                <w:sz w:val="16"/>
              </w:rPr>
              <w:t>razlikuje izbrane lastnosti zvoka in glasbe ter varuje sluh in odgovorno uporablja glasbila</w:t>
            </w:r>
          </w:p>
          <w:p w14:paraId="13411EA2"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4440EBA4" w14:textId="77777777" w:rsidR="008D43AB" w:rsidRDefault="00000000">
            <w:pPr>
              <w:spacing w:before="40" w:after="20" w:line="245" w:lineRule="auto"/>
            </w:pPr>
            <w:r>
              <w:rPr>
                <w:b/>
                <w:color w:val="000000"/>
                <w:sz w:val="17"/>
              </w:rPr>
              <w:t>OPERATIVNI</w:t>
            </w:r>
          </w:p>
          <w:p w14:paraId="099CD4AA" w14:textId="77777777" w:rsidR="008D43AB" w:rsidRDefault="00000000">
            <w:pPr>
              <w:pStyle w:val="Oznaenseznam"/>
              <w:spacing w:after="16"/>
            </w:pPr>
            <w:r>
              <w:rPr>
                <w:color w:val="000000"/>
                <w:sz w:val="16"/>
              </w:rPr>
              <w:t>posluša umirjeno in živahno glasbo</w:t>
            </w:r>
          </w:p>
          <w:p w14:paraId="60972851" w14:textId="77777777" w:rsidR="008D43AB" w:rsidRDefault="00000000">
            <w:pPr>
              <w:pStyle w:val="Oznaenseznam"/>
              <w:spacing w:after="16"/>
            </w:pPr>
            <w:r>
              <w:rPr>
                <w:color w:val="000000"/>
                <w:sz w:val="16"/>
              </w:rPr>
              <w:t>izrazi doživetje</w:t>
            </w:r>
          </w:p>
          <w:p w14:paraId="21F28BDC" w14:textId="77777777" w:rsidR="008D43AB" w:rsidRDefault="00000000">
            <w:pPr>
              <w:pStyle w:val="Oznaenseznam"/>
              <w:spacing w:after="16"/>
            </w:pPr>
            <w:r>
              <w:rPr>
                <w:color w:val="000000"/>
                <w:sz w:val="16"/>
              </w:rPr>
              <w:t>izbere primerno glasbo za dejavnost</w:t>
            </w:r>
          </w:p>
          <w:p w14:paraId="70EC47FE" w14:textId="77777777" w:rsidR="008D43AB" w:rsidRDefault="00000000">
            <w:pPr>
              <w:spacing w:before="40" w:after="20" w:line="245" w:lineRule="auto"/>
            </w:pPr>
            <w:r>
              <w:rPr>
                <w:b/>
                <w:color w:val="000000"/>
                <w:sz w:val="17"/>
              </w:rPr>
              <w:t>PRIČAKOVANI DOSEŽKI / MINIMALNI POUDARKI</w:t>
            </w:r>
          </w:p>
          <w:p w14:paraId="3392C9A5" w14:textId="77777777" w:rsidR="008D43AB" w:rsidRDefault="00000000">
            <w:pPr>
              <w:pStyle w:val="Oznaenseznam"/>
              <w:spacing w:after="16"/>
            </w:pPr>
            <w:r>
              <w:rPr>
                <w:color w:val="000000"/>
                <w:sz w:val="15"/>
              </w:rPr>
              <w:t>samostojno oziroma z dogovorjeno oporo posluša umirjeno in živahno glasbo</w:t>
            </w:r>
          </w:p>
          <w:p w14:paraId="214E87D9" w14:textId="77777777" w:rsidR="008D43AB" w:rsidRDefault="00000000">
            <w:pPr>
              <w:pStyle w:val="Oznaenseznam"/>
              <w:spacing w:after="16"/>
            </w:pPr>
            <w:r>
              <w:rPr>
                <w:color w:val="000000"/>
                <w:sz w:val="15"/>
              </w:rPr>
              <w:t>samostojno oziroma z dogovorjeno oporo izrazi doživetje</w:t>
            </w:r>
          </w:p>
          <w:p w14:paraId="5CBE5F8E" w14:textId="77777777" w:rsidR="008D43AB" w:rsidRDefault="00000000">
            <w:pPr>
              <w:pStyle w:val="Oznaenseznam"/>
              <w:spacing w:after="16"/>
            </w:pPr>
            <w:r>
              <w:rPr>
                <w:color w:val="000000"/>
                <w:sz w:val="15"/>
              </w:rPr>
              <w:t>samostojno oziroma z dogovorjeno oporo izbere primerno glasbo za dejavnost</w:t>
            </w:r>
          </w:p>
        </w:tc>
        <w:tc>
          <w:tcPr>
            <w:tcW w:w="7087" w:type="dxa"/>
            <w:tcMar>
              <w:top w:w="70" w:type="dxa"/>
              <w:left w:w="90" w:type="dxa"/>
              <w:bottom w:w="70" w:type="dxa"/>
              <w:right w:w="90" w:type="dxa"/>
            </w:tcMar>
          </w:tcPr>
          <w:p w14:paraId="0E64AE9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53F96096" w14:textId="77777777">
              <w:trPr>
                <w:jc w:val="center"/>
              </w:trPr>
              <w:tc>
                <w:tcPr>
                  <w:tcW w:w="7087" w:type="dxa"/>
                  <w:shd w:val="clear" w:color="auto" w:fill="C6E7F3"/>
                  <w:tcMar>
                    <w:top w:w="45" w:type="dxa"/>
                    <w:left w:w="70" w:type="dxa"/>
                    <w:bottom w:w="45" w:type="dxa"/>
                    <w:right w:w="70" w:type="dxa"/>
                  </w:tcMar>
                </w:tcPr>
                <w:p w14:paraId="478BA9AE" w14:textId="77777777" w:rsidR="008D43AB" w:rsidRDefault="00000000">
                  <w:pPr>
                    <w:keepNext/>
                  </w:pPr>
                  <w:r>
                    <w:rPr>
                      <w:b/>
                      <w:color w:val="000000"/>
                    </w:rPr>
                    <w:t>UVODNI DEL – zvočna motivacija, aktivacija predznanja in namen učenja (8–12 min)</w:t>
                  </w:r>
                </w:p>
              </w:tc>
            </w:tr>
          </w:tbl>
          <w:p w14:paraId="20FB354F" w14:textId="77777777" w:rsidR="008D43AB" w:rsidRDefault="008D43AB">
            <w:pPr>
              <w:spacing w:line="20" w:lineRule="exact"/>
            </w:pPr>
          </w:p>
          <w:p w14:paraId="6038D0DE" w14:textId="77777777" w:rsidR="008D43AB" w:rsidRDefault="00000000">
            <w:pPr>
              <w:spacing w:before="40" w:after="60" w:line="245" w:lineRule="auto"/>
            </w:pPr>
            <w:r>
              <w:rPr>
                <w:color w:val="000000"/>
                <w:sz w:val="16"/>
              </w:rPr>
              <w:t>Učenci ob motivu »Žabji kralj« – brata Grimm vstopijo v temo obljuba, pomoč, občutki in sprememba. Najprej v tišini poslušajo kratek zvočni odlomek ali učiteljičino izvedbo (kontrastna umirjena in živahna glasba; glasba in počutje),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04E6BBE6" w14:textId="77777777">
              <w:trPr>
                <w:jc w:val="center"/>
              </w:trPr>
              <w:tc>
                <w:tcPr>
                  <w:tcW w:w="7087" w:type="dxa"/>
                  <w:shd w:val="clear" w:color="auto" w:fill="EDC9EA"/>
                  <w:tcMar>
                    <w:top w:w="45" w:type="dxa"/>
                    <w:left w:w="70" w:type="dxa"/>
                    <w:bottom w:w="45" w:type="dxa"/>
                    <w:right w:w="70" w:type="dxa"/>
                  </w:tcMar>
                </w:tcPr>
                <w:p w14:paraId="7EB1C530" w14:textId="77777777" w:rsidR="008D43AB" w:rsidRDefault="00000000">
                  <w:pPr>
                    <w:keepNext/>
                  </w:pPr>
                  <w:r>
                    <w:rPr>
                      <w:b/>
                      <w:color w:val="000000"/>
                    </w:rPr>
                    <w:t>NAMENI UČENJA</w:t>
                  </w:r>
                </w:p>
              </w:tc>
            </w:tr>
          </w:tbl>
          <w:p w14:paraId="22C32AF7" w14:textId="77777777" w:rsidR="008D43AB" w:rsidRDefault="008D43AB">
            <w:pPr>
              <w:spacing w:line="20" w:lineRule="exact"/>
            </w:pPr>
          </w:p>
          <w:p w14:paraId="3454195A"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195D6073" w14:textId="77777777" w:rsidR="008D43AB" w:rsidRDefault="00000000">
            <w:pPr>
              <w:pStyle w:val="Oznaenseznam"/>
              <w:spacing w:after="16"/>
            </w:pPr>
            <w:r>
              <w:rPr>
                <w:color w:val="000000"/>
                <w:sz w:val="16"/>
              </w:rPr>
              <w:t>poslušam umirjeno in živahno glasbo</w:t>
            </w:r>
          </w:p>
          <w:p w14:paraId="2E49CB95" w14:textId="77777777" w:rsidR="008D43AB" w:rsidRDefault="00000000">
            <w:pPr>
              <w:pStyle w:val="Oznaenseznam"/>
              <w:spacing w:after="16"/>
            </w:pPr>
            <w:r>
              <w:rPr>
                <w:color w:val="000000"/>
                <w:sz w:val="16"/>
              </w:rPr>
              <w:t>izrazim doživetje</w:t>
            </w:r>
          </w:p>
          <w:p w14:paraId="6013E89F" w14:textId="77777777" w:rsidR="008D43AB" w:rsidRDefault="00000000">
            <w:pPr>
              <w:pStyle w:val="Oznaenseznam"/>
              <w:spacing w:after="16"/>
            </w:pPr>
            <w:r>
              <w:rPr>
                <w:color w:val="000000"/>
                <w:sz w:val="16"/>
              </w:rPr>
              <w:t>izberem primerno glasbo za dejavnost</w:t>
            </w:r>
          </w:p>
          <w:tbl>
            <w:tblPr>
              <w:tblStyle w:val="Tabelamrea"/>
              <w:tblW w:w="0" w:type="auto"/>
              <w:jc w:val="center"/>
              <w:tblLayout w:type="fixed"/>
              <w:tblLook w:val="04A0" w:firstRow="1" w:lastRow="0" w:firstColumn="1" w:lastColumn="0" w:noHBand="0" w:noVBand="1"/>
            </w:tblPr>
            <w:tblGrid>
              <w:gridCol w:w="7087"/>
            </w:tblGrid>
            <w:tr w:rsidR="008D43AB" w14:paraId="2480B5F0" w14:textId="77777777">
              <w:trPr>
                <w:jc w:val="center"/>
              </w:trPr>
              <w:tc>
                <w:tcPr>
                  <w:tcW w:w="7087" w:type="dxa"/>
                  <w:shd w:val="clear" w:color="auto" w:fill="EDC9EA"/>
                  <w:tcMar>
                    <w:top w:w="45" w:type="dxa"/>
                    <w:left w:w="70" w:type="dxa"/>
                    <w:bottom w:w="45" w:type="dxa"/>
                    <w:right w:w="70" w:type="dxa"/>
                  </w:tcMar>
                </w:tcPr>
                <w:p w14:paraId="76CFFF43" w14:textId="77777777" w:rsidR="008D43AB" w:rsidRDefault="00000000">
                  <w:pPr>
                    <w:keepNext/>
                  </w:pPr>
                  <w:r>
                    <w:rPr>
                      <w:b/>
                      <w:color w:val="000000"/>
                    </w:rPr>
                    <w:t>PREVERJANJE PREDZNANJA</w:t>
                  </w:r>
                </w:p>
              </w:tc>
            </w:tr>
          </w:tbl>
          <w:p w14:paraId="78D070C1" w14:textId="77777777" w:rsidR="008D43AB" w:rsidRDefault="008D43AB">
            <w:pPr>
              <w:spacing w:line="20" w:lineRule="exact"/>
            </w:pPr>
          </w:p>
          <w:p w14:paraId="6F82A1A2" w14:textId="77777777" w:rsidR="008D43AB" w:rsidRDefault="00000000">
            <w:pPr>
              <w:pStyle w:val="Oznaenseznam"/>
              <w:spacing w:after="16"/>
            </w:pPr>
            <w:r>
              <w:rPr>
                <w:color w:val="000000"/>
                <w:sz w:val="16"/>
              </w:rPr>
              <w:t>Kaj mi zvok, naslov, slika ali motiv pove o temi obljuba, pomoč, občutki in sprememba?</w:t>
            </w:r>
          </w:p>
          <w:p w14:paraId="017FB812" w14:textId="77777777" w:rsidR="008D43AB" w:rsidRDefault="00000000">
            <w:pPr>
              <w:pStyle w:val="Oznaenseznam"/>
              <w:spacing w:after="16"/>
            </w:pPr>
            <w:r>
              <w:rPr>
                <w:color w:val="000000"/>
                <w:sz w:val="16"/>
              </w:rPr>
              <w:t>Kako lahko s poslušanjem, glasom, telesom, glasbilom ali simbolom pokažem, kaj že znam pri temi »GLASBA IN POČUTJE«?</w:t>
            </w:r>
          </w:p>
          <w:p w14:paraId="1BC53387"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4CF554D3" w14:textId="77777777">
              <w:trPr>
                <w:jc w:val="center"/>
              </w:trPr>
              <w:tc>
                <w:tcPr>
                  <w:tcW w:w="7087" w:type="dxa"/>
                  <w:shd w:val="clear" w:color="auto" w:fill="EDC9EA"/>
                  <w:tcMar>
                    <w:top w:w="45" w:type="dxa"/>
                    <w:left w:w="70" w:type="dxa"/>
                    <w:bottom w:w="45" w:type="dxa"/>
                    <w:right w:w="70" w:type="dxa"/>
                  </w:tcMar>
                </w:tcPr>
                <w:p w14:paraId="7756833B" w14:textId="77777777" w:rsidR="008D43AB" w:rsidRDefault="00000000">
                  <w:pPr>
                    <w:keepNext/>
                  </w:pPr>
                  <w:r>
                    <w:rPr>
                      <w:b/>
                      <w:color w:val="000000"/>
                    </w:rPr>
                    <w:t>KRITERIJI USPEŠNOSTI</w:t>
                  </w:r>
                </w:p>
              </w:tc>
            </w:tr>
          </w:tbl>
          <w:p w14:paraId="7AC3F18C" w14:textId="77777777" w:rsidR="008D43AB" w:rsidRDefault="008D43AB"/>
          <w:p w14:paraId="4A169254" w14:textId="77777777" w:rsidR="008D43AB" w:rsidRDefault="00000000">
            <w:pPr>
              <w:spacing w:before="20" w:after="20" w:line="245" w:lineRule="auto"/>
            </w:pPr>
            <w:r>
              <w:rPr>
                <w:b/>
                <w:color w:val="000000"/>
                <w:sz w:val="16"/>
              </w:rPr>
              <w:t>Uspešen/-na bom, ko:</w:t>
            </w:r>
          </w:p>
          <w:p w14:paraId="5EF86DC4" w14:textId="77777777" w:rsidR="008D43AB" w:rsidRDefault="00000000">
            <w:pPr>
              <w:pStyle w:val="Oznaenseznam"/>
              <w:spacing w:after="16"/>
            </w:pPr>
            <w:r>
              <w:rPr>
                <w:color w:val="000000"/>
                <w:sz w:val="16"/>
              </w:rPr>
              <w:t>poslušam umirjeno in živahno glasbo</w:t>
            </w:r>
          </w:p>
          <w:p w14:paraId="7B97DC74" w14:textId="77777777" w:rsidR="008D43AB" w:rsidRDefault="00000000">
            <w:pPr>
              <w:pStyle w:val="Oznaenseznam"/>
              <w:spacing w:after="16"/>
            </w:pPr>
            <w:r>
              <w:rPr>
                <w:color w:val="000000"/>
                <w:sz w:val="16"/>
              </w:rPr>
              <w:t>izrazim doživetje</w:t>
            </w:r>
          </w:p>
          <w:p w14:paraId="0BF14FB2" w14:textId="77777777" w:rsidR="008D43AB" w:rsidRDefault="00000000">
            <w:pPr>
              <w:pStyle w:val="Oznaenseznam"/>
              <w:spacing w:after="16"/>
            </w:pPr>
            <w:r>
              <w:rPr>
                <w:color w:val="000000"/>
                <w:sz w:val="16"/>
              </w:rPr>
              <w:t>izberem primerno glasbo za dejavnost</w:t>
            </w:r>
          </w:p>
          <w:p w14:paraId="438B1563" w14:textId="77777777" w:rsidR="008D43AB" w:rsidRDefault="00000000">
            <w:pPr>
              <w:pStyle w:val="Oznaenseznam"/>
              <w:spacing w:after="16"/>
            </w:pPr>
            <w:r>
              <w:rPr>
                <w:color w:val="000000"/>
                <w:sz w:val="16"/>
              </w:rPr>
              <w:t>upoštevam dogovorjeni začetek, konec, znak za tišino in varno glasnost</w:t>
            </w:r>
          </w:p>
          <w:p w14:paraId="49C059DF"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734490DB" w14:textId="77777777" w:rsidR="008D43AB" w:rsidRDefault="008D43AB"/>
          <w:p w14:paraId="28762163"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56EBA84F" w14:textId="77777777" w:rsidR="008D43AB" w:rsidRDefault="00000000">
            <w:pPr>
              <w:spacing w:after="80" w:line="245" w:lineRule="auto"/>
            </w:pPr>
            <w:r>
              <w:rPr>
                <w:color w:val="000000"/>
                <w:sz w:val="16"/>
              </w:rPr>
              <w:t>Pove ali pokaže, kaj že zna in katero glasbeno strategijo bi uporabil.</w:t>
            </w:r>
          </w:p>
          <w:p w14:paraId="29A4B445" w14:textId="77777777" w:rsidR="008D43AB" w:rsidRDefault="00000000">
            <w:pPr>
              <w:spacing w:after="100" w:line="245" w:lineRule="auto"/>
            </w:pPr>
            <w:r>
              <w:rPr>
                <w:color w:val="000000"/>
                <w:sz w:val="16"/>
              </w:rPr>
              <w:t>Sodeluje pri razumevanju namenov, meril uspešnosti, varne glasnosti in načina dokazovanja.</w:t>
            </w:r>
          </w:p>
          <w:p w14:paraId="2EA47F2D" w14:textId="77777777" w:rsidR="008D43AB" w:rsidRDefault="00000000">
            <w:pPr>
              <w:spacing w:after="20" w:line="245" w:lineRule="auto"/>
            </w:pPr>
            <w:r>
              <w:rPr>
                <w:b/>
                <w:color w:val="D95BC6"/>
                <w:sz w:val="17"/>
              </w:rPr>
              <w:t>DOKAZ O UČENJU</w:t>
            </w:r>
          </w:p>
          <w:p w14:paraId="77AFBF74"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27E896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534B65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6A1EF7"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32CECE" w14:textId="77777777" w:rsidR="008D43AB" w:rsidRDefault="00000000">
            <w:pPr>
              <w:jc w:val="center"/>
            </w:pPr>
            <w:r>
              <w:rPr>
                <w:b/>
                <w:color w:val="000000"/>
                <w:sz w:val="20"/>
              </w:rPr>
              <w:t>UČNE DEJAVNOSTI, METODE IN FORMATIVNO SPREMLJANJE</w:t>
            </w:r>
          </w:p>
        </w:tc>
      </w:tr>
      <w:tr w:rsidR="008D43AB" w14:paraId="5C216F22" w14:textId="77777777">
        <w:trPr>
          <w:tblHeader/>
          <w:jc w:val="center"/>
        </w:trPr>
        <w:tc>
          <w:tcPr>
            <w:tcW w:w="4422" w:type="dxa"/>
            <w:vMerge/>
            <w:tcMar>
              <w:top w:w="70" w:type="dxa"/>
              <w:left w:w="90" w:type="dxa"/>
              <w:bottom w:w="70" w:type="dxa"/>
              <w:right w:w="90" w:type="dxa"/>
            </w:tcMar>
            <w:vAlign w:val="center"/>
          </w:tcPr>
          <w:p w14:paraId="1242F01C" w14:textId="77777777" w:rsidR="008D43AB" w:rsidRDefault="008D43AB"/>
        </w:tc>
        <w:tc>
          <w:tcPr>
            <w:tcW w:w="7087" w:type="dxa"/>
            <w:shd w:val="clear" w:color="auto" w:fill="FFFFFF"/>
            <w:tcMar>
              <w:top w:w="70" w:type="dxa"/>
              <w:left w:w="90" w:type="dxa"/>
              <w:bottom w:w="70" w:type="dxa"/>
              <w:right w:w="90" w:type="dxa"/>
            </w:tcMar>
            <w:vAlign w:val="center"/>
          </w:tcPr>
          <w:p w14:paraId="2D021BDE"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4F3E83E" w14:textId="77777777" w:rsidR="008D43AB" w:rsidRDefault="00000000">
            <w:pPr>
              <w:jc w:val="center"/>
            </w:pPr>
            <w:r>
              <w:rPr>
                <w:b/>
                <w:color w:val="000000"/>
              </w:rPr>
              <w:t>UČENEC</w:t>
            </w:r>
          </w:p>
        </w:tc>
      </w:tr>
      <w:tr w:rsidR="008D43AB" w14:paraId="3CD5AA61" w14:textId="77777777">
        <w:trPr>
          <w:jc w:val="center"/>
        </w:trPr>
        <w:tc>
          <w:tcPr>
            <w:tcW w:w="4422" w:type="dxa"/>
            <w:tcMar>
              <w:top w:w="70" w:type="dxa"/>
              <w:left w:w="90" w:type="dxa"/>
              <w:bottom w:w="70" w:type="dxa"/>
              <w:right w:w="90" w:type="dxa"/>
            </w:tcMar>
          </w:tcPr>
          <w:p w14:paraId="09B158AD" w14:textId="77777777" w:rsidR="008D43AB" w:rsidRDefault="008D43AB"/>
          <w:p w14:paraId="73A398D8" w14:textId="77777777" w:rsidR="008D43AB" w:rsidRDefault="00000000">
            <w:pPr>
              <w:spacing w:after="40" w:line="245" w:lineRule="auto"/>
            </w:pPr>
            <w:r>
              <w:rPr>
                <w:b/>
                <w:color w:val="000000"/>
              </w:rPr>
              <w:t>KLJUČNI GLASBENI POJMI</w:t>
            </w:r>
          </w:p>
          <w:p w14:paraId="662B98EB" w14:textId="77777777" w:rsidR="008D43AB" w:rsidRDefault="00000000">
            <w:pPr>
              <w:spacing w:after="60" w:line="245" w:lineRule="auto"/>
            </w:pPr>
            <w:r>
              <w:rPr>
                <w:color w:val="000000"/>
                <w:sz w:val="15"/>
              </w:rPr>
              <w:t>poslušanje, zvok, tišina, izvedba, glasbeni znak, dokaz, povratna informacija, zvočni vir, glasno–tiho, visoko–nizko, dolgo–kratko, naravno–umetno</w:t>
            </w:r>
          </w:p>
          <w:p w14:paraId="3196525A" w14:textId="77777777" w:rsidR="008D43AB" w:rsidRDefault="00000000">
            <w:pPr>
              <w:spacing w:after="20" w:line="245" w:lineRule="auto"/>
            </w:pPr>
            <w:r>
              <w:rPr>
                <w:b/>
                <w:color w:val="000000"/>
                <w:sz w:val="17"/>
              </w:rPr>
              <w:t>DOKAZI O UČENJU</w:t>
            </w:r>
          </w:p>
          <w:p w14:paraId="6EE21E82" w14:textId="77777777" w:rsidR="008D43AB" w:rsidRDefault="00000000">
            <w:pPr>
              <w:pStyle w:val="Oznaenseznam"/>
              <w:spacing w:after="9"/>
            </w:pPr>
            <w:r>
              <w:rPr>
                <w:color w:val="000000"/>
                <w:sz w:val="15"/>
              </w:rPr>
              <w:t>poslušalski gibalni odziv, ritmični/pevski odmev in učiteljev zapis o skupnem pulzu oziroma začetku/koncu.</w:t>
            </w:r>
          </w:p>
          <w:p w14:paraId="73B95CEE" w14:textId="77777777" w:rsidR="008D43AB" w:rsidRDefault="00000000">
            <w:pPr>
              <w:pStyle w:val="Oznaenseznam"/>
              <w:spacing w:after="9"/>
            </w:pPr>
            <w:r>
              <w:rPr>
                <w:color w:val="000000"/>
                <w:sz w:val="15"/>
              </w:rPr>
              <w:t>slikovni zvočni zapis, skupinska izvedba/posnetek in vrstniška opisna povratna informacija.</w:t>
            </w:r>
          </w:p>
          <w:p w14:paraId="292F1278" w14:textId="77777777" w:rsidR="008D43AB" w:rsidRDefault="00000000">
            <w:pPr>
              <w:spacing w:before="40" w:after="20" w:line="245" w:lineRule="auto"/>
            </w:pPr>
            <w:r>
              <w:rPr>
                <w:b/>
                <w:color w:val="000000"/>
                <w:sz w:val="17"/>
              </w:rPr>
              <w:t>GLASBENO DOŽIVETJE IN IZKUŠENJSKI POUK</w:t>
            </w:r>
          </w:p>
          <w:p w14:paraId="0DE450C0"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0AFA9059" w14:textId="77777777" w:rsidR="008D43AB" w:rsidRDefault="00000000">
            <w:pPr>
              <w:spacing w:after="20" w:line="245" w:lineRule="auto"/>
            </w:pPr>
            <w:r>
              <w:rPr>
                <w:b/>
                <w:color w:val="000000"/>
                <w:sz w:val="17"/>
              </w:rPr>
              <w:t>POUČEVANJE V GIBANJU</w:t>
            </w:r>
          </w:p>
          <w:p w14:paraId="49805B75"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5C416906" w14:textId="77777777" w:rsidR="008D43AB" w:rsidRDefault="00000000">
            <w:pPr>
              <w:spacing w:after="20" w:line="245" w:lineRule="auto"/>
            </w:pPr>
            <w:r>
              <w:rPr>
                <w:b/>
                <w:color w:val="000000"/>
                <w:sz w:val="17"/>
              </w:rPr>
              <w:t>DELO PO POSTAJAH</w:t>
            </w:r>
          </w:p>
          <w:p w14:paraId="5466FCFF"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0E04991B" w14:textId="77777777" w:rsidR="008D43AB" w:rsidRDefault="00000000">
            <w:pPr>
              <w:spacing w:after="10" w:line="245" w:lineRule="auto"/>
            </w:pPr>
            <w:r>
              <w:rPr>
                <w:color w:val="000000"/>
                <w:sz w:val="15"/>
              </w:rPr>
              <w:t>1. Aktivno poslušanje: prepoznam zvočni vir ali spremembo ter odziv pokažem s kartico, gibom ali besedo.</w:t>
            </w:r>
          </w:p>
          <w:p w14:paraId="61726BCF" w14:textId="77777777" w:rsidR="008D43AB" w:rsidRDefault="00000000">
            <w:pPr>
              <w:spacing w:after="10" w:line="245" w:lineRule="auto"/>
            </w:pPr>
            <w:r>
              <w:rPr>
                <w:color w:val="000000"/>
                <w:sz w:val="15"/>
              </w:rPr>
              <w:t>2. Gibalna: glasbeno lastnost ponazorim s hojo, nivojem telesa, smerjo, hitrostjo in zamrznitvijo.</w:t>
            </w:r>
          </w:p>
          <w:p w14:paraId="7D9EDD94" w14:textId="77777777" w:rsidR="008D43AB" w:rsidRDefault="00000000">
            <w:pPr>
              <w:spacing w:after="10" w:line="245" w:lineRule="auto"/>
            </w:pPr>
            <w:r>
              <w:rPr>
                <w:color w:val="000000"/>
                <w:sz w:val="15"/>
              </w:rPr>
              <w:t>3. Izvajalska: zvok posnemam z glasom, telesom ali glasbilom ter upoštevam začetek, konec in tišino.</w:t>
            </w:r>
          </w:p>
          <w:p w14:paraId="52A780DC" w14:textId="77777777" w:rsidR="008D43AB" w:rsidRDefault="00000000">
            <w:pPr>
              <w:spacing w:after="10" w:line="245" w:lineRule="auto"/>
            </w:pPr>
            <w:r>
              <w:rPr>
                <w:color w:val="000000"/>
                <w:sz w:val="15"/>
              </w:rPr>
              <w:t>4. Likovno-zapisna: doživetje ali zvočno zaporedje prikažem s simboli, ga predstavim in izboljšam.</w:t>
            </w:r>
          </w:p>
          <w:p w14:paraId="7F0748C4" w14:textId="77777777" w:rsidR="008D43AB" w:rsidRDefault="00000000">
            <w:pPr>
              <w:spacing w:after="20" w:line="245" w:lineRule="auto"/>
            </w:pPr>
            <w:r>
              <w:rPr>
                <w:b/>
                <w:color w:val="000000"/>
                <w:sz w:val="17"/>
              </w:rPr>
              <w:t>DIFERENCIACIJA IN VKLJUČEVANJE</w:t>
            </w:r>
          </w:p>
          <w:p w14:paraId="557F8708"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186C1341" w14:textId="77777777" w:rsidR="008D43AB" w:rsidRDefault="00000000">
            <w:pPr>
              <w:spacing w:after="20" w:line="245" w:lineRule="auto"/>
            </w:pPr>
            <w:r>
              <w:rPr>
                <w:b/>
                <w:color w:val="000000"/>
                <w:sz w:val="17"/>
              </w:rPr>
              <w:t>SPREMLJANJE</w:t>
            </w:r>
          </w:p>
          <w:p w14:paraId="052B53D2"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A3B636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FCF107E" w14:textId="77777777">
              <w:trPr>
                <w:jc w:val="center"/>
              </w:trPr>
              <w:tc>
                <w:tcPr>
                  <w:tcW w:w="7087" w:type="dxa"/>
                  <w:shd w:val="clear" w:color="auto" w:fill="C6E7F3"/>
                  <w:tcMar>
                    <w:top w:w="45" w:type="dxa"/>
                    <w:left w:w="70" w:type="dxa"/>
                    <w:bottom w:w="45" w:type="dxa"/>
                    <w:right w:w="70" w:type="dxa"/>
                  </w:tcMar>
                </w:tcPr>
                <w:p w14:paraId="03611E2B" w14:textId="77777777" w:rsidR="008D43AB" w:rsidRDefault="00000000">
                  <w:pPr>
                    <w:keepNext/>
                  </w:pPr>
                  <w:r>
                    <w:rPr>
                      <w:b/>
                      <w:color w:val="000000"/>
                      <w:sz w:val="17"/>
                    </w:rPr>
                    <w:t>GLAVNI DEL – POSLUŠANJE, IZVAJANJE, GIBANJE IN USTVARJANJE (2 šolski uri)</w:t>
                  </w:r>
                </w:p>
              </w:tc>
            </w:tr>
          </w:tbl>
          <w:p w14:paraId="05B88672" w14:textId="77777777" w:rsidR="008D43AB" w:rsidRDefault="008D43AB">
            <w:pPr>
              <w:spacing w:line="20" w:lineRule="exact"/>
            </w:pPr>
          </w:p>
          <w:p w14:paraId="130A80A2" w14:textId="77777777" w:rsidR="008D43AB" w:rsidRDefault="00000000">
            <w:pPr>
              <w:keepNext/>
              <w:spacing w:before="24" w:after="8" w:line="245" w:lineRule="auto"/>
            </w:pPr>
            <w:r>
              <w:rPr>
                <w:b/>
                <w:color w:val="000000"/>
                <w:sz w:val="16"/>
              </w:rPr>
              <w:t>1. URA – Glasba In Počutje – Poslušam in izvajam</w:t>
            </w:r>
          </w:p>
          <w:p w14:paraId="14F589B1"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»GLASBA IN POČUTJE«,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2AAFFFAD"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CF0686A"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6DE278CE" w14:textId="77777777" w:rsidR="008D43AB" w:rsidRDefault="00000000">
            <w:pPr>
              <w:keepNext/>
              <w:spacing w:before="24" w:after="8" w:line="245" w:lineRule="auto"/>
            </w:pPr>
            <w:r>
              <w:rPr>
                <w:b/>
                <w:color w:val="000000"/>
                <w:sz w:val="16"/>
              </w:rPr>
              <w:t>2. URA – Glasba In Počutje – Ustvarim in nastopim</w:t>
            </w:r>
          </w:p>
          <w:p w14:paraId="24416FEC"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glasba in počutje«; usmerja izbiro, zapis, vajo in menjavo vlog. Zaključek: 10' – Organizira nastop in odziv poslušalcev po kriterijih; posname kratek dokaz, če so soglasja urejena.</w:t>
            </w:r>
          </w:p>
          <w:p w14:paraId="7D6F7896"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8721A1D"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7141578C" w14:textId="77777777">
              <w:trPr>
                <w:jc w:val="center"/>
              </w:trPr>
              <w:tc>
                <w:tcPr>
                  <w:tcW w:w="7087" w:type="dxa"/>
                  <w:shd w:val="clear" w:color="auto" w:fill="EDC9EA"/>
                  <w:tcMar>
                    <w:top w:w="45" w:type="dxa"/>
                    <w:left w:w="70" w:type="dxa"/>
                    <w:bottom w:w="45" w:type="dxa"/>
                    <w:right w:w="70" w:type="dxa"/>
                  </w:tcMar>
                </w:tcPr>
                <w:p w14:paraId="0C609BB0" w14:textId="77777777" w:rsidR="008D43AB" w:rsidRDefault="00000000">
                  <w:pPr>
                    <w:keepNext/>
                  </w:pPr>
                  <w:r>
                    <w:rPr>
                      <w:b/>
                      <w:color w:val="000000"/>
                      <w:sz w:val="17"/>
                    </w:rPr>
                    <w:t>ORGANIZACIJA POSTAJ IN PREHODOV</w:t>
                  </w:r>
                </w:p>
              </w:tc>
            </w:tr>
          </w:tbl>
          <w:p w14:paraId="72C880EE" w14:textId="77777777" w:rsidR="008D43AB" w:rsidRDefault="008D43AB"/>
          <w:p w14:paraId="11071A08"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587E6A37"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04BD9A7F"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78DCBDCB"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476A15C6"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4BD21EAD" w14:textId="77777777" w:rsidR="008D43AB" w:rsidRDefault="008D43AB"/>
          <w:p w14:paraId="56EFB334" w14:textId="77777777" w:rsidR="008D43AB" w:rsidRDefault="00000000">
            <w:pPr>
              <w:spacing w:after="6" w:line="245" w:lineRule="auto"/>
            </w:pPr>
            <w:r>
              <w:rPr>
                <w:b/>
                <w:color w:val="000000"/>
                <w:sz w:val="15"/>
              </w:rPr>
              <w:t>1. URA – Glasba In Počutje – Poslušam in izvajam</w:t>
            </w:r>
          </w:p>
          <w:p w14:paraId="44BAC25C"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4BBF0F8C" w14:textId="77777777" w:rsidR="008D43AB" w:rsidRDefault="00000000">
            <w:pPr>
              <w:spacing w:after="20" w:line="245" w:lineRule="auto"/>
            </w:pPr>
            <w:r>
              <w:rPr>
                <w:color w:val="D95BC6"/>
                <w:sz w:val="14"/>
              </w:rPr>
              <w:t>Dokaz: poslušalski gibalni odziv, ritmični/pevski odmev in učiteljev zapis o skupnem pulzu oziroma.</w:t>
            </w:r>
          </w:p>
          <w:p w14:paraId="7BC45CAD" w14:textId="77777777" w:rsidR="008D43AB" w:rsidRDefault="00000000">
            <w:pPr>
              <w:spacing w:after="6" w:line="245" w:lineRule="auto"/>
            </w:pPr>
            <w:r>
              <w:rPr>
                <w:b/>
                <w:color w:val="000000"/>
                <w:sz w:val="15"/>
              </w:rPr>
              <w:t>2. URA – Glasba In Počutje – Ustvarim in nastopim</w:t>
            </w:r>
          </w:p>
          <w:p w14:paraId="37244B7D"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0670D0F5" w14:textId="77777777" w:rsidR="008D43AB" w:rsidRDefault="00000000">
            <w:pPr>
              <w:spacing w:after="20" w:line="245" w:lineRule="auto"/>
            </w:pPr>
            <w:r>
              <w:rPr>
                <w:color w:val="D95BC6"/>
                <w:sz w:val="14"/>
              </w:rPr>
              <w:t>Dokaz: slikovni zvočni zapis, skupinska izvedba/posnetek in vrstniška opisna povratna informacija.</w:t>
            </w:r>
          </w:p>
          <w:p w14:paraId="310CF29D" w14:textId="77777777" w:rsidR="008D43AB" w:rsidRDefault="00000000">
            <w:pPr>
              <w:spacing w:before="40" w:after="20" w:line="245" w:lineRule="auto"/>
            </w:pPr>
            <w:r>
              <w:rPr>
                <w:b/>
                <w:color w:val="D95BC6"/>
                <w:sz w:val="16"/>
              </w:rPr>
              <w:t>MOJ KROG POSTAJ</w:t>
            </w:r>
          </w:p>
          <w:p w14:paraId="58C43FEF" w14:textId="77777777" w:rsidR="008D43AB" w:rsidRDefault="00000000">
            <w:pPr>
              <w:spacing w:after="11" w:line="245" w:lineRule="auto"/>
            </w:pPr>
            <w:r>
              <w:rPr>
                <w:color w:val="000000"/>
                <w:sz w:val="14"/>
              </w:rPr>
              <w:t>1. Aktivno poslušanje: prepoznam zvočni vir ali spremembo ter odziv pokažem s kartico.</w:t>
            </w:r>
          </w:p>
          <w:p w14:paraId="7BD597ED" w14:textId="77777777" w:rsidR="008D43AB" w:rsidRDefault="00000000">
            <w:pPr>
              <w:spacing w:after="11" w:line="245" w:lineRule="auto"/>
            </w:pPr>
            <w:r>
              <w:rPr>
                <w:color w:val="000000"/>
                <w:sz w:val="14"/>
              </w:rPr>
              <w:t>2. Gibalna: glasbeno lastnost ponazorim s hojo, nivojem telesa, smerjo.</w:t>
            </w:r>
          </w:p>
          <w:p w14:paraId="4C3252B6" w14:textId="77777777" w:rsidR="008D43AB" w:rsidRDefault="00000000">
            <w:pPr>
              <w:spacing w:after="11" w:line="245" w:lineRule="auto"/>
            </w:pPr>
            <w:r>
              <w:rPr>
                <w:color w:val="000000"/>
                <w:sz w:val="14"/>
              </w:rPr>
              <w:t>3. Izvajalska: zvok posnemam z glasom, telesom ali glasbilom ter upoštevam začetek.</w:t>
            </w:r>
          </w:p>
          <w:p w14:paraId="419BF472" w14:textId="77777777" w:rsidR="008D43AB" w:rsidRDefault="00000000">
            <w:pPr>
              <w:spacing w:after="11" w:line="245" w:lineRule="auto"/>
            </w:pPr>
            <w:r>
              <w:rPr>
                <w:color w:val="000000"/>
                <w:sz w:val="14"/>
              </w:rPr>
              <w:t>4. Likovno-zapisna: doživetje ali zvočno zaporedje prikažem s simboli.</w:t>
            </w:r>
          </w:p>
          <w:p w14:paraId="16FD9B93"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1A4607EF" w14:textId="77777777" w:rsidR="008D43AB" w:rsidRDefault="00000000">
            <w:pPr>
              <w:spacing w:after="20" w:line="245" w:lineRule="auto"/>
            </w:pPr>
            <w:r>
              <w:rPr>
                <w:b/>
                <w:color w:val="D95BC6"/>
                <w:sz w:val="17"/>
              </w:rPr>
              <w:t>DOKAZ O UČENJU</w:t>
            </w:r>
          </w:p>
          <w:p w14:paraId="0BAB11C7"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6BF60FB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27D2B1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C606CB"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FF8AD1" w14:textId="77777777" w:rsidR="008D43AB" w:rsidRDefault="00000000">
            <w:pPr>
              <w:jc w:val="center"/>
            </w:pPr>
            <w:r>
              <w:rPr>
                <w:b/>
                <w:color w:val="000000"/>
                <w:sz w:val="20"/>
              </w:rPr>
              <w:t>UČNE DEJAVNOSTI, METODE IN FORMATIVNO SPREMLJANJE</w:t>
            </w:r>
          </w:p>
        </w:tc>
      </w:tr>
      <w:tr w:rsidR="008D43AB" w14:paraId="208523DF" w14:textId="77777777">
        <w:trPr>
          <w:tblHeader/>
          <w:jc w:val="center"/>
        </w:trPr>
        <w:tc>
          <w:tcPr>
            <w:tcW w:w="4422" w:type="dxa"/>
            <w:vMerge/>
            <w:tcMar>
              <w:top w:w="70" w:type="dxa"/>
              <w:left w:w="90" w:type="dxa"/>
              <w:bottom w:w="70" w:type="dxa"/>
              <w:right w:w="90" w:type="dxa"/>
            </w:tcMar>
            <w:vAlign w:val="center"/>
          </w:tcPr>
          <w:p w14:paraId="66EA45C0" w14:textId="77777777" w:rsidR="008D43AB" w:rsidRDefault="008D43AB"/>
        </w:tc>
        <w:tc>
          <w:tcPr>
            <w:tcW w:w="7087" w:type="dxa"/>
            <w:shd w:val="clear" w:color="auto" w:fill="FFFFFF"/>
            <w:tcMar>
              <w:top w:w="70" w:type="dxa"/>
              <w:left w:w="90" w:type="dxa"/>
              <w:bottom w:w="70" w:type="dxa"/>
              <w:right w:w="90" w:type="dxa"/>
            </w:tcMar>
            <w:vAlign w:val="center"/>
          </w:tcPr>
          <w:p w14:paraId="4482CC6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8E7D28C" w14:textId="77777777" w:rsidR="008D43AB" w:rsidRDefault="00000000">
            <w:pPr>
              <w:jc w:val="center"/>
            </w:pPr>
            <w:r>
              <w:rPr>
                <w:b/>
                <w:color w:val="000000"/>
              </w:rPr>
              <w:t>UČENEC</w:t>
            </w:r>
          </w:p>
        </w:tc>
      </w:tr>
      <w:tr w:rsidR="008D43AB" w14:paraId="72A4F5DA" w14:textId="77777777">
        <w:trPr>
          <w:jc w:val="center"/>
        </w:trPr>
        <w:tc>
          <w:tcPr>
            <w:tcW w:w="4422" w:type="dxa"/>
            <w:tcMar>
              <w:top w:w="70" w:type="dxa"/>
              <w:left w:w="90" w:type="dxa"/>
              <w:bottom w:w="70" w:type="dxa"/>
              <w:right w:w="90" w:type="dxa"/>
            </w:tcMar>
          </w:tcPr>
          <w:p w14:paraId="2EBDE1C7" w14:textId="77777777" w:rsidR="008D43AB" w:rsidRDefault="008D43AB"/>
          <w:p w14:paraId="458B58DF" w14:textId="77777777" w:rsidR="008D43AB" w:rsidRDefault="00000000">
            <w:pPr>
              <w:spacing w:after="40" w:line="245" w:lineRule="auto"/>
            </w:pPr>
            <w:r>
              <w:rPr>
                <w:b/>
                <w:color w:val="000000"/>
              </w:rPr>
              <w:t>FORMATIVNO SPREMLJANJE</w:t>
            </w:r>
          </w:p>
          <w:p w14:paraId="0DDD4B17" w14:textId="77777777" w:rsidR="008D43AB" w:rsidRDefault="00000000">
            <w:pPr>
              <w:pStyle w:val="Oznaenseznam"/>
              <w:spacing w:after="16"/>
            </w:pPr>
            <w:r>
              <w:rPr>
                <w:color w:val="000000"/>
                <w:sz w:val="16"/>
              </w:rPr>
              <w:t>predznanje: zvočna napoved, izbira kartice, gib, ritmični oziroma pevski poskus ali začetni simbol</w:t>
            </w:r>
          </w:p>
          <w:p w14:paraId="7D96704B" w14:textId="77777777" w:rsidR="008D43AB" w:rsidRDefault="00000000">
            <w:pPr>
              <w:pStyle w:val="Oznaenseznam"/>
              <w:spacing w:after="16"/>
            </w:pPr>
            <w:r>
              <w:rPr>
                <w:color w:val="000000"/>
                <w:sz w:val="16"/>
              </w:rPr>
              <w:t>nameni in merila: kratka poved, slikovni znak, model izvedbe ter vidna pravila varne glasnosti</w:t>
            </w:r>
          </w:p>
          <w:p w14:paraId="0F5EDD44"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55B4275" w14:textId="77777777" w:rsidR="008D43AB" w:rsidRDefault="00000000">
            <w:pPr>
              <w:pStyle w:val="Oznaenseznam"/>
              <w:spacing w:after="16"/>
            </w:pPr>
            <w:r>
              <w:rPr>
                <w:color w:val="000000"/>
                <w:sz w:val="16"/>
              </w:rPr>
              <w:t>povratna informacija: opis slišane strategije, povezava z enim merilom in izvedljiv naslednji korak</w:t>
            </w:r>
          </w:p>
          <w:p w14:paraId="59116AA7" w14:textId="77777777" w:rsidR="008D43AB" w:rsidRDefault="00000000">
            <w:pPr>
              <w:pStyle w:val="Oznaenseznam"/>
              <w:spacing w:after="16"/>
            </w:pPr>
            <w:r>
              <w:rPr>
                <w:color w:val="000000"/>
                <w:sz w:val="16"/>
              </w:rPr>
              <w:t>samovrednotenje: barvni zvočni semafor, lestvica samostojnosti, izbran dokaz in ponovna izvedba</w:t>
            </w:r>
          </w:p>
          <w:p w14:paraId="0C3574F1" w14:textId="77777777" w:rsidR="008D43AB" w:rsidRDefault="00000000">
            <w:pPr>
              <w:spacing w:before="40" w:after="20" w:line="245" w:lineRule="auto"/>
            </w:pPr>
            <w:r>
              <w:rPr>
                <w:b/>
                <w:color w:val="000000"/>
                <w:sz w:val="17"/>
              </w:rPr>
              <w:t>VARNOST IN VAROVANJE SLUHA</w:t>
            </w:r>
          </w:p>
          <w:p w14:paraId="79D40715"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620A00C" w14:textId="77777777" w:rsidR="008D43AB" w:rsidRDefault="00000000">
            <w:pPr>
              <w:spacing w:after="20" w:line="245" w:lineRule="auto"/>
            </w:pPr>
            <w:r>
              <w:rPr>
                <w:b/>
                <w:color w:val="000000"/>
                <w:sz w:val="17"/>
              </w:rPr>
              <w:t>EVIDENCA PO IZVEDBI</w:t>
            </w:r>
          </w:p>
          <w:p w14:paraId="3CA8CA18"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325DDD7A" w14:textId="77777777" w:rsidR="008D43AB" w:rsidRDefault="00000000">
            <w:pPr>
              <w:spacing w:before="40" w:after="20" w:line="245" w:lineRule="auto"/>
            </w:pPr>
            <w:r>
              <w:rPr>
                <w:b/>
                <w:color w:val="000000"/>
                <w:sz w:val="17"/>
              </w:rPr>
              <w:t>RAVEN DOSEGANJA</w:t>
            </w:r>
          </w:p>
          <w:p w14:paraId="5606543B"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4BDA3D2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55987D5A" w14:textId="77777777">
              <w:trPr>
                <w:jc w:val="center"/>
              </w:trPr>
              <w:tc>
                <w:tcPr>
                  <w:tcW w:w="7087" w:type="dxa"/>
                  <w:shd w:val="clear" w:color="auto" w:fill="EDC9EA"/>
                  <w:tcMar>
                    <w:top w:w="45" w:type="dxa"/>
                    <w:left w:w="70" w:type="dxa"/>
                    <w:bottom w:w="45" w:type="dxa"/>
                    <w:right w:w="70" w:type="dxa"/>
                  </w:tcMar>
                </w:tcPr>
                <w:p w14:paraId="0E686287" w14:textId="77777777" w:rsidR="008D43AB" w:rsidRDefault="00000000">
                  <w:pPr>
                    <w:keepNext/>
                  </w:pPr>
                  <w:r>
                    <w:rPr>
                      <w:b/>
                      <w:color w:val="000000"/>
                    </w:rPr>
                    <w:t>VPRAŠANJA V PODPORO GLASBENEMU UČENJU</w:t>
                  </w:r>
                </w:p>
              </w:tc>
            </w:tr>
          </w:tbl>
          <w:p w14:paraId="560DDB42" w14:textId="77777777" w:rsidR="008D43AB" w:rsidRDefault="008D43AB">
            <w:pPr>
              <w:spacing w:line="20" w:lineRule="exact"/>
            </w:pPr>
          </w:p>
          <w:p w14:paraId="6CA14C97" w14:textId="77777777" w:rsidR="008D43AB" w:rsidRDefault="00000000">
            <w:pPr>
              <w:pStyle w:val="Oznaenseznam"/>
              <w:spacing w:after="16"/>
            </w:pPr>
            <w:r>
              <w:rPr>
                <w:color w:val="000000"/>
                <w:sz w:val="16"/>
              </w:rPr>
              <w:t>Kaj si v glasbi slišal/-a, začutil/-a ali pokazal/-a z gibanjem?</w:t>
            </w:r>
          </w:p>
          <w:p w14:paraId="03041FFD" w14:textId="77777777" w:rsidR="008D43AB" w:rsidRDefault="00000000">
            <w:pPr>
              <w:pStyle w:val="Oznaenseznam"/>
              <w:spacing w:after="16"/>
            </w:pPr>
            <w:r>
              <w:rPr>
                <w:color w:val="000000"/>
                <w:sz w:val="16"/>
              </w:rPr>
              <w:t>Po katerem zvočnem znaku, lastnosti ali vzorcu si prepoznal/-a rešitev?</w:t>
            </w:r>
          </w:p>
          <w:p w14:paraId="504BEC60" w14:textId="77777777" w:rsidR="008D43AB" w:rsidRDefault="00000000">
            <w:pPr>
              <w:pStyle w:val="Oznaenseznam"/>
              <w:spacing w:after="16"/>
            </w:pPr>
            <w:r>
              <w:rPr>
                <w:color w:val="000000"/>
                <w:sz w:val="16"/>
              </w:rPr>
              <w:t>Kako veš, da je bil pulz, začetek, konec, glasnost ali skupinska izvedba skladna z merilom?</w:t>
            </w:r>
          </w:p>
          <w:p w14:paraId="0BB7F2F3" w14:textId="77777777" w:rsidR="008D43AB" w:rsidRDefault="00000000">
            <w:pPr>
              <w:pStyle w:val="Oznaenseznam"/>
              <w:spacing w:after="16"/>
            </w:pPr>
            <w:r>
              <w:rPr>
                <w:color w:val="000000"/>
                <w:sz w:val="16"/>
              </w:rPr>
              <w:t>Zakaj si za motiv, osebo, dogodek ali okolje izbral/-a prav ta glas, predmet ali glasbilo?</w:t>
            </w:r>
          </w:p>
          <w:p w14:paraId="2AF0171D"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E65EBFF" w14:textId="77777777">
              <w:trPr>
                <w:jc w:val="center"/>
              </w:trPr>
              <w:tc>
                <w:tcPr>
                  <w:tcW w:w="7087" w:type="dxa"/>
                  <w:shd w:val="clear" w:color="auto" w:fill="C6E7F3"/>
                  <w:tcMar>
                    <w:top w:w="45" w:type="dxa"/>
                    <w:left w:w="70" w:type="dxa"/>
                    <w:bottom w:w="45" w:type="dxa"/>
                    <w:right w:w="70" w:type="dxa"/>
                  </w:tcMar>
                </w:tcPr>
                <w:p w14:paraId="57B38E46" w14:textId="77777777" w:rsidR="008D43AB" w:rsidRDefault="00000000">
                  <w:pPr>
                    <w:keepNext/>
                  </w:pPr>
                  <w:r>
                    <w:rPr>
                      <w:b/>
                      <w:color w:val="000000"/>
                    </w:rPr>
                    <w:t>ZAKLJUČNI DEL – NASTOP, POSLUŠALSKI ODZIV IN REFLEKSIJA (8–12 min)</w:t>
                  </w:r>
                </w:p>
              </w:tc>
            </w:tr>
          </w:tbl>
          <w:p w14:paraId="471B63F0" w14:textId="77777777" w:rsidR="008D43AB" w:rsidRDefault="008D43AB">
            <w:pPr>
              <w:spacing w:line="20" w:lineRule="exact"/>
            </w:pPr>
          </w:p>
          <w:p w14:paraId="00D5C0EA"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467379C2" w14:textId="77777777">
              <w:trPr>
                <w:jc w:val="center"/>
              </w:trPr>
              <w:tc>
                <w:tcPr>
                  <w:tcW w:w="7087" w:type="dxa"/>
                  <w:shd w:val="clear" w:color="auto" w:fill="EDC9EA"/>
                  <w:tcMar>
                    <w:top w:w="45" w:type="dxa"/>
                    <w:left w:w="70" w:type="dxa"/>
                    <w:bottom w:w="45" w:type="dxa"/>
                    <w:right w:w="70" w:type="dxa"/>
                  </w:tcMar>
                </w:tcPr>
                <w:p w14:paraId="23567281" w14:textId="77777777" w:rsidR="008D43AB" w:rsidRDefault="00000000">
                  <w:pPr>
                    <w:keepNext/>
                  </w:pPr>
                  <w:r>
                    <w:rPr>
                      <w:b/>
                      <w:color w:val="000000"/>
                    </w:rPr>
                    <w:t>SAMOVREDNOTENJE</w:t>
                  </w:r>
                </w:p>
              </w:tc>
            </w:tr>
          </w:tbl>
          <w:p w14:paraId="5712E3F9" w14:textId="77777777" w:rsidR="008D43AB" w:rsidRDefault="008D43AB">
            <w:pPr>
              <w:spacing w:line="20" w:lineRule="exact"/>
            </w:pPr>
          </w:p>
          <w:p w14:paraId="0AC0BD8C"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378E3E54" w14:textId="77777777">
              <w:trPr>
                <w:jc w:val="center"/>
              </w:trPr>
              <w:tc>
                <w:tcPr>
                  <w:tcW w:w="7087" w:type="dxa"/>
                  <w:shd w:val="clear" w:color="auto" w:fill="EDC9EA"/>
                  <w:tcMar>
                    <w:top w:w="45" w:type="dxa"/>
                    <w:left w:w="70" w:type="dxa"/>
                    <w:bottom w:w="45" w:type="dxa"/>
                    <w:right w:w="70" w:type="dxa"/>
                  </w:tcMar>
                </w:tcPr>
                <w:p w14:paraId="1F346187" w14:textId="77777777" w:rsidR="008D43AB" w:rsidRDefault="00000000">
                  <w:pPr>
                    <w:keepNext/>
                  </w:pPr>
                  <w:r>
                    <w:rPr>
                      <w:b/>
                      <w:color w:val="000000"/>
                    </w:rPr>
                    <w:t>VRSTNIŠKO VREDNOTENJE</w:t>
                  </w:r>
                </w:p>
              </w:tc>
            </w:tr>
          </w:tbl>
          <w:p w14:paraId="66F9DE87" w14:textId="77777777" w:rsidR="008D43AB" w:rsidRDefault="008D43AB">
            <w:pPr>
              <w:spacing w:line="20" w:lineRule="exact"/>
            </w:pPr>
          </w:p>
          <w:p w14:paraId="1ADABBDC"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59BB82E6" w14:textId="77777777">
              <w:trPr>
                <w:jc w:val="center"/>
              </w:trPr>
              <w:tc>
                <w:tcPr>
                  <w:tcW w:w="7087" w:type="dxa"/>
                  <w:shd w:val="clear" w:color="auto" w:fill="EDC9EA"/>
                  <w:tcMar>
                    <w:top w:w="45" w:type="dxa"/>
                    <w:left w:w="70" w:type="dxa"/>
                    <w:bottom w:w="45" w:type="dxa"/>
                    <w:right w:w="70" w:type="dxa"/>
                  </w:tcMar>
                </w:tcPr>
                <w:p w14:paraId="5465A017" w14:textId="77777777" w:rsidR="008D43AB" w:rsidRDefault="00000000">
                  <w:pPr>
                    <w:keepNext/>
                  </w:pPr>
                  <w:r>
                    <w:rPr>
                      <w:b/>
                      <w:color w:val="000000"/>
                    </w:rPr>
                    <w:t>SKUPNI POVZETEK</w:t>
                  </w:r>
                </w:p>
              </w:tc>
            </w:tr>
          </w:tbl>
          <w:p w14:paraId="099984A7" w14:textId="77777777" w:rsidR="008D43AB" w:rsidRDefault="008D43AB"/>
          <w:p w14:paraId="6182BF00" w14:textId="77777777" w:rsidR="008D43AB" w:rsidRDefault="00000000">
            <w:pPr>
              <w:spacing w:before="20" w:after="40" w:line="245" w:lineRule="auto"/>
            </w:pPr>
            <w:r>
              <w:rPr>
                <w:b/>
                <w:color w:val="000000"/>
                <w:sz w:val="16"/>
              </w:rPr>
              <w:t>poslušam umirjeno in živahno glasbo; izrazim doživetje; izberem primerno glasbo za dejavnost. Izbrani dokaz pojasnim in po povratni informaciji izboljšam.</w:t>
            </w:r>
          </w:p>
        </w:tc>
        <w:tc>
          <w:tcPr>
            <w:tcW w:w="2551" w:type="dxa"/>
            <w:tcMar>
              <w:top w:w="70" w:type="dxa"/>
              <w:left w:w="90" w:type="dxa"/>
              <w:bottom w:w="70" w:type="dxa"/>
              <w:right w:w="90" w:type="dxa"/>
            </w:tcMar>
          </w:tcPr>
          <w:p w14:paraId="6FE65603" w14:textId="77777777" w:rsidR="008D43AB" w:rsidRDefault="008D43AB"/>
          <w:p w14:paraId="727EAA52" w14:textId="77777777" w:rsidR="008D43AB" w:rsidRDefault="00000000">
            <w:pPr>
              <w:spacing w:after="80" w:line="245" w:lineRule="auto"/>
            </w:pPr>
            <w:r>
              <w:rPr>
                <w:color w:val="000000"/>
                <w:sz w:val="16"/>
              </w:rPr>
              <w:t>Odgovarja na podporna vprašanja in se sklicuje na slišano, izvedeno, ustvarjeno ali zapisano.</w:t>
            </w:r>
          </w:p>
          <w:p w14:paraId="00590819" w14:textId="77777777" w:rsidR="008D43AB" w:rsidRDefault="00000000">
            <w:pPr>
              <w:spacing w:after="80" w:line="245" w:lineRule="auto"/>
            </w:pPr>
            <w:r>
              <w:rPr>
                <w:color w:val="000000"/>
                <w:sz w:val="16"/>
              </w:rPr>
              <w:t>Predstavi izbrani dokaz ter pove, katero merilo z njim pokaže.</w:t>
            </w:r>
          </w:p>
          <w:p w14:paraId="729867BE" w14:textId="77777777" w:rsidR="008D43AB" w:rsidRDefault="00000000">
            <w:pPr>
              <w:spacing w:after="80" w:line="245" w:lineRule="auto"/>
            </w:pPr>
            <w:r>
              <w:rPr>
                <w:color w:val="000000"/>
                <w:sz w:val="16"/>
              </w:rPr>
              <w:t>Posluša vrstnika, opiše eno slišano moč in poda prijazen predlog za izboljšavo.</w:t>
            </w:r>
          </w:p>
          <w:p w14:paraId="5BD0DADC" w14:textId="77777777" w:rsidR="008D43AB" w:rsidRDefault="00000000">
            <w:pPr>
              <w:spacing w:after="80" w:line="245" w:lineRule="auto"/>
            </w:pPr>
            <w:r>
              <w:rPr>
                <w:color w:val="000000"/>
                <w:sz w:val="16"/>
              </w:rPr>
              <w:t>Po povratni informaciji izvedbo, gib, ritem, zvočno izbiro ali slikovni zapis ponovi in izboljša.</w:t>
            </w:r>
          </w:p>
          <w:p w14:paraId="7669154B" w14:textId="77777777" w:rsidR="008D43AB" w:rsidRDefault="00000000">
            <w:pPr>
              <w:spacing w:after="100" w:line="245" w:lineRule="auto"/>
            </w:pPr>
            <w:r>
              <w:rPr>
                <w:color w:val="000000"/>
                <w:sz w:val="16"/>
              </w:rPr>
              <w:t>Izbere raven samostojnosti ter določi majhen in izvedljiv naslednji glasbeni korak.</w:t>
            </w:r>
          </w:p>
          <w:p w14:paraId="3862C340" w14:textId="77777777" w:rsidR="008D43AB" w:rsidRDefault="00000000">
            <w:pPr>
              <w:spacing w:after="20" w:line="245" w:lineRule="auto"/>
            </w:pPr>
            <w:r>
              <w:rPr>
                <w:b/>
                <w:color w:val="D95BC6"/>
                <w:sz w:val="17"/>
              </w:rPr>
              <w:t>DOKAZ O UČENJU</w:t>
            </w:r>
          </w:p>
          <w:p w14:paraId="3FE94265"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3D78B23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686C5A4D" w14:textId="77777777">
        <w:trPr>
          <w:cantSplit/>
          <w:jc w:val="center"/>
        </w:trPr>
        <w:tc>
          <w:tcPr>
            <w:tcW w:w="14060" w:type="dxa"/>
            <w:gridSpan w:val="6"/>
            <w:tcMar>
              <w:top w:w="70" w:type="dxa"/>
              <w:left w:w="90" w:type="dxa"/>
              <w:bottom w:w="70" w:type="dxa"/>
              <w:right w:w="90" w:type="dxa"/>
            </w:tcMar>
            <w:vAlign w:val="center"/>
          </w:tcPr>
          <w:p w14:paraId="5A5ACCB6" w14:textId="77777777" w:rsidR="008D43AB" w:rsidRDefault="00000000">
            <w:pPr>
              <w:jc w:val="center"/>
            </w:pPr>
            <w:r>
              <w:rPr>
                <w:b/>
                <w:color w:val="000000"/>
                <w:sz w:val="24"/>
              </w:rPr>
              <w:lastRenderedPageBreak/>
              <w:t>UČNA PRIPRAVA 27/39</w:t>
            </w:r>
          </w:p>
        </w:tc>
      </w:tr>
      <w:tr w:rsidR="008D43AB" w14:paraId="489E455C" w14:textId="77777777">
        <w:trPr>
          <w:jc w:val="center"/>
        </w:trPr>
        <w:tc>
          <w:tcPr>
            <w:tcW w:w="2665" w:type="dxa"/>
            <w:tcMar>
              <w:top w:w="70" w:type="dxa"/>
              <w:left w:w="90" w:type="dxa"/>
              <w:bottom w:w="70" w:type="dxa"/>
              <w:right w:w="90" w:type="dxa"/>
            </w:tcMar>
            <w:vAlign w:val="center"/>
          </w:tcPr>
          <w:p w14:paraId="1FD1234D"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54406F5"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0DCBB182"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A658D29" w14:textId="77777777" w:rsidR="008D43AB" w:rsidRDefault="00000000">
            <w:r>
              <w:rPr>
                <w:b/>
                <w:color w:val="000000"/>
                <w:sz w:val="16"/>
              </w:rPr>
              <w:t xml:space="preserve">NAČRTOVANI TERMIN: </w:t>
            </w:r>
            <w:r>
              <w:rPr>
                <w:color w:val="000000"/>
                <w:sz w:val="16"/>
              </w:rPr>
              <w:t>27. teden • 22.–26. 3. 2027</w:t>
            </w:r>
          </w:p>
        </w:tc>
        <w:tc>
          <w:tcPr>
            <w:tcW w:w="2268" w:type="dxa"/>
            <w:tcMar>
              <w:top w:w="70" w:type="dxa"/>
              <w:left w:w="90" w:type="dxa"/>
              <w:bottom w:w="70" w:type="dxa"/>
              <w:right w:w="90" w:type="dxa"/>
            </w:tcMar>
            <w:vAlign w:val="center"/>
          </w:tcPr>
          <w:p w14:paraId="04E53BEF"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938F1B9" w14:textId="77777777" w:rsidR="008D43AB" w:rsidRDefault="00000000">
            <w:r>
              <w:rPr>
                <w:b/>
                <w:color w:val="000000"/>
                <w:sz w:val="16"/>
              </w:rPr>
              <w:t xml:space="preserve">ŠTEVILO UR: </w:t>
            </w:r>
            <w:r>
              <w:rPr>
                <w:color w:val="000000"/>
                <w:sz w:val="16"/>
              </w:rPr>
              <w:t>1</w:t>
            </w:r>
          </w:p>
        </w:tc>
      </w:tr>
      <w:tr w:rsidR="008D43AB" w14:paraId="41928FD9" w14:textId="77777777">
        <w:trPr>
          <w:jc w:val="center"/>
        </w:trPr>
        <w:tc>
          <w:tcPr>
            <w:tcW w:w="14061" w:type="dxa"/>
            <w:gridSpan w:val="6"/>
            <w:tcMar>
              <w:top w:w="70" w:type="dxa"/>
              <w:left w:w="90" w:type="dxa"/>
              <w:bottom w:w="70" w:type="dxa"/>
              <w:right w:w="90" w:type="dxa"/>
            </w:tcMar>
            <w:vAlign w:val="center"/>
          </w:tcPr>
          <w:p w14:paraId="7AD7BDA0"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50A50169" w14:textId="77777777">
        <w:trPr>
          <w:cantSplit/>
          <w:jc w:val="center"/>
        </w:trPr>
        <w:tc>
          <w:tcPr>
            <w:tcW w:w="14060" w:type="dxa"/>
            <w:gridSpan w:val="6"/>
            <w:tcMar>
              <w:top w:w="70" w:type="dxa"/>
              <w:left w:w="90" w:type="dxa"/>
              <w:bottom w:w="70" w:type="dxa"/>
              <w:right w:w="90" w:type="dxa"/>
            </w:tcMar>
            <w:vAlign w:val="center"/>
          </w:tcPr>
          <w:p w14:paraId="2EA540E3" w14:textId="77777777" w:rsidR="008D43AB" w:rsidRDefault="008D43AB"/>
          <w:p w14:paraId="14B72221" w14:textId="77777777" w:rsidR="008D43AB" w:rsidRDefault="00000000">
            <w:pPr>
              <w:spacing w:line="245" w:lineRule="auto"/>
            </w:pPr>
            <w:r>
              <w:rPr>
                <w:b/>
                <w:color w:val="000000"/>
                <w:sz w:val="16"/>
              </w:rPr>
              <w:t xml:space="preserve">UČNI SKLOP: </w:t>
            </w:r>
            <w:r>
              <w:rPr>
                <w:color w:val="000000"/>
                <w:sz w:val="16"/>
              </w:rPr>
              <w:t>POMLAD, POJAVI IN ŽIVA BITJA</w:t>
            </w:r>
          </w:p>
        </w:tc>
      </w:tr>
      <w:tr w:rsidR="008D43AB" w14:paraId="49D05632" w14:textId="77777777">
        <w:trPr>
          <w:cantSplit/>
          <w:jc w:val="center"/>
        </w:trPr>
        <w:tc>
          <w:tcPr>
            <w:tcW w:w="14060" w:type="dxa"/>
            <w:gridSpan w:val="6"/>
            <w:tcMar>
              <w:top w:w="70" w:type="dxa"/>
              <w:left w:w="90" w:type="dxa"/>
              <w:bottom w:w="70" w:type="dxa"/>
              <w:right w:w="90" w:type="dxa"/>
            </w:tcMar>
            <w:vAlign w:val="center"/>
          </w:tcPr>
          <w:p w14:paraId="6534068A" w14:textId="77777777" w:rsidR="008D43AB" w:rsidRDefault="008D43AB"/>
          <w:p w14:paraId="17EBBD78" w14:textId="77777777" w:rsidR="008D43AB" w:rsidRDefault="00000000">
            <w:pPr>
              <w:spacing w:line="245" w:lineRule="auto"/>
            </w:pPr>
            <w:r>
              <w:rPr>
                <w:b/>
                <w:color w:val="000000"/>
                <w:sz w:val="16"/>
              </w:rPr>
              <w:t xml:space="preserve">UČNA TEMA: </w:t>
            </w:r>
            <w:r>
              <w:rPr>
                <w:color w:val="000000"/>
                <w:sz w:val="16"/>
              </w:rPr>
              <w:t>POMLAD V GLASBI</w:t>
            </w:r>
          </w:p>
        </w:tc>
      </w:tr>
      <w:tr w:rsidR="008D43AB" w14:paraId="286F2EE2" w14:textId="77777777">
        <w:trPr>
          <w:cantSplit/>
          <w:jc w:val="center"/>
        </w:trPr>
        <w:tc>
          <w:tcPr>
            <w:tcW w:w="14060" w:type="dxa"/>
            <w:gridSpan w:val="6"/>
            <w:tcMar>
              <w:top w:w="70" w:type="dxa"/>
              <w:left w:w="90" w:type="dxa"/>
              <w:bottom w:w="70" w:type="dxa"/>
              <w:right w:w="90" w:type="dxa"/>
            </w:tcMar>
            <w:vAlign w:val="center"/>
          </w:tcPr>
          <w:p w14:paraId="58879F71" w14:textId="77777777" w:rsidR="008D43AB" w:rsidRDefault="008D43AB"/>
          <w:p w14:paraId="65FCA5BD" w14:textId="77777777" w:rsidR="008D43AB" w:rsidRDefault="00000000">
            <w:pPr>
              <w:spacing w:line="245" w:lineRule="auto"/>
            </w:pPr>
            <w:r>
              <w:rPr>
                <w:b/>
                <w:color w:val="000000"/>
                <w:sz w:val="16"/>
              </w:rPr>
              <w:t xml:space="preserve">KNJIŽEVNO / MOTIVNO IZHODIŠČE: </w:t>
            </w:r>
            <w:r>
              <w:rPr>
                <w:color w:val="000000"/>
                <w:sz w:val="16"/>
              </w:rPr>
              <w:t>»Majnice: fulaste pesmi« – Tone Pavček • pomlad, ritem, igriv jezik in opazovanje narave</w:t>
            </w:r>
          </w:p>
        </w:tc>
      </w:tr>
      <w:tr w:rsidR="008D43AB" w14:paraId="3D0D7E24" w14:textId="77777777">
        <w:trPr>
          <w:cantSplit/>
          <w:jc w:val="center"/>
        </w:trPr>
        <w:tc>
          <w:tcPr>
            <w:tcW w:w="14060" w:type="dxa"/>
            <w:gridSpan w:val="6"/>
            <w:tcMar>
              <w:top w:w="70" w:type="dxa"/>
              <w:left w:w="90" w:type="dxa"/>
              <w:bottom w:w="70" w:type="dxa"/>
              <w:right w:w="90" w:type="dxa"/>
            </w:tcMar>
            <w:vAlign w:val="center"/>
          </w:tcPr>
          <w:p w14:paraId="4C666B2B" w14:textId="77777777" w:rsidR="008D43AB" w:rsidRDefault="008D43AB"/>
          <w:p w14:paraId="102A2D03" w14:textId="77777777" w:rsidR="008D43AB" w:rsidRDefault="00000000">
            <w:pPr>
              <w:spacing w:line="245" w:lineRule="auto"/>
            </w:pPr>
            <w:r>
              <w:rPr>
                <w:b/>
                <w:color w:val="000000"/>
                <w:sz w:val="16"/>
              </w:rPr>
              <w:t xml:space="preserve">GLASBENO IZHODIŠČE / REPERTOAR: </w:t>
            </w:r>
            <w:r>
              <w:rPr>
                <w:color w:val="000000"/>
                <w:sz w:val="16"/>
              </w:rPr>
              <w:t>A. Vivaldi: Pomlad – izbrani odlomek; pomladno gibanje</w:t>
            </w:r>
          </w:p>
        </w:tc>
      </w:tr>
      <w:tr w:rsidR="008D43AB" w14:paraId="44F30D94" w14:textId="77777777">
        <w:trPr>
          <w:cantSplit/>
          <w:jc w:val="center"/>
        </w:trPr>
        <w:tc>
          <w:tcPr>
            <w:tcW w:w="14060" w:type="dxa"/>
            <w:gridSpan w:val="6"/>
            <w:tcMar>
              <w:top w:w="70" w:type="dxa"/>
              <w:left w:w="90" w:type="dxa"/>
              <w:bottom w:w="70" w:type="dxa"/>
              <w:right w:w="90" w:type="dxa"/>
            </w:tcMar>
            <w:vAlign w:val="center"/>
          </w:tcPr>
          <w:p w14:paraId="49AD11CE" w14:textId="77777777" w:rsidR="008D43AB" w:rsidRDefault="008D43AB"/>
          <w:p w14:paraId="0F90E6CD" w14:textId="77777777" w:rsidR="008D43AB" w:rsidRDefault="00000000">
            <w:pPr>
              <w:spacing w:line="245" w:lineRule="auto"/>
            </w:pPr>
            <w:r>
              <w:rPr>
                <w:b/>
                <w:color w:val="000000"/>
                <w:sz w:val="16"/>
              </w:rPr>
              <w:t xml:space="preserve">UČNE ENOTE: </w:t>
            </w:r>
            <w:r>
              <w:rPr>
                <w:color w:val="000000"/>
                <w:sz w:val="16"/>
              </w:rPr>
              <w:t>1. ura – Pomlad V Glasbi – Ustvarim in nastopim</w:t>
            </w:r>
          </w:p>
        </w:tc>
      </w:tr>
      <w:tr w:rsidR="008D43AB" w14:paraId="49950A79" w14:textId="77777777">
        <w:trPr>
          <w:cantSplit/>
          <w:jc w:val="center"/>
        </w:trPr>
        <w:tc>
          <w:tcPr>
            <w:tcW w:w="14060" w:type="dxa"/>
            <w:gridSpan w:val="6"/>
            <w:tcMar>
              <w:top w:w="70" w:type="dxa"/>
              <w:left w:w="90" w:type="dxa"/>
              <w:bottom w:w="70" w:type="dxa"/>
              <w:right w:w="90" w:type="dxa"/>
            </w:tcMar>
            <w:vAlign w:val="center"/>
          </w:tcPr>
          <w:p w14:paraId="3B5CCF11" w14:textId="77777777" w:rsidR="008D43AB" w:rsidRDefault="008D43AB"/>
          <w:p w14:paraId="72809305"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25AB5D60" w14:textId="77777777">
        <w:trPr>
          <w:cantSplit/>
          <w:jc w:val="center"/>
        </w:trPr>
        <w:tc>
          <w:tcPr>
            <w:tcW w:w="14060" w:type="dxa"/>
            <w:gridSpan w:val="6"/>
            <w:tcMar>
              <w:top w:w="70" w:type="dxa"/>
              <w:left w:w="90" w:type="dxa"/>
              <w:bottom w:w="70" w:type="dxa"/>
              <w:right w:w="90" w:type="dxa"/>
            </w:tcMar>
            <w:vAlign w:val="center"/>
          </w:tcPr>
          <w:p w14:paraId="75BF8DE9" w14:textId="77777777" w:rsidR="008D43AB" w:rsidRDefault="008D43AB"/>
          <w:p w14:paraId="50B40833"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3634131B" w14:textId="77777777">
        <w:trPr>
          <w:cantSplit/>
          <w:jc w:val="center"/>
        </w:trPr>
        <w:tc>
          <w:tcPr>
            <w:tcW w:w="14060" w:type="dxa"/>
            <w:gridSpan w:val="6"/>
            <w:tcMar>
              <w:top w:w="70" w:type="dxa"/>
              <w:left w:w="90" w:type="dxa"/>
              <w:bottom w:w="70" w:type="dxa"/>
              <w:right w:w="90" w:type="dxa"/>
            </w:tcMar>
            <w:vAlign w:val="center"/>
          </w:tcPr>
          <w:p w14:paraId="3A2A0557" w14:textId="77777777" w:rsidR="008D43AB" w:rsidRDefault="008D43AB"/>
          <w:p w14:paraId="791BAFCC"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01D854E5" w14:textId="77777777">
        <w:trPr>
          <w:cantSplit/>
          <w:jc w:val="center"/>
        </w:trPr>
        <w:tc>
          <w:tcPr>
            <w:tcW w:w="14060" w:type="dxa"/>
            <w:gridSpan w:val="6"/>
            <w:tcMar>
              <w:top w:w="70" w:type="dxa"/>
              <w:left w:w="90" w:type="dxa"/>
              <w:bottom w:w="70" w:type="dxa"/>
              <w:right w:w="90" w:type="dxa"/>
            </w:tcMar>
            <w:vAlign w:val="center"/>
          </w:tcPr>
          <w:p w14:paraId="06CDBF2A" w14:textId="77777777" w:rsidR="008D43AB" w:rsidRDefault="008D43AB"/>
          <w:p w14:paraId="1E2B6542" w14:textId="77777777" w:rsidR="008D43AB" w:rsidRDefault="00000000">
            <w:pPr>
              <w:spacing w:line="245" w:lineRule="auto"/>
            </w:pPr>
            <w:r>
              <w:rPr>
                <w:b/>
                <w:color w:val="000000"/>
                <w:sz w:val="16"/>
              </w:rPr>
              <w:t xml:space="preserve">MEDPREDMETNE POVEZAVE: </w:t>
            </w:r>
            <w:r>
              <w:rPr>
                <w:color w:val="000000"/>
                <w:sz w:val="16"/>
              </w:rPr>
              <w:t>SPO – pomlad, ritem, igriv jezik in opazovanje narave; SLJ – poslušanje, ritmični govor in opis doživetja; ŠPO – pulz, tempo, gibalni odziv in prostorska orientacija; LUM – simbol, barva, linija in zvočni zapis</w:t>
            </w:r>
          </w:p>
        </w:tc>
      </w:tr>
      <w:tr w:rsidR="008D43AB" w14:paraId="23195E88" w14:textId="77777777">
        <w:trPr>
          <w:cantSplit/>
          <w:jc w:val="center"/>
        </w:trPr>
        <w:tc>
          <w:tcPr>
            <w:tcW w:w="14060" w:type="dxa"/>
            <w:gridSpan w:val="6"/>
            <w:tcMar>
              <w:top w:w="70" w:type="dxa"/>
              <w:left w:w="90" w:type="dxa"/>
              <w:bottom w:w="70" w:type="dxa"/>
              <w:right w:w="90" w:type="dxa"/>
            </w:tcMar>
            <w:vAlign w:val="center"/>
          </w:tcPr>
          <w:p w14:paraId="633D8658" w14:textId="77777777" w:rsidR="008D43AB" w:rsidRDefault="008D43AB"/>
          <w:p w14:paraId="4A57BDCE"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6D0D2376" w14:textId="77777777">
        <w:trPr>
          <w:cantSplit/>
          <w:jc w:val="center"/>
        </w:trPr>
        <w:tc>
          <w:tcPr>
            <w:tcW w:w="14060" w:type="dxa"/>
            <w:gridSpan w:val="6"/>
            <w:tcMar>
              <w:top w:w="70" w:type="dxa"/>
              <w:left w:w="90" w:type="dxa"/>
              <w:bottom w:w="70" w:type="dxa"/>
              <w:right w:w="90" w:type="dxa"/>
            </w:tcMar>
            <w:vAlign w:val="center"/>
          </w:tcPr>
          <w:p w14:paraId="1F4C40F4" w14:textId="77777777" w:rsidR="008D43AB" w:rsidRDefault="008D43AB"/>
          <w:p w14:paraId="4B64974C"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22267B87" w14:textId="77777777">
        <w:trPr>
          <w:cantSplit/>
          <w:jc w:val="center"/>
        </w:trPr>
        <w:tc>
          <w:tcPr>
            <w:tcW w:w="14060" w:type="dxa"/>
            <w:gridSpan w:val="6"/>
            <w:tcMar>
              <w:top w:w="70" w:type="dxa"/>
              <w:left w:w="90" w:type="dxa"/>
              <w:bottom w:w="70" w:type="dxa"/>
              <w:right w:w="90" w:type="dxa"/>
            </w:tcMar>
            <w:vAlign w:val="center"/>
          </w:tcPr>
          <w:p w14:paraId="2C165271" w14:textId="77777777" w:rsidR="008D43AB" w:rsidRDefault="008D43AB"/>
          <w:p w14:paraId="6F65742B" w14:textId="77777777" w:rsidR="008D43AB" w:rsidRDefault="00000000">
            <w:pPr>
              <w:spacing w:line="245" w:lineRule="auto"/>
            </w:pPr>
            <w:r>
              <w:rPr>
                <w:b/>
                <w:color w:val="000000"/>
                <w:sz w:val="16"/>
              </w:rPr>
              <w:t xml:space="preserve">OCENJEVANJE / DAN DEJAVNOSTI: </w:t>
            </w:r>
            <w:r>
              <w:rPr>
                <w:color w:val="000000"/>
                <w:sz w:val="16"/>
              </w:rPr>
              <w:t>NARAVOSLOVNI DAN • ŠPORTNI DAN</w:t>
            </w:r>
          </w:p>
        </w:tc>
      </w:tr>
      <w:tr w:rsidR="008D43AB" w14:paraId="0142098E" w14:textId="77777777">
        <w:trPr>
          <w:cantSplit/>
          <w:jc w:val="center"/>
        </w:trPr>
        <w:tc>
          <w:tcPr>
            <w:tcW w:w="14060" w:type="dxa"/>
            <w:gridSpan w:val="6"/>
            <w:tcMar>
              <w:top w:w="70" w:type="dxa"/>
              <w:left w:w="90" w:type="dxa"/>
              <w:bottom w:w="70" w:type="dxa"/>
              <w:right w:w="90" w:type="dxa"/>
            </w:tcMar>
            <w:vAlign w:val="center"/>
          </w:tcPr>
          <w:p w14:paraId="395D9EB8" w14:textId="77777777" w:rsidR="008D43AB" w:rsidRDefault="008D43AB"/>
          <w:p w14:paraId="579EC6EB"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5D753A7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B1048F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54FE12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47EAF1B" w14:textId="77777777" w:rsidR="008D43AB" w:rsidRDefault="00000000">
            <w:pPr>
              <w:jc w:val="center"/>
            </w:pPr>
            <w:r>
              <w:rPr>
                <w:b/>
                <w:color w:val="000000"/>
                <w:sz w:val="20"/>
              </w:rPr>
              <w:t>UČNE DEJAVNOSTI, METODE IN FORMATIVNO SPREMLJANJE</w:t>
            </w:r>
          </w:p>
        </w:tc>
      </w:tr>
      <w:tr w:rsidR="008D43AB" w14:paraId="197A898B" w14:textId="77777777">
        <w:trPr>
          <w:tblHeader/>
          <w:jc w:val="center"/>
        </w:trPr>
        <w:tc>
          <w:tcPr>
            <w:tcW w:w="4422" w:type="dxa"/>
            <w:vMerge/>
            <w:tcMar>
              <w:top w:w="70" w:type="dxa"/>
              <w:left w:w="90" w:type="dxa"/>
              <w:bottom w:w="70" w:type="dxa"/>
              <w:right w:w="90" w:type="dxa"/>
            </w:tcMar>
            <w:vAlign w:val="center"/>
          </w:tcPr>
          <w:p w14:paraId="1ACD1C3B" w14:textId="77777777" w:rsidR="008D43AB" w:rsidRDefault="008D43AB"/>
        </w:tc>
        <w:tc>
          <w:tcPr>
            <w:tcW w:w="7087" w:type="dxa"/>
            <w:shd w:val="clear" w:color="auto" w:fill="FFFFFF"/>
            <w:tcMar>
              <w:top w:w="70" w:type="dxa"/>
              <w:left w:w="90" w:type="dxa"/>
              <w:bottom w:w="70" w:type="dxa"/>
              <w:right w:w="90" w:type="dxa"/>
            </w:tcMar>
            <w:vAlign w:val="center"/>
          </w:tcPr>
          <w:p w14:paraId="49C0C2B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FC05E3" w14:textId="77777777" w:rsidR="008D43AB" w:rsidRDefault="00000000">
            <w:pPr>
              <w:jc w:val="center"/>
            </w:pPr>
            <w:r>
              <w:rPr>
                <w:b/>
                <w:color w:val="000000"/>
              </w:rPr>
              <w:t>UČENEC</w:t>
            </w:r>
          </w:p>
        </w:tc>
      </w:tr>
      <w:tr w:rsidR="008D43AB" w14:paraId="03ED0B2F" w14:textId="77777777">
        <w:trPr>
          <w:jc w:val="center"/>
        </w:trPr>
        <w:tc>
          <w:tcPr>
            <w:tcW w:w="4422" w:type="dxa"/>
            <w:tcMar>
              <w:top w:w="70" w:type="dxa"/>
              <w:left w:w="90" w:type="dxa"/>
              <w:bottom w:w="70" w:type="dxa"/>
              <w:right w:w="90" w:type="dxa"/>
            </w:tcMar>
          </w:tcPr>
          <w:p w14:paraId="0CFB5632" w14:textId="77777777" w:rsidR="008D43AB" w:rsidRDefault="008D43AB"/>
          <w:p w14:paraId="2126653A" w14:textId="77777777" w:rsidR="008D43AB" w:rsidRDefault="00000000">
            <w:pPr>
              <w:spacing w:after="60" w:line="245" w:lineRule="auto"/>
            </w:pPr>
            <w:r>
              <w:rPr>
                <w:b/>
                <w:color w:val="000000"/>
              </w:rPr>
              <w:t>UČNI CILJI</w:t>
            </w:r>
          </w:p>
          <w:p w14:paraId="59062A3A" w14:textId="77777777" w:rsidR="008D43AB" w:rsidRDefault="00000000">
            <w:pPr>
              <w:spacing w:after="20" w:line="245" w:lineRule="auto"/>
            </w:pPr>
            <w:r>
              <w:rPr>
                <w:b/>
                <w:color w:val="000000"/>
                <w:sz w:val="17"/>
              </w:rPr>
              <w:t>SPLOŠNI</w:t>
            </w:r>
          </w:p>
          <w:p w14:paraId="5C8EC9D6"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6CE1FD9E" w14:textId="77777777" w:rsidR="008D43AB" w:rsidRDefault="00000000">
            <w:pPr>
              <w:pStyle w:val="Oznaenseznam"/>
              <w:spacing w:after="16"/>
            </w:pPr>
            <w:r>
              <w:rPr>
                <w:color w:val="000000"/>
                <w:sz w:val="16"/>
              </w:rPr>
              <w:t>poje, ritmično govori ter uporablja telo, glasbila in predmete kot zvočne vire</w:t>
            </w:r>
          </w:p>
          <w:p w14:paraId="34CB7F4D" w14:textId="77777777" w:rsidR="008D43AB" w:rsidRDefault="00000000">
            <w:pPr>
              <w:pStyle w:val="Oznaenseznam"/>
              <w:spacing w:after="16"/>
            </w:pPr>
            <w:r>
              <w:rPr>
                <w:color w:val="000000"/>
                <w:sz w:val="16"/>
              </w:rPr>
              <w:t>razlikuje izbrane lastnosti zvoka in glasbe ter varuje sluh in odgovorno uporablja glasbila</w:t>
            </w:r>
          </w:p>
          <w:p w14:paraId="7DDF6BD6"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F38D9CA" w14:textId="77777777" w:rsidR="008D43AB" w:rsidRDefault="00000000">
            <w:pPr>
              <w:spacing w:before="40" w:after="20" w:line="245" w:lineRule="auto"/>
            </w:pPr>
            <w:r>
              <w:rPr>
                <w:b/>
                <w:color w:val="000000"/>
                <w:sz w:val="17"/>
              </w:rPr>
              <w:t>OPERATIVNI</w:t>
            </w:r>
          </w:p>
          <w:p w14:paraId="43080DB3" w14:textId="77777777" w:rsidR="008D43AB" w:rsidRDefault="00000000">
            <w:pPr>
              <w:pStyle w:val="Oznaenseznam"/>
              <w:spacing w:after="16"/>
            </w:pPr>
            <w:r>
              <w:rPr>
                <w:color w:val="000000"/>
                <w:sz w:val="16"/>
              </w:rPr>
              <w:t>posluša skladbo</w:t>
            </w:r>
          </w:p>
          <w:p w14:paraId="2702547C" w14:textId="77777777" w:rsidR="008D43AB" w:rsidRDefault="00000000">
            <w:pPr>
              <w:pStyle w:val="Oznaenseznam"/>
              <w:spacing w:after="16"/>
            </w:pPr>
            <w:r>
              <w:rPr>
                <w:color w:val="000000"/>
                <w:sz w:val="16"/>
              </w:rPr>
              <w:t>prepozna spremembe</w:t>
            </w:r>
          </w:p>
          <w:p w14:paraId="1F6FE554" w14:textId="77777777" w:rsidR="008D43AB" w:rsidRDefault="00000000">
            <w:pPr>
              <w:pStyle w:val="Oznaenseznam"/>
              <w:spacing w:after="16"/>
            </w:pPr>
            <w:r>
              <w:rPr>
                <w:color w:val="000000"/>
                <w:sz w:val="16"/>
              </w:rPr>
              <w:t>gibalno ali likovno izrazi doživetje</w:t>
            </w:r>
          </w:p>
          <w:p w14:paraId="22BD778C" w14:textId="77777777" w:rsidR="008D43AB" w:rsidRDefault="00000000">
            <w:pPr>
              <w:spacing w:before="40" w:after="20" w:line="245" w:lineRule="auto"/>
            </w:pPr>
            <w:r>
              <w:rPr>
                <w:b/>
                <w:color w:val="000000"/>
                <w:sz w:val="17"/>
              </w:rPr>
              <w:t>PRIČAKOVANI DOSEŽKI / MINIMALNI POUDARKI</w:t>
            </w:r>
          </w:p>
          <w:p w14:paraId="599FF9E5" w14:textId="77777777" w:rsidR="008D43AB" w:rsidRDefault="00000000">
            <w:pPr>
              <w:pStyle w:val="Oznaenseznam"/>
              <w:spacing w:after="16"/>
            </w:pPr>
            <w:r>
              <w:rPr>
                <w:color w:val="000000"/>
                <w:sz w:val="15"/>
              </w:rPr>
              <w:t>samostojno oziroma z dogovorjeno oporo posluša skladbo</w:t>
            </w:r>
          </w:p>
          <w:p w14:paraId="69429D55" w14:textId="77777777" w:rsidR="008D43AB" w:rsidRDefault="00000000">
            <w:pPr>
              <w:pStyle w:val="Oznaenseznam"/>
              <w:spacing w:after="16"/>
            </w:pPr>
            <w:r>
              <w:rPr>
                <w:color w:val="000000"/>
                <w:sz w:val="15"/>
              </w:rPr>
              <w:t>samostojno oziroma z dogovorjeno oporo prepozna spremembe</w:t>
            </w:r>
          </w:p>
          <w:p w14:paraId="3B9AA93C" w14:textId="77777777" w:rsidR="008D43AB" w:rsidRDefault="00000000">
            <w:pPr>
              <w:pStyle w:val="Oznaenseznam"/>
              <w:spacing w:after="16"/>
            </w:pPr>
            <w:r>
              <w:rPr>
                <w:color w:val="000000"/>
                <w:sz w:val="15"/>
              </w:rPr>
              <w:t>samostojno oziroma z dogovorjeno oporo gibalno ali likovno izrazi doživetje</w:t>
            </w:r>
          </w:p>
        </w:tc>
        <w:tc>
          <w:tcPr>
            <w:tcW w:w="7087" w:type="dxa"/>
            <w:tcMar>
              <w:top w:w="70" w:type="dxa"/>
              <w:left w:w="90" w:type="dxa"/>
              <w:bottom w:w="70" w:type="dxa"/>
              <w:right w:w="90" w:type="dxa"/>
            </w:tcMar>
          </w:tcPr>
          <w:p w14:paraId="375B3718"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47DE3F2" w14:textId="77777777">
              <w:trPr>
                <w:jc w:val="center"/>
              </w:trPr>
              <w:tc>
                <w:tcPr>
                  <w:tcW w:w="7087" w:type="dxa"/>
                  <w:shd w:val="clear" w:color="auto" w:fill="C6E7F3"/>
                  <w:tcMar>
                    <w:top w:w="45" w:type="dxa"/>
                    <w:left w:w="70" w:type="dxa"/>
                    <w:bottom w:w="45" w:type="dxa"/>
                    <w:right w:w="70" w:type="dxa"/>
                  </w:tcMar>
                </w:tcPr>
                <w:p w14:paraId="415D5475" w14:textId="77777777" w:rsidR="008D43AB" w:rsidRDefault="00000000">
                  <w:pPr>
                    <w:keepNext/>
                  </w:pPr>
                  <w:r>
                    <w:rPr>
                      <w:b/>
                      <w:color w:val="000000"/>
                    </w:rPr>
                    <w:t>UVODNI DEL – zvočna motivacija, aktivacija predznanja in namen učenja (8–12 min)</w:t>
                  </w:r>
                </w:p>
              </w:tc>
            </w:tr>
          </w:tbl>
          <w:p w14:paraId="5C9E93C7" w14:textId="77777777" w:rsidR="008D43AB" w:rsidRDefault="008D43AB">
            <w:pPr>
              <w:spacing w:line="20" w:lineRule="exact"/>
            </w:pPr>
          </w:p>
          <w:p w14:paraId="4A982377" w14:textId="77777777" w:rsidR="008D43AB" w:rsidRDefault="00000000">
            <w:pPr>
              <w:spacing w:before="40" w:after="60" w:line="245" w:lineRule="auto"/>
            </w:pPr>
            <w:r>
              <w:rPr>
                <w:color w:val="000000"/>
                <w:sz w:val="16"/>
              </w:rPr>
              <w:t>Učenci ob motivu »Majnice: fulaste pesmi« – Tone Pavček vstopijo v temo pomlad, ritem, igriv jezik in opazovanje narave. Najprej v tišini poslušajo kratek zvočni odlomek ali učiteljičino izvedbo (A. Vivaldi: Pomlad – izbrani odlomek; pomladno gibanje),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05AFD8BD" w14:textId="77777777">
              <w:trPr>
                <w:jc w:val="center"/>
              </w:trPr>
              <w:tc>
                <w:tcPr>
                  <w:tcW w:w="7087" w:type="dxa"/>
                  <w:shd w:val="clear" w:color="auto" w:fill="EDC9EA"/>
                  <w:tcMar>
                    <w:top w:w="45" w:type="dxa"/>
                    <w:left w:w="70" w:type="dxa"/>
                    <w:bottom w:w="45" w:type="dxa"/>
                    <w:right w:w="70" w:type="dxa"/>
                  </w:tcMar>
                </w:tcPr>
                <w:p w14:paraId="499574D5" w14:textId="77777777" w:rsidR="008D43AB" w:rsidRDefault="00000000">
                  <w:pPr>
                    <w:keepNext/>
                  </w:pPr>
                  <w:r>
                    <w:rPr>
                      <w:b/>
                      <w:color w:val="000000"/>
                    </w:rPr>
                    <w:t>NAMENI UČENJA</w:t>
                  </w:r>
                </w:p>
              </w:tc>
            </w:tr>
          </w:tbl>
          <w:p w14:paraId="461A7778" w14:textId="77777777" w:rsidR="008D43AB" w:rsidRDefault="008D43AB">
            <w:pPr>
              <w:spacing w:line="20" w:lineRule="exact"/>
            </w:pPr>
          </w:p>
          <w:p w14:paraId="006601E7"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64639D15" w14:textId="77777777" w:rsidR="008D43AB" w:rsidRDefault="00000000">
            <w:pPr>
              <w:pStyle w:val="Oznaenseznam"/>
              <w:spacing w:after="16"/>
            </w:pPr>
            <w:r>
              <w:rPr>
                <w:color w:val="000000"/>
                <w:sz w:val="16"/>
              </w:rPr>
              <w:t>poslušam skladbo</w:t>
            </w:r>
          </w:p>
          <w:p w14:paraId="5C8E283D" w14:textId="77777777" w:rsidR="008D43AB" w:rsidRDefault="00000000">
            <w:pPr>
              <w:pStyle w:val="Oznaenseznam"/>
              <w:spacing w:after="16"/>
            </w:pPr>
            <w:r>
              <w:rPr>
                <w:color w:val="000000"/>
                <w:sz w:val="16"/>
              </w:rPr>
              <w:t>prepoznam spremembe</w:t>
            </w:r>
          </w:p>
          <w:p w14:paraId="54AA8CD1" w14:textId="77777777" w:rsidR="008D43AB" w:rsidRDefault="00000000">
            <w:pPr>
              <w:pStyle w:val="Oznaenseznam"/>
              <w:spacing w:after="16"/>
            </w:pPr>
            <w:r>
              <w:rPr>
                <w:color w:val="000000"/>
                <w:sz w:val="16"/>
              </w:rPr>
              <w:t>gibalno ali likovno izrazim doživetje</w:t>
            </w:r>
          </w:p>
          <w:tbl>
            <w:tblPr>
              <w:tblStyle w:val="Tabelamrea"/>
              <w:tblW w:w="0" w:type="auto"/>
              <w:jc w:val="center"/>
              <w:tblLayout w:type="fixed"/>
              <w:tblLook w:val="04A0" w:firstRow="1" w:lastRow="0" w:firstColumn="1" w:lastColumn="0" w:noHBand="0" w:noVBand="1"/>
            </w:tblPr>
            <w:tblGrid>
              <w:gridCol w:w="7087"/>
            </w:tblGrid>
            <w:tr w:rsidR="008D43AB" w14:paraId="61AD66EC" w14:textId="77777777">
              <w:trPr>
                <w:jc w:val="center"/>
              </w:trPr>
              <w:tc>
                <w:tcPr>
                  <w:tcW w:w="7087" w:type="dxa"/>
                  <w:shd w:val="clear" w:color="auto" w:fill="EDC9EA"/>
                  <w:tcMar>
                    <w:top w:w="45" w:type="dxa"/>
                    <w:left w:w="70" w:type="dxa"/>
                    <w:bottom w:w="45" w:type="dxa"/>
                    <w:right w:w="70" w:type="dxa"/>
                  </w:tcMar>
                </w:tcPr>
                <w:p w14:paraId="2DE913E8" w14:textId="77777777" w:rsidR="008D43AB" w:rsidRDefault="00000000">
                  <w:pPr>
                    <w:keepNext/>
                  </w:pPr>
                  <w:r>
                    <w:rPr>
                      <w:b/>
                      <w:color w:val="000000"/>
                    </w:rPr>
                    <w:t>PREVERJANJE PREDZNANJA</w:t>
                  </w:r>
                </w:p>
              </w:tc>
            </w:tr>
          </w:tbl>
          <w:p w14:paraId="54525C0D" w14:textId="77777777" w:rsidR="008D43AB" w:rsidRDefault="008D43AB">
            <w:pPr>
              <w:spacing w:line="20" w:lineRule="exact"/>
            </w:pPr>
          </w:p>
          <w:p w14:paraId="76A24346" w14:textId="77777777" w:rsidR="008D43AB" w:rsidRDefault="00000000">
            <w:pPr>
              <w:pStyle w:val="Oznaenseznam"/>
              <w:spacing w:after="16"/>
            </w:pPr>
            <w:r>
              <w:rPr>
                <w:color w:val="000000"/>
                <w:sz w:val="16"/>
              </w:rPr>
              <w:t>Kaj mi zvok, naslov, slika ali motiv pove o temi pomlad, ritem, igriv jezik in opazovanje narave?</w:t>
            </w:r>
          </w:p>
          <w:p w14:paraId="49FBCB7E" w14:textId="77777777" w:rsidR="008D43AB" w:rsidRDefault="00000000">
            <w:pPr>
              <w:pStyle w:val="Oznaenseznam"/>
              <w:spacing w:after="16"/>
            </w:pPr>
            <w:r>
              <w:rPr>
                <w:color w:val="000000"/>
                <w:sz w:val="16"/>
              </w:rPr>
              <w:t>Kako lahko s poslušanjem, glasom, telesom, glasbilom ali simbolom pokažem, kaj že znam pri temi »POMLAD V GLASBI«?</w:t>
            </w:r>
          </w:p>
          <w:p w14:paraId="5BBA6C60"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3BA523EB" w14:textId="77777777">
              <w:trPr>
                <w:jc w:val="center"/>
              </w:trPr>
              <w:tc>
                <w:tcPr>
                  <w:tcW w:w="7087" w:type="dxa"/>
                  <w:shd w:val="clear" w:color="auto" w:fill="EDC9EA"/>
                  <w:tcMar>
                    <w:top w:w="45" w:type="dxa"/>
                    <w:left w:w="70" w:type="dxa"/>
                    <w:bottom w:w="45" w:type="dxa"/>
                    <w:right w:w="70" w:type="dxa"/>
                  </w:tcMar>
                </w:tcPr>
                <w:p w14:paraId="19DC8348" w14:textId="77777777" w:rsidR="008D43AB" w:rsidRDefault="00000000">
                  <w:pPr>
                    <w:keepNext/>
                  </w:pPr>
                  <w:r>
                    <w:rPr>
                      <w:b/>
                      <w:color w:val="000000"/>
                    </w:rPr>
                    <w:t>KRITERIJI USPEŠNOSTI</w:t>
                  </w:r>
                </w:p>
              </w:tc>
            </w:tr>
          </w:tbl>
          <w:p w14:paraId="495FC224" w14:textId="77777777" w:rsidR="008D43AB" w:rsidRDefault="008D43AB"/>
          <w:p w14:paraId="79A7BBC3" w14:textId="77777777" w:rsidR="008D43AB" w:rsidRDefault="00000000">
            <w:pPr>
              <w:spacing w:before="20" w:after="20" w:line="245" w:lineRule="auto"/>
            </w:pPr>
            <w:r>
              <w:rPr>
                <w:b/>
                <w:color w:val="000000"/>
                <w:sz w:val="16"/>
              </w:rPr>
              <w:t>Uspešen/-na bom, ko:</w:t>
            </w:r>
          </w:p>
          <w:p w14:paraId="32DB1C21" w14:textId="77777777" w:rsidR="008D43AB" w:rsidRDefault="00000000">
            <w:pPr>
              <w:pStyle w:val="Oznaenseznam"/>
              <w:spacing w:after="16"/>
            </w:pPr>
            <w:r>
              <w:rPr>
                <w:color w:val="000000"/>
                <w:sz w:val="16"/>
              </w:rPr>
              <w:t>poslušam skladbo</w:t>
            </w:r>
          </w:p>
          <w:p w14:paraId="1AD2F43C" w14:textId="77777777" w:rsidR="008D43AB" w:rsidRDefault="00000000">
            <w:pPr>
              <w:pStyle w:val="Oznaenseznam"/>
              <w:spacing w:after="16"/>
            </w:pPr>
            <w:r>
              <w:rPr>
                <w:color w:val="000000"/>
                <w:sz w:val="16"/>
              </w:rPr>
              <w:t>prepoznam spremembe</w:t>
            </w:r>
          </w:p>
          <w:p w14:paraId="29F057E6" w14:textId="77777777" w:rsidR="008D43AB" w:rsidRDefault="00000000">
            <w:pPr>
              <w:pStyle w:val="Oznaenseznam"/>
              <w:spacing w:after="16"/>
            </w:pPr>
            <w:r>
              <w:rPr>
                <w:color w:val="000000"/>
                <w:sz w:val="16"/>
              </w:rPr>
              <w:t>gibalno ali likovno izrazim doživetje</w:t>
            </w:r>
          </w:p>
          <w:p w14:paraId="0468CB94" w14:textId="77777777" w:rsidR="008D43AB" w:rsidRDefault="00000000">
            <w:pPr>
              <w:pStyle w:val="Oznaenseznam"/>
              <w:spacing w:after="16"/>
            </w:pPr>
            <w:r>
              <w:rPr>
                <w:color w:val="000000"/>
                <w:sz w:val="16"/>
              </w:rPr>
              <w:t>upoštevam dogovorjeni začetek, konec, znak za tišino in varno glasnost</w:t>
            </w:r>
          </w:p>
          <w:p w14:paraId="4356A902"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6E9E8D10" w14:textId="77777777" w:rsidR="008D43AB" w:rsidRDefault="008D43AB"/>
          <w:p w14:paraId="539688C3"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510974AF" w14:textId="77777777" w:rsidR="008D43AB" w:rsidRDefault="00000000">
            <w:pPr>
              <w:spacing w:after="80" w:line="245" w:lineRule="auto"/>
            </w:pPr>
            <w:r>
              <w:rPr>
                <w:color w:val="000000"/>
                <w:sz w:val="16"/>
              </w:rPr>
              <w:t>Pove ali pokaže, kaj že zna in katero glasbeno strategijo bi uporabil.</w:t>
            </w:r>
          </w:p>
          <w:p w14:paraId="72CE413A" w14:textId="77777777" w:rsidR="008D43AB" w:rsidRDefault="00000000">
            <w:pPr>
              <w:spacing w:after="100" w:line="245" w:lineRule="auto"/>
            </w:pPr>
            <w:r>
              <w:rPr>
                <w:color w:val="000000"/>
                <w:sz w:val="16"/>
              </w:rPr>
              <w:t>Sodeluje pri razumevanju namenov, meril uspešnosti, varne glasnosti in načina dokazovanja.</w:t>
            </w:r>
          </w:p>
          <w:p w14:paraId="6DA93E3C" w14:textId="77777777" w:rsidR="008D43AB" w:rsidRDefault="00000000">
            <w:pPr>
              <w:spacing w:after="20" w:line="245" w:lineRule="auto"/>
            </w:pPr>
            <w:r>
              <w:rPr>
                <w:b/>
                <w:color w:val="D95BC6"/>
                <w:sz w:val="17"/>
              </w:rPr>
              <w:t>DOKAZ O UČENJU</w:t>
            </w:r>
          </w:p>
          <w:p w14:paraId="10C580DB"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7D2B15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F01064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8EA10FA"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69A0D67" w14:textId="77777777" w:rsidR="008D43AB" w:rsidRDefault="00000000">
            <w:pPr>
              <w:jc w:val="center"/>
            </w:pPr>
            <w:r>
              <w:rPr>
                <w:b/>
                <w:color w:val="000000"/>
                <w:sz w:val="20"/>
              </w:rPr>
              <w:t>UČNE DEJAVNOSTI, METODE IN FORMATIVNO SPREMLJANJE</w:t>
            </w:r>
          </w:p>
        </w:tc>
      </w:tr>
      <w:tr w:rsidR="008D43AB" w14:paraId="07400261" w14:textId="77777777">
        <w:trPr>
          <w:tblHeader/>
          <w:jc w:val="center"/>
        </w:trPr>
        <w:tc>
          <w:tcPr>
            <w:tcW w:w="4422" w:type="dxa"/>
            <w:vMerge/>
            <w:tcMar>
              <w:top w:w="70" w:type="dxa"/>
              <w:left w:w="90" w:type="dxa"/>
              <w:bottom w:w="70" w:type="dxa"/>
              <w:right w:w="90" w:type="dxa"/>
            </w:tcMar>
            <w:vAlign w:val="center"/>
          </w:tcPr>
          <w:p w14:paraId="755BA8A9" w14:textId="77777777" w:rsidR="008D43AB" w:rsidRDefault="008D43AB"/>
        </w:tc>
        <w:tc>
          <w:tcPr>
            <w:tcW w:w="7087" w:type="dxa"/>
            <w:shd w:val="clear" w:color="auto" w:fill="FFFFFF"/>
            <w:tcMar>
              <w:top w:w="70" w:type="dxa"/>
              <w:left w:w="90" w:type="dxa"/>
              <w:bottom w:w="70" w:type="dxa"/>
              <w:right w:w="90" w:type="dxa"/>
            </w:tcMar>
            <w:vAlign w:val="center"/>
          </w:tcPr>
          <w:p w14:paraId="586262C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74C1EA" w14:textId="77777777" w:rsidR="008D43AB" w:rsidRDefault="00000000">
            <w:pPr>
              <w:jc w:val="center"/>
            </w:pPr>
            <w:r>
              <w:rPr>
                <w:b/>
                <w:color w:val="000000"/>
              </w:rPr>
              <w:t>UČENEC</w:t>
            </w:r>
          </w:p>
        </w:tc>
      </w:tr>
      <w:tr w:rsidR="008D43AB" w14:paraId="1CAAC101" w14:textId="77777777">
        <w:trPr>
          <w:jc w:val="center"/>
        </w:trPr>
        <w:tc>
          <w:tcPr>
            <w:tcW w:w="4422" w:type="dxa"/>
            <w:tcMar>
              <w:top w:w="70" w:type="dxa"/>
              <w:left w:w="90" w:type="dxa"/>
              <w:bottom w:w="70" w:type="dxa"/>
              <w:right w:w="90" w:type="dxa"/>
            </w:tcMar>
          </w:tcPr>
          <w:p w14:paraId="3DA80AF2" w14:textId="77777777" w:rsidR="008D43AB" w:rsidRDefault="008D43AB"/>
          <w:p w14:paraId="72B8B93B" w14:textId="77777777" w:rsidR="008D43AB" w:rsidRDefault="00000000">
            <w:pPr>
              <w:spacing w:after="40" w:line="245" w:lineRule="auto"/>
            </w:pPr>
            <w:r>
              <w:rPr>
                <w:b/>
                <w:color w:val="000000"/>
              </w:rPr>
              <w:t>KLJUČNI GLASBENI POJMI</w:t>
            </w:r>
          </w:p>
          <w:p w14:paraId="33A70C0A" w14:textId="77777777" w:rsidR="008D43AB" w:rsidRDefault="00000000">
            <w:pPr>
              <w:spacing w:after="60" w:line="245" w:lineRule="auto"/>
            </w:pPr>
            <w:r>
              <w:rPr>
                <w:color w:val="000000"/>
                <w:sz w:val="15"/>
              </w:rPr>
              <w:t>poslušanje, zvok, tišina, izvedba, glasbeni znak, dokaz, povratna informacija</w:t>
            </w:r>
          </w:p>
          <w:p w14:paraId="2A859BFF" w14:textId="77777777" w:rsidR="008D43AB" w:rsidRDefault="00000000">
            <w:pPr>
              <w:spacing w:after="20" w:line="245" w:lineRule="auto"/>
            </w:pPr>
            <w:r>
              <w:rPr>
                <w:b/>
                <w:color w:val="000000"/>
                <w:sz w:val="17"/>
              </w:rPr>
              <w:t>DOKAZI O UČENJU</w:t>
            </w:r>
          </w:p>
          <w:p w14:paraId="62BE6099" w14:textId="77777777" w:rsidR="008D43AB" w:rsidRDefault="00000000">
            <w:pPr>
              <w:pStyle w:val="Oznaenseznam"/>
              <w:spacing w:after="9"/>
            </w:pPr>
            <w:r>
              <w:rPr>
                <w:color w:val="000000"/>
                <w:sz w:val="15"/>
              </w:rPr>
              <w:t>slikovni zvočni zapis, skupinska izvedba/posnetek in vrstniška opisna povratna informacija.</w:t>
            </w:r>
          </w:p>
          <w:p w14:paraId="3C8CBB0E" w14:textId="77777777" w:rsidR="008D43AB" w:rsidRDefault="00000000">
            <w:pPr>
              <w:spacing w:before="40" w:after="20" w:line="245" w:lineRule="auto"/>
            </w:pPr>
            <w:r>
              <w:rPr>
                <w:b/>
                <w:color w:val="000000"/>
                <w:sz w:val="17"/>
              </w:rPr>
              <w:t>GLASBENO DOŽIVETJE IN IZKUŠENJSKI POUK</w:t>
            </w:r>
          </w:p>
          <w:p w14:paraId="7DF0CA05"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19831C07" w14:textId="77777777" w:rsidR="008D43AB" w:rsidRDefault="00000000">
            <w:pPr>
              <w:spacing w:after="20" w:line="245" w:lineRule="auto"/>
            </w:pPr>
            <w:r>
              <w:rPr>
                <w:b/>
                <w:color w:val="000000"/>
                <w:sz w:val="17"/>
              </w:rPr>
              <w:t>POUČEVANJE V GIBANJU</w:t>
            </w:r>
          </w:p>
          <w:p w14:paraId="55D6F5E9"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32A4BC6B" w14:textId="77777777" w:rsidR="008D43AB" w:rsidRDefault="00000000">
            <w:pPr>
              <w:spacing w:after="20" w:line="245" w:lineRule="auto"/>
            </w:pPr>
            <w:r>
              <w:rPr>
                <w:b/>
                <w:color w:val="000000"/>
                <w:sz w:val="17"/>
              </w:rPr>
              <w:t>DELO PO POSTAJAH</w:t>
            </w:r>
          </w:p>
          <w:p w14:paraId="74DD275D"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33C1A76" w14:textId="77777777" w:rsidR="008D43AB" w:rsidRDefault="00000000">
            <w:pPr>
              <w:spacing w:after="10" w:line="245" w:lineRule="auto"/>
            </w:pPr>
            <w:r>
              <w:rPr>
                <w:color w:val="000000"/>
                <w:sz w:val="15"/>
              </w:rPr>
              <w:t>1. Aktivno poslušanje: prepoznam zvočni vir ali spremembo ter odziv pokažem s kartico, gibom ali besedo.</w:t>
            </w:r>
          </w:p>
          <w:p w14:paraId="13D00E7E" w14:textId="77777777" w:rsidR="008D43AB" w:rsidRDefault="00000000">
            <w:pPr>
              <w:spacing w:after="10" w:line="245" w:lineRule="auto"/>
            </w:pPr>
            <w:r>
              <w:rPr>
                <w:color w:val="000000"/>
                <w:sz w:val="15"/>
              </w:rPr>
              <w:t>2. Gibalna: glasbeno lastnost ponazorim s hojo, nivojem telesa, smerjo, hitrostjo in zamrznitvijo.</w:t>
            </w:r>
          </w:p>
          <w:p w14:paraId="2FC8A149" w14:textId="77777777" w:rsidR="008D43AB" w:rsidRDefault="00000000">
            <w:pPr>
              <w:spacing w:after="10" w:line="245" w:lineRule="auto"/>
            </w:pPr>
            <w:r>
              <w:rPr>
                <w:color w:val="000000"/>
                <w:sz w:val="15"/>
              </w:rPr>
              <w:t>3. Izvajalska: zvok posnemam z glasom, telesom ali glasbilom ter upoštevam začetek, konec in tišino.</w:t>
            </w:r>
          </w:p>
          <w:p w14:paraId="3EE0391F" w14:textId="77777777" w:rsidR="008D43AB" w:rsidRDefault="00000000">
            <w:pPr>
              <w:spacing w:after="10" w:line="245" w:lineRule="auto"/>
            </w:pPr>
            <w:r>
              <w:rPr>
                <w:color w:val="000000"/>
                <w:sz w:val="15"/>
              </w:rPr>
              <w:t>4. Likovno-zapisna: doživetje ali zvočno zaporedje prikažem s simboli, ga predstavim in izboljšam.</w:t>
            </w:r>
          </w:p>
          <w:p w14:paraId="3AFC3EAB" w14:textId="77777777" w:rsidR="008D43AB" w:rsidRDefault="00000000">
            <w:pPr>
              <w:spacing w:after="20" w:line="245" w:lineRule="auto"/>
            </w:pPr>
            <w:r>
              <w:rPr>
                <w:b/>
                <w:color w:val="000000"/>
                <w:sz w:val="17"/>
              </w:rPr>
              <w:t>DIFERENCIACIJA IN VKLJUČEVANJE</w:t>
            </w:r>
          </w:p>
          <w:p w14:paraId="79FCE8E1"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767EF9DE" w14:textId="77777777" w:rsidR="008D43AB" w:rsidRDefault="00000000">
            <w:pPr>
              <w:spacing w:after="20" w:line="245" w:lineRule="auto"/>
            </w:pPr>
            <w:r>
              <w:rPr>
                <w:b/>
                <w:color w:val="000000"/>
                <w:sz w:val="17"/>
              </w:rPr>
              <w:t>SPREMLJANJE</w:t>
            </w:r>
          </w:p>
          <w:p w14:paraId="0044BCDA"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80DACC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1982D3E" w14:textId="77777777">
              <w:trPr>
                <w:jc w:val="center"/>
              </w:trPr>
              <w:tc>
                <w:tcPr>
                  <w:tcW w:w="7087" w:type="dxa"/>
                  <w:shd w:val="clear" w:color="auto" w:fill="C6E7F3"/>
                  <w:tcMar>
                    <w:top w:w="45" w:type="dxa"/>
                    <w:left w:w="70" w:type="dxa"/>
                    <w:bottom w:w="45" w:type="dxa"/>
                    <w:right w:w="70" w:type="dxa"/>
                  </w:tcMar>
                </w:tcPr>
                <w:p w14:paraId="6FA9D689" w14:textId="77777777" w:rsidR="008D43AB" w:rsidRDefault="00000000">
                  <w:pPr>
                    <w:keepNext/>
                  </w:pPr>
                  <w:r>
                    <w:rPr>
                      <w:b/>
                      <w:color w:val="000000"/>
                      <w:sz w:val="17"/>
                    </w:rPr>
                    <w:t>GLAVNI DEL – POSLUŠANJE, IZVAJANJE, GIBANJE IN USTVARJANJE (1 šolska ura)</w:t>
                  </w:r>
                </w:p>
              </w:tc>
            </w:tr>
          </w:tbl>
          <w:p w14:paraId="260C9DE2" w14:textId="77777777" w:rsidR="008D43AB" w:rsidRDefault="008D43AB">
            <w:pPr>
              <w:spacing w:line="20" w:lineRule="exact"/>
            </w:pPr>
          </w:p>
          <w:p w14:paraId="4D11B254" w14:textId="77777777" w:rsidR="008D43AB" w:rsidRDefault="00000000">
            <w:pPr>
              <w:keepNext/>
              <w:spacing w:before="24" w:after="8" w:line="245" w:lineRule="auto"/>
            </w:pPr>
            <w:r>
              <w:rPr>
                <w:b/>
                <w:color w:val="000000"/>
                <w:sz w:val="16"/>
              </w:rPr>
              <w:t>1. URA – Pomlad V Glasbi – Ustvarim in nastopim</w:t>
            </w:r>
          </w:p>
          <w:p w14:paraId="3AF32871"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pomlad v glasbi«; usmerja izbiro, zapis, vajo in menjavo vlog. Zaključek: 10' – Organizira nastop in odziv poslušalcev po kriterijih; posname kratek dokaz, če so soglasja urejena.</w:t>
            </w:r>
          </w:p>
          <w:p w14:paraId="1D634E6B"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05C430C6"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6F65995C" w14:textId="77777777">
              <w:trPr>
                <w:jc w:val="center"/>
              </w:trPr>
              <w:tc>
                <w:tcPr>
                  <w:tcW w:w="7087" w:type="dxa"/>
                  <w:shd w:val="clear" w:color="auto" w:fill="EDC9EA"/>
                  <w:tcMar>
                    <w:top w:w="45" w:type="dxa"/>
                    <w:left w:w="70" w:type="dxa"/>
                    <w:bottom w:w="45" w:type="dxa"/>
                    <w:right w:w="70" w:type="dxa"/>
                  </w:tcMar>
                </w:tcPr>
                <w:p w14:paraId="528FBD7F" w14:textId="77777777" w:rsidR="008D43AB" w:rsidRDefault="00000000">
                  <w:pPr>
                    <w:keepNext/>
                  </w:pPr>
                  <w:r>
                    <w:rPr>
                      <w:b/>
                      <w:color w:val="000000"/>
                      <w:sz w:val="17"/>
                    </w:rPr>
                    <w:t>ORGANIZACIJA POSTAJ IN PREHODOV</w:t>
                  </w:r>
                </w:p>
              </w:tc>
            </w:tr>
          </w:tbl>
          <w:p w14:paraId="27B951AA" w14:textId="77777777" w:rsidR="008D43AB" w:rsidRDefault="008D43AB"/>
          <w:p w14:paraId="0B7EA853"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150C2929"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0E93B56E"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53A404E4"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565C870D"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36B5F0F7" w14:textId="77777777" w:rsidR="008D43AB" w:rsidRDefault="008D43AB"/>
          <w:p w14:paraId="7CE9F524" w14:textId="77777777" w:rsidR="008D43AB" w:rsidRDefault="00000000">
            <w:pPr>
              <w:spacing w:after="6" w:line="245" w:lineRule="auto"/>
            </w:pPr>
            <w:r>
              <w:rPr>
                <w:b/>
                <w:color w:val="000000"/>
                <w:sz w:val="15"/>
              </w:rPr>
              <w:t>1. URA – Pomlad V Glasbi – Ustvarim in nastopim</w:t>
            </w:r>
          </w:p>
          <w:p w14:paraId="366E55DF"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41E12627" w14:textId="77777777" w:rsidR="008D43AB" w:rsidRDefault="00000000">
            <w:pPr>
              <w:spacing w:after="20" w:line="245" w:lineRule="auto"/>
            </w:pPr>
            <w:r>
              <w:rPr>
                <w:color w:val="D95BC6"/>
                <w:sz w:val="14"/>
              </w:rPr>
              <w:t>Dokaz: slikovni zvočni zapis, skupinska izvedba/posnetek in vrstniška opisna povratna informacija.</w:t>
            </w:r>
          </w:p>
          <w:p w14:paraId="75816D59" w14:textId="77777777" w:rsidR="008D43AB" w:rsidRDefault="00000000">
            <w:pPr>
              <w:spacing w:before="40" w:after="20" w:line="245" w:lineRule="auto"/>
            </w:pPr>
            <w:r>
              <w:rPr>
                <w:b/>
                <w:color w:val="D95BC6"/>
                <w:sz w:val="16"/>
              </w:rPr>
              <w:t>MOJ KROG POSTAJ</w:t>
            </w:r>
          </w:p>
          <w:p w14:paraId="014CDE9B" w14:textId="77777777" w:rsidR="008D43AB" w:rsidRDefault="00000000">
            <w:pPr>
              <w:spacing w:after="11" w:line="245" w:lineRule="auto"/>
            </w:pPr>
            <w:r>
              <w:rPr>
                <w:color w:val="000000"/>
                <w:sz w:val="14"/>
              </w:rPr>
              <w:t>1. Aktivno poslušanje: prepoznam zvočni vir ali spremembo ter odziv pokažem s kartico.</w:t>
            </w:r>
          </w:p>
          <w:p w14:paraId="7D0489BE" w14:textId="77777777" w:rsidR="008D43AB" w:rsidRDefault="00000000">
            <w:pPr>
              <w:spacing w:after="11" w:line="245" w:lineRule="auto"/>
            </w:pPr>
            <w:r>
              <w:rPr>
                <w:color w:val="000000"/>
                <w:sz w:val="14"/>
              </w:rPr>
              <w:t>2. Gibalna: glasbeno lastnost ponazorim s hojo, nivojem telesa, smerjo.</w:t>
            </w:r>
          </w:p>
          <w:p w14:paraId="32252906" w14:textId="77777777" w:rsidR="008D43AB" w:rsidRDefault="00000000">
            <w:pPr>
              <w:spacing w:after="11" w:line="245" w:lineRule="auto"/>
            </w:pPr>
            <w:r>
              <w:rPr>
                <w:color w:val="000000"/>
                <w:sz w:val="14"/>
              </w:rPr>
              <w:t>3. Izvajalska: zvok posnemam z glasom, telesom ali glasbilom ter upoštevam začetek.</w:t>
            </w:r>
          </w:p>
          <w:p w14:paraId="56A398E1" w14:textId="77777777" w:rsidR="008D43AB" w:rsidRDefault="00000000">
            <w:pPr>
              <w:spacing w:after="11" w:line="245" w:lineRule="auto"/>
            </w:pPr>
            <w:r>
              <w:rPr>
                <w:color w:val="000000"/>
                <w:sz w:val="14"/>
              </w:rPr>
              <w:t>4. Likovno-zapisna: doživetje ali zvočno zaporedje prikažem s simboli.</w:t>
            </w:r>
          </w:p>
          <w:p w14:paraId="5D2CD770"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1C51CC84" w14:textId="77777777" w:rsidR="008D43AB" w:rsidRDefault="00000000">
            <w:pPr>
              <w:spacing w:after="20" w:line="245" w:lineRule="auto"/>
            </w:pPr>
            <w:r>
              <w:rPr>
                <w:b/>
                <w:color w:val="D95BC6"/>
                <w:sz w:val="17"/>
              </w:rPr>
              <w:t>DOKAZ O UČENJU</w:t>
            </w:r>
          </w:p>
          <w:p w14:paraId="091F9BDA"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5DBB0FCA"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D25597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599CB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DDD446" w14:textId="77777777" w:rsidR="008D43AB" w:rsidRDefault="00000000">
            <w:pPr>
              <w:jc w:val="center"/>
            </w:pPr>
            <w:r>
              <w:rPr>
                <w:b/>
                <w:color w:val="000000"/>
                <w:sz w:val="20"/>
              </w:rPr>
              <w:t>UČNE DEJAVNOSTI, METODE IN FORMATIVNO SPREMLJANJE</w:t>
            </w:r>
          </w:p>
        </w:tc>
      </w:tr>
      <w:tr w:rsidR="008D43AB" w14:paraId="479B440B" w14:textId="77777777">
        <w:trPr>
          <w:tblHeader/>
          <w:jc w:val="center"/>
        </w:trPr>
        <w:tc>
          <w:tcPr>
            <w:tcW w:w="4422" w:type="dxa"/>
            <w:vMerge/>
            <w:tcMar>
              <w:top w:w="70" w:type="dxa"/>
              <w:left w:w="90" w:type="dxa"/>
              <w:bottom w:w="70" w:type="dxa"/>
              <w:right w:w="90" w:type="dxa"/>
            </w:tcMar>
            <w:vAlign w:val="center"/>
          </w:tcPr>
          <w:p w14:paraId="6CE63AD7" w14:textId="77777777" w:rsidR="008D43AB" w:rsidRDefault="008D43AB"/>
        </w:tc>
        <w:tc>
          <w:tcPr>
            <w:tcW w:w="7087" w:type="dxa"/>
            <w:shd w:val="clear" w:color="auto" w:fill="FFFFFF"/>
            <w:tcMar>
              <w:top w:w="70" w:type="dxa"/>
              <w:left w:w="90" w:type="dxa"/>
              <w:bottom w:w="70" w:type="dxa"/>
              <w:right w:w="90" w:type="dxa"/>
            </w:tcMar>
            <w:vAlign w:val="center"/>
          </w:tcPr>
          <w:p w14:paraId="576C39A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DED6727" w14:textId="77777777" w:rsidR="008D43AB" w:rsidRDefault="00000000">
            <w:pPr>
              <w:jc w:val="center"/>
            </w:pPr>
            <w:r>
              <w:rPr>
                <w:b/>
                <w:color w:val="000000"/>
              </w:rPr>
              <w:t>UČENEC</w:t>
            </w:r>
          </w:p>
        </w:tc>
      </w:tr>
      <w:tr w:rsidR="008D43AB" w14:paraId="3427AA5C" w14:textId="77777777">
        <w:trPr>
          <w:jc w:val="center"/>
        </w:trPr>
        <w:tc>
          <w:tcPr>
            <w:tcW w:w="4422" w:type="dxa"/>
            <w:tcMar>
              <w:top w:w="70" w:type="dxa"/>
              <w:left w:w="90" w:type="dxa"/>
              <w:bottom w:w="70" w:type="dxa"/>
              <w:right w:w="90" w:type="dxa"/>
            </w:tcMar>
          </w:tcPr>
          <w:p w14:paraId="2A8E4405" w14:textId="77777777" w:rsidR="008D43AB" w:rsidRDefault="008D43AB"/>
          <w:p w14:paraId="2ED44E7B" w14:textId="77777777" w:rsidR="008D43AB" w:rsidRDefault="00000000">
            <w:pPr>
              <w:spacing w:after="40" w:line="245" w:lineRule="auto"/>
            </w:pPr>
            <w:r>
              <w:rPr>
                <w:b/>
                <w:color w:val="000000"/>
              </w:rPr>
              <w:t>FORMATIVNO SPREMLJANJE</w:t>
            </w:r>
          </w:p>
          <w:p w14:paraId="21D39648" w14:textId="77777777" w:rsidR="008D43AB" w:rsidRDefault="00000000">
            <w:pPr>
              <w:pStyle w:val="Oznaenseznam"/>
              <w:spacing w:after="16"/>
            </w:pPr>
            <w:r>
              <w:rPr>
                <w:color w:val="000000"/>
                <w:sz w:val="16"/>
              </w:rPr>
              <w:t>predznanje: zvočna napoved, izbira kartice, gib, ritmični oziroma pevski poskus ali začetni simbol</w:t>
            </w:r>
          </w:p>
          <w:p w14:paraId="4D391A94" w14:textId="77777777" w:rsidR="008D43AB" w:rsidRDefault="00000000">
            <w:pPr>
              <w:pStyle w:val="Oznaenseznam"/>
              <w:spacing w:after="16"/>
            </w:pPr>
            <w:r>
              <w:rPr>
                <w:color w:val="000000"/>
                <w:sz w:val="16"/>
              </w:rPr>
              <w:t>nameni in merila: kratka poved, slikovni znak, model izvedbe ter vidna pravila varne glasnosti</w:t>
            </w:r>
          </w:p>
          <w:p w14:paraId="22BD721D"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8CF8DE9" w14:textId="77777777" w:rsidR="008D43AB" w:rsidRDefault="00000000">
            <w:pPr>
              <w:pStyle w:val="Oznaenseznam"/>
              <w:spacing w:after="16"/>
            </w:pPr>
            <w:r>
              <w:rPr>
                <w:color w:val="000000"/>
                <w:sz w:val="16"/>
              </w:rPr>
              <w:t>povratna informacija: opis slišane strategije, povezava z enim merilom in izvedljiv naslednji korak</w:t>
            </w:r>
          </w:p>
          <w:p w14:paraId="2D841982" w14:textId="77777777" w:rsidR="008D43AB" w:rsidRDefault="00000000">
            <w:pPr>
              <w:pStyle w:val="Oznaenseznam"/>
              <w:spacing w:after="16"/>
            </w:pPr>
            <w:r>
              <w:rPr>
                <w:color w:val="000000"/>
                <w:sz w:val="16"/>
              </w:rPr>
              <w:t>samovrednotenje: barvni zvočni semafor, lestvica samostojnosti, izbran dokaz in ponovna izvedba</w:t>
            </w:r>
          </w:p>
          <w:p w14:paraId="3FD35F5A" w14:textId="77777777" w:rsidR="008D43AB" w:rsidRDefault="00000000">
            <w:pPr>
              <w:spacing w:before="40" w:after="20" w:line="245" w:lineRule="auto"/>
            </w:pPr>
            <w:r>
              <w:rPr>
                <w:b/>
                <w:color w:val="000000"/>
                <w:sz w:val="17"/>
              </w:rPr>
              <w:t>VARNOST IN VAROVANJE SLUHA</w:t>
            </w:r>
          </w:p>
          <w:p w14:paraId="2AFDD258"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667B3ADB" w14:textId="77777777" w:rsidR="008D43AB" w:rsidRDefault="00000000">
            <w:pPr>
              <w:spacing w:after="20" w:line="245" w:lineRule="auto"/>
            </w:pPr>
            <w:r>
              <w:rPr>
                <w:b/>
                <w:color w:val="000000"/>
                <w:sz w:val="17"/>
              </w:rPr>
              <w:t>EVIDENCA PO IZVEDBI</w:t>
            </w:r>
          </w:p>
          <w:p w14:paraId="208DC8F0"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7A626FCF" w14:textId="77777777" w:rsidR="008D43AB" w:rsidRDefault="00000000">
            <w:pPr>
              <w:spacing w:before="40" w:after="20" w:line="245" w:lineRule="auto"/>
            </w:pPr>
            <w:r>
              <w:rPr>
                <w:b/>
                <w:color w:val="000000"/>
                <w:sz w:val="17"/>
              </w:rPr>
              <w:t>RAVEN DOSEGANJA</w:t>
            </w:r>
          </w:p>
          <w:p w14:paraId="2D684320"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13E3DDE5"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4C9DDEB" w14:textId="77777777">
              <w:trPr>
                <w:jc w:val="center"/>
              </w:trPr>
              <w:tc>
                <w:tcPr>
                  <w:tcW w:w="7087" w:type="dxa"/>
                  <w:shd w:val="clear" w:color="auto" w:fill="EDC9EA"/>
                  <w:tcMar>
                    <w:top w:w="45" w:type="dxa"/>
                    <w:left w:w="70" w:type="dxa"/>
                    <w:bottom w:w="45" w:type="dxa"/>
                    <w:right w:w="70" w:type="dxa"/>
                  </w:tcMar>
                </w:tcPr>
                <w:p w14:paraId="27C467AB" w14:textId="77777777" w:rsidR="008D43AB" w:rsidRDefault="00000000">
                  <w:pPr>
                    <w:keepNext/>
                  </w:pPr>
                  <w:r>
                    <w:rPr>
                      <w:b/>
                      <w:color w:val="000000"/>
                    </w:rPr>
                    <w:t>VPRAŠANJA V PODPORO GLASBENEMU UČENJU</w:t>
                  </w:r>
                </w:p>
              </w:tc>
            </w:tr>
          </w:tbl>
          <w:p w14:paraId="3F534F32" w14:textId="77777777" w:rsidR="008D43AB" w:rsidRDefault="008D43AB">
            <w:pPr>
              <w:spacing w:line="20" w:lineRule="exact"/>
            </w:pPr>
          </w:p>
          <w:p w14:paraId="7A120E4C" w14:textId="77777777" w:rsidR="008D43AB" w:rsidRDefault="00000000">
            <w:pPr>
              <w:pStyle w:val="Oznaenseznam"/>
              <w:spacing w:after="16"/>
            </w:pPr>
            <w:r>
              <w:rPr>
                <w:color w:val="000000"/>
                <w:sz w:val="16"/>
              </w:rPr>
              <w:t>Kaj si v glasbi slišal/-a, začutil/-a ali pokazal/-a z gibanjem?</w:t>
            </w:r>
          </w:p>
          <w:p w14:paraId="21BB7159" w14:textId="77777777" w:rsidR="008D43AB" w:rsidRDefault="00000000">
            <w:pPr>
              <w:pStyle w:val="Oznaenseznam"/>
              <w:spacing w:after="16"/>
            </w:pPr>
            <w:r>
              <w:rPr>
                <w:color w:val="000000"/>
                <w:sz w:val="16"/>
              </w:rPr>
              <w:t>Po katerem zvočnem znaku, lastnosti ali vzorcu si prepoznal/-a rešitev?</w:t>
            </w:r>
          </w:p>
          <w:p w14:paraId="2EF82100" w14:textId="77777777" w:rsidR="008D43AB" w:rsidRDefault="00000000">
            <w:pPr>
              <w:pStyle w:val="Oznaenseznam"/>
              <w:spacing w:after="16"/>
            </w:pPr>
            <w:r>
              <w:rPr>
                <w:color w:val="000000"/>
                <w:sz w:val="16"/>
              </w:rPr>
              <w:t>Kako veš, da je bil pulz, začetek, konec, glasnost ali skupinska izvedba skladna z merilom?</w:t>
            </w:r>
          </w:p>
          <w:p w14:paraId="0016C349" w14:textId="77777777" w:rsidR="008D43AB" w:rsidRDefault="00000000">
            <w:pPr>
              <w:pStyle w:val="Oznaenseznam"/>
              <w:spacing w:after="16"/>
            </w:pPr>
            <w:r>
              <w:rPr>
                <w:color w:val="000000"/>
                <w:sz w:val="16"/>
              </w:rPr>
              <w:t>Zakaj si za motiv, osebo, dogodek ali okolje izbral/-a prav ta glas, predmet ali glasbilo?</w:t>
            </w:r>
          </w:p>
          <w:p w14:paraId="044E8989"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78DEAE88" w14:textId="77777777">
              <w:trPr>
                <w:jc w:val="center"/>
              </w:trPr>
              <w:tc>
                <w:tcPr>
                  <w:tcW w:w="7087" w:type="dxa"/>
                  <w:shd w:val="clear" w:color="auto" w:fill="C6E7F3"/>
                  <w:tcMar>
                    <w:top w:w="45" w:type="dxa"/>
                    <w:left w:w="70" w:type="dxa"/>
                    <w:bottom w:w="45" w:type="dxa"/>
                    <w:right w:w="70" w:type="dxa"/>
                  </w:tcMar>
                </w:tcPr>
                <w:p w14:paraId="53FF0138" w14:textId="77777777" w:rsidR="008D43AB" w:rsidRDefault="00000000">
                  <w:pPr>
                    <w:keepNext/>
                  </w:pPr>
                  <w:r>
                    <w:rPr>
                      <w:b/>
                      <w:color w:val="000000"/>
                    </w:rPr>
                    <w:t>ZAKLJUČNI DEL – NASTOP, POSLUŠALSKI ODZIV IN REFLEKSIJA (8–12 min)</w:t>
                  </w:r>
                </w:p>
              </w:tc>
            </w:tr>
          </w:tbl>
          <w:p w14:paraId="11DA8255" w14:textId="77777777" w:rsidR="008D43AB" w:rsidRDefault="008D43AB">
            <w:pPr>
              <w:spacing w:line="20" w:lineRule="exact"/>
            </w:pPr>
          </w:p>
          <w:p w14:paraId="06C6B22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011581F5" w14:textId="77777777">
              <w:trPr>
                <w:jc w:val="center"/>
              </w:trPr>
              <w:tc>
                <w:tcPr>
                  <w:tcW w:w="7087" w:type="dxa"/>
                  <w:shd w:val="clear" w:color="auto" w:fill="EDC9EA"/>
                  <w:tcMar>
                    <w:top w:w="45" w:type="dxa"/>
                    <w:left w:w="70" w:type="dxa"/>
                    <w:bottom w:w="45" w:type="dxa"/>
                    <w:right w:w="70" w:type="dxa"/>
                  </w:tcMar>
                </w:tcPr>
                <w:p w14:paraId="0FAD2949" w14:textId="77777777" w:rsidR="008D43AB" w:rsidRDefault="00000000">
                  <w:pPr>
                    <w:keepNext/>
                  </w:pPr>
                  <w:r>
                    <w:rPr>
                      <w:b/>
                      <w:color w:val="000000"/>
                    </w:rPr>
                    <w:t>SAMOVREDNOTENJE</w:t>
                  </w:r>
                </w:p>
              </w:tc>
            </w:tr>
          </w:tbl>
          <w:p w14:paraId="31273C77" w14:textId="77777777" w:rsidR="008D43AB" w:rsidRDefault="008D43AB">
            <w:pPr>
              <w:spacing w:line="20" w:lineRule="exact"/>
            </w:pPr>
          </w:p>
          <w:p w14:paraId="49477E5E"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4711E74F" w14:textId="77777777">
              <w:trPr>
                <w:jc w:val="center"/>
              </w:trPr>
              <w:tc>
                <w:tcPr>
                  <w:tcW w:w="7087" w:type="dxa"/>
                  <w:shd w:val="clear" w:color="auto" w:fill="EDC9EA"/>
                  <w:tcMar>
                    <w:top w:w="45" w:type="dxa"/>
                    <w:left w:w="70" w:type="dxa"/>
                    <w:bottom w:w="45" w:type="dxa"/>
                    <w:right w:w="70" w:type="dxa"/>
                  </w:tcMar>
                </w:tcPr>
                <w:p w14:paraId="56C7B905" w14:textId="77777777" w:rsidR="008D43AB" w:rsidRDefault="00000000">
                  <w:pPr>
                    <w:keepNext/>
                  </w:pPr>
                  <w:r>
                    <w:rPr>
                      <w:b/>
                      <w:color w:val="000000"/>
                    </w:rPr>
                    <w:t>VRSTNIŠKO VREDNOTENJE</w:t>
                  </w:r>
                </w:p>
              </w:tc>
            </w:tr>
          </w:tbl>
          <w:p w14:paraId="14E38A28" w14:textId="77777777" w:rsidR="008D43AB" w:rsidRDefault="008D43AB">
            <w:pPr>
              <w:spacing w:line="20" w:lineRule="exact"/>
            </w:pPr>
          </w:p>
          <w:p w14:paraId="7837ECCE"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3DB86654" w14:textId="77777777">
              <w:trPr>
                <w:jc w:val="center"/>
              </w:trPr>
              <w:tc>
                <w:tcPr>
                  <w:tcW w:w="7087" w:type="dxa"/>
                  <w:shd w:val="clear" w:color="auto" w:fill="EDC9EA"/>
                  <w:tcMar>
                    <w:top w:w="45" w:type="dxa"/>
                    <w:left w:w="70" w:type="dxa"/>
                    <w:bottom w:w="45" w:type="dxa"/>
                    <w:right w:w="70" w:type="dxa"/>
                  </w:tcMar>
                </w:tcPr>
                <w:p w14:paraId="14849798" w14:textId="77777777" w:rsidR="008D43AB" w:rsidRDefault="00000000">
                  <w:pPr>
                    <w:keepNext/>
                  </w:pPr>
                  <w:r>
                    <w:rPr>
                      <w:b/>
                      <w:color w:val="000000"/>
                    </w:rPr>
                    <w:t>SKUPNI POVZETEK</w:t>
                  </w:r>
                </w:p>
              </w:tc>
            </w:tr>
          </w:tbl>
          <w:p w14:paraId="663A82A0" w14:textId="77777777" w:rsidR="008D43AB" w:rsidRDefault="008D43AB"/>
          <w:p w14:paraId="6DB2135B" w14:textId="77777777" w:rsidR="008D43AB" w:rsidRDefault="00000000">
            <w:pPr>
              <w:spacing w:before="20" w:after="40" w:line="245" w:lineRule="auto"/>
            </w:pPr>
            <w:r>
              <w:rPr>
                <w:b/>
                <w:color w:val="000000"/>
                <w:sz w:val="16"/>
              </w:rPr>
              <w:t>poslušam skladbo; prepoznam spremembe; gibalno ali likovno izrazim doživetje. Izbrani dokaz pojasnim in po povratni informaciji izboljšam.</w:t>
            </w:r>
          </w:p>
        </w:tc>
        <w:tc>
          <w:tcPr>
            <w:tcW w:w="2551" w:type="dxa"/>
            <w:tcMar>
              <w:top w:w="70" w:type="dxa"/>
              <w:left w:w="90" w:type="dxa"/>
              <w:bottom w:w="70" w:type="dxa"/>
              <w:right w:w="90" w:type="dxa"/>
            </w:tcMar>
          </w:tcPr>
          <w:p w14:paraId="639D8517" w14:textId="77777777" w:rsidR="008D43AB" w:rsidRDefault="008D43AB"/>
          <w:p w14:paraId="2D07A716" w14:textId="77777777" w:rsidR="008D43AB" w:rsidRDefault="00000000">
            <w:pPr>
              <w:spacing w:after="80" w:line="245" w:lineRule="auto"/>
            </w:pPr>
            <w:r>
              <w:rPr>
                <w:color w:val="000000"/>
                <w:sz w:val="16"/>
              </w:rPr>
              <w:t>Odgovarja na podporna vprašanja in se sklicuje na slišano, izvedeno, ustvarjeno ali zapisano.</w:t>
            </w:r>
          </w:p>
          <w:p w14:paraId="19A1C7C4" w14:textId="77777777" w:rsidR="008D43AB" w:rsidRDefault="00000000">
            <w:pPr>
              <w:spacing w:after="80" w:line="245" w:lineRule="auto"/>
            </w:pPr>
            <w:r>
              <w:rPr>
                <w:color w:val="000000"/>
                <w:sz w:val="16"/>
              </w:rPr>
              <w:t>Predstavi izbrani dokaz ter pove, katero merilo z njim pokaže.</w:t>
            </w:r>
          </w:p>
          <w:p w14:paraId="6E797CB2" w14:textId="77777777" w:rsidR="008D43AB" w:rsidRDefault="00000000">
            <w:pPr>
              <w:spacing w:after="80" w:line="245" w:lineRule="auto"/>
            </w:pPr>
            <w:r>
              <w:rPr>
                <w:color w:val="000000"/>
                <w:sz w:val="16"/>
              </w:rPr>
              <w:t>Posluša vrstnika, opiše eno slišano moč in poda prijazen predlog za izboljšavo.</w:t>
            </w:r>
          </w:p>
          <w:p w14:paraId="45B1B858" w14:textId="77777777" w:rsidR="008D43AB" w:rsidRDefault="00000000">
            <w:pPr>
              <w:spacing w:after="80" w:line="245" w:lineRule="auto"/>
            </w:pPr>
            <w:r>
              <w:rPr>
                <w:color w:val="000000"/>
                <w:sz w:val="16"/>
              </w:rPr>
              <w:t>Po povratni informaciji izvedbo, gib, ritem, zvočno izbiro ali slikovni zapis ponovi in izboljša.</w:t>
            </w:r>
          </w:p>
          <w:p w14:paraId="4DF9CF3A" w14:textId="77777777" w:rsidR="008D43AB" w:rsidRDefault="00000000">
            <w:pPr>
              <w:spacing w:after="100" w:line="245" w:lineRule="auto"/>
            </w:pPr>
            <w:r>
              <w:rPr>
                <w:color w:val="000000"/>
                <w:sz w:val="16"/>
              </w:rPr>
              <w:t>Izbere raven samostojnosti ter določi majhen in izvedljiv naslednji glasbeni korak.</w:t>
            </w:r>
          </w:p>
          <w:p w14:paraId="038FB3F3" w14:textId="77777777" w:rsidR="008D43AB" w:rsidRDefault="00000000">
            <w:pPr>
              <w:spacing w:after="20" w:line="245" w:lineRule="auto"/>
            </w:pPr>
            <w:r>
              <w:rPr>
                <w:b/>
                <w:color w:val="D95BC6"/>
                <w:sz w:val="17"/>
              </w:rPr>
              <w:t>DOKAZ O UČENJU</w:t>
            </w:r>
          </w:p>
          <w:p w14:paraId="3AF71684"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70BF4E2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59231F4E" w14:textId="77777777">
        <w:trPr>
          <w:cantSplit/>
          <w:jc w:val="center"/>
        </w:trPr>
        <w:tc>
          <w:tcPr>
            <w:tcW w:w="14060" w:type="dxa"/>
            <w:gridSpan w:val="6"/>
            <w:tcMar>
              <w:top w:w="70" w:type="dxa"/>
              <w:left w:w="90" w:type="dxa"/>
              <w:bottom w:w="70" w:type="dxa"/>
              <w:right w:w="90" w:type="dxa"/>
            </w:tcMar>
            <w:vAlign w:val="center"/>
          </w:tcPr>
          <w:p w14:paraId="762734D7" w14:textId="77777777" w:rsidR="008D43AB" w:rsidRDefault="00000000">
            <w:pPr>
              <w:jc w:val="center"/>
            </w:pPr>
            <w:r>
              <w:rPr>
                <w:b/>
                <w:color w:val="000000"/>
                <w:sz w:val="24"/>
              </w:rPr>
              <w:lastRenderedPageBreak/>
              <w:t>UČNA PRIPRAVA 28/39</w:t>
            </w:r>
          </w:p>
        </w:tc>
      </w:tr>
      <w:tr w:rsidR="008D43AB" w14:paraId="0395A5F8" w14:textId="77777777">
        <w:trPr>
          <w:jc w:val="center"/>
        </w:trPr>
        <w:tc>
          <w:tcPr>
            <w:tcW w:w="2665" w:type="dxa"/>
            <w:tcMar>
              <w:top w:w="70" w:type="dxa"/>
              <w:left w:w="90" w:type="dxa"/>
              <w:bottom w:w="70" w:type="dxa"/>
              <w:right w:w="90" w:type="dxa"/>
            </w:tcMar>
            <w:vAlign w:val="center"/>
          </w:tcPr>
          <w:p w14:paraId="3374CF46"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3408567"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7D4A7324"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C302B28" w14:textId="77777777" w:rsidR="008D43AB" w:rsidRDefault="00000000">
            <w:r>
              <w:rPr>
                <w:b/>
                <w:color w:val="000000"/>
                <w:sz w:val="16"/>
              </w:rPr>
              <w:t xml:space="preserve">NAČRTOVANI TERMIN: </w:t>
            </w:r>
            <w:r>
              <w:rPr>
                <w:color w:val="000000"/>
                <w:sz w:val="16"/>
              </w:rPr>
              <w:t>28. teden • 30. 3.–2. 4. 2027</w:t>
            </w:r>
          </w:p>
        </w:tc>
        <w:tc>
          <w:tcPr>
            <w:tcW w:w="2268" w:type="dxa"/>
            <w:tcMar>
              <w:top w:w="70" w:type="dxa"/>
              <w:left w:w="90" w:type="dxa"/>
              <w:bottom w:w="70" w:type="dxa"/>
              <w:right w:w="90" w:type="dxa"/>
            </w:tcMar>
            <w:vAlign w:val="center"/>
          </w:tcPr>
          <w:p w14:paraId="4EF479C4"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3F0450C" w14:textId="77777777" w:rsidR="008D43AB" w:rsidRDefault="00000000">
            <w:r>
              <w:rPr>
                <w:b/>
                <w:color w:val="000000"/>
                <w:sz w:val="16"/>
              </w:rPr>
              <w:t xml:space="preserve">ŠTEVILO UR: </w:t>
            </w:r>
            <w:r>
              <w:rPr>
                <w:color w:val="000000"/>
                <w:sz w:val="16"/>
              </w:rPr>
              <w:t>1</w:t>
            </w:r>
          </w:p>
        </w:tc>
      </w:tr>
      <w:tr w:rsidR="008D43AB" w14:paraId="496BE810" w14:textId="77777777">
        <w:trPr>
          <w:jc w:val="center"/>
        </w:trPr>
        <w:tc>
          <w:tcPr>
            <w:tcW w:w="14061" w:type="dxa"/>
            <w:gridSpan w:val="6"/>
            <w:tcMar>
              <w:top w:w="70" w:type="dxa"/>
              <w:left w:w="90" w:type="dxa"/>
              <w:bottom w:w="70" w:type="dxa"/>
              <w:right w:w="90" w:type="dxa"/>
            </w:tcMar>
            <w:vAlign w:val="center"/>
          </w:tcPr>
          <w:p w14:paraId="1F0CCEF2"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D49E6BE" w14:textId="77777777">
        <w:trPr>
          <w:cantSplit/>
          <w:jc w:val="center"/>
        </w:trPr>
        <w:tc>
          <w:tcPr>
            <w:tcW w:w="14060" w:type="dxa"/>
            <w:gridSpan w:val="6"/>
            <w:tcMar>
              <w:top w:w="70" w:type="dxa"/>
              <w:left w:w="90" w:type="dxa"/>
              <w:bottom w:w="70" w:type="dxa"/>
              <w:right w:w="90" w:type="dxa"/>
            </w:tcMar>
            <w:vAlign w:val="center"/>
          </w:tcPr>
          <w:p w14:paraId="4BB298F6" w14:textId="77777777" w:rsidR="008D43AB" w:rsidRDefault="008D43AB"/>
          <w:p w14:paraId="1DA2E578" w14:textId="77777777" w:rsidR="008D43AB" w:rsidRDefault="00000000">
            <w:pPr>
              <w:spacing w:line="245" w:lineRule="auto"/>
            </w:pPr>
            <w:r>
              <w:rPr>
                <w:b/>
                <w:color w:val="000000"/>
                <w:sz w:val="16"/>
              </w:rPr>
              <w:t xml:space="preserve">UČNI SKLOP: </w:t>
            </w:r>
            <w:r>
              <w:rPr>
                <w:color w:val="000000"/>
                <w:sz w:val="16"/>
              </w:rPr>
              <w:t>POMLAD, POJAVI IN ŽIVA BITJA</w:t>
            </w:r>
          </w:p>
        </w:tc>
      </w:tr>
      <w:tr w:rsidR="008D43AB" w14:paraId="7C0A8DFF" w14:textId="77777777">
        <w:trPr>
          <w:cantSplit/>
          <w:jc w:val="center"/>
        </w:trPr>
        <w:tc>
          <w:tcPr>
            <w:tcW w:w="14060" w:type="dxa"/>
            <w:gridSpan w:val="6"/>
            <w:tcMar>
              <w:top w:w="70" w:type="dxa"/>
              <w:left w:w="90" w:type="dxa"/>
              <w:bottom w:w="70" w:type="dxa"/>
              <w:right w:w="90" w:type="dxa"/>
            </w:tcMar>
            <w:vAlign w:val="center"/>
          </w:tcPr>
          <w:p w14:paraId="6725B8B3" w14:textId="77777777" w:rsidR="008D43AB" w:rsidRDefault="008D43AB"/>
          <w:p w14:paraId="2D2B9547" w14:textId="77777777" w:rsidR="008D43AB" w:rsidRDefault="00000000">
            <w:pPr>
              <w:spacing w:line="245" w:lineRule="auto"/>
            </w:pPr>
            <w:r>
              <w:rPr>
                <w:b/>
                <w:color w:val="000000"/>
                <w:sz w:val="16"/>
              </w:rPr>
              <w:t xml:space="preserve">UČNA TEMA: </w:t>
            </w:r>
            <w:r>
              <w:rPr>
                <w:color w:val="000000"/>
                <w:sz w:val="16"/>
              </w:rPr>
              <w:t>ZVOČNA RAST</w:t>
            </w:r>
          </w:p>
        </w:tc>
      </w:tr>
      <w:tr w:rsidR="008D43AB" w14:paraId="09A957C1" w14:textId="77777777">
        <w:trPr>
          <w:cantSplit/>
          <w:jc w:val="center"/>
        </w:trPr>
        <w:tc>
          <w:tcPr>
            <w:tcW w:w="14060" w:type="dxa"/>
            <w:gridSpan w:val="6"/>
            <w:tcMar>
              <w:top w:w="70" w:type="dxa"/>
              <w:left w:w="90" w:type="dxa"/>
              <w:bottom w:w="70" w:type="dxa"/>
              <w:right w:w="90" w:type="dxa"/>
            </w:tcMar>
            <w:vAlign w:val="center"/>
          </w:tcPr>
          <w:p w14:paraId="3BF65B3C" w14:textId="77777777" w:rsidR="008D43AB" w:rsidRDefault="008D43AB"/>
          <w:p w14:paraId="7516E057" w14:textId="77777777" w:rsidR="008D43AB" w:rsidRDefault="00000000">
            <w:pPr>
              <w:spacing w:line="245" w:lineRule="auto"/>
            </w:pPr>
            <w:r>
              <w:rPr>
                <w:b/>
                <w:color w:val="000000"/>
                <w:sz w:val="16"/>
              </w:rPr>
              <w:t xml:space="preserve">KNJIŽEVNO / MOTIVNO IZHODIŠČE: </w:t>
            </w:r>
            <w:r>
              <w:rPr>
                <w:color w:val="000000"/>
                <w:sz w:val="16"/>
              </w:rPr>
              <w:t>»Štiri črne mravljice« – Anja Štefan • rast, sodelovanje, drobna živa bitja in vzorci</w:t>
            </w:r>
          </w:p>
        </w:tc>
      </w:tr>
      <w:tr w:rsidR="008D43AB" w14:paraId="0C785790" w14:textId="77777777">
        <w:trPr>
          <w:cantSplit/>
          <w:jc w:val="center"/>
        </w:trPr>
        <w:tc>
          <w:tcPr>
            <w:tcW w:w="14060" w:type="dxa"/>
            <w:gridSpan w:val="6"/>
            <w:tcMar>
              <w:top w:w="70" w:type="dxa"/>
              <w:left w:w="90" w:type="dxa"/>
              <w:bottom w:w="70" w:type="dxa"/>
              <w:right w:w="90" w:type="dxa"/>
            </w:tcMar>
            <w:vAlign w:val="center"/>
          </w:tcPr>
          <w:p w14:paraId="40983B30" w14:textId="77777777" w:rsidR="008D43AB" w:rsidRDefault="008D43AB"/>
          <w:p w14:paraId="2B23837F" w14:textId="77777777" w:rsidR="008D43AB" w:rsidRDefault="00000000">
            <w:pPr>
              <w:spacing w:line="245" w:lineRule="auto"/>
            </w:pPr>
            <w:r>
              <w:rPr>
                <w:b/>
                <w:color w:val="000000"/>
                <w:sz w:val="16"/>
              </w:rPr>
              <w:t xml:space="preserve">GLASBENO IZHODIŠČE / REPERTOAR: </w:t>
            </w:r>
            <w:r>
              <w:rPr>
                <w:color w:val="000000"/>
                <w:sz w:val="16"/>
              </w:rPr>
              <w:t>zvočni motiv rasti; naraščanje in pojemanje glasnosti</w:t>
            </w:r>
          </w:p>
        </w:tc>
      </w:tr>
      <w:tr w:rsidR="008D43AB" w14:paraId="62252E1F" w14:textId="77777777">
        <w:trPr>
          <w:cantSplit/>
          <w:jc w:val="center"/>
        </w:trPr>
        <w:tc>
          <w:tcPr>
            <w:tcW w:w="14060" w:type="dxa"/>
            <w:gridSpan w:val="6"/>
            <w:tcMar>
              <w:top w:w="70" w:type="dxa"/>
              <w:left w:w="90" w:type="dxa"/>
              <w:bottom w:w="70" w:type="dxa"/>
              <w:right w:w="90" w:type="dxa"/>
            </w:tcMar>
            <w:vAlign w:val="center"/>
          </w:tcPr>
          <w:p w14:paraId="7FC3DA2B" w14:textId="77777777" w:rsidR="008D43AB" w:rsidRDefault="008D43AB"/>
          <w:p w14:paraId="17959FEE" w14:textId="77777777" w:rsidR="008D43AB" w:rsidRDefault="00000000">
            <w:pPr>
              <w:spacing w:line="245" w:lineRule="auto"/>
            </w:pPr>
            <w:r>
              <w:rPr>
                <w:b/>
                <w:color w:val="000000"/>
                <w:sz w:val="16"/>
              </w:rPr>
              <w:t xml:space="preserve">UČNE ENOTE: </w:t>
            </w:r>
            <w:r>
              <w:rPr>
                <w:color w:val="000000"/>
                <w:sz w:val="16"/>
              </w:rPr>
              <w:t>1. ura – Zvočna Rast – Ustvarim in nastopim</w:t>
            </w:r>
          </w:p>
        </w:tc>
      </w:tr>
      <w:tr w:rsidR="008D43AB" w14:paraId="6CE983F9" w14:textId="77777777">
        <w:trPr>
          <w:cantSplit/>
          <w:jc w:val="center"/>
        </w:trPr>
        <w:tc>
          <w:tcPr>
            <w:tcW w:w="14060" w:type="dxa"/>
            <w:gridSpan w:val="6"/>
            <w:tcMar>
              <w:top w:w="70" w:type="dxa"/>
              <w:left w:w="90" w:type="dxa"/>
              <w:bottom w:w="70" w:type="dxa"/>
              <w:right w:w="90" w:type="dxa"/>
            </w:tcMar>
            <w:vAlign w:val="center"/>
          </w:tcPr>
          <w:p w14:paraId="47675219" w14:textId="77777777" w:rsidR="008D43AB" w:rsidRDefault="008D43AB"/>
          <w:p w14:paraId="61C56611"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672D3ABC" w14:textId="77777777">
        <w:trPr>
          <w:cantSplit/>
          <w:jc w:val="center"/>
        </w:trPr>
        <w:tc>
          <w:tcPr>
            <w:tcW w:w="14060" w:type="dxa"/>
            <w:gridSpan w:val="6"/>
            <w:tcMar>
              <w:top w:w="70" w:type="dxa"/>
              <w:left w:w="90" w:type="dxa"/>
              <w:bottom w:w="70" w:type="dxa"/>
              <w:right w:w="90" w:type="dxa"/>
            </w:tcMar>
            <w:vAlign w:val="center"/>
          </w:tcPr>
          <w:p w14:paraId="5578D394" w14:textId="77777777" w:rsidR="008D43AB" w:rsidRDefault="008D43AB"/>
          <w:p w14:paraId="1759B2CE"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61DB54E7" w14:textId="77777777">
        <w:trPr>
          <w:cantSplit/>
          <w:jc w:val="center"/>
        </w:trPr>
        <w:tc>
          <w:tcPr>
            <w:tcW w:w="14060" w:type="dxa"/>
            <w:gridSpan w:val="6"/>
            <w:tcMar>
              <w:top w:w="70" w:type="dxa"/>
              <w:left w:w="90" w:type="dxa"/>
              <w:bottom w:w="70" w:type="dxa"/>
              <w:right w:w="90" w:type="dxa"/>
            </w:tcMar>
            <w:vAlign w:val="center"/>
          </w:tcPr>
          <w:p w14:paraId="4D333D73" w14:textId="77777777" w:rsidR="008D43AB" w:rsidRDefault="008D43AB"/>
          <w:p w14:paraId="41C947FC"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7D1B28D0" w14:textId="77777777">
        <w:trPr>
          <w:cantSplit/>
          <w:jc w:val="center"/>
        </w:trPr>
        <w:tc>
          <w:tcPr>
            <w:tcW w:w="14060" w:type="dxa"/>
            <w:gridSpan w:val="6"/>
            <w:tcMar>
              <w:top w:w="70" w:type="dxa"/>
              <w:left w:w="90" w:type="dxa"/>
              <w:bottom w:w="70" w:type="dxa"/>
              <w:right w:w="90" w:type="dxa"/>
            </w:tcMar>
            <w:vAlign w:val="center"/>
          </w:tcPr>
          <w:p w14:paraId="36551143" w14:textId="77777777" w:rsidR="008D43AB" w:rsidRDefault="008D43AB"/>
          <w:p w14:paraId="78840E07" w14:textId="77777777" w:rsidR="008D43AB" w:rsidRDefault="00000000">
            <w:pPr>
              <w:spacing w:line="245" w:lineRule="auto"/>
            </w:pPr>
            <w:r>
              <w:rPr>
                <w:b/>
                <w:color w:val="000000"/>
                <w:sz w:val="16"/>
              </w:rPr>
              <w:t xml:space="preserve">MEDPREDMETNE POVEZAVE: </w:t>
            </w:r>
            <w:r>
              <w:rPr>
                <w:color w:val="000000"/>
                <w:sz w:val="16"/>
              </w:rPr>
              <w:t>SPO – rast, sodelovanje, drobna živa bitja in vzorci; SLJ – poslušanje, ritmični govor in opis doživetja; ŠPO – pulz, tempo, gibalni odziv in prostorska orientacija; LUM – simbol, barva, linija in zvočni zapis</w:t>
            </w:r>
          </w:p>
        </w:tc>
      </w:tr>
      <w:tr w:rsidR="008D43AB" w14:paraId="1D6F61A1" w14:textId="77777777">
        <w:trPr>
          <w:cantSplit/>
          <w:jc w:val="center"/>
        </w:trPr>
        <w:tc>
          <w:tcPr>
            <w:tcW w:w="14060" w:type="dxa"/>
            <w:gridSpan w:val="6"/>
            <w:tcMar>
              <w:top w:w="70" w:type="dxa"/>
              <w:left w:w="90" w:type="dxa"/>
              <w:bottom w:w="70" w:type="dxa"/>
              <w:right w:w="90" w:type="dxa"/>
            </w:tcMar>
            <w:vAlign w:val="center"/>
          </w:tcPr>
          <w:p w14:paraId="15F9A096" w14:textId="77777777" w:rsidR="008D43AB" w:rsidRDefault="008D43AB"/>
          <w:p w14:paraId="2492590F"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292140C8" w14:textId="77777777">
        <w:trPr>
          <w:cantSplit/>
          <w:jc w:val="center"/>
        </w:trPr>
        <w:tc>
          <w:tcPr>
            <w:tcW w:w="14060" w:type="dxa"/>
            <w:gridSpan w:val="6"/>
            <w:tcMar>
              <w:top w:w="70" w:type="dxa"/>
              <w:left w:w="90" w:type="dxa"/>
              <w:bottom w:w="70" w:type="dxa"/>
              <w:right w:w="90" w:type="dxa"/>
            </w:tcMar>
            <w:vAlign w:val="center"/>
          </w:tcPr>
          <w:p w14:paraId="55011469" w14:textId="77777777" w:rsidR="008D43AB" w:rsidRDefault="008D43AB"/>
          <w:p w14:paraId="2578DF75"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9101372" w14:textId="77777777">
        <w:trPr>
          <w:cantSplit/>
          <w:jc w:val="center"/>
        </w:trPr>
        <w:tc>
          <w:tcPr>
            <w:tcW w:w="14060" w:type="dxa"/>
            <w:gridSpan w:val="6"/>
            <w:tcMar>
              <w:top w:w="70" w:type="dxa"/>
              <w:left w:w="90" w:type="dxa"/>
              <w:bottom w:w="70" w:type="dxa"/>
              <w:right w:w="90" w:type="dxa"/>
            </w:tcMar>
            <w:vAlign w:val="center"/>
          </w:tcPr>
          <w:p w14:paraId="7BBEF1C0" w14:textId="77777777" w:rsidR="008D43AB" w:rsidRDefault="008D43AB"/>
          <w:p w14:paraId="674D3C52" w14:textId="77777777" w:rsidR="008D43AB" w:rsidRDefault="00000000">
            <w:pPr>
              <w:spacing w:line="245" w:lineRule="auto"/>
            </w:pPr>
            <w:r>
              <w:rPr>
                <w:b/>
                <w:color w:val="000000"/>
                <w:sz w:val="16"/>
              </w:rPr>
              <w:t xml:space="preserve">OCENJEVANJE / DAN DEJAVNOSTI: </w:t>
            </w:r>
            <w:r>
              <w:rPr>
                <w:color w:val="000000"/>
                <w:sz w:val="16"/>
              </w:rPr>
              <w:t>ŠPORTNI DAN</w:t>
            </w:r>
          </w:p>
        </w:tc>
      </w:tr>
      <w:tr w:rsidR="008D43AB" w14:paraId="7CE372AA" w14:textId="77777777">
        <w:trPr>
          <w:cantSplit/>
          <w:jc w:val="center"/>
        </w:trPr>
        <w:tc>
          <w:tcPr>
            <w:tcW w:w="14060" w:type="dxa"/>
            <w:gridSpan w:val="6"/>
            <w:tcMar>
              <w:top w:w="70" w:type="dxa"/>
              <w:left w:w="90" w:type="dxa"/>
              <w:bottom w:w="70" w:type="dxa"/>
              <w:right w:w="90" w:type="dxa"/>
            </w:tcMar>
            <w:vAlign w:val="center"/>
          </w:tcPr>
          <w:p w14:paraId="18C6C758" w14:textId="77777777" w:rsidR="008D43AB" w:rsidRDefault="008D43AB"/>
          <w:p w14:paraId="1CDA4706"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3CB2DA8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23CCFC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475F66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C7AE8AC" w14:textId="77777777" w:rsidR="008D43AB" w:rsidRDefault="00000000">
            <w:pPr>
              <w:jc w:val="center"/>
            </w:pPr>
            <w:r>
              <w:rPr>
                <w:b/>
                <w:color w:val="000000"/>
                <w:sz w:val="20"/>
              </w:rPr>
              <w:t>UČNE DEJAVNOSTI, METODE IN FORMATIVNO SPREMLJANJE</w:t>
            </w:r>
          </w:p>
        </w:tc>
      </w:tr>
      <w:tr w:rsidR="008D43AB" w14:paraId="76C5E6B9" w14:textId="77777777">
        <w:trPr>
          <w:tblHeader/>
          <w:jc w:val="center"/>
        </w:trPr>
        <w:tc>
          <w:tcPr>
            <w:tcW w:w="4422" w:type="dxa"/>
            <w:vMerge/>
            <w:tcMar>
              <w:top w:w="70" w:type="dxa"/>
              <w:left w:w="90" w:type="dxa"/>
              <w:bottom w:w="70" w:type="dxa"/>
              <w:right w:w="90" w:type="dxa"/>
            </w:tcMar>
            <w:vAlign w:val="center"/>
          </w:tcPr>
          <w:p w14:paraId="71FAB43E" w14:textId="77777777" w:rsidR="008D43AB" w:rsidRDefault="008D43AB"/>
        </w:tc>
        <w:tc>
          <w:tcPr>
            <w:tcW w:w="7087" w:type="dxa"/>
            <w:shd w:val="clear" w:color="auto" w:fill="FFFFFF"/>
            <w:tcMar>
              <w:top w:w="70" w:type="dxa"/>
              <w:left w:w="90" w:type="dxa"/>
              <w:bottom w:w="70" w:type="dxa"/>
              <w:right w:w="90" w:type="dxa"/>
            </w:tcMar>
            <w:vAlign w:val="center"/>
          </w:tcPr>
          <w:p w14:paraId="39E190E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D80F1B8" w14:textId="77777777" w:rsidR="008D43AB" w:rsidRDefault="00000000">
            <w:pPr>
              <w:jc w:val="center"/>
            </w:pPr>
            <w:r>
              <w:rPr>
                <w:b/>
                <w:color w:val="000000"/>
              </w:rPr>
              <w:t>UČENEC</w:t>
            </w:r>
          </w:p>
        </w:tc>
      </w:tr>
      <w:tr w:rsidR="008D43AB" w14:paraId="03874E7A" w14:textId="77777777">
        <w:trPr>
          <w:jc w:val="center"/>
        </w:trPr>
        <w:tc>
          <w:tcPr>
            <w:tcW w:w="4422" w:type="dxa"/>
            <w:tcMar>
              <w:top w:w="70" w:type="dxa"/>
              <w:left w:w="90" w:type="dxa"/>
              <w:bottom w:w="70" w:type="dxa"/>
              <w:right w:w="90" w:type="dxa"/>
            </w:tcMar>
          </w:tcPr>
          <w:p w14:paraId="213140F8" w14:textId="77777777" w:rsidR="008D43AB" w:rsidRDefault="008D43AB"/>
          <w:p w14:paraId="79962403" w14:textId="77777777" w:rsidR="008D43AB" w:rsidRDefault="00000000">
            <w:pPr>
              <w:spacing w:after="60" w:line="245" w:lineRule="auto"/>
            </w:pPr>
            <w:r>
              <w:rPr>
                <w:b/>
                <w:color w:val="000000"/>
              </w:rPr>
              <w:t>UČNI CILJI</w:t>
            </w:r>
          </w:p>
          <w:p w14:paraId="0FF07098" w14:textId="77777777" w:rsidR="008D43AB" w:rsidRDefault="00000000">
            <w:pPr>
              <w:spacing w:after="20" w:line="245" w:lineRule="auto"/>
            </w:pPr>
            <w:r>
              <w:rPr>
                <w:b/>
                <w:color w:val="000000"/>
                <w:sz w:val="17"/>
              </w:rPr>
              <w:t>SPLOŠNI</w:t>
            </w:r>
          </w:p>
          <w:p w14:paraId="161C211B"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502ED0E4" w14:textId="77777777" w:rsidR="008D43AB" w:rsidRDefault="00000000">
            <w:pPr>
              <w:pStyle w:val="Oznaenseznam"/>
              <w:spacing w:after="16"/>
            </w:pPr>
            <w:r>
              <w:rPr>
                <w:color w:val="000000"/>
                <w:sz w:val="16"/>
              </w:rPr>
              <w:t>poje, ritmično govori ter uporablja telo, glasbila in predmete kot zvočne vire</w:t>
            </w:r>
          </w:p>
          <w:p w14:paraId="2F108AA1" w14:textId="77777777" w:rsidR="008D43AB" w:rsidRDefault="00000000">
            <w:pPr>
              <w:pStyle w:val="Oznaenseznam"/>
              <w:spacing w:after="16"/>
            </w:pPr>
            <w:r>
              <w:rPr>
                <w:color w:val="000000"/>
                <w:sz w:val="16"/>
              </w:rPr>
              <w:t>razlikuje izbrane lastnosti zvoka in glasbe ter varuje sluh in odgovorno uporablja glasbila</w:t>
            </w:r>
          </w:p>
          <w:p w14:paraId="28A30720"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115518CA" w14:textId="77777777" w:rsidR="008D43AB" w:rsidRDefault="00000000">
            <w:pPr>
              <w:spacing w:before="40" w:after="20" w:line="245" w:lineRule="auto"/>
            </w:pPr>
            <w:r>
              <w:rPr>
                <w:b/>
                <w:color w:val="000000"/>
                <w:sz w:val="17"/>
              </w:rPr>
              <w:t>OPERATIVNI</w:t>
            </w:r>
          </w:p>
          <w:p w14:paraId="08A4BFC6" w14:textId="77777777" w:rsidR="008D43AB" w:rsidRDefault="00000000">
            <w:pPr>
              <w:pStyle w:val="Oznaenseznam"/>
              <w:spacing w:after="16"/>
            </w:pPr>
            <w:r>
              <w:rPr>
                <w:color w:val="000000"/>
                <w:sz w:val="16"/>
              </w:rPr>
              <w:t>ustvari glasbeni motiv</w:t>
            </w:r>
          </w:p>
          <w:p w14:paraId="335DBFDC" w14:textId="77777777" w:rsidR="008D43AB" w:rsidRDefault="00000000">
            <w:pPr>
              <w:pStyle w:val="Oznaenseznam"/>
              <w:spacing w:after="16"/>
            </w:pPr>
            <w:r>
              <w:rPr>
                <w:color w:val="000000"/>
                <w:sz w:val="16"/>
              </w:rPr>
              <w:t>ponovi motiv</w:t>
            </w:r>
          </w:p>
          <w:p w14:paraId="2E9625DA" w14:textId="77777777" w:rsidR="008D43AB" w:rsidRDefault="00000000">
            <w:pPr>
              <w:pStyle w:val="Oznaenseznam"/>
              <w:spacing w:after="16"/>
            </w:pPr>
            <w:r>
              <w:rPr>
                <w:color w:val="000000"/>
                <w:sz w:val="16"/>
              </w:rPr>
              <w:t>poveže dinamiko z rastjo</w:t>
            </w:r>
          </w:p>
          <w:p w14:paraId="5136E83F" w14:textId="77777777" w:rsidR="008D43AB" w:rsidRDefault="00000000">
            <w:pPr>
              <w:spacing w:before="40" w:after="20" w:line="245" w:lineRule="auto"/>
            </w:pPr>
            <w:r>
              <w:rPr>
                <w:b/>
                <w:color w:val="000000"/>
                <w:sz w:val="17"/>
              </w:rPr>
              <w:t>PRIČAKOVANI DOSEŽKI / MINIMALNI POUDARKI</w:t>
            </w:r>
          </w:p>
          <w:p w14:paraId="4278A0BD" w14:textId="77777777" w:rsidR="008D43AB" w:rsidRDefault="00000000">
            <w:pPr>
              <w:pStyle w:val="Oznaenseznam"/>
              <w:spacing w:after="16"/>
            </w:pPr>
            <w:r>
              <w:rPr>
                <w:color w:val="000000"/>
                <w:sz w:val="15"/>
              </w:rPr>
              <w:t>samostojno oziroma z dogovorjeno oporo ustvari glasbeni motiv</w:t>
            </w:r>
          </w:p>
          <w:p w14:paraId="28BB430F" w14:textId="77777777" w:rsidR="008D43AB" w:rsidRDefault="00000000">
            <w:pPr>
              <w:pStyle w:val="Oznaenseznam"/>
              <w:spacing w:after="16"/>
            </w:pPr>
            <w:r>
              <w:rPr>
                <w:color w:val="000000"/>
                <w:sz w:val="15"/>
              </w:rPr>
              <w:t>samostojno oziroma z dogovorjeno oporo ponovi motiv</w:t>
            </w:r>
          </w:p>
          <w:p w14:paraId="33086C78" w14:textId="77777777" w:rsidR="008D43AB" w:rsidRDefault="00000000">
            <w:pPr>
              <w:pStyle w:val="Oznaenseznam"/>
              <w:spacing w:after="16"/>
            </w:pPr>
            <w:r>
              <w:rPr>
                <w:color w:val="000000"/>
                <w:sz w:val="15"/>
              </w:rPr>
              <w:t>samostojno oziroma z dogovorjeno oporo poveže dinamiko z rastjo</w:t>
            </w:r>
          </w:p>
        </w:tc>
        <w:tc>
          <w:tcPr>
            <w:tcW w:w="7087" w:type="dxa"/>
            <w:tcMar>
              <w:top w:w="70" w:type="dxa"/>
              <w:left w:w="90" w:type="dxa"/>
              <w:bottom w:w="70" w:type="dxa"/>
              <w:right w:w="90" w:type="dxa"/>
            </w:tcMar>
          </w:tcPr>
          <w:p w14:paraId="6535FF26"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9DB42B4" w14:textId="77777777">
              <w:trPr>
                <w:jc w:val="center"/>
              </w:trPr>
              <w:tc>
                <w:tcPr>
                  <w:tcW w:w="7087" w:type="dxa"/>
                  <w:shd w:val="clear" w:color="auto" w:fill="C6E7F3"/>
                  <w:tcMar>
                    <w:top w:w="45" w:type="dxa"/>
                    <w:left w:w="70" w:type="dxa"/>
                    <w:bottom w:w="45" w:type="dxa"/>
                    <w:right w:w="70" w:type="dxa"/>
                  </w:tcMar>
                </w:tcPr>
                <w:p w14:paraId="638A408D" w14:textId="77777777" w:rsidR="008D43AB" w:rsidRDefault="00000000">
                  <w:pPr>
                    <w:keepNext/>
                  </w:pPr>
                  <w:r>
                    <w:rPr>
                      <w:b/>
                      <w:color w:val="000000"/>
                    </w:rPr>
                    <w:t>UVODNI DEL – zvočna motivacija, aktivacija predznanja in namen učenja (8–12 min)</w:t>
                  </w:r>
                </w:p>
              </w:tc>
            </w:tr>
          </w:tbl>
          <w:p w14:paraId="7B9AD94A" w14:textId="77777777" w:rsidR="008D43AB" w:rsidRDefault="008D43AB">
            <w:pPr>
              <w:spacing w:line="20" w:lineRule="exact"/>
            </w:pPr>
          </w:p>
          <w:p w14:paraId="7E8EED48" w14:textId="77777777" w:rsidR="008D43AB" w:rsidRDefault="00000000">
            <w:pPr>
              <w:spacing w:before="40" w:after="60" w:line="245" w:lineRule="auto"/>
            </w:pPr>
            <w:r>
              <w:rPr>
                <w:color w:val="000000"/>
                <w:sz w:val="16"/>
              </w:rPr>
              <w:t>Učenci ob motivu »Štiri črne mravljice« – Anja Štefan vstopijo v temo rast, sodelovanje, drobna živa bitja in vzorci. Najprej v tišini poslušajo kratek zvočni odlomek ali učiteljičino izvedbo (zvočni motiv rasti; naraščanje in pojemanje glasnosti),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2F2BA658" w14:textId="77777777">
              <w:trPr>
                <w:jc w:val="center"/>
              </w:trPr>
              <w:tc>
                <w:tcPr>
                  <w:tcW w:w="7087" w:type="dxa"/>
                  <w:shd w:val="clear" w:color="auto" w:fill="EDC9EA"/>
                  <w:tcMar>
                    <w:top w:w="45" w:type="dxa"/>
                    <w:left w:w="70" w:type="dxa"/>
                    <w:bottom w:w="45" w:type="dxa"/>
                    <w:right w:w="70" w:type="dxa"/>
                  </w:tcMar>
                </w:tcPr>
                <w:p w14:paraId="4C31D7AB" w14:textId="77777777" w:rsidR="008D43AB" w:rsidRDefault="00000000">
                  <w:pPr>
                    <w:keepNext/>
                  </w:pPr>
                  <w:r>
                    <w:rPr>
                      <w:b/>
                      <w:color w:val="000000"/>
                    </w:rPr>
                    <w:t>NAMENI UČENJA</w:t>
                  </w:r>
                </w:p>
              </w:tc>
            </w:tr>
          </w:tbl>
          <w:p w14:paraId="38995509" w14:textId="77777777" w:rsidR="008D43AB" w:rsidRDefault="008D43AB">
            <w:pPr>
              <w:spacing w:line="20" w:lineRule="exact"/>
            </w:pPr>
          </w:p>
          <w:p w14:paraId="6D6016A7"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1A520373" w14:textId="77777777" w:rsidR="008D43AB" w:rsidRDefault="00000000">
            <w:pPr>
              <w:pStyle w:val="Oznaenseznam"/>
              <w:spacing w:after="16"/>
            </w:pPr>
            <w:r>
              <w:rPr>
                <w:color w:val="000000"/>
                <w:sz w:val="16"/>
              </w:rPr>
              <w:t>ustvarim glasbeni motiv</w:t>
            </w:r>
          </w:p>
          <w:p w14:paraId="575B1324" w14:textId="77777777" w:rsidR="008D43AB" w:rsidRDefault="00000000">
            <w:pPr>
              <w:pStyle w:val="Oznaenseznam"/>
              <w:spacing w:after="16"/>
            </w:pPr>
            <w:r>
              <w:rPr>
                <w:color w:val="000000"/>
                <w:sz w:val="16"/>
              </w:rPr>
              <w:t>ponovi motiv</w:t>
            </w:r>
          </w:p>
          <w:p w14:paraId="5BFA270A" w14:textId="77777777" w:rsidR="008D43AB" w:rsidRDefault="00000000">
            <w:pPr>
              <w:pStyle w:val="Oznaenseznam"/>
              <w:spacing w:after="16"/>
            </w:pPr>
            <w:r>
              <w:rPr>
                <w:color w:val="000000"/>
                <w:sz w:val="16"/>
              </w:rPr>
              <w:t>poveže dinamiko z rastjo</w:t>
            </w:r>
          </w:p>
          <w:tbl>
            <w:tblPr>
              <w:tblStyle w:val="Tabelamrea"/>
              <w:tblW w:w="0" w:type="auto"/>
              <w:jc w:val="center"/>
              <w:tblLayout w:type="fixed"/>
              <w:tblLook w:val="04A0" w:firstRow="1" w:lastRow="0" w:firstColumn="1" w:lastColumn="0" w:noHBand="0" w:noVBand="1"/>
            </w:tblPr>
            <w:tblGrid>
              <w:gridCol w:w="7087"/>
            </w:tblGrid>
            <w:tr w:rsidR="008D43AB" w14:paraId="12B005C0" w14:textId="77777777">
              <w:trPr>
                <w:jc w:val="center"/>
              </w:trPr>
              <w:tc>
                <w:tcPr>
                  <w:tcW w:w="7087" w:type="dxa"/>
                  <w:shd w:val="clear" w:color="auto" w:fill="EDC9EA"/>
                  <w:tcMar>
                    <w:top w:w="45" w:type="dxa"/>
                    <w:left w:w="70" w:type="dxa"/>
                    <w:bottom w:w="45" w:type="dxa"/>
                    <w:right w:w="70" w:type="dxa"/>
                  </w:tcMar>
                </w:tcPr>
                <w:p w14:paraId="26B8981B" w14:textId="77777777" w:rsidR="008D43AB" w:rsidRDefault="00000000">
                  <w:pPr>
                    <w:keepNext/>
                  </w:pPr>
                  <w:r>
                    <w:rPr>
                      <w:b/>
                      <w:color w:val="000000"/>
                    </w:rPr>
                    <w:t>PREVERJANJE PREDZNANJA</w:t>
                  </w:r>
                </w:p>
              </w:tc>
            </w:tr>
          </w:tbl>
          <w:p w14:paraId="05D9443C" w14:textId="77777777" w:rsidR="008D43AB" w:rsidRDefault="008D43AB">
            <w:pPr>
              <w:spacing w:line="20" w:lineRule="exact"/>
            </w:pPr>
          </w:p>
          <w:p w14:paraId="7B1B6F16" w14:textId="77777777" w:rsidR="008D43AB" w:rsidRDefault="00000000">
            <w:pPr>
              <w:pStyle w:val="Oznaenseznam"/>
              <w:spacing w:after="16"/>
            </w:pPr>
            <w:r>
              <w:rPr>
                <w:color w:val="000000"/>
                <w:sz w:val="16"/>
              </w:rPr>
              <w:t>Kaj mi zvok, naslov, slika ali motiv pove o temi rast, sodelovanje, drobna živa bitja in vzorci?</w:t>
            </w:r>
          </w:p>
          <w:p w14:paraId="66818F28" w14:textId="77777777" w:rsidR="008D43AB" w:rsidRDefault="00000000">
            <w:pPr>
              <w:pStyle w:val="Oznaenseznam"/>
              <w:spacing w:after="16"/>
            </w:pPr>
            <w:r>
              <w:rPr>
                <w:color w:val="000000"/>
                <w:sz w:val="16"/>
              </w:rPr>
              <w:t>Kako lahko s poslušanjem, glasom, telesom, glasbilom ali simbolom pokažem, kaj že znam pri temi »ZVOČNA RAST«?</w:t>
            </w:r>
          </w:p>
          <w:p w14:paraId="135DEE97"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55C5C613" w14:textId="77777777">
              <w:trPr>
                <w:jc w:val="center"/>
              </w:trPr>
              <w:tc>
                <w:tcPr>
                  <w:tcW w:w="7087" w:type="dxa"/>
                  <w:shd w:val="clear" w:color="auto" w:fill="EDC9EA"/>
                  <w:tcMar>
                    <w:top w:w="45" w:type="dxa"/>
                    <w:left w:w="70" w:type="dxa"/>
                    <w:bottom w:w="45" w:type="dxa"/>
                    <w:right w:w="70" w:type="dxa"/>
                  </w:tcMar>
                </w:tcPr>
                <w:p w14:paraId="1596D067" w14:textId="77777777" w:rsidR="008D43AB" w:rsidRDefault="00000000">
                  <w:pPr>
                    <w:keepNext/>
                  </w:pPr>
                  <w:r>
                    <w:rPr>
                      <w:b/>
                      <w:color w:val="000000"/>
                    </w:rPr>
                    <w:t>KRITERIJI USPEŠNOSTI</w:t>
                  </w:r>
                </w:p>
              </w:tc>
            </w:tr>
          </w:tbl>
          <w:p w14:paraId="1F4CABC2" w14:textId="77777777" w:rsidR="008D43AB" w:rsidRDefault="008D43AB"/>
          <w:p w14:paraId="5B65F7AF" w14:textId="77777777" w:rsidR="008D43AB" w:rsidRDefault="00000000">
            <w:pPr>
              <w:spacing w:before="20" w:after="20" w:line="245" w:lineRule="auto"/>
            </w:pPr>
            <w:r>
              <w:rPr>
                <w:b/>
                <w:color w:val="000000"/>
                <w:sz w:val="16"/>
              </w:rPr>
              <w:t>Uspešen/-na bom, ko:</w:t>
            </w:r>
          </w:p>
          <w:p w14:paraId="71DBD5FA" w14:textId="77777777" w:rsidR="008D43AB" w:rsidRDefault="00000000">
            <w:pPr>
              <w:pStyle w:val="Oznaenseznam"/>
              <w:spacing w:after="16"/>
            </w:pPr>
            <w:r>
              <w:rPr>
                <w:color w:val="000000"/>
                <w:sz w:val="16"/>
              </w:rPr>
              <w:t>ustvarim glasbeni motiv</w:t>
            </w:r>
          </w:p>
          <w:p w14:paraId="19ACDD1F" w14:textId="77777777" w:rsidR="008D43AB" w:rsidRDefault="00000000">
            <w:pPr>
              <w:pStyle w:val="Oznaenseznam"/>
              <w:spacing w:after="16"/>
            </w:pPr>
            <w:r>
              <w:rPr>
                <w:color w:val="000000"/>
                <w:sz w:val="16"/>
              </w:rPr>
              <w:t>ponovi motiv</w:t>
            </w:r>
          </w:p>
          <w:p w14:paraId="17ABA723" w14:textId="77777777" w:rsidR="008D43AB" w:rsidRDefault="00000000">
            <w:pPr>
              <w:pStyle w:val="Oznaenseznam"/>
              <w:spacing w:after="16"/>
            </w:pPr>
            <w:r>
              <w:rPr>
                <w:color w:val="000000"/>
                <w:sz w:val="16"/>
              </w:rPr>
              <w:t>poveže dinamiko z rastjo</w:t>
            </w:r>
          </w:p>
          <w:p w14:paraId="2F379806" w14:textId="77777777" w:rsidR="008D43AB" w:rsidRDefault="00000000">
            <w:pPr>
              <w:pStyle w:val="Oznaenseznam"/>
              <w:spacing w:after="16"/>
            </w:pPr>
            <w:r>
              <w:rPr>
                <w:color w:val="000000"/>
                <w:sz w:val="16"/>
              </w:rPr>
              <w:t>upoštevam dogovorjeni začetek, konec, znak za tišino in varno glasnost</w:t>
            </w:r>
          </w:p>
          <w:p w14:paraId="02CFDB66"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7B209AE3" w14:textId="77777777" w:rsidR="008D43AB" w:rsidRDefault="008D43AB"/>
          <w:p w14:paraId="2CE2F792"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1A40653F" w14:textId="77777777" w:rsidR="008D43AB" w:rsidRDefault="00000000">
            <w:pPr>
              <w:spacing w:after="80" w:line="245" w:lineRule="auto"/>
            </w:pPr>
            <w:r>
              <w:rPr>
                <w:color w:val="000000"/>
                <w:sz w:val="16"/>
              </w:rPr>
              <w:t>Pove ali pokaže, kaj že zna in katero glasbeno strategijo bi uporabil.</w:t>
            </w:r>
          </w:p>
          <w:p w14:paraId="3378E71F" w14:textId="77777777" w:rsidR="008D43AB" w:rsidRDefault="00000000">
            <w:pPr>
              <w:spacing w:after="100" w:line="245" w:lineRule="auto"/>
            </w:pPr>
            <w:r>
              <w:rPr>
                <w:color w:val="000000"/>
                <w:sz w:val="16"/>
              </w:rPr>
              <w:t>Sodeluje pri razumevanju namenov, meril uspešnosti, varne glasnosti in načina dokazovanja.</w:t>
            </w:r>
          </w:p>
          <w:p w14:paraId="404763CF" w14:textId="77777777" w:rsidR="008D43AB" w:rsidRDefault="00000000">
            <w:pPr>
              <w:spacing w:after="20" w:line="245" w:lineRule="auto"/>
            </w:pPr>
            <w:r>
              <w:rPr>
                <w:b/>
                <w:color w:val="D95BC6"/>
                <w:sz w:val="17"/>
              </w:rPr>
              <w:t>DOKAZ O UČENJU</w:t>
            </w:r>
          </w:p>
          <w:p w14:paraId="0DCCC3FC"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78DA4D1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DB757A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9CBB8E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7825302" w14:textId="77777777" w:rsidR="008D43AB" w:rsidRDefault="00000000">
            <w:pPr>
              <w:jc w:val="center"/>
            </w:pPr>
            <w:r>
              <w:rPr>
                <w:b/>
                <w:color w:val="000000"/>
                <w:sz w:val="20"/>
              </w:rPr>
              <w:t>UČNE DEJAVNOSTI, METODE IN FORMATIVNO SPREMLJANJE</w:t>
            </w:r>
          </w:p>
        </w:tc>
      </w:tr>
      <w:tr w:rsidR="008D43AB" w14:paraId="72E7F5C7" w14:textId="77777777">
        <w:trPr>
          <w:tblHeader/>
          <w:jc w:val="center"/>
        </w:trPr>
        <w:tc>
          <w:tcPr>
            <w:tcW w:w="4422" w:type="dxa"/>
            <w:vMerge/>
            <w:tcMar>
              <w:top w:w="70" w:type="dxa"/>
              <w:left w:w="90" w:type="dxa"/>
              <w:bottom w:w="70" w:type="dxa"/>
              <w:right w:w="90" w:type="dxa"/>
            </w:tcMar>
            <w:vAlign w:val="center"/>
          </w:tcPr>
          <w:p w14:paraId="2DAB93E4" w14:textId="77777777" w:rsidR="008D43AB" w:rsidRDefault="008D43AB"/>
        </w:tc>
        <w:tc>
          <w:tcPr>
            <w:tcW w:w="7087" w:type="dxa"/>
            <w:shd w:val="clear" w:color="auto" w:fill="FFFFFF"/>
            <w:tcMar>
              <w:top w:w="70" w:type="dxa"/>
              <w:left w:w="90" w:type="dxa"/>
              <w:bottom w:w="70" w:type="dxa"/>
              <w:right w:w="90" w:type="dxa"/>
            </w:tcMar>
            <w:vAlign w:val="center"/>
          </w:tcPr>
          <w:p w14:paraId="2A55580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71F32AE" w14:textId="77777777" w:rsidR="008D43AB" w:rsidRDefault="00000000">
            <w:pPr>
              <w:jc w:val="center"/>
            </w:pPr>
            <w:r>
              <w:rPr>
                <w:b/>
                <w:color w:val="000000"/>
              </w:rPr>
              <w:t>UČENEC</w:t>
            </w:r>
          </w:p>
        </w:tc>
      </w:tr>
      <w:tr w:rsidR="008D43AB" w14:paraId="6E78F90A" w14:textId="77777777">
        <w:trPr>
          <w:jc w:val="center"/>
        </w:trPr>
        <w:tc>
          <w:tcPr>
            <w:tcW w:w="4422" w:type="dxa"/>
            <w:tcMar>
              <w:top w:w="70" w:type="dxa"/>
              <w:left w:w="90" w:type="dxa"/>
              <w:bottom w:w="70" w:type="dxa"/>
              <w:right w:w="90" w:type="dxa"/>
            </w:tcMar>
          </w:tcPr>
          <w:p w14:paraId="47CCD8D1" w14:textId="77777777" w:rsidR="008D43AB" w:rsidRDefault="008D43AB"/>
          <w:p w14:paraId="18A697C7" w14:textId="77777777" w:rsidR="008D43AB" w:rsidRDefault="00000000">
            <w:pPr>
              <w:spacing w:after="40" w:line="245" w:lineRule="auto"/>
            </w:pPr>
            <w:r>
              <w:rPr>
                <w:b/>
                <w:color w:val="000000"/>
              </w:rPr>
              <w:t>KLJUČNI GLASBENI POJMI</w:t>
            </w:r>
          </w:p>
          <w:p w14:paraId="4A197C91" w14:textId="77777777" w:rsidR="008D43AB" w:rsidRDefault="00000000">
            <w:pPr>
              <w:spacing w:after="60" w:line="245" w:lineRule="auto"/>
            </w:pPr>
            <w:r>
              <w:rPr>
                <w:color w:val="000000"/>
                <w:sz w:val="15"/>
              </w:rPr>
              <w:t>poslušanje, zvok, tišina, izvedba, glasbeni znak, dokaz, povratna informacija</w:t>
            </w:r>
          </w:p>
          <w:p w14:paraId="4ECCA742" w14:textId="77777777" w:rsidR="008D43AB" w:rsidRDefault="00000000">
            <w:pPr>
              <w:spacing w:after="20" w:line="245" w:lineRule="auto"/>
            </w:pPr>
            <w:r>
              <w:rPr>
                <w:b/>
                <w:color w:val="000000"/>
                <w:sz w:val="17"/>
              </w:rPr>
              <w:t>DOKAZI O UČENJU</w:t>
            </w:r>
          </w:p>
          <w:p w14:paraId="1C396DFD" w14:textId="77777777" w:rsidR="008D43AB" w:rsidRDefault="00000000">
            <w:pPr>
              <w:pStyle w:val="Oznaenseznam"/>
              <w:spacing w:after="9"/>
            </w:pPr>
            <w:r>
              <w:rPr>
                <w:color w:val="000000"/>
                <w:sz w:val="15"/>
              </w:rPr>
              <w:t>slikovni zvočni zapis, skupinska izvedba/posnetek in vrstniška opisna povratna informacija.</w:t>
            </w:r>
          </w:p>
          <w:p w14:paraId="623D42AC" w14:textId="77777777" w:rsidR="008D43AB" w:rsidRDefault="00000000">
            <w:pPr>
              <w:spacing w:before="40" w:after="20" w:line="245" w:lineRule="auto"/>
            </w:pPr>
            <w:r>
              <w:rPr>
                <w:b/>
                <w:color w:val="000000"/>
                <w:sz w:val="17"/>
              </w:rPr>
              <w:t>GLASBENO DOŽIVETJE IN IZKUŠENJSKI POUK</w:t>
            </w:r>
          </w:p>
          <w:p w14:paraId="6333B06D"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51042DAC" w14:textId="77777777" w:rsidR="008D43AB" w:rsidRDefault="00000000">
            <w:pPr>
              <w:spacing w:after="20" w:line="245" w:lineRule="auto"/>
            </w:pPr>
            <w:r>
              <w:rPr>
                <w:b/>
                <w:color w:val="000000"/>
                <w:sz w:val="17"/>
              </w:rPr>
              <w:t>POUČEVANJE V GIBANJU</w:t>
            </w:r>
          </w:p>
          <w:p w14:paraId="285904CA"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7A198309" w14:textId="77777777" w:rsidR="008D43AB" w:rsidRDefault="00000000">
            <w:pPr>
              <w:spacing w:after="20" w:line="245" w:lineRule="auto"/>
            </w:pPr>
            <w:r>
              <w:rPr>
                <w:b/>
                <w:color w:val="000000"/>
                <w:sz w:val="17"/>
              </w:rPr>
              <w:t>DELO PO POSTAJAH</w:t>
            </w:r>
          </w:p>
          <w:p w14:paraId="3FC4DF50"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7EB7E164" w14:textId="77777777" w:rsidR="008D43AB" w:rsidRDefault="00000000">
            <w:pPr>
              <w:spacing w:after="10" w:line="245" w:lineRule="auto"/>
            </w:pPr>
            <w:r>
              <w:rPr>
                <w:color w:val="000000"/>
                <w:sz w:val="15"/>
              </w:rPr>
              <w:t>1. Raziskovalna: varno preizkusim material, predmet, glas ali zvočilo ter primerjam zvočni učinek.</w:t>
            </w:r>
          </w:p>
          <w:p w14:paraId="6F4EB7A8" w14:textId="77777777" w:rsidR="008D43AB" w:rsidRDefault="00000000">
            <w:pPr>
              <w:spacing w:after="10" w:line="245" w:lineRule="auto"/>
            </w:pPr>
            <w:r>
              <w:rPr>
                <w:color w:val="000000"/>
                <w:sz w:val="15"/>
              </w:rPr>
              <w:t>2. Gibalno-pripovedna: osebo, dogodek ali okolje ponazorim z gibanjem in izberem ustrezen zvok.</w:t>
            </w:r>
          </w:p>
          <w:p w14:paraId="39E88B76" w14:textId="77777777" w:rsidR="008D43AB" w:rsidRDefault="00000000">
            <w:pPr>
              <w:spacing w:after="10" w:line="245" w:lineRule="auto"/>
            </w:pPr>
            <w:r>
              <w:rPr>
                <w:color w:val="000000"/>
                <w:sz w:val="15"/>
              </w:rPr>
              <w:t>3. Slikovno-zapisna: iz simbolov sestavim motiv ali zaporedje in določim začetek, ponovitev ter konec.</w:t>
            </w:r>
          </w:p>
          <w:p w14:paraId="293B0935"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58DCF9D7" w14:textId="77777777" w:rsidR="008D43AB" w:rsidRDefault="00000000">
            <w:pPr>
              <w:spacing w:after="20" w:line="245" w:lineRule="auto"/>
            </w:pPr>
            <w:r>
              <w:rPr>
                <w:b/>
                <w:color w:val="000000"/>
                <w:sz w:val="17"/>
              </w:rPr>
              <w:t>DIFERENCIACIJA IN VKLJUČEVANJE</w:t>
            </w:r>
          </w:p>
          <w:p w14:paraId="306980CD"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5A7F0E30" w14:textId="77777777" w:rsidR="008D43AB" w:rsidRDefault="00000000">
            <w:pPr>
              <w:spacing w:after="20" w:line="245" w:lineRule="auto"/>
            </w:pPr>
            <w:r>
              <w:rPr>
                <w:b/>
                <w:color w:val="000000"/>
                <w:sz w:val="17"/>
              </w:rPr>
              <w:t>SPREMLJANJE</w:t>
            </w:r>
          </w:p>
          <w:p w14:paraId="57503FD9"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3CAE3DB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7E22CB8" w14:textId="77777777">
              <w:trPr>
                <w:jc w:val="center"/>
              </w:trPr>
              <w:tc>
                <w:tcPr>
                  <w:tcW w:w="7087" w:type="dxa"/>
                  <w:shd w:val="clear" w:color="auto" w:fill="C6E7F3"/>
                  <w:tcMar>
                    <w:top w:w="45" w:type="dxa"/>
                    <w:left w:w="70" w:type="dxa"/>
                    <w:bottom w:w="45" w:type="dxa"/>
                    <w:right w:w="70" w:type="dxa"/>
                  </w:tcMar>
                </w:tcPr>
                <w:p w14:paraId="0381DC04" w14:textId="77777777" w:rsidR="008D43AB" w:rsidRDefault="00000000">
                  <w:pPr>
                    <w:keepNext/>
                  </w:pPr>
                  <w:r>
                    <w:rPr>
                      <w:b/>
                      <w:color w:val="000000"/>
                      <w:sz w:val="17"/>
                    </w:rPr>
                    <w:t>GLAVNI DEL – POSLUŠANJE, IZVAJANJE, GIBANJE IN USTVARJANJE (1 šolska ura)</w:t>
                  </w:r>
                </w:p>
              </w:tc>
            </w:tr>
          </w:tbl>
          <w:p w14:paraId="2ADA4937" w14:textId="77777777" w:rsidR="008D43AB" w:rsidRDefault="008D43AB">
            <w:pPr>
              <w:spacing w:line="20" w:lineRule="exact"/>
            </w:pPr>
          </w:p>
          <w:p w14:paraId="13378991" w14:textId="77777777" w:rsidR="008D43AB" w:rsidRDefault="00000000">
            <w:pPr>
              <w:keepNext/>
              <w:spacing w:before="24" w:after="8" w:line="245" w:lineRule="auto"/>
            </w:pPr>
            <w:r>
              <w:rPr>
                <w:b/>
                <w:color w:val="000000"/>
                <w:sz w:val="16"/>
              </w:rPr>
              <w:t>1. URA – Zvočna Rast – Ustvarim in nastopim</w:t>
            </w:r>
          </w:p>
          <w:p w14:paraId="54A53732"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zvočna rast«; usmerja izbiro, zapis, vajo in menjavo vlog. Zaključek: 10' – Organizira nastop in odziv poslušalcev po kriterijih; posname kratek dokaz, če so soglasja urejena.</w:t>
            </w:r>
          </w:p>
          <w:p w14:paraId="614369DB"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7240D797"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3915309D" w14:textId="77777777">
              <w:trPr>
                <w:jc w:val="center"/>
              </w:trPr>
              <w:tc>
                <w:tcPr>
                  <w:tcW w:w="7087" w:type="dxa"/>
                  <w:shd w:val="clear" w:color="auto" w:fill="EDC9EA"/>
                  <w:tcMar>
                    <w:top w:w="45" w:type="dxa"/>
                    <w:left w:w="70" w:type="dxa"/>
                    <w:bottom w:w="45" w:type="dxa"/>
                    <w:right w:w="70" w:type="dxa"/>
                  </w:tcMar>
                </w:tcPr>
                <w:p w14:paraId="3C9B9E50" w14:textId="77777777" w:rsidR="008D43AB" w:rsidRDefault="00000000">
                  <w:pPr>
                    <w:keepNext/>
                  </w:pPr>
                  <w:r>
                    <w:rPr>
                      <w:b/>
                      <w:color w:val="000000"/>
                      <w:sz w:val="17"/>
                    </w:rPr>
                    <w:t>ORGANIZACIJA POSTAJ IN PREHODOV</w:t>
                  </w:r>
                </w:p>
              </w:tc>
            </w:tr>
          </w:tbl>
          <w:p w14:paraId="7CF6D0CC" w14:textId="77777777" w:rsidR="008D43AB" w:rsidRDefault="008D43AB"/>
          <w:p w14:paraId="23B5132E"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74AD82EE" w14:textId="77777777" w:rsidR="008D43AB" w:rsidRDefault="00000000">
            <w:pPr>
              <w:spacing w:before="9" w:after="9" w:line="245" w:lineRule="auto"/>
            </w:pPr>
            <w:r>
              <w:rPr>
                <w:color w:val="000000"/>
                <w:sz w:val="15"/>
              </w:rPr>
              <w:t>Postaja 2: Gibalno-pripovedna: osebo, dogodek ali okolje ponazorim z gibanjem in izberem ustrezen zvok.</w:t>
            </w:r>
          </w:p>
          <w:p w14:paraId="3F84DFA5"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67848818"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6265E1AD"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798F8555" w14:textId="77777777" w:rsidR="008D43AB" w:rsidRDefault="008D43AB"/>
          <w:p w14:paraId="11FB05C4" w14:textId="77777777" w:rsidR="008D43AB" w:rsidRDefault="00000000">
            <w:pPr>
              <w:spacing w:after="6" w:line="245" w:lineRule="auto"/>
            </w:pPr>
            <w:r>
              <w:rPr>
                <w:b/>
                <w:color w:val="000000"/>
                <w:sz w:val="15"/>
              </w:rPr>
              <w:t>1. URA – Zvočna Rast – Ustvarim in nastopim</w:t>
            </w:r>
          </w:p>
          <w:p w14:paraId="6618FBA7"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677B327F" w14:textId="77777777" w:rsidR="008D43AB" w:rsidRDefault="00000000">
            <w:pPr>
              <w:spacing w:after="20" w:line="245" w:lineRule="auto"/>
            </w:pPr>
            <w:r>
              <w:rPr>
                <w:color w:val="D95BC6"/>
                <w:sz w:val="14"/>
              </w:rPr>
              <w:t>Dokaz: slikovni zvočni zapis, skupinska izvedba/posnetek in vrstniška opisna povratna informacija.</w:t>
            </w:r>
          </w:p>
          <w:p w14:paraId="7C4D2380" w14:textId="77777777" w:rsidR="008D43AB" w:rsidRDefault="00000000">
            <w:pPr>
              <w:spacing w:before="40" w:after="20" w:line="245" w:lineRule="auto"/>
            </w:pPr>
            <w:r>
              <w:rPr>
                <w:b/>
                <w:color w:val="D95BC6"/>
                <w:sz w:val="16"/>
              </w:rPr>
              <w:t>MOJ KROG POSTAJ</w:t>
            </w:r>
          </w:p>
          <w:p w14:paraId="3657DEE2" w14:textId="77777777" w:rsidR="008D43AB" w:rsidRDefault="00000000">
            <w:pPr>
              <w:spacing w:after="11" w:line="245" w:lineRule="auto"/>
            </w:pPr>
            <w:r>
              <w:rPr>
                <w:color w:val="000000"/>
                <w:sz w:val="14"/>
              </w:rPr>
              <w:t>1. Raziskovalna: varno preizkusim material, predmet, glas ali zvočilo ter primerjam zvočni.</w:t>
            </w:r>
          </w:p>
          <w:p w14:paraId="640E67D4" w14:textId="77777777" w:rsidR="008D43AB" w:rsidRDefault="00000000">
            <w:pPr>
              <w:spacing w:after="11" w:line="245" w:lineRule="auto"/>
            </w:pPr>
            <w:r>
              <w:rPr>
                <w:color w:val="000000"/>
                <w:sz w:val="14"/>
              </w:rPr>
              <w:t>2. Gibalno-pripovedna: osebo, dogodek ali okolje ponazorim z gibanjem in izberem ustrezen zvok.</w:t>
            </w:r>
          </w:p>
          <w:p w14:paraId="17B22728" w14:textId="77777777" w:rsidR="008D43AB" w:rsidRDefault="00000000">
            <w:pPr>
              <w:spacing w:after="11" w:line="245" w:lineRule="auto"/>
            </w:pPr>
            <w:r>
              <w:rPr>
                <w:color w:val="000000"/>
                <w:sz w:val="14"/>
              </w:rPr>
              <w:t>3. Slikovno-zapisna: iz simbolov sestavim motiv ali zaporedje in določim začetek.</w:t>
            </w:r>
          </w:p>
          <w:p w14:paraId="2894D5AA" w14:textId="77777777" w:rsidR="008D43AB" w:rsidRDefault="00000000">
            <w:pPr>
              <w:spacing w:after="11" w:line="245" w:lineRule="auto"/>
            </w:pPr>
            <w:r>
              <w:rPr>
                <w:color w:val="000000"/>
                <w:sz w:val="14"/>
              </w:rPr>
              <w:t>4. Izvajalska: prevzamem vlogo izvajalca ali dirigenta, izvedem rešitev in jo izboljšam po.</w:t>
            </w:r>
          </w:p>
          <w:p w14:paraId="70D5B412"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16A0429" w14:textId="77777777" w:rsidR="008D43AB" w:rsidRDefault="00000000">
            <w:pPr>
              <w:spacing w:after="20" w:line="245" w:lineRule="auto"/>
            </w:pPr>
            <w:r>
              <w:rPr>
                <w:b/>
                <w:color w:val="D95BC6"/>
                <w:sz w:val="17"/>
              </w:rPr>
              <w:t>DOKAZ O UČENJU</w:t>
            </w:r>
          </w:p>
          <w:p w14:paraId="6B2E68D7"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31F6D51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B8AC7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558BE52"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88A4521" w14:textId="77777777" w:rsidR="008D43AB" w:rsidRDefault="00000000">
            <w:pPr>
              <w:jc w:val="center"/>
            </w:pPr>
            <w:r>
              <w:rPr>
                <w:b/>
                <w:color w:val="000000"/>
                <w:sz w:val="20"/>
              </w:rPr>
              <w:t>UČNE DEJAVNOSTI, METODE IN FORMATIVNO SPREMLJANJE</w:t>
            </w:r>
          </w:p>
        </w:tc>
      </w:tr>
      <w:tr w:rsidR="008D43AB" w14:paraId="02DEA5B9" w14:textId="77777777">
        <w:trPr>
          <w:tblHeader/>
          <w:jc w:val="center"/>
        </w:trPr>
        <w:tc>
          <w:tcPr>
            <w:tcW w:w="4422" w:type="dxa"/>
            <w:vMerge/>
            <w:tcMar>
              <w:top w:w="70" w:type="dxa"/>
              <w:left w:w="90" w:type="dxa"/>
              <w:bottom w:w="70" w:type="dxa"/>
              <w:right w:w="90" w:type="dxa"/>
            </w:tcMar>
            <w:vAlign w:val="center"/>
          </w:tcPr>
          <w:p w14:paraId="661BE728" w14:textId="77777777" w:rsidR="008D43AB" w:rsidRDefault="008D43AB"/>
        </w:tc>
        <w:tc>
          <w:tcPr>
            <w:tcW w:w="7087" w:type="dxa"/>
            <w:shd w:val="clear" w:color="auto" w:fill="FFFFFF"/>
            <w:tcMar>
              <w:top w:w="70" w:type="dxa"/>
              <w:left w:w="90" w:type="dxa"/>
              <w:bottom w:w="70" w:type="dxa"/>
              <w:right w:w="90" w:type="dxa"/>
            </w:tcMar>
            <w:vAlign w:val="center"/>
          </w:tcPr>
          <w:p w14:paraId="577FCE29"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D14D28F" w14:textId="77777777" w:rsidR="008D43AB" w:rsidRDefault="00000000">
            <w:pPr>
              <w:jc w:val="center"/>
            </w:pPr>
            <w:r>
              <w:rPr>
                <w:b/>
                <w:color w:val="000000"/>
              </w:rPr>
              <w:t>UČENEC</w:t>
            </w:r>
          </w:p>
        </w:tc>
      </w:tr>
      <w:tr w:rsidR="008D43AB" w14:paraId="54EC4275" w14:textId="77777777">
        <w:trPr>
          <w:jc w:val="center"/>
        </w:trPr>
        <w:tc>
          <w:tcPr>
            <w:tcW w:w="4422" w:type="dxa"/>
            <w:tcMar>
              <w:top w:w="70" w:type="dxa"/>
              <w:left w:w="90" w:type="dxa"/>
              <w:bottom w:w="70" w:type="dxa"/>
              <w:right w:w="90" w:type="dxa"/>
            </w:tcMar>
          </w:tcPr>
          <w:p w14:paraId="328861A8" w14:textId="77777777" w:rsidR="008D43AB" w:rsidRDefault="008D43AB"/>
          <w:p w14:paraId="35172D65" w14:textId="77777777" w:rsidR="008D43AB" w:rsidRDefault="00000000">
            <w:pPr>
              <w:spacing w:after="40" w:line="245" w:lineRule="auto"/>
            </w:pPr>
            <w:r>
              <w:rPr>
                <w:b/>
                <w:color w:val="000000"/>
              </w:rPr>
              <w:t>FORMATIVNO SPREMLJANJE</w:t>
            </w:r>
          </w:p>
          <w:p w14:paraId="5535517C" w14:textId="77777777" w:rsidR="008D43AB" w:rsidRDefault="00000000">
            <w:pPr>
              <w:pStyle w:val="Oznaenseznam"/>
              <w:spacing w:after="16"/>
            </w:pPr>
            <w:r>
              <w:rPr>
                <w:color w:val="000000"/>
                <w:sz w:val="16"/>
              </w:rPr>
              <w:t>predznanje: zvočna napoved, izbira kartice, gib, ritmični oziroma pevski poskus ali začetni simbol</w:t>
            </w:r>
          </w:p>
          <w:p w14:paraId="7983DB0F" w14:textId="77777777" w:rsidR="008D43AB" w:rsidRDefault="00000000">
            <w:pPr>
              <w:pStyle w:val="Oznaenseznam"/>
              <w:spacing w:after="16"/>
            </w:pPr>
            <w:r>
              <w:rPr>
                <w:color w:val="000000"/>
                <w:sz w:val="16"/>
              </w:rPr>
              <w:t>nameni in merila: kratka poved, slikovni znak, model izvedbe ter vidna pravila varne glasnosti</w:t>
            </w:r>
          </w:p>
          <w:p w14:paraId="5277C68F"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58093C61" w14:textId="77777777" w:rsidR="008D43AB" w:rsidRDefault="00000000">
            <w:pPr>
              <w:pStyle w:val="Oznaenseznam"/>
              <w:spacing w:after="16"/>
            </w:pPr>
            <w:r>
              <w:rPr>
                <w:color w:val="000000"/>
                <w:sz w:val="16"/>
              </w:rPr>
              <w:t>povratna informacija: opis slišane strategije, povezava z enim merilom in izvedljiv naslednji korak</w:t>
            </w:r>
          </w:p>
          <w:p w14:paraId="755E4CAC" w14:textId="77777777" w:rsidR="008D43AB" w:rsidRDefault="00000000">
            <w:pPr>
              <w:pStyle w:val="Oznaenseznam"/>
              <w:spacing w:after="16"/>
            </w:pPr>
            <w:r>
              <w:rPr>
                <w:color w:val="000000"/>
                <w:sz w:val="16"/>
              </w:rPr>
              <w:t>samovrednotenje: barvni zvočni semafor, lestvica samostojnosti, izbran dokaz in ponovna izvedba</w:t>
            </w:r>
          </w:p>
          <w:p w14:paraId="3DB050DB" w14:textId="77777777" w:rsidR="008D43AB" w:rsidRDefault="00000000">
            <w:pPr>
              <w:spacing w:before="40" w:after="20" w:line="245" w:lineRule="auto"/>
            </w:pPr>
            <w:r>
              <w:rPr>
                <w:b/>
                <w:color w:val="000000"/>
                <w:sz w:val="17"/>
              </w:rPr>
              <w:t>VARNOST IN VAROVANJE SLUHA</w:t>
            </w:r>
          </w:p>
          <w:p w14:paraId="301AAA77"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0A0A66F5" w14:textId="77777777" w:rsidR="008D43AB" w:rsidRDefault="00000000">
            <w:pPr>
              <w:spacing w:after="20" w:line="245" w:lineRule="auto"/>
            </w:pPr>
            <w:r>
              <w:rPr>
                <w:b/>
                <w:color w:val="000000"/>
                <w:sz w:val="17"/>
              </w:rPr>
              <w:t>EVIDENCA PO IZVEDBI</w:t>
            </w:r>
          </w:p>
          <w:p w14:paraId="4C1C82AB"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7CCDC6C4" w14:textId="77777777" w:rsidR="008D43AB" w:rsidRDefault="00000000">
            <w:pPr>
              <w:spacing w:before="40" w:after="20" w:line="245" w:lineRule="auto"/>
            </w:pPr>
            <w:r>
              <w:rPr>
                <w:b/>
                <w:color w:val="000000"/>
                <w:sz w:val="17"/>
              </w:rPr>
              <w:t>RAVEN DOSEGANJA</w:t>
            </w:r>
          </w:p>
          <w:p w14:paraId="7D4F3593"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2C749A7"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F68A7EA" w14:textId="77777777">
              <w:trPr>
                <w:jc w:val="center"/>
              </w:trPr>
              <w:tc>
                <w:tcPr>
                  <w:tcW w:w="7087" w:type="dxa"/>
                  <w:shd w:val="clear" w:color="auto" w:fill="EDC9EA"/>
                  <w:tcMar>
                    <w:top w:w="45" w:type="dxa"/>
                    <w:left w:w="70" w:type="dxa"/>
                    <w:bottom w:w="45" w:type="dxa"/>
                    <w:right w:w="70" w:type="dxa"/>
                  </w:tcMar>
                </w:tcPr>
                <w:p w14:paraId="1261723F" w14:textId="77777777" w:rsidR="008D43AB" w:rsidRDefault="00000000">
                  <w:pPr>
                    <w:keepNext/>
                  </w:pPr>
                  <w:r>
                    <w:rPr>
                      <w:b/>
                      <w:color w:val="000000"/>
                    </w:rPr>
                    <w:t>VPRAŠANJA V PODPORO GLASBENEMU UČENJU</w:t>
                  </w:r>
                </w:p>
              </w:tc>
            </w:tr>
          </w:tbl>
          <w:p w14:paraId="2CFE8B5C" w14:textId="77777777" w:rsidR="008D43AB" w:rsidRDefault="008D43AB">
            <w:pPr>
              <w:spacing w:line="20" w:lineRule="exact"/>
            </w:pPr>
          </w:p>
          <w:p w14:paraId="3C35099C" w14:textId="77777777" w:rsidR="008D43AB" w:rsidRDefault="00000000">
            <w:pPr>
              <w:pStyle w:val="Oznaenseznam"/>
              <w:spacing w:after="16"/>
            </w:pPr>
            <w:r>
              <w:rPr>
                <w:color w:val="000000"/>
                <w:sz w:val="16"/>
              </w:rPr>
              <w:t>Kaj si v glasbi slišal/-a, začutil/-a ali pokazal/-a z gibanjem?</w:t>
            </w:r>
          </w:p>
          <w:p w14:paraId="59BE808F" w14:textId="77777777" w:rsidR="008D43AB" w:rsidRDefault="00000000">
            <w:pPr>
              <w:pStyle w:val="Oznaenseznam"/>
              <w:spacing w:after="16"/>
            </w:pPr>
            <w:r>
              <w:rPr>
                <w:color w:val="000000"/>
                <w:sz w:val="16"/>
              </w:rPr>
              <w:t>Po katerem zvočnem znaku, lastnosti ali vzorcu si prepoznal/-a rešitev?</w:t>
            </w:r>
          </w:p>
          <w:p w14:paraId="7C56D473" w14:textId="77777777" w:rsidR="008D43AB" w:rsidRDefault="00000000">
            <w:pPr>
              <w:pStyle w:val="Oznaenseznam"/>
              <w:spacing w:after="16"/>
            </w:pPr>
            <w:r>
              <w:rPr>
                <w:color w:val="000000"/>
                <w:sz w:val="16"/>
              </w:rPr>
              <w:t>Kako veš, da je bil pulz, začetek, konec, glasnost ali skupinska izvedba skladna z merilom?</w:t>
            </w:r>
          </w:p>
          <w:p w14:paraId="2A212C33" w14:textId="77777777" w:rsidR="008D43AB" w:rsidRDefault="00000000">
            <w:pPr>
              <w:pStyle w:val="Oznaenseznam"/>
              <w:spacing w:after="16"/>
            </w:pPr>
            <w:r>
              <w:rPr>
                <w:color w:val="000000"/>
                <w:sz w:val="16"/>
              </w:rPr>
              <w:t>Zakaj si za motiv, osebo, dogodek ali okolje izbral/-a prav ta glas, predmet ali glasbilo?</w:t>
            </w:r>
          </w:p>
          <w:p w14:paraId="55A97412"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2A4447DD" w14:textId="77777777">
              <w:trPr>
                <w:jc w:val="center"/>
              </w:trPr>
              <w:tc>
                <w:tcPr>
                  <w:tcW w:w="7087" w:type="dxa"/>
                  <w:shd w:val="clear" w:color="auto" w:fill="C6E7F3"/>
                  <w:tcMar>
                    <w:top w:w="45" w:type="dxa"/>
                    <w:left w:w="70" w:type="dxa"/>
                    <w:bottom w:w="45" w:type="dxa"/>
                    <w:right w:w="70" w:type="dxa"/>
                  </w:tcMar>
                </w:tcPr>
                <w:p w14:paraId="60D6C4AF" w14:textId="77777777" w:rsidR="008D43AB" w:rsidRDefault="00000000">
                  <w:pPr>
                    <w:keepNext/>
                  </w:pPr>
                  <w:r>
                    <w:rPr>
                      <w:b/>
                      <w:color w:val="000000"/>
                    </w:rPr>
                    <w:t>ZAKLJUČNI DEL – NASTOP, POSLUŠALSKI ODZIV IN REFLEKSIJA (8–12 min)</w:t>
                  </w:r>
                </w:p>
              </w:tc>
            </w:tr>
          </w:tbl>
          <w:p w14:paraId="1885BE68" w14:textId="77777777" w:rsidR="008D43AB" w:rsidRDefault="008D43AB">
            <w:pPr>
              <w:spacing w:line="20" w:lineRule="exact"/>
            </w:pPr>
          </w:p>
          <w:p w14:paraId="5DE65C71"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54D34E73" w14:textId="77777777">
              <w:trPr>
                <w:jc w:val="center"/>
              </w:trPr>
              <w:tc>
                <w:tcPr>
                  <w:tcW w:w="7087" w:type="dxa"/>
                  <w:shd w:val="clear" w:color="auto" w:fill="EDC9EA"/>
                  <w:tcMar>
                    <w:top w:w="45" w:type="dxa"/>
                    <w:left w:w="70" w:type="dxa"/>
                    <w:bottom w:w="45" w:type="dxa"/>
                    <w:right w:w="70" w:type="dxa"/>
                  </w:tcMar>
                </w:tcPr>
                <w:p w14:paraId="697551E3" w14:textId="77777777" w:rsidR="008D43AB" w:rsidRDefault="00000000">
                  <w:pPr>
                    <w:keepNext/>
                  </w:pPr>
                  <w:r>
                    <w:rPr>
                      <w:b/>
                      <w:color w:val="000000"/>
                    </w:rPr>
                    <w:t>SAMOVREDNOTENJE</w:t>
                  </w:r>
                </w:p>
              </w:tc>
            </w:tr>
          </w:tbl>
          <w:p w14:paraId="49757B93" w14:textId="77777777" w:rsidR="008D43AB" w:rsidRDefault="008D43AB">
            <w:pPr>
              <w:spacing w:line="20" w:lineRule="exact"/>
            </w:pPr>
          </w:p>
          <w:p w14:paraId="3B12A286"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5B4480E0" w14:textId="77777777">
              <w:trPr>
                <w:jc w:val="center"/>
              </w:trPr>
              <w:tc>
                <w:tcPr>
                  <w:tcW w:w="7087" w:type="dxa"/>
                  <w:shd w:val="clear" w:color="auto" w:fill="EDC9EA"/>
                  <w:tcMar>
                    <w:top w:w="45" w:type="dxa"/>
                    <w:left w:w="70" w:type="dxa"/>
                    <w:bottom w:w="45" w:type="dxa"/>
                    <w:right w:w="70" w:type="dxa"/>
                  </w:tcMar>
                </w:tcPr>
                <w:p w14:paraId="54F1CCA4" w14:textId="77777777" w:rsidR="008D43AB" w:rsidRDefault="00000000">
                  <w:pPr>
                    <w:keepNext/>
                  </w:pPr>
                  <w:r>
                    <w:rPr>
                      <w:b/>
                      <w:color w:val="000000"/>
                    </w:rPr>
                    <w:t>VRSTNIŠKO VREDNOTENJE</w:t>
                  </w:r>
                </w:p>
              </w:tc>
            </w:tr>
          </w:tbl>
          <w:p w14:paraId="6E10EE49" w14:textId="77777777" w:rsidR="008D43AB" w:rsidRDefault="008D43AB">
            <w:pPr>
              <w:spacing w:line="20" w:lineRule="exact"/>
            </w:pPr>
          </w:p>
          <w:p w14:paraId="1A92495A"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2DD583DC" w14:textId="77777777">
              <w:trPr>
                <w:jc w:val="center"/>
              </w:trPr>
              <w:tc>
                <w:tcPr>
                  <w:tcW w:w="7087" w:type="dxa"/>
                  <w:shd w:val="clear" w:color="auto" w:fill="EDC9EA"/>
                  <w:tcMar>
                    <w:top w:w="45" w:type="dxa"/>
                    <w:left w:w="70" w:type="dxa"/>
                    <w:bottom w:w="45" w:type="dxa"/>
                    <w:right w:w="70" w:type="dxa"/>
                  </w:tcMar>
                </w:tcPr>
                <w:p w14:paraId="7914CBA5" w14:textId="77777777" w:rsidR="008D43AB" w:rsidRDefault="00000000">
                  <w:pPr>
                    <w:keepNext/>
                  </w:pPr>
                  <w:r>
                    <w:rPr>
                      <w:b/>
                      <w:color w:val="000000"/>
                    </w:rPr>
                    <w:t>SKUPNI POVZETEK</w:t>
                  </w:r>
                </w:p>
              </w:tc>
            </w:tr>
          </w:tbl>
          <w:p w14:paraId="73305FC4" w14:textId="77777777" w:rsidR="008D43AB" w:rsidRDefault="008D43AB"/>
          <w:p w14:paraId="21D6E208" w14:textId="77777777" w:rsidR="008D43AB" w:rsidRDefault="00000000">
            <w:pPr>
              <w:spacing w:before="20" w:after="40" w:line="245" w:lineRule="auto"/>
            </w:pPr>
            <w:r>
              <w:rPr>
                <w:b/>
                <w:color w:val="000000"/>
                <w:sz w:val="16"/>
              </w:rPr>
              <w:t>ustvarim glasbeni motiv; ponovi motiv; poveže dinamiko z rastjo. Izbrani dokaz pojasnim in po povratni informaciji izboljšam.</w:t>
            </w:r>
          </w:p>
        </w:tc>
        <w:tc>
          <w:tcPr>
            <w:tcW w:w="2551" w:type="dxa"/>
            <w:tcMar>
              <w:top w:w="70" w:type="dxa"/>
              <w:left w:w="90" w:type="dxa"/>
              <w:bottom w:w="70" w:type="dxa"/>
              <w:right w:w="90" w:type="dxa"/>
            </w:tcMar>
          </w:tcPr>
          <w:p w14:paraId="4BAA2240" w14:textId="77777777" w:rsidR="008D43AB" w:rsidRDefault="008D43AB"/>
          <w:p w14:paraId="58F0C6D1" w14:textId="77777777" w:rsidR="008D43AB" w:rsidRDefault="00000000">
            <w:pPr>
              <w:spacing w:after="80" w:line="245" w:lineRule="auto"/>
            </w:pPr>
            <w:r>
              <w:rPr>
                <w:color w:val="000000"/>
                <w:sz w:val="16"/>
              </w:rPr>
              <w:t>Odgovarja na podporna vprašanja in se sklicuje na slišano, izvedeno, ustvarjeno ali zapisano.</w:t>
            </w:r>
          </w:p>
          <w:p w14:paraId="28082A67" w14:textId="77777777" w:rsidR="008D43AB" w:rsidRDefault="00000000">
            <w:pPr>
              <w:spacing w:after="80" w:line="245" w:lineRule="auto"/>
            </w:pPr>
            <w:r>
              <w:rPr>
                <w:color w:val="000000"/>
                <w:sz w:val="16"/>
              </w:rPr>
              <w:t>Predstavi izbrani dokaz ter pove, katero merilo z njim pokaže.</w:t>
            </w:r>
          </w:p>
          <w:p w14:paraId="5C4F692A" w14:textId="77777777" w:rsidR="008D43AB" w:rsidRDefault="00000000">
            <w:pPr>
              <w:spacing w:after="80" w:line="245" w:lineRule="auto"/>
            </w:pPr>
            <w:r>
              <w:rPr>
                <w:color w:val="000000"/>
                <w:sz w:val="16"/>
              </w:rPr>
              <w:t>Posluša vrstnika, opiše eno slišano moč in poda prijazen predlog za izboljšavo.</w:t>
            </w:r>
          </w:p>
          <w:p w14:paraId="6D824F7D" w14:textId="77777777" w:rsidR="008D43AB" w:rsidRDefault="00000000">
            <w:pPr>
              <w:spacing w:after="80" w:line="245" w:lineRule="auto"/>
            </w:pPr>
            <w:r>
              <w:rPr>
                <w:color w:val="000000"/>
                <w:sz w:val="16"/>
              </w:rPr>
              <w:t>Po povratni informaciji izvedbo, gib, ritem, zvočno izbiro ali slikovni zapis ponovi in izboljša.</w:t>
            </w:r>
          </w:p>
          <w:p w14:paraId="3B306971" w14:textId="77777777" w:rsidR="008D43AB" w:rsidRDefault="00000000">
            <w:pPr>
              <w:spacing w:after="100" w:line="245" w:lineRule="auto"/>
            </w:pPr>
            <w:r>
              <w:rPr>
                <w:color w:val="000000"/>
                <w:sz w:val="16"/>
              </w:rPr>
              <w:t>Izbere raven samostojnosti ter določi majhen in izvedljiv naslednji glasbeni korak.</w:t>
            </w:r>
          </w:p>
          <w:p w14:paraId="4B49F7C8" w14:textId="77777777" w:rsidR="008D43AB" w:rsidRDefault="00000000">
            <w:pPr>
              <w:spacing w:after="20" w:line="245" w:lineRule="auto"/>
            </w:pPr>
            <w:r>
              <w:rPr>
                <w:b/>
                <w:color w:val="D95BC6"/>
                <w:sz w:val="17"/>
              </w:rPr>
              <w:t>DOKAZ O UČENJU</w:t>
            </w:r>
          </w:p>
          <w:p w14:paraId="6FB3846D"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06BE5BE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33798AA0" w14:textId="77777777">
        <w:trPr>
          <w:cantSplit/>
          <w:jc w:val="center"/>
        </w:trPr>
        <w:tc>
          <w:tcPr>
            <w:tcW w:w="14060" w:type="dxa"/>
            <w:gridSpan w:val="6"/>
            <w:tcMar>
              <w:top w:w="70" w:type="dxa"/>
              <w:left w:w="90" w:type="dxa"/>
              <w:bottom w:w="70" w:type="dxa"/>
              <w:right w:w="90" w:type="dxa"/>
            </w:tcMar>
            <w:vAlign w:val="center"/>
          </w:tcPr>
          <w:p w14:paraId="4FD82E6A" w14:textId="77777777" w:rsidR="008D43AB" w:rsidRDefault="00000000">
            <w:pPr>
              <w:jc w:val="center"/>
            </w:pPr>
            <w:r>
              <w:rPr>
                <w:b/>
                <w:color w:val="000000"/>
                <w:sz w:val="24"/>
              </w:rPr>
              <w:lastRenderedPageBreak/>
              <w:t>UČNA PRIPRAVA 29/39</w:t>
            </w:r>
          </w:p>
        </w:tc>
      </w:tr>
      <w:tr w:rsidR="008D43AB" w14:paraId="7A86E0CA" w14:textId="77777777">
        <w:trPr>
          <w:jc w:val="center"/>
        </w:trPr>
        <w:tc>
          <w:tcPr>
            <w:tcW w:w="2665" w:type="dxa"/>
            <w:tcMar>
              <w:top w:w="70" w:type="dxa"/>
              <w:left w:w="90" w:type="dxa"/>
              <w:bottom w:w="70" w:type="dxa"/>
              <w:right w:w="90" w:type="dxa"/>
            </w:tcMar>
            <w:vAlign w:val="center"/>
          </w:tcPr>
          <w:p w14:paraId="58C7E81A"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8200E55"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50D28109"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6AD0BEA" w14:textId="77777777" w:rsidR="008D43AB" w:rsidRDefault="00000000">
            <w:r>
              <w:rPr>
                <w:b/>
                <w:color w:val="000000"/>
                <w:sz w:val="16"/>
              </w:rPr>
              <w:t xml:space="preserve">NAČRTOVANI TERMIN: </w:t>
            </w:r>
            <w:r>
              <w:rPr>
                <w:color w:val="000000"/>
                <w:sz w:val="16"/>
              </w:rPr>
              <w:t>29. teden • 5.–9. 4. 2027</w:t>
            </w:r>
          </w:p>
        </w:tc>
        <w:tc>
          <w:tcPr>
            <w:tcW w:w="2268" w:type="dxa"/>
            <w:tcMar>
              <w:top w:w="70" w:type="dxa"/>
              <w:left w:w="90" w:type="dxa"/>
              <w:bottom w:w="70" w:type="dxa"/>
              <w:right w:w="90" w:type="dxa"/>
            </w:tcMar>
            <w:vAlign w:val="center"/>
          </w:tcPr>
          <w:p w14:paraId="27AEDB16"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A17B4FA" w14:textId="77777777" w:rsidR="008D43AB" w:rsidRDefault="00000000">
            <w:r>
              <w:rPr>
                <w:b/>
                <w:color w:val="000000"/>
                <w:sz w:val="16"/>
              </w:rPr>
              <w:t xml:space="preserve">ŠTEVILO UR: </w:t>
            </w:r>
            <w:r>
              <w:rPr>
                <w:color w:val="000000"/>
                <w:sz w:val="16"/>
              </w:rPr>
              <w:t>2</w:t>
            </w:r>
          </w:p>
        </w:tc>
      </w:tr>
      <w:tr w:rsidR="008D43AB" w14:paraId="4C11CC3E" w14:textId="77777777">
        <w:trPr>
          <w:jc w:val="center"/>
        </w:trPr>
        <w:tc>
          <w:tcPr>
            <w:tcW w:w="14061" w:type="dxa"/>
            <w:gridSpan w:val="6"/>
            <w:tcMar>
              <w:top w:w="70" w:type="dxa"/>
              <w:left w:w="90" w:type="dxa"/>
              <w:bottom w:w="70" w:type="dxa"/>
              <w:right w:w="90" w:type="dxa"/>
            </w:tcMar>
            <w:vAlign w:val="center"/>
          </w:tcPr>
          <w:p w14:paraId="236A9CE5"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32F9190" w14:textId="77777777">
        <w:trPr>
          <w:cantSplit/>
          <w:jc w:val="center"/>
        </w:trPr>
        <w:tc>
          <w:tcPr>
            <w:tcW w:w="14060" w:type="dxa"/>
            <w:gridSpan w:val="6"/>
            <w:tcMar>
              <w:top w:w="70" w:type="dxa"/>
              <w:left w:w="90" w:type="dxa"/>
              <w:bottom w:w="70" w:type="dxa"/>
              <w:right w:w="90" w:type="dxa"/>
            </w:tcMar>
            <w:vAlign w:val="center"/>
          </w:tcPr>
          <w:p w14:paraId="61D53233" w14:textId="77777777" w:rsidR="008D43AB" w:rsidRDefault="008D43AB"/>
          <w:p w14:paraId="4AF3B9E6" w14:textId="77777777" w:rsidR="008D43AB" w:rsidRDefault="00000000">
            <w:pPr>
              <w:spacing w:line="245" w:lineRule="auto"/>
            </w:pPr>
            <w:r>
              <w:rPr>
                <w:b/>
                <w:color w:val="000000"/>
                <w:sz w:val="16"/>
              </w:rPr>
              <w:t xml:space="preserve">UČNI SKLOP: </w:t>
            </w:r>
            <w:r>
              <w:rPr>
                <w:color w:val="000000"/>
                <w:sz w:val="16"/>
              </w:rPr>
              <w:t>POMLAD, POJAVI IN ŽIVA BITJA</w:t>
            </w:r>
          </w:p>
        </w:tc>
      </w:tr>
      <w:tr w:rsidR="008D43AB" w14:paraId="73C388C9" w14:textId="77777777">
        <w:trPr>
          <w:cantSplit/>
          <w:jc w:val="center"/>
        </w:trPr>
        <w:tc>
          <w:tcPr>
            <w:tcW w:w="14060" w:type="dxa"/>
            <w:gridSpan w:val="6"/>
            <w:tcMar>
              <w:top w:w="70" w:type="dxa"/>
              <w:left w:w="90" w:type="dxa"/>
              <w:bottom w:w="70" w:type="dxa"/>
              <w:right w:w="90" w:type="dxa"/>
            </w:tcMar>
            <w:vAlign w:val="center"/>
          </w:tcPr>
          <w:p w14:paraId="52EFEF18" w14:textId="77777777" w:rsidR="008D43AB" w:rsidRDefault="008D43AB"/>
          <w:p w14:paraId="59B444E2" w14:textId="77777777" w:rsidR="008D43AB" w:rsidRDefault="00000000">
            <w:pPr>
              <w:spacing w:line="245" w:lineRule="auto"/>
            </w:pPr>
            <w:r>
              <w:rPr>
                <w:b/>
                <w:color w:val="000000"/>
                <w:sz w:val="16"/>
              </w:rPr>
              <w:t xml:space="preserve">UČNA TEMA: </w:t>
            </w:r>
            <w:r>
              <w:rPr>
                <w:color w:val="000000"/>
                <w:sz w:val="16"/>
              </w:rPr>
              <w:t>GLASBENA POKRAJINA</w:t>
            </w:r>
          </w:p>
        </w:tc>
      </w:tr>
      <w:tr w:rsidR="008D43AB" w14:paraId="7EBD1D3D" w14:textId="77777777">
        <w:trPr>
          <w:cantSplit/>
          <w:jc w:val="center"/>
        </w:trPr>
        <w:tc>
          <w:tcPr>
            <w:tcW w:w="14060" w:type="dxa"/>
            <w:gridSpan w:val="6"/>
            <w:tcMar>
              <w:top w:w="70" w:type="dxa"/>
              <w:left w:w="90" w:type="dxa"/>
              <w:bottom w:w="70" w:type="dxa"/>
              <w:right w:w="90" w:type="dxa"/>
            </w:tcMar>
            <w:vAlign w:val="center"/>
          </w:tcPr>
          <w:p w14:paraId="2F637C6F" w14:textId="77777777" w:rsidR="008D43AB" w:rsidRDefault="008D43AB"/>
          <w:p w14:paraId="16A97A14" w14:textId="77777777" w:rsidR="008D43AB" w:rsidRDefault="00000000">
            <w:pPr>
              <w:spacing w:line="245" w:lineRule="auto"/>
            </w:pPr>
            <w:r>
              <w:rPr>
                <w:b/>
                <w:color w:val="000000"/>
                <w:sz w:val="16"/>
              </w:rPr>
              <w:t xml:space="preserve">KNJIŽEVNO / MOTIVNO IZHODIŠČE: </w:t>
            </w:r>
            <w:r>
              <w:rPr>
                <w:color w:val="000000"/>
                <w:sz w:val="16"/>
              </w:rPr>
              <w:t>»Živalske novice« – Primož Suhodolčan • živali, življenjska okolja in igrivo informacijsko besedilo</w:t>
            </w:r>
          </w:p>
        </w:tc>
      </w:tr>
      <w:tr w:rsidR="008D43AB" w14:paraId="02AA157E" w14:textId="77777777">
        <w:trPr>
          <w:cantSplit/>
          <w:jc w:val="center"/>
        </w:trPr>
        <w:tc>
          <w:tcPr>
            <w:tcW w:w="14060" w:type="dxa"/>
            <w:gridSpan w:val="6"/>
            <w:tcMar>
              <w:top w:w="70" w:type="dxa"/>
              <w:left w:w="90" w:type="dxa"/>
              <w:bottom w:w="70" w:type="dxa"/>
              <w:right w:w="90" w:type="dxa"/>
            </w:tcMar>
            <w:vAlign w:val="center"/>
          </w:tcPr>
          <w:p w14:paraId="3817B468" w14:textId="77777777" w:rsidR="008D43AB" w:rsidRDefault="008D43AB"/>
          <w:p w14:paraId="0070CE61" w14:textId="77777777" w:rsidR="008D43AB" w:rsidRDefault="00000000">
            <w:pPr>
              <w:spacing w:line="245" w:lineRule="auto"/>
            </w:pPr>
            <w:r>
              <w:rPr>
                <w:b/>
                <w:color w:val="000000"/>
                <w:sz w:val="16"/>
              </w:rPr>
              <w:t xml:space="preserve">GLASBENO IZHODIŠČE / REPERTOAR: </w:t>
            </w:r>
            <w:r>
              <w:rPr>
                <w:color w:val="000000"/>
                <w:sz w:val="16"/>
              </w:rPr>
              <w:t>posnetki živalskih in okoljskih zvokov; zvočna pokrajina</w:t>
            </w:r>
          </w:p>
        </w:tc>
      </w:tr>
      <w:tr w:rsidR="008D43AB" w14:paraId="3EB44DDC" w14:textId="77777777">
        <w:trPr>
          <w:cantSplit/>
          <w:jc w:val="center"/>
        </w:trPr>
        <w:tc>
          <w:tcPr>
            <w:tcW w:w="14060" w:type="dxa"/>
            <w:gridSpan w:val="6"/>
            <w:tcMar>
              <w:top w:w="70" w:type="dxa"/>
              <w:left w:w="90" w:type="dxa"/>
              <w:bottom w:w="70" w:type="dxa"/>
              <w:right w:w="90" w:type="dxa"/>
            </w:tcMar>
            <w:vAlign w:val="center"/>
          </w:tcPr>
          <w:p w14:paraId="5207235E" w14:textId="77777777" w:rsidR="008D43AB" w:rsidRDefault="008D43AB"/>
          <w:p w14:paraId="76E4B302" w14:textId="77777777" w:rsidR="008D43AB" w:rsidRDefault="00000000">
            <w:pPr>
              <w:spacing w:line="245" w:lineRule="auto"/>
            </w:pPr>
            <w:r>
              <w:rPr>
                <w:b/>
                <w:color w:val="000000"/>
                <w:sz w:val="16"/>
              </w:rPr>
              <w:t xml:space="preserve">UČNE ENOTE: </w:t>
            </w:r>
            <w:r>
              <w:rPr>
                <w:color w:val="000000"/>
                <w:sz w:val="16"/>
              </w:rPr>
              <w:t>1. ura – Glasbena Pokrajina – Poslušam in izvajam • 2. ura – Glasbena Pokrajina – Ustvarim in nastopim</w:t>
            </w:r>
          </w:p>
        </w:tc>
      </w:tr>
      <w:tr w:rsidR="008D43AB" w14:paraId="17D6429C" w14:textId="77777777">
        <w:trPr>
          <w:cantSplit/>
          <w:jc w:val="center"/>
        </w:trPr>
        <w:tc>
          <w:tcPr>
            <w:tcW w:w="14060" w:type="dxa"/>
            <w:gridSpan w:val="6"/>
            <w:tcMar>
              <w:top w:w="70" w:type="dxa"/>
              <w:left w:w="90" w:type="dxa"/>
              <w:bottom w:w="70" w:type="dxa"/>
              <w:right w:w="90" w:type="dxa"/>
            </w:tcMar>
            <w:vAlign w:val="center"/>
          </w:tcPr>
          <w:p w14:paraId="261BCDC3" w14:textId="77777777" w:rsidR="008D43AB" w:rsidRDefault="008D43AB"/>
          <w:p w14:paraId="13B16757"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318253CA" w14:textId="77777777">
        <w:trPr>
          <w:cantSplit/>
          <w:jc w:val="center"/>
        </w:trPr>
        <w:tc>
          <w:tcPr>
            <w:tcW w:w="14060" w:type="dxa"/>
            <w:gridSpan w:val="6"/>
            <w:tcMar>
              <w:top w:w="70" w:type="dxa"/>
              <w:left w:w="90" w:type="dxa"/>
              <w:bottom w:w="70" w:type="dxa"/>
              <w:right w:w="90" w:type="dxa"/>
            </w:tcMar>
            <w:vAlign w:val="center"/>
          </w:tcPr>
          <w:p w14:paraId="11C61186" w14:textId="77777777" w:rsidR="008D43AB" w:rsidRDefault="008D43AB"/>
          <w:p w14:paraId="769AF3A7"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1E758CE8" w14:textId="77777777">
        <w:trPr>
          <w:cantSplit/>
          <w:jc w:val="center"/>
        </w:trPr>
        <w:tc>
          <w:tcPr>
            <w:tcW w:w="14060" w:type="dxa"/>
            <w:gridSpan w:val="6"/>
            <w:tcMar>
              <w:top w:w="70" w:type="dxa"/>
              <w:left w:w="90" w:type="dxa"/>
              <w:bottom w:w="70" w:type="dxa"/>
              <w:right w:w="90" w:type="dxa"/>
            </w:tcMar>
            <w:vAlign w:val="center"/>
          </w:tcPr>
          <w:p w14:paraId="6FD54B9D" w14:textId="77777777" w:rsidR="008D43AB" w:rsidRDefault="008D43AB"/>
          <w:p w14:paraId="64C2C111"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1C794572" w14:textId="77777777">
        <w:trPr>
          <w:cantSplit/>
          <w:jc w:val="center"/>
        </w:trPr>
        <w:tc>
          <w:tcPr>
            <w:tcW w:w="14060" w:type="dxa"/>
            <w:gridSpan w:val="6"/>
            <w:tcMar>
              <w:top w:w="70" w:type="dxa"/>
              <w:left w:w="90" w:type="dxa"/>
              <w:bottom w:w="70" w:type="dxa"/>
              <w:right w:w="90" w:type="dxa"/>
            </w:tcMar>
            <w:vAlign w:val="center"/>
          </w:tcPr>
          <w:p w14:paraId="1EAB710E" w14:textId="77777777" w:rsidR="008D43AB" w:rsidRDefault="008D43AB"/>
          <w:p w14:paraId="321CF895" w14:textId="77777777" w:rsidR="008D43AB" w:rsidRDefault="00000000">
            <w:pPr>
              <w:spacing w:line="245" w:lineRule="auto"/>
            </w:pPr>
            <w:r>
              <w:rPr>
                <w:b/>
                <w:color w:val="000000"/>
                <w:sz w:val="16"/>
              </w:rPr>
              <w:t xml:space="preserve">MEDPREDMETNE POVEZAVE: </w:t>
            </w:r>
            <w:r>
              <w:rPr>
                <w:color w:val="000000"/>
                <w:sz w:val="16"/>
              </w:rPr>
              <w:t>SPO – živali, življenjska okolja in igrivo informacijsko besedilo; SLJ – poslušanje, ritmični govor in opis doživetja; ŠPO – pulz, tempo, gibalni odziv in prostorska orientacija; LUM – simbol, barva, linija in zvočni zapis</w:t>
            </w:r>
          </w:p>
        </w:tc>
      </w:tr>
      <w:tr w:rsidR="008D43AB" w14:paraId="5787282C" w14:textId="77777777">
        <w:trPr>
          <w:cantSplit/>
          <w:jc w:val="center"/>
        </w:trPr>
        <w:tc>
          <w:tcPr>
            <w:tcW w:w="14060" w:type="dxa"/>
            <w:gridSpan w:val="6"/>
            <w:tcMar>
              <w:top w:w="70" w:type="dxa"/>
              <w:left w:w="90" w:type="dxa"/>
              <w:bottom w:w="70" w:type="dxa"/>
              <w:right w:w="90" w:type="dxa"/>
            </w:tcMar>
            <w:vAlign w:val="center"/>
          </w:tcPr>
          <w:p w14:paraId="7369EDAB" w14:textId="77777777" w:rsidR="008D43AB" w:rsidRDefault="008D43AB"/>
          <w:p w14:paraId="41CFAF5C"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1F63BCDE" w14:textId="77777777">
        <w:trPr>
          <w:cantSplit/>
          <w:jc w:val="center"/>
        </w:trPr>
        <w:tc>
          <w:tcPr>
            <w:tcW w:w="14060" w:type="dxa"/>
            <w:gridSpan w:val="6"/>
            <w:tcMar>
              <w:top w:w="70" w:type="dxa"/>
              <w:left w:w="90" w:type="dxa"/>
              <w:bottom w:w="70" w:type="dxa"/>
              <w:right w:w="90" w:type="dxa"/>
            </w:tcMar>
            <w:vAlign w:val="center"/>
          </w:tcPr>
          <w:p w14:paraId="771D1252" w14:textId="77777777" w:rsidR="008D43AB" w:rsidRDefault="008D43AB"/>
          <w:p w14:paraId="3154DB09"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48FBF7F4" w14:textId="77777777">
        <w:trPr>
          <w:cantSplit/>
          <w:jc w:val="center"/>
        </w:trPr>
        <w:tc>
          <w:tcPr>
            <w:tcW w:w="14060" w:type="dxa"/>
            <w:gridSpan w:val="6"/>
            <w:tcMar>
              <w:top w:w="70" w:type="dxa"/>
              <w:left w:w="90" w:type="dxa"/>
              <w:bottom w:w="70" w:type="dxa"/>
              <w:right w:w="90" w:type="dxa"/>
            </w:tcMar>
            <w:vAlign w:val="center"/>
          </w:tcPr>
          <w:p w14:paraId="505146E5" w14:textId="77777777" w:rsidR="008D43AB" w:rsidRDefault="008D43AB"/>
          <w:p w14:paraId="5919AC83"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4B27322B" w14:textId="77777777">
        <w:trPr>
          <w:cantSplit/>
          <w:jc w:val="center"/>
        </w:trPr>
        <w:tc>
          <w:tcPr>
            <w:tcW w:w="14060" w:type="dxa"/>
            <w:gridSpan w:val="6"/>
            <w:tcMar>
              <w:top w:w="70" w:type="dxa"/>
              <w:left w:w="90" w:type="dxa"/>
              <w:bottom w:w="70" w:type="dxa"/>
              <w:right w:w="90" w:type="dxa"/>
            </w:tcMar>
            <w:vAlign w:val="center"/>
          </w:tcPr>
          <w:p w14:paraId="056427BB" w14:textId="77777777" w:rsidR="008D43AB" w:rsidRDefault="008D43AB"/>
          <w:p w14:paraId="6E54ED79"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39BC752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DB0761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E7820F"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753CF7" w14:textId="77777777" w:rsidR="008D43AB" w:rsidRDefault="00000000">
            <w:pPr>
              <w:jc w:val="center"/>
            </w:pPr>
            <w:r>
              <w:rPr>
                <w:b/>
                <w:color w:val="000000"/>
                <w:sz w:val="20"/>
              </w:rPr>
              <w:t>UČNE DEJAVNOSTI, METODE IN FORMATIVNO SPREMLJANJE</w:t>
            </w:r>
          </w:p>
        </w:tc>
      </w:tr>
      <w:tr w:rsidR="008D43AB" w14:paraId="21AFD028" w14:textId="77777777">
        <w:trPr>
          <w:tblHeader/>
          <w:jc w:val="center"/>
        </w:trPr>
        <w:tc>
          <w:tcPr>
            <w:tcW w:w="4422" w:type="dxa"/>
            <w:vMerge/>
            <w:tcMar>
              <w:top w:w="70" w:type="dxa"/>
              <w:left w:w="90" w:type="dxa"/>
              <w:bottom w:w="70" w:type="dxa"/>
              <w:right w:w="90" w:type="dxa"/>
            </w:tcMar>
            <w:vAlign w:val="center"/>
          </w:tcPr>
          <w:p w14:paraId="75AF508E" w14:textId="77777777" w:rsidR="008D43AB" w:rsidRDefault="008D43AB"/>
        </w:tc>
        <w:tc>
          <w:tcPr>
            <w:tcW w:w="7087" w:type="dxa"/>
            <w:shd w:val="clear" w:color="auto" w:fill="FFFFFF"/>
            <w:tcMar>
              <w:top w:w="70" w:type="dxa"/>
              <w:left w:w="90" w:type="dxa"/>
              <w:bottom w:w="70" w:type="dxa"/>
              <w:right w:w="90" w:type="dxa"/>
            </w:tcMar>
            <w:vAlign w:val="center"/>
          </w:tcPr>
          <w:p w14:paraId="61B24FB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0A8401A" w14:textId="77777777" w:rsidR="008D43AB" w:rsidRDefault="00000000">
            <w:pPr>
              <w:jc w:val="center"/>
            </w:pPr>
            <w:r>
              <w:rPr>
                <w:b/>
                <w:color w:val="000000"/>
              </w:rPr>
              <w:t>UČENEC</w:t>
            </w:r>
          </w:p>
        </w:tc>
      </w:tr>
      <w:tr w:rsidR="008D43AB" w14:paraId="07C16A8A" w14:textId="77777777">
        <w:trPr>
          <w:jc w:val="center"/>
        </w:trPr>
        <w:tc>
          <w:tcPr>
            <w:tcW w:w="4422" w:type="dxa"/>
            <w:tcMar>
              <w:top w:w="70" w:type="dxa"/>
              <w:left w:w="90" w:type="dxa"/>
              <w:bottom w:w="70" w:type="dxa"/>
              <w:right w:w="90" w:type="dxa"/>
            </w:tcMar>
          </w:tcPr>
          <w:p w14:paraId="70D15689" w14:textId="77777777" w:rsidR="008D43AB" w:rsidRDefault="008D43AB"/>
          <w:p w14:paraId="29F1B4F7" w14:textId="77777777" w:rsidR="008D43AB" w:rsidRDefault="00000000">
            <w:pPr>
              <w:spacing w:after="60" w:line="245" w:lineRule="auto"/>
            </w:pPr>
            <w:r>
              <w:rPr>
                <w:b/>
                <w:color w:val="000000"/>
              </w:rPr>
              <w:t>UČNI CILJI</w:t>
            </w:r>
          </w:p>
          <w:p w14:paraId="38B8307D" w14:textId="77777777" w:rsidR="008D43AB" w:rsidRDefault="00000000">
            <w:pPr>
              <w:spacing w:after="20" w:line="245" w:lineRule="auto"/>
            </w:pPr>
            <w:r>
              <w:rPr>
                <w:b/>
                <w:color w:val="000000"/>
                <w:sz w:val="17"/>
              </w:rPr>
              <w:t>SPLOŠNI</w:t>
            </w:r>
          </w:p>
          <w:p w14:paraId="0D28ED33"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7620836F" w14:textId="77777777" w:rsidR="008D43AB" w:rsidRDefault="00000000">
            <w:pPr>
              <w:pStyle w:val="Oznaenseznam"/>
              <w:spacing w:after="16"/>
            </w:pPr>
            <w:r>
              <w:rPr>
                <w:color w:val="000000"/>
                <w:sz w:val="16"/>
              </w:rPr>
              <w:t>poje, ritmično govori ter uporablja telo, glasbila in predmete kot zvočne vire</w:t>
            </w:r>
          </w:p>
          <w:p w14:paraId="585F2538" w14:textId="77777777" w:rsidR="008D43AB" w:rsidRDefault="00000000">
            <w:pPr>
              <w:pStyle w:val="Oznaenseznam"/>
              <w:spacing w:after="16"/>
            </w:pPr>
            <w:r>
              <w:rPr>
                <w:color w:val="000000"/>
                <w:sz w:val="16"/>
              </w:rPr>
              <w:t>razlikuje izbrane lastnosti zvoka in glasbe ter varuje sluh in odgovorno uporablja glasbila</w:t>
            </w:r>
          </w:p>
          <w:p w14:paraId="5523C4C3"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58404A80" w14:textId="77777777" w:rsidR="008D43AB" w:rsidRDefault="00000000">
            <w:pPr>
              <w:spacing w:before="40" w:after="20" w:line="245" w:lineRule="auto"/>
            </w:pPr>
            <w:r>
              <w:rPr>
                <w:b/>
                <w:color w:val="000000"/>
                <w:sz w:val="17"/>
              </w:rPr>
              <w:t>OPERATIVNI</w:t>
            </w:r>
          </w:p>
          <w:p w14:paraId="3576EC4A" w14:textId="77777777" w:rsidR="008D43AB" w:rsidRDefault="00000000">
            <w:pPr>
              <w:pStyle w:val="Oznaenseznam"/>
              <w:spacing w:after="16"/>
            </w:pPr>
            <w:r>
              <w:rPr>
                <w:color w:val="000000"/>
                <w:sz w:val="16"/>
              </w:rPr>
              <w:t>posluša zvoke okolja</w:t>
            </w:r>
          </w:p>
          <w:p w14:paraId="2E5399EB" w14:textId="77777777" w:rsidR="008D43AB" w:rsidRDefault="00000000">
            <w:pPr>
              <w:pStyle w:val="Oznaenseznam"/>
              <w:spacing w:after="16"/>
            </w:pPr>
            <w:r>
              <w:rPr>
                <w:color w:val="000000"/>
                <w:sz w:val="16"/>
              </w:rPr>
              <w:t>zapiše jih s simboli</w:t>
            </w:r>
          </w:p>
          <w:p w14:paraId="58448757" w14:textId="77777777" w:rsidR="008D43AB" w:rsidRDefault="00000000">
            <w:pPr>
              <w:pStyle w:val="Oznaenseznam"/>
              <w:spacing w:after="16"/>
            </w:pPr>
            <w:r>
              <w:rPr>
                <w:color w:val="000000"/>
                <w:sz w:val="16"/>
              </w:rPr>
              <w:t>izvede zvočno zaporedje</w:t>
            </w:r>
          </w:p>
          <w:p w14:paraId="5808EC92" w14:textId="77777777" w:rsidR="008D43AB" w:rsidRDefault="00000000">
            <w:pPr>
              <w:spacing w:before="40" w:after="20" w:line="245" w:lineRule="auto"/>
            </w:pPr>
            <w:r>
              <w:rPr>
                <w:b/>
                <w:color w:val="000000"/>
                <w:sz w:val="17"/>
              </w:rPr>
              <w:t>PRIČAKOVANI DOSEŽKI / MINIMALNI POUDARKI</w:t>
            </w:r>
          </w:p>
          <w:p w14:paraId="69688051" w14:textId="77777777" w:rsidR="008D43AB" w:rsidRDefault="00000000">
            <w:pPr>
              <w:pStyle w:val="Oznaenseznam"/>
              <w:spacing w:after="16"/>
            </w:pPr>
            <w:r>
              <w:rPr>
                <w:color w:val="000000"/>
                <w:sz w:val="15"/>
              </w:rPr>
              <w:t>samostojno oziroma z dogovorjeno oporo posluša zvoke okolja</w:t>
            </w:r>
          </w:p>
          <w:p w14:paraId="690F971D" w14:textId="77777777" w:rsidR="008D43AB" w:rsidRDefault="00000000">
            <w:pPr>
              <w:pStyle w:val="Oznaenseznam"/>
              <w:spacing w:after="16"/>
            </w:pPr>
            <w:r>
              <w:rPr>
                <w:color w:val="000000"/>
                <w:sz w:val="15"/>
              </w:rPr>
              <w:t>samostojno oziroma z dogovorjeno oporo zapiše jih s simboli</w:t>
            </w:r>
          </w:p>
          <w:p w14:paraId="16251EC3" w14:textId="77777777" w:rsidR="008D43AB" w:rsidRDefault="00000000">
            <w:pPr>
              <w:pStyle w:val="Oznaenseznam"/>
              <w:spacing w:after="16"/>
            </w:pPr>
            <w:r>
              <w:rPr>
                <w:color w:val="000000"/>
                <w:sz w:val="15"/>
              </w:rPr>
              <w:t>samostojno oziroma z dogovorjeno oporo izvede zvočno zaporedje</w:t>
            </w:r>
          </w:p>
        </w:tc>
        <w:tc>
          <w:tcPr>
            <w:tcW w:w="7087" w:type="dxa"/>
            <w:tcMar>
              <w:top w:w="70" w:type="dxa"/>
              <w:left w:w="90" w:type="dxa"/>
              <w:bottom w:w="70" w:type="dxa"/>
              <w:right w:w="90" w:type="dxa"/>
            </w:tcMar>
          </w:tcPr>
          <w:p w14:paraId="2919CF8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AA22D85" w14:textId="77777777">
              <w:trPr>
                <w:jc w:val="center"/>
              </w:trPr>
              <w:tc>
                <w:tcPr>
                  <w:tcW w:w="7087" w:type="dxa"/>
                  <w:shd w:val="clear" w:color="auto" w:fill="C6E7F3"/>
                  <w:tcMar>
                    <w:top w:w="45" w:type="dxa"/>
                    <w:left w:w="70" w:type="dxa"/>
                    <w:bottom w:w="45" w:type="dxa"/>
                    <w:right w:w="70" w:type="dxa"/>
                  </w:tcMar>
                </w:tcPr>
                <w:p w14:paraId="5E3BE3E2" w14:textId="77777777" w:rsidR="008D43AB" w:rsidRDefault="00000000">
                  <w:pPr>
                    <w:keepNext/>
                  </w:pPr>
                  <w:r>
                    <w:rPr>
                      <w:b/>
                      <w:color w:val="000000"/>
                    </w:rPr>
                    <w:t>UVODNI DEL – zvočna motivacija, aktivacija predznanja in namen učenja (8–12 min)</w:t>
                  </w:r>
                </w:p>
              </w:tc>
            </w:tr>
          </w:tbl>
          <w:p w14:paraId="7AB907AD" w14:textId="77777777" w:rsidR="008D43AB" w:rsidRDefault="008D43AB">
            <w:pPr>
              <w:spacing w:line="20" w:lineRule="exact"/>
            </w:pPr>
          </w:p>
          <w:p w14:paraId="2768792D" w14:textId="77777777" w:rsidR="008D43AB" w:rsidRDefault="00000000">
            <w:pPr>
              <w:spacing w:before="40" w:after="60" w:line="245" w:lineRule="auto"/>
            </w:pPr>
            <w:r>
              <w:rPr>
                <w:color w:val="000000"/>
                <w:sz w:val="16"/>
              </w:rPr>
              <w:t>Učenci ob motivu »Živalske novice« – Primož Suhodolčan vstopijo v temo živali, življenjska okolja in igrivo informacijsko besedilo. Najprej v tišini poslušajo kratek zvočni odlomek ali učiteljičino izvedbo (posnetki živalskih in okoljskih zvokov; zvočna pokrajina),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30555C2F" w14:textId="77777777">
              <w:trPr>
                <w:jc w:val="center"/>
              </w:trPr>
              <w:tc>
                <w:tcPr>
                  <w:tcW w:w="7087" w:type="dxa"/>
                  <w:shd w:val="clear" w:color="auto" w:fill="EDC9EA"/>
                  <w:tcMar>
                    <w:top w:w="45" w:type="dxa"/>
                    <w:left w:w="70" w:type="dxa"/>
                    <w:bottom w:w="45" w:type="dxa"/>
                    <w:right w:w="70" w:type="dxa"/>
                  </w:tcMar>
                </w:tcPr>
                <w:p w14:paraId="6DFD7A9A" w14:textId="77777777" w:rsidR="008D43AB" w:rsidRDefault="00000000">
                  <w:pPr>
                    <w:keepNext/>
                  </w:pPr>
                  <w:r>
                    <w:rPr>
                      <w:b/>
                      <w:color w:val="000000"/>
                    </w:rPr>
                    <w:t>NAMENI UČENJA</w:t>
                  </w:r>
                </w:p>
              </w:tc>
            </w:tr>
          </w:tbl>
          <w:p w14:paraId="55BE42D3" w14:textId="77777777" w:rsidR="008D43AB" w:rsidRDefault="008D43AB">
            <w:pPr>
              <w:spacing w:line="20" w:lineRule="exact"/>
            </w:pPr>
          </w:p>
          <w:p w14:paraId="7F168AFD"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1EDF1328" w14:textId="77777777" w:rsidR="008D43AB" w:rsidRDefault="00000000">
            <w:pPr>
              <w:pStyle w:val="Oznaenseznam"/>
              <w:spacing w:after="16"/>
            </w:pPr>
            <w:r>
              <w:rPr>
                <w:color w:val="000000"/>
                <w:sz w:val="16"/>
              </w:rPr>
              <w:t>poslušam zvoke okolja</w:t>
            </w:r>
          </w:p>
          <w:p w14:paraId="6EEEBA1F" w14:textId="77777777" w:rsidR="008D43AB" w:rsidRDefault="00000000">
            <w:pPr>
              <w:pStyle w:val="Oznaenseznam"/>
              <w:spacing w:after="16"/>
            </w:pPr>
            <w:r>
              <w:rPr>
                <w:color w:val="000000"/>
                <w:sz w:val="16"/>
              </w:rPr>
              <w:t>zapišem jih s simboli</w:t>
            </w:r>
          </w:p>
          <w:p w14:paraId="57673A3C" w14:textId="77777777" w:rsidR="008D43AB" w:rsidRDefault="00000000">
            <w:pPr>
              <w:pStyle w:val="Oznaenseznam"/>
              <w:spacing w:after="16"/>
            </w:pPr>
            <w:r>
              <w:rPr>
                <w:color w:val="000000"/>
                <w:sz w:val="16"/>
              </w:rPr>
              <w:t>izvedem zvočno zaporedje</w:t>
            </w:r>
          </w:p>
          <w:tbl>
            <w:tblPr>
              <w:tblStyle w:val="Tabelamrea"/>
              <w:tblW w:w="0" w:type="auto"/>
              <w:jc w:val="center"/>
              <w:tblLayout w:type="fixed"/>
              <w:tblLook w:val="04A0" w:firstRow="1" w:lastRow="0" w:firstColumn="1" w:lastColumn="0" w:noHBand="0" w:noVBand="1"/>
            </w:tblPr>
            <w:tblGrid>
              <w:gridCol w:w="7087"/>
            </w:tblGrid>
            <w:tr w:rsidR="008D43AB" w14:paraId="4EC84243" w14:textId="77777777">
              <w:trPr>
                <w:jc w:val="center"/>
              </w:trPr>
              <w:tc>
                <w:tcPr>
                  <w:tcW w:w="7087" w:type="dxa"/>
                  <w:shd w:val="clear" w:color="auto" w:fill="EDC9EA"/>
                  <w:tcMar>
                    <w:top w:w="45" w:type="dxa"/>
                    <w:left w:w="70" w:type="dxa"/>
                    <w:bottom w:w="45" w:type="dxa"/>
                    <w:right w:w="70" w:type="dxa"/>
                  </w:tcMar>
                </w:tcPr>
                <w:p w14:paraId="2E31FD1E" w14:textId="77777777" w:rsidR="008D43AB" w:rsidRDefault="00000000">
                  <w:pPr>
                    <w:keepNext/>
                  </w:pPr>
                  <w:r>
                    <w:rPr>
                      <w:b/>
                      <w:color w:val="000000"/>
                    </w:rPr>
                    <w:t>PREVERJANJE PREDZNANJA</w:t>
                  </w:r>
                </w:p>
              </w:tc>
            </w:tr>
          </w:tbl>
          <w:p w14:paraId="73A2E06D" w14:textId="77777777" w:rsidR="008D43AB" w:rsidRDefault="008D43AB">
            <w:pPr>
              <w:spacing w:line="20" w:lineRule="exact"/>
            </w:pPr>
          </w:p>
          <w:p w14:paraId="4A889881" w14:textId="77777777" w:rsidR="008D43AB" w:rsidRDefault="00000000">
            <w:pPr>
              <w:pStyle w:val="Oznaenseznam"/>
              <w:spacing w:after="16"/>
            </w:pPr>
            <w:r>
              <w:rPr>
                <w:color w:val="000000"/>
                <w:sz w:val="16"/>
              </w:rPr>
              <w:t>Kaj mi zvok, naslov, slika ali motiv pove o temi živali, življenjska okolja in igrivo informacijsko besedilo?</w:t>
            </w:r>
          </w:p>
          <w:p w14:paraId="754F5DB5" w14:textId="77777777" w:rsidR="008D43AB" w:rsidRDefault="00000000">
            <w:pPr>
              <w:pStyle w:val="Oznaenseznam"/>
              <w:spacing w:after="16"/>
            </w:pPr>
            <w:r>
              <w:rPr>
                <w:color w:val="000000"/>
                <w:sz w:val="16"/>
              </w:rPr>
              <w:t>Kako lahko s poslušanjem, glasom, telesom, glasbilom ali simbolom pokažem, kaj že znam pri temi »GLASBENA POKRAJINA«?</w:t>
            </w:r>
          </w:p>
          <w:p w14:paraId="00CAE896"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33930487" w14:textId="77777777">
              <w:trPr>
                <w:jc w:val="center"/>
              </w:trPr>
              <w:tc>
                <w:tcPr>
                  <w:tcW w:w="7087" w:type="dxa"/>
                  <w:shd w:val="clear" w:color="auto" w:fill="EDC9EA"/>
                  <w:tcMar>
                    <w:top w:w="45" w:type="dxa"/>
                    <w:left w:w="70" w:type="dxa"/>
                    <w:bottom w:w="45" w:type="dxa"/>
                    <w:right w:w="70" w:type="dxa"/>
                  </w:tcMar>
                </w:tcPr>
                <w:p w14:paraId="0349717A" w14:textId="77777777" w:rsidR="008D43AB" w:rsidRDefault="00000000">
                  <w:pPr>
                    <w:keepNext/>
                  </w:pPr>
                  <w:r>
                    <w:rPr>
                      <w:b/>
                      <w:color w:val="000000"/>
                    </w:rPr>
                    <w:t>KRITERIJI USPEŠNOSTI</w:t>
                  </w:r>
                </w:p>
              </w:tc>
            </w:tr>
          </w:tbl>
          <w:p w14:paraId="2A217EA7" w14:textId="77777777" w:rsidR="008D43AB" w:rsidRDefault="008D43AB"/>
          <w:p w14:paraId="6204A26C" w14:textId="77777777" w:rsidR="008D43AB" w:rsidRDefault="00000000">
            <w:pPr>
              <w:spacing w:before="20" w:after="20" w:line="245" w:lineRule="auto"/>
            </w:pPr>
            <w:r>
              <w:rPr>
                <w:b/>
                <w:color w:val="000000"/>
                <w:sz w:val="16"/>
              </w:rPr>
              <w:t>Uspešen/-na bom, ko:</w:t>
            </w:r>
          </w:p>
          <w:p w14:paraId="66D7F1F2" w14:textId="77777777" w:rsidR="008D43AB" w:rsidRDefault="00000000">
            <w:pPr>
              <w:pStyle w:val="Oznaenseznam"/>
              <w:spacing w:after="16"/>
            </w:pPr>
            <w:r>
              <w:rPr>
                <w:color w:val="000000"/>
                <w:sz w:val="16"/>
              </w:rPr>
              <w:t>poslušam zvoke okolja</w:t>
            </w:r>
          </w:p>
          <w:p w14:paraId="0569B7DF" w14:textId="77777777" w:rsidR="008D43AB" w:rsidRDefault="00000000">
            <w:pPr>
              <w:pStyle w:val="Oznaenseznam"/>
              <w:spacing w:after="16"/>
            </w:pPr>
            <w:r>
              <w:rPr>
                <w:color w:val="000000"/>
                <w:sz w:val="16"/>
              </w:rPr>
              <w:t>zapišem jih s simboli</w:t>
            </w:r>
          </w:p>
          <w:p w14:paraId="43BF8927" w14:textId="77777777" w:rsidR="008D43AB" w:rsidRDefault="00000000">
            <w:pPr>
              <w:pStyle w:val="Oznaenseznam"/>
              <w:spacing w:after="16"/>
            </w:pPr>
            <w:r>
              <w:rPr>
                <w:color w:val="000000"/>
                <w:sz w:val="16"/>
              </w:rPr>
              <w:t>izvedem zvočno zaporedje</w:t>
            </w:r>
          </w:p>
          <w:p w14:paraId="25FD7E47" w14:textId="77777777" w:rsidR="008D43AB" w:rsidRDefault="00000000">
            <w:pPr>
              <w:pStyle w:val="Oznaenseznam"/>
              <w:spacing w:after="16"/>
            </w:pPr>
            <w:r>
              <w:rPr>
                <w:color w:val="000000"/>
                <w:sz w:val="16"/>
              </w:rPr>
              <w:t>upoštevam dogovorjeni začetek, konec, znak za tišino in varno glasnost</w:t>
            </w:r>
          </w:p>
          <w:p w14:paraId="08E22CDC"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67DF96D6" w14:textId="77777777" w:rsidR="008D43AB" w:rsidRDefault="008D43AB"/>
          <w:p w14:paraId="07AA8250"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3355E020" w14:textId="77777777" w:rsidR="008D43AB" w:rsidRDefault="00000000">
            <w:pPr>
              <w:spacing w:after="80" w:line="245" w:lineRule="auto"/>
            </w:pPr>
            <w:r>
              <w:rPr>
                <w:color w:val="000000"/>
                <w:sz w:val="16"/>
              </w:rPr>
              <w:t>Pove ali pokaže, kaj že zna in katero glasbeno strategijo bi uporabil.</w:t>
            </w:r>
          </w:p>
          <w:p w14:paraId="0083F3C9" w14:textId="77777777" w:rsidR="008D43AB" w:rsidRDefault="00000000">
            <w:pPr>
              <w:spacing w:after="100" w:line="245" w:lineRule="auto"/>
            </w:pPr>
            <w:r>
              <w:rPr>
                <w:color w:val="000000"/>
                <w:sz w:val="16"/>
              </w:rPr>
              <w:t>Sodeluje pri razumevanju namenov, meril uspešnosti, varne glasnosti in načina dokazovanja.</w:t>
            </w:r>
          </w:p>
          <w:p w14:paraId="612C166C" w14:textId="77777777" w:rsidR="008D43AB" w:rsidRDefault="00000000">
            <w:pPr>
              <w:spacing w:after="20" w:line="245" w:lineRule="auto"/>
            </w:pPr>
            <w:r>
              <w:rPr>
                <w:b/>
                <w:color w:val="D95BC6"/>
                <w:sz w:val="17"/>
              </w:rPr>
              <w:t>DOKAZ O UČENJU</w:t>
            </w:r>
          </w:p>
          <w:p w14:paraId="7365141C"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220E70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3EDF6F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4CE36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7BC7555" w14:textId="77777777" w:rsidR="008D43AB" w:rsidRDefault="00000000">
            <w:pPr>
              <w:jc w:val="center"/>
            </w:pPr>
            <w:r>
              <w:rPr>
                <w:b/>
                <w:color w:val="000000"/>
                <w:sz w:val="20"/>
              </w:rPr>
              <w:t>UČNE DEJAVNOSTI, METODE IN FORMATIVNO SPREMLJANJE</w:t>
            </w:r>
          </w:p>
        </w:tc>
      </w:tr>
      <w:tr w:rsidR="008D43AB" w14:paraId="13B10FBE" w14:textId="77777777">
        <w:trPr>
          <w:tblHeader/>
          <w:jc w:val="center"/>
        </w:trPr>
        <w:tc>
          <w:tcPr>
            <w:tcW w:w="4422" w:type="dxa"/>
            <w:vMerge/>
            <w:tcMar>
              <w:top w:w="70" w:type="dxa"/>
              <w:left w:w="90" w:type="dxa"/>
              <w:bottom w:w="70" w:type="dxa"/>
              <w:right w:w="90" w:type="dxa"/>
            </w:tcMar>
            <w:vAlign w:val="center"/>
          </w:tcPr>
          <w:p w14:paraId="4B289808" w14:textId="77777777" w:rsidR="008D43AB" w:rsidRDefault="008D43AB"/>
        </w:tc>
        <w:tc>
          <w:tcPr>
            <w:tcW w:w="7087" w:type="dxa"/>
            <w:shd w:val="clear" w:color="auto" w:fill="FFFFFF"/>
            <w:tcMar>
              <w:top w:w="70" w:type="dxa"/>
              <w:left w:w="90" w:type="dxa"/>
              <w:bottom w:w="70" w:type="dxa"/>
              <w:right w:w="90" w:type="dxa"/>
            </w:tcMar>
            <w:vAlign w:val="center"/>
          </w:tcPr>
          <w:p w14:paraId="6F5D421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7BE8995" w14:textId="77777777" w:rsidR="008D43AB" w:rsidRDefault="00000000">
            <w:pPr>
              <w:jc w:val="center"/>
            </w:pPr>
            <w:r>
              <w:rPr>
                <w:b/>
                <w:color w:val="000000"/>
              </w:rPr>
              <w:t>UČENEC</w:t>
            </w:r>
          </w:p>
        </w:tc>
      </w:tr>
      <w:tr w:rsidR="008D43AB" w14:paraId="36BA9667" w14:textId="77777777">
        <w:trPr>
          <w:jc w:val="center"/>
        </w:trPr>
        <w:tc>
          <w:tcPr>
            <w:tcW w:w="4422" w:type="dxa"/>
            <w:tcMar>
              <w:top w:w="70" w:type="dxa"/>
              <w:left w:w="90" w:type="dxa"/>
              <w:bottom w:w="70" w:type="dxa"/>
              <w:right w:w="90" w:type="dxa"/>
            </w:tcMar>
          </w:tcPr>
          <w:p w14:paraId="0AB5B41C" w14:textId="77777777" w:rsidR="008D43AB" w:rsidRDefault="008D43AB"/>
          <w:p w14:paraId="77CB3F9B" w14:textId="77777777" w:rsidR="008D43AB" w:rsidRDefault="00000000">
            <w:pPr>
              <w:spacing w:after="40" w:line="245" w:lineRule="auto"/>
            </w:pPr>
            <w:r>
              <w:rPr>
                <w:b/>
                <w:color w:val="000000"/>
              </w:rPr>
              <w:t>KLJUČNI GLASBENI POJMI</w:t>
            </w:r>
          </w:p>
          <w:p w14:paraId="4B54084E" w14:textId="77777777" w:rsidR="008D43AB" w:rsidRDefault="00000000">
            <w:pPr>
              <w:spacing w:after="60" w:line="245" w:lineRule="auto"/>
            </w:pPr>
            <w:r>
              <w:rPr>
                <w:color w:val="000000"/>
                <w:sz w:val="15"/>
              </w:rPr>
              <w:t>poslušanje, zvok, tišina, izvedba, glasbeni znak, dokaz, povratna informacija, zvočilo, glasbilo, motiv, zaporedje, slikovni zapis, dirigent, izvajalec</w:t>
            </w:r>
          </w:p>
          <w:p w14:paraId="71CF80DC" w14:textId="77777777" w:rsidR="008D43AB" w:rsidRDefault="00000000">
            <w:pPr>
              <w:spacing w:after="20" w:line="245" w:lineRule="auto"/>
            </w:pPr>
            <w:r>
              <w:rPr>
                <w:b/>
                <w:color w:val="000000"/>
                <w:sz w:val="17"/>
              </w:rPr>
              <w:t>DOKAZI O UČENJU</w:t>
            </w:r>
          </w:p>
          <w:p w14:paraId="408F60AC" w14:textId="77777777" w:rsidR="008D43AB" w:rsidRDefault="00000000">
            <w:pPr>
              <w:pStyle w:val="Oznaenseznam"/>
              <w:spacing w:after="9"/>
            </w:pPr>
            <w:r>
              <w:rPr>
                <w:color w:val="000000"/>
                <w:sz w:val="15"/>
              </w:rPr>
              <w:t>poslušalski gibalni odziv, ritmični/pevski odmev in učiteljev zapis o skupnem pulzu oziroma začetku/koncu.</w:t>
            </w:r>
          </w:p>
          <w:p w14:paraId="577C7DED" w14:textId="77777777" w:rsidR="008D43AB" w:rsidRDefault="00000000">
            <w:pPr>
              <w:pStyle w:val="Oznaenseznam"/>
              <w:spacing w:after="9"/>
            </w:pPr>
            <w:r>
              <w:rPr>
                <w:color w:val="000000"/>
                <w:sz w:val="15"/>
              </w:rPr>
              <w:t>slikovni zvočni zapis, skupinska izvedba/posnetek in vrstniška opisna povratna informacija.</w:t>
            </w:r>
          </w:p>
          <w:p w14:paraId="5DF7C5F6" w14:textId="77777777" w:rsidR="008D43AB" w:rsidRDefault="00000000">
            <w:pPr>
              <w:spacing w:before="40" w:after="20" w:line="245" w:lineRule="auto"/>
            </w:pPr>
            <w:r>
              <w:rPr>
                <w:b/>
                <w:color w:val="000000"/>
                <w:sz w:val="17"/>
              </w:rPr>
              <w:t>GLASBENO DOŽIVETJE IN IZKUŠENJSKI POUK</w:t>
            </w:r>
          </w:p>
          <w:p w14:paraId="0572588B"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0EBB8EBC" w14:textId="77777777" w:rsidR="008D43AB" w:rsidRDefault="00000000">
            <w:pPr>
              <w:spacing w:after="20" w:line="245" w:lineRule="auto"/>
            </w:pPr>
            <w:r>
              <w:rPr>
                <w:b/>
                <w:color w:val="000000"/>
                <w:sz w:val="17"/>
              </w:rPr>
              <w:t>POUČEVANJE V GIBANJU</w:t>
            </w:r>
          </w:p>
          <w:p w14:paraId="4C5F8BA7"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087D58D8" w14:textId="77777777" w:rsidR="008D43AB" w:rsidRDefault="00000000">
            <w:pPr>
              <w:spacing w:after="20" w:line="245" w:lineRule="auto"/>
            </w:pPr>
            <w:r>
              <w:rPr>
                <w:b/>
                <w:color w:val="000000"/>
                <w:sz w:val="17"/>
              </w:rPr>
              <w:t>DELO PO POSTAJAH</w:t>
            </w:r>
          </w:p>
          <w:p w14:paraId="4BC5FB68"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054AB3AE" w14:textId="77777777" w:rsidR="008D43AB" w:rsidRDefault="00000000">
            <w:pPr>
              <w:spacing w:after="10" w:line="245" w:lineRule="auto"/>
            </w:pPr>
            <w:r>
              <w:rPr>
                <w:color w:val="000000"/>
                <w:sz w:val="15"/>
              </w:rPr>
              <w:t>1. Raziskovalna: varno preizkusim material, predmet, glas ali zvočilo ter primerjam zvočni učinek.</w:t>
            </w:r>
          </w:p>
          <w:p w14:paraId="1DDBC718" w14:textId="77777777" w:rsidR="008D43AB" w:rsidRDefault="00000000">
            <w:pPr>
              <w:spacing w:after="10" w:line="245" w:lineRule="auto"/>
            </w:pPr>
            <w:r>
              <w:rPr>
                <w:color w:val="000000"/>
                <w:sz w:val="15"/>
              </w:rPr>
              <w:t>2. Gibalno-pripovedna: osebo, dogodek ali okolje ponazorim z gibanjem in izberem ustrezen zvok.</w:t>
            </w:r>
          </w:p>
          <w:p w14:paraId="1371B5FE" w14:textId="77777777" w:rsidR="008D43AB" w:rsidRDefault="00000000">
            <w:pPr>
              <w:spacing w:after="10" w:line="245" w:lineRule="auto"/>
            </w:pPr>
            <w:r>
              <w:rPr>
                <w:color w:val="000000"/>
                <w:sz w:val="15"/>
              </w:rPr>
              <w:t>3. Slikovno-zapisna: iz simbolov sestavim motiv ali zaporedje in določim začetek, ponovitev ter konec.</w:t>
            </w:r>
          </w:p>
          <w:p w14:paraId="0C5F95B0"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49FE2E32" w14:textId="77777777" w:rsidR="008D43AB" w:rsidRDefault="00000000">
            <w:pPr>
              <w:spacing w:after="20" w:line="245" w:lineRule="auto"/>
            </w:pPr>
            <w:r>
              <w:rPr>
                <w:b/>
                <w:color w:val="000000"/>
                <w:sz w:val="17"/>
              </w:rPr>
              <w:t>DIFERENCIACIJA IN VKLJUČEVANJE</w:t>
            </w:r>
          </w:p>
          <w:p w14:paraId="373F02EA"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075FA12E" w14:textId="77777777" w:rsidR="008D43AB" w:rsidRDefault="00000000">
            <w:pPr>
              <w:spacing w:after="20" w:line="245" w:lineRule="auto"/>
            </w:pPr>
            <w:r>
              <w:rPr>
                <w:b/>
                <w:color w:val="000000"/>
                <w:sz w:val="17"/>
              </w:rPr>
              <w:t>SPREMLJANJE</w:t>
            </w:r>
          </w:p>
          <w:p w14:paraId="7AB710D6"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5C0DEB9C"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B93F9C7" w14:textId="77777777">
              <w:trPr>
                <w:jc w:val="center"/>
              </w:trPr>
              <w:tc>
                <w:tcPr>
                  <w:tcW w:w="7087" w:type="dxa"/>
                  <w:shd w:val="clear" w:color="auto" w:fill="C6E7F3"/>
                  <w:tcMar>
                    <w:top w:w="45" w:type="dxa"/>
                    <w:left w:w="70" w:type="dxa"/>
                    <w:bottom w:w="45" w:type="dxa"/>
                    <w:right w:w="70" w:type="dxa"/>
                  </w:tcMar>
                </w:tcPr>
                <w:p w14:paraId="1D14A1E8" w14:textId="77777777" w:rsidR="008D43AB" w:rsidRDefault="00000000">
                  <w:pPr>
                    <w:keepNext/>
                  </w:pPr>
                  <w:r>
                    <w:rPr>
                      <w:b/>
                      <w:color w:val="000000"/>
                      <w:sz w:val="17"/>
                    </w:rPr>
                    <w:t>GLAVNI DEL – POSLUŠANJE, IZVAJANJE, GIBANJE IN USTVARJANJE (2 šolski uri)</w:t>
                  </w:r>
                </w:p>
              </w:tc>
            </w:tr>
          </w:tbl>
          <w:p w14:paraId="36E21F7C" w14:textId="77777777" w:rsidR="008D43AB" w:rsidRDefault="008D43AB">
            <w:pPr>
              <w:spacing w:line="20" w:lineRule="exact"/>
            </w:pPr>
          </w:p>
          <w:p w14:paraId="1BDEA9DF" w14:textId="77777777" w:rsidR="008D43AB" w:rsidRDefault="00000000">
            <w:pPr>
              <w:keepNext/>
              <w:spacing w:before="24" w:after="8" w:line="245" w:lineRule="auto"/>
            </w:pPr>
            <w:r>
              <w:rPr>
                <w:b/>
                <w:color w:val="000000"/>
                <w:sz w:val="16"/>
              </w:rPr>
              <w:t>1. URA – Glasbena Pokrajina – Poslušam in izvajam</w:t>
            </w:r>
          </w:p>
          <w:p w14:paraId="482790F9"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»GLASBENA POKRAJINA«,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30F18CCE"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DB38757"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2B5BD98B" w14:textId="77777777" w:rsidR="008D43AB" w:rsidRDefault="00000000">
            <w:pPr>
              <w:keepNext/>
              <w:spacing w:before="24" w:after="8" w:line="245" w:lineRule="auto"/>
            </w:pPr>
            <w:r>
              <w:rPr>
                <w:b/>
                <w:color w:val="000000"/>
                <w:sz w:val="16"/>
              </w:rPr>
              <w:t>2. URA – Glasbena Pokrajina – Ustvarim in nastopim</w:t>
            </w:r>
          </w:p>
          <w:p w14:paraId="7DB5612A"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glasbena pokrajina«; usmerja izbiro, zapis, vajo in menjavo vlog. Zaključek: 10' – Organizira nastop in odziv poslušalcev po kriterijih; posname kratek dokaz, če so soglasja urejena.</w:t>
            </w:r>
          </w:p>
          <w:p w14:paraId="325D86E3"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90C8B68"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7D29556D" w14:textId="77777777">
              <w:trPr>
                <w:jc w:val="center"/>
              </w:trPr>
              <w:tc>
                <w:tcPr>
                  <w:tcW w:w="7087" w:type="dxa"/>
                  <w:shd w:val="clear" w:color="auto" w:fill="EDC9EA"/>
                  <w:tcMar>
                    <w:top w:w="45" w:type="dxa"/>
                    <w:left w:w="70" w:type="dxa"/>
                    <w:bottom w:w="45" w:type="dxa"/>
                    <w:right w:w="70" w:type="dxa"/>
                  </w:tcMar>
                </w:tcPr>
                <w:p w14:paraId="014CDF90" w14:textId="77777777" w:rsidR="008D43AB" w:rsidRDefault="00000000">
                  <w:pPr>
                    <w:keepNext/>
                  </w:pPr>
                  <w:r>
                    <w:rPr>
                      <w:b/>
                      <w:color w:val="000000"/>
                      <w:sz w:val="17"/>
                    </w:rPr>
                    <w:t>ORGANIZACIJA POSTAJ IN PREHODOV</w:t>
                  </w:r>
                </w:p>
              </w:tc>
            </w:tr>
          </w:tbl>
          <w:p w14:paraId="35BF26B1" w14:textId="77777777" w:rsidR="008D43AB" w:rsidRDefault="008D43AB"/>
          <w:p w14:paraId="013C2F7E"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7CF6AA6B" w14:textId="77777777" w:rsidR="008D43AB" w:rsidRDefault="00000000">
            <w:pPr>
              <w:spacing w:before="9" w:after="9" w:line="245" w:lineRule="auto"/>
            </w:pPr>
            <w:r>
              <w:rPr>
                <w:color w:val="000000"/>
                <w:sz w:val="15"/>
              </w:rPr>
              <w:t>Postaja 2: Gibalno-pripovedna: osebo, dogodek ali okolje ponazorim z gibanjem in izberem ustrezen zvok.</w:t>
            </w:r>
          </w:p>
          <w:p w14:paraId="1DF4CD2D"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536FF191"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089326B0"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103FEDB4" w14:textId="77777777" w:rsidR="008D43AB" w:rsidRDefault="008D43AB"/>
          <w:p w14:paraId="7F8EDBF7" w14:textId="77777777" w:rsidR="008D43AB" w:rsidRDefault="00000000">
            <w:pPr>
              <w:spacing w:after="6" w:line="245" w:lineRule="auto"/>
            </w:pPr>
            <w:r>
              <w:rPr>
                <w:b/>
                <w:color w:val="000000"/>
                <w:sz w:val="15"/>
              </w:rPr>
              <w:t>1. URA – Glasbena Pokrajina – Poslušam in izvajam</w:t>
            </w:r>
          </w:p>
          <w:p w14:paraId="2699A12C"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6EC8D3FF" w14:textId="77777777" w:rsidR="008D43AB" w:rsidRDefault="00000000">
            <w:pPr>
              <w:spacing w:after="20" w:line="245" w:lineRule="auto"/>
            </w:pPr>
            <w:r>
              <w:rPr>
                <w:color w:val="D95BC6"/>
                <w:sz w:val="14"/>
              </w:rPr>
              <w:t>Dokaz: poslušalski gibalni odziv, ritmični/pevski odmev in učiteljev zapis o skupnem pulzu oziroma.</w:t>
            </w:r>
          </w:p>
          <w:p w14:paraId="2979D4A0" w14:textId="77777777" w:rsidR="008D43AB" w:rsidRDefault="00000000">
            <w:pPr>
              <w:spacing w:after="6" w:line="245" w:lineRule="auto"/>
            </w:pPr>
            <w:r>
              <w:rPr>
                <w:b/>
                <w:color w:val="000000"/>
                <w:sz w:val="15"/>
              </w:rPr>
              <w:t>2. URA – Glasbena Pokrajina – Ustvarim in nastopim</w:t>
            </w:r>
          </w:p>
          <w:p w14:paraId="41DEC2AF"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19DF9522" w14:textId="77777777" w:rsidR="008D43AB" w:rsidRDefault="00000000">
            <w:pPr>
              <w:spacing w:after="20" w:line="245" w:lineRule="auto"/>
            </w:pPr>
            <w:r>
              <w:rPr>
                <w:color w:val="D95BC6"/>
                <w:sz w:val="14"/>
              </w:rPr>
              <w:t>Dokaz: slikovni zvočni zapis, skupinska izvedba/posnetek in vrstniška opisna povratna informacija.</w:t>
            </w:r>
          </w:p>
          <w:p w14:paraId="3168FFDC" w14:textId="77777777" w:rsidR="008D43AB" w:rsidRDefault="00000000">
            <w:pPr>
              <w:spacing w:before="40" w:after="20" w:line="245" w:lineRule="auto"/>
            </w:pPr>
            <w:r>
              <w:rPr>
                <w:b/>
                <w:color w:val="D95BC6"/>
                <w:sz w:val="16"/>
              </w:rPr>
              <w:t>MOJ KROG POSTAJ</w:t>
            </w:r>
          </w:p>
          <w:p w14:paraId="242C71D7" w14:textId="77777777" w:rsidR="008D43AB" w:rsidRDefault="00000000">
            <w:pPr>
              <w:spacing w:after="11" w:line="245" w:lineRule="auto"/>
            </w:pPr>
            <w:r>
              <w:rPr>
                <w:color w:val="000000"/>
                <w:sz w:val="14"/>
              </w:rPr>
              <w:t>1. Raziskovalna: varno preizkusim material, predmet, glas ali zvočilo ter primerjam zvočni.</w:t>
            </w:r>
          </w:p>
          <w:p w14:paraId="5818138E" w14:textId="77777777" w:rsidR="008D43AB" w:rsidRDefault="00000000">
            <w:pPr>
              <w:spacing w:after="11" w:line="245" w:lineRule="auto"/>
            </w:pPr>
            <w:r>
              <w:rPr>
                <w:color w:val="000000"/>
                <w:sz w:val="14"/>
              </w:rPr>
              <w:t>2. Gibalno-pripovedna: osebo, dogodek ali okolje ponazorim z gibanjem in izberem ustrezen zvok.</w:t>
            </w:r>
          </w:p>
          <w:p w14:paraId="2EB30F3F" w14:textId="77777777" w:rsidR="008D43AB" w:rsidRDefault="00000000">
            <w:pPr>
              <w:spacing w:after="11" w:line="245" w:lineRule="auto"/>
            </w:pPr>
            <w:r>
              <w:rPr>
                <w:color w:val="000000"/>
                <w:sz w:val="14"/>
              </w:rPr>
              <w:t>3. Slikovno-zapisna: iz simbolov sestavim motiv ali zaporedje in določim začetek.</w:t>
            </w:r>
          </w:p>
          <w:p w14:paraId="265CA381" w14:textId="77777777" w:rsidR="008D43AB" w:rsidRDefault="00000000">
            <w:pPr>
              <w:spacing w:after="11" w:line="245" w:lineRule="auto"/>
            </w:pPr>
            <w:r>
              <w:rPr>
                <w:color w:val="000000"/>
                <w:sz w:val="14"/>
              </w:rPr>
              <w:t>4. Izvajalska: prevzamem vlogo izvajalca ali dirigenta, izvedem rešitev in jo izboljšam po.</w:t>
            </w:r>
          </w:p>
          <w:p w14:paraId="4AF94782"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839102E" w14:textId="77777777" w:rsidR="008D43AB" w:rsidRDefault="00000000">
            <w:pPr>
              <w:spacing w:after="20" w:line="245" w:lineRule="auto"/>
            </w:pPr>
            <w:r>
              <w:rPr>
                <w:b/>
                <w:color w:val="D95BC6"/>
                <w:sz w:val="17"/>
              </w:rPr>
              <w:t>DOKAZ O UČENJU</w:t>
            </w:r>
          </w:p>
          <w:p w14:paraId="202E9944"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2F28B8F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B1AD92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84BF95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5A9B894" w14:textId="77777777" w:rsidR="008D43AB" w:rsidRDefault="00000000">
            <w:pPr>
              <w:jc w:val="center"/>
            </w:pPr>
            <w:r>
              <w:rPr>
                <w:b/>
                <w:color w:val="000000"/>
                <w:sz w:val="20"/>
              </w:rPr>
              <w:t>UČNE DEJAVNOSTI, METODE IN FORMATIVNO SPREMLJANJE</w:t>
            </w:r>
          </w:p>
        </w:tc>
      </w:tr>
      <w:tr w:rsidR="008D43AB" w14:paraId="0013DF83" w14:textId="77777777">
        <w:trPr>
          <w:tblHeader/>
          <w:jc w:val="center"/>
        </w:trPr>
        <w:tc>
          <w:tcPr>
            <w:tcW w:w="4422" w:type="dxa"/>
            <w:vMerge/>
            <w:tcMar>
              <w:top w:w="70" w:type="dxa"/>
              <w:left w:w="90" w:type="dxa"/>
              <w:bottom w:w="70" w:type="dxa"/>
              <w:right w:w="90" w:type="dxa"/>
            </w:tcMar>
            <w:vAlign w:val="center"/>
          </w:tcPr>
          <w:p w14:paraId="5009DA1A" w14:textId="77777777" w:rsidR="008D43AB" w:rsidRDefault="008D43AB"/>
        </w:tc>
        <w:tc>
          <w:tcPr>
            <w:tcW w:w="7087" w:type="dxa"/>
            <w:shd w:val="clear" w:color="auto" w:fill="FFFFFF"/>
            <w:tcMar>
              <w:top w:w="70" w:type="dxa"/>
              <w:left w:w="90" w:type="dxa"/>
              <w:bottom w:w="70" w:type="dxa"/>
              <w:right w:w="90" w:type="dxa"/>
            </w:tcMar>
            <w:vAlign w:val="center"/>
          </w:tcPr>
          <w:p w14:paraId="2500F9F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182C031" w14:textId="77777777" w:rsidR="008D43AB" w:rsidRDefault="00000000">
            <w:pPr>
              <w:jc w:val="center"/>
            </w:pPr>
            <w:r>
              <w:rPr>
                <w:b/>
                <w:color w:val="000000"/>
              </w:rPr>
              <w:t>UČENEC</w:t>
            </w:r>
          </w:p>
        </w:tc>
      </w:tr>
      <w:tr w:rsidR="008D43AB" w14:paraId="0F772A5F" w14:textId="77777777">
        <w:trPr>
          <w:jc w:val="center"/>
        </w:trPr>
        <w:tc>
          <w:tcPr>
            <w:tcW w:w="4422" w:type="dxa"/>
            <w:tcMar>
              <w:top w:w="70" w:type="dxa"/>
              <w:left w:w="90" w:type="dxa"/>
              <w:bottom w:w="70" w:type="dxa"/>
              <w:right w:w="90" w:type="dxa"/>
            </w:tcMar>
          </w:tcPr>
          <w:p w14:paraId="1572518D" w14:textId="77777777" w:rsidR="008D43AB" w:rsidRDefault="008D43AB"/>
          <w:p w14:paraId="5DAF4119" w14:textId="77777777" w:rsidR="008D43AB" w:rsidRDefault="00000000">
            <w:pPr>
              <w:spacing w:after="40" w:line="245" w:lineRule="auto"/>
            </w:pPr>
            <w:r>
              <w:rPr>
                <w:b/>
                <w:color w:val="000000"/>
              </w:rPr>
              <w:t>FORMATIVNO SPREMLJANJE</w:t>
            </w:r>
          </w:p>
          <w:p w14:paraId="27615064" w14:textId="77777777" w:rsidR="008D43AB" w:rsidRDefault="00000000">
            <w:pPr>
              <w:pStyle w:val="Oznaenseznam"/>
              <w:spacing w:after="16"/>
            </w:pPr>
            <w:r>
              <w:rPr>
                <w:color w:val="000000"/>
                <w:sz w:val="16"/>
              </w:rPr>
              <w:t>predznanje: zvočna napoved, izbira kartice, gib, ritmični oziroma pevski poskus ali začetni simbol</w:t>
            </w:r>
          </w:p>
          <w:p w14:paraId="5B55DAB4" w14:textId="77777777" w:rsidR="008D43AB" w:rsidRDefault="00000000">
            <w:pPr>
              <w:pStyle w:val="Oznaenseznam"/>
              <w:spacing w:after="16"/>
            </w:pPr>
            <w:r>
              <w:rPr>
                <w:color w:val="000000"/>
                <w:sz w:val="16"/>
              </w:rPr>
              <w:t>nameni in merila: kratka poved, slikovni znak, model izvedbe ter vidna pravila varne glasnosti</w:t>
            </w:r>
          </w:p>
          <w:p w14:paraId="07B40515"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033BA5E" w14:textId="77777777" w:rsidR="008D43AB" w:rsidRDefault="00000000">
            <w:pPr>
              <w:pStyle w:val="Oznaenseznam"/>
              <w:spacing w:after="16"/>
            </w:pPr>
            <w:r>
              <w:rPr>
                <w:color w:val="000000"/>
                <w:sz w:val="16"/>
              </w:rPr>
              <w:t>povratna informacija: opis slišane strategije, povezava z enim merilom in izvedljiv naslednji korak</w:t>
            </w:r>
          </w:p>
          <w:p w14:paraId="7B81636A" w14:textId="77777777" w:rsidR="008D43AB" w:rsidRDefault="00000000">
            <w:pPr>
              <w:pStyle w:val="Oznaenseznam"/>
              <w:spacing w:after="16"/>
            </w:pPr>
            <w:r>
              <w:rPr>
                <w:color w:val="000000"/>
                <w:sz w:val="16"/>
              </w:rPr>
              <w:t>samovrednotenje: barvni zvočni semafor, lestvica samostojnosti, izbran dokaz in ponovna izvedba</w:t>
            </w:r>
          </w:p>
          <w:p w14:paraId="2DCFCD59" w14:textId="77777777" w:rsidR="008D43AB" w:rsidRDefault="00000000">
            <w:pPr>
              <w:spacing w:before="40" w:after="20" w:line="245" w:lineRule="auto"/>
            </w:pPr>
            <w:r>
              <w:rPr>
                <w:b/>
                <w:color w:val="000000"/>
                <w:sz w:val="17"/>
              </w:rPr>
              <w:t>VARNOST IN VAROVANJE SLUHA</w:t>
            </w:r>
          </w:p>
          <w:p w14:paraId="1805A248"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2B2F5A8E" w14:textId="77777777" w:rsidR="008D43AB" w:rsidRDefault="00000000">
            <w:pPr>
              <w:spacing w:after="20" w:line="245" w:lineRule="auto"/>
            </w:pPr>
            <w:r>
              <w:rPr>
                <w:b/>
                <w:color w:val="000000"/>
                <w:sz w:val="17"/>
              </w:rPr>
              <w:t>EVIDENCA PO IZVEDBI</w:t>
            </w:r>
          </w:p>
          <w:p w14:paraId="52B1CE7B"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0A4B16CF" w14:textId="77777777" w:rsidR="008D43AB" w:rsidRDefault="00000000">
            <w:pPr>
              <w:spacing w:before="40" w:after="20" w:line="245" w:lineRule="auto"/>
            </w:pPr>
            <w:r>
              <w:rPr>
                <w:b/>
                <w:color w:val="000000"/>
                <w:sz w:val="17"/>
              </w:rPr>
              <w:t>RAVEN DOSEGANJA</w:t>
            </w:r>
          </w:p>
          <w:p w14:paraId="7DB6B9AB"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5FDD758"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9FF3CD5" w14:textId="77777777">
              <w:trPr>
                <w:jc w:val="center"/>
              </w:trPr>
              <w:tc>
                <w:tcPr>
                  <w:tcW w:w="7087" w:type="dxa"/>
                  <w:shd w:val="clear" w:color="auto" w:fill="EDC9EA"/>
                  <w:tcMar>
                    <w:top w:w="45" w:type="dxa"/>
                    <w:left w:w="70" w:type="dxa"/>
                    <w:bottom w:w="45" w:type="dxa"/>
                    <w:right w:w="70" w:type="dxa"/>
                  </w:tcMar>
                </w:tcPr>
                <w:p w14:paraId="563B3F7B" w14:textId="77777777" w:rsidR="008D43AB" w:rsidRDefault="00000000">
                  <w:pPr>
                    <w:keepNext/>
                  </w:pPr>
                  <w:r>
                    <w:rPr>
                      <w:b/>
                      <w:color w:val="000000"/>
                    </w:rPr>
                    <w:t>VPRAŠANJA V PODPORO GLASBENEMU UČENJU</w:t>
                  </w:r>
                </w:p>
              </w:tc>
            </w:tr>
          </w:tbl>
          <w:p w14:paraId="0FCD877B" w14:textId="77777777" w:rsidR="008D43AB" w:rsidRDefault="008D43AB">
            <w:pPr>
              <w:spacing w:line="20" w:lineRule="exact"/>
            </w:pPr>
          </w:p>
          <w:p w14:paraId="5AD333D4" w14:textId="77777777" w:rsidR="008D43AB" w:rsidRDefault="00000000">
            <w:pPr>
              <w:pStyle w:val="Oznaenseznam"/>
              <w:spacing w:after="16"/>
            </w:pPr>
            <w:r>
              <w:rPr>
                <w:color w:val="000000"/>
                <w:sz w:val="16"/>
              </w:rPr>
              <w:t>Kaj si v glasbi slišal/-a, začutil/-a ali pokazal/-a z gibanjem?</w:t>
            </w:r>
          </w:p>
          <w:p w14:paraId="7378240E" w14:textId="77777777" w:rsidR="008D43AB" w:rsidRDefault="00000000">
            <w:pPr>
              <w:pStyle w:val="Oznaenseznam"/>
              <w:spacing w:after="16"/>
            </w:pPr>
            <w:r>
              <w:rPr>
                <w:color w:val="000000"/>
                <w:sz w:val="16"/>
              </w:rPr>
              <w:t>Po katerem zvočnem znaku, lastnosti ali vzorcu si prepoznal/-a rešitev?</w:t>
            </w:r>
          </w:p>
          <w:p w14:paraId="630C1755" w14:textId="77777777" w:rsidR="008D43AB" w:rsidRDefault="00000000">
            <w:pPr>
              <w:pStyle w:val="Oznaenseznam"/>
              <w:spacing w:after="16"/>
            </w:pPr>
            <w:r>
              <w:rPr>
                <w:color w:val="000000"/>
                <w:sz w:val="16"/>
              </w:rPr>
              <w:t>Kako veš, da je bil pulz, začetek, konec, glasnost ali skupinska izvedba skladna z merilom?</w:t>
            </w:r>
          </w:p>
          <w:p w14:paraId="61E80798" w14:textId="77777777" w:rsidR="008D43AB" w:rsidRDefault="00000000">
            <w:pPr>
              <w:pStyle w:val="Oznaenseznam"/>
              <w:spacing w:after="16"/>
            </w:pPr>
            <w:r>
              <w:rPr>
                <w:color w:val="000000"/>
                <w:sz w:val="16"/>
              </w:rPr>
              <w:t>Zakaj si za motiv, osebo, dogodek ali okolje izbral/-a prav ta glas, predmet ali glasbilo?</w:t>
            </w:r>
          </w:p>
          <w:p w14:paraId="1D784BC1"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12402F68" w14:textId="77777777">
              <w:trPr>
                <w:jc w:val="center"/>
              </w:trPr>
              <w:tc>
                <w:tcPr>
                  <w:tcW w:w="7087" w:type="dxa"/>
                  <w:shd w:val="clear" w:color="auto" w:fill="C6E7F3"/>
                  <w:tcMar>
                    <w:top w:w="45" w:type="dxa"/>
                    <w:left w:w="70" w:type="dxa"/>
                    <w:bottom w:w="45" w:type="dxa"/>
                    <w:right w:w="70" w:type="dxa"/>
                  </w:tcMar>
                </w:tcPr>
                <w:p w14:paraId="2AFEF66B" w14:textId="77777777" w:rsidR="008D43AB" w:rsidRDefault="00000000">
                  <w:pPr>
                    <w:keepNext/>
                  </w:pPr>
                  <w:r>
                    <w:rPr>
                      <w:b/>
                      <w:color w:val="000000"/>
                    </w:rPr>
                    <w:t>ZAKLJUČNI DEL – NASTOP, POSLUŠALSKI ODZIV IN REFLEKSIJA (8–12 min)</w:t>
                  </w:r>
                </w:p>
              </w:tc>
            </w:tr>
          </w:tbl>
          <w:p w14:paraId="436755AA" w14:textId="77777777" w:rsidR="008D43AB" w:rsidRDefault="008D43AB">
            <w:pPr>
              <w:spacing w:line="20" w:lineRule="exact"/>
            </w:pPr>
          </w:p>
          <w:p w14:paraId="6E4E2D0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6770071E" w14:textId="77777777">
              <w:trPr>
                <w:jc w:val="center"/>
              </w:trPr>
              <w:tc>
                <w:tcPr>
                  <w:tcW w:w="7087" w:type="dxa"/>
                  <w:shd w:val="clear" w:color="auto" w:fill="EDC9EA"/>
                  <w:tcMar>
                    <w:top w:w="45" w:type="dxa"/>
                    <w:left w:w="70" w:type="dxa"/>
                    <w:bottom w:w="45" w:type="dxa"/>
                    <w:right w:w="70" w:type="dxa"/>
                  </w:tcMar>
                </w:tcPr>
                <w:p w14:paraId="48225051" w14:textId="77777777" w:rsidR="008D43AB" w:rsidRDefault="00000000">
                  <w:pPr>
                    <w:keepNext/>
                  </w:pPr>
                  <w:r>
                    <w:rPr>
                      <w:b/>
                      <w:color w:val="000000"/>
                    </w:rPr>
                    <w:t>SAMOVREDNOTENJE</w:t>
                  </w:r>
                </w:p>
              </w:tc>
            </w:tr>
          </w:tbl>
          <w:p w14:paraId="4FCE05FB" w14:textId="77777777" w:rsidR="008D43AB" w:rsidRDefault="008D43AB">
            <w:pPr>
              <w:spacing w:line="20" w:lineRule="exact"/>
            </w:pPr>
          </w:p>
          <w:p w14:paraId="2DC8403B"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332082F5" w14:textId="77777777">
              <w:trPr>
                <w:jc w:val="center"/>
              </w:trPr>
              <w:tc>
                <w:tcPr>
                  <w:tcW w:w="7087" w:type="dxa"/>
                  <w:shd w:val="clear" w:color="auto" w:fill="EDC9EA"/>
                  <w:tcMar>
                    <w:top w:w="45" w:type="dxa"/>
                    <w:left w:w="70" w:type="dxa"/>
                    <w:bottom w:w="45" w:type="dxa"/>
                    <w:right w:w="70" w:type="dxa"/>
                  </w:tcMar>
                </w:tcPr>
                <w:p w14:paraId="7654ED4C" w14:textId="77777777" w:rsidR="008D43AB" w:rsidRDefault="00000000">
                  <w:pPr>
                    <w:keepNext/>
                  </w:pPr>
                  <w:r>
                    <w:rPr>
                      <w:b/>
                      <w:color w:val="000000"/>
                    </w:rPr>
                    <w:t>VRSTNIŠKO VREDNOTENJE</w:t>
                  </w:r>
                </w:p>
              </w:tc>
            </w:tr>
          </w:tbl>
          <w:p w14:paraId="014CBEB5" w14:textId="77777777" w:rsidR="008D43AB" w:rsidRDefault="008D43AB">
            <w:pPr>
              <w:spacing w:line="20" w:lineRule="exact"/>
            </w:pPr>
          </w:p>
          <w:p w14:paraId="783CE717"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14E33C96" w14:textId="77777777">
              <w:trPr>
                <w:jc w:val="center"/>
              </w:trPr>
              <w:tc>
                <w:tcPr>
                  <w:tcW w:w="7087" w:type="dxa"/>
                  <w:shd w:val="clear" w:color="auto" w:fill="EDC9EA"/>
                  <w:tcMar>
                    <w:top w:w="45" w:type="dxa"/>
                    <w:left w:w="70" w:type="dxa"/>
                    <w:bottom w:w="45" w:type="dxa"/>
                    <w:right w:w="70" w:type="dxa"/>
                  </w:tcMar>
                </w:tcPr>
                <w:p w14:paraId="537A462E" w14:textId="77777777" w:rsidR="008D43AB" w:rsidRDefault="00000000">
                  <w:pPr>
                    <w:keepNext/>
                  </w:pPr>
                  <w:r>
                    <w:rPr>
                      <w:b/>
                      <w:color w:val="000000"/>
                    </w:rPr>
                    <w:t>SKUPNI POVZETEK</w:t>
                  </w:r>
                </w:p>
              </w:tc>
            </w:tr>
          </w:tbl>
          <w:p w14:paraId="6C981337" w14:textId="77777777" w:rsidR="008D43AB" w:rsidRDefault="008D43AB"/>
          <w:p w14:paraId="2126252F" w14:textId="77777777" w:rsidR="008D43AB" w:rsidRDefault="00000000">
            <w:pPr>
              <w:spacing w:before="20" w:after="40" w:line="245" w:lineRule="auto"/>
            </w:pPr>
            <w:r>
              <w:rPr>
                <w:b/>
                <w:color w:val="000000"/>
                <w:sz w:val="16"/>
              </w:rPr>
              <w:t>poslušam zvoke okolja; zapišem jih s simboli; izvedem zvočno zaporedje. Izbrani dokaz pojasnim in po povratni informaciji izboljšam.</w:t>
            </w:r>
          </w:p>
        </w:tc>
        <w:tc>
          <w:tcPr>
            <w:tcW w:w="2551" w:type="dxa"/>
            <w:tcMar>
              <w:top w:w="70" w:type="dxa"/>
              <w:left w:w="90" w:type="dxa"/>
              <w:bottom w:w="70" w:type="dxa"/>
              <w:right w:w="90" w:type="dxa"/>
            </w:tcMar>
          </w:tcPr>
          <w:p w14:paraId="4F6D4DD2" w14:textId="77777777" w:rsidR="008D43AB" w:rsidRDefault="008D43AB"/>
          <w:p w14:paraId="2F4F51A6" w14:textId="77777777" w:rsidR="008D43AB" w:rsidRDefault="00000000">
            <w:pPr>
              <w:spacing w:after="80" w:line="245" w:lineRule="auto"/>
            </w:pPr>
            <w:r>
              <w:rPr>
                <w:color w:val="000000"/>
                <w:sz w:val="16"/>
              </w:rPr>
              <w:t>Odgovarja na podporna vprašanja in se sklicuje na slišano, izvedeno, ustvarjeno ali zapisano.</w:t>
            </w:r>
          </w:p>
          <w:p w14:paraId="10FC1769" w14:textId="77777777" w:rsidR="008D43AB" w:rsidRDefault="00000000">
            <w:pPr>
              <w:spacing w:after="80" w:line="245" w:lineRule="auto"/>
            </w:pPr>
            <w:r>
              <w:rPr>
                <w:color w:val="000000"/>
                <w:sz w:val="16"/>
              </w:rPr>
              <w:t>Predstavi izbrani dokaz ter pove, katero merilo z njim pokaže.</w:t>
            </w:r>
          </w:p>
          <w:p w14:paraId="321AE346" w14:textId="77777777" w:rsidR="008D43AB" w:rsidRDefault="00000000">
            <w:pPr>
              <w:spacing w:after="80" w:line="245" w:lineRule="auto"/>
            </w:pPr>
            <w:r>
              <w:rPr>
                <w:color w:val="000000"/>
                <w:sz w:val="16"/>
              </w:rPr>
              <w:t>Posluša vrstnika, opiše eno slišano moč in poda prijazen predlog za izboljšavo.</w:t>
            </w:r>
          </w:p>
          <w:p w14:paraId="4C8DBCE3" w14:textId="77777777" w:rsidR="008D43AB" w:rsidRDefault="00000000">
            <w:pPr>
              <w:spacing w:after="80" w:line="245" w:lineRule="auto"/>
            </w:pPr>
            <w:r>
              <w:rPr>
                <w:color w:val="000000"/>
                <w:sz w:val="16"/>
              </w:rPr>
              <w:t>Po povratni informaciji izvedbo, gib, ritem, zvočno izbiro ali slikovni zapis ponovi in izboljša.</w:t>
            </w:r>
          </w:p>
          <w:p w14:paraId="74941CBD" w14:textId="77777777" w:rsidR="008D43AB" w:rsidRDefault="00000000">
            <w:pPr>
              <w:spacing w:after="100" w:line="245" w:lineRule="auto"/>
            </w:pPr>
            <w:r>
              <w:rPr>
                <w:color w:val="000000"/>
                <w:sz w:val="16"/>
              </w:rPr>
              <w:t>Izbere raven samostojnosti ter določi majhen in izvedljiv naslednji glasbeni korak.</w:t>
            </w:r>
          </w:p>
          <w:p w14:paraId="711F7B6A" w14:textId="77777777" w:rsidR="008D43AB" w:rsidRDefault="00000000">
            <w:pPr>
              <w:spacing w:after="20" w:line="245" w:lineRule="auto"/>
            </w:pPr>
            <w:r>
              <w:rPr>
                <w:b/>
                <w:color w:val="D95BC6"/>
                <w:sz w:val="17"/>
              </w:rPr>
              <w:t>DOKAZ O UČENJU</w:t>
            </w:r>
          </w:p>
          <w:p w14:paraId="5FCE7BFB"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69A13E5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1771D57B" w14:textId="77777777">
        <w:trPr>
          <w:cantSplit/>
          <w:jc w:val="center"/>
        </w:trPr>
        <w:tc>
          <w:tcPr>
            <w:tcW w:w="14060" w:type="dxa"/>
            <w:gridSpan w:val="6"/>
            <w:tcMar>
              <w:top w:w="70" w:type="dxa"/>
              <w:left w:w="90" w:type="dxa"/>
              <w:bottom w:w="70" w:type="dxa"/>
              <w:right w:w="90" w:type="dxa"/>
            </w:tcMar>
            <w:vAlign w:val="center"/>
          </w:tcPr>
          <w:p w14:paraId="69E1D33E" w14:textId="77777777" w:rsidR="008D43AB" w:rsidRDefault="00000000">
            <w:pPr>
              <w:jc w:val="center"/>
            </w:pPr>
            <w:r>
              <w:rPr>
                <w:b/>
                <w:color w:val="000000"/>
                <w:sz w:val="24"/>
              </w:rPr>
              <w:lastRenderedPageBreak/>
              <w:t>UČNA PRIPRAVA 30/39</w:t>
            </w:r>
          </w:p>
        </w:tc>
      </w:tr>
      <w:tr w:rsidR="008D43AB" w14:paraId="10180FDC" w14:textId="77777777">
        <w:trPr>
          <w:jc w:val="center"/>
        </w:trPr>
        <w:tc>
          <w:tcPr>
            <w:tcW w:w="2665" w:type="dxa"/>
            <w:tcMar>
              <w:top w:w="70" w:type="dxa"/>
              <w:left w:w="90" w:type="dxa"/>
              <w:bottom w:w="70" w:type="dxa"/>
              <w:right w:w="90" w:type="dxa"/>
            </w:tcMar>
            <w:vAlign w:val="center"/>
          </w:tcPr>
          <w:p w14:paraId="05178F00"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3D5B921"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692C27CA"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DFF5383" w14:textId="77777777" w:rsidR="008D43AB" w:rsidRDefault="00000000">
            <w:r>
              <w:rPr>
                <w:b/>
                <w:color w:val="000000"/>
                <w:sz w:val="16"/>
              </w:rPr>
              <w:t xml:space="preserve">NAČRTOVANI TERMIN: </w:t>
            </w:r>
            <w:r>
              <w:rPr>
                <w:color w:val="000000"/>
                <w:sz w:val="16"/>
              </w:rPr>
              <w:t>30. teden • 12.–16. 4. 2027</w:t>
            </w:r>
          </w:p>
        </w:tc>
        <w:tc>
          <w:tcPr>
            <w:tcW w:w="2268" w:type="dxa"/>
            <w:tcMar>
              <w:top w:w="70" w:type="dxa"/>
              <w:left w:w="90" w:type="dxa"/>
              <w:bottom w:w="70" w:type="dxa"/>
              <w:right w:w="90" w:type="dxa"/>
            </w:tcMar>
            <w:vAlign w:val="center"/>
          </w:tcPr>
          <w:p w14:paraId="2733AE58"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4B43313" w14:textId="77777777" w:rsidR="008D43AB" w:rsidRDefault="00000000">
            <w:r>
              <w:rPr>
                <w:b/>
                <w:color w:val="000000"/>
                <w:sz w:val="16"/>
              </w:rPr>
              <w:t xml:space="preserve">ŠTEVILO UR: </w:t>
            </w:r>
            <w:r>
              <w:rPr>
                <w:color w:val="000000"/>
                <w:sz w:val="16"/>
              </w:rPr>
              <w:t>2</w:t>
            </w:r>
          </w:p>
        </w:tc>
      </w:tr>
      <w:tr w:rsidR="008D43AB" w14:paraId="5A7BF02C" w14:textId="77777777">
        <w:trPr>
          <w:jc w:val="center"/>
        </w:trPr>
        <w:tc>
          <w:tcPr>
            <w:tcW w:w="14061" w:type="dxa"/>
            <w:gridSpan w:val="6"/>
            <w:tcMar>
              <w:top w:w="70" w:type="dxa"/>
              <w:left w:w="90" w:type="dxa"/>
              <w:bottom w:w="70" w:type="dxa"/>
              <w:right w:w="90" w:type="dxa"/>
            </w:tcMar>
            <w:vAlign w:val="center"/>
          </w:tcPr>
          <w:p w14:paraId="062527FE"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7408D933" w14:textId="77777777">
        <w:trPr>
          <w:cantSplit/>
          <w:jc w:val="center"/>
        </w:trPr>
        <w:tc>
          <w:tcPr>
            <w:tcW w:w="14060" w:type="dxa"/>
            <w:gridSpan w:val="6"/>
            <w:tcMar>
              <w:top w:w="70" w:type="dxa"/>
              <w:left w:w="90" w:type="dxa"/>
              <w:bottom w:w="70" w:type="dxa"/>
              <w:right w:w="90" w:type="dxa"/>
            </w:tcMar>
            <w:vAlign w:val="center"/>
          </w:tcPr>
          <w:p w14:paraId="5FB9AAF7" w14:textId="77777777" w:rsidR="008D43AB" w:rsidRDefault="008D43AB"/>
          <w:p w14:paraId="70E09D8B" w14:textId="77777777" w:rsidR="008D43AB" w:rsidRDefault="00000000">
            <w:pPr>
              <w:spacing w:line="245" w:lineRule="auto"/>
            </w:pPr>
            <w:r>
              <w:rPr>
                <w:b/>
                <w:color w:val="000000"/>
                <w:sz w:val="16"/>
              </w:rPr>
              <w:t xml:space="preserve">UČNI SKLOP: </w:t>
            </w:r>
            <w:r>
              <w:rPr>
                <w:color w:val="000000"/>
                <w:sz w:val="16"/>
              </w:rPr>
              <w:t>GIBANJE, SVETLOBA IN ZVOK</w:t>
            </w:r>
          </w:p>
        </w:tc>
      </w:tr>
      <w:tr w:rsidR="008D43AB" w14:paraId="4E7CE5B1" w14:textId="77777777">
        <w:trPr>
          <w:cantSplit/>
          <w:jc w:val="center"/>
        </w:trPr>
        <w:tc>
          <w:tcPr>
            <w:tcW w:w="14060" w:type="dxa"/>
            <w:gridSpan w:val="6"/>
            <w:tcMar>
              <w:top w:w="70" w:type="dxa"/>
              <w:left w:w="90" w:type="dxa"/>
              <w:bottom w:w="70" w:type="dxa"/>
              <w:right w:w="90" w:type="dxa"/>
            </w:tcMar>
            <w:vAlign w:val="center"/>
          </w:tcPr>
          <w:p w14:paraId="12817589" w14:textId="77777777" w:rsidR="008D43AB" w:rsidRDefault="008D43AB"/>
          <w:p w14:paraId="0B86D3ED" w14:textId="77777777" w:rsidR="008D43AB" w:rsidRDefault="00000000">
            <w:pPr>
              <w:spacing w:line="245" w:lineRule="auto"/>
            </w:pPr>
            <w:r>
              <w:rPr>
                <w:b/>
                <w:color w:val="000000"/>
                <w:sz w:val="16"/>
              </w:rPr>
              <w:t xml:space="preserve">UČNA TEMA: </w:t>
            </w:r>
            <w:r>
              <w:rPr>
                <w:color w:val="000000"/>
                <w:sz w:val="16"/>
              </w:rPr>
              <w:t>HITRO IN POČASI</w:t>
            </w:r>
          </w:p>
        </w:tc>
      </w:tr>
      <w:tr w:rsidR="008D43AB" w14:paraId="7CFB2FBB" w14:textId="77777777">
        <w:trPr>
          <w:cantSplit/>
          <w:jc w:val="center"/>
        </w:trPr>
        <w:tc>
          <w:tcPr>
            <w:tcW w:w="14060" w:type="dxa"/>
            <w:gridSpan w:val="6"/>
            <w:tcMar>
              <w:top w:w="70" w:type="dxa"/>
              <w:left w:w="90" w:type="dxa"/>
              <w:bottom w:w="70" w:type="dxa"/>
              <w:right w:w="90" w:type="dxa"/>
            </w:tcMar>
            <w:vAlign w:val="center"/>
          </w:tcPr>
          <w:p w14:paraId="288492CA" w14:textId="77777777" w:rsidR="008D43AB" w:rsidRDefault="008D43AB"/>
          <w:p w14:paraId="010020E9" w14:textId="77777777" w:rsidR="008D43AB" w:rsidRDefault="00000000">
            <w:pPr>
              <w:spacing w:line="245" w:lineRule="auto"/>
            </w:pPr>
            <w:r>
              <w:rPr>
                <w:b/>
                <w:color w:val="000000"/>
                <w:sz w:val="16"/>
              </w:rPr>
              <w:t xml:space="preserve">KNJIŽEVNO / MOTIVNO IZHODIŠČE: </w:t>
            </w:r>
            <w:r>
              <w:rPr>
                <w:color w:val="000000"/>
                <w:sz w:val="16"/>
              </w:rPr>
              <w:t>»Bobek in barčica« – Anja Štefan • gibanje, voda, potisk, vlek in sodelovanje</w:t>
            </w:r>
          </w:p>
        </w:tc>
      </w:tr>
      <w:tr w:rsidR="008D43AB" w14:paraId="3FA92F5C" w14:textId="77777777">
        <w:trPr>
          <w:cantSplit/>
          <w:jc w:val="center"/>
        </w:trPr>
        <w:tc>
          <w:tcPr>
            <w:tcW w:w="14060" w:type="dxa"/>
            <w:gridSpan w:val="6"/>
            <w:tcMar>
              <w:top w:w="70" w:type="dxa"/>
              <w:left w:w="90" w:type="dxa"/>
              <w:bottom w:w="70" w:type="dxa"/>
              <w:right w:w="90" w:type="dxa"/>
            </w:tcMar>
            <w:vAlign w:val="center"/>
          </w:tcPr>
          <w:p w14:paraId="4B6315C4" w14:textId="77777777" w:rsidR="008D43AB" w:rsidRDefault="008D43AB"/>
          <w:p w14:paraId="3346D6BF" w14:textId="77777777" w:rsidR="008D43AB" w:rsidRDefault="00000000">
            <w:pPr>
              <w:spacing w:line="245" w:lineRule="auto"/>
            </w:pPr>
            <w:r>
              <w:rPr>
                <w:b/>
                <w:color w:val="000000"/>
                <w:sz w:val="16"/>
              </w:rPr>
              <w:t xml:space="preserve">GLASBENO IZHODIŠČE / REPERTOAR: </w:t>
            </w:r>
            <w:r>
              <w:rPr>
                <w:color w:val="000000"/>
                <w:sz w:val="16"/>
              </w:rPr>
              <w:t>»Barčica po morju plava«; ritem veslanja hitro–počasi</w:t>
            </w:r>
          </w:p>
        </w:tc>
      </w:tr>
      <w:tr w:rsidR="008D43AB" w14:paraId="2A21BA72" w14:textId="77777777">
        <w:trPr>
          <w:cantSplit/>
          <w:jc w:val="center"/>
        </w:trPr>
        <w:tc>
          <w:tcPr>
            <w:tcW w:w="14060" w:type="dxa"/>
            <w:gridSpan w:val="6"/>
            <w:tcMar>
              <w:top w:w="70" w:type="dxa"/>
              <w:left w:w="90" w:type="dxa"/>
              <w:bottom w:w="70" w:type="dxa"/>
              <w:right w:w="90" w:type="dxa"/>
            </w:tcMar>
            <w:vAlign w:val="center"/>
          </w:tcPr>
          <w:p w14:paraId="588AAB52" w14:textId="77777777" w:rsidR="008D43AB" w:rsidRDefault="008D43AB"/>
          <w:p w14:paraId="5ADB4CE4" w14:textId="77777777" w:rsidR="008D43AB" w:rsidRDefault="00000000">
            <w:pPr>
              <w:spacing w:line="245" w:lineRule="auto"/>
            </w:pPr>
            <w:r>
              <w:rPr>
                <w:b/>
                <w:color w:val="000000"/>
                <w:sz w:val="16"/>
              </w:rPr>
              <w:t xml:space="preserve">UČNE ENOTE: </w:t>
            </w:r>
            <w:r>
              <w:rPr>
                <w:color w:val="000000"/>
                <w:sz w:val="16"/>
              </w:rPr>
              <w:t>1. ura – Hitro In Počasi – Poslušam in izvajam • 2. ura – Hitro In Počasi – Ustvarim in nastopim</w:t>
            </w:r>
          </w:p>
        </w:tc>
      </w:tr>
      <w:tr w:rsidR="008D43AB" w14:paraId="4DD7BCC4" w14:textId="77777777">
        <w:trPr>
          <w:cantSplit/>
          <w:jc w:val="center"/>
        </w:trPr>
        <w:tc>
          <w:tcPr>
            <w:tcW w:w="14060" w:type="dxa"/>
            <w:gridSpan w:val="6"/>
            <w:tcMar>
              <w:top w:w="70" w:type="dxa"/>
              <w:left w:w="90" w:type="dxa"/>
              <w:bottom w:w="70" w:type="dxa"/>
              <w:right w:w="90" w:type="dxa"/>
            </w:tcMar>
            <w:vAlign w:val="center"/>
          </w:tcPr>
          <w:p w14:paraId="6AFA654D" w14:textId="77777777" w:rsidR="008D43AB" w:rsidRDefault="008D43AB"/>
          <w:p w14:paraId="230D3C87"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3FAC2E48" w14:textId="77777777">
        <w:trPr>
          <w:cantSplit/>
          <w:jc w:val="center"/>
        </w:trPr>
        <w:tc>
          <w:tcPr>
            <w:tcW w:w="14060" w:type="dxa"/>
            <w:gridSpan w:val="6"/>
            <w:tcMar>
              <w:top w:w="70" w:type="dxa"/>
              <w:left w:w="90" w:type="dxa"/>
              <w:bottom w:w="70" w:type="dxa"/>
              <w:right w:w="90" w:type="dxa"/>
            </w:tcMar>
            <w:vAlign w:val="center"/>
          </w:tcPr>
          <w:p w14:paraId="68718E1B" w14:textId="77777777" w:rsidR="008D43AB" w:rsidRDefault="008D43AB"/>
          <w:p w14:paraId="67659904"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5CF7D3DE" w14:textId="77777777">
        <w:trPr>
          <w:cantSplit/>
          <w:jc w:val="center"/>
        </w:trPr>
        <w:tc>
          <w:tcPr>
            <w:tcW w:w="14060" w:type="dxa"/>
            <w:gridSpan w:val="6"/>
            <w:tcMar>
              <w:top w:w="70" w:type="dxa"/>
              <w:left w:w="90" w:type="dxa"/>
              <w:bottom w:w="70" w:type="dxa"/>
              <w:right w:w="90" w:type="dxa"/>
            </w:tcMar>
            <w:vAlign w:val="center"/>
          </w:tcPr>
          <w:p w14:paraId="4B785559" w14:textId="77777777" w:rsidR="008D43AB" w:rsidRDefault="008D43AB"/>
          <w:p w14:paraId="626F2553"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7F6C55E0" w14:textId="77777777">
        <w:trPr>
          <w:cantSplit/>
          <w:jc w:val="center"/>
        </w:trPr>
        <w:tc>
          <w:tcPr>
            <w:tcW w:w="14060" w:type="dxa"/>
            <w:gridSpan w:val="6"/>
            <w:tcMar>
              <w:top w:w="70" w:type="dxa"/>
              <w:left w:w="90" w:type="dxa"/>
              <w:bottom w:w="70" w:type="dxa"/>
              <w:right w:w="90" w:type="dxa"/>
            </w:tcMar>
            <w:vAlign w:val="center"/>
          </w:tcPr>
          <w:p w14:paraId="2A87C903" w14:textId="77777777" w:rsidR="008D43AB" w:rsidRDefault="008D43AB"/>
          <w:p w14:paraId="36373801" w14:textId="77777777" w:rsidR="008D43AB" w:rsidRDefault="00000000">
            <w:pPr>
              <w:spacing w:line="245" w:lineRule="auto"/>
            </w:pPr>
            <w:r>
              <w:rPr>
                <w:b/>
                <w:color w:val="000000"/>
                <w:sz w:val="16"/>
              </w:rPr>
              <w:t xml:space="preserve">MEDPREDMETNE POVEZAVE: </w:t>
            </w:r>
            <w:r>
              <w:rPr>
                <w:color w:val="000000"/>
                <w:sz w:val="16"/>
              </w:rPr>
              <w:t>SPO – gibanje, voda, potisk, vlek in sodelovanje; SLJ – poslušanje, ritmični govor in opis doživetja; ŠPO – pulz, tempo, gibalni odziv in prostorska orientacija; LUM – simbol, barva, linija in zvočni zapis</w:t>
            </w:r>
          </w:p>
        </w:tc>
      </w:tr>
      <w:tr w:rsidR="008D43AB" w14:paraId="34D4BE47" w14:textId="77777777">
        <w:trPr>
          <w:cantSplit/>
          <w:jc w:val="center"/>
        </w:trPr>
        <w:tc>
          <w:tcPr>
            <w:tcW w:w="14060" w:type="dxa"/>
            <w:gridSpan w:val="6"/>
            <w:tcMar>
              <w:top w:w="70" w:type="dxa"/>
              <w:left w:w="90" w:type="dxa"/>
              <w:bottom w:w="70" w:type="dxa"/>
              <w:right w:w="90" w:type="dxa"/>
            </w:tcMar>
            <w:vAlign w:val="center"/>
          </w:tcPr>
          <w:p w14:paraId="7A277891" w14:textId="77777777" w:rsidR="008D43AB" w:rsidRDefault="008D43AB"/>
          <w:p w14:paraId="57495F2A"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0A7FC81C" w14:textId="77777777">
        <w:trPr>
          <w:cantSplit/>
          <w:jc w:val="center"/>
        </w:trPr>
        <w:tc>
          <w:tcPr>
            <w:tcW w:w="14060" w:type="dxa"/>
            <w:gridSpan w:val="6"/>
            <w:tcMar>
              <w:top w:w="70" w:type="dxa"/>
              <w:left w:w="90" w:type="dxa"/>
              <w:bottom w:w="70" w:type="dxa"/>
              <w:right w:w="90" w:type="dxa"/>
            </w:tcMar>
            <w:vAlign w:val="center"/>
          </w:tcPr>
          <w:p w14:paraId="60947279" w14:textId="77777777" w:rsidR="008D43AB" w:rsidRDefault="008D43AB"/>
          <w:p w14:paraId="39F86D24"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2E26F068" w14:textId="77777777">
        <w:trPr>
          <w:cantSplit/>
          <w:jc w:val="center"/>
        </w:trPr>
        <w:tc>
          <w:tcPr>
            <w:tcW w:w="14060" w:type="dxa"/>
            <w:gridSpan w:val="6"/>
            <w:tcMar>
              <w:top w:w="70" w:type="dxa"/>
              <w:left w:w="90" w:type="dxa"/>
              <w:bottom w:w="70" w:type="dxa"/>
              <w:right w:w="90" w:type="dxa"/>
            </w:tcMar>
            <w:vAlign w:val="center"/>
          </w:tcPr>
          <w:p w14:paraId="632C9F54" w14:textId="77777777" w:rsidR="008D43AB" w:rsidRDefault="008D43AB"/>
          <w:p w14:paraId="41E94C75"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10BAAD9C" w14:textId="77777777">
        <w:trPr>
          <w:cantSplit/>
          <w:jc w:val="center"/>
        </w:trPr>
        <w:tc>
          <w:tcPr>
            <w:tcW w:w="14060" w:type="dxa"/>
            <w:gridSpan w:val="6"/>
            <w:tcMar>
              <w:top w:w="70" w:type="dxa"/>
              <w:left w:w="90" w:type="dxa"/>
              <w:bottom w:w="70" w:type="dxa"/>
              <w:right w:w="90" w:type="dxa"/>
            </w:tcMar>
            <w:vAlign w:val="center"/>
          </w:tcPr>
          <w:p w14:paraId="26E19FB2" w14:textId="77777777" w:rsidR="008D43AB" w:rsidRDefault="008D43AB"/>
          <w:p w14:paraId="38B8484E"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64A2E1E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63C8EE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C16FE0"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EDC21D" w14:textId="77777777" w:rsidR="008D43AB" w:rsidRDefault="00000000">
            <w:pPr>
              <w:jc w:val="center"/>
            </w:pPr>
            <w:r>
              <w:rPr>
                <w:b/>
                <w:color w:val="000000"/>
                <w:sz w:val="20"/>
              </w:rPr>
              <w:t>UČNE DEJAVNOSTI, METODE IN FORMATIVNO SPREMLJANJE</w:t>
            </w:r>
          </w:p>
        </w:tc>
      </w:tr>
      <w:tr w:rsidR="008D43AB" w14:paraId="104D0910" w14:textId="77777777">
        <w:trPr>
          <w:tblHeader/>
          <w:jc w:val="center"/>
        </w:trPr>
        <w:tc>
          <w:tcPr>
            <w:tcW w:w="4422" w:type="dxa"/>
            <w:vMerge/>
            <w:tcMar>
              <w:top w:w="70" w:type="dxa"/>
              <w:left w:w="90" w:type="dxa"/>
              <w:bottom w:w="70" w:type="dxa"/>
              <w:right w:w="90" w:type="dxa"/>
            </w:tcMar>
            <w:vAlign w:val="center"/>
          </w:tcPr>
          <w:p w14:paraId="3C44035F" w14:textId="77777777" w:rsidR="008D43AB" w:rsidRDefault="008D43AB"/>
        </w:tc>
        <w:tc>
          <w:tcPr>
            <w:tcW w:w="7087" w:type="dxa"/>
            <w:shd w:val="clear" w:color="auto" w:fill="FFFFFF"/>
            <w:tcMar>
              <w:top w:w="70" w:type="dxa"/>
              <w:left w:w="90" w:type="dxa"/>
              <w:bottom w:w="70" w:type="dxa"/>
              <w:right w:w="90" w:type="dxa"/>
            </w:tcMar>
            <w:vAlign w:val="center"/>
          </w:tcPr>
          <w:p w14:paraId="18423539"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0079CA" w14:textId="77777777" w:rsidR="008D43AB" w:rsidRDefault="00000000">
            <w:pPr>
              <w:jc w:val="center"/>
            </w:pPr>
            <w:r>
              <w:rPr>
                <w:b/>
                <w:color w:val="000000"/>
              </w:rPr>
              <w:t>UČENEC</w:t>
            </w:r>
          </w:p>
        </w:tc>
      </w:tr>
      <w:tr w:rsidR="008D43AB" w14:paraId="575CFF27" w14:textId="77777777">
        <w:trPr>
          <w:jc w:val="center"/>
        </w:trPr>
        <w:tc>
          <w:tcPr>
            <w:tcW w:w="4422" w:type="dxa"/>
            <w:tcMar>
              <w:top w:w="70" w:type="dxa"/>
              <w:left w:w="90" w:type="dxa"/>
              <w:bottom w:w="70" w:type="dxa"/>
              <w:right w:w="90" w:type="dxa"/>
            </w:tcMar>
          </w:tcPr>
          <w:p w14:paraId="766153A5" w14:textId="77777777" w:rsidR="008D43AB" w:rsidRDefault="008D43AB"/>
          <w:p w14:paraId="0ED2E0EC" w14:textId="77777777" w:rsidR="008D43AB" w:rsidRDefault="00000000">
            <w:pPr>
              <w:spacing w:after="60" w:line="245" w:lineRule="auto"/>
            </w:pPr>
            <w:r>
              <w:rPr>
                <w:b/>
                <w:color w:val="000000"/>
              </w:rPr>
              <w:t>UČNI CILJI</w:t>
            </w:r>
          </w:p>
          <w:p w14:paraId="4B0B7A80" w14:textId="77777777" w:rsidR="008D43AB" w:rsidRDefault="00000000">
            <w:pPr>
              <w:spacing w:after="20" w:line="245" w:lineRule="auto"/>
            </w:pPr>
            <w:r>
              <w:rPr>
                <w:b/>
                <w:color w:val="000000"/>
                <w:sz w:val="17"/>
              </w:rPr>
              <w:t>SPLOŠNI</w:t>
            </w:r>
          </w:p>
          <w:p w14:paraId="12676641"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3CA98B7" w14:textId="77777777" w:rsidR="008D43AB" w:rsidRDefault="00000000">
            <w:pPr>
              <w:pStyle w:val="Oznaenseznam"/>
              <w:spacing w:after="16"/>
            </w:pPr>
            <w:r>
              <w:rPr>
                <w:color w:val="000000"/>
                <w:sz w:val="16"/>
              </w:rPr>
              <w:t>poje, ritmično govori ter uporablja telo, glasbila in predmete kot zvočne vire</w:t>
            </w:r>
          </w:p>
          <w:p w14:paraId="2E517ACD" w14:textId="77777777" w:rsidR="008D43AB" w:rsidRDefault="00000000">
            <w:pPr>
              <w:pStyle w:val="Oznaenseznam"/>
              <w:spacing w:after="16"/>
            </w:pPr>
            <w:r>
              <w:rPr>
                <w:color w:val="000000"/>
                <w:sz w:val="16"/>
              </w:rPr>
              <w:t>razlikuje izbrane lastnosti zvoka in glasbe ter varuje sluh in odgovorno uporablja glasbila</w:t>
            </w:r>
          </w:p>
          <w:p w14:paraId="06E0C78B"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853D464" w14:textId="77777777" w:rsidR="008D43AB" w:rsidRDefault="00000000">
            <w:pPr>
              <w:spacing w:before="40" w:after="20" w:line="245" w:lineRule="auto"/>
            </w:pPr>
            <w:r>
              <w:rPr>
                <w:b/>
                <w:color w:val="000000"/>
                <w:sz w:val="17"/>
              </w:rPr>
              <w:t>OPERATIVNI</w:t>
            </w:r>
          </w:p>
          <w:p w14:paraId="430809AC" w14:textId="77777777" w:rsidR="008D43AB" w:rsidRDefault="00000000">
            <w:pPr>
              <w:pStyle w:val="Oznaenseznam"/>
              <w:spacing w:after="16"/>
            </w:pPr>
            <w:r>
              <w:rPr>
                <w:color w:val="000000"/>
                <w:sz w:val="16"/>
              </w:rPr>
              <w:t>razlikuje tempo</w:t>
            </w:r>
          </w:p>
          <w:p w14:paraId="2667E361" w14:textId="77777777" w:rsidR="008D43AB" w:rsidRDefault="00000000">
            <w:pPr>
              <w:pStyle w:val="Oznaenseznam"/>
              <w:spacing w:after="16"/>
            </w:pPr>
            <w:r>
              <w:rPr>
                <w:color w:val="000000"/>
                <w:sz w:val="16"/>
              </w:rPr>
              <w:t>izvede ritem</w:t>
            </w:r>
          </w:p>
          <w:p w14:paraId="7A8AB62F" w14:textId="77777777" w:rsidR="008D43AB" w:rsidRDefault="00000000">
            <w:pPr>
              <w:pStyle w:val="Oznaenseznam"/>
              <w:spacing w:after="16"/>
            </w:pPr>
            <w:r>
              <w:rPr>
                <w:color w:val="000000"/>
                <w:sz w:val="16"/>
              </w:rPr>
              <w:t>ustvari gibalno-glasbeni odziv</w:t>
            </w:r>
          </w:p>
          <w:p w14:paraId="367C20E3" w14:textId="77777777" w:rsidR="008D43AB" w:rsidRDefault="00000000">
            <w:pPr>
              <w:spacing w:before="40" w:after="20" w:line="245" w:lineRule="auto"/>
            </w:pPr>
            <w:r>
              <w:rPr>
                <w:b/>
                <w:color w:val="000000"/>
                <w:sz w:val="17"/>
              </w:rPr>
              <w:t>PRIČAKOVANI DOSEŽKI / MINIMALNI POUDARKI</w:t>
            </w:r>
          </w:p>
          <w:p w14:paraId="53066906" w14:textId="77777777" w:rsidR="008D43AB" w:rsidRDefault="00000000">
            <w:pPr>
              <w:pStyle w:val="Oznaenseznam"/>
              <w:spacing w:after="16"/>
            </w:pPr>
            <w:r>
              <w:rPr>
                <w:color w:val="000000"/>
                <w:sz w:val="15"/>
              </w:rPr>
              <w:t>samostojno oziroma z dogovorjeno oporo razlikuje tempo</w:t>
            </w:r>
          </w:p>
          <w:p w14:paraId="37F7ECBD" w14:textId="77777777" w:rsidR="008D43AB" w:rsidRDefault="00000000">
            <w:pPr>
              <w:pStyle w:val="Oznaenseznam"/>
              <w:spacing w:after="16"/>
            </w:pPr>
            <w:r>
              <w:rPr>
                <w:color w:val="000000"/>
                <w:sz w:val="15"/>
              </w:rPr>
              <w:t>samostojno oziroma z dogovorjeno oporo izvede ritem</w:t>
            </w:r>
          </w:p>
          <w:p w14:paraId="3D41D52B" w14:textId="77777777" w:rsidR="008D43AB" w:rsidRDefault="00000000">
            <w:pPr>
              <w:pStyle w:val="Oznaenseznam"/>
              <w:spacing w:after="16"/>
            </w:pPr>
            <w:r>
              <w:rPr>
                <w:color w:val="000000"/>
                <w:sz w:val="15"/>
              </w:rPr>
              <w:t>samostojno oziroma z dogovorjeno oporo ustvari gibalno-glasbeni odziv</w:t>
            </w:r>
          </w:p>
        </w:tc>
        <w:tc>
          <w:tcPr>
            <w:tcW w:w="7087" w:type="dxa"/>
            <w:tcMar>
              <w:top w:w="70" w:type="dxa"/>
              <w:left w:w="90" w:type="dxa"/>
              <w:bottom w:w="70" w:type="dxa"/>
              <w:right w:w="90" w:type="dxa"/>
            </w:tcMar>
          </w:tcPr>
          <w:p w14:paraId="219BA98A"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54B1F1C9" w14:textId="77777777">
              <w:trPr>
                <w:jc w:val="center"/>
              </w:trPr>
              <w:tc>
                <w:tcPr>
                  <w:tcW w:w="7087" w:type="dxa"/>
                  <w:shd w:val="clear" w:color="auto" w:fill="C6E7F3"/>
                  <w:tcMar>
                    <w:top w:w="45" w:type="dxa"/>
                    <w:left w:w="70" w:type="dxa"/>
                    <w:bottom w:w="45" w:type="dxa"/>
                    <w:right w:w="70" w:type="dxa"/>
                  </w:tcMar>
                </w:tcPr>
                <w:p w14:paraId="6BC3E195" w14:textId="77777777" w:rsidR="008D43AB" w:rsidRDefault="00000000">
                  <w:pPr>
                    <w:keepNext/>
                  </w:pPr>
                  <w:r>
                    <w:rPr>
                      <w:b/>
                      <w:color w:val="000000"/>
                    </w:rPr>
                    <w:t>UVODNI DEL – zvočna motivacija, aktivacija predznanja in namen učenja (8–12 min)</w:t>
                  </w:r>
                </w:p>
              </w:tc>
            </w:tr>
          </w:tbl>
          <w:p w14:paraId="49959226" w14:textId="77777777" w:rsidR="008D43AB" w:rsidRDefault="008D43AB">
            <w:pPr>
              <w:spacing w:line="20" w:lineRule="exact"/>
            </w:pPr>
          </w:p>
          <w:p w14:paraId="0A148563" w14:textId="77777777" w:rsidR="008D43AB" w:rsidRDefault="00000000">
            <w:pPr>
              <w:spacing w:before="40" w:after="60" w:line="245" w:lineRule="auto"/>
            </w:pPr>
            <w:r>
              <w:rPr>
                <w:color w:val="000000"/>
                <w:sz w:val="16"/>
              </w:rPr>
              <w:t>Učenci ob motivu »Bobek in barčica« – Anja Štefan vstopijo v temo gibanje, voda, potisk, vlek in sodelovanje. Najprej v tišini poslušajo kratek zvočni odlomek ali učiteljičino izvedbo (»Barčica po morju plava«; ritem veslanja hitro–počasi),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57E41A26" w14:textId="77777777">
              <w:trPr>
                <w:jc w:val="center"/>
              </w:trPr>
              <w:tc>
                <w:tcPr>
                  <w:tcW w:w="7087" w:type="dxa"/>
                  <w:shd w:val="clear" w:color="auto" w:fill="EDC9EA"/>
                  <w:tcMar>
                    <w:top w:w="45" w:type="dxa"/>
                    <w:left w:w="70" w:type="dxa"/>
                    <w:bottom w:w="45" w:type="dxa"/>
                    <w:right w:w="70" w:type="dxa"/>
                  </w:tcMar>
                </w:tcPr>
                <w:p w14:paraId="504DE8AD" w14:textId="77777777" w:rsidR="008D43AB" w:rsidRDefault="00000000">
                  <w:pPr>
                    <w:keepNext/>
                  </w:pPr>
                  <w:r>
                    <w:rPr>
                      <w:b/>
                      <w:color w:val="000000"/>
                    </w:rPr>
                    <w:t>NAMENI UČENJA</w:t>
                  </w:r>
                </w:p>
              </w:tc>
            </w:tr>
          </w:tbl>
          <w:p w14:paraId="64CC13D2" w14:textId="77777777" w:rsidR="008D43AB" w:rsidRDefault="008D43AB">
            <w:pPr>
              <w:spacing w:line="20" w:lineRule="exact"/>
            </w:pPr>
          </w:p>
          <w:p w14:paraId="04214E56"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0CC6F410" w14:textId="77777777" w:rsidR="008D43AB" w:rsidRDefault="00000000">
            <w:pPr>
              <w:pStyle w:val="Oznaenseznam"/>
              <w:spacing w:after="16"/>
            </w:pPr>
            <w:r>
              <w:rPr>
                <w:color w:val="000000"/>
                <w:sz w:val="16"/>
              </w:rPr>
              <w:t>razlikujem tempo</w:t>
            </w:r>
          </w:p>
          <w:p w14:paraId="478DD3D7" w14:textId="77777777" w:rsidR="008D43AB" w:rsidRDefault="00000000">
            <w:pPr>
              <w:pStyle w:val="Oznaenseznam"/>
              <w:spacing w:after="16"/>
            </w:pPr>
            <w:r>
              <w:rPr>
                <w:color w:val="000000"/>
                <w:sz w:val="16"/>
              </w:rPr>
              <w:t>izvedem ritem</w:t>
            </w:r>
          </w:p>
          <w:p w14:paraId="2704CAA1" w14:textId="77777777" w:rsidR="008D43AB" w:rsidRDefault="00000000">
            <w:pPr>
              <w:pStyle w:val="Oznaenseznam"/>
              <w:spacing w:after="16"/>
            </w:pPr>
            <w:r>
              <w:rPr>
                <w:color w:val="000000"/>
                <w:sz w:val="16"/>
              </w:rPr>
              <w:t>ustvarim gibalno-glasbeni odziv</w:t>
            </w:r>
          </w:p>
          <w:tbl>
            <w:tblPr>
              <w:tblStyle w:val="Tabelamrea"/>
              <w:tblW w:w="0" w:type="auto"/>
              <w:jc w:val="center"/>
              <w:tblLayout w:type="fixed"/>
              <w:tblLook w:val="04A0" w:firstRow="1" w:lastRow="0" w:firstColumn="1" w:lastColumn="0" w:noHBand="0" w:noVBand="1"/>
            </w:tblPr>
            <w:tblGrid>
              <w:gridCol w:w="7087"/>
            </w:tblGrid>
            <w:tr w:rsidR="008D43AB" w14:paraId="548C0B14" w14:textId="77777777">
              <w:trPr>
                <w:jc w:val="center"/>
              </w:trPr>
              <w:tc>
                <w:tcPr>
                  <w:tcW w:w="7087" w:type="dxa"/>
                  <w:shd w:val="clear" w:color="auto" w:fill="EDC9EA"/>
                  <w:tcMar>
                    <w:top w:w="45" w:type="dxa"/>
                    <w:left w:w="70" w:type="dxa"/>
                    <w:bottom w:w="45" w:type="dxa"/>
                    <w:right w:w="70" w:type="dxa"/>
                  </w:tcMar>
                </w:tcPr>
                <w:p w14:paraId="7DDE4F10" w14:textId="77777777" w:rsidR="008D43AB" w:rsidRDefault="00000000">
                  <w:pPr>
                    <w:keepNext/>
                  </w:pPr>
                  <w:r>
                    <w:rPr>
                      <w:b/>
                      <w:color w:val="000000"/>
                    </w:rPr>
                    <w:t>PREVERJANJE PREDZNANJA</w:t>
                  </w:r>
                </w:p>
              </w:tc>
            </w:tr>
          </w:tbl>
          <w:p w14:paraId="1B91D842" w14:textId="77777777" w:rsidR="008D43AB" w:rsidRDefault="008D43AB">
            <w:pPr>
              <w:spacing w:line="20" w:lineRule="exact"/>
            </w:pPr>
          </w:p>
          <w:p w14:paraId="45221539" w14:textId="77777777" w:rsidR="008D43AB" w:rsidRDefault="00000000">
            <w:pPr>
              <w:pStyle w:val="Oznaenseznam"/>
              <w:spacing w:after="16"/>
            </w:pPr>
            <w:r>
              <w:rPr>
                <w:color w:val="000000"/>
                <w:sz w:val="16"/>
              </w:rPr>
              <w:t>Kaj mi zvok, naslov, slika ali motiv pove o temi gibanje, voda, potisk, vlek in sodelovanje?</w:t>
            </w:r>
          </w:p>
          <w:p w14:paraId="4794FCDB" w14:textId="77777777" w:rsidR="008D43AB" w:rsidRDefault="00000000">
            <w:pPr>
              <w:pStyle w:val="Oznaenseznam"/>
              <w:spacing w:after="16"/>
            </w:pPr>
            <w:r>
              <w:rPr>
                <w:color w:val="000000"/>
                <w:sz w:val="16"/>
              </w:rPr>
              <w:t>Kako lahko s poslušanjem, glasom, telesom, glasbilom ali simbolom pokažem, kaj že znam pri temi »HITRO IN POČASI«?</w:t>
            </w:r>
          </w:p>
          <w:p w14:paraId="39B52C89"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4C3B5FD0" w14:textId="77777777">
              <w:trPr>
                <w:jc w:val="center"/>
              </w:trPr>
              <w:tc>
                <w:tcPr>
                  <w:tcW w:w="7087" w:type="dxa"/>
                  <w:shd w:val="clear" w:color="auto" w:fill="EDC9EA"/>
                  <w:tcMar>
                    <w:top w:w="45" w:type="dxa"/>
                    <w:left w:w="70" w:type="dxa"/>
                    <w:bottom w:w="45" w:type="dxa"/>
                    <w:right w:w="70" w:type="dxa"/>
                  </w:tcMar>
                </w:tcPr>
                <w:p w14:paraId="767A487A" w14:textId="77777777" w:rsidR="008D43AB" w:rsidRDefault="00000000">
                  <w:pPr>
                    <w:keepNext/>
                  </w:pPr>
                  <w:r>
                    <w:rPr>
                      <w:b/>
                      <w:color w:val="000000"/>
                    </w:rPr>
                    <w:t>KRITERIJI USPEŠNOSTI</w:t>
                  </w:r>
                </w:p>
              </w:tc>
            </w:tr>
          </w:tbl>
          <w:p w14:paraId="1CD79332" w14:textId="77777777" w:rsidR="008D43AB" w:rsidRDefault="008D43AB"/>
          <w:p w14:paraId="15369678" w14:textId="77777777" w:rsidR="008D43AB" w:rsidRDefault="00000000">
            <w:pPr>
              <w:spacing w:before="20" w:after="20" w:line="245" w:lineRule="auto"/>
            </w:pPr>
            <w:r>
              <w:rPr>
                <w:b/>
                <w:color w:val="000000"/>
                <w:sz w:val="16"/>
              </w:rPr>
              <w:t>Uspešen/-na bom, ko:</w:t>
            </w:r>
          </w:p>
          <w:p w14:paraId="6A374100" w14:textId="77777777" w:rsidR="008D43AB" w:rsidRDefault="00000000">
            <w:pPr>
              <w:pStyle w:val="Oznaenseznam"/>
              <w:spacing w:after="16"/>
            </w:pPr>
            <w:r>
              <w:rPr>
                <w:color w:val="000000"/>
                <w:sz w:val="16"/>
              </w:rPr>
              <w:t>razlikujem tempo</w:t>
            </w:r>
          </w:p>
          <w:p w14:paraId="64C57ACF" w14:textId="77777777" w:rsidR="008D43AB" w:rsidRDefault="00000000">
            <w:pPr>
              <w:pStyle w:val="Oznaenseznam"/>
              <w:spacing w:after="16"/>
            </w:pPr>
            <w:r>
              <w:rPr>
                <w:color w:val="000000"/>
                <w:sz w:val="16"/>
              </w:rPr>
              <w:t>izvedem ritem</w:t>
            </w:r>
          </w:p>
          <w:p w14:paraId="070540ED" w14:textId="77777777" w:rsidR="008D43AB" w:rsidRDefault="00000000">
            <w:pPr>
              <w:pStyle w:val="Oznaenseznam"/>
              <w:spacing w:after="16"/>
            </w:pPr>
            <w:r>
              <w:rPr>
                <w:color w:val="000000"/>
                <w:sz w:val="16"/>
              </w:rPr>
              <w:t>ustvarim gibalno-glasbeni odziv</w:t>
            </w:r>
          </w:p>
          <w:p w14:paraId="6F9882E3" w14:textId="77777777" w:rsidR="008D43AB" w:rsidRDefault="00000000">
            <w:pPr>
              <w:pStyle w:val="Oznaenseznam"/>
              <w:spacing w:after="16"/>
            </w:pPr>
            <w:r>
              <w:rPr>
                <w:color w:val="000000"/>
                <w:sz w:val="16"/>
              </w:rPr>
              <w:t>upoštevam dogovorjeni začetek, konec, znak za tišino in varno glasnost</w:t>
            </w:r>
          </w:p>
          <w:p w14:paraId="48E2208C"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26076BDC" w14:textId="77777777" w:rsidR="008D43AB" w:rsidRDefault="008D43AB"/>
          <w:p w14:paraId="05C197F7"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6EEF8551" w14:textId="77777777" w:rsidR="008D43AB" w:rsidRDefault="00000000">
            <w:pPr>
              <w:spacing w:after="80" w:line="245" w:lineRule="auto"/>
            </w:pPr>
            <w:r>
              <w:rPr>
                <w:color w:val="000000"/>
                <w:sz w:val="16"/>
              </w:rPr>
              <w:t>Pove ali pokaže, kaj že zna in katero glasbeno strategijo bi uporabil.</w:t>
            </w:r>
          </w:p>
          <w:p w14:paraId="75DA632B" w14:textId="77777777" w:rsidR="008D43AB" w:rsidRDefault="00000000">
            <w:pPr>
              <w:spacing w:after="100" w:line="245" w:lineRule="auto"/>
            </w:pPr>
            <w:r>
              <w:rPr>
                <w:color w:val="000000"/>
                <w:sz w:val="16"/>
              </w:rPr>
              <w:t>Sodeluje pri razumevanju namenov, meril uspešnosti, varne glasnosti in načina dokazovanja.</w:t>
            </w:r>
          </w:p>
          <w:p w14:paraId="561B5471" w14:textId="77777777" w:rsidR="008D43AB" w:rsidRDefault="00000000">
            <w:pPr>
              <w:spacing w:after="20" w:line="245" w:lineRule="auto"/>
            </w:pPr>
            <w:r>
              <w:rPr>
                <w:b/>
                <w:color w:val="D95BC6"/>
                <w:sz w:val="17"/>
              </w:rPr>
              <w:t>DOKAZ O UČENJU</w:t>
            </w:r>
          </w:p>
          <w:p w14:paraId="71835B93"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5B5529C"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C3D6E2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82F038A"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A788F0" w14:textId="77777777" w:rsidR="008D43AB" w:rsidRDefault="00000000">
            <w:pPr>
              <w:jc w:val="center"/>
            </w:pPr>
            <w:r>
              <w:rPr>
                <w:b/>
                <w:color w:val="000000"/>
                <w:sz w:val="20"/>
              </w:rPr>
              <w:t>UČNE DEJAVNOSTI, METODE IN FORMATIVNO SPREMLJANJE</w:t>
            </w:r>
          </w:p>
        </w:tc>
      </w:tr>
      <w:tr w:rsidR="008D43AB" w14:paraId="465C90EC" w14:textId="77777777">
        <w:trPr>
          <w:tblHeader/>
          <w:jc w:val="center"/>
        </w:trPr>
        <w:tc>
          <w:tcPr>
            <w:tcW w:w="4422" w:type="dxa"/>
            <w:vMerge/>
            <w:tcMar>
              <w:top w:w="70" w:type="dxa"/>
              <w:left w:w="90" w:type="dxa"/>
              <w:bottom w:w="70" w:type="dxa"/>
              <w:right w:w="90" w:type="dxa"/>
            </w:tcMar>
            <w:vAlign w:val="center"/>
          </w:tcPr>
          <w:p w14:paraId="5BB79785" w14:textId="77777777" w:rsidR="008D43AB" w:rsidRDefault="008D43AB"/>
        </w:tc>
        <w:tc>
          <w:tcPr>
            <w:tcW w:w="7087" w:type="dxa"/>
            <w:shd w:val="clear" w:color="auto" w:fill="FFFFFF"/>
            <w:tcMar>
              <w:top w:w="70" w:type="dxa"/>
              <w:left w:w="90" w:type="dxa"/>
              <w:bottom w:w="70" w:type="dxa"/>
              <w:right w:w="90" w:type="dxa"/>
            </w:tcMar>
            <w:vAlign w:val="center"/>
          </w:tcPr>
          <w:p w14:paraId="2D3CC2ED"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F0ED05F" w14:textId="77777777" w:rsidR="008D43AB" w:rsidRDefault="00000000">
            <w:pPr>
              <w:jc w:val="center"/>
            </w:pPr>
            <w:r>
              <w:rPr>
                <w:b/>
                <w:color w:val="000000"/>
              </w:rPr>
              <w:t>UČENEC</w:t>
            </w:r>
          </w:p>
        </w:tc>
      </w:tr>
      <w:tr w:rsidR="008D43AB" w14:paraId="169999E4" w14:textId="77777777">
        <w:trPr>
          <w:jc w:val="center"/>
        </w:trPr>
        <w:tc>
          <w:tcPr>
            <w:tcW w:w="4422" w:type="dxa"/>
            <w:tcMar>
              <w:top w:w="70" w:type="dxa"/>
              <w:left w:w="90" w:type="dxa"/>
              <w:bottom w:w="70" w:type="dxa"/>
              <w:right w:w="90" w:type="dxa"/>
            </w:tcMar>
          </w:tcPr>
          <w:p w14:paraId="6830815A" w14:textId="77777777" w:rsidR="008D43AB" w:rsidRDefault="008D43AB"/>
          <w:p w14:paraId="27DF4ECF" w14:textId="77777777" w:rsidR="008D43AB" w:rsidRDefault="00000000">
            <w:pPr>
              <w:spacing w:after="40" w:line="245" w:lineRule="auto"/>
            </w:pPr>
            <w:r>
              <w:rPr>
                <w:b/>
                <w:color w:val="000000"/>
              </w:rPr>
              <w:t>KLJUČNI GLASBENI POJMI</w:t>
            </w:r>
          </w:p>
          <w:p w14:paraId="3CDF315E" w14:textId="77777777" w:rsidR="008D43AB" w:rsidRDefault="00000000">
            <w:pPr>
              <w:spacing w:after="60" w:line="245" w:lineRule="auto"/>
            </w:pPr>
            <w:r>
              <w:rPr>
                <w:color w:val="000000"/>
                <w:sz w:val="15"/>
              </w:rPr>
              <w:t>poslušanje, zvok, tišina, izvedba, glasbeni znak, dokaz, povratna informacija, pulz, ritem, tempo, ponavljanje, začetek, konec</w:t>
            </w:r>
          </w:p>
          <w:p w14:paraId="5975B8A4" w14:textId="77777777" w:rsidR="008D43AB" w:rsidRDefault="00000000">
            <w:pPr>
              <w:spacing w:after="20" w:line="245" w:lineRule="auto"/>
            </w:pPr>
            <w:r>
              <w:rPr>
                <w:b/>
                <w:color w:val="000000"/>
                <w:sz w:val="17"/>
              </w:rPr>
              <w:t>DOKAZI O UČENJU</w:t>
            </w:r>
          </w:p>
          <w:p w14:paraId="14394F16" w14:textId="77777777" w:rsidR="008D43AB" w:rsidRDefault="00000000">
            <w:pPr>
              <w:pStyle w:val="Oznaenseznam"/>
              <w:spacing w:after="9"/>
            </w:pPr>
            <w:r>
              <w:rPr>
                <w:color w:val="000000"/>
                <w:sz w:val="15"/>
              </w:rPr>
              <w:t>poslušalski gibalni odziv, ritmični/pevski odmev in učiteljev zapis o skupnem pulzu oziroma začetku/koncu.</w:t>
            </w:r>
          </w:p>
          <w:p w14:paraId="759BBADB" w14:textId="77777777" w:rsidR="008D43AB" w:rsidRDefault="00000000">
            <w:pPr>
              <w:pStyle w:val="Oznaenseznam"/>
              <w:spacing w:after="9"/>
            </w:pPr>
            <w:r>
              <w:rPr>
                <w:color w:val="000000"/>
                <w:sz w:val="15"/>
              </w:rPr>
              <w:t>slikovni zvočni zapis, skupinska izvedba/posnetek in vrstniška opisna povratna informacija.</w:t>
            </w:r>
          </w:p>
          <w:p w14:paraId="725C68C7" w14:textId="77777777" w:rsidR="008D43AB" w:rsidRDefault="00000000">
            <w:pPr>
              <w:spacing w:before="40" w:after="20" w:line="245" w:lineRule="auto"/>
            </w:pPr>
            <w:r>
              <w:rPr>
                <w:b/>
                <w:color w:val="000000"/>
                <w:sz w:val="17"/>
              </w:rPr>
              <w:t>GLASBENO DOŽIVETJE IN IZKUŠENJSKI POUK</w:t>
            </w:r>
          </w:p>
          <w:p w14:paraId="5E2C98FF"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6FF64E78" w14:textId="77777777" w:rsidR="008D43AB" w:rsidRDefault="00000000">
            <w:pPr>
              <w:spacing w:after="20" w:line="245" w:lineRule="auto"/>
            </w:pPr>
            <w:r>
              <w:rPr>
                <w:b/>
                <w:color w:val="000000"/>
                <w:sz w:val="17"/>
              </w:rPr>
              <w:t>POUČEVANJE V GIBANJU</w:t>
            </w:r>
          </w:p>
          <w:p w14:paraId="572D37A5"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7CBC9E10" w14:textId="77777777" w:rsidR="008D43AB" w:rsidRDefault="00000000">
            <w:pPr>
              <w:spacing w:after="20" w:line="245" w:lineRule="auto"/>
            </w:pPr>
            <w:r>
              <w:rPr>
                <w:b/>
                <w:color w:val="000000"/>
                <w:sz w:val="17"/>
              </w:rPr>
              <w:t>DELO PO POSTAJAH</w:t>
            </w:r>
          </w:p>
          <w:p w14:paraId="6B08C5F1"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4A9EB1C0" w14:textId="77777777" w:rsidR="008D43AB" w:rsidRDefault="00000000">
            <w:pPr>
              <w:spacing w:after="10" w:line="245" w:lineRule="auto"/>
            </w:pPr>
            <w:r>
              <w:rPr>
                <w:color w:val="000000"/>
                <w:sz w:val="15"/>
              </w:rPr>
              <w:t>1. Pulz in odmev: poslušam, ponovim in ohranim enakomeren utrip s ploskom, korakom ali glasom.</w:t>
            </w:r>
          </w:p>
          <w:p w14:paraId="4515EEB0" w14:textId="77777777" w:rsidR="008D43AB" w:rsidRDefault="00000000">
            <w:pPr>
              <w:spacing w:after="10" w:line="245" w:lineRule="auto"/>
            </w:pPr>
            <w:r>
              <w:rPr>
                <w:color w:val="000000"/>
                <w:sz w:val="15"/>
              </w:rPr>
              <w:t>2. Gibalna pot: tempo in ritem pokažem s hojo, spremembo smeri, zamrznitvijo in telesnimi glasbili.</w:t>
            </w:r>
          </w:p>
          <w:p w14:paraId="7572AAE7" w14:textId="77777777" w:rsidR="008D43AB" w:rsidRDefault="00000000">
            <w:pPr>
              <w:spacing w:after="10" w:line="245" w:lineRule="auto"/>
            </w:pPr>
            <w:r>
              <w:rPr>
                <w:color w:val="000000"/>
                <w:sz w:val="15"/>
              </w:rPr>
              <w:t>3. Instrumentalna: motiv izvedem z malim ritmičnim ali Orffovim glasbilom ter upoštevam dirigentski znak.</w:t>
            </w:r>
          </w:p>
          <w:p w14:paraId="4B135F5F" w14:textId="77777777" w:rsidR="008D43AB" w:rsidRDefault="00000000">
            <w:pPr>
              <w:spacing w:after="10" w:line="245" w:lineRule="auto"/>
            </w:pPr>
            <w:r>
              <w:rPr>
                <w:color w:val="000000"/>
                <w:sz w:val="15"/>
              </w:rPr>
              <w:t>4. Ustvarjalno-zapisna: iz kartic sestavim ritem, ga izvedem, prejmem povratno informacijo in izboljšam.</w:t>
            </w:r>
          </w:p>
          <w:p w14:paraId="413E984D" w14:textId="77777777" w:rsidR="008D43AB" w:rsidRDefault="00000000">
            <w:pPr>
              <w:spacing w:after="20" w:line="245" w:lineRule="auto"/>
            </w:pPr>
            <w:r>
              <w:rPr>
                <w:b/>
                <w:color w:val="000000"/>
                <w:sz w:val="17"/>
              </w:rPr>
              <w:t>DIFERENCIACIJA IN VKLJUČEVANJE</w:t>
            </w:r>
          </w:p>
          <w:p w14:paraId="1965A52E"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6B7E9C11" w14:textId="77777777" w:rsidR="008D43AB" w:rsidRDefault="00000000">
            <w:pPr>
              <w:spacing w:after="20" w:line="245" w:lineRule="auto"/>
            </w:pPr>
            <w:r>
              <w:rPr>
                <w:b/>
                <w:color w:val="000000"/>
                <w:sz w:val="17"/>
              </w:rPr>
              <w:t>SPREMLJANJE</w:t>
            </w:r>
          </w:p>
          <w:p w14:paraId="73362784"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7F96F028"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CB85399" w14:textId="77777777">
              <w:trPr>
                <w:jc w:val="center"/>
              </w:trPr>
              <w:tc>
                <w:tcPr>
                  <w:tcW w:w="7087" w:type="dxa"/>
                  <w:shd w:val="clear" w:color="auto" w:fill="C6E7F3"/>
                  <w:tcMar>
                    <w:top w:w="45" w:type="dxa"/>
                    <w:left w:w="70" w:type="dxa"/>
                    <w:bottom w:w="45" w:type="dxa"/>
                    <w:right w:w="70" w:type="dxa"/>
                  </w:tcMar>
                </w:tcPr>
                <w:p w14:paraId="5C881C73" w14:textId="77777777" w:rsidR="008D43AB" w:rsidRDefault="00000000">
                  <w:pPr>
                    <w:keepNext/>
                  </w:pPr>
                  <w:r>
                    <w:rPr>
                      <w:b/>
                      <w:color w:val="000000"/>
                      <w:sz w:val="17"/>
                    </w:rPr>
                    <w:t>GLAVNI DEL – POSLUŠANJE, IZVAJANJE, GIBANJE IN USTVARJANJE (2 šolski uri)</w:t>
                  </w:r>
                </w:p>
              </w:tc>
            </w:tr>
          </w:tbl>
          <w:p w14:paraId="766BFD07" w14:textId="77777777" w:rsidR="008D43AB" w:rsidRDefault="008D43AB">
            <w:pPr>
              <w:spacing w:line="20" w:lineRule="exact"/>
            </w:pPr>
          </w:p>
          <w:p w14:paraId="27D6FDD7" w14:textId="77777777" w:rsidR="008D43AB" w:rsidRDefault="00000000">
            <w:pPr>
              <w:keepNext/>
              <w:spacing w:before="24" w:after="8" w:line="245" w:lineRule="auto"/>
            </w:pPr>
            <w:r>
              <w:rPr>
                <w:b/>
                <w:color w:val="000000"/>
                <w:sz w:val="16"/>
              </w:rPr>
              <w:t>1. URA – Hitro In Počasi – Poslušam in izvajam</w:t>
            </w:r>
          </w:p>
          <w:p w14:paraId="7DD4E42A"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»HITRO IN POČASI«,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6B420EE6"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60428045"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723FB480" w14:textId="77777777" w:rsidR="008D43AB" w:rsidRDefault="00000000">
            <w:pPr>
              <w:keepNext/>
              <w:spacing w:before="24" w:after="8" w:line="245" w:lineRule="auto"/>
            </w:pPr>
            <w:r>
              <w:rPr>
                <w:b/>
                <w:color w:val="000000"/>
                <w:sz w:val="16"/>
              </w:rPr>
              <w:t>2. URA – Hitro In Počasi – Ustvarim in nastopim</w:t>
            </w:r>
          </w:p>
          <w:p w14:paraId="10FC7FC0"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hitro in počasi«; usmerja izbiro, zapis, vajo in menjavo vlog. Zaključek: 10' – Organizira nastop in odziv poslušalcev po kriterijih; posname kratek dokaz, če so soglasja urejena.</w:t>
            </w:r>
          </w:p>
          <w:p w14:paraId="41BD95EF"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212DB99C"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27B247B4" w14:textId="77777777">
              <w:trPr>
                <w:jc w:val="center"/>
              </w:trPr>
              <w:tc>
                <w:tcPr>
                  <w:tcW w:w="7087" w:type="dxa"/>
                  <w:shd w:val="clear" w:color="auto" w:fill="EDC9EA"/>
                  <w:tcMar>
                    <w:top w:w="45" w:type="dxa"/>
                    <w:left w:w="70" w:type="dxa"/>
                    <w:bottom w:w="45" w:type="dxa"/>
                    <w:right w:w="70" w:type="dxa"/>
                  </w:tcMar>
                </w:tcPr>
                <w:p w14:paraId="72364998" w14:textId="77777777" w:rsidR="008D43AB" w:rsidRDefault="00000000">
                  <w:pPr>
                    <w:keepNext/>
                  </w:pPr>
                  <w:r>
                    <w:rPr>
                      <w:b/>
                      <w:color w:val="000000"/>
                      <w:sz w:val="17"/>
                    </w:rPr>
                    <w:t>ORGANIZACIJA POSTAJ IN PREHODOV</w:t>
                  </w:r>
                </w:p>
              </w:tc>
            </w:tr>
          </w:tbl>
          <w:p w14:paraId="7D75850D" w14:textId="77777777" w:rsidR="008D43AB" w:rsidRDefault="008D43AB"/>
          <w:p w14:paraId="207E3A90" w14:textId="77777777" w:rsidR="008D43AB" w:rsidRDefault="00000000">
            <w:pPr>
              <w:spacing w:before="9" w:after="9" w:line="245" w:lineRule="auto"/>
            </w:pPr>
            <w:r>
              <w:rPr>
                <w:color w:val="000000"/>
                <w:sz w:val="15"/>
              </w:rPr>
              <w:t>Postaja 1: Pulz in odmev: poslušam, ponovim in ohranim enakomeren utrip s ploskom, korakom ali glasom.</w:t>
            </w:r>
          </w:p>
          <w:p w14:paraId="25995D16" w14:textId="77777777" w:rsidR="008D43AB" w:rsidRDefault="00000000">
            <w:pPr>
              <w:spacing w:before="9" w:after="9" w:line="245" w:lineRule="auto"/>
            </w:pPr>
            <w:r>
              <w:rPr>
                <w:color w:val="000000"/>
                <w:sz w:val="15"/>
              </w:rPr>
              <w:t>Postaja 2: Gibalna pot: tempo in ritem pokažem s hojo, spremembo smeri, zamrznitvijo in telesnimi glasbili.</w:t>
            </w:r>
          </w:p>
          <w:p w14:paraId="0794E65E" w14:textId="77777777" w:rsidR="008D43AB" w:rsidRDefault="00000000">
            <w:pPr>
              <w:spacing w:before="9" w:after="9" w:line="245" w:lineRule="auto"/>
            </w:pPr>
            <w:r>
              <w:rPr>
                <w:color w:val="000000"/>
                <w:sz w:val="15"/>
              </w:rPr>
              <w:t>Postaja 3: Instrumentalna: motiv izvedem z malim ritmičnim ali Orffovim glasbilom ter upoštevam dirigentski znak.</w:t>
            </w:r>
          </w:p>
          <w:p w14:paraId="765661A9" w14:textId="77777777" w:rsidR="008D43AB" w:rsidRDefault="00000000">
            <w:pPr>
              <w:spacing w:before="9" w:after="9" w:line="245" w:lineRule="auto"/>
            </w:pPr>
            <w:r>
              <w:rPr>
                <w:color w:val="000000"/>
                <w:sz w:val="15"/>
              </w:rPr>
              <w:t>Postaja 4: Ustvarjalno-zapisna: iz kartic sestavim ritem, ga izvedem, prejmem povratno informacijo in izboljšam.</w:t>
            </w:r>
          </w:p>
          <w:p w14:paraId="6AED9577"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378BE6D9" w14:textId="77777777" w:rsidR="008D43AB" w:rsidRDefault="008D43AB"/>
          <w:p w14:paraId="0D23ECF9" w14:textId="77777777" w:rsidR="008D43AB" w:rsidRDefault="00000000">
            <w:pPr>
              <w:spacing w:after="6" w:line="245" w:lineRule="auto"/>
            </w:pPr>
            <w:r>
              <w:rPr>
                <w:b/>
                <w:color w:val="000000"/>
                <w:sz w:val="15"/>
              </w:rPr>
              <w:t>1. URA – Hitro In Počasi – Poslušam in izvajam</w:t>
            </w:r>
          </w:p>
          <w:p w14:paraId="3646D3A4"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5632037B" w14:textId="77777777" w:rsidR="008D43AB" w:rsidRDefault="00000000">
            <w:pPr>
              <w:spacing w:after="20" w:line="245" w:lineRule="auto"/>
            </w:pPr>
            <w:r>
              <w:rPr>
                <w:color w:val="D95BC6"/>
                <w:sz w:val="14"/>
              </w:rPr>
              <w:t>Dokaz: poslušalski gibalni odziv, ritmični/pevski odmev in učiteljev zapis o skupnem pulzu oziroma.</w:t>
            </w:r>
          </w:p>
          <w:p w14:paraId="57BC7BC5" w14:textId="77777777" w:rsidR="008D43AB" w:rsidRDefault="00000000">
            <w:pPr>
              <w:spacing w:after="6" w:line="245" w:lineRule="auto"/>
            </w:pPr>
            <w:r>
              <w:rPr>
                <w:b/>
                <w:color w:val="000000"/>
                <w:sz w:val="15"/>
              </w:rPr>
              <w:t>2. URA – Hitro In Počasi – Ustvarim in nastopim</w:t>
            </w:r>
          </w:p>
          <w:p w14:paraId="74E51898"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13ED6BDE" w14:textId="77777777" w:rsidR="008D43AB" w:rsidRDefault="00000000">
            <w:pPr>
              <w:spacing w:after="20" w:line="245" w:lineRule="auto"/>
            </w:pPr>
            <w:r>
              <w:rPr>
                <w:color w:val="D95BC6"/>
                <w:sz w:val="14"/>
              </w:rPr>
              <w:t>Dokaz: slikovni zvočni zapis, skupinska izvedba/posnetek in vrstniška opisna povratna informacija.</w:t>
            </w:r>
          </w:p>
          <w:p w14:paraId="164FE5D0" w14:textId="77777777" w:rsidR="008D43AB" w:rsidRDefault="00000000">
            <w:pPr>
              <w:spacing w:before="40" w:after="20" w:line="245" w:lineRule="auto"/>
            </w:pPr>
            <w:r>
              <w:rPr>
                <w:b/>
                <w:color w:val="D95BC6"/>
                <w:sz w:val="16"/>
              </w:rPr>
              <w:t>MOJ KROG POSTAJ</w:t>
            </w:r>
          </w:p>
          <w:p w14:paraId="12301EF4" w14:textId="77777777" w:rsidR="008D43AB" w:rsidRDefault="00000000">
            <w:pPr>
              <w:spacing w:after="11" w:line="245" w:lineRule="auto"/>
            </w:pPr>
            <w:r>
              <w:rPr>
                <w:color w:val="000000"/>
                <w:sz w:val="14"/>
              </w:rPr>
              <w:t>1. Pulz in odmev: poslušam, ponovim in ohranim enakomeren utrip s ploskom, korakom ali glasom.</w:t>
            </w:r>
          </w:p>
          <w:p w14:paraId="5B202791" w14:textId="77777777" w:rsidR="008D43AB" w:rsidRDefault="00000000">
            <w:pPr>
              <w:spacing w:after="11" w:line="245" w:lineRule="auto"/>
            </w:pPr>
            <w:r>
              <w:rPr>
                <w:color w:val="000000"/>
                <w:sz w:val="14"/>
              </w:rPr>
              <w:t>2. Gibalna pot: tempo in ritem pokažem s hojo, spremembo smeri.</w:t>
            </w:r>
          </w:p>
          <w:p w14:paraId="7B9AD6F7" w14:textId="77777777" w:rsidR="008D43AB" w:rsidRDefault="00000000">
            <w:pPr>
              <w:spacing w:after="11" w:line="245" w:lineRule="auto"/>
            </w:pPr>
            <w:r>
              <w:rPr>
                <w:color w:val="000000"/>
                <w:sz w:val="14"/>
              </w:rPr>
              <w:t>3. Instrumentalna: motiv izvedem z malim ritmičnim ali Orffovim glasbilom ter upoštevam.</w:t>
            </w:r>
          </w:p>
          <w:p w14:paraId="7E35B424" w14:textId="77777777" w:rsidR="008D43AB" w:rsidRDefault="00000000">
            <w:pPr>
              <w:spacing w:after="11" w:line="245" w:lineRule="auto"/>
            </w:pPr>
            <w:r>
              <w:rPr>
                <w:color w:val="000000"/>
                <w:sz w:val="14"/>
              </w:rPr>
              <w:t>4. Ustvarjalno-zapisna: iz kartic sestavim ritem, ga izvedem.</w:t>
            </w:r>
          </w:p>
          <w:p w14:paraId="6D4CD75D"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37EF0897" w14:textId="77777777" w:rsidR="008D43AB" w:rsidRDefault="00000000">
            <w:pPr>
              <w:spacing w:after="20" w:line="245" w:lineRule="auto"/>
            </w:pPr>
            <w:r>
              <w:rPr>
                <w:b/>
                <w:color w:val="D95BC6"/>
                <w:sz w:val="17"/>
              </w:rPr>
              <w:t>DOKAZ O UČENJU</w:t>
            </w:r>
          </w:p>
          <w:p w14:paraId="682961CB"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1DB17DF2"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257E8E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D3976A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0896797" w14:textId="77777777" w:rsidR="008D43AB" w:rsidRDefault="00000000">
            <w:pPr>
              <w:jc w:val="center"/>
            </w:pPr>
            <w:r>
              <w:rPr>
                <w:b/>
                <w:color w:val="000000"/>
                <w:sz w:val="20"/>
              </w:rPr>
              <w:t>UČNE DEJAVNOSTI, METODE IN FORMATIVNO SPREMLJANJE</w:t>
            </w:r>
          </w:p>
        </w:tc>
      </w:tr>
      <w:tr w:rsidR="008D43AB" w14:paraId="53C59FE3" w14:textId="77777777">
        <w:trPr>
          <w:tblHeader/>
          <w:jc w:val="center"/>
        </w:trPr>
        <w:tc>
          <w:tcPr>
            <w:tcW w:w="4422" w:type="dxa"/>
            <w:vMerge/>
            <w:tcMar>
              <w:top w:w="70" w:type="dxa"/>
              <w:left w:w="90" w:type="dxa"/>
              <w:bottom w:w="70" w:type="dxa"/>
              <w:right w:w="90" w:type="dxa"/>
            </w:tcMar>
            <w:vAlign w:val="center"/>
          </w:tcPr>
          <w:p w14:paraId="518F49C6" w14:textId="77777777" w:rsidR="008D43AB" w:rsidRDefault="008D43AB"/>
        </w:tc>
        <w:tc>
          <w:tcPr>
            <w:tcW w:w="7087" w:type="dxa"/>
            <w:shd w:val="clear" w:color="auto" w:fill="FFFFFF"/>
            <w:tcMar>
              <w:top w:w="70" w:type="dxa"/>
              <w:left w:w="90" w:type="dxa"/>
              <w:bottom w:w="70" w:type="dxa"/>
              <w:right w:w="90" w:type="dxa"/>
            </w:tcMar>
            <w:vAlign w:val="center"/>
          </w:tcPr>
          <w:p w14:paraId="010E18E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DF40CC" w14:textId="77777777" w:rsidR="008D43AB" w:rsidRDefault="00000000">
            <w:pPr>
              <w:jc w:val="center"/>
            </w:pPr>
            <w:r>
              <w:rPr>
                <w:b/>
                <w:color w:val="000000"/>
              </w:rPr>
              <w:t>UČENEC</w:t>
            </w:r>
          </w:p>
        </w:tc>
      </w:tr>
      <w:tr w:rsidR="008D43AB" w14:paraId="03982787" w14:textId="77777777">
        <w:trPr>
          <w:jc w:val="center"/>
        </w:trPr>
        <w:tc>
          <w:tcPr>
            <w:tcW w:w="4422" w:type="dxa"/>
            <w:tcMar>
              <w:top w:w="70" w:type="dxa"/>
              <w:left w:w="90" w:type="dxa"/>
              <w:bottom w:w="70" w:type="dxa"/>
              <w:right w:w="90" w:type="dxa"/>
            </w:tcMar>
          </w:tcPr>
          <w:p w14:paraId="5F939B45" w14:textId="77777777" w:rsidR="008D43AB" w:rsidRDefault="008D43AB"/>
          <w:p w14:paraId="3CB89975" w14:textId="77777777" w:rsidR="008D43AB" w:rsidRDefault="00000000">
            <w:pPr>
              <w:spacing w:after="40" w:line="245" w:lineRule="auto"/>
            </w:pPr>
            <w:r>
              <w:rPr>
                <w:b/>
                <w:color w:val="000000"/>
              </w:rPr>
              <w:t>FORMATIVNO SPREMLJANJE</w:t>
            </w:r>
          </w:p>
          <w:p w14:paraId="10E3ECDB" w14:textId="77777777" w:rsidR="008D43AB" w:rsidRDefault="00000000">
            <w:pPr>
              <w:pStyle w:val="Oznaenseznam"/>
              <w:spacing w:after="16"/>
            </w:pPr>
            <w:r>
              <w:rPr>
                <w:color w:val="000000"/>
                <w:sz w:val="16"/>
              </w:rPr>
              <w:t>predznanje: zvočna napoved, izbira kartice, gib, ritmični oziroma pevski poskus ali začetni simbol</w:t>
            </w:r>
          </w:p>
          <w:p w14:paraId="13024EC0" w14:textId="77777777" w:rsidR="008D43AB" w:rsidRDefault="00000000">
            <w:pPr>
              <w:pStyle w:val="Oznaenseznam"/>
              <w:spacing w:after="16"/>
            </w:pPr>
            <w:r>
              <w:rPr>
                <w:color w:val="000000"/>
                <w:sz w:val="16"/>
              </w:rPr>
              <w:t>nameni in merila: kratka poved, slikovni znak, model izvedbe ter vidna pravila varne glasnosti</w:t>
            </w:r>
          </w:p>
          <w:p w14:paraId="5A93D046"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73A9F3EE" w14:textId="77777777" w:rsidR="008D43AB" w:rsidRDefault="00000000">
            <w:pPr>
              <w:pStyle w:val="Oznaenseznam"/>
              <w:spacing w:after="16"/>
            </w:pPr>
            <w:r>
              <w:rPr>
                <w:color w:val="000000"/>
                <w:sz w:val="16"/>
              </w:rPr>
              <w:t>povratna informacija: opis slišane strategije, povezava z enim merilom in izvedljiv naslednji korak</w:t>
            </w:r>
          </w:p>
          <w:p w14:paraId="59FFDDE2" w14:textId="77777777" w:rsidR="008D43AB" w:rsidRDefault="00000000">
            <w:pPr>
              <w:pStyle w:val="Oznaenseznam"/>
              <w:spacing w:after="16"/>
            </w:pPr>
            <w:r>
              <w:rPr>
                <w:color w:val="000000"/>
                <w:sz w:val="16"/>
              </w:rPr>
              <w:t>samovrednotenje: barvni zvočni semafor, lestvica samostojnosti, izbran dokaz in ponovna izvedba</w:t>
            </w:r>
          </w:p>
          <w:p w14:paraId="47EFFAA5" w14:textId="77777777" w:rsidR="008D43AB" w:rsidRDefault="00000000">
            <w:pPr>
              <w:spacing w:before="40" w:after="20" w:line="245" w:lineRule="auto"/>
            </w:pPr>
            <w:r>
              <w:rPr>
                <w:b/>
                <w:color w:val="000000"/>
                <w:sz w:val="17"/>
              </w:rPr>
              <w:t>VARNOST IN VAROVANJE SLUHA</w:t>
            </w:r>
          </w:p>
          <w:p w14:paraId="5C6F7A16"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3BAB7848" w14:textId="77777777" w:rsidR="008D43AB" w:rsidRDefault="00000000">
            <w:pPr>
              <w:spacing w:after="20" w:line="245" w:lineRule="auto"/>
            </w:pPr>
            <w:r>
              <w:rPr>
                <w:b/>
                <w:color w:val="000000"/>
                <w:sz w:val="17"/>
              </w:rPr>
              <w:t>EVIDENCA PO IZVEDBI</w:t>
            </w:r>
          </w:p>
          <w:p w14:paraId="3C323746"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6D7F5F74" w14:textId="77777777" w:rsidR="008D43AB" w:rsidRDefault="00000000">
            <w:pPr>
              <w:spacing w:before="40" w:after="20" w:line="245" w:lineRule="auto"/>
            </w:pPr>
            <w:r>
              <w:rPr>
                <w:b/>
                <w:color w:val="000000"/>
                <w:sz w:val="17"/>
              </w:rPr>
              <w:t>RAVEN DOSEGANJA</w:t>
            </w:r>
          </w:p>
          <w:p w14:paraId="4A7DDBFA"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596CE2F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DA120C2" w14:textId="77777777">
              <w:trPr>
                <w:jc w:val="center"/>
              </w:trPr>
              <w:tc>
                <w:tcPr>
                  <w:tcW w:w="7087" w:type="dxa"/>
                  <w:shd w:val="clear" w:color="auto" w:fill="EDC9EA"/>
                  <w:tcMar>
                    <w:top w:w="45" w:type="dxa"/>
                    <w:left w:w="70" w:type="dxa"/>
                    <w:bottom w:w="45" w:type="dxa"/>
                    <w:right w:w="70" w:type="dxa"/>
                  </w:tcMar>
                </w:tcPr>
                <w:p w14:paraId="414BA260" w14:textId="77777777" w:rsidR="008D43AB" w:rsidRDefault="00000000">
                  <w:pPr>
                    <w:keepNext/>
                  </w:pPr>
                  <w:r>
                    <w:rPr>
                      <w:b/>
                      <w:color w:val="000000"/>
                    </w:rPr>
                    <w:t>VPRAŠANJA V PODPORO GLASBENEMU UČENJU</w:t>
                  </w:r>
                </w:p>
              </w:tc>
            </w:tr>
          </w:tbl>
          <w:p w14:paraId="79726AD2" w14:textId="77777777" w:rsidR="008D43AB" w:rsidRDefault="008D43AB">
            <w:pPr>
              <w:spacing w:line="20" w:lineRule="exact"/>
            </w:pPr>
          </w:p>
          <w:p w14:paraId="3578EAE8" w14:textId="77777777" w:rsidR="008D43AB" w:rsidRDefault="00000000">
            <w:pPr>
              <w:pStyle w:val="Oznaenseznam"/>
              <w:spacing w:after="16"/>
            </w:pPr>
            <w:r>
              <w:rPr>
                <w:color w:val="000000"/>
                <w:sz w:val="16"/>
              </w:rPr>
              <w:t>Kaj si v glasbi slišal/-a, začutil/-a ali pokazal/-a z gibanjem?</w:t>
            </w:r>
          </w:p>
          <w:p w14:paraId="7AD8A06B" w14:textId="77777777" w:rsidR="008D43AB" w:rsidRDefault="00000000">
            <w:pPr>
              <w:pStyle w:val="Oznaenseznam"/>
              <w:spacing w:after="16"/>
            </w:pPr>
            <w:r>
              <w:rPr>
                <w:color w:val="000000"/>
                <w:sz w:val="16"/>
              </w:rPr>
              <w:t>Po katerem zvočnem znaku, lastnosti ali vzorcu si prepoznal/-a rešitev?</w:t>
            </w:r>
          </w:p>
          <w:p w14:paraId="638F166A" w14:textId="77777777" w:rsidR="008D43AB" w:rsidRDefault="00000000">
            <w:pPr>
              <w:pStyle w:val="Oznaenseznam"/>
              <w:spacing w:after="16"/>
            </w:pPr>
            <w:r>
              <w:rPr>
                <w:color w:val="000000"/>
                <w:sz w:val="16"/>
              </w:rPr>
              <w:t>Kako veš, da je bil pulz, začetek, konec, glasnost ali skupinska izvedba skladna z merilom?</w:t>
            </w:r>
          </w:p>
          <w:p w14:paraId="035BCFEE" w14:textId="77777777" w:rsidR="008D43AB" w:rsidRDefault="00000000">
            <w:pPr>
              <w:pStyle w:val="Oznaenseznam"/>
              <w:spacing w:after="16"/>
            </w:pPr>
            <w:r>
              <w:rPr>
                <w:color w:val="000000"/>
                <w:sz w:val="16"/>
              </w:rPr>
              <w:t>Zakaj si za motiv, osebo, dogodek ali okolje izbral/-a prav ta glas, predmet ali glasbilo?</w:t>
            </w:r>
          </w:p>
          <w:p w14:paraId="744494C1"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09C2A1D0" w14:textId="77777777">
              <w:trPr>
                <w:jc w:val="center"/>
              </w:trPr>
              <w:tc>
                <w:tcPr>
                  <w:tcW w:w="7087" w:type="dxa"/>
                  <w:shd w:val="clear" w:color="auto" w:fill="C6E7F3"/>
                  <w:tcMar>
                    <w:top w:w="45" w:type="dxa"/>
                    <w:left w:w="70" w:type="dxa"/>
                    <w:bottom w:w="45" w:type="dxa"/>
                    <w:right w:w="70" w:type="dxa"/>
                  </w:tcMar>
                </w:tcPr>
                <w:p w14:paraId="060BB245" w14:textId="77777777" w:rsidR="008D43AB" w:rsidRDefault="00000000">
                  <w:pPr>
                    <w:keepNext/>
                  </w:pPr>
                  <w:r>
                    <w:rPr>
                      <w:b/>
                      <w:color w:val="000000"/>
                    </w:rPr>
                    <w:t>ZAKLJUČNI DEL – NASTOP, POSLUŠALSKI ODZIV IN REFLEKSIJA (8–12 min)</w:t>
                  </w:r>
                </w:p>
              </w:tc>
            </w:tr>
          </w:tbl>
          <w:p w14:paraId="0AC66A81" w14:textId="77777777" w:rsidR="008D43AB" w:rsidRDefault="008D43AB">
            <w:pPr>
              <w:spacing w:line="20" w:lineRule="exact"/>
            </w:pPr>
          </w:p>
          <w:p w14:paraId="78F0845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54BB4F14" w14:textId="77777777">
              <w:trPr>
                <w:jc w:val="center"/>
              </w:trPr>
              <w:tc>
                <w:tcPr>
                  <w:tcW w:w="7087" w:type="dxa"/>
                  <w:shd w:val="clear" w:color="auto" w:fill="EDC9EA"/>
                  <w:tcMar>
                    <w:top w:w="45" w:type="dxa"/>
                    <w:left w:w="70" w:type="dxa"/>
                    <w:bottom w:w="45" w:type="dxa"/>
                    <w:right w:w="70" w:type="dxa"/>
                  </w:tcMar>
                </w:tcPr>
                <w:p w14:paraId="3E1207A0" w14:textId="77777777" w:rsidR="008D43AB" w:rsidRDefault="00000000">
                  <w:pPr>
                    <w:keepNext/>
                  </w:pPr>
                  <w:r>
                    <w:rPr>
                      <w:b/>
                      <w:color w:val="000000"/>
                    </w:rPr>
                    <w:t>SAMOVREDNOTENJE</w:t>
                  </w:r>
                </w:p>
              </w:tc>
            </w:tr>
          </w:tbl>
          <w:p w14:paraId="30D596D2" w14:textId="77777777" w:rsidR="008D43AB" w:rsidRDefault="008D43AB">
            <w:pPr>
              <w:spacing w:line="20" w:lineRule="exact"/>
            </w:pPr>
          </w:p>
          <w:p w14:paraId="0D07C6FE"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35AFDD20" w14:textId="77777777">
              <w:trPr>
                <w:jc w:val="center"/>
              </w:trPr>
              <w:tc>
                <w:tcPr>
                  <w:tcW w:w="7087" w:type="dxa"/>
                  <w:shd w:val="clear" w:color="auto" w:fill="EDC9EA"/>
                  <w:tcMar>
                    <w:top w:w="45" w:type="dxa"/>
                    <w:left w:w="70" w:type="dxa"/>
                    <w:bottom w:w="45" w:type="dxa"/>
                    <w:right w:w="70" w:type="dxa"/>
                  </w:tcMar>
                </w:tcPr>
                <w:p w14:paraId="7E69A36F" w14:textId="77777777" w:rsidR="008D43AB" w:rsidRDefault="00000000">
                  <w:pPr>
                    <w:keepNext/>
                  </w:pPr>
                  <w:r>
                    <w:rPr>
                      <w:b/>
                      <w:color w:val="000000"/>
                    </w:rPr>
                    <w:t>VRSTNIŠKO VREDNOTENJE</w:t>
                  </w:r>
                </w:p>
              </w:tc>
            </w:tr>
          </w:tbl>
          <w:p w14:paraId="36C2DB95" w14:textId="77777777" w:rsidR="008D43AB" w:rsidRDefault="008D43AB">
            <w:pPr>
              <w:spacing w:line="20" w:lineRule="exact"/>
            </w:pPr>
          </w:p>
          <w:p w14:paraId="6C6EBD7D"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133EE8E8" w14:textId="77777777">
              <w:trPr>
                <w:jc w:val="center"/>
              </w:trPr>
              <w:tc>
                <w:tcPr>
                  <w:tcW w:w="7087" w:type="dxa"/>
                  <w:shd w:val="clear" w:color="auto" w:fill="EDC9EA"/>
                  <w:tcMar>
                    <w:top w:w="45" w:type="dxa"/>
                    <w:left w:w="70" w:type="dxa"/>
                    <w:bottom w:w="45" w:type="dxa"/>
                    <w:right w:w="70" w:type="dxa"/>
                  </w:tcMar>
                </w:tcPr>
                <w:p w14:paraId="6F6866DC" w14:textId="77777777" w:rsidR="008D43AB" w:rsidRDefault="00000000">
                  <w:pPr>
                    <w:keepNext/>
                  </w:pPr>
                  <w:r>
                    <w:rPr>
                      <w:b/>
                      <w:color w:val="000000"/>
                    </w:rPr>
                    <w:t>SKUPNI POVZETEK</w:t>
                  </w:r>
                </w:p>
              </w:tc>
            </w:tr>
          </w:tbl>
          <w:p w14:paraId="6F79BDCE" w14:textId="77777777" w:rsidR="008D43AB" w:rsidRDefault="008D43AB"/>
          <w:p w14:paraId="2C738A83" w14:textId="77777777" w:rsidR="008D43AB" w:rsidRDefault="00000000">
            <w:pPr>
              <w:spacing w:before="20" w:after="40" w:line="245" w:lineRule="auto"/>
            </w:pPr>
            <w:r>
              <w:rPr>
                <w:b/>
                <w:color w:val="000000"/>
                <w:sz w:val="16"/>
              </w:rPr>
              <w:t>razlikujem tempo; izvedem ritem; ustvarim gibalno-glasbeni odziv. Izbrani dokaz pojasnim in po povratni informaciji izboljšam.</w:t>
            </w:r>
          </w:p>
        </w:tc>
        <w:tc>
          <w:tcPr>
            <w:tcW w:w="2551" w:type="dxa"/>
            <w:tcMar>
              <w:top w:w="70" w:type="dxa"/>
              <w:left w:w="90" w:type="dxa"/>
              <w:bottom w:w="70" w:type="dxa"/>
              <w:right w:w="90" w:type="dxa"/>
            </w:tcMar>
          </w:tcPr>
          <w:p w14:paraId="67959509" w14:textId="77777777" w:rsidR="008D43AB" w:rsidRDefault="008D43AB"/>
          <w:p w14:paraId="7083651D" w14:textId="77777777" w:rsidR="008D43AB" w:rsidRDefault="00000000">
            <w:pPr>
              <w:spacing w:after="80" w:line="245" w:lineRule="auto"/>
            </w:pPr>
            <w:r>
              <w:rPr>
                <w:color w:val="000000"/>
                <w:sz w:val="16"/>
              </w:rPr>
              <w:t>Odgovarja na podporna vprašanja in se sklicuje na slišano, izvedeno, ustvarjeno ali zapisano.</w:t>
            </w:r>
          </w:p>
          <w:p w14:paraId="7BCB0A7C" w14:textId="77777777" w:rsidR="008D43AB" w:rsidRDefault="00000000">
            <w:pPr>
              <w:spacing w:after="80" w:line="245" w:lineRule="auto"/>
            </w:pPr>
            <w:r>
              <w:rPr>
                <w:color w:val="000000"/>
                <w:sz w:val="16"/>
              </w:rPr>
              <w:t>Predstavi izbrani dokaz ter pove, katero merilo z njim pokaže.</w:t>
            </w:r>
          </w:p>
          <w:p w14:paraId="375E281D" w14:textId="77777777" w:rsidR="008D43AB" w:rsidRDefault="00000000">
            <w:pPr>
              <w:spacing w:after="80" w:line="245" w:lineRule="auto"/>
            </w:pPr>
            <w:r>
              <w:rPr>
                <w:color w:val="000000"/>
                <w:sz w:val="16"/>
              </w:rPr>
              <w:t>Posluša vrstnika, opiše eno slišano moč in poda prijazen predlog za izboljšavo.</w:t>
            </w:r>
          </w:p>
          <w:p w14:paraId="3235BE1F" w14:textId="77777777" w:rsidR="008D43AB" w:rsidRDefault="00000000">
            <w:pPr>
              <w:spacing w:after="80" w:line="245" w:lineRule="auto"/>
            </w:pPr>
            <w:r>
              <w:rPr>
                <w:color w:val="000000"/>
                <w:sz w:val="16"/>
              </w:rPr>
              <w:t>Po povratni informaciji izvedbo, gib, ritem, zvočno izbiro ali slikovni zapis ponovi in izboljša.</w:t>
            </w:r>
          </w:p>
          <w:p w14:paraId="52CB8014" w14:textId="77777777" w:rsidR="008D43AB" w:rsidRDefault="00000000">
            <w:pPr>
              <w:spacing w:after="100" w:line="245" w:lineRule="auto"/>
            </w:pPr>
            <w:r>
              <w:rPr>
                <w:color w:val="000000"/>
                <w:sz w:val="16"/>
              </w:rPr>
              <w:t>Izbere raven samostojnosti ter določi majhen in izvedljiv naslednji glasbeni korak.</w:t>
            </w:r>
          </w:p>
          <w:p w14:paraId="63FD70C8" w14:textId="77777777" w:rsidR="008D43AB" w:rsidRDefault="00000000">
            <w:pPr>
              <w:spacing w:after="20" w:line="245" w:lineRule="auto"/>
            </w:pPr>
            <w:r>
              <w:rPr>
                <w:b/>
                <w:color w:val="D95BC6"/>
                <w:sz w:val="17"/>
              </w:rPr>
              <w:t>DOKAZ O UČENJU</w:t>
            </w:r>
          </w:p>
          <w:p w14:paraId="0CDC899E"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7F31113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45EBDD83" w14:textId="77777777">
        <w:trPr>
          <w:cantSplit/>
          <w:jc w:val="center"/>
        </w:trPr>
        <w:tc>
          <w:tcPr>
            <w:tcW w:w="14060" w:type="dxa"/>
            <w:gridSpan w:val="6"/>
            <w:tcMar>
              <w:top w:w="70" w:type="dxa"/>
              <w:left w:w="90" w:type="dxa"/>
              <w:bottom w:w="70" w:type="dxa"/>
              <w:right w:w="90" w:type="dxa"/>
            </w:tcMar>
            <w:vAlign w:val="center"/>
          </w:tcPr>
          <w:p w14:paraId="186DC359" w14:textId="77777777" w:rsidR="008D43AB" w:rsidRDefault="00000000">
            <w:pPr>
              <w:jc w:val="center"/>
            </w:pPr>
            <w:r>
              <w:rPr>
                <w:b/>
                <w:color w:val="000000"/>
                <w:sz w:val="24"/>
              </w:rPr>
              <w:lastRenderedPageBreak/>
              <w:t>UČNA PRIPRAVA 31/39</w:t>
            </w:r>
          </w:p>
        </w:tc>
      </w:tr>
      <w:tr w:rsidR="008D43AB" w14:paraId="0877C6C6" w14:textId="77777777">
        <w:trPr>
          <w:jc w:val="center"/>
        </w:trPr>
        <w:tc>
          <w:tcPr>
            <w:tcW w:w="2665" w:type="dxa"/>
            <w:tcMar>
              <w:top w:w="70" w:type="dxa"/>
              <w:left w:w="90" w:type="dxa"/>
              <w:bottom w:w="70" w:type="dxa"/>
              <w:right w:w="90" w:type="dxa"/>
            </w:tcMar>
            <w:vAlign w:val="center"/>
          </w:tcPr>
          <w:p w14:paraId="049DBC91"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257AF37"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68E98EB8"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3151C75" w14:textId="77777777" w:rsidR="008D43AB" w:rsidRDefault="00000000">
            <w:r>
              <w:rPr>
                <w:b/>
                <w:color w:val="000000"/>
                <w:sz w:val="16"/>
              </w:rPr>
              <w:t xml:space="preserve">NAČRTOVANI TERMIN: </w:t>
            </w:r>
            <w:r>
              <w:rPr>
                <w:color w:val="000000"/>
                <w:sz w:val="16"/>
              </w:rPr>
              <w:t>31. teden • 19.–23. 4. 2027</w:t>
            </w:r>
          </w:p>
        </w:tc>
        <w:tc>
          <w:tcPr>
            <w:tcW w:w="2268" w:type="dxa"/>
            <w:tcMar>
              <w:top w:w="70" w:type="dxa"/>
              <w:left w:w="90" w:type="dxa"/>
              <w:bottom w:w="70" w:type="dxa"/>
              <w:right w:w="90" w:type="dxa"/>
            </w:tcMar>
            <w:vAlign w:val="center"/>
          </w:tcPr>
          <w:p w14:paraId="3BF198C2"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E7E25AA" w14:textId="77777777" w:rsidR="008D43AB" w:rsidRDefault="00000000">
            <w:r>
              <w:rPr>
                <w:b/>
                <w:color w:val="000000"/>
                <w:sz w:val="16"/>
              </w:rPr>
              <w:t xml:space="preserve">ŠTEVILO UR: </w:t>
            </w:r>
            <w:r>
              <w:rPr>
                <w:color w:val="000000"/>
                <w:sz w:val="16"/>
              </w:rPr>
              <w:t>1</w:t>
            </w:r>
          </w:p>
        </w:tc>
      </w:tr>
      <w:tr w:rsidR="008D43AB" w14:paraId="1123DCD6" w14:textId="77777777">
        <w:trPr>
          <w:jc w:val="center"/>
        </w:trPr>
        <w:tc>
          <w:tcPr>
            <w:tcW w:w="14061" w:type="dxa"/>
            <w:gridSpan w:val="6"/>
            <w:tcMar>
              <w:top w:w="70" w:type="dxa"/>
              <w:left w:w="90" w:type="dxa"/>
              <w:bottom w:w="70" w:type="dxa"/>
              <w:right w:w="90" w:type="dxa"/>
            </w:tcMar>
            <w:vAlign w:val="center"/>
          </w:tcPr>
          <w:p w14:paraId="76114F80"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31BDBAB8" w14:textId="77777777">
        <w:trPr>
          <w:cantSplit/>
          <w:jc w:val="center"/>
        </w:trPr>
        <w:tc>
          <w:tcPr>
            <w:tcW w:w="14060" w:type="dxa"/>
            <w:gridSpan w:val="6"/>
            <w:tcMar>
              <w:top w:w="70" w:type="dxa"/>
              <w:left w:w="90" w:type="dxa"/>
              <w:bottom w:w="70" w:type="dxa"/>
              <w:right w:w="90" w:type="dxa"/>
            </w:tcMar>
            <w:vAlign w:val="center"/>
          </w:tcPr>
          <w:p w14:paraId="27DBB09F" w14:textId="77777777" w:rsidR="008D43AB" w:rsidRDefault="008D43AB"/>
          <w:p w14:paraId="3213840D" w14:textId="77777777" w:rsidR="008D43AB" w:rsidRDefault="00000000">
            <w:pPr>
              <w:spacing w:line="245" w:lineRule="auto"/>
            </w:pPr>
            <w:r>
              <w:rPr>
                <w:b/>
                <w:color w:val="000000"/>
                <w:sz w:val="16"/>
              </w:rPr>
              <w:t xml:space="preserve">UČNI SKLOP: </w:t>
            </w:r>
            <w:r>
              <w:rPr>
                <w:color w:val="000000"/>
                <w:sz w:val="16"/>
              </w:rPr>
              <w:t>GIBANJE, SVETLOBA IN ZVOK</w:t>
            </w:r>
          </w:p>
        </w:tc>
      </w:tr>
      <w:tr w:rsidR="008D43AB" w14:paraId="02C20E9A" w14:textId="77777777">
        <w:trPr>
          <w:cantSplit/>
          <w:jc w:val="center"/>
        </w:trPr>
        <w:tc>
          <w:tcPr>
            <w:tcW w:w="14060" w:type="dxa"/>
            <w:gridSpan w:val="6"/>
            <w:tcMar>
              <w:top w:w="70" w:type="dxa"/>
              <w:left w:w="90" w:type="dxa"/>
              <w:bottom w:w="70" w:type="dxa"/>
              <w:right w:w="90" w:type="dxa"/>
            </w:tcMar>
            <w:vAlign w:val="center"/>
          </w:tcPr>
          <w:p w14:paraId="56B0F012" w14:textId="77777777" w:rsidR="008D43AB" w:rsidRDefault="008D43AB"/>
          <w:p w14:paraId="5CF6CA77" w14:textId="77777777" w:rsidR="008D43AB" w:rsidRDefault="00000000">
            <w:pPr>
              <w:spacing w:line="245" w:lineRule="auto"/>
            </w:pPr>
            <w:r>
              <w:rPr>
                <w:b/>
                <w:color w:val="000000"/>
                <w:sz w:val="16"/>
              </w:rPr>
              <w:t xml:space="preserve">UČNA TEMA: </w:t>
            </w:r>
            <w:r>
              <w:rPr>
                <w:color w:val="000000"/>
                <w:sz w:val="16"/>
              </w:rPr>
              <w:t>USTVARJANJE</w:t>
            </w:r>
          </w:p>
        </w:tc>
      </w:tr>
      <w:tr w:rsidR="008D43AB" w14:paraId="7E4D6143" w14:textId="77777777">
        <w:trPr>
          <w:cantSplit/>
          <w:jc w:val="center"/>
        </w:trPr>
        <w:tc>
          <w:tcPr>
            <w:tcW w:w="14060" w:type="dxa"/>
            <w:gridSpan w:val="6"/>
            <w:tcMar>
              <w:top w:w="70" w:type="dxa"/>
              <w:left w:w="90" w:type="dxa"/>
              <w:bottom w:w="70" w:type="dxa"/>
              <w:right w:w="90" w:type="dxa"/>
            </w:tcMar>
            <w:vAlign w:val="center"/>
          </w:tcPr>
          <w:p w14:paraId="69B6D57A" w14:textId="77777777" w:rsidR="008D43AB" w:rsidRDefault="008D43AB"/>
          <w:p w14:paraId="2628979E" w14:textId="77777777" w:rsidR="008D43AB" w:rsidRDefault="00000000">
            <w:pPr>
              <w:spacing w:line="245" w:lineRule="auto"/>
            </w:pPr>
            <w:r>
              <w:rPr>
                <w:b/>
                <w:color w:val="000000"/>
                <w:sz w:val="16"/>
              </w:rPr>
              <w:t xml:space="preserve">KNJIŽEVNO / MOTIVNO IZHODIŠČE: </w:t>
            </w:r>
            <w:r>
              <w:rPr>
                <w:color w:val="000000"/>
                <w:sz w:val="16"/>
              </w:rPr>
              <w:t>»Kaj je na koncu sveta« – Niko Grafenauer • svetloba, senca, zvok, vprašanja in domišljija</w:t>
            </w:r>
          </w:p>
        </w:tc>
      </w:tr>
      <w:tr w:rsidR="008D43AB" w14:paraId="6BD99C19" w14:textId="77777777">
        <w:trPr>
          <w:cantSplit/>
          <w:jc w:val="center"/>
        </w:trPr>
        <w:tc>
          <w:tcPr>
            <w:tcW w:w="14060" w:type="dxa"/>
            <w:gridSpan w:val="6"/>
            <w:tcMar>
              <w:top w:w="70" w:type="dxa"/>
              <w:left w:w="90" w:type="dxa"/>
              <w:bottom w:w="70" w:type="dxa"/>
              <w:right w:w="90" w:type="dxa"/>
            </w:tcMar>
            <w:vAlign w:val="center"/>
          </w:tcPr>
          <w:p w14:paraId="79993183" w14:textId="77777777" w:rsidR="008D43AB" w:rsidRDefault="008D43AB"/>
          <w:p w14:paraId="050D5745" w14:textId="77777777" w:rsidR="008D43AB" w:rsidRDefault="00000000">
            <w:pPr>
              <w:spacing w:line="245" w:lineRule="auto"/>
            </w:pPr>
            <w:r>
              <w:rPr>
                <w:b/>
                <w:color w:val="000000"/>
                <w:sz w:val="16"/>
              </w:rPr>
              <w:t xml:space="preserve">GLASBENO IZHODIŠČE / REPERTOAR: </w:t>
            </w:r>
            <w:r>
              <w:rPr>
                <w:color w:val="000000"/>
                <w:sz w:val="16"/>
              </w:rPr>
              <w:t>skrivnostni zvočni motiv; slikovni zapis poti</w:t>
            </w:r>
          </w:p>
        </w:tc>
      </w:tr>
      <w:tr w:rsidR="008D43AB" w14:paraId="50C395C4" w14:textId="77777777">
        <w:trPr>
          <w:cantSplit/>
          <w:jc w:val="center"/>
        </w:trPr>
        <w:tc>
          <w:tcPr>
            <w:tcW w:w="14060" w:type="dxa"/>
            <w:gridSpan w:val="6"/>
            <w:tcMar>
              <w:top w:w="70" w:type="dxa"/>
              <w:left w:w="90" w:type="dxa"/>
              <w:bottom w:w="70" w:type="dxa"/>
              <w:right w:w="90" w:type="dxa"/>
            </w:tcMar>
            <w:vAlign w:val="center"/>
          </w:tcPr>
          <w:p w14:paraId="16466777" w14:textId="77777777" w:rsidR="008D43AB" w:rsidRDefault="008D43AB"/>
          <w:p w14:paraId="25FC07CA" w14:textId="77777777" w:rsidR="008D43AB" w:rsidRDefault="00000000">
            <w:pPr>
              <w:spacing w:line="245" w:lineRule="auto"/>
            </w:pPr>
            <w:r>
              <w:rPr>
                <w:b/>
                <w:color w:val="000000"/>
                <w:sz w:val="16"/>
              </w:rPr>
              <w:t xml:space="preserve">UČNE ENOTE: </w:t>
            </w:r>
            <w:r>
              <w:rPr>
                <w:color w:val="000000"/>
                <w:sz w:val="16"/>
              </w:rPr>
              <w:t>1. ura – Ustvarjanje – Ustvarim in nastopim</w:t>
            </w:r>
          </w:p>
        </w:tc>
      </w:tr>
      <w:tr w:rsidR="008D43AB" w14:paraId="3B958F5C" w14:textId="77777777">
        <w:trPr>
          <w:cantSplit/>
          <w:jc w:val="center"/>
        </w:trPr>
        <w:tc>
          <w:tcPr>
            <w:tcW w:w="14060" w:type="dxa"/>
            <w:gridSpan w:val="6"/>
            <w:tcMar>
              <w:top w:w="70" w:type="dxa"/>
              <w:left w:w="90" w:type="dxa"/>
              <w:bottom w:w="70" w:type="dxa"/>
              <w:right w:w="90" w:type="dxa"/>
            </w:tcMar>
            <w:vAlign w:val="center"/>
          </w:tcPr>
          <w:p w14:paraId="7A5561AE" w14:textId="77777777" w:rsidR="008D43AB" w:rsidRDefault="008D43AB"/>
          <w:p w14:paraId="38915C7A"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23B90DB9" w14:textId="77777777">
        <w:trPr>
          <w:cantSplit/>
          <w:jc w:val="center"/>
        </w:trPr>
        <w:tc>
          <w:tcPr>
            <w:tcW w:w="14060" w:type="dxa"/>
            <w:gridSpan w:val="6"/>
            <w:tcMar>
              <w:top w:w="70" w:type="dxa"/>
              <w:left w:w="90" w:type="dxa"/>
              <w:bottom w:w="70" w:type="dxa"/>
              <w:right w:w="90" w:type="dxa"/>
            </w:tcMar>
            <w:vAlign w:val="center"/>
          </w:tcPr>
          <w:p w14:paraId="73A98A7F" w14:textId="77777777" w:rsidR="008D43AB" w:rsidRDefault="008D43AB"/>
          <w:p w14:paraId="4A330E51"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3CD48CED" w14:textId="77777777">
        <w:trPr>
          <w:cantSplit/>
          <w:jc w:val="center"/>
        </w:trPr>
        <w:tc>
          <w:tcPr>
            <w:tcW w:w="14060" w:type="dxa"/>
            <w:gridSpan w:val="6"/>
            <w:tcMar>
              <w:top w:w="70" w:type="dxa"/>
              <w:left w:w="90" w:type="dxa"/>
              <w:bottom w:w="70" w:type="dxa"/>
              <w:right w:w="90" w:type="dxa"/>
            </w:tcMar>
            <w:vAlign w:val="center"/>
          </w:tcPr>
          <w:p w14:paraId="0D5032F3" w14:textId="77777777" w:rsidR="008D43AB" w:rsidRDefault="008D43AB"/>
          <w:p w14:paraId="58BF455B"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6E19E75" w14:textId="77777777">
        <w:trPr>
          <w:cantSplit/>
          <w:jc w:val="center"/>
        </w:trPr>
        <w:tc>
          <w:tcPr>
            <w:tcW w:w="14060" w:type="dxa"/>
            <w:gridSpan w:val="6"/>
            <w:tcMar>
              <w:top w:w="70" w:type="dxa"/>
              <w:left w:w="90" w:type="dxa"/>
              <w:bottom w:w="70" w:type="dxa"/>
              <w:right w:w="90" w:type="dxa"/>
            </w:tcMar>
            <w:vAlign w:val="center"/>
          </w:tcPr>
          <w:p w14:paraId="412F23E8" w14:textId="77777777" w:rsidR="008D43AB" w:rsidRDefault="008D43AB"/>
          <w:p w14:paraId="488163E2" w14:textId="77777777" w:rsidR="008D43AB" w:rsidRDefault="00000000">
            <w:pPr>
              <w:spacing w:line="245" w:lineRule="auto"/>
            </w:pPr>
            <w:r>
              <w:rPr>
                <w:b/>
                <w:color w:val="000000"/>
                <w:sz w:val="16"/>
              </w:rPr>
              <w:t xml:space="preserve">MEDPREDMETNE POVEZAVE: </w:t>
            </w:r>
            <w:r>
              <w:rPr>
                <w:color w:val="000000"/>
                <w:sz w:val="16"/>
              </w:rPr>
              <w:t>SPO – svetloba, senca, zvok, vprašanja in domišljija; SLJ – poslušanje, ritmični govor in opis doživetja; ŠPO – pulz, tempo, gibalni odziv in prostorska orientacija; LUM – simbol, barva, linija in zvočni zapis</w:t>
            </w:r>
          </w:p>
        </w:tc>
      </w:tr>
      <w:tr w:rsidR="008D43AB" w14:paraId="105001B4" w14:textId="77777777">
        <w:trPr>
          <w:cantSplit/>
          <w:jc w:val="center"/>
        </w:trPr>
        <w:tc>
          <w:tcPr>
            <w:tcW w:w="14060" w:type="dxa"/>
            <w:gridSpan w:val="6"/>
            <w:tcMar>
              <w:top w:w="70" w:type="dxa"/>
              <w:left w:w="90" w:type="dxa"/>
              <w:bottom w:w="70" w:type="dxa"/>
              <w:right w:w="90" w:type="dxa"/>
            </w:tcMar>
            <w:vAlign w:val="center"/>
          </w:tcPr>
          <w:p w14:paraId="3888C1AD" w14:textId="77777777" w:rsidR="008D43AB" w:rsidRDefault="008D43AB"/>
          <w:p w14:paraId="717AD526"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7F60CBCC" w14:textId="77777777">
        <w:trPr>
          <w:cantSplit/>
          <w:jc w:val="center"/>
        </w:trPr>
        <w:tc>
          <w:tcPr>
            <w:tcW w:w="14060" w:type="dxa"/>
            <w:gridSpan w:val="6"/>
            <w:tcMar>
              <w:top w:w="70" w:type="dxa"/>
              <w:left w:w="90" w:type="dxa"/>
              <w:bottom w:w="70" w:type="dxa"/>
              <w:right w:w="90" w:type="dxa"/>
            </w:tcMar>
            <w:vAlign w:val="center"/>
          </w:tcPr>
          <w:p w14:paraId="685E0345" w14:textId="77777777" w:rsidR="008D43AB" w:rsidRDefault="008D43AB"/>
          <w:p w14:paraId="79B066B3"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29B06986" w14:textId="77777777">
        <w:trPr>
          <w:cantSplit/>
          <w:jc w:val="center"/>
        </w:trPr>
        <w:tc>
          <w:tcPr>
            <w:tcW w:w="14060" w:type="dxa"/>
            <w:gridSpan w:val="6"/>
            <w:tcMar>
              <w:top w:w="70" w:type="dxa"/>
              <w:left w:w="90" w:type="dxa"/>
              <w:bottom w:w="70" w:type="dxa"/>
              <w:right w:w="90" w:type="dxa"/>
            </w:tcMar>
            <w:vAlign w:val="center"/>
          </w:tcPr>
          <w:p w14:paraId="3F774B2B" w14:textId="77777777" w:rsidR="008D43AB" w:rsidRDefault="008D43AB"/>
          <w:p w14:paraId="5E8B866A" w14:textId="77777777" w:rsidR="008D43AB" w:rsidRDefault="00000000">
            <w:pPr>
              <w:spacing w:line="245" w:lineRule="auto"/>
            </w:pPr>
            <w:r>
              <w:rPr>
                <w:b/>
                <w:color w:val="000000"/>
                <w:sz w:val="16"/>
              </w:rPr>
              <w:t xml:space="preserve">OCENJEVANJE / DAN DEJAVNOSTI: </w:t>
            </w:r>
            <w:r>
              <w:rPr>
                <w:color w:val="000000"/>
                <w:sz w:val="16"/>
              </w:rPr>
              <w:t>TEHNIŠKI DAN • KULTURNI DAN</w:t>
            </w:r>
          </w:p>
        </w:tc>
      </w:tr>
      <w:tr w:rsidR="008D43AB" w14:paraId="28C86542" w14:textId="77777777">
        <w:trPr>
          <w:cantSplit/>
          <w:jc w:val="center"/>
        </w:trPr>
        <w:tc>
          <w:tcPr>
            <w:tcW w:w="14060" w:type="dxa"/>
            <w:gridSpan w:val="6"/>
            <w:tcMar>
              <w:top w:w="70" w:type="dxa"/>
              <w:left w:w="90" w:type="dxa"/>
              <w:bottom w:w="70" w:type="dxa"/>
              <w:right w:w="90" w:type="dxa"/>
            </w:tcMar>
            <w:vAlign w:val="center"/>
          </w:tcPr>
          <w:p w14:paraId="6FCD0B6D" w14:textId="77777777" w:rsidR="008D43AB" w:rsidRDefault="008D43AB"/>
          <w:p w14:paraId="283C34F5"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2AE16F0B"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74F9E4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6DB93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D6719A4" w14:textId="77777777" w:rsidR="008D43AB" w:rsidRDefault="00000000">
            <w:pPr>
              <w:jc w:val="center"/>
            </w:pPr>
            <w:r>
              <w:rPr>
                <w:b/>
                <w:color w:val="000000"/>
                <w:sz w:val="20"/>
              </w:rPr>
              <w:t>UČNE DEJAVNOSTI, METODE IN FORMATIVNO SPREMLJANJE</w:t>
            </w:r>
          </w:p>
        </w:tc>
      </w:tr>
      <w:tr w:rsidR="008D43AB" w14:paraId="23E2846A" w14:textId="77777777">
        <w:trPr>
          <w:tblHeader/>
          <w:jc w:val="center"/>
        </w:trPr>
        <w:tc>
          <w:tcPr>
            <w:tcW w:w="4422" w:type="dxa"/>
            <w:vMerge/>
            <w:tcMar>
              <w:top w:w="70" w:type="dxa"/>
              <w:left w:w="90" w:type="dxa"/>
              <w:bottom w:w="70" w:type="dxa"/>
              <w:right w:w="90" w:type="dxa"/>
            </w:tcMar>
            <w:vAlign w:val="center"/>
          </w:tcPr>
          <w:p w14:paraId="44786482" w14:textId="77777777" w:rsidR="008D43AB" w:rsidRDefault="008D43AB"/>
        </w:tc>
        <w:tc>
          <w:tcPr>
            <w:tcW w:w="7087" w:type="dxa"/>
            <w:shd w:val="clear" w:color="auto" w:fill="FFFFFF"/>
            <w:tcMar>
              <w:top w:w="70" w:type="dxa"/>
              <w:left w:w="90" w:type="dxa"/>
              <w:bottom w:w="70" w:type="dxa"/>
              <w:right w:w="90" w:type="dxa"/>
            </w:tcMar>
            <w:vAlign w:val="center"/>
          </w:tcPr>
          <w:p w14:paraId="59B4B12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3FD34E2" w14:textId="77777777" w:rsidR="008D43AB" w:rsidRDefault="00000000">
            <w:pPr>
              <w:jc w:val="center"/>
            </w:pPr>
            <w:r>
              <w:rPr>
                <w:b/>
                <w:color w:val="000000"/>
              </w:rPr>
              <w:t>UČENEC</w:t>
            </w:r>
          </w:p>
        </w:tc>
      </w:tr>
      <w:tr w:rsidR="008D43AB" w14:paraId="41250AD2" w14:textId="77777777">
        <w:trPr>
          <w:jc w:val="center"/>
        </w:trPr>
        <w:tc>
          <w:tcPr>
            <w:tcW w:w="4422" w:type="dxa"/>
            <w:tcMar>
              <w:top w:w="70" w:type="dxa"/>
              <w:left w:w="90" w:type="dxa"/>
              <w:bottom w:w="70" w:type="dxa"/>
              <w:right w:w="90" w:type="dxa"/>
            </w:tcMar>
          </w:tcPr>
          <w:p w14:paraId="43FEA6D5" w14:textId="77777777" w:rsidR="008D43AB" w:rsidRDefault="008D43AB"/>
          <w:p w14:paraId="1B53086E" w14:textId="77777777" w:rsidR="008D43AB" w:rsidRDefault="00000000">
            <w:pPr>
              <w:spacing w:after="60" w:line="245" w:lineRule="auto"/>
            </w:pPr>
            <w:r>
              <w:rPr>
                <w:b/>
                <w:color w:val="000000"/>
              </w:rPr>
              <w:t>UČNI CILJI</w:t>
            </w:r>
          </w:p>
          <w:p w14:paraId="5B772FA3" w14:textId="77777777" w:rsidR="008D43AB" w:rsidRDefault="00000000">
            <w:pPr>
              <w:spacing w:after="20" w:line="245" w:lineRule="auto"/>
            </w:pPr>
            <w:r>
              <w:rPr>
                <w:b/>
                <w:color w:val="000000"/>
                <w:sz w:val="17"/>
              </w:rPr>
              <w:t>SPLOŠNI</w:t>
            </w:r>
          </w:p>
          <w:p w14:paraId="066B6B97"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620B3E7E" w14:textId="77777777" w:rsidR="008D43AB" w:rsidRDefault="00000000">
            <w:pPr>
              <w:pStyle w:val="Oznaenseznam"/>
              <w:spacing w:after="16"/>
            </w:pPr>
            <w:r>
              <w:rPr>
                <w:color w:val="000000"/>
                <w:sz w:val="16"/>
              </w:rPr>
              <w:t>poje, ritmično govori ter uporablja telo, glasbila in predmete kot zvočne vire</w:t>
            </w:r>
          </w:p>
          <w:p w14:paraId="64696247" w14:textId="77777777" w:rsidR="008D43AB" w:rsidRDefault="00000000">
            <w:pPr>
              <w:pStyle w:val="Oznaenseznam"/>
              <w:spacing w:after="16"/>
            </w:pPr>
            <w:r>
              <w:rPr>
                <w:color w:val="000000"/>
                <w:sz w:val="16"/>
              </w:rPr>
              <w:t>razlikuje izbrane lastnosti zvoka in glasbe ter varuje sluh in odgovorno uporablja glasbila</w:t>
            </w:r>
          </w:p>
          <w:p w14:paraId="39EC3D52"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36F95279" w14:textId="77777777" w:rsidR="008D43AB" w:rsidRDefault="00000000">
            <w:pPr>
              <w:spacing w:before="40" w:after="20" w:line="245" w:lineRule="auto"/>
            </w:pPr>
            <w:r>
              <w:rPr>
                <w:b/>
                <w:color w:val="000000"/>
                <w:sz w:val="17"/>
              </w:rPr>
              <w:t>OPERATIVNI</w:t>
            </w:r>
          </w:p>
          <w:p w14:paraId="15DDC413" w14:textId="77777777" w:rsidR="008D43AB" w:rsidRDefault="00000000">
            <w:pPr>
              <w:pStyle w:val="Oznaenseznam"/>
              <w:spacing w:after="16"/>
            </w:pPr>
            <w:r>
              <w:rPr>
                <w:color w:val="000000"/>
                <w:sz w:val="16"/>
              </w:rPr>
              <w:t>izbere zvočila</w:t>
            </w:r>
          </w:p>
          <w:p w14:paraId="77B7D7C1" w14:textId="77777777" w:rsidR="008D43AB" w:rsidRDefault="00000000">
            <w:pPr>
              <w:pStyle w:val="Oznaenseznam"/>
              <w:spacing w:after="16"/>
            </w:pPr>
            <w:r>
              <w:rPr>
                <w:color w:val="000000"/>
                <w:sz w:val="16"/>
              </w:rPr>
              <w:t>ustvari kratek motiv</w:t>
            </w:r>
          </w:p>
          <w:p w14:paraId="62DCF28F" w14:textId="77777777" w:rsidR="008D43AB" w:rsidRDefault="00000000">
            <w:pPr>
              <w:pStyle w:val="Oznaenseznam"/>
              <w:spacing w:after="16"/>
            </w:pPr>
            <w:r>
              <w:rPr>
                <w:color w:val="000000"/>
                <w:sz w:val="16"/>
              </w:rPr>
              <w:t>sledi slikovnemu zapisu</w:t>
            </w:r>
          </w:p>
          <w:p w14:paraId="51524412" w14:textId="77777777" w:rsidR="008D43AB" w:rsidRDefault="00000000">
            <w:pPr>
              <w:spacing w:before="40" w:after="20" w:line="245" w:lineRule="auto"/>
            </w:pPr>
            <w:r>
              <w:rPr>
                <w:b/>
                <w:color w:val="000000"/>
                <w:sz w:val="17"/>
              </w:rPr>
              <w:t>PRIČAKOVANI DOSEŽKI / MINIMALNI POUDARKI</w:t>
            </w:r>
          </w:p>
          <w:p w14:paraId="5C0A447F" w14:textId="77777777" w:rsidR="008D43AB" w:rsidRDefault="00000000">
            <w:pPr>
              <w:pStyle w:val="Oznaenseznam"/>
              <w:spacing w:after="16"/>
            </w:pPr>
            <w:r>
              <w:rPr>
                <w:color w:val="000000"/>
                <w:sz w:val="15"/>
              </w:rPr>
              <w:t>samostojno oziroma z dogovorjeno oporo izbere zvočila</w:t>
            </w:r>
          </w:p>
          <w:p w14:paraId="10F2B3CD" w14:textId="77777777" w:rsidR="008D43AB" w:rsidRDefault="00000000">
            <w:pPr>
              <w:pStyle w:val="Oznaenseznam"/>
              <w:spacing w:after="16"/>
            </w:pPr>
            <w:r>
              <w:rPr>
                <w:color w:val="000000"/>
                <w:sz w:val="15"/>
              </w:rPr>
              <w:t>samostojno oziroma z dogovorjeno oporo ustvari kratek motiv</w:t>
            </w:r>
          </w:p>
          <w:p w14:paraId="49E87605" w14:textId="77777777" w:rsidR="008D43AB" w:rsidRDefault="00000000">
            <w:pPr>
              <w:pStyle w:val="Oznaenseznam"/>
              <w:spacing w:after="16"/>
            </w:pPr>
            <w:r>
              <w:rPr>
                <w:color w:val="000000"/>
                <w:sz w:val="15"/>
              </w:rPr>
              <w:t>samostojno oziroma z dogovorjeno oporo sledi slikovnemu zapisu</w:t>
            </w:r>
          </w:p>
        </w:tc>
        <w:tc>
          <w:tcPr>
            <w:tcW w:w="7087" w:type="dxa"/>
            <w:tcMar>
              <w:top w:w="70" w:type="dxa"/>
              <w:left w:w="90" w:type="dxa"/>
              <w:bottom w:w="70" w:type="dxa"/>
              <w:right w:w="90" w:type="dxa"/>
            </w:tcMar>
          </w:tcPr>
          <w:p w14:paraId="760480A5"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B072AD0" w14:textId="77777777">
              <w:trPr>
                <w:jc w:val="center"/>
              </w:trPr>
              <w:tc>
                <w:tcPr>
                  <w:tcW w:w="7087" w:type="dxa"/>
                  <w:shd w:val="clear" w:color="auto" w:fill="C6E7F3"/>
                  <w:tcMar>
                    <w:top w:w="45" w:type="dxa"/>
                    <w:left w:w="70" w:type="dxa"/>
                    <w:bottom w:w="45" w:type="dxa"/>
                    <w:right w:w="70" w:type="dxa"/>
                  </w:tcMar>
                </w:tcPr>
                <w:p w14:paraId="25C82A30" w14:textId="77777777" w:rsidR="008D43AB" w:rsidRDefault="00000000">
                  <w:pPr>
                    <w:keepNext/>
                  </w:pPr>
                  <w:r>
                    <w:rPr>
                      <w:b/>
                      <w:color w:val="000000"/>
                    </w:rPr>
                    <w:t>UVODNI DEL – zvočna motivacija, aktivacija predznanja in namen učenja (8–12 min)</w:t>
                  </w:r>
                </w:p>
              </w:tc>
            </w:tr>
          </w:tbl>
          <w:p w14:paraId="2D0229F5" w14:textId="77777777" w:rsidR="008D43AB" w:rsidRDefault="008D43AB">
            <w:pPr>
              <w:spacing w:line="20" w:lineRule="exact"/>
            </w:pPr>
          </w:p>
          <w:p w14:paraId="47105EEA" w14:textId="77777777" w:rsidR="008D43AB" w:rsidRDefault="00000000">
            <w:pPr>
              <w:spacing w:before="40" w:after="60" w:line="245" w:lineRule="auto"/>
            </w:pPr>
            <w:r>
              <w:rPr>
                <w:color w:val="000000"/>
                <w:sz w:val="16"/>
              </w:rPr>
              <w:t>Učenci ob motivu »Kaj je na koncu sveta« – Niko Grafenauer vstopijo v temo svetloba, senca, zvok, vprašanja in domišljija. Najprej v tišini poslušajo kratek zvočni odlomek ali učiteljičino izvedbo (skrivnostni zvočni motiv; slikovni zapis poti),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1CBEF8ED" w14:textId="77777777">
              <w:trPr>
                <w:jc w:val="center"/>
              </w:trPr>
              <w:tc>
                <w:tcPr>
                  <w:tcW w:w="7087" w:type="dxa"/>
                  <w:shd w:val="clear" w:color="auto" w:fill="EDC9EA"/>
                  <w:tcMar>
                    <w:top w:w="45" w:type="dxa"/>
                    <w:left w:w="70" w:type="dxa"/>
                    <w:bottom w:w="45" w:type="dxa"/>
                    <w:right w:w="70" w:type="dxa"/>
                  </w:tcMar>
                </w:tcPr>
                <w:p w14:paraId="5A1618B7" w14:textId="77777777" w:rsidR="008D43AB" w:rsidRDefault="00000000">
                  <w:pPr>
                    <w:keepNext/>
                  </w:pPr>
                  <w:r>
                    <w:rPr>
                      <w:b/>
                      <w:color w:val="000000"/>
                    </w:rPr>
                    <w:t>NAMENI UČENJA</w:t>
                  </w:r>
                </w:p>
              </w:tc>
            </w:tr>
          </w:tbl>
          <w:p w14:paraId="65606AC5" w14:textId="77777777" w:rsidR="008D43AB" w:rsidRDefault="008D43AB">
            <w:pPr>
              <w:spacing w:line="20" w:lineRule="exact"/>
            </w:pPr>
          </w:p>
          <w:p w14:paraId="3EECFD21"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24B7B49B" w14:textId="77777777" w:rsidR="008D43AB" w:rsidRDefault="00000000">
            <w:pPr>
              <w:pStyle w:val="Oznaenseznam"/>
              <w:spacing w:after="16"/>
            </w:pPr>
            <w:r>
              <w:rPr>
                <w:color w:val="000000"/>
                <w:sz w:val="16"/>
              </w:rPr>
              <w:t>izberem zvočila</w:t>
            </w:r>
          </w:p>
          <w:p w14:paraId="36985B14" w14:textId="77777777" w:rsidR="008D43AB" w:rsidRDefault="00000000">
            <w:pPr>
              <w:pStyle w:val="Oznaenseznam"/>
              <w:spacing w:after="16"/>
            </w:pPr>
            <w:r>
              <w:rPr>
                <w:color w:val="000000"/>
                <w:sz w:val="16"/>
              </w:rPr>
              <w:t>ustvarim kratek motiv</w:t>
            </w:r>
          </w:p>
          <w:p w14:paraId="0DEACDA9" w14:textId="77777777" w:rsidR="008D43AB" w:rsidRDefault="00000000">
            <w:pPr>
              <w:pStyle w:val="Oznaenseznam"/>
              <w:spacing w:after="16"/>
            </w:pPr>
            <w:r>
              <w:rPr>
                <w:color w:val="000000"/>
                <w:sz w:val="16"/>
              </w:rPr>
              <w:t>sledim slikovnemu zapisu</w:t>
            </w:r>
          </w:p>
          <w:tbl>
            <w:tblPr>
              <w:tblStyle w:val="Tabelamrea"/>
              <w:tblW w:w="0" w:type="auto"/>
              <w:jc w:val="center"/>
              <w:tblLayout w:type="fixed"/>
              <w:tblLook w:val="04A0" w:firstRow="1" w:lastRow="0" w:firstColumn="1" w:lastColumn="0" w:noHBand="0" w:noVBand="1"/>
            </w:tblPr>
            <w:tblGrid>
              <w:gridCol w:w="7087"/>
            </w:tblGrid>
            <w:tr w:rsidR="008D43AB" w14:paraId="54ADB5AB" w14:textId="77777777">
              <w:trPr>
                <w:jc w:val="center"/>
              </w:trPr>
              <w:tc>
                <w:tcPr>
                  <w:tcW w:w="7087" w:type="dxa"/>
                  <w:shd w:val="clear" w:color="auto" w:fill="EDC9EA"/>
                  <w:tcMar>
                    <w:top w:w="45" w:type="dxa"/>
                    <w:left w:w="70" w:type="dxa"/>
                    <w:bottom w:w="45" w:type="dxa"/>
                    <w:right w:w="70" w:type="dxa"/>
                  </w:tcMar>
                </w:tcPr>
                <w:p w14:paraId="03E07323" w14:textId="77777777" w:rsidR="008D43AB" w:rsidRDefault="00000000">
                  <w:pPr>
                    <w:keepNext/>
                  </w:pPr>
                  <w:r>
                    <w:rPr>
                      <w:b/>
                      <w:color w:val="000000"/>
                    </w:rPr>
                    <w:t>PREVERJANJE PREDZNANJA</w:t>
                  </w:r>
                </w:p>
              </w:tc>
            </w:tr>
          </w:tbl>
          <w:p w14:paraId="271F448E" w14:textId="77777777" w:rsidR="008D43AB" w:rsidRDefault="008D43AB">
            <w:pPr>
              <w:spacing w:line="20" w:lineRule="exact"/>
            </w:pPr>
          </w:p>
          <w:p w14:paraId="7595B07B" w14:textId="77777777" w:rsidR="008D43AB" w:rsidRDefault="00000000">
            <w:pPr>
              <w:pStyle w:val="Oznaenseznam"/>
              <w:spacing w:after="16"/>
            </w:pPr>
            <w:r>
              <w:rPr>
                <w:color w:val="000000"/>
                <w:sz w:val="16"/>
              </w:rPr>
              <w:t>Kaj mi zvok, naslov, slika ali motiv pove o temi svetloba, senca, zvok, vprašanja in domišljija?</w:t>
            </w:r>
          </w:p>
          <w:p w14:paraId="0AA06808" w14:textId="77777777" w:rsidR="008D43AB" w:rsidRDefault="00000000">
            <w:pPr>
              <w:pStyle w:val="Oznaenseznam"/>
              <w:spacing w:after="16"/>
            </w:pPr>
            <w:r>
              <w:rPr>
                <w:color w:val="000000"/>
                <w:sz w:val="16"/>
              </w:rPr>
              <w:t>Kako lahko s poslušanjem, glasom, telesom, glasbilom ali simbolom pokažem, kaj že znam pri temi »USTVARJANJE«?</w:t>
            </w:r>
          </w:p>
          <w:p w14:paraId="46C3AC6F"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2F2E10AA" w14:textId="77777777">
              <w:trPr>
                <w:jc w:val="center"/>
              </w:trPr>
              <w:tc>
                <w:tcPr>
                  <w:tcW w:w="7087" w:type="dxa"/>
                  <w:shd w:val="clear" w:color="auto" w:fill="EDC9EA"/>
                  <w:tcMar>
                    <w:top w:w="45" w:type="dxa"/>
                    <w:left w:w="70" w:type="dxa"/>
                    <w:bottom w:w="45" w:type="dxa"/>
                    <w:right w:w="70" w:type="dxa"/>
                  </w:tcMar>
                </w:tcPr>
                <w:p w14:paraId="5BBAFAA2" w14:textId="77777777" w:rsidR="008D43AB" w:rsidRDefault="00000000">
                  <w:pPr>
                    <w:keepNext/>
                  </w:pPr>
                  <w:r>
                    <w:rPr>
                      <w:b/>
                      <w:color w:val="000000"/>
                    </w:rPr>
                    <w:t>KRITERIJI USPEŠNOSTI</w:t>
                  </w:r>
                </w:p>
              </w:tc>
            </w:tr>
          </w:tbl>
          <w:p w14:paraId="15420E3F" w14:textId="77777777" w:rsidR="008D43AB" w:rsidRDefault="008D43AB"/>
          <w:p w14:paraId="22293B1D" w14:textId="77777777" w:rsidR="008D43AB" w:rsidRDefault="00000000">
            <w:pPr>
              <w:spacing w:before="20" w:after="20" w:line="245" w:lineRule="auto"/>
            </w:pPr>
            <w:r>
              <w:rPr>
                <w:b/>
                <w:color w:val="000000"/>
                <w:sz w:val="16"/>
              </w:rPr>
              <w:t>Uspešen/-na bom, ko:</w:t>
            </w:r>
          </w:p>
          <w:p w14:paraId="22CD922A" w14:textId="77777777" w:rsidR="008D43AB" w:rsidRDefault="00000000">
            <w:pPr>
              <w:pStyle w:val="Oznaenseznam"/>
              <w:spacing w:after="16"/>
            </w:pPr>
            <w:r>
              <w:rPr>
                <w:color w:val="000000"/>
                <w:sz w:val="16"/>
              </w:rPr>
              <w:t>izberem zvočila</w:t>
            </w:r>
          </w:p>
          <w:p w14:paraId="436D2BCD" w14:textId="77777777" w:rsidR="008D43AB" w:rsidRDefault="00000000">
            <w:pPr>
              <w:pStyle w:val="Oznaenseznam"/>
              <w:spacing w:after="16"/>
            </w:pPr>
            <w:r>
              <w:rPr>
                <w:color w:val="000000"/>
                <w:sz w:val="16"/>
              </w:rPr>
              <w:t>ustvarim kratek motiv</w:t>
            </w:r>
          </w:p>
          <w:p w14:paraId="4E362972" w14:textId="77777777" w:rsidR="008D43AB" w:rsidRDefault="00000000">
            <w:pPr>
              <w:pStyle w:val="Oznaenseznam"/>
              <w:spacing w:after="16"/>
            </w:pPr>
            <w:r>
              <w:rPr>
                <w:color w:val="000000"/>
                <w:sz w:val="16"/>
              </w:rPr>
              <w:t>sledim slikovnemu zapisu</w:t>
            </w:r>
          </w:p>
          <w:p w14:paraId="0EE0C951" w14:textId="77777777" w:rsidR="008D43AB" w:rsidRDefault="00000000">
            <w:pPr>
              <w:pStyle w:val="Oznaenseznam"/>
              <w:spacing w:after="16"/>
            </w:pPr>
            <w:r>
              <w:rPr>
                <w:color w:val="000000"/>
                <w:sz w:val="16"/>
              </w:rPr>
              <w:t>upoštevam dogovorjeni začetek, konec, znak za tišino in varno glasnost</w:t>
            </w:r>
          </w:p>
          <w:p w14:paraId="6097E62A"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3E65CCDF" w14:textId="77777777" w:rsidR="008D43AB" w:rsidRDefault="008D43AB"/>
          <w:p w14:paraId="62716B44"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342CEAE4" w14:textId="77777777" w:rsidR="008D43AB" w:rsidRDefault="00000000">
            <w:pPr>
              <w:spacing w:after="80" w:line="245" w:lineRule="auto"/>
            </w:pPr>
            <w:r>
              <w:rPr>
                <w:color w:val="000000"/>
                <w:sz w:val="16"/>
              </w:rPr>
              <w:t>Pove ali pokaže, kaj že zna in katero glasbeno strategijo bi uporabil.</w:t>
            </w:r>
          </w:p>
          <w:p w14:paraId="3A3C08D7" w14:textId="77777777" w:rsidR="008D43AB" w:rsidRDefault="00000000">
            <w:pPr>
              <w:spacing w:after="100" w:line="245" w:lineRule="auto"/>
            </w:pPr>
            <w:r>
              <w:rPr>
                <w:color w:val="000000"/>
                <w:sz w:val="16"/>
              </w:rPr>
              <w:t>Sodeluje pri razumevanju namenov, meril uspešnosti, varne glasnosti in načina dokazovanja.</w:t>
            </w:r>
          </w:p>
          <w:p w14:paraId="2C2BFC0B" w14:textId="77777777" w:rsidR="008D43AB" w:rsidRDefault="00000000">
            <w:pPr>
              <w:spacing w:after="20" w:line="245" w:lineRule="auto"/>
            </w:pPr>
            <w:r>
              <w:rPr>
                <w:b/>
                <w:color w:val="D95BC6"/>
                <w:sz w:val="17"/>
              </w:rPr>
              <w:t>DOKAZ O UČENJU</w:t>
            </w:r>
          </w:p>
          <w:p w14:paraId="2E7106F7"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451CF30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032153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A3499B"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4B636C" w14:textId="77777777" w:rsidR="008D43AB" w:rsidRDefault="00000000">
            <w:pPr>
              <w:jc w:val="center"/>
            </w:pPr>
            <w:r>
              <w:rPr>
                <w:b/>
                <w:color w:val="000000"/>
                <w:sz w:val="20"/>
              </w:rPr>
              <w:t>UČNE DEJAVNOSTI, METODE IN FORMATIVNO SPREMLJANJE</w:t>
            </w:r>
          </w:p>
        </w:tc>
      </w:tr>
      <w:tr w:rsidR="008D43AB" w14:paraId="5CC52F41" w14:textId="77777777">
        <w:trPr>
          <w:tblHeader/>
          <w:jc w:val="center"/>
        </w:trPr>
        <w:tc>
          <w:tcPr>
            <w:tcW w:w="4422" w:type="dxa"/>
            <w:vMerge/>
            <w:tcMar>
              <w:top w:w="70" w:type="dxa"/>
              <w:left w:w="90" w:type="dxa"/>
              <w:bottom w:w="70" w:type="dxa"/>
              <w:right w:w="90" w:type="dxa"/>
            </w:tcMar>
            <w:vAlign w:val="center"/>
          </w:tcPr>
          <w:p w14:paraId="7C645D1B" w14:textId="77777777" w:rsidR="008D43AB" w:rsidRDefault="008D43AB"/>
        </w:tc>
        <w:tc>
          <w:tcPr>
            <w:tcW w:w="7087" w:type="dxa"/>
            <w:shd w:val="clear" w:color="auto" w:fill="FFFFFF"/>
            <w:tcMar>
              <w:top w:w="70" w:type="dxa"/>
              <w:left w:w="90" w:type="dxa"/>
              <w:bottom w:w="70" w:type="dxa"/>
              <w:right w:w="90" w:type="dxa"/>
            </w:tcMar>
            <w:vAlign w:val="center"/>
          </w:tcPr>
          <w:p w14:paraId="3154C04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B6069BD" w14:textId="77777777" w:rsidR="008D43AB" w:rsidRDefault="00000000">
            <w:pPr>
              <w:jc w:val="center"/>
            </w:pPr>
            <w:r>
              <w:rPr>
                <w:b/>
                <w:color w:val="000000"/>
              </w:rPr>
              <w:t>UČENEC</w:t>
            </w:r>
          </w:p>
        </w:tc>
      </w:tr>
      <w:tr w:rsidR="008D43AB" w14:paraId="2AFE3D4F" w14:textId="77777777">
        <w:trPr>
          <w:jc w:val="center"/>
        </w:trPr>
        <w:tc>
          <w:tcPr>
            <w:tcW w:w="4422" w:type="dxa"/>
            <w:tcMar>
              <w:top w:w="70" w:type="dxa"/>
              <w:left w:w="90" w:type="dxa"/>
              <w:bottom w:w="70" w:type="dxa"/>
              <w:right w:w="90" w:type="dxa"/>
            </w:tcMar>
          </w:tcPr>
          <w:p w14:paraId="13B2C847" w14:textId="77777777" w:rsidR="008D43AB" w:rsidRDefault="008D43AB"/>
          <w:p w14:paraId="4CBA0257" w14:textId="77777777" w:rsidR="008D43AB" w:rsidRDefault="00000000">
            <w:pPr>
              <w:spacing w:after="40" w:line="245" w:lineRule="auto"/>
            </w:pPr>
            <w:r>
              <w:rPr>
                <w:b/>
                <w:color w:val="000000"/>
              </w:rPr>
              <w:t>KLJUČNI GLASBENI POJMI</w:t>
            </w:r>
          </w:p>
          <w:p w14:paraId="16F8A670" w14:textId="77777777" w:rsidR="008D43AB" w:rsidRDefault="00000000">
            <w:pPr>
              <w:spacing w:after="60" w:line="245" w:lineRule="auto"/>
            </w:pPr>
            <w:r>
              <w:rPr>
                <w:color w:val="000000"/>
                <w:sz w:val="15"/>
              </w:rPr>
              <w:t>poslušanje, zvok, tišina, izvedba, glasbeni znak, dokaz, povratna informacija, zvočilo, glasbilo, motiv, zaporedje, slikovni zapis, dirigent, izvajalec</w:t>
            </w:r>
          </w:p>
          <w:p w14:paraId="5C15E091" w14:textId="77777777" w:rsidR="008D43AB" w:rsidRDefault="00000000">
            <w:pPr>
              <w:spacing w:after="20" w:line="245" w:lineRule="auto"/>
            </w:pPr>
            <w:r>
              <w:rPr>
                <w:b/>
                <w:color w:val="000000"/>
                <w:sz w:val="17"/>
              </w:rPr>
              <w:t>DOKAZI O UČENJU</w:t>
            </w:r>
          </w:p>
          <w:p w14:paraId="4E54F843" w14:textId="77777777" w:rsidR="008D43AB" w:rsidRDefault="00000000">
            <w:pPr>
              <w:pStyle w:val="Oznaenseznam"/>
              <w:spacing w:after="9"/>
            </w:pPr>
            <w:r>
              <w:rPr>
                <w:color w:val="000000"/>
                <w:sz w:val="15"/>
              </w:rPr>
              <w:t>slikovni zvočni zapis, skupinska izvedba/posnetek in vrstniška opisna povratna informacija.</w:t>
            </w:r>
          </w:p>
          <w:p w14:paraId="2CC4F729" w14:textId="77777777" w:rsidR="008D43AB" w:rsidRDefault="00000000">
            <w:pPr>
              <w:spacing w:before="40" w:after="20" w:line="245" w:lineRule="auto"/>
            </w:pPr>
            <w:r>
              <w:rPr>
                <w:b/>
                <w:color w:val="000000"/>
                <w:sz w:val="17"/>
              </w:rPr>
              <w:t>GLASBENO DOŽIVETJE IN IZKUŠENJSKI POUK</w:t>
            </w:r>
          </w:p>
          <w:p w14:paraId="1B4AAB0D"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1A90CC52" w14:textId="77777777" w:rsidR="008D43AB" w:rsidRDefault="00000000">
            <w:pPr>
              <w:spacing w:after="20" w:line="245" w:lineRule="auto"/>
            </w:pPr>
            <w:r>
              <w:rPr>
                <w:b/>
                <w:color w:val="000000"/>
                <w:sz w:val="17"/>
              </w:rPr>
              <w:t>POUČEVANJE V GIBANJU</w:t>
            </w:r>
          </w:p>
          <w:p w14:paraId="3FFB1AEA"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F445488" w14:textId="77777777" w:rsidR="008D43AB" w:rsidRDefault="00000000">
            <w:pPr>
              <w:spacing w:after="20" w:line="245" w:lineRule="auto"/>
            </w:pPr>
            <w:r>
              <w:rPr>
                <w:b/>
                <w:color w:val="000000"/>
                <w:sz w:val="17"/>
              </w:rPr>
              <w:t>DELO PO POSTAJAH</w:t>
            </w:r>
          </w:p>
          <w:p w14:paraId="1B6BB0DD"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0D6CBE64" w14:textId="77777777" w:rsidR="008D43AB" w:rsidRDefault="00000000">
            <w:pPr>
              <w:spacing w:after="10" w:line="245" w:lineRule="auto"/>
            </w:pPr>
            <w:r>
              <w:rPr>
                <w:color w:val="000000"/>
                <w:sz w:val="15"/>
              </w:rPr>
              <w:t>1. Raziskovalna: varno preizkusim material, predmet, glas ali zvočilo ter primerjam zvočni učinek.</w:t>
            </w:r>
          </w:p>
          <w:p w14:paraId="1FD0CD55" w14:textId="77777777" w:rsidR="008D43AB" w:rsidRDefault="00000000">
            <w:pPr>
              <w:spacing w:after="10" w:line="245" w:lineRule="auto"/>
            </w:pPr>
            <w:r>
              <w:rPr>
                <w:color w:val="000000"/>
                <w:sz w:val="15"/>
              </w:rPr>
              <w:t>2. Gibalno-pripovedna: osebo, dogodek ali okolje ponazorim z gibanjem in izberem ustrezen zvok.</w:t>
            </w:r>
          </w:p>
          <w:p w14:paraId="286208E7" w14:textId="77777777" w:rsidR="008D43AB" w:rsidRDefault="00000000">
            <w:pPr>
              <w:spacing w:after="10" w:line="245" w:lineRule="auto"/>
            </w:pPr>
            <w:r>
              <w:rPr>
                <w:color w:val="000000"/>
                <w:sz w:val="15"/>
              </w:rPr>
              <w:t>3. Slikovno-zapisna: iz simbolov sestavim motiv ali zaporedje in določim začetek, ponovitev ter konec.</w:t>
            </w:r>
          </w:p>
          <w:p w14:paraId="53FC4349"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0FAE184C" w14:textId="77777777" w:rsidR="008D43AB" w:rsidRDefault="00000000">
            <w:pPr>
              <w:spacing w:after="20" w:line="245" w:lineRule="auto"/>
            </w:pPr>
            <w:r>
              <w:rPr>
                <w:b/>
                <w:color w:val="000000"/>
                <w:sz w:val="17"/>
              </w:rPr>
              <w:t>DIFERENCIACIJA IN VKLJUČEVANJE</w:t>
            </w:r>
          </w:p>
          <w:p w14:paraId="24E6C7BE"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44899D57" w14:textId="77777777" w:rsidR="008D43AB" w:rsidRDefault="00000000">
            <w:pPr>
              <w:spacing w:after="20" w:line="245" w:lineRule="auto"/>
            </w:pPr>
            <w:r>
              <w:rPr>
                <w:b/>
                <w:color w:val="000000"/>
                <w:sz w:val="17"/>
              </w:rPr>
              <w:t>SPREMLJANJE</w:t>
            </w:r>
          </w:p>
          <w:p w14:paraId="6E65D9DC"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5463C328"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6F1F749" w14:textId="77777777">
              <w:trPr>
                <w:jc w:val="center"/>
              </w:trPr>
              <w:tc>
                <w:tcPr>
                  <w:tcW w:w="7087" w:type="dxa"/>
                  <w:shd w:val="clear" w:color="auto" w:fill="C6E7F3"/>
                  <w:tcMar>
                    <w:top w:w="45" w:type="dxa"/>
                    <w:left w:w="70" w:type="dxa"/>
                    <w:bottom w:w="45" w:type="dxa"/>
                    <w:right w:w="70" w:type="dxa"/>
                  </w:tcMar>
                </w:tcPr>
                <w:p w14:paraId="1242C7A6" w14:textId="77777777" w:rsidR="008D43AB" w:rsidRDefault="00000000">
                  <w:pPr>
                    <w:keepNext/>
                  </w:pPr>
                  <w:r>
                    <w:rPr>
                      <w:b/>
                      <w:color w:val="000000"/>
                      <w:sz w:val="17"/>
                    </w:rPr>
                    <w:t>GLAVNI DEL – POSLUŠANJE, IZVAJANJE, GIBANJE IN USTVARJANJE (1 šolska ura)</w:t>
                  </w:r>
                </w:p>
              </w:tc>
            </w:tr>
          </w:tbl>
          <w:p w14:paraId="2BA8660A" w14:textId="77777777" w:rsidR="008D43AB" w:rsidRDefault="008D43AB">
            <w:pPr>
              <w:spacing w:line="20" w:lineRule="exact"/>
            </w:pPr>
          </w:p>
          <w:p w14:paraId="765F6226" w14:textId="77777777" w:rsidR="008D43AB" w:rsidRDefault="00000000">
            <w:pPr>
              <w:keepNext/>
              <w:spacing w:before="24" w:after="8" w:line="245" w:lineRule="auto"/>
            </w:pPr>
            <w:r>
              <w:rPr>
                <w:b/>
                <w:color w:val="000000"/>
                <w:sz w:val="16"/>
              </w:rPr>
              <w:t>1. URA – Ustvarjanje – Ustvarim in nastopim</w:t>
            </w:r>
          </w:p>
          <w:p w14:paraId="444547D0"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ustvarjanje«; usmerja izbiro, zapis, vajo in menjavo vlog. Zaključek: 10' – Organizira nastop in odziv poslušalcev po kriterijih; posname kratek dokaz, če so soglasja urejena.</w:t>
            </w:r>
          </w:p>
          <w:p w14:paraId="30E0C1B8"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9746A70"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7FD95DDE" w14:textId="77777777">
              <w:trPr>
                <w:jc w:val="center"/>
              </w:trPr>
              <w:tc>
                <w:tcPr>
                  <w:tcW w:w="7087" w:type="dxa"/>
                  <w:shd w:val="clear" w:color="auto" w:fill="EDC9EA"/>
                  <w:tcMar>
                    <w:top w:w="45" w:type="dxa"/>
                    <w:left w:w="70" w:type="dxa"/>
                    <w:bottom w:w="45" w:type="dxa"/>
                    <w:right w:w="70" w:type="dxa"/>
                  </w:tcMar>
                </w:tcPr>
                <w:p w14:paraId="4224262D" w14:textId="77777777" w:rsidR="008D43AB" w:rsidRDefault="00000000">
                  <w:pPr>
                    <w:keepNext/>
                  </w:pPr>
                  <w:r>
                    <w:rPr>
                      <w:b/>
                      <w:color w:val="000000"/>
                      <w:sz w:val="17"/>
                    </w:rPr>
                    <w:t>ORGANIZACIJA POSTAJ IN PREHODOV</w:t>
                  </w:r>
                </w:p>
              </w:tc>
            </w:tr>
          </w:tbl>
          <w:p w14:paraId="50F2FF77" w14:textId="77777777" w:rsidR="008D43AB" w:rsidRDefault="008D43AB"/>
          <w:p w14:paraId="153F4EC7"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38BDD3E7" w14:textId="77777777" w:rsidR="008D43AB" w:rsidRDefault="00000000">
            <w:pPr>
              <w:spacing w:before="9" w:after="9" w:line="245" w:lineRule="auto"/>
            </w:pPr>
            <w:r>
              <w:rPr>
                <w:color w:val="000000"/>
                <w:sz w:val="15"/>
              </w:rPr>
              <w:t>Postaja 2: Gibalno-pripovedna: osebo, dogodek ali okolje ponazorim z gibanjem in izberem ustrezen zvok.</w:t>
            </w:r>
          </w:p>
          <w:p w14:paraId="657713D1"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24401D08"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4AA68928"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71E8A7C8" w14:textId="77777777" w:rsidR="008D43AB" w:rsidRDefault="008D43AB"/>
          <w:p w14:paraId="0579A536" w14:textId="77777777" w:rsidR="008D43AB" w:rsidRDefault="00000000">
            <w:pPr>
              <w:spacing w:after="6" w:line="245" w:lineRule="auto"/>
            </w:pPr>
            <w:r>
              <w:rPr>
                <w:b/>
                <w:color w:val="000000"/>
                <w:sz w:val="15"/>
              </w:rPr>
              <w:t>1. URA – Ustvarjanje – Ustvarim in nastopim</w:t>
            </w:r>
          </w:p>
          <w:p w14:paraId="26C3BE58"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3E69F283" w14:textId="77777777" w:rsidR="008D43AB" w:rsidRDefault="00000000">
            <w:pPr>
              <w:spacing w:after="20" w:line="245" w:lineRule="auto"/>
            </w:pPr>
            <w:r>
              <w:rPr>
                <w:color w:val="D95BC6"/>
                <w:sz w:val="14"/>
              </w:rPr>
              <w:t>Dokaz: slikovni zvočni zapis, skupinska izvedba/posnetek in vrstniška opisna povratna informacija.</w:t>
            </w:r>
          </w:p>
          <w:p w14:paraId="01895C71" w14:textId="77777777" w:rsidR="008D43AB" w:rsidRDefault="00000000">
            <w:pPr>
              <w:spacing w:before="40" w:after="20" w:line="245" w:lineRule="auto"/>
            </w:pPr>
            <w:r>
              <w:rPr>
                <w:b/>
                <w:color w:val="D95BC6"/>
                <w:sz w:val="16"/>
              </w:rPr>
              <w:t>MOJ KROG POSTAJ</w:t>
            </w:r>
          </w:p>
          <w:p w14:paraId="0DAC0E28" w14:textId="77777777" w:rsidR="008D43AB" w:rsidRDefault="00000000">
            <w:pPr>
              <w:spacing w:after="11" w:line="245" w:lineRule="auto"/>
            </w:pPr>
            <w:r>
              <w:rPr>
                <w:color w:val="000000"/>
                <w:sz w:val="14"/>
              </w:rPr>
              <w:t>1. Raziskovalna: varno preizkusim material, predmet, glas ali zvočilo ter primerjam zvočni.</w:t>
            </w:r>
          </w:p>
          <w:p w14:paraId="1CA7C35D" w14:textId="77777777" w:rsidR="008D43AB" w:rsidRDefault="00000000">
            <w:pPr>
              <w:spacing w:after="11" w:line="245" w:lineRule="auto"/>
            </w:pPr>
            <w:r>
              <w:rPr>
                <w:color w:val="000000"/>
                <w:sz w:val="14"/>
              </w:rPr>
              <w:t>2. Gibalno-pripovedna: osebo, dogodek ali okolje ponazorim z gibanjem in izberem ustrezen zvok.</w:t>
            </w:r>
          </w:p>
          <w:p w14:paraId="6AFE99EA" w14:textId="77777777" w:rsidR="008D43AB" w:rsidRDefault="00000000">
            <w:pPr>
              <w:spacing w:after="11" w:line="245" w:lineRule="auto"/>
            </w:pPr>
            <w:r>
              <w:rPr>
                <w:color w:val="000000"/>
                <w:sz w:val="14"/>
              </w:rPr>
              <w:t>3. Slikovno-zapisna: iz simbolov sestavim motiv ali zaporedje in določim začetek.</w:t>
            </w:r>
          </w:p>
          <w:p w14:paraId="4463A75F" w14:textId="77777777" w:rsidR="008D43AB" w:rsidRDefault="00000000">
            <w:pPr>
              <w:spacing w:after="11" w:line="245" w:lineRule="auto"/>
            </w:pPr>
            <w:r>
              <w:rPr>
                <w:color w:val="000000"/>
                <w:sz w:val="14"/>
              </w:rPr>
              <w:t>4. Izvajalska: prevzamem vlogo izvajalca ali dirigenta, izvedem rešitev in jo izboljšam po.</w:t>
            </w:r>
          </w:p>
          <w:p w14:paraId="3E18C566"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759A462" w14:textId="77777777" w:rsidR="008D43AB" w:rsidRDefault="00000000">
            <w:pPr>
              <w:spacing w:after="20" w:line="245" w:lineRule="auto"/>
            </w:pPr>
            <w:r>
              <w:rPr>
                <w:b/>
                <w:color w:val="D95BC6"/>
                <w:sz w:val="17"/>
              </w:rPr>
              <w:t>DOKAZ O UČENJU</w:t>
            </w:r>
          </w:p>
          <w:p w14:paraId="250424A3"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7682CD1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1F149A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3032A47"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79925F" w14:textId="77777777" w:rsidR="008D43AB" w:rsidRDefault="00000000">
            <w:pPr>
              <w:jc w:val="center"/>
            </w:pPr>
            <w:r>
              <w:rPr>
                <w:b/>
                <w:color w:val="000000"/>
                <w:sz w:val="20"/>
              </w:rPr>
              <w:t>UČNE DEJAVNOSTI, METODE IN FORMATIVNO SPREMLJANJE</w:t>
            </w:r>
          </w:p>
        </w:tc>
      </w:tr>
      <w:tr w:rsidR="008D43AB" w14:paraId="30AE9332" w14:textId="77777777">
        <w:trPr>
          <w:tblHeader/>
          <w:jc w:val="center"/>
        </w:trPr>
        <w:tc>
          <w:tcPr>
            <w:tcW w:w="4422" w:type="dxa"/>
            <w:vMerge/>
            <w:tcMar>
              <w:top w:w="70" w:type="dxa"/>
              <w:left w:w="90" w:type="dxa"/>
              <w:bottom w:w="70" w:type="dxa"/>
              <w:right w:w="90" w:type="dxa"/>
            </w:tcMar>
            <w:vAlign w:val="center"/>
          </w:tcPr>
          <w:p w14:paraId="20A2C743" w14:textId="77777777" w:rsidR="008D43AB" w:rsidRDefault="008D43AB"/>
        </w:tc>
        <w:tc>
          <w:tcPr>
            <w:tcW w:w="7087" w:type="dxa"/>
            <w:shd w:val="clear" w:color="auto" w:fill="FFFFFF"/>
            <w:tcMar>
              <w:top w:w="70" w:type="dxa"/>
              <w:left w:w="90" w:type="dxa"/>
              <w:bottom w:w="70" w:type="dxa"/>
              <w:right w:w="90" w:type="dxa"/>
            </w:tcMar>
            <w:vAlign w:val="center"/>
          </w:tcPr>
          <w:p w14:paraId="1FC30F0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924B7DF" w14:textId="77777777" w:rsidR="008D43AB" w:rsidRDefault="00000000">
            <w:pPr>
              <w:jc w:val="center"/>
            </w:pPr>
            <w:r>
              <w:rPr>
                <w:b/>
                <w:color w:val="000000"/>
              </w:rPr>
              <w:t>UČENEC</w:t>
            </w:r>
          </w:p>
        </w:tc>
      </w:tr>
      <w:tr w:rsidR="008D43AB" w14:paraId="2B324A87" w14:textId="77777777">
        <w:trPr>
          <w:jc w:val="center"/>
        </w:trPr>
        <w:tc>
          <w:tcPr>
            <w:tcW w:w="4422" w:type="dxa"/>
            <w:tcMar>
              <w:top w:w="70" w:type="dxa"/>
              <w:left w:w="90" w:type="dxa"/>
              <w:bottom w:w="70" w:type="dxa"/>
              <w:right w:w="90" w:type="dxa"/>
            </w:tcMar>
          </w:tcPr>
          <w:p w14:paraId="3451ACF2" w14:textId="77777777" w:rsidR="008D43AB" w:rsidRDefault="008D43AB"/>
          <w:p w14:paraId="3C649A34" w14:textId="77777777" w:rsidR="008D43AB" w:rsidRDefault="00000000">
            <w:pPr>
              <w:spacing w:after="40" w:line="245" w:lineRule="auto"/>
            </w:pPr>
            <w:r>
              <w:rPr>
                <w:b/>
                <w:color w:val="000000"/>
              </w:rPr>
              <w:t>FORMATIVNO SPREMLJANJE</w:t>
            </w:r>
          </w:p>
          <w:p w14:paraId="7A7C9202" w14:textId="77777777" w:rsidR="008D43AB" w:rsidRDefault="00000000">
            <w:pPr>
              <w:pStyle w:val="Oznaenseznam"/>
              <w:spacing w:after="16"/>
            </w:pPr>
            <w:r>
              <w:rPr>
                <w:color w:val="000000"/>
                <w:sz w:val="16"/>
              </w:rPr>
              <w:t>predznanje: zvočna napoved, izbira kartice, gib, ritmični oziroma pevski poskus ali začetni simbol</w:t>
            </w:r>
          </w:p>
          <w:p w14:paraId="17FA3DC1" w14:textId="77777777" w:rsidR="008D43AB" w:rsidRDefault="00000000">
            <w:pPr>
              <w:pStyle w:val="Oznaenseznam"/>
              <w:spacing w:after="16"/>
            </w:pPr>
            <w:r>
              <w:rPr>
                <w:color w:val="000000"/>
                <w:sz w:val="16"/>
              </w:rPr>
              <w:t>nameni in merila: kratka poved, slikovni znak, model izvedbe ter vidna pravila varne glasnosti</w:t>
            </w:r>
          </w:p>
          <w:p w14:paraId="761FE5A9"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0BA6859" w14:textId="77777777" w:rsidR="008D43AB" w:rsidRDefault="00000000">
            <w:pPr>
              <w:pStyle w:val="Oznaenseznam"/>
              <w:spacing w:after="16"/>
            </w:pPr>
            <w:r>
              <w:rPr>
                <w:color w:val="000000"/>
                <w:sz w:val="16"/>
              </w:rPr>
              <w:t>povratna informacija: opis slišane strategije, povezava z enim merilom in izvedljiv naslednji korak</w:t>
            </w:r>
          </w:p>
          <w:p w14:paraId="4A420429" w14:textId="77777777" w:rsidR="008D43AB" w:rsidRDefault="00000000">
            <w:pPr>
              <w:pStyle w:val="Oznaenseznam"/>
              <w:spacing w:after="16"/>
            </w:pPr>
            <w:r>
              <w:rPr>
                <w:color w:val="000000"/>
                <w:sz w:val="16"/>
              </w:rPr>
              <w:t>samovrednotenje: barvni zvočni semafor, lestvica samostojnosti, izbran dokaz in ponovna izvedba</w:t>
            </w:r>
          </w:p>
          <w:p w14:paraId="61A66CF6" w14:textId="77777777" w:rsidR="008D43AB" w:rsidRDefault="00000000">
            <w:pPr>
              <w:spacing w:before="40" w:after="20" w:line="245" w:lineRule="auto"/>
            </w:pPr>
            <w:r>
              <w:rPr>
                <w:b/>
                <w:color w:val="000000"/>
                <w:sz w:val="17"/>
              </w:rPr>
              <w:t>VARNOST IN VAROVANJE SLUHA</w:t>
            </w:r>
          </w:p>
          <w:p w14:paraId="48AF11ED"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7F4F94E6" w14:textId="77777777" w:rsidR="008D43AB" w:rsidRDefault="00000000">
            <w:pPr>
              <w:spacing w:after="20" w:line="245" w:lineRule="auto"/>
            </w:pPr>
            <w:r>
              <w:rPr>
                <w:b/>
                <w:color w:val="000000"/>
                <w:sz w:val="17"/>
              </w:rPr>
              <w:t>EVIDENCA PO IZVEDBI</w:t>
            </w:r>
          </w:p>
          <w:p w14:paraId="2B1039A9"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2880D6D9" w14:textId="77777777" w:rsidR="008D43AB" w:rsidRDefault="00000000">
            <w:pPr>
              <w:spacing w:before="40" w:after="20" w:line="245" w:lineRule="auto"/>
            </w:pPr>
            <w:r>
              <w:rPr>
                <w:b/>
                <w:color w:val="000000"/>
                <w:sz w:val="17"/>
              </w:rPr>
              <w:t>RAVEN DOSEGANJA</w:t>
            </w:r>
          </w:p>
          <w:p w14:paraId="71BEFD20"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47019A9A"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2962578" w14:textId="77777777">
              <w:trPr>
                <w:jc w:val="center"/>
              </w:trPr>
              <w:tc>
                <w:tcPr>
                  <w:tcW w:w="7087" w:type="dxa"/>
                  <w:shd w:val="clear" w:color="auto" w:fill="EDC9EA"/>
                  <w:tcMar>
                    <w:top w:w="45" w:type="dxa"/>
                    <w:left w:w="70" w:type="dxa"/>
                    <w:bottom w:w="45" w:type="dxa"/>
                    <w:right w:w="70" w:type="dxa"/>
                  </w:tcMar>
                </w:tcPr>
                <w:p w14:paraId="2394E807" w14:textId="77777777" w:rsidR="008D43AB" w:rsidRDefault="00000000">
                  <w:pPr>
                    <w:keepNext/>
                  </w:pPr>
                  <w:r>
                    <w:rPr>
                      <w:b/>
                      <w:color w:val="000000"/>
                    </w:rPr>
                    <w:t>VPRAŠANJA V PODPORO GLASBENEMU UČENJU</w:t>
                  </w:r>
                </w:p>
              </w:tc>
            </w:tr>
          </w:tbl>
          <w:p w14:paraId="752826A9" w14:textId="77777777" w:rsidR="008D43AB" w:rsidRDefault="008D43AB">
            <w:pPr>
              <w:spacing w:line="20" w:lineRule="exact"/>
            </w:pPr>
          </w:p>
          <w:p w14:paraId="206018D5" w14:textId="77777777" w:rsidR="008D43AB" w:rsidRDefault="00000000">
            <w:pPr>
              <w:pStyle w:val="Oznaenseznam"/>
              <w:spacing w:after="16"/>
            </w:pPr>
            <w:r>
              <w:rPr>
                <w:color w:val="000000"/>
                <w:sz w:val="16"/>
              </w:rPr>
              <w:t>Kaj si v glasbi slišal/-a, začutil/-a ali pokazal/-a z gibanjem?</w:t>
            </w:r>
          </w:p>
          <w:p w14:paraId="21A56B89" w14:textId="77777777" w:rsidR="008D43AB" w:rsidRDefault="00000000">
            <w:pPr>
              <w:pStyle w:val="Oznaenseznam"/>
              <w:spacing w:after="16"/>
            </w:pPr>
            <w:r>
              <w:rPr>
                <w:color w:val="000000"/>
                <w:sz w:val="16"/>
              </w:rPr>
              <w:t>Po katerem zvočnem znaku, lastnosti ali vzorcu si prepoznal/-a rešitev?</w:t>
            </w:r>
          </w:p>
          <w:p w14:paraId="621B3D89" w14:textId="77777777" w:rsidR="008D43AB" w:rsidRDefault="00000000">
            <w:pPr>
              <w:pStyle w:val="Oznaenseznam"/>
              <w:spacing w:after="16"/>
            </w:pPr>
            <w:r>
              <w:rPr>
                <w:color w:val="000000"/>
                <w:sz w:val="16"/>
              </w:rPr>
              <w:t>Kako veš, da je bil pulz, začetek, konec, glasnost ali skupinska izvedba skladna z merilom?</w:t>
            </w:r>
          </w:p>
          <w:p w14:paraId="4A1497A5" w14:textId="77777777" w:rsidR="008D43AB" w:rsidRDefault="00000000">
            <w:pPr>
              <w:pStyle w:val="Oznaenseznam"/>
              <w:spacing w:after="16"/>
            </w:pPr>
            <w:r>
              <w:rPr>
                <w:color w:val="000000"/>
                <w:sz w:val="16"/>
              </w:rPr>
              <w:t>Zakaj si za motiv, osebo, dogodek ali okolje izbral/-a prav ta glas, predmet ali glasbilo?</w:t>
            </w:r>
          </w:p>
          <w:p w14:paraId="130A7DD8"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215053EE" w14:textId="77777777">
              <w:trPr>
                <w:jc w:val="center"/>
              </w:trPr>
              <w:tc>
                <w:tcPr>
                  <w:tcW w:w="7087" w:type="dxa"/>
                  <w:shd w:val="clear" w:color="auto" w:fill="C6E7F3"/>
                  <w:tcMar>
                    <w:top w:w="45" w:type="dxa"/>
                    <w:left w:w="70" w:type="dxa"/>
                    <w:bottom w:w="45" w:type="dxa"/>
                    <w:right w:w="70" w:type="dxa"/>
                  </w:tcMar>
                </w:tcPr>
                <w:p w14:paraId="148A8656" w14:textId="77777777" w:rsidR="008D43AB" w:rsidRDefault="00000000">
                  <w:pPr>
                    <w:keepNext/>
                  </w:pPr>
                  <w:r>
                    <w:rPr>
                      <w:b/>
                      <w:color w:val="000000"/>
                    </w:rPr>
                    <w:t>ZAKLJUČNI DEL – NASTOP, POSLUŠALSKI ODZIV IN REFLEKSIJA (8–12 min)</w:t>
                  </w:r>
                </w:p>
              </w:tc>
            </w:tr>
          </w:tbl>
          <w:p w14:paraId="21B09E44" w14:textId="77777777" w:rsidR="008D43AB" w:rsidRDefault="008D43AB">
            <w:pPr>
              <w:spacing w:line="20" w:lineRule="exact"/>
            </w:pPr>
          </w:p>
          <w:p w14:paraId="0FB4512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130D38D3" w14:textId="77777777">
              <w:trPr>
                <w:jc w:val="center"/>
              </w:trPr>
              <w:tc>
                <w:tcPr>
                  <w:tcW w:w="7087" w:type="dxa"/>
                  <w:shd w:val="clear" w:color="auto" w:fill="EDC9EA"/>
                  <w:tcMar>
                    <w:top w:w="45" w:type="dxa"/>
                    <w:left w:w="70" w:type="dxa"/>
                    <w:bottom w:w="45" w:type="dxa"/>
                    <w:right w:w="70" w:type="dxa"/>
                  </w:tcMar>
                </w:tcPr>
                <w:p w14:paraId="1399EC5C" w14:textId="77777777" w:rsidR="008D43AB" w:rsidRDefault="00000000">
                  <w:pPr>
                    <w:keepNext/>
                  </w:pPr>
                  <w:r>
                    <w:rPr>
                      <w:b/>
                      <w:color w:val="000000"/>
                    </w:rPr>
                    <w:t>SAMOVREDNOTENJE</w:t>
                  </w:r>
                </w:p>
              </w:tc>
            </w:tr>
          </w:tbl>
          <w:p w14:paraId="7D49C15A" w14:textId="77777777" w:rsidR="008D43AB" w:rsidRDefault="008D43AB">
            <w:pPr>
              <w:spacing w:line="20" w:lineRule="exact"/>
            </w:pPr>
          </w:p>
          <w:p w14:paraId="118B9D92"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1923751B" w14:textId="77777777">
              <w:trPr>
                <w:jc w:val="center"/>
              </w:trPr>
              <w:tc>
                <w:tcPr>
                  <w:tcW w:w="7087" w:type="dxa"/>
                  <w:shd w:val="clear" w:color="auto" w:fill="EDC9EA"/>
                  <w:tcMar>
                    <w:top w:w="45" w:type="dxa"/>
                    <w:left w:w="70" w:type="dxa"/>
                    <w:bottom w:w="45" w:type="dxa"/>
                    <w:right w:w="70" w:type="dxa"/>
                  </w:tcMar>
                </w:tcPr>
                <w:p w14:paraId="3428B7E4" w14:textId="77777777" w:rsidR="008D43AB" w:rsidRDefault="00000000">
                  <w:pPr>
                    <w:keepNext/>
                  </w:pPr>
                  <w:r>
                    <w:rPr>
                      <w:b/>
                      <w:color w:val="000000"/>
                    </w:rPr>
                    <w:t>VRSTNIŠKO VREDNOTENJE</w:t>
                  </w:r>
                </w:p>
              </w:tc>
            </w:tr>
          </w:tbl>
          <w:p w14:paraId="00504708" w14:textId="77777777" w:rsidR="008D43AB" w:rsidRDefault="008D43AB">
            <w:pPr>
              <w:spacing w:line="20" w:lineRule="exact"/>
            </w:pPr>
          </w:p>
          <w:p w14:paraId="22C1B68E"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1AF6C5AA" w14:textId="77777777">
              <w:trPr>
                <w:jc w:val="center"/>
              </w:trPr>
              <w:tc>
                <w:tcPr>
                  <w:tcW w:w="7087" w:type="dxa"/>
                  <w:shd w:val="clear" w:color="auto" w:fill="EDC9EA"/>
                  <w:tcMar>
                    <w:top w:w="45" w:type="dxa"/>
                    <w:left w:w="70" w:type="dxa"/>
                    <w:bottom w:w="45" w:type="dxa"/>
                    <w:right w:w="70" w:type="dxa"/>
                  </w:tcMar>
                </w:tcPr>
                <w:p w14:paraId="7C852559" w14:textId="77777777" w:rsidR="008D43AB" w:rsidRDefault="00000000">
                  <w:pPr>
                    <w:keepNext/>
                  </w:pPr>
                  <w:r>
                    <w:rPr>
                      <w:b/>
                      <w:color w:val="000000"/>
                    </w:rPr>
                    <w:t>SKUPNI POVZETEK</w:t>
                  </w:r>
                </w:p>
              </w:tc>
            </w:tr>
          </w:tbl>
          <w:p w14:paraId="0809C7D4" w14:textId="77777777" w:rsidR="008D43AB" w:rsidRDefault="008D43AB"/>
          <w:p w14:paraId="7A43C4E9" w14:textId="77777777" w:rsidR="008D43AB" w:rsidRDefault="00000000">
            <w:pPr>
              <w:spacing w:before="20" w:after="40" w:line="245" w:lineRule="auto"/>
            </w:pPr>
            <w:r>
              <w:rPr>
                <w:b/>
                <w:color w:val="000000"/>
                <w:sz w:val="16"/>
              </w:rPr>
              <w:t>izberem zvočila; ustvarim kratek motiv; sledim slikovnemu zapisu. Izbrani dokaz pojasnim in po povratni informaciji izboljšam.</w:t>
            </w:r>
          </w:p>
        </w:tc>
        <w:tc>
          <w:tcPr>
            <w:tcW w:w="2551" w:type="dxa"/>
            <w:tcMar>
              <w:top w:w="70" w:type="dxa"/>
              <w:left w:w="90" w:type="dxa"/>
              <w:bottom w:w="70" w:type="dxa"/>
              <w:right w:w="90" w:type="dxa"/>
            </w:tcMar>
          </w:tcPr>
          <w:p w14:paraId="14E627FE" w14:textId="77777777" w:rsidR="008D43AB" w:rsidRDefault="008D43AB"/>
          <w:p w14:paraId="5C98ECCD" w14:textId="77777777" w:rsidR="008D43AB" w:rsidRDefault="00000000">
            <w:pPr>
              <w:spacing w:after="80" w:line="245" w:lineRule="auto"/>
            </w:pPr>
            <w:r>
              <w:rPr>
                <w:color w:val="000000"/>
                <w:sz w:val="16"/>
              </w:rPr>
              <w:t>Odgovarja na podporna vprašanja in se sklicuje na slišano, izvedeno, ustvarjeno ali zapisano.</w:t>
            </w:r>
          </w:p>
          <w:p w14:paraId="71C150C8" w14:textId="77777777" w:rsidR="008D43AB" w:rsidRDefault="00000000">
            <w:pPr>
              <w:spacing w:after="80" w:line="245" w:lineRule="auto"/>
            </w:pPr>
            <w:r>
              <w:rPr>
                <w:color w:val="000000"/>
                <w:sz w:val="16"/>
              </w:rPr>
              <w:t>Predstavi izbrani dokaz ter pove, katero merilo z njim pokaže.</w:t>
            </w:r>
          </w:p>
          <w:p w14:paraId="20450078" w14:textId="77777777" w:rsidR="008D43AB" w:rsidRDefault="00000000">
            <w:pPr>
              <w:spacing w:after="80" w:line="245" w:lineRule="auto"/>
            </w:pPr>
            <w:r>
              <w:rPr>
                <w:color w:val="000000"/>
                <w:sz w:val="16"/>
              </w:rPr>
              <w:t>Posluša vrstnika, opiše eno slišano moč in poda prijazen predlog za izboljšavo.</w:t>
            </w:r>
          </w:p>
          <w:p w14:paraId="122FC028" w14:textId="77777777" w:rsidR="008D43AB" w:rsidRDefault="00000000">
            <w:pPr>
              <w:spacing w:after="80" w:line="245" w:lineRule="auto"/>
            </w:pPr>
            <w:r>
              <w:rPr>
                <w:color w:val="000000"/>
                <w:sz w:val="16"/>
              </w:rPr>
              <w:t>Po povratni informaciji izvedbo, gib, ritem, zvočno izbiro ali slikovni zapis ponovi in izboljša.</w:t>
            </w:r>
          </w:p>
          <w:p w14:paraId="4CEB79B9" w14:textId="77777777" w:rsidR="008D43AB" w:rsidRDefault="00000000">
            <w:pPr>
              <w:spacing w:after="100" w:line="245" w:lineRule="auto"/>
            </w:pPr>
            <w:r>
              <w:rPr>
                <w:color w:val="000000"/>
                <w:sz w:val="16"/>
              </w:rPr>
              <w:t>Izbere raven samostojnosti ter določi majhen in izvedljiv naslednji glasbeni korak.</w:t>
            </w:r>
          </w:p>
          <w:p w14:paraId="00A99B15" w14:textId="77777777" w:rsidR="008D43AB" w:rsidRDefault="00000000">
            <w:pPr>
              <w:spacing w:after="20" w:line="245" w:lineRule="auto"/>
            </w:pPr>
            <w:r>
              <w:rPr>
                <w:b/>
                <w:color w:val="D95BC6"/>
                <w:sz w:val="17"/>
              </w:rPr>
              <w:t>DOKAZ O UČENJU</w:t>
            </w:r>
          </w:p>
          <w:p w14:paraId="05AF2530"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4361E2D6"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6C29A802" w14:textId="77777777">
        <w:trPr>
          <w:cantSplit/>
          <w:jc w:val="center"/>
        </w:trPr>
        <w:tc>
          <w:tcPr>
            <w:tcW w:w="14060" w:type="dxa"/>
            <w:gridSpan w:val="6"/>
            <w:tcMar>
              <w:top w:w="70" w:type="dxa"/>
              <w:left w:w="90" w:type="dxa"/>
              <w:bottom w:w="70" w:type="dxa"/>
              <w:right w:w="90" w:type="dxa"/>
            </w:tcMar>
            <w:vAlign w:val="center"/>
          </w:tcPr>
          <w:p w14:paraId="1D47F25D" w14:textId="77777777" w:rsidR="008D43AB" w:rsidRDefault="00000000">
            <w:pPr>
              <w:jc w:val="center"/>
            </w:pPr>
            <w:r>
              <w:rPr>
                <w:b/>
                <w:color w:val="000000"/>
                <w:sz w:val="24"/>
              </w:rPr>
              <w:lastRenderedPageBreak/>
              <w:t>UČNA PRIPRAVA 32/39</w:t>
            </w:r>
          </w:p>
        </w:tc>
      </w:tr>
      <w:tr w:rsidR="008D43AB" w14:paraId="644B79C3" w14:textId="77777777">
        <w:trPr>
          <w:jc w:val="center"/>
        </w:trPr>
        <w:tc>
          <w:tcPr>
            <w:tcW w:w="2665" w:type="dxa"/>
            <w:tcMar>
              <w:top w:w="70" w:type="dxa"/>
              <w:left w:w="90" w:type="dxa"/>
              <w:bottom w:w="70" w:type="dxa"/>
              <w:right w:w="90" w:type="dxa"/>
            </w:tcMar>
            <w:vAlign w:val="center"/>
          </w:tcPr>
          <w:p w14:paraId="151F46D8"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BED9885"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15010E2C"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489582B" w14:textId="77777777" w:rsidR="008D43AB" w:rsidRDefault="00000000">
            <w:r>
              <w:rPr>
                <w:b/>
                <w:color w:val="000000"/>
                <w:sz w:val="16"/>
              </w:rPr>
              <w:t xml:space="preserve">NAČRTOVANI TERMIN: </w:t>
            </w:r>
            <w:r>
              <w:rPr>
                <w:color w:val="000000"/>
                <w:sz w:val="16"/>
              </w:rPr>
              <w:t>32. teden • 3.–7. 5. 2027</w:t>
            </w:r>
          </w:p>
        </w:tc>
        <w:tc>
          <w:tcPr>
            <w:tcW w:w="2268" w:type="dxa"/>
            <w:tcMar>
              <w:top w:w="70" w:type="dxa"/>
              <w:left w:w="90" w:type="dxa"/>
              <w:bottom w:w="70" w:type="dxa"/>
              <w:right w:w="90" w:type="dxa"/>
            </w:tcMar>
            <w:vAlign w:val="center"/>
          </w:tcPr>
          <w:p w14:paraId="04084D94"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D94E614" w14:textId="77777777" w:rsidR="008D43AB" w:rsidRDefault="00000000">
            <w:r>
              <w:rPr>
                <w:b/>
                <w:color w:val="000000"/>
                <w:sz w:val="16"/>
              </w:rPr>
              <w:t xml:space="preserve">ŠTEVILO UR: </w:t>
            </w:r>
            <w:r>
              <w:rPr>
                <w:color w:val="000000"/>
                <w:sz w:val="16"/>
              </w:rPr>
              <w:t>2</w:t>
            </w:r>
          </w:p>
        </w:tc>
      </w:tr>
      <w:tr w:rsidR="008D43AB" w14:paraId="76C96ED8" w14:textId="77777777">
        <w:trPr>
          <w:jc w:val="center"/>
        </w:trPr>
        <w:tc>
          <w:tcPr>
            <w:tcW w:w="14061" w:type="dxa"/>
            <w:gridSpan w:val="6"/>
            <w:tcMar>
              <w:top w:w="70" w:type="dxa"/>
              <w:left w:w="90" w:type="dxa"/>
              <w:bottom w:w="70" w:type="dxa"/>
              <w:right w:w="90" w:type="dxa"/>
            </w:tcMar>
            <w:vAlign w:val="center"/>
          </w:tcPr>
          <w:p w14:paraId="3E8B0847"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71B63093" w14:textId="77777777">
        <w:trPr>
          <w:cantSplit/>
          <w:jc w:val="center"/>
        </w:trPr>
        <w:tc>
          <w:tcPr>
            <w:tcW w:w="14060" w:type="dxa"/>
            <w:gridSpan w:val="6"/>
            <w:tcMar>
              <w:top w:w="70" w:type="dxa"/>
              <w:left w:w="90" w:type="dxa"/>
              <w:bottom w:w="70" w:type="dxa"/>
              <w:right w:w="90" w:type="dxa"/>
            </w:tcMar>
            <w:vAlign w:val="center"/>
          </w:tcPr>
          <w:p w14:paraId="28AE599E" w14:textId="77777777" w:rsidR="008D43AB" w:rsidRDefault="008D43AB"/>
          <w:p w14:paraId="43B0D3B2" w14:textId="77777777" w:rsidR="008D43AB" w:rsidRDefault="00000000">
            <w:pPr>
              <w:spacing w:line="245" w:lineRule="auto"/>
            </w:pPr>
            <w:r>
              <w:rPr>
                <w:b/>
                <w:color w:val="000000"/>
                <w:sz w:val="16"/>
              </w:rPr>
              <w:t xml:space="preserve">UČNI SKLOP: </w:t>
            </w:r>
            <w:r>
              <w:rPr>
                <w:color w:val="000000"/>
                <w:sz w:val="16"/>
              </w:rPr>
              <w:t>POKRAJINA, PROSTOR IN TRAJNOSTNA SKUPNOST</w:t>
            </w:r>
          </w:p>
        </w:tc>
      </w:tr>
      <w:tr w:rsidR="008D43AB" w14:paraId="76D79F60" w14:textId="77777777">
        <w:trPr>
          <w:cantSplit/>
          <w:jc w:val="center"/>
        </w:trPr>
        <w:tc>
          <w:tcPr>
            <w:tcW w:w="14060" w:type="dxa"/>
            <w:gridSpan w:val="6"/>
            <w:tcMar>
              <w:top w:w="70" w:type="dxa"/>
              <w:left w:w="90" w:type="dxa"/>
              <w:bottom w:w="70" w:type="dxa"/>
              <w:right w:w="90" w:type="dxa"/>
            </w:tcMar>
            <w:vAlign w:val="center"/>
          </w:tcPr>
          <w:p w14:paraId="75725A3B" w14:textId="77777777" w:rsidR="008D43AB" w:rsidRDefault="008D43AB"/>
          <w:p w14:paraId="3EFC79C0" w14:textId="77777777" w:rsidR="008D43AB" w:rsidRDefault="00000000">
            <w:pPr>
              <w:spacing w:line="245" w:lineRule="auto"/>
            </w:pPr>
            <w:r>
              <w:rPr>
                <w:b/>
                <w:color w:val="000000"/>
                <w:sz w:val="16"/>
              </w:rPr>
              <w:t xml:space="preserve">UČNA TEMA: </w:t>
            </w:r>
            <w:r>
              <w:rPr>
                <w:color w:val="000000"/>
                <w:sz w:val="16"/>
              </w:rPr>
              <w:t>LJUDSKA PESEM</w:t>
            </w:r>
          </w:p>
        </w:tc>
      </w:tr>
      <w:tr w:rsidR="008D43AB" w14:paraId="7BE0F77C" w14:textId="77777777">
        <w:trPr>
          <w:cantSplit/>
          <w:jc w:val="center"/>
        </w:trPr>
        <w:tc>
          <w:tcPr>
            <w:tcW w:w="14060" w:type="dxa"/>
            <w:gridSpan w:val="6"/>
            <w:tcMar>
              <w:top w:w="70" w:type="dxa"/>
              <w:left w:w="90" w:type="dxa"/>
              <w:bottom w:w="70" w:type="dxa"/>
              <w:right w:w="90" w:type="dxa"/>
            </w:tcMar>
            <w:vAlign w:val="center"/>
          </w:tcPr>
          <w:p w14:paraId="490A23E7" w14:textId="77777777" w:rsidR="008D43AB" w:rsidRDefault="008D43AB"/>
          <w:p w14:paraId="251042D7" w14:textId="77777777" w:rsidR="008D43AB" w:rsidRDefault="00000000">
            <w:pPr>
              <w:spacing w:line="245" w:lineRule="auto"/>
            </w:pPr>
            <w:r>
              <w:rPr>
                <w:b/>
                <w:color w:val="000000"/>
                <w:sz w:val="16"/>
              </w:rPr>
              <w:t xml:space="preserve">KNJIŽEVNO / MOTIVNO IZHODIŠČE: </w:t>
            </w:r>
            <w:r>
              <w:rPr>
                <w:color w:val="000000"/>
                <w:sz w:val="16"/>
              </w:rPr>
              <w:t>»Naša bela mačica« – Srečko Kosovel • žival v pokrajini, barve, prostor in ljudski zven</w:t>
            </w:r>
          </w:p>
        </w:tc>
      </w:tr>
      <w:tr w:rsidR="008D43AB" w14:paraId="3EFEDFD8" w14:textId="77777777">
        <w:trPr>
          <w:cantSplit/>
          <w:jc w:val="center"/>
        </w:trPr>
        <w:tc>
          <w:tcPr>
            <w:tcW w:w="14060" w:type="dxa"/>
            <w:gridSpan w:val="6"/>
            <w:tcMar>
              <w:top w:w="70" w:type="dxa"/>
              <w:left w:w="90" w:type="dxa"/>
              <w:bottom w:w="70" w:type="dxa"/>
              <w:right w:w="90" w:type="dxa"/>
            </w:tcMar>
            <w:vAlign w:val="center"/>
          </w:tcPr>
          <w:p w14:paraId="008357E5" w14:textId="77777777" w:rsidR="008D43AB" w:rsidRDefault="008D43AB"/>
          <w:p w14:paraId="49CFABCE" w14:textId="77777777" w:rsidR="008D43AB" w:rsidRDefault="00000000">
            <w:pPr>
              <w:spacing w:line="245" w:lineRule="auto"/>
            </w:pPr>
            <w:r>
              <w:rPr>
                <w:b/>
                <w:color w:val="000000"/>
                <w:sz w:val="16"/>
              </w:rPr>
              <w:t xml:space="preserve">GLASBENO IZHODIŠČE / REPERTOAR: </w:t>
            </w:r>
            <w:r>
              <w:rPr>
                <w:color w:val="000000"/>
                <w:sz w:val="16"/>
              </w:rPr>
              <w:t>»Rdeče češnje« ali »Bela, bela lilija«; ljudska pesem in ples</w:t>
            </w:r>
          </w:p>
        </w:tc>
      </w:tr>
      <w:tr w:rsidR="008D43AB" w14:paraId="58D1095A" w14:textId="77777777">
        <w:trPr>
          <w:cantSplit/>
          <w:jc w:val="center"/>
        </w:trPr>
        <w:tc>
          <w:tcPr>
            <w:tcW w:w="14060" w:type="dxa"/>
            <w:gridSpan w:val="6"/>
            <w:tcMar>
              <w:top w:w="70" w:type="dxa"/>
              <w:left w:w="90" w:type="dxa"/>
              <w:bottom w:w="70" w:type="dxa"/>
              <w:right w:w="90" w:type="dxa"/>
            </w:tcMar>
            <w:vAlign w:val="center"/>
          </w:tcPr>
          <w:p w14:paraId="52DE36E3" w14:textId="77777777" w:rsidR="008D43AB" w:rsidRDefault="008D43AB"/>
          <w:p w14:paraId="31EC7F01" w14:textId="77777777" w:rsidR="008D43AB" w:rsidRDefault="00000000">
            <w:pPr>
              <w:spacing w:line="245" w:lineRule="auto"/>
            </w:pPr>
            <w:r>
              <w:rPr>
                <w:b/>
                <w:color w:val="000000"/>
                <w:sz w:val="16"/>
              </w:rPr>
              <w:t xml:space="preserve">UČNE ENOTE: </w:t>
            </w:r>
            <w:r>
              <w:rPr>
                <w:color w:val="000000"/>
                <w:sz w:val="16"/>
              </w:rPr>
              <w:t>1. ura – Ljudska Pesem – Poslušam in izvajam • 2. ura – Ljudska Pesem – Ustvarim in nastopim</w:t>
            </w:r>
          </w:p>
        </w:tc>
      </w:tr>
      <w:tr w:rsidR="008D43AB" w14:paraId="77C775A9" w14:textId="77777777">
        <w:trPr>
          <w:cantSplit/>
          <w:jc w:val="center"/>
        </w:trPr>
        <w:tc>
          <w:tcPr>
            <w:tcW w:w="14060" w:type="dxa"/>
            <w:gridSpan w:val="6"/>
            <w:tcMar>
              <w:top w:w="70" w:type="dxa"/>
              <w:left w:w="90" w:type="dxa"/>
              <w:bottom w:w="70" w:type="dxa"/>
              <w:right w:w="90" w:type="dxa"/>
            </w:tcMar>
            <w:vAlign w:val="center"/>
          </w:tcPr>
          <w:p w14:paraId="6660A02E" w14:textId="77777777" w:rsidR="008D43AB" w:rsidRDefault="008D43AB"/>
          <w:p w14:paraId="23EDE06D"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1FEC82C8" w14:textId="77777777">
        <w:trPr>
          <w:cantSplit/>
          <w:jc w:val="center"/>
        </w:trPr>
        <w:tc>
          <w:tcPr>
            <w:tcW w:w="14060" w:type="dxa"/>
            <w:gridSpan w:val="6"/>
            <w:tcMar>
              <w:top w:w="70" w:type="dxa"/>
              <w:left w:w="90" w:type="dxa"/>
              <w:bottom w:w="70" w:type="dxa"/>
              <w:right w:w="90" w:type="dxa"/>
            </w:tcMar>
            <w:vAlign w:val="center"/>
          </w:tcPr>
          <w:p w14:paraId="39F9B9D9" w14:textId="77777777" w:rsidR="008D43AB" w:rsidRDefault="008D43AB"/>
          <w:p w14:paraId="3C5B9193"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716A83C9" w14:textId="77777777">
        <w:trPr>
          <w:cantSplit/>
          <w:jc w:val="center"/>
        </w:trPr>
        <w:tc>
          <w:tcPr>
            <w:tcW w:w="14060" w:type="dxa"/>
            <w:gridSpan w:val="6"/>
            <w:tcMar>
              <w:top w:w="70" w:type="dxa"/>
              <w:left w:w="90" w:type="dxa"/>
              <w:bottom w:w="70" w:type="dxa"/>
              <w:right w:w="90" w:type="dxa"/>
            </w:tcMar>
            <w:vAlign w:val="center"/>
          </w:tcPr>
          <w:p w14:paraId="4F61E5FB" w14:textId="77777777" w:rsidR="008D43AB" w:rsidRDefault="008D43AB"/>
          <w:p w14:paraId="79C0B847"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2A97BE6E" w14:textId="77777777">
        <w:trPr>
          <w:cantSplit/>
          <w:jc w:val="center"/>
        </w:trPr>
        <w:tc>
          <w:tcPr>
            <w:tcW w:w="14060" w:type="dxa"/>
            <w:gridSpan w:val="6"/>
            <w:tcMar>
              <w:top w:w="70" w:type="dxa"/>
              <w:left w:w="90" w:type="dxa"/>
              <w:bottom w:w="70" w:type="dxa"/>
              <w:right w:w="90" w:type="dxa"/>
            </w:tcMar>
            <w:vAlign w:val="center"/>
          </w:tcPr>
          <w:p w14:paraId="1E4EA9F0" w14:textId="77777777" w:rsidR="008D43AB" w:rsidRDefault="008D43AB"/>
          <w:p w14:paraId="4ADA0FAA" w14:textId="77777777" w:rsidR="008D43AB" w:rsidRDefault="00000000">
            <w:pPr>
              <w:spacing w:line="245" w:lineRule="auto"/>
            </w:pPr>
            <w:r>
              <w:rPr>
                <w:b/>
                <w:color w:val="000000"/>
                <w:sz w:val="16"/>
              </w:rPr>
              <w:t xml:space="preserve">MEDPREDMETNE POVEZAVE: </w:t>
            </w:r>
            <w:r>
              <w:rPr>
                <w:color w:val="000000"/>
                <w:sz w:val="16"/>
              </w:rPr>
              <w:t>SPO – žival v pokrajini, barve, prostor in ljudski zven; SLJ – poslušanje, ritmični govor in opis doživetja; ŠPO – pulz, tempo, gibalni odziv in prostorska orientacija; LUM – simbol, barva, linija in zvočni zapis</w:t>
            </w:r>
          </w:p>
        </w:tc>
      </w:tr>
      <w:tr w:rsidR="008D43AB" w14:paraId="32E87E7D" w14:textId="77777777">
        <w:trPr>
          <w:cantSplit/>
          <w:jc w:val="center"/>
        </w:trPr>
        <w:tc>
          <w:tcPr>
            <w:tcW w:w="14060" w:type="dxa"/>
            <w:gridSpan w:val="6"/>
            <w:tcMar>
              <w:top w:w="70" w:type="dxa"/>
              <w:left w:w="90" w:type="dxa"/>
              <w:bottom w:w="70" w:type="dxa"/>
              <w:right w:w="90" w:type="dxa"/>
            </w:tcMar>
            <w:vAlign w:val="center"/>
          </w:tcPr>
          <w:p w14:paraId="1A715B5A" w14:textId="77777777" w:rsidR="008D43AB" w:rsidRDefault="008D43AB"/>
          <w:p w14:paraId="09CA59ED"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57A8EC5A" w14:textId="77777777">
        <w:trPr>
          <w:cantSplit/>
          <w:jc w:val="center"/>
        </w:trPr>
        <w:tc>
          <w:tcPr>
            <w:tcW w:w="14060" w:type="dxa"/>
            <w:gridSpan w:val="6"/>
            <w:tcMar>
              <w:top w:w="70" w:type="dxa"/>
              <w:left w:w="90" w:type="dxa"/>
              <w:bottom w:w="70" w:type="dxa"/>
              <w:right w:w="90" w:type="dxa"/>
            </w:tcMar>
            <w:vAlign w:val="center"/>
          </w:tcPr>
          <w:p w14:paraId="1C494D64" w14:textId="77777777" w:rsidR="008D43AB" w:rsidRDefault="008D43AB"/>
          <w:p w14:paraId="432AAFD9"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5FE21590" w14:textId="77777777">
        <w:trPr>
          <w:cantSplit/>
          <w:jc w:val="center"/>
        </w:trPr>
        <w:tc>
          <w:tcPr>
            <w:tcW w:w="14060" w:type="dxa"/>
            <w:gridSpan w:val="6"/>
            <w:tcMar>
              <w:top w:w="70" w:type="dxa"/>
              <w:left w:w="90" w:type="dxa"/>
              <w:bottom w:w="70" w:type="dxa"/>
              <w:right w:w="90" w:type="dxa"/>
            </w:tcMar>
            <w:vAlign w:val="center"/>
          </w:tcPr>
          <w:p w14:paraId="06800E58" w14:textId="77777777" w:rsidR="008D43AB" w:rsidRDefault="008D43AB"/>
          <w:p w14:paraId="79B2EAAE"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698F80F7" w14:textId="77777777">
        <w:trPr>
          <w:cantSplit/>
          <w:jc w:val="center"/>
        </w:trPr>
        <w:tc>
          <w:tcPr>
            <w:tcW w:w="14060" w:type="dxa"/>
            <w:gridSpan w:val="6"/>
            <w:tcMar>
              <w:top w:w="70" w:type="dxa"/>
              <w:left w:w="90" w:type="dxa"/>
              <w:bottom w:w="70" w:type="dxa"/>
              <w:right w:w="90" w:type="dxa"/>
            </w:tcMar>
            <w:vAlign w:val="center"/>
          </w:tcPr>
          <w:p w14:paraId="7F6214FE" w14:textId="77777777" w:rsidR="008D43AB" w:rsidRDefault="008D43AB"/>
          <w:p w14:paraId="70CC52C0"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41536F41"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F980F4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8DFDD31"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F356CB3" w14:textId="77777777" w:rsidR="008D43AB" w:rsidRDefault="00000000">
            <w:pPr>
              <w:jc w:val="center"/>
            </w:pPr>
            <w:r>
              <w:rPr>
                <w:b/>
                <w:color w:val="000000"/>
                <w:sz w:val="20"/>
              </w:rPr>
              <w:t>UČNE DEJAVNOSTI, METODE IN FORMATIVNO SPREMLJANJE</w:t>
            </w:r>
          </w:p>
        </w:tc>
      </w:tr>
      <w:tr w:rsidR="008D43AB" w14:paraId="4D1A524F" w14:textId="77777777">
        <w:trPr>
          <w:tblHeader/>
          <w:jc w:val="center"/>
        </w:trPr>
        <w:tc>
          <w:tcPr>
            <w:tcW w:w="4422" w:type="dxa"/>
            <w:vMerge/>
            <w:tcMar>
              <w:top w:w="70" w:type="dxa"/>
              <w:left w:w="90" w:type="dxa"/>
              <w:bottom w:w="70" w:type="dxa"/>
              <w:right w:w="90" w:type="dxa"/>
            </w:tcMar>
            <w:vAlign w:val="center"/>
          </w:tcPr>
          <w:p w14:paraId="478FFBFA" w14:textId="77777777" w:rsidR="008D43AB" w:rsidRDefault="008D43AB"/>
        </w:tc>
        <w:tc>
          <w:tcPr>
            <w:tcW w:w="7087" w:type="dxa"/>
            <w:shd w:val="clear" w:color="auto" w:fill="FFFFFF"/>
            <w:tcMar>
              <w:top w:w="70" w:type="dxa"/>
              <w:left w:w="90" w:type="dxa"/>
              <w:bottom w:w="70" w:type="dxa"/>
              <w:right w:w="90" w:type="dxa"/>
            </w:tcMar>
            <w:vAlign w:val="center"/>
          </w:tcPr>
          <w:p w14:paraId="79C27B16"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F8EFF5" w14:textId="77777777" w:rsidR="008D43AB" w:rsidRDefault="00000000">
            <w:pPr>
              <w:jc w:val="center"/>
            </w:pPr>
            <w:r>
              <w:rPr>
                <w:b/>
                <w:color w:val="000000"/>
              </w:rPr>
              <w:t>UČENEC</w:t>
            </w:r>
          </w:p>
        </w:tc>
      </w:tr>
      <w:tr w:rsidR="008D43AB" w14:paraId="5F50B458" w14:textId="77777777">
        <w:trPr>
          <w:jc w:val="center"/>
        </w:trPr>
        <w:tc>
          <w:tcPr>
            <w:tcW w:w="4422" w:type="dxa"/>
            <w:tcMar>
              <w:top w:w="70" w:type="dxa"/>
              <w:left w:w="90" w:type="dxa"/>
              <w:bottom w:w="70" w:type="dxa"/>
              <w:right w:w="90" w:type="dxa"/>
            </w:tcMar>
          </w:tcPr>
          <w:p w14:paraId="05D48568" w14:textId="77777777" w:rsidR="008D43AB" w:rsidRDefault="008D43AB"/>
          <w:p w14:paraId="450E9F0D" w14:textId="77777777" w:rsidR="008D43AB" w:rsidRDefault="00000000">
            <w:pPr>
              <w:spacing w:after="60" w:line="245" w:lineRule="auto"/>
            </w:pPr>
            <w:r>
              <w:rPr>
                <w:b/>
                <w:color w:val="000000"/>
              </w:rPr>
              <w:t>UČNI CILJI</w:t>
            </w:r>
          </w:p>
          <w:p w14:paraId="5CF89F5F" w14:textId="77777777" w:rsidR="008D43AB" w:rsidRDefault="00000000">
            <w:pPr>
              <w:spacing w:after="20" w:line="245" w:lineRule="auto"/>
            </w:pPr>
            <w:r>
              <w:rPr>
                <w:b/>
                <w:color w:val="000000"/>
                <w:sz w:val="17"/>
              </w:rPr>
              <w:t>SPLOŠNI</w:t>
            </w:r>
          </w:p>
          <w:p w14:paraId="4906DDB2"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773DBDE" w14:textId="77777777" w:rsidR="008D43AB" w:rsidRDefault="00000000">
            <w:pPr>
              <w:pStyle w:val="Oznaenseznam"/>
              <w:spacing w:after="16"/>
            </w:pPr>
            <w:r>
              <w:rPr>
                <w:color w:val="000000"/>
                <w:sz w:val="16"/>
              </w:rPr>
              <w:t>poje, ritmično govori ter uporablja telo, glasbila in predmete kot zvočne vire</w:t>
            </w:r>
          </w:p>
          <w:p w14:paraId="22C6A433" w14:textId="77777777" w:rsidR="008D43AB" w:rsidRDefault="00000000">
            <w:pPr>
              <w:pStyle w:val="Oznaenseznam"/>
              <w:spacing w:after="16"/>
            </w:pPr>
            <w:r>
              <w:rPr>
                <w:color w:val="000000"/>
                <w:sz w:val="16"/>
              </w:rPr>
              <w:t>razlikuje izbrane lastnosti zvoka in glasbe ter varuje sluh in odgovorno uporablja glasbila</w:t>
            </w:r>
          </w:p>
          <w:p w14:paraId="3995F61E"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490FC293" w14:textId="77777777" w:rsidR="008D43AB" w:rsidRDefault="00000000">
            <w:pPr>
              <w:spacing w:before="40" w:after="20" w:line="245" w:lineRule="auto"/>
            </w:pPr>
            <w:r>
              <w:rPr>
                <w:b/>
                <w:color w:val="000000"/>
                <w:sz w:val="17"/>
              </w:rPr>
              <w:t>OPERATIVNI</w:t>
            </w:r>
          </w:p>
          <w:p w14:paraId="7CA86DE5" w14:textId="77777777" w:rsidR="008D43AB" w:rsidRDefault="00000000">
            <w:pPr>
              <w:pStyle w:val="Oznaenseznam"/>
              <w:spacing w:after="16"/>
            </w:pPr>
            <w:r>
              <w:rPr>
                <w:color w:val="000000"/>
                <w:sz w:val="16"/>
              </w:rPr>
              <w:t>poje pesem iz širšega okolja</w:t>
            </w:r>
          </w:p>
          <w:p w14:paraId="648CEAFE" w14:textId="77777777" w:rsidR="008D43AB" w:rsidRDefault="00000000">
            <w:pPr>
              <w:pStyle w:val="Oznaenseznam"/>
              <w:spacing w:after="16"/>
            </w:pPr>
            <w:r>
              <w:rPr>
                <w:color w:val="000000"/>
                <w:sz w:val="16"/>
              </w:rPr>
              <w:t>spozna ljudsko glasbilo</w:t>
            </w:r>
          </w:p>
          <w:p w14:paraId="0D1FF568" w14:textId="77777777" w:rsidR="008D43AB" w:rsidRDefault="00000000">
            <w:pPr>
              <w:pStyle w:val="Oznaenseznam"/>
              <w:spacing w:after="16"/>
            </w:pPr>
            <w:r>
              <w:rPr>
                <w:color w:val="000000"/>
                <w:sz w:val="16"/>
              </w:rPr>
              <w:t>ritmično spremlja</w:t>
            </w:r>
          </w:p>
          <w:p w14:paraId="1E16562C" w14:textId="77777777" w:rsidR="008D43AB" w:rsidRDefault="00000000">
            <w:pPr>
              <w:spacing w:before="40" w:after="20" w:line="245" w:lineRule="auto"/>
            </w:pPr>
            <w:r>
              <w:rPr>
                <w:b/>
                <w:color w:val="000000"/>
                <w:sz w:val="17"/>
              </w:rPr>
              <w:t>PRIČAKOVANI DOSEŽKI / MINIMALNI POUDARKI</w:t>
            </w:r>
          </w:p>
          <w:p w14:paraId="59F4A316" w14:textId="77777777" w:rsidR="008D43AB" w:rsidRDefault="00000000">
            <w:pPr>
              <w:pStyle w:val="Oznaenseznam"/>
              <w:spacing w:after="16"/>
            </w:pPr>
            <w:r>
              <w:rPr>
                <w:color w:val="000000"/>
                <w:sz w:val="15"/>
              </w:rPr>
              <w:t>samostojno oziroma z dogovorjeno oporo poje pesem iz širšega okolja</w:t>
            </w:r>
          </w:p>
          <w:p w14:paraId="19215950" w14:textId="77777777" w:rsidR="008D43AB" w:rsidRDefault="00000000">
            <w:pPr>
              <w:pStyle w:val="Oznaenseznam"/>
              <w:spacing w:after="16"/>
            </w:pPr>
            <w:r>
              <w:rPr>
                <w:color w:val="000000"/>
                <w:sz w:val="15"/>
              </w:rPr>
              <w:t>samostojno oziroma z dogovorjeno oporo spozna ljudsko glasbilo</w:t>
            </w:r>
          </w:p>
          <w:p w14:paraId="2F6C0F21" w14:textId="77777777" w:rsidR="008D43AB" w:rsidRDefault="00000000">
            <w:pPr>
              <w:pStyle w:val="Oznaenseznam"/>
              <w:spacing w:after="16"/>
            </w:pPr>
            <w:r>
              <w:rPr>
                <w:color w:val="000000"/>
                <w:sz w:val="15"/>
              </w:rPr>
              <w:t>samostojno oziroma z dogovorjeno oporo ritmično spremlja</w:t>
            </w:r>
          </w:p>
        </w:tc>
        <w:tc>
          <w:tcPr>
            <w:tcW w:w="7087" w:type="dxa"/>
            <w:tcMar>
              <w:top w:w="70" w:type="dxa"/>
              <w:left w:w="90" w:type="dxa"/>
              <w:bottom w:w="70" w:type="dxa"/>
              <w:right w:w="90" w:type="dxa"/>
            </w:tcMar>
          </w:tcPr>
          <w:p w14:paraId="5F8D404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56834140" w14:textId="77777777">
              <w:trPr>
                <w:jc w:val="center"/>
              </w:trPr>
              <w:tc>
                <w:tcPr>
                  <w:tcW w:w="7087" w:type="dxa"/>
                  <w:shd w:val="clear" w:color="auto" w:fill="C6E7F3"/>
                  <w:tcMar>
                    <w:top w:w="45" w:type="dxa"/>
                    <w:left w:w="70" w:type="dxa"/>
                    <w:bottom w:w="45" w:type="dxa"/>
                    <w:right w:w="70" w:type="dxa"/>
                  </w:tcMar>
                </w:tcPr>
                <w:p w14:paraId="48E6BA3B" w14:textId="77777777" w:rsidR="008D43AB" w:rsidRDefault="00000000">
                  <w:pPr>
                    <w:keepNext/>
                  </w:pPr>
                  <w:r>
                    <w:rPr>
                      <w:b/>
                      <w:color w:val="000000"/>
                    </w:rPr>
                    <w:t>UVODNI DEL – zvočna motivacija, aktivacija predznanja in namen učenja (8–12 min)</w:t>
                  </w:r>
                </w:p>
              </w:tc>
            </w:tr>
          </w:tbl>
          <w:p w14:paraId="046B0999" w14:textId="77777777" w:rsidR="008D43AB" w:rsidRDefault="008D43AB">
            <w:pPr>
              <w:spacing w:line="20" w:lineRule="exact"/>
            </w:pPr>
          </w:p>
          <w:p w14:paraId="195BE1CA" w14:textId="77777777" w:rsidR="008D43AB" w:rsidRDefault="00000000">
            <w:pPr>
              <w:spacing w:before="40" w:after="60" w:line="245" w:lineRule="auto"/>
            </w:pPr>
            <w:r>
              <w:rPr>
                <w:color w:val="000000"/>
                <w:sz w:val="16"/>
              </w:rPr>
              <w:t>Učenci ob motivu »Naša bela mačica« – Srečko Kosovel vstopijo v temo žival v pokrajini, barve, prostor in ljudski zven. Najprej v tišini poslušajo kratek zvočni odlomek ali učiteljičino izvedbo (»Rdeče češnje« ali »Bela, bela lilija«; ljudska pesem in ples),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7A58ADE1" w14:textId="77777777">
              <w:trPr>
                <w:jc w:val="center"/>
              </w:trPr>
              <w:tc>
                <w:tcPr>
                  <w:tcW w:w="7087" w:type="dxa"/>
                  <w:shd w:val="clear" w:color="auto" w:fill="EDC9EA"/>
                  <w:tcMar>
                    <w:top w:w="45" w:type="dxa"/>
                    <w:left w:w="70" w:type="dxa"/>
                    <w:bottom w:w="45" w:type="dxa"/>
                    <w:right w:w="70" w:type="dxa"/>
                  </w:tcMar>
                </w:tcPr>
                <w:p w14:paraId="74F1C67D" w14:textId="77777777" w:rsidR="008D43AB" w:rsidRDefault="00000000">
                  <w:pPr>
                    <w:keepNext/>
                  </w:pPr>
                  <w:r>
                    <w:rPr>
                      <w:b/>
                      <w:color w:val="000000"/>
                    </w:rPr>
                    <w:t>NAMENI UČENJA</w:t>
                  </w:r>
                </w:p>
              </w:tc>
            </w:tr>
          </w:tbl>
          <w:p w14:paraId="37139656" w14:textId="77777777" w:rsidR="008D43AB" w:rsidRDefault="008D43AB">
            <w:pPr>
              <w:spacing w:line="20" w:lineRule="exact"/>
            </w:pPr>
          </w:p>
          <w:p w14:paraId="057B35FD"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62D2EF18" w14:textId="77777777" w:rsidR="008D43AB" w:rsidRDefault="00000000">
            <w:pPr>
              <w:pStyle w:val="Oznaenseznam"/>
              <w:spacing w:after="16"/>
            </w:pPr>
            <w:r>
              <w:rPr>
                <w:color w:val="000000"/>
                <w:sz w:val="16"/>
              </w:rPr>
              <w:t>pojem pesem iz širšega okolja</w:t>
            </w:r>
          </w:p>
          <w:p w14:paraId="512B50CC" w14:textId="77777777" w:rsidR="008D43AB" w:rsidRDefault="00000000">
            <w:pPr>
              <w:pStyle w:val="Oznaenseznam"/>
              <w:spacing w:after="16"/>
            </w:pPr>
            <w:r>
              <w:rPr>
                <w:color w:val="000000"/>
                <w:sz w:val="16"/>
              </w:rPr>
              <w:t>spoznam ljudsko glasbilo</w:t>
            </w:r>
          </w:p>
          <w:p w14:paraId="05C77D3A" w14:textId="77777777" w:rsidR="008D43AB" w:rsidRDefault="00000000">
            <w:pPr>
              <w:pStyle w:val="Oznaenseznam"/>
              <w:spacing w:after="16"/>
            </w:pPr>
            <w:r>
              <w:rPr>
                <w:color w:val="000000"/>
                <w:sz w:val="16"/>
              </w:rPr>
              <w:t>ritmično spremljam</w:t>
            </w:r>
          </w:p>
          <w:tbl>
            <w:tblPr>
              <w:tblStyle w:val="Tabelamrea"/>
              <w:tblW w:w="0" w:type="auto"/>
              <w:jc w:val="center"/>
              <w:tblLayout w:type="fixed"/>
              <w:tblLook w:val="04A0" w:firstRow="1" w:lastRow="0" w:firstColumn="1" w:lastColumn="0" w:noHBand="0" w:noVBand="1"/>
            </w:tblPr>
            <w:tblGrid>
              <w:gridCol w:w="7087"/>
            </w:tblGrid>
            <w:tr w:rsidR="008D43AB" w14:paraId="31F14DCF" w14:textId="77777777">
              <w:trPr>
                <w:jc w:val="center"/>
              </w:trPr>
              <w:tc>
                <w:tcPr>
                  <w:tcW w:w="7087" w:type="dxa"/>
                  <w:shd w:val="clear" w:color="auto" w:fill="EDC9EA"/>
                  <w:tcMar>
                    <w:top w:w="45" w:type="dxa"/>
                    <w:left w:w="70" w:type="dxa"/>
                    <w:bottom w:w="45" w:type="dxa"/>
                    <w:right w:w="70" w:type="dxa"/>
                  </w:tcMar>
                </w:tcPr>
                <w:p w14:paraId="511BC8C0" w14:textId="77777777" w:rsidR="008D43AB" w:rsidRDefault="00000000">
                  <w:pPr>
                    <w:keepNext/>
                  </w:pPr>
                  <w:r>
                    <w:rPr>
                      <w:b/>
                      <w:color w:val="000000"/>
                    </w:rPr>
                    <w:t>PREVERJANJE PREDZNANJA</w:t>
                  </w:r>
                </w:p>
              </w:tc>
            </w:tr>
          </w:tbl>
          <w:p w14:paraId="1142D2CC" w14:textId="77777777" w:rsidR="008D43AB" w:rsidRDefault="008D43AB">
            <w:pPr>
              <w:spacing w:line="20" w:lineRule="exact"/>
            </w:pPr>
          </w:p>
          <w:p w14:paraId="4B9D925B" w14:textId="77777777" w:rsidR="008D43AB" w:rsidRDefault="00000000">
            <w:pPr>
              <w:pStyle w:val="Oznaenseznam"/>
              <w:spacing w:after="16"/>
            </w:pPr>
            <w:r>
              <w:rPr>
                <w:color w:val="000000"/>
                <w:sz w:val="16"/>
              </w:rPr>
              <w:t>Kaj mi zvok, naslov, slika ali motiv pove o temi žival v pokrajini, barve, prostor in ljudski zven?</w:t>
            </w:r>
          </w:p>
          <w:p w14:paraId="77049A60" w14:textId="77777777" w:rsidR="008D43AB" w:rsidRDefault="00000000">
            <w:pPr>
              <w:pStyle w:val="Oznaenseznam"/>
              <w:spacing w:after="16"/>
            </w:pPr>
            <w:r>
              <w:rPr>
                <w:color w:val="000000"/>
                <w:sz w:val="16"/>
              </w:rPr>
              <w:t>Kako lahko s poslušanjem, glasom, telesom, glasbilom ali simbolom pokažem, kaj že znam pri temi »LJUDSKA PESEM«?</w:t>
            </w:r>
          </w:p>
          <w:p w14:paraId="06A3559B"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03C0C28F" w14:textId="77777777">
              <w:trPr>
                <w:jc w:val="center"/>
              </w:trPr>
              <w:tc>
                <w:tcPr>
                  <w:tcW w:w="7087" w:type="dxa"/>
                  <w:shd w:val="clear" w:color="auto" w:fill="EDC9EA"/>
                  <w:tcMar>
                    <w:top w:w="45" w:type="dxa"/>
                    <w:left w:w="70" w:type="dxa"/>
                    <w:bottom w:w="45" w:type="dxa"/>
                    <w:right w:w="70" w:type="dxa"/>
                  </w:tcMar>
                </w:tcPr>
                <w:p w14:paraId="4317D12F" w14:textId="77777777" w:rsidR="008D43AB" w:rsidRDefault="00000000">
                  <w:pPr>
                    <w:keepNext/>
                  </w:pPr>
                  <w:r>
                    <w:rPr>
                      <w:b/>
                      <w:color w:val="000000"/>
                    </w:rPr>
                    <w:t>KRITERIJI USPEŠNOSTI</w:t>
                  </w:r>
                </w:p>
              </w:tc>
            </w:tr>
          </w:tbl>
          <w:p w14:paraId="14F48A32" w14:textId="77777777" w:rsidR="008D43AB" w:rsidRDefault="008D43AB"/>
          <w:p w14:paraId="04665405" w14:textId="77777777" w:rsidR="008D43AB" w:rsidRDefault="00000000">
            <w:pPr>
              <w:spacing w:before="20" w:after="20" w:line="245" w:lineRule="auto"/>
            </w:pPr>
            <w:r>
              <w:rPr>
                <w:b/>
                <w:color w:val="000000"/>
                <w:sz w:val="16"/>
              </w:rPr>
              <w:t>Uspešen/-na bom, ko:</w:t>
            </w:r>
          </w:p>
          <w:p w14:paraId="64B1EB9A" w14:textId="77777777" w:rsidR="008D43AB" w:rsidRDefault="00000000">
            <w:pPr>
              <w:pStyle w:val="Oznaenseznam"/>
              <w:spacing w:after="16"/>
            </w:pPr>
            <w:r>
              <w:rPr>
                <w:color w:val="000000"/>
                <w:sz w:val="16"/>
              </w:rPr>
              <w:t>pojem pesem iz širšega okolja</w:t>
            </w:r>
          </w:p>
          <w:p w14:paraId="18A85E18" w14:textId="77777777" w:rsidR="008D43AB" w:rsidRDefault="00000000">
            <w:pPr>
              <w:pStyle w:val="Oznaenseznam"/>
              <w:spacing w:after="16"/>
            </w:pPr>
            <w:r>
              <w:rPr>
                <w:color w:val="000000"/>
                <w:sz w:val="16"/>
              </w:rPr>
              <w:t>spoznam ljudsko glasbilo</w:t>
            </w:r>
          </w:p>
          <w:p w14:paraId="0E2E8ED2" w14:textId="77777777" w:rsidR="008D43AB" w:rsidRDefault="00000000">
            <w:pPr>
              <w:pStyle w:val="Oznaenseznam"/>
              <w:spacing w:after="16"/>
            </w:pPr>
            <w:r>
              <w:rPr>
                <w:color w:val="000000"/>
                <w:sz w:val="16"/>
              </w:rPr>
              <w:t>ritmično spremljam</w:t>
            </w:r>
          </w:p>
          <w:p w14:paraId="2B29C86F" w14:textId="77777777" w:rsidR="008D43AB" w:rsidRDefault="00000000">
            <w:pPr>
              <w:pStyle w:val="Oznaenseznam"/>
              <w:spacing w:after="16"/>
            </w:pPr>
            <w:r>
              <w:rPr>
                <w:color w:val="000000"/>
                <w:sz w:val="16"/>
              </w:rPr>
              <w:t>upoštevam dogovorjeni začetek, konec, znak za tišino in varno glasnost</w:t>
            </w:r>
          </w:p>
          <w:p w14:paraId="7CFB225D"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49623409" w14:textId="77777777" w:rsidR="008D43AB" w:rsidRDefault="008D43AB"/>
          <w:p w14:paraId="577306A0"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72D1FB4B" w14:textId="77777777" w:rsidR="008D43AB" w:rsidRDefault="00000000">
            <w:pPr>
              <w:spacing w:after="80" w:line="245" w:lineRule="auto"/>
            </w:pPr>
            <w:r>
              <w:rPr>
                <w:color w:val="000000"/>
                <w:sz w:val="16"/>
              </w:rPr>
              <w:t>Pove ali pokaže, kaj že zna in katero glasbeno strategijo bi uporabil.</w:t>
            </w:r>
          </w:p>
          <w:p w14:paraId="7CA25DE9" w14:textId="77777777" w:rsidR="008D43AB" w:rsidRDefault="00000000">
            <w:pPr>
              <w:spacing w:after="100" w:line="245" w:lineRule="auto"/>
            </w:pPr>
            <w:r>
              <w:rPr>
                <w:color w:val="000000"/>
                <w:sz w:val="16"/>
              </w:rPr>
              <w:t>Sodeluje pri razumevanju namenov, meril uspešnosti, varne glasnosti in načina dokazovanja.</w:t>
            </w:r>
          </w:p>
          <w:p w14:paraId="7BF9A29C" w14:textId="77777777" w:rsidR="008D43AB" w:rsidRDefault="00000000">
            <w:pPr>
              <w:spacing w:after="20" w:line="245" w:lineRule="auto"/>
            </w:pPr>
            <w:r>
              <w:rPr>
                <w:b/>
                <w:color w:val="D95BC6"/>
                <w:sz w:val="17"/>
              </w:rPr>
              <w:t>DOKAZ O UČENJU</w:t>
            </w:r>
          </w:p>
          <w:p w14:paraId="32E03B53"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362381F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F755F3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3DAD1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825DBFD" w14:textId="77777777" w:rsidR="008D43AB" w:rsidRDefault="00000000">
            <w:pPr>
              <w:jc w:val="center"/>
            </w:pPr>
            <w:r>
              <w:rPr>
                <w:b/>
                <w:color w:val="000000"/>
                <w:sz w:val="20"/>
              </w:rPr>
              <w:t>UČNE DEJAVNOSTI, METODE IN FORMATIVNO SPREMLJANJE</w:t>
            </w:r>
          </w:p>
        </w:tc>
      </w:tr>
      <w:tr w:rsidR="008D43AB" w14:paraId="27B3C4B4" w14:textId="77777777">
        <w:trPr>
          <w:tblHeader/>
          <w:jc w:val="center"/>
        </w:trPr>
        <w:tc>
          <w:tcPr>
            <w:tcW w:w="4422" w:type="dxa"/>
            <w:vMerge/>
            <w:tcMar>
              <w:top w:w="70" w:type="dxa"/>
              <w:left w:w="90" w:type="dxa"/>
              <w:bottom w:w="70" w:type="dxa"/>
              <w:right w:w="90" w:type="dxa"/>
            </w:tcMar>
            <w:vAlign w:val="center"/>
          </w:tcPr>
          <w:p w14:paraId="14D18BF5" w14:textId="77777777" w:rsidR="008D43AB" w:rsidRDefault="008D43AB"/>
        </w:tc>
        <w:tc>
          <w:tcPr>
            <w:tcW w:w="7087" w:type="dxa"/>
            <w:shd w:val="clear" w:color="auto" w:fill="FFFFFF"/>
            <w:tcMar>
              <w:top w:w="70" w:type="dxa"/>
              <w:left w:w="90" w:type="dxa"/>
              <w:bottom w:w="70" w:type="dxa"/>
              <w:right w:w="90" w:type="dxa"/>
            </w:tcMar>
            <w:vAlign w:val="center"/>
          </w:tcPr>
          <w:p w14:paraId="45F2EF79"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D9DB03" w14:textId="77777777" w:rsidR="008D43AB" w:rsidRDefault="00000000">
            <w:pPr>
              <w:jc w:val="center"/>
            </w:pPr>
            <w:r>
              <w:rPr>
                <w:b/>
                <w:color w:val="000000"/>
              </w:rPr>
              <w:t>UČENEC</w:t>
            </w:r>
          </w:p>
        </w:tc>
      </w:tr>
      <w:tr w:rsidR="008D43AB" w14:paraId="34CBD1AA" w14:textId="77777777">
        <w:trPr>
          <w:jc w:val="center"/>
        </w:trPr>
        <w:tc>
          <w:tcPr>
            <w:tcW w:w="4422" w:type="dxa"/>
            <w:tcMar>
              <w:top w:w="70" w:type="dxa"/>
              <w:left w:w="90" w:type="dxa"/>
              <w:bottom w:w="70" w:type="dxa"/>
              <w:right w:w="90" w:type="dxa"/>
            </w:tcMar>
          </w:tcPr>
          <w:p w14:paraId="368DF33A" w14:textId="77777777" w:rsidR="008D43AB" w:rsidRDefault="008D43AB"/>
          <w:p w14:paraId="7EB8B6A2" w14:textId="77777777" w:rsidR="008D43AB" w:rsidRDefault="00000000">
            <w:pPr>
              <w:spacing w:after="40" w:line="245" w:lineRule="auto"/>
            </w:pPr>
            <w:r>
              <w:rPr>
                <w:b/>
                <w:color w:val="000000"/>
              </w:rPr>
              <w:t>KLJUČNI GLASBENI POJMI</w:t>
            </w:r>
          </w:p>
          <w:p w14:paraId="0F435865"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25A2D1C4" w14:textId="77777777" w:rsidR="008D43AB" w:rsidRDefault="00000000">
            <w:pPr>
              <w:spacing w:after="20" w:line="245" w:lineRule="auto"/>
            </w:pPr>
            <w:r>
              <w:rPr>
                <w:b/>
                <w:color w:val="000000"/>
                <w:sz w:val="17"/>
              </w:rPr>
              <w:t>DOKAZI O UČENJU</w:t>
            </w:r>
          </w:p>
          <w:p w14:paraId="72561315" w14:textId="77777777" w:rsidR="008D43AB" w:rsidRDefault="00000000">
            <w:pPr>
              <w:pStyle w:val="Oznaenseznam"/>
              <w:spacing w:after="9"/>
            </w:pPr>
            <w:r>
              <w:rPr>
                <w:color w:val="000000"/>
                <w:sz w:val="15"/>
              </w:rPr>
              <w:t>poslušalski gibalni odziv, ritmični/pevski odmev in učiteljev zapis o skupnem pulzu oziroma začetku/koncu.</w:t>
            </w:r>
          </w:p>
          <w:p w14:paraId="6B270663" w14:textId="77777777" w:rsidR="008D43AB" w:rsidRDefault="00000000">
            <w:pPr>
              <w:pStyle w:val="Oznaenseznam"/>
              <w:spacing w:after="9"/>
            </w:pPr>
            <w:r>
              <w:rPr>
                <w:color w:val="000000"/>
                <w:sz w:val="15"/>
              </w:rPr>
              <w:t>slikovni zvočni zapis, skupinska izvedba/posnetek in vrstniška opisna povratna informacija.</w:t>
            </w:r>
          </w:p>
          <w:p w14:paraId="532CE43F" w14:textId="77777777" w:rsidR="008D43AB" w:rsidRDefault="00000000">
            <w:pPr>
              <w:spacing w:before="40" w:after="20" w:line="245" w:lineRule="auto"/>
            </w:pPr>
            <w:r>
              <w:rPr>
                <w:b/>
                <w:color w:val="000000"/>
                <w:sz w:val="17"/>
              </w:rPr>
              <w:t>GLASBENO DOŽIVETJE IN IZKUŠENJSKI POUK</w:t>
            </w:r>
          </w:p>
          <w:p w14:paraId="7C3D2E75"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522C3C15" w14:textId="77777777" w:rsidR="008D43AB" w:rsidRDefault="00000000">
            <w:pPr>
              <w:spacing w:after="20" w:line="245" w:lineRule="auto"/>
            </w:pPr>
            <w:r>
              <w:rPr>
                <w:b/>
                <w:color w:val="000000"/>
                <w:sz w:val="17"/>
              </w:rPr>
              <w:t>POUČEVANJE V GIBANJU</w:t>
            </w:r>
          </w:p>
          <w:p w14:paraId="0609DBF5"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347EFD0" w14:textId="77777777" w:rsidR="008D43AB" w:rsidRDefault="00000000">
            <w:pPr>
              <w:spacing w:after="20" w:line="245" w:lineRule="auto"/>
            </w:pPr>
            <w:r>
              <w:rPr>
                <w:b/>
                <w:color w:val="000000"/>
                <w:sz w:val="17"/>
              </w:rPr>
              <w:t>DELO PO POSTAJAH</w:t>
            </w:r>
          </w:p>
          <w:p w14:paraId="39C7E60A"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44D0E18D" w14:textId="77777777" w:rsidR="008D43AB" w:rsidRDefault="00000000">
            <w:pPr>
              <w:spacing w:after="10" w:line="245" w:lineRule="auto"/>
            </w:pPr>
            <w:r>
              <w:rPr>
                <w:color w:val="000000"/>
                <w:sz w:val="15"/>
              </w:rPr>
              <w:t>1. Glas in dih: drža, tih vdih, pevski odmev in jasen začetek ter konec.</w:t>
            </w:r>
          </w:p>
          <w:p w14:paraId="1C69C8D9" w14:textId="77777777" w:rsidR="008D43AB" w:rsidRDefault="00000000">
            <w:pPr>
              <w:spacing w:after="10" w:line="245" w:lineRule="auto"/>
            </w:pPr>
            <w:r>
              <w:rPr>
                <w:color w:val="000000"/>
                <w:sz w:val="15"/>
              </w:rPr>
              <w:t>2. Beseda in ritem: besedilo ritmično izrekam, razčlenim na zloge in povežem s telesnimi glasbili.</w:t>
            </w:r>
          </w:p>
          <w:p w14:paraId="214AF284" w14:textId="77777777" w:rsidR="008D43AB" w:rsidRDefault="00000000">
            <w:pPr>
              <w:spacing w:after="10" w:line="245" w:lineRule="auto"/>
            </w:pPr>
            <w:r>
              <w:rPr>
                <w:color w:val="000000"/>
                <w:sz w:val="15"/>
              </w:rPr>
              <w:t>3. Gibalno-pevska: melodijo ali značaj pesmi pokažem z gibanjem, rajalno igro ali preprosto koreografijo.</w:t>
            </w:r>
          </w:p>
          <w:p w14:paraId="534688F2" w14:textId="77777777" w:rsidR="008D43AB" w:rsidRDefault="00000000">
            <w:pPr>
              <w:spacing w:after="10" w:line="245" w:lineRule="auto"/>
            </w:pPr>
            <w:r>
              <w:rPr>
                <w:color w:val="000000"/>
                <w:sz w:val="15"/>
              </w:rPr>
              <w:t>4. Spremljava in nastop: izberem zvočilo, vadim skupinsko izvedbo, nastopim in podam opisni odziv.</w:t>
            </w:r>
          </w:p>
          <w:p w14:paraId="54008155" w14:textId="77777777" w:rsidR="008D43AB" w:rsidRDefault="00000000">
            <w:pPr>
              <w:spacing w:after="20" w:line="245" w:lineRule="auto"/>
            </w:pPr>
            <w:r>
              <w:rPr>
                <w:b/>
                <w:color w:val="000000"/>
                <w:sz w:val="17"/>
              </w:rPr>
              <w:t>DIFERENCIACIJA IN VKLJUČEVANJE</w:t>
            </w:r>
          </w:p>
          <w:p w14:paraId="326E766B"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52C1A6DC" w14:textId="77777777" w:rsidR="008D43AB" w:rsidRDefault="00000000">
            <w:pPr>
              <w:spacing w:after="20" w:line="245" w:lineRule="auto"/>
            </w:pPr>
            <w:r>
              <w:rPr>
                <w:b/>
                <w:color w:val="000000"/>
                <w:sz w:val="17"/>
              </w:rPr>
              <w:t>SPREMLJANJE</w:t>
            </w:r>
          </w:p>
          <w:p w14:paraId="6A2B2467"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1420857F"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8099EFB" w14:textId="77777777">
              <w:trPr>
                <w:jc w:val="center"/>
              </w:trPr>
              <w:tc>
                <w:tcPr>
                  <w:tcW w:w="7087" w:type="dxa"/>
                  <w:shd w:val="clear" w:color="auto" w:fill="C6E7F3"/>
                  <w:tcMar>
                    <w:top w:w="45" w:type="dxa"/>
                    <w:left w:w="70" w:type="dxa"/>
                    <w:bottom w:w="45" w:type="dxa"/>
                    <w:right w:w="70" w:type="dxa"/>
                  </w:tcMar>
                </w:tcPr>
                <w:p w14:paraId="3EAE1933" w14:textId="77777777" w:rsidR="008D43AB" w:rsidRDefault="00000000">
                  <w:pPr>
                    <w:keepNext/>
                  </w:pPr>
                  <w:r>
                    <w:rPr>
                      <w:b/>
                      <w:color w:val="000000"/>
                      <w:sz w:val="17"/>
                    </w:rPr>
                    <w:t>GLAVNI DEL – POSLUŠANJE, IZVAJANJE, GIBANJE IN USTVARJANJE (2 šolski uri)</w:t>
                  </w:r>
                </w:p>
              </w:tc>
            </w:tr>
          </w:tbl>
          <w:p w14:paraId="6424DAC6" w14:textId="77777777" w:rsidR="008D43AB" w:rsidRDefault="008D43AB">
            <w:pPr>
              <w:spacing w:line="20" w:lineRule="exact"/>
            </w:pPr>
          </w:p>
          <w:p w14:paraId="74E9C4BA" w14:textId="77777777" w:rsidR="008D43AB" w:rsidRDefault="00000000">
            <w:pPr>
              <w:keepNext/>
              <w:spacing w:before="24" w:after="8" w:line="245" w:lineRule="auto"/>
            </w:pPr>
            <w:r>
              <w:rPr>
                <w:b/>
                <w:color w:val="000000"/>
                <w:sz w:val="16"/>
              </w:rPr>
              <w:t>1. URA – Ljudska Pesem – Poslušam in izvajam</w:t>
            </w:r>
          </w:p>
          <w:p w14:paraId="472D1BDD"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»LJUDSKA PESEM«,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2892D6B6"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2443CD66"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582B8E41" w14:textId="77777777" w:rsidR="008D43AB" w:rsidRDefault="00000000">
            <w:pPr>
              <w:keepNext/>
              <w:spacing w:before="24" w:after="8" w:line="245" w:lineRule="auto"/>
            </w:pPr>
            <w:r>
              <w:rPr>
                <w:b/>
                <w:color w:val="000000"/>
                <w:sz w:val="16"/>
              </w:rPr>
              <w:t>2. URA – Ljudska Pesem – Ustvarim in nastopim</w:t>
            </w:r>
          </w:p>
          <w:p w14:paraId="19FD4967"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ljudska pesem«; usmerja izbiro, zapis, vajo in menjavo vlog. Zaključek: 10' – Organizira nastop in odziv poslušalcev po kriterijih; posname kratek dokaz, če so soglasja urejena.</w:t>
            </w:r>
          </w:p>
          <w:p w14:paraId="24F5BC93"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02502A2C"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2629E30A" w14:textId="77777777">
              <w:trPr>
                <w:jc w:val="center"/>
              </w:trPr>
              <w:tc>
                <w:tcPr>
                  <w:tcW w:w="7087" w:type="dxa"/>
                  <w:shd w:val="clear" w:color="auto" w:fill="EDC9EA"/>
                  <w:tcMar>
                    <w:top w:w="45" w:type="dxa"/>
                    <w:left w:w="70" w:type="dxa"/>
                    <w:bottom w:w="45" w:type="dxa"/>
                    <w:right w:w="70" w:type="dxa"/>
                  </w:tcMar>
                </w:tcPr>
                <w:p w14:paraId="586E9A7F" w14:textId="77777777" w:rsidR="008D43AB" w:rsidRDefault="00000000">
                  <w:pPr>
                    <w:keepNext/>
                  </w:pPr>
                  <w:r>
                    <w:rPr>
                      <w:b/>
                      <w:color w:val="000000"/>
                      <w:sz w:val="17"/>
                    </w:rPr>
                    <w:t>ORGANIZACIJA POSTAJ IN PREHODOV</w:t>
                  </w:r>
                </w:p>
              </w:tc>
            </w:tr>
          </w:tbl>
          <w:p w14:paraId="2FF7CC80" w14:textId="77777777" w:rsidR="008D43AB" w:rsidRDefault="008D43AB"/>
          <w:p w14:paraId="506D2A7C" w14:textId="77777777" w:rsidR="008D43AB" w:rsidRDefault="00000000">
            <w:pPr>
              <w:spacing w:before="9" w:after="9" w:line="245" w:lineRule="auto"/>
            </w:pPr>
            <w:r>
              <w:rPr>
                <w:color w:val="000000"/>
                <w:sz w:val="15"/>
              </w:rPr>
              <w:t>Postaja 1: Glas in dih: drža, tih vdih, pevski odmev in jasen začetek ter konec.</w:t>
            </w:r>
          </w:p>
          <w:p w14:paraId="0703A4AD"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31D13B38"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42D999ED"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30F2F6FC"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73F9EBDF" w14:textId="77777777" w:rsidR="008D43AB" w:rsidRDefault="008D43AB"/>
          <w:p w14:paraId="55DAD168" w14:textId="77777777" w:rsidR="008D43AB" w:rsidRDefault="00000000">
            <w:pPr>
              <w:spacing w:after="6" w:line="245" w:lineRule="auto"/>
            </w:pPr>
            <w:r>
              <w:rPr>
                <w:b/>
                <w:color w:val="000000"/>
                <w:sz w:val="15"/>
              </w:rPr>
              <w:t>1. URA – Ljudska Pesem – Poslušam in izvajam</w:t>
            </w:r>
          </w:p>
          <w:p w14:paraId="46A06550"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25B826F" w14:textId="77777777" w:rsidR="008D43AB" w:rsidRDefault="00000000">
            <w:pPr>
              <w:spacing w:after="20" w:line="245" w:lineRule="auto"/>
            </w:pPr>
            <w:r>
              <w:rPr>
                <w:color w:val="D95BC6"/>
                <w:sz w:val="14"/>
              </w:rPr>
              <w:t>Dokaz: poslušalski gibalni odziv, ritmični/pevski odmev in učiteljev zapis o skupnem pulzu oziroma.</w:t>
            </w:r>
          </w:p>
          <w:p w14:paraId="5BA7A407" w14:textId="77777777" w:rsidR="008D43AB" w:rsidRDefault="00000000">
            <w:pPr>
              <w:spacing w:after="6" w:line="245" w:lineRule="auto"/>
            </w:pPr>
            <w:r>
              <w:rPr>
                <w:b/>
                <w:color w:val="000000"/>
                <w:sz w:val="15"/>
              </w:rPr>
              <w:t>2. URA – Ljudska Pesem – Ustvarim in nastopim</w:t>
            </w:r>
          </w:p>
          <w:p w14:paraId="494C9A3A"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1AC57C50" w14:textId="77777777" w:rsidR="008D43AB" w:rsidRDefault="00000000">
            <w:pPr>
              <w:spacing w:after="20" w:line="245" w:lineRule="auto"/>
            </w:pPr>
            <w:r>
              <w:rPr>
                <w:color w:val="D95BC6"/>
                <w:sz w:val="14"/>
              </w:rPr>
              <w:t>Dokaz: slikovni zvočni zapis, skupinska izvedba/posnetek in vrstniška opisna povratna informacija.</w:t>
            </w:r>
          </w:p>
          <w:p w14:paraId="253EC95A" w14:textId="77777777" w:rsidR="008D43AB" w:rsidRDefault="00000000">
            <w:pPr>
              <w:spacing w:before="40" w:after="20" w:line="245" w:lineRule="auto"/>
            </w:pPr>
            <w:r>
              <w:rPr>
                <w:b/>
                <w:color w:val="D95BC6"/>
                <w:sz w:val="16"/>
              </w:rPr>
              <w:t>MOJ KROG POSTAJ</w:t>
            </w:r>
          </w:p>
          <w:p w14:paraId="74BF55B0" w14:textId="77777777" w:rsidR="008D43AB" w:rsidRDefault="00000000">
            <w:pPr>
              <w:spacing w:after="11" w:line="245" w:lineRule="auto"/>
            </w:pPr>
            <w:r>
              <w:rPr>
                <w:color w:val="000000"/>
                <w:sz w:val="14"/>
              </w:rPr>
              <w:t>1. Glas in dih: drža, tih vdih, pevski odmev in jasen začetek ter konec.</w:t>
            </w:r>
          </w:p>
          <w:p w14:paraId="6B473287" w14:textId="77777777" w:rsidR="008D43AB" w:rsidRDefault="00000000">
            <w:pPr>
              <w:spacing w:after="11" w:line="245" w:lineRule="auto"/>
            </w:pPr>
            <w:r>
              <w:rPr>
                <w:color w:val="000000"/>
                <w:sz w:val="14"/>
              </w:rPr>
              <w:t>2. Beseda in ritem: besedilo ritmično izrekam, razčlenim na zloge in povežem s telesnimi.</w:t>
            </w:r>
          </w:p>
          <w:p w14:paraId="256A4CF8" w14:textId="77777777" w:rsidR="008D43AB" w:rsidRDefault="00000000">
            <w:pPr>
              <w:spacing w:after="11" w:line="245" w:lineRule="auto"/>
            </w:pPr>
            <w:r>
              <w:rPr>
                <w:color w:val="000000"/>
                <w:sz w:val="14"/>
              </w:rPr>
              <w:t>3. Gibalno-pevska: melodijo ali značaj pesmi pokažem z gibanjem.</w:t>
            </w:r>
          </w:p>
          <w:p w14:paraId="7A179D88" w14:textId="77777777" w:rsidR="008D43AB" w:rsidRDefault="00000000">
            <w:pPr>
              <w:spacing w:after="11" w:line="245" w:lineRule="auto"/>
            </w:pPr>
            <w:r>
              <w:rPr>
                <w:color w:val="000000"/>
                <w:sz w:val="14"/>
              </w:rPr>
              <w:t>4. Spremljava in nastop: izberem zvočilo, vadim skupinsko izvedbo.</w:t>
            </w:r>
          </w:p>
          <w:p w14:paraId="770369A2"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8F8562C" w14:textId="77777777" w:rsidR="008D43AB" w:rsidRDefault="00000000">
            <w:pPr>
              <w:spacing w:after="20" w:line="245" w:lineRule="auto"/>
            </w:pPr>
            <w:r>
              <w:rPr>
                <w:b/>
                <w:color w:val="D95BC6"/>
                <w:sz w:val="17"/>
              </w:rPr>
              <w:t>DOKAZ O UČENJU</w:t>
            </w:r>
          </w:p>
          <w:p w14:paraId="4A0ECC98"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A37368F"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3E20B6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334D09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32CCA8" w14:textId="77777777" w:rsidR="008D43AB" w:rsidRDefault="00000000">
            <w:pPr>
              <w:jc w:val="center"/>
            </w:pPr>
            <w:r>
              <w:rPr>
                <w:b/>
                <w:color w:val="000000"/>
                <w:sz w:val="20"/>
              </w:rPr>
              <w:t>UČNE DEJAVNOSTI, METODE IN FORMATIVNO SPREMLJANJE</w:t>
            </w:r>
          </w:p>
        </w:tc>
      </w:tr>
      <w:tr w:rsidR="008D43AB" w14:paraId="353A3B62" w14:textId="77777777">
        <w:trPr>
          <w:tblHeader/>
          <w:jc w:val="center"/>
        </w:trPr>
        <w:tc>
          <w:tcPr>
            <w:tcW w:w="4422" w:type="dxa"/>
            <w:vMerge/>
            <w:tcMar>
              <w:top w:w="70" w:type="dxa"/>
              <w:left w:w="90" w:type="dxa"/>
              <w:bottom w:w="70" w:type="dxa"/>
              <w:right w:w="90" w:type="dxa"/>
            </w:tcMar>
            <w:vAlign w:val="center"/>
          </w:tcPr>
          <w:p w14:paraId="71DCF62A" w14:textId="77777777" w:rsidR="008D43AB" w:rsidRDefault="008D43AB"/>
        </w:tc>
        <w:tc>
          <w:tcPr>
            <w:tcW w:w="7087" w:type="dxa"/>
            <w:shd w:val="clear" w:color="auto" w:fill="FFFFFF"/>
            <w:tcMar>
              <w:top w:w="70" w:type="dxa"/>
              <w:left w:w="90" w:type="dxa"/>
              <w:bottom w:w="70" w:type="dxa"/>
              <w:right w:w="90" w:type="dxa"/>
            </w:tcMar>
            <w:vAlign w:val="center"/>
          </w:tcPr>
          <w:p w14:paraId="44DC917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CC60EFF" w14:textId="77777777" w:rsidR="008D43AB" w:rsidRDefault="00000000">
            <w:pPr>
              <w:jc w:val="center"/>
            </w:pPr>
            <w:r>
              <w:rPr>
                <w:b/>
                <w:color w:val="000000"/>
              </w:rPr>
              <w:t>UČENEC</w:t>
            </w:r>
          </w:p>
        </w:tc>
      </w:tr>
      <w:tr w:rsidR="008D43AB" w14:paraId="13DE5993" w14:textId="77777777">
        <w:trPr>
          <w:jc w:val="center"/>
        </w:trPr>
        <w:tc>
          <w:tcPr>
            <w:tcW w:w="4422" w:type="dxa"/>
            <w:tcMar>
              <w:top w:w="70" w:type="dxa"/>
              <w:left w:w="90" w:type="dxa"/>
              <w:bottom w:w="70" w:type="dxa"/>
              <w:right w:w="90" w:type="dxa"/>
            </w:tcMar>
          </w:tcPr>
          <w:p w14:paraId="1604E3EA" w14:textId="77777777" w:rsidR="008D43AB" w:rsidRDefault="008D43AB"/>
          <w:p w14:paraId="54A83C28" w14:textId="77777777" w:rsidR="008D43AB" w:rsidRDefault="00000000">
            <w:pPr>
              <w:spacing w:after="40" w:line="245" w:lineRule="auto"/>
            </w:pPr>
            <w:r>
              <w:rPr>
                <w:b/>
                <w:color w:val="000000"/>
              </w:rPr>
              <w:t>FORMATIVNO SPREMLJANJE</w:t>
            </w:r>
          </w:p>
          <w:p w14:paraId="5518B48E" w14:textId="77777777" w:rsidR="008D43AB" w:rsidRDefault="00000000">
            <w:pPr>
              <w:pStyle w:val="Oznaenseznam"/>
              <w:spacing w:after="16"/>
            </w:pPr>
            <w:r>
              <w:rPr>
                <w:color w:val="000000"/>
                <w:sz w:val="16"/>
              </w:rPr>
              <w:t>predznanje: zvočna napoved, izbira kartice, gib, ritmični oziroma pevski poskus ali začetni simbol</w:t>
            </w:r>
          </w:p>
          <w:p w14:paraId="2FD38640" w14:textId="77777777" w:rsidR="008D43AB" w:rsidRDefault="00000000">
            <w:pPr>
              <w:pStyle w:val="Oznaenseznam"/>
              <w:spacing w:after="16"/>
            </w:pPr>
            <w:r>
              <w:rPr>
                <w:color w:val="000000"/>
                <w:sz w:val="16"/>
              </w:rPr>
              <w:t>nameni in merila: kratka poved, slikovni znak, model izvedbe ter vidna pravila varne glasnosti</w:t>
            </w:r>
          </w:p>
          <w:p w14:paraId="60D216D8"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76C35540" w14:textId="77777777" w:rsidR="008D43AB" w:rsidRDefault="00000000">
            <w:pPr>
              <w:pStyle w:val="Oznaenseznam"/>
              <w:spacing w:after="16"/>
            </w:pPr>
            <w:r>
              <w:rPr>
                <w:color w:val="000000"/>
                <w:sz w:val="16"/>
              </w:rPr>
              <w:t>povratna informacija: opis slišane strategije, povezava z enim merilom in izvedljiv naslednji korak</w:t>
            </w:r>
          </w:p>
          <w:p w14:paraId="3EAA70F6" w14:textId="77777777" w:rsidR="008D43AB" w:rsidRDefault="00000000">
            <w:pPr>
              <w:pStyle w:val="Oznaenseznam"/>
              <w:spacing w:after="16"/>
            </w:pPr>
            <w:r>
              <w:rPr>
                <w:color w:val="000000"/>
                <w:sz w:val="16"/>
              </w:rPr>
              <w:t>samovrednotenje: barvni zvočni semafor, lestvica samostojnosti, izbran dokaz in ponovna izvedba</w:t>
            </w:r>
          </w:p>
          <w:p w14:paraId="2BBC58D2" w14:textId="77777777" w:rsidR="008D43AB" w:rsidRDefault="00000000">
            <w:pPr>
              <w:spacing w:before="40" w:after="20" w:line="245" w:lineRule="auto"/>
            </w:pPr>
            <w:r>
              <w:rPr>
                <w:b/>
                <w:color w:val="000000"/>
                <w:sz w:val="17"/>
              </w:rPr>
              <w:t>VARNOST IN VAROVANJE SLUHA</w:t>
            </w:r>
          </w:p>
          <w:p w14:paraId="73A846C1"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19AF4B7C" w14:textId="77777777" w:rsidR="008D43AB" w:rsidRDefault="00000000">
            <w:pPr>
              <w:spacing w:after="20" w:line="245" w:lineRule="auto"/>
            </w:pPr>
            <w:r>
              <w:rPr>
                <w:b/>
                <w:color w:val="000000"/>
                <w:sz w:val="17"/>
              </w:rPr>
              <w:t>EVIDENCA PO IZVEDBI</w:t>
            </w:r>
          </w:p>
          <w:p w14:paraId="74EF80C7"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232C3CFE" w14:textId="77777777" w:rsidR="008D43AB" w:rsidRDefault="00000000">
            <w:pPr>
              <w:spacing w:before="40" w:after="20" w:line="245" w:lineRule="auto"/>
            </w:pPr>
            <w:r>
              <w:rPr>
                <w:b/>
                <w:color w:val="000000"/>
                <w:sz w:val="17"/>
              </w:rPr>
              <w:t>RAVEN DOSEGANJA</w:t>
            </w:r>
          </w:p>
          <w:p w14:paraId="732CA8EC"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13595EF9"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5C90E39" w14:textId="77777777">
              <w:trPr>
                <w:jc w:val="center"/>
              </w:trPr>
              <w:tc>
                <w:tcPr>
                  <w:tcW w:w="7087" w:type="dxa"/>
                  <w:shd w:val="clear" w:color="auto" w:fill="EDC9EA"/>
                  <w:tcMar>
                    <w:top w:w="45" w:type="dxa"/>
                    <w:left w:w="70" w:type="dxa"/>
                    <w:bottom w:w="45" w:type="dxa"/>
                    <w:right w:w="70" w:type="dxa"/>
                  </w:tcMar>
                </w:tcPr>
                <w:p w14:paraId="669D2609" w14:textId="77777777" w:rsidR="008D43AB" w:rsidRDefault="00000000">
                  <w:pPr>
                    <w:keepNext/>
                  </w:pPr>
                  <w:r>
                    <w:rPr>
                      <w:b/>
                      <w:color w:val="000000"/>
                    </w:rPr>
                    <w:t>VPRAŠANJA V PODPORO GLASBENEMU UČENJU</w:t>
                  </w:r>
                </w:p>
              </w:tc>
            </w:tr>
          </w:tbl>
          <w:p w14:paraId="7D336A35" w14:textId="77777777" w:rsidR="008D43AB" w:rsidRDefault="008D43AB">
            <w:pPr>
              <w:spacing w:line="20" w:lineRule="exact"/>
            </w:pPr>
          </w:p>
          <w:p w14:paraId="387E7ABA" w14:textId="77777777" w:rsidR="008D43AB" w:rsidRDefault="00000000">
            <w:pPr>
              <w:pStyle w:val="Oznaenseznam"/>
              <w:spacing w:after="16"/>
            </w:pPr>
            <w:r>
              <w:rPr>
                <w:color w:val="000000"/>
                <w:sz w:val="16"/>
              </w:rPr>
              <w:t>Kaj si v glasbi slišal/-a, začutil/-a ali pokazal/-a z gibanjem?</w:t>
            </w:r>
          </w:p>
          <w:p w14:paraId="6736F4A1" w14:textId="77777777" w:rsidR="008D43AB" w:rsidRDefault="00000000">
            <w:pPr>
              <w:pStyle w:val="Oznaenseznam"/>
              <w:spacing w:after="16"/>
            </w:pPr>
            <w:r>
              <w:rPr>
                <w:color w:val="000000"/>
                <w:sz w:val="16"/>
              </w:rPr>
              <w:t>Po katerem zvočnem znaku, lastnosti ali vzorcu si prepoznal/-a rešitev?</w:t>
            </w:r>
          </w:p>
          <w:p w14:paraId="4253B422" w14:textId="77777777" w:rsidR="008D43AB" w:rsidRDefault="00000000">
            <w:pPr>
              <w:pStyle w:val="Oznaenseznam"/>
              <w:spacing w:after="16"/>
            </w:pPr>
            <w:r>
              <w:rPr>
                <w:color w:val="000000"/>
                <w:sz w:val="16"/>
              </w:rPr>
              <w:t>Kako veš, da je bil pulz, začetek, konec, glasnost ali skupinska izvedba skladna z merilom?</w:t>
            </w:r>
          </w:p>
          <w:p w14:paraId="2032488E" w14:textId="77777777" w:rsidR="008D43AB" w:rsidRDefault="00000000">
            <w:pPr>
              <w:pStyle w:val="Oznaenseznam"/>
              <w:spacing w:after="16"/>
            </w:pPr>
            <w:r>
              <w:rPr>
                <w:color w:val="000000"/>
                <w:sz w:val="16"/>
              </w:rPr>
              <w:t>Zakaj si za motiv, osebo, dogodek ali okolje izbral/-a prav ta glas, predmet ali glasbilo?</w:t>
            </w:r>
          </w:p>
          <w:p w14:paraId="44163F03"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48A12DA7" w14:textId="77777777">
              <w:trPr>
                <w:jc w:val="center"/>
              </w:trPr>
              <w:tc>
                <w:tcPr>
                  <w:tcW w:w="7087" w:type="dxa"/>
                  <w:shd w:val="clear" w:color="auto" w:fill="C6E7F3"/>
                  <w:tcMar>
                    <w:top w:w="45" w:type="dxa"/>
                    <w:left w:w="70" w:type="dxa"/>
                    <w:bottom w:w="45" w:type="dxa"/>
                    <w:right w:w="70" w:type="dxa"/>
                  </w:tcMar>
                </w:tcPr>
                <w:p w14:paraId="247C1E3F" w14:textId="77777777" w:rsidR="008D43AB" w:rsidRDefault="00000000">
                  <w:pPr>
                    <w:keepNext/>
                  </w:pPr>
                  <w:r>
                    <w:rPr>
                      <w:b/>
                      <w:color w:val="000000"/>
                    </w:rPr>
                    <w:t>ZAKLJUČNI DEL – NASTOP, POSLUŠALSKI ODZIV IN REFLEKSIJA (8–12 min)</w:t>
                  </w:r>
                </w:p>
              </w:tc>
            </w:tr>
          </w:tbl>
          <w:p w14:paraId="6A61468B" w14:textId="77777777" w:rsidR="008D43AB" w:rsidRDefault="008D43AB">
            <w:pPr>
              <w:spacing w:line="20" w:lineRule="exact"/>
            </w:pPr>
          </w:p>
          <w:p w14:paraId="30DC2B66"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1B056E6C" w14:textId="77777777">
              <w:trPr>
                <w:jc w:val="center"/>
              </w:trPr>
              <w:tc>
                <w:tcPr>
                  <w:tcW w:w="7087" w:type="dxa"/>
                  <w:shd w:val="clear" w:color="auto" w:fill="EDC9EA"/>
                  <w:tcMar>
                    <w:top w:w="45" w:type="dxa"/>
                    <w:left w:w="70" w:type="dxa"/>
                    <w:bottom w:w="45" w:type="dxa"/>
                    <w:right w:w="70" w:type="dxa"/>
                  </w:tcMar>
                </w:tcPr>
                <w:p w14:paraId="0979A6EC" w14:textId="77777777" w:rsidR="008D43AB" w:rsidRDefault="00000000">
                  <w:pPr>
                    <w:keepNext/>
                  </w:pPr>
                  <w:r>
                    <w:rPr>
                      <w:b/>
                      <w:color w:val="000000"/>
                    </w:rPr>
                    <w:t>SAMOVREDNOTENJE</w:t>
                  </w:r>
                </w:p>
              </w:tc>
            </w:tr>
          </w:tbl>
          <w:p w14:paraId="3A69F209" w14:textId="77777777" w:rsidR="008D43AB" w:rsidRDefault="008D43AB">
            <w:pPr>
              <w:spacing w:line="20" w:lineRule="exact"/>
            </w:pPr>
          </w:p>
          <w:p w14:paraId="0D772415"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2C508BB1" w14:textId="77777777">
              <w:trPr>
                <w:jc w:val="center"/>
              </w:trPr>
              <w:tc>
                <w:tcPr>
                  <w:tcW w:w="7087" w:type="dxa"/>
                  <w:shd w:val="clear" w:color="auto" w:fill="EDC9EA"/>
                  <w:tcMar>
                    <w:top w:w="45" w:type="dxa"/>
                    <w:left w:w="70" w:type="dxa"/>
                    <w:bottom w:w="45" w:type="dxa"/>
                    <w:right w:w="70" w:type="dxa"/>
                  </w:tcMar>
                </w:tcPr>
                <w:p w14:paraId="2EAFE0D1" w14:textId="77777777" w:rsidR="008D43AB" w:rsidRDefault="00000000">
                  <w:pPr>
                    <w:keepNext/>
                  </w:pPr>
                  <w:r>
                    <w:rPr>
                      <w:b/>
                      <w:color w:val="000000"/>
                    </w:rPr>
                    <w:t>VRSTNIŠKO VREDNOTENJE</w:t>
                  </w:r>
                </w:p>
              </w:tc>
            </w:tr>
          </w:tbl>
          <w:p w14:paraId="290BD002" w14:textId="77777777" w:rsidR="008D43AB" w:rsidRDefault="008D43AB">
            <w:pPr>
              <w:spacing w:line="20" w:lineRule="exact"/>
            </w:pPr>
          </w:p>
          <w:p w14:paraId="453793E0"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6A316E58" w14:textId="77777777">
              <w:trPr>
                <w:jc w:val="center"/>
              </w:trPr>
              <w:tc>
                <w:tcPr>
                  <w:tcW w:w="7087" w:type="dxa"/>
                  <w:shd w:val="clear" w:color="auto" w:fill="EDC9EA"/>
                  <w:tcMar>
                    <w:top w:w="45" w:type="dxa"/>
                    <w:left w:w="70" w:type="dxa"/>
                    <w:bottom w:w="45" w:type="dxa"/>
                    <w:right w:w="70" w:type="dxa"/>
                  </w:tcMar>
                </w:tcPr>
                <w:p w14:paraId="0030C63B" w14:textId="77777777" w:rsidR="008D43AB" w:rsidRDefault="00000000">
                  <w:pPr>
                    <w:keepNext/>
                  </w:pPr>
                  <w:r>
                    <w:rPr>
                      <w:b/>
                      <w:color w:val="000000"/>
                    </w:rPr>
                    <w:t>SKUPNI POVZETEK</w:t>
                  </w:r>
                </w:p>
              </w:tc>
            </w:tr>
          </w:tbl>
          <w:p w14:paraId="0563068F" w14:textId="77777777" w:rsidR="008D43AB" w:rsidRDefault="008D43AB"/>
          <w:p w14:paraId="42FF3C9E" w14:textId="77777777" w:rsidR="008D43AB" w:rsidRDefault="00000000">
            <w:pPr>
              <w:spacing w:before="20" w:after="40" w:line="245" w:lineRule="auto"/>
            </w:pPr>
            <w:r>
              <w:rPr>
                <w:b/>
                <w:color w:val="000000"/>
                <w:sz w:val="16"/>
              </w:rPr>
              <w:t>pojem pesem iz širšega okolja; spoznam ljudsko glasbilo; ritmično spremljam. Izbrani dokaz pojasnim in po povratni informaciji izboljšam.</w:t>
            </w:r>
          </w:p>
        </w:tc>
        <w:tc>
          <w:tcPr>
            <w:tcW w:w="2551" w:type="dxa"/>
            <w:tcMar>
              <w:top w:w="70" w:type="dxa"/>
              <w:left w:w="90" w:type="dxa"/>
              <w:bottom w:w="70" w:type="dxa"/>
              <w:right w:w="90" w:type="dxa"/>
            </w:tcMar>
          </w:tcPr>
          <w:p w14:paraId="54C55ABB" w14:textId="77777777" w:rsidR="008D43AB" w:rsidRDefault="008D43AB"/>
          <w:p w14:paraId="32368FE7" w14:textId="77777777" w:rsidR="008D43AB" w:rsidRDefault="00000000">
            <w:pPr>
              <w:spacing w:after="80" w:line="245" w:lineRule="auto"/>
            </w:pPr>
            <w:r>
              <w:rPr>
                <w:color w:val="000000"/>
                <w:sz w:val="16"/>
              </w:rPr>
              <w:t>Odgovarja na podporna vprašanja in se sklicuje na slišano, izvedeno, ustvarjeno ali zapisano.</w:t>
            </w:r>
          </w:p>
          <w:p w14:paraId="723B4DD5" w14:textId="77777777" w:rsidR="008D43AB" w:rsidRDefault="00000000">
            <w:pPr>
              <w:spacing w:after="80" w:line="245" w:lineRule="auto"/>
            </w:pPr>
            <w:r>
              <w:rPr>
                <w:color w:val="000000"/>
                <w:sz w:val="16"/>
              </w:rPr>
              <w:t>Predstavi izbrani dokaz ter pove, katero merilo z njim pokaže.</w:t>
            </w:r>
          </w:p>
          <w:p w14:paraId="6825D811" w14:textId="77777777" w:rsidR="008D43AB" w:rsidRDefault="00000000">
            <w:pPr>
              <w:spacing w:after="80" w:line="245" w:lineRule="auto"/>
            </w:pPr>
            <w:r>
              <w:rPr>
                <w:color w:val="000000"/>
                <w:sz w:val="16"/>
              </w:rPr>
              <w:t>Posluša vrstnika, opiše eno slišano moč in poda prijazen predlog za izboljšavo.</w:t>
            </w:r>
          </w:p>
          <w:p w14:paraId="0EDEEF67" w14:textId="77777777" w:rsidR="008D43AB" w:rsidRDefault="00000000">
            <w:pPr>
              <w:spacing w:after="80" w:line="245" w:lineRule="auto"/>
            </w:pPr>
            <w:r>
              <w:rPr>
                <w:color w:val="000000"/>
                <w:sz w:val="16"/>
              </w:rPr>
              <w:t>Po povratni informaciji izvedbo, gib, ritem, zvočno izbiro ali slikovni zapis ponovi in izboljša.</w:t>
            </w:r>
          </w:p>
          <w:p w14:paraId="1992F320" w14:textId="77777777" w:rsidR="008D43AB" w:rsidRDefault="00000000">
            <w:pPr>
              <w:spacing w:after="100" w:line="245" w:lineRule="auto"/>
            </w:pPr>
            <w:r>
              <w:rPr>
                <w:color w:val="000000"/>
                <w:sz w:val="16"/>
              </w:rPr>
              <w:t>Izbere raven samostojnosti ter določi majhen in izvedljiv naslednji glasbeni korak.</w:t>
            </w:r>
          </w:p>
          <w:p w14:paraId="3585C8A6" w14:textId="77777777" w:rsidR="008D43AB" w:rsidRDefault="00000000">
            <w:pPr>
              <w:spacing w:after="20" w:line="245" w:lineRule="auto"/>
            </w:pPr>
            <w:r>
              <w:rPr>
                <w:b/>
                <w:color w:val="D95BC6"/>
                <w:sz w:val="17"/>
              </w:rPr>
              <w:t>DOKAZ O UČENJU</w:t>
            </w:r>
          </w:p>
          <w:p w14:paraId="686F60B8"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541F1100"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04F055E6" w14:textId="77777777">
        <w:trPr>
          <w:cantSplit/>
          <w:jc w:val="center"/>
        </w:trPr>
        <w:tc>
          <w:tcPr>
            <w:tcW w:w="14060" w:type="dxa"/>
            <w:gridSpan w:val="6"/>
            <w:tcMar>
              <w:top w:w="70" w:type="dxa"/>
              <w:left w:w="90" w:type="dxa"/>
              <w:bottom w:w="70" w:type="dxa"/>
              <w:right w:w="90" w:type="dxa"/>
            </w:tcMar>
            <w:vAlign w:val="center"/>
          </w:tcPr>
          <w:p w14:paraId="46DC1A78" w14:textId="77777777" w:rsidR="008D43AB" w:rsidRDefault="00000000">
            <w:pPr>
              <w:jc w:val="center"/>
            </w:pPr>
            <w:r>
              <w:rPr>
                <w:b/>
                <w:color w:val="000000"/>
                <w:sz w:val="24"/>
              </w:rPr>
              <w:lastRenderedPageBreak/>
              <w:t>UČNA PRIPRAVA 33/39</w:t>
            </w:r>
          </w:p>
        </w:tc>
      </w:tr>
      <w:tr w:rsidR="008D43AB" w14:paraId="7D02A8AB" w14:textId="77777777">
        <w:trPr>
          <w:jc w:val="center"/>
        </w:trPr>
        <w:tc>
          <w:tcPr>
            <w:tcW w:w="2665" w:type="dxa"/>
            <w:tcMar>
              <w:top w:w="70" w:type="dxa"/>
              <w:left w:w="90" w:type="dxa"/>
              <w:bottom w:w="70" w:type="dxa"/>
              <w:right w:w="90" w:type="dxa"/>
            </w:tcMar>
            <w:vAlign w:val="center"/>
          </w:tcPr>
          <w:p w14:paraId="131C060A"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5206AED"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7B2CFE7"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1DEA789" w14:textId="77777777" w:rsidR="008D43AB" w:rsidRDefault="00000000">
            <w:r>
              <w:rPr>
                <w:b/>
                <w:color w:val="000000"/>
                <w:sz w:val="16"/>
              </w:rPr>
              <w:t xml:space="preserve">NAČRTOVANI TERMIN: </w:t>
            </w:r>
            <w:r>
              <w:rPr>
                <w:color w:val="000000"/>
                <w:sz w:val="16"/>
              </w:rPr>
              <w:t>33. teden • 10.–14. 5. 2027</w:t>
            </w:r>
          </w:p>
        </w:tc>
        <w:tc>
          <w:tcPr>
            <w:tcW w:w="2268" w:type="dxa"/>
            <w:tcMar>
              <w:top w:w="70" w:type="dxa"/>
              <w:left w:w="90" w:type="dxa"/>
              <w:bottom w:w="70" w:type="dxa"/>
              <w:right w:w="90" w:type="dxa"/>
            </w:tcMar>
            <w:vAlign w:val="center"/>
          </w:tcPr>
          <w:p w14:paraId="35CE0BB6"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CA40FE5" w14:textId="77777777" w:rsidR="008D43AB" w:rsidRDefault="00000000">
            <w:r>
              <w:rPr>
                <w:b/>
                <w:color w:val="000000"/>
                <w:sz w:val="16"/>
              </w:rPr>
              <w:t xml:space="preserve">ŠTEVILO UR: </w:t>
            </w:r>
            <w:r>
              <w:rPr>
                <w:color w:val="000000"/>
                <w:sz w:val="16"/>
              </w:rPr>
              <w:t>1</w:t>
            </w:r>
          </w:p>
        </w:tc>
      </w:tr>
      <w:tr w:rsidR="008D43AB" w14:paraId="269545A2" w14:textId="77777777">
        <w:trPr>
          <w:jc w:val="center"/>
        </w:trPr>
        <w:tc>
          <w:tcPr>
            <w:tcW w:w="14061" w:type="dxa"/>
            <w:gridSpan w:val="6"/>
            <w:tcMar>
              <w:top w:w="70" w:type="dxa"/>
              <w:left w:w="90" w:type="dxa"/>
              <w:bottom w:w="70" w:type="dxa"/>
              <w:right w:w="90" w:type="dxa"/>
            </w:tcMar>
            <w:vAlign w:val="center"/>
          </w:tcPr>
          <w:p w14:paraId="6A0D9836"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1EFF3F21" w14:textId="77777777">
        <w:trPr>
          <w:cantSplit/>
          <w:jc w:val="center"/>
        </w:trPr>
        <w:tc>
          <w:tcPr>
            <w:tcW w:w="14060" w:type="dxa"/>
            <w:gridSpan w:val="6"/>
            <w:tcMar>
              <w:top w:w="70" w:type="dxa"/>
              <w:left w:w="90" w:type="dxa"/>
              <w:bottom w:w="70" w:type="dxa"/>
              <w:right w:w="90" w:type="dxa"/>
            </w:tcMar>
            <w:vAlign w:val="center"/>
          </w:tcPr>
          <w:p w14:paraId="479D0E8D" w14:textId="77777777" w:rsidR="008D43AB" w:rsidRDefault="008D43AB"/>
          <w:p w14:paraId="6F4401A0" w14:textId="77777777" w:rsidR="008D43AB" w:rsidRDefault="00000000">
            <w:pPr>
              <w:spacing w:line="245" w:lineRule="auto"/>
            </w:pPr>
            <w:r>
              <w:rPr>
                <w:b/>
                <w:color w:val="000000"/>
                <w:sz w:val="16"/>
              </w:rPr>
              <w:t xml:space="preserve">UČNI SKLOP: </w:t>
            </w:r>
            <w:r>
              <w:rPr>
                <w:color w:val="000000"/>
                <w:sz w:val="16"/>
              </w:rPr>
              <w:t>POKRAJINA, PROSTOR IN TRAJNOSTNA SKUPNOST</w:t>
            </w:r>
          </w:p>
        </w:tc>
      </w:tr>
      <w:tr w:rsidR="008D43AB" w14:paraId="2E565EC0" w14:textId="77777777">
        <w:trPr>
          <w:cantSplit/>
          <w:jc w:val="center"/>
        </w:trPr>
        <w:tc>
          <w:tcPr>
            <w:tcW w:w="14060" w:type="dxa"/>
            <w:gridSpan w:val="6"/>
            <w:tcMar>
              <w:top w:w="70" w:type="dxa"/>
              <w:left w:w="90" w:type="dxa"/>
              <w:bottom w:w="70" w:type="dxa"/>
              <w:right w:w="90" w:type="dxa"/>
            </w:tcMar>
            <w:vAlign w:val="center"/>
          </w:tcPr>
          <w:p w14:paraId="41258CF6" w14:textId="77777777" w:rsidR="008D43AB" w:rsidRDefault="008D43AB"/>
          <w:p w14:paraId="589D8724" w14:textId="77777777" w:rsidR="008D43AB" w:rsidRDefault="00000000">
            <w:pPr>
              <w:spacing w:line="245" w:lineRule="auto"/>
            </w:pPr>
            <w:r>
              <w:rPr>
                <w:b/>
                <w:color w:val="000000"/>
                <w:sz w:val="16"/>
              </w:rPr>
              <w:t xml:space="preserve">UČNA TEMA: </w:t>
            </w:r>
            <w:r>
              <w:rPr>
                <w:color w:val="000000"/>
                <w:sz w:val="16"/>
              </w:rPr>
              <w:t>ZVOČNI ZEMLJEVID</w:t>
            </w:r>
          </w:p>
        </w:tc>
      </w:tr>
      <w:tr w:rsidR="008D43AB" w14:paraId="2D2C5D8F" w14:textId="77777777">
        <w:trPr>
          <w:cantSplit/>
          <w:jc w:val="center"/>
        </w:trPr>
        <w:tc>
          <w:tcPr>
            <w:tcW w:w="14060" w:type="dxa"/>
            <w:gridSpan w:val="6"/>
            <w:tcMar>
              <w:top w:w="70" w:type="dxa"/>
              <w:left w:w="90" w:type="dxa"/>
              <w:bottom w:w="70" w:type="dxa"/>
              <w:right w:w="90" w:type="dxa"/>
            </w:tcMar>
            <w:vAlign w:val="center"/>
          </w:tcPr>
          <w:p w14:paraId="427DAA17" w14:textId="77777777" w:rsidR="008D43AB" w:rsidRDefault="008D43AB"/>
          <w:p w14:paraId="69F312FD" w14:textId="77777777" w:rsidR="008D43AB" w:rsidRDefault="00000000">
            <w:pPr>
              <w:spacing w:line="245" w:lineRule="auto"/>
            </w:pPr>
            <w:r>
              <w:rPr>
                <w:b/>
                <w:color w:val="000000"/>
                <w:sz w:val="16"/>
              </w:rPr>
              <w:t xml:space="preserve">KNJIŽEVNO / MOTIVNO IZHODIŠČE: </w:t>
            </w:r>
            <w:r>
              <w:rPr>
                <w:color w:val="000000"/>
                <w:sz w:val="16"/>
              </w:rPr>
              <w:t>»Bobek in barčica« – Anja Štefan • NADALJEVANJE • orientacija, načrt poti, morje in varno raziskovanje obale</w:t>
            </w:r>
          </w:p>
        </w:tc>
      </w:tr>
      <w:tr w:rsidR="008D43AB" w14:paraId="21EEDB23" w14:textId="77777777">
        <w:trPr>
          <w:cantSplit/>
          <w:jc w:val="center"/>
        </w:trPr>
        <w:tc>
          <w:tcPr>
            <w:tcW w:w="14060" w:type="dxa"/>
            <w:gridSpan w:val="6"/>
            <w:tcMar>
              <w:top w:w="70" w:type="dxa"/>
              <w:left w:w="90" w:type="dxa"/>
              <w:bottom w:w="70" w:type="dxa"/>
              <w:right w:w="90" w:type="dxa"/>
            </w:tcMar>
            <w:vAlign w:val="center"/>
          </w:tcPr>
          <w:p w14:paraId="1A0E1523" w14:textId="77777777" w:rsidR="008D43AB" w:rsidRDefault="008D43AB"/>
          <w:p w14:paraId="294D9F8E" w14:textId="77777777" w:rsidR="008D43AB" w:rsidRDefault="00000000">
            <w:pPr>
              <w:spacing w:line="245" w:lineRule="auto"/>
            </w:pPr>
            <w:r>
              <w:rPr>
                <w:b/>
                <w:color w:val="000000"/>
                <w:sz w:val="16"/>
              </w:rPr>
              <w:t xml:space="preserve">GLASBENO IZHODIŠČE / REPERTOAR: </w:t>
            </w:r>
            <w:r>
              <w:rPr>
                <w:color w:val="000000"/>
                <w:sz w:val="16"/>
              </w:rPr>
              <w:t>zvoki morja; »Barčica po morju plava«; zvočni zemljevid</w:t>
            </w:r>
          </w:p>
        </w:tc>
      </w:tr>
      <w:tr w:rsidR="008D43AB" w14:paraId="6B2D0095" w14:textId="77777777">
        <w:trPr>
          <w:cantSplit/>
          <w:jc w:val="center"/>
        </w:trPr>
        <w:tc>
          <w:tcPr>
            <w:tcW w:w="14060" w:type="dxa"/>
            <w:gridSpan w:val="6"/>
            <w:tcMar>
              <w:top w:w="70" w:type="dxa"/>
              <w:left w:w="90" w:type="dxa"/>
              <w:bottom w:w="70" w:type="dxa"/>
              <w:right w:w="90" w:type="dxa"/>
            </w:tcMar>
            <w:vAlign w:val="center"/>
          </w:tcPr>
          <w:p w14:paraId="63598B4E" w14:textId="77777777" w:rsidR="008D43AB" w:rsidRDefault="008D43AB"/>
          <w:p w14:paraId="7D421503" w14:textId="77777777" w:rsidR="008D43AB" w:rsidRDefault="00000000">
            <w:pPr>
              <w:spacing w:line="245" w:lineRule="auto"/>
            </w:pPr>
            <w:r>
              <w:rPr>
                <w:b/>
                <w:color w:val="000000"/>
                <w:sz w:val="16"/>
              </w:rPr>
              <w:t xml:space="preserve">UČNE ENOTE: </w:t>
            </w:r>
            <w:r>
              <w:rPr>
                <w:color w:val="000000"/>
                <w:sz w:val="16"/>
              </w:rPr>
              <w:t>1. ura – Zvočni Zemljevid – Ustvarim in nastopim</w:t>
            </w:r>
          </w:p>
        </w:tc>
      </w:tr>
      <w:tr w:rsidR="008D43AB" w14:paraId="0056B39D" w14:textId="77777777">
        <w:trPr>
          <w:cantSplit/>
          <w:jc w:val="center"/>
        </w:trPr>
        <w:tc>
          <w:tcPr>
            <w:tcW w:w="14060" w:type="dxa"/>
            <w:gridSpan w:val="6"/>
            <w:tcMar>
              <w:top w:w="70" w:type="dxa"/>
              <w:left w:w="90" w:type="dxa"/>
              <w:bottom w:w="70" w:type="dxa"/>
              <w:right w:w="90" w:type="dxa"/>
            </w:tcMar>
            <w:vAlign w:val="center"/>
          </w:tcPr>
          <w:p w14:paraId="387C54EE" w14:textId="77777777" w:rsidR="008D43AB" w:rsidRDefault="008D43AB"/>
          <w:p w14:paraId="14D31198"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26FD70B0" w14:textId="77777777">
        <w:trPr>
          <w:cantSplit/>
          <w:jc w:val="center"/>
        </w:trPr>
        <w:tc>
          <w:tcPr>
            <w:tcW w:w="14060" w:type="dxa"/>
            <w:gridSpan w:val="6"/>
            <w:tcMar>
              <w:top w:w="70" w:type="dxa"/>
              <w:left w:w="90" w:type="dxa"/>
              <w:bottom w:w="70" w:type="dxa"/>
              <w:right w:w="90" w:type="dxa"/>
            </w:tcMar>
            <w:vAlign w:val="center"/>
          </w:tcPr>
          <w:p w14:paraId="193534C7" w14:textId="77777777" w:rsidR="008D43AB" w:rsidRDefault="008D43AB"/>
          <w:p w14:paraId="29366640"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79E20E89" w14:textId="77777777">
        <w:trPr>
          <w:cantSplit/>
          <w:jc w:val="center"/>
        </w:trPr>
        <w:tc>
          <w:tcPr>
            <w:tcW w:w="14060" w:type="dxa"/>
            <w:gridSpan w:val="6"/>
            <w:tcMar>
              <w:top w:w="70" w:type="dxa"/>
              <w:left w:w="90" w:type="dxa"/>
              <w:bottom w:w="70" w:type="dxa"/>
              <w:right w:w="90" w:type="dxa"/>
            </w:tcMar>
            <w:vAlign w:val="center"/>
          </w:tcPr>
          <w:p w14:paraId="63D8C7E8" w14:textId="77777777" w:rsidR="008D43AB" w:rsidRDefault="008D43AB"/>
          <w:p w14:paraId="0E7A036C"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308E649A" w14:textId="77777777">
        <w:trPr>
          <w:cantSplit/>
          <w:jc w:val="center"/>
        </w:trPr>
        <w:tc>
          <w:tcPr>
            <w:tcW w:w="14060" w:type="dxa"/>
            <w:gridSpan w:val="6"/>
            <w:tcMar>
              <w:top w:w="70" w:type="dxa"/>
              <w:left w:w="90" w:type="dxa"/>
              <w:bottom w:w="70" w:type="dxa"/>
              <w:right w:w="90" w:type="dxa"/>
            </w:tcMar>
            <w:vAlign w:val="center"/>
          </w:tcPr>
          <w:p w14:paraId="7054A8D5" w14:textId="77777777" w:rsidR="008D43AB" w:rsidRDefault="008D43AB"/>
          <w:p w14:paraId="7ADDF860" w14:textId="77777777" w:rsidR="008D43AB" w:rsidRDefault="00000000">
            <w:pPr>
              <w:spacing w:line="245" w:lineRule="auto"/>
            </w:pPr>
            <w:r>
              <w:rPr>
                <w:b/>
                <w:color w:val="000000"/>
                <w:sz w:val="16"/>
              </w:rPr>
              <w:t xml:space="preserve">MEDPREDMETNE POVEZAVE: </w:t>
            </w:r>
            <w:r>
              <w:rPr>
                <w:color w:val="000000"/>
                <w:sz w:val="16"/>
              </w:rPr>
              <w:t>SPO – orientacija, načrt poti, morje in varno raziskovanje obale; SLJ – poslušanje, ritmični govor in opis doživetja; ŠPO – pulz, tempo, gibalni odziv in prostorska orientacija; LUM – simbol, barva, linija in zvočni zapis</w:t>
            </w:r>
          </w:p>
        </w:tc>
      </w:tr>
      <w:tr w:rsidR="008D43AB" w14:paraId="0B71B00E" w14:textId="77777777">
        <w:trPr>
          <w:cantSplit/>
          <w:jc w:val="center"/>
        </w:trPr>
        <w:tc>
          <w:tcPr>
            <w:tcW w:w="14060" w:type="dxa"/>
            <w:gridSpan w:val="6"/>
            <w:tcMar>
              <w:top w:w="70" w:type="dxa"/>
              <w:left w:w="90" w:type="dxa"/>
              <w:bottom w:w="70" w:type="dxa"/>
              <w:right w:w="90" w:type="dxa"/>
            </w:tcMar>
            <w:vAlign w:val="center"/>
          </w:tcPr>
          <w:p w14:paraId="61B626CF" w14:textId="77777777" w:rsidR="008D43AB" w:rsidRDefault="008D43AB"/>
          <w:p w14:paraId="23FBBC40"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1B3661C5" w14:textId="77777777">
        <w:trPr>
          <w:cantSplit/>
          <w:jc w:val="center"/>
        </w:trPr>
        <w:tc>
          <w:tcPr>
            <w:tcW w:w="14060" w:type="dxa"/>
            <w:gridSpan w:val="6"/>
            <w:tcMar>
              <w:top w:w="70" w:type="dxa"/>
              <w:left w:w="90" w:type="dxa"/>
              <w:bottom w:w="70" w:type="dxa"/>
              <w:right w:w="90" w:type="dxa"/>
            </w:tcMar>
            <w:vAlign w:val="center"/>
          </w:tcPr>
          <w:p w14:paraId="237BC388" w14:textId="77777777" w:rsidR="008D43AB" w:rsidRDefault="008D43AB"/>
          <w:p w14:paraId="5E0905F5"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C69949E" w14:textId="77777777">
        <w:trPr>
          <w:cantSplit/>
          <w:jc w:val="center"/>
        </w:trPr>
        <w:tc>
          <w:tcPr>
            <w:tcW w:w="14060" w:type="dxa"/>
            <w:gridSpan w:val="6"/>
            <w:tcMar>
              <w:top w:w="70" w:type="dxa"/>
              <w:left w:w="90" w:type="dxa"/>
              <w:bottom w:w="70" w:type="dxa"/>
              <w:right w:w="90" w:type="dxa"/>
            </w:tcMar>
            <w:vAlign w:val="center"/>
          </w:tcPr>
          <w:p w14:paraId="10518D46" w14:textId="77777777" w:rsidR="008D43AB" w:rsidRDefault="008D43AB"/>
          <w:p w14:paraId="23A56D94" w14:textId="77777777" w:rsidR="008D43AB" w:rsidRDefault="00000000">
            <w:pPr>
              <w:spacing w:line="245" w:lineRule="auto"/>
            </w:pPr>
            <w:r>
              <w:rPr>
                <w:b/>
                <w:color w:val="000000"/>
                <w:sz w:val="16"/>
              </w:rPr>
              <w:t xml:space="preserve">OCENJEVANJE / DAN DEJAVNOSTI: </w:t>
            </w:r>
            <w:r>
              <w:rPr>
                <w:color w:val="000000"/>
                <w:sz w:val="16"/>
              </w:rPr>
              <w:t>NARAVOSLOVNI DAN</w:t>
            </w:r>
          </w:p>
        </w:tc>
      </w:tr>
      <w:tr w:rsidR="008D43AB" w14:paraId="7DC5562E" w14:textId="77777777">
        <w:trPr>
          <w:cantSplit/>
          <w:jc w:val="center"/>
        </w:trPr>
        <w:tc>
          <w:tcPr>
            <w:tcW w:w="14060" w:type="dxa"/>
            <w:gridSpan w:val="6"/>
            <w:tcMar>
              <w:top w:w="70" w:type="dxa"/>
              <w:left w:w="90" w:type="dxa"/>
              <w:bottom w:w="70" w:type="dxa"/>
              <w:right w:w="90" w:type="dxa"/>
            </w:tcMar>
            <w:vAlign w:val="center"/>
          </w:tcPr>
          <w:p w14:paraId="197740AD" w14:textId="77777777" w:rsidR="008D43AB" w:rsidRDefault="008D43AB"/>
          <w:p w14:paraId="0EF8E712"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16882F3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C24855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87A78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C336E8A" w14:textId="77777777" w:rsidR="008D43AB" w:rsidRDefault="00000000">
            <w:pPr>
              <w:jc w:val="center"/>
            </w:pPr>
            <w:r>
              <w:rPr>
                <w:b/>
                <w:color w:val="000000"/>
                <w:sz w:val="20"/>
              </w:rPr>
              <w:t>UČNE DEJAVNOSTI, METODE IN FORMATIVNO SPREMLJANJE</w:t>
            </w:r>
          </w:p>
        </w:tc>
      </w:tr>
      <w:tr w:rsidR="008D43AB" w14:paraId="1CE32110" w14:textId="77777777">
        <w:trPr>
          <w:tblHeader/>
          <w:jc w:val="center"/>
        </w:trPr>
        <w:tc>
          <w:tcPr>
            <w:tcW w:w="4422" w:type="dxa"/>
            <w:vMerge/>
            <w:tcMar>
              <w:top w:w="70" w:type="dxa"/>
              <w:left w:w="90" w:type="dxa"/>
              <w:bottom w:w="70" w:type="dxa"/>
              <w:right w:w="90" w:type="dxa"/>
            </w:tcMar>
            <w:vAlign w:val="center"/>
          </w:tcPr>
          <w:p w14:paraId="501B49EB" w14:textId="77777777" w:rsidR="008D43AB" w:rsidRDefault="008D43AB"/>
        </w:tc>
        <w:tc>
          <w:tcPr>
            <w:tcW w:w="7087" w:type="dxa"/>
            <w:shd w:val="clear" w:color="auto" w:fill="FFFFFF"/>
            <w:tcMar>
              <w:top w:w="70" w:type="dxa"/>
              <w:left w:w="90" w:type="dxa"/>
              <w:bottom w:w="70" w:type="dxa"/>
              <w:right w:w="90" w:type="dxa"/>
            </w:tcMar>
            <w:vAlign w:val="center"/>
          </w:tcPr>
          <w:p w14:paraId="41EF9FF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0D8167B" w14:textId="77777777" w:rsidR="008D43AB" w:rsidRDefault="00000000">
            <w:pPr>
              <w:jc w:val="center"/>
            </w:pPr>
            <w:r>
              <w:rPr>
                <w:b/>
                <w:color w:val="000000"/>
              </w:rPr>
              <w:t>UČENEC</w:t>
            </w:r>
          </w:p>
        </w:tc>
      </w:tr>
      <w:tr w:rsidR="008D43AB" w14:paraId="11956724" w14:textId="77777777">
        <w:trPr>
          <w:jc w:val="center"/>
        </w:trPr>
        <w:tc>
          <w:tcPr>
            <w:tcW w:w="4422" w:type="dxa"/>
            <w:tcMar>
              <w:top w:w="70" w:type="dxa"/>
              <w:left w:w="90" w:type="dxa"/>
              <w:bottom w:w="70" w:type="dxa"/>
              <w:right w:w="90" w:type="dxa"/>
            </w:tcMar>
          </w:tcPr>
          <w:p w14:paraId="50781504" w14:textId="77777777" w:rsidR="008D43AB" w:rsidRDefault="008D43AB"/>
          <w:p w14:paraId="29CB08C1" w14:textId="77777777" w:rsidR="008D43AB" w:rsidRDefault="00000000">
            <w:pPr>
              <w:spacing w:after="60" w:line="245" w:lineRule="auto"/>
            </w:pPr>
            <w:r>
              <w:rPr>
                <w:b/>
                <w:color w:val="000000"/>
              </w:rPr>
              <w:t>UČNI CILJI</w:t>
            </w:r>
          </w:p>
          <w:p w14:paraId="6D1BA6D5" w14:textId="77777777" w:rsidR="008D43AB" w:rsidRDefault="00000000">
            <w:pPr>
              <w:spacing w:after="20" w:line="245" w:lineRule="auto"/>
            </w:pPr>
            <w:r>
              <w:rPr>
                <w:b/>
                <w:color w:val="000000"/>
                <w:sz w:val="17"/>
              </w:rPr>
              <w:t>SPLOŠNI</w:t>
            </w:r>
          </w:p>
          <w:p w14:paraId="58DC2799"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10E7F9EB" w14:textId="77777777" w:rsidR="008D43AB" w:rsidRDefault="00000000">
            <w:pPr>
              <w:pStyle w:val="Oznaenseznam"/>
              <w:spacing w:after="16"/>
            </w:pPr>
            <w:r>
              <w:rPr>
                <w:color w:val="000000"/>
                <w:sz w:val="16"/>
              </w:rPr>
              <w:t>poje, ritmično govori ter uporablja telo, glasbila in predmete kot zvočne vire</w:t>
            </w:r>
          </w:p>
          <w:p w14:paraId="2E6B5DFA" w14:textId="77777777" w:rsidR="008D43AB" w:rsidRDefault="00000000">
            <w:pPr>
              <w:pStyle w:val="Oznaenseznam"/>
              <w:spacing w:after="16"/>
            </w:pPr>
            <w:r>
              <w:rPr>
                <w:color w:val="000000"/>
                <w:sz w:val="16"/>
              </w:rPr>
              <w:t>razlikuje izbrane lastnosti zvoka in glasbe ter varuje sluh in odgovorno uporablja glasbila</w:t>
            </w:r>
          </w:p>
          <w:p w14:paraId="6800FCBC"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08ECABFD" w14:textId="77777777" w:rsidR="008D43AB" w:rsidRDefault="00000000">
            <w:pPr>
              <w:spacing w:before="40" w:after="20" w:line="245" w:lineRule="auto"/>
            </w:pPr>
            <w:r>
              <w:rPr>
                <w:b/>
                <w:color w:val="000000"/>
                <w:sz w:val="17"/>
              </w:rPr>
              <w:t>OPERATIVNI</w:t>
            </w:r>
          </w:p>
          <w:p w14:paraId="7A8ECDC4" w14:textId="77777777" w:rsidR="008D43AB" w:rsidRDefault="00000000">
            <w:pPr>
              <w:pStyle w:val="Oznaenseznam"/>
              <w:spacing w:after="16"/>
            </w:pPr>
            <w:r>
              <w:rPr>
                <w:color w:val="000000"/>
                <w:sz w:val="16"/>
              </w:rPr>
              <w:t>opazuje zvoke kraja</w:t>
            </w:r>
          </w:p>
          <w:p w14:paraId="5378D5A2" w14:textId="77777777" w:rsidR="008D43AB" w:rsidRDefault="00000000">
            <w:pPr>
              <w:pStyle w:val="Oznaenseznam"/>
              <w:spacing w:after="16"/>
            </w:pPr>
            <w:r>
              <w:rPr>
                <w:color w:val="000000"/>
                <w:sz w:val="16"/>
              </w:rPr>
              <w:t>uporabi slikovne simbole</w:t>
            </w:r>
          </w:p>
          <w:p w14:paraId="5DA88463" w14:textId="77777777" w:rsidR="008D43AB" w:rsidRDefault="00000000">
            <w:pPr>
              <w:pStyle w:val="Oznaenseznam"/>
              <w:spacing w:after="16"/>
            </w:pPr>
            <w:r>
              <w:rPr>
                <w:color w:val="000000"/>
                <w:sz w:val="16"/>
              </w:rPr>
              <w:t>izvede zvočno pot</w:t>
            </w:r>
          </w:p>
          <w:p w14:paraId="24EBB052" w14:textId="77777777" w:rsidR="008D43AB" w:rsidRDefault="00000000">
            <w:pPr>
              <w:spacing w:before="40" w:after="20" w:line="245" w:lineRule="auto"/>
            </w:pPr>
            <w:r>
              <w:rPr>
                <w:b/>
                <w:color w:val="000000"/>
                <w:sz w:val="17"/>
              </w:rPr>
              <w:t>PRIČAKOVANI DOSEŽKI / MINIMALNI POUDARKI</w:t>
            </w:r>
          </w:p>
          <w:p w14:paraId="00D7F1EA" w14:textId="77777777" w:rsidR="008D43AB" w:rsidRDefault="00000000">
            <w:pPr>
              <w:pStyle w:val="Oznaenseznam"/>
              <w:spacing w:after="16"/>
            </w:pPr>
            <w:r>
              <w:rPr>
                <w:color w:val="000000"/>
                <w:sz w:val="15"/>
              </w:rPr>
              <w:t>samostojno oziroma z dogovorjeno oporo opazuje zvoke kraja</w:t>
            </w:r>
          </w:p>
          <w:p w14:paraId="7768535B" w14:textId="77777777" w:rsidR="008D43AB" w:rsidRDefault="00000000">
            <w:pPr>
              <w:pStyle w:val="Oznaenseznam"/>
              <w:spacing w:after="16"/>
            </w:pPr>
            <w:r>
              <w:rPr>
                <w:color w:val="000000"/>
                <w:sz w:val="15"/>
              </w:rPr>
              <w:t>samostojno oziroma z dogovorjeno oporo uporabi slikovne simbole</w:t>
            </w:r>
          </w:p>
          <w:p w14:paraId="7852B07C" w14:textId="77777777" w:rsidR="008D43AB" w:rsidRDefault="00000000">
            <w:pPr>
              <w:pStyle w:val="Oznaenseznam"/>
              <w:spacing w:after="16"/>
            </w:pPr>
            <w:r>
              <w:rPr>
                <w:color w:val="000000"/>
                <w:sz w:val="15"/>
              </w:rPr>
              <w:t>samostojno oziroma z dogovorjeno oporo izvede zvočno pot</w:t>
            </w:r>
          </w:p>
        </w:tc>
        <w:tc>
          <w:tcPr>
            <w:tcW w:w="7087" w:type="dxa"/>
            <w:tcMar>
              <w:top w:w="70" w:type="dxa"/>
              <w:left w:w="90" w:type="dxa"/>
              <w:bottom w:w="70" w:type="dxa"/>
              <w:right w:w="90" w:type="dxa"/>
            </w:tcMar>
          </w:tcPr>
          <w:p w14:paraId="1749761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D21BE15" w14:textId="77777777">
              <w:trPr>
                <w:jc w:val="center"/>
              </w:trPr>
              <w:tc>
                <w:tcPr>
                  <w:tcW w:w="7087" w:type="dxa"/>
                  <w:shd w:val="clear" w:color="auto" w:fill="C6E7F3"/>
                  <w:tcMar>
                    <w:top w:w="45" w:type="dxa"/>
                    <w:left w:w="70" w:type="dxa"/>
                    <w:bottom w:w="45" w:type="dxa"/>
                    <w:right w:w="70" w:type="dxa"/>
                  </w:tcMar>
                </w:tcPr>
                <w:p w14:paraId="7845141E" w14:textId="77777777" w:rsidR="008D43AB" w:rsidRDefault="00000000">
                  <w:pPr>
                    <w:keepNext/>
                  </w:pPr>
                  <w:r>
                    <w:rPr>
                      <w:b/>
                      <w:color w:val="000000"/>
                    </w:rPr>
                    <w:t>UVODNI DEL – zvočna motivacija, aktivacija predznanja in namen učenja (8–12 min)</w:t>
                  </w:r>
                </w:p>
              </w:tc>
            </w:tr>
          </w:tbl>
          <w:p w14:paraId="6285F6C8" w14:textId="77777777" w:rsidR="008D43AB" w:rsidRDefault="008D43AB">
            <w:pPr>
              <w:spacing w:line="20" w:lineRule="exact"/>
            </w:pPr>
          </w:p>
          <w:p w14:paraId="4859379D" w14:textId="77777777" w:rsidR="008D43AB" w:rsidRDefault="00000000">
            <w:pPr>
              <w:spacing w:before="40" w:after="60" w:line="245" w:lineRule="auto"/>
            </w:pPr>
            <w:r>
              <w:rPr>
                <w:color w:val="000000"/>
                <w:sz w:val="16"/>
              </w:rPr>
              <w:t>Učenci ob motivu »Bobek in barčica« – Anja Štefan • NADALJEVANJE vstopijo v temo orientacija, načrt poti, morje in varno raziskovanje obale. Najprej v tišini poslušajo kratek zvočni odlomek ali učiteljičino izvedbo (zvoki morja; »Barčica po morju plava«; zvočni zemljevid),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128BAF34" w14:textId="77777777">
              <w:trPr>
                <w:jc w:val="center"/>
              </w:trPr>
              <w:tc>
                <w:tcPr>
                  <w:tcW w:w="7087" w:type="dxa"/>
                  <w:shd w:val="clear" w:color="auto" w:fill="EDC9EA"/>
                  <w:tcMar>
                    <w:top w:w="45" w:type="dxa"/>
                    <w:left w:w="70" w:type="dxa"/>
                    <w:bottom w:w="45" w:type="dxa"/>
                    <w:right w:w="70" w:type="dxa"/>
                  </w:tcMar>
                </w:tcPr>
                <w:p w14:paraId="21B75D86" w14:textId="77777777" w:rsidR="008D43AB" w:rsidRDefault="00000000">
                  <w:pPr>
                    <w:keepNext/>
                  </w:pPr>
                  <w:r>
                    <w:rPr>
                      <w:b/>
                      <w:color w:val="000000"/>
                    </w:rPr>
                    <w:t>NAMENI UČENJA</w:t>
                  </w:r>
                </w:p>
              </w:tc>
            </w:tr>
          </w:tbl>
          <w:p w14:paraId="13CD2959" w14:textId="77777777" w:rsidR="008D43AB" w:rsidRDefault="008D43AB">
            <w:pPr>
              <w:spacing w:line="20" w:lineRule="exact"/>
            </w:pPr>
          </w:p>
          <w:p w14:paraId="40B7EB70"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6ACFF2B0" w14:textId="77777777" w:rsidR="008D43AB" w:rsidRDefault="00000000">
            <w:pPr>
              <w:pStyle w:val="Oznaenseznam"/>
              <w:spacing w:after="16"/>
            </w:pPr>
            <w:r>
              <w:rPr>
                <w:color w:val="000000"/>
                <w:sz w:val="16"/>
              </w:rPr>
              <w:t>opazujem zvoke kraja</w:t>
            </w:r>
          </w:p>
          <w:p w14:paraId="469E4352" w14:textId="77777777" w:rsidR="008D43AB" w:rsidRDefault="00000000">
            <w:pPr>
              <w:pStyle w:val="Oznaenseznam"/>
              <w:spacing w:after="16"/>
            </w:pPr>
            <w:r>
              <w:rPr>
                <w:color w:val="000000"/>
                <w:sz w:val="16"/>
              </w:rPr>
              <w:t>uporabim slikovne simbole</w:t>
            </w:r>
          </w:p>
          <w:p w14:paraId="40898485" w14:textId="77777777" w:rsidR="008D43AB" w:rsidRDefault="00000000">
            <w:pPr>
              <w:pStyle w:val="Oznaenseznam"/>
              <w:spacing w:after="16"/>
            </w:pPr>
            <w:r>
              <w:rPr>
                <w:color w:val="000000"/>
                <w:sz w:val="16"/>
              </w:rPr>
              <w:t>izvedem zvočno pot</w:t>
            </w:r>
          </w:p>
          <w:tbl>
            <w:tblPr>
              <w:tblStyle w:val="Tabelamrea"/>
              <w:tblW w:w="0" w:type="auto"/>
              <w:jc w:val="center"/>
              <w:tblLayout w:type="fixed"/>
              <w:tblLook w:val="04A0" w:firstRow="1" w:lastRow="0" w:firstColumn="1" w:lastColumn="0" w:noHBand="0" w:noVBand="1"/>
            </w:tblPr>
            <w:tblGrid>
              <w:gridCol w:w="7087"/>
            </w:tblGrid>
            <w:tr w:rsidR="008D43AB" w14:paraId="00BC4BDB" w14:textId="77777777">
              <w:trPr>
                <w:jc w:val="center"/>
              </w:trPr>
              <w:tc>
                <w:tcPr>
                  <w:tcW w:w="7087" w:type="dxa"/>
                  <w:shd w:val="clear" w:color="auto" w:fill="EDC9EA"/>
                  <w:tcMar>
                    <w:top w:w="45" w:type="dxa"/>
                    <w:left w:w="70" w:type="dxa"/>
                    <w:bottom w:w="45" w:type="dxa"/>
                    <w:right w:w="70" w:type="dxa"/>
                  </w:tcMar>
                </w:tcPr>
                <w:p w14:paraId="76ADB316" w14:textId="77777777" w:rsidR="008D43AB" w:rsidRDefault="00000000">
                  <w:pPr>
                    <w:keepNext/>
                  </w:pPr>
                  <w:r>
                    <w:rPr>
                      <w:b/>
                      <w:color w:val="000000"/>
                    </w:rPr>
                    <w:t>PREVERJANJE PREDZNANJA</w:t>
                  </w:r>
                </w:p>
              </w:tc>
            </w:tr>
          </w:tbl>
          <w:p w14:paraId="52B6C395" w14:textId="77777777" w:rsidR="008D43AB" w:rsidRDefault="008D43AB">
            <w:pPr>
              <w:spacing w:line="20" w:lineRule="exact"/>
            </w:pPr>
          </w:p>
          <w:p w14:paraId="487A1FB8" w14:textId="77777777" w:rsidR="008D43AB" w:rsidRDefault="00000000">
            <w:pPr>
              <w:pStyle w:val="Oznaenseznam"/>
              <w:spacing w:after="16"/>
            </w:pPr>
            <w:r>
              <w:rPr>
                <w:color w:val="000000"/>
                <w:sz w:val="16"/>
              </w:rPr>
              <w:t>Kaj mi zvok, naslov, slika ali motiv pove o temi orientacija, načrt poti, morje in varno raziskovanje obale?</w:t>
            </w:r>
          </w:p>
          <w:p w14:paraId="101FAD10" w14:textId="77777777" w:rsidR="008D43AB" w:rsidRDefault="00000000">
            <w:pPr>
              <w:pStyle w:val="Oznaenseznam"/>
              <w:spacing w:after="16"/>
            </w:pPr>
            <w:r>
              <w:rPr>
                <w:color w:val="000000"/>
                <w:sz w:val="16"/>
              </w:rPr>
              <w:t>Kako lahko s poslušanjem, glasom, telesom, glasbilom ali simbolom pokažem, kaj že znam pri temi »ZVOČNI ZEMLJEVID«?</w:t>
            </w:r>
          </w:p>
          <w:p w14:paraId="2A3F02C6"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75DA6AEB" w14:textId="77777777">
              <w:trPr>
                <w:jc w:val="center"/>
              </w:trPr>
              <w:tc>
                <w:tcPr>
                  <w:tcW w:w="7087" w:type="dxa"/>
                  <w:shd w:val="clear" w:color="auto" w:fill="EDC9EA"/>
                  <w:tcMar>
                    <w:top w:w="45" w:type="dxa"/>
                    <w:left w:w="70" w:type="dxa"/>
                    <w:bottom w:w="45" w:type="dxa"/>
                    <w:right w:w="70" w:type="dxa"/>
                  </w:tcMar>
                </w:tcPr>
                <w:p w14:paraId="4E5A361A" w14:textId="77777777" w:rsidR="008D43AB" w:rsidRDefault="00000000">
                  <w:pPr>
                    <w:keepNext/>
                  </w:pPr>
                  <w:r>
                    <w:rPr>
                      <w:b/>
                      <w:color w:val="000000"/>
                    </w:rPr>
                    <w:t>KRITERIJI USPEŠNOSTI</w:t>
                  </w:r>
                </w:p>
              </w:tc>
            </w:tr>
          </w:tbl>
          <w:p w14:paraId="5744B3A7" w14:textId="77777777" w:rsidR="008D43AB" w:rsidRDefault="008D43AB"/>
          <w:p w14:paraId="01ACF84C" w14:textId="77777777" w:rsidR="008D43AB" w:rsidRDefault="00000000">
            <w:pPr>
              <w:spacing w:before="20" w:after="20" w:line="245" w:lineRule="auto"/>
            </w:pPr>
            <w:r>
              <w:rPr>
                <w:b/>
                <w:color w:val="000000"/>
                <w:sz w:val="16"/>
              </w:rPr>
              <w:t>Uspešen/-na bom, ko:</w:t>
            </w:r>
          </w:p>
          <w:p w14:paraId="63BE1AED" w14:textId="77777777" w:rsidR="008D43AB" w:rsidRDefault="00000000">
            <w:pPr>
              <w:pStyle w:val="Oznaenseznam"/>
              <w:spacing w:after="16"/>
            </w:pPr>
            <w:r>
              <w:rPr>
                <w:color w:val="000000"/>
                <w:sz w:val="16"/>
              </w:rPr>
              <w:t>opazujem zvoke kraja</w:t>
            </w:r>
          </w:p>
          <w:p w14:paraId="0F1BF375" w14:textId="77777777" w:rsidR="008D43AB" w:rsidRDefault="00000000">
            <w:pPr>
              <w:pStyle w:val="Oznaenseznam"/>
              <w:spacing w:after="16"/>
            </w:pPr>
            <w:r>
              <w:rPr>
                <w:color w:val="000000"/>
                <w:sz w:val="16"/>
              </w:rPr>
              <w:t>uporabim slikovne simbole</w:t>
            </w:r>
          </w:p>
          <w:p w14:paraId="3E579590" w14:textId="77777777" w:rsidR="008D43AB" w:rsidRDefault="00000000">
            <w:pPr>
              <w:pStyle w:val="Oznaenseznam"/>
              <w:spacing w:after="16"/>
            </w:pPr>
            <w:r>
              <w:rPr>
                <w:color w:val="000000"/>
                <w:sz w:val="16"/>
              </w:rPr>
              <w:t>izvedem zvočno pot</w:t>
            </w:r>
          </w:p>
          <w:p w14:paraId="411188C8" w14:textId="77777777" w:rsidR="008D43AB" w:rsidRDefault="00000000">
            <w:pPr>
              <w:pStyle w:val="Oznaenseznam"/>
              <w:spacing w:after="16"/>
            </w:pPr>
            <w:r>
              <w:rPr>
                <w:color w:val="000000"/>
                <w:sz w:val="16"/>
              </w:rPr>
              <w:t>upoštevam dogovorjeni začetek, konec, znak za tišino in varno glasnost</w:t>
            </w:r>
          </w:p>
          <w:p w14:paraId="58B947D5"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570594CA" w14:textId="77777777" w:rsidR="008D43AB" w:rsidRDefault="008D43AB"/>
          <w:p w14:paraId="0C29DE21"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3D3B5C2C" w14:textId="77777777" w:rsidR="008D43AB" w:rsidRDefault="00000000">
            <w:pPr>
              <w:spacing w:after="80" w:line="245" w:lineRule="auto"/>
            </w:pPr>
            <w:r>
              <w:rPr>
                <w:color w:val="000000"/>
                <w:sz w:val="16"/>
              </w:rPr>
              <w:t>Pove ali pokaže, kaj že zna in katero glasbeno strategijo bi uporabil.</w:t>
            </w:r>
          </w:p>
          <w:p w14:paraId="294BE910" w14:textId="77777777" w:rsidR="008D43AB" w:rsidRDefault="00000000">
            <w:pPr>
              <w:spacing w:after="100" w:line="245" w:lineRule="auto"/>
            </w:pPr>
            <w:r>
              <w:rPr>
                <w:color w:val="000000"/>
                <w:sz w:val="16"/>
              </w:rPr>
              <w:t>Sodeluje pri razumevanju namenov, meril uspešnosti, varne glasnosti in načina dokazovanja.</w:t>
            </w:r>
          </w:p>
          <w:p w14:paraId="6038E5EC" w14:textId="77777777" w:rsidR="008D43AB" w:rsidRDefault="00000000">
            <w:pPr>
              <w:spacing w:after="20" w:line="245" w:lineRule="auto"/>
            </w:pPr>
            <w:r>
              <w:rPr>
                <w:b/>
                <w:color w:val="D95BC6"/>
                <w:sz w:val="17"/>
              </w:rPr>
              <w:t>DOKAZ O UČENJU</w:t>
            </w:r>
          </w:p>
          <w:p w14:paraId="01D98A25"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2BA27E50"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4BDCB9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3D49051"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CB13151" w14:textId="77777777" w:rsidR="008D43AB" w:rsidRDefault="00000000">
            <w:pPr>
              <w:jc w:val="center"/>
            </w:pPr>
            <w:r>
              <w:rPr>
                <w:b/>
                <w:color w:val="000000"/>
                <w:sz w:val="20"/>
              </w:rPr>
              <w:t>UČNE DEJAVNOSTI, METODE IN FORMATIVNO SPREMLJANJE</w:t>
            </w:r>
          </w:p>
        </w:tc>
      </w:tr>
      <w:tr w:rsidR="008D43AB" w14:paraId="2D76F0DB" w14:textId="77777777">
        <w:trPr>
          <w:tblHeader/>
          <w:jc w:val="center"/>
        </w:trPr>
        <w:tc>
          <w:tcPr>
            <w:tcW w:w="4422" w:type="dxa"/>
            <w:vMerge/>
            <w:tcMar>
              <w:top w:w="70" w:type="dxa"/>
              <w:left w:w="90" w:type="dxa"/>
              <w:bottom w:w="70" w:type="dxa"/>
              <w:right w:w="90" w:type="dxa"/>
            </w:tcMar>
            <w:vAlign w:val="center"/>
          </w:tcPr>
          <w:p w14:paraId="5039220C" w14:textId="77777777" w:rsidR="008D43AB" w:rsidRDefault="008D43AB"/>
        </w:tc>
        <w:tc>
          <w:tcPr>
            <w:tcW w:w="7087" w:type="dxa"/>
            <w:shd w:val="clear" w:color="auto" w:fill="FFFFFF"/>
            <w:tcMar>
              <w:top w:w="70" w:type="dxa"/>
              <w:left w:w="90" w:type="dxa"/>
              <w:bottom w:w="70" w:type="dxa"/>
              <w:right w:w="90" w:type="dxa"/>
            </w:tcMar>
            <w:vAlign w:val="center"/>
          </w:tcPr>
          <w:p w14:paraId="3ADC024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550F294" w14:textId="77777777" w:rsidR="008D43AB" w:rsidRDefault="00000000">
            <w:pPr>
              <w:jc w:val="center"/>
            </w:pPr>
            <w:r>
              <w:rPr>
                <w:b/>
                <w:color w:val="000000"/>
              </w:rPr>
              <w:t>UČENEC</w:t>
            </w:r>
          </w:p>
        </w:tc>
      </w:tr>
      <w:tr w:rsidR="008D43AB" w14:paraId="44B8F43F" w14:textId="77777777">
        <w:trPr>
          <w:jc w:val="center"/>
        </w:trPr>
        <w:tc>
          <w:tcPr>
            <w:tcW w:w="4422" w:type="dxa"/>
            <w:tcMar>
              <w:top w:w="70" w:type="dxa"/>
              <w:left w:w="90" w:type="dxa"/>
              <w:bottom w:w="70" w:type="dxa"/>
              <w:right w:w="90" w:type="dxa"/>
            </w:tcMar>
          </w:tcPr>
          <w:p w14:paraId="4702DA46" w14:textId="77777777" w:rsidR="008D43AB" w:rsidRDefault="008D43AB"/>
          <w:p w14:paraId="537C8BAA" w14:textId="77777777" w:rsidR="008D43AB" w:rsidRDefault="00000000">
            <w:pPr>
              <w:spacing w:after="40" w:line="245" w:lineRule="auto"/>
            </w:pPr>
            <w:r>
              <w:rPr>
                <w:b/>
                <w:color w:val="000000"/>
              </w:rPr>
              <w:t>KLJUČNI GLASBENI POJMI</w:t>
            </w:r>
          </w:p>
          <w:p w14:paraId="6C06E999" w14:textId="77777777" w:rsidR="008D43AB" w:rsidRDefault="00000000">
            <w:pPr>
              <w:spacing w:after="60" w:line="245" w:lineRule="auto"/>
            </w:pPr>
            <w:r>
              <w:rPr>
                <w:color w:val="000000"/>
                <w:sz w:val="15"/>
              </w:rPr>
              <w:t>poslušanje, zvok, tišina, izvedba, glasbeni znak, dokaz, povratna informacija, zvočilo, glasbilo, motiv, zaporedje, slikovni zapis, dirigent, izvajalec</w:t>
            </w:r>
          </w:p>
          <w:p w14:paraId="603C818D" w14:textId="77777777" w:rsidR="008D43AB" w:rsidRDefault="00000000">
            <w:pPr>
              <w:spacing w:after="20" w:line="245" w:lineRule="auto"/>
            </w:pPr>
            <w:r>
              <w:rPr>
                <w:b/>
                <w:color w:val="000000"/>
                <w:sz w:val="17"/>
              </w:rPr>
              <w:t>DOKAZI O UČENJU</w:t>
            </w:r>
          </w:p>
          <w:p w14:paraId="0C42D884" w14:textId="77777777" w:rsidR="008D43AB" w:rsidRDefault="00000000">
            <w:pPr>
              <w:pStyle w:val="Oznaenseznam"/>
              <w:spacing w:after="9"/>
            </w:pPr>
            <w:r>
              <w:rPr>
                <w:color w:val="000000"/>
                <w:sz w:val="15"/>
              </w:rPr>
              <w:t>slikovni zvočni zapis, skupinska izvedba/posnetek in vrstniška opisna povratna informacija.</w:t>
            </w:r>
          </w:p>
          <w:p w14:paraId="7B78EEB5" w14:textId="77777777" w:rsidR="008D43AB" w:rsidRDefault="00000000">
            <w:pPr>
              <w:spacing w:before="40" w:after="20" w:line="245" w:lineRule="auto"/>
            </w:pPr>
            <w:r>
              <w:rPr>
                <w:b/>
                <w:color w:val="000000"/>
                <w:sz w:val="17"/>
              </w:rPr>
              <w:t>GLASBENO DOŽIVETJE IN IZKUŠENJSKI POUK</w:t>
            </w:r>
          </w:p>
          <w:p w14:paraId="696A7CC7"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3541D535" w14:textId="77777777" w:rsidR="008D43AB" w:rsidRDefault="00000000">
            <w:pPr>
              <w:spacing w:after="20" w:line="245" w:lineRule="auto"/>
            </w:pPr>
            <w:r>
              <w:rPr>
                <w:b/>
                <w:color w:val="000000"/>
                <w:sz w:val="17"/>
              </w:rPr>
              <w:t>POUČEVANJE V GIBANJU</w:t>
            </w:r>
          </w:p>
          <w:p w14:paraId="399D0FD8"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5975B725" w14:textId="77777777" w:rsidR="008D43AB" w:rsidRDefault="00000000">
            <w:pPr>
              <w:spacing w:after="20" w:line="245" w:lineRule="auto"/>
            </w:pPr>
            <w:r>
              <w:rPr>
                <w:b/>
                <w:color w:val="000000"/>
                <w:sz w:val="17"/>
              </w:rPr>
              <w:t>DELO PO POSTAJAH</w:t>
            </w:r>
          </w:p>
          <w:p w14:paraId="13FFF2F1"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5D17BBA0" w14:textId="77777777" w:rsidR="008D43AB" w:rsidRDefault="00000000">
            <w:pPr>
              <w:spacing w:after="10" w:line="245" w:lineRule="auto"/>
            </w:pPr>
            <w:r>
              <w:rPr>
                <w:color w:val="000000"/>
                <w:sz w:val="15"/>
              </w:rPr>
              <w:t>1. Raziskovalna: varno preizkusim material, predmet, glas ali zvočilo ter primerjam zvočni učinek.</w:t>
            </w:r>
          </w:p>
          <w:p w14:paraId="7285CC2D" w14:textId="77777777" w:rsidR="008D43AB" w:rsidRDefault="00000000">
            <w:pPr>
              <w:spacing w:after="10" w:line="245" w:lineRule="auto"/>
            </w:pPr>
            <w:r>
              <w:rPr>
                <w:color w:val="000000"/>
                <w:sz w:val="15"/>
              </w:rPr>
              <w:t>2. Gibalno-pripovedna: osebo, dogodek ali okolje ponazorim z gibanjem in izberem ustrezen zvok.</w:t>
            </w:r>
          </w:p>
          <w:p w14:paraId="11F6DF80" w14:textId="77777777" w:rsidR="008D43AB" w:rsidRDefault="00000000">
            <w:pPr>
              <w:spacing w:after="10" w:line="245" w:lineRule="auto"/>
            </w:pPr>
            <w:r>
              <w:rPr>
                <w:color w:val="000000"/>
                <w:sz w:val="15"/>
              </w:rPr>
              <w:t>3. Slikovno-zapisna: iz simbolov sestavim motiv ali zaporedje in določim začetek, ponovitev ter konec.</w:t>
            </w:r>
          </w:p>
          <w:p w14:paraId="46E8DC6F"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6E5D6B3C" w14:textId="77777777" w:rsidR="008D43AB" w:rsidRDefault="00000000">
            <w:pPr>
              <w:spacing w:after="20" w:line="245" w:lineRule="auto"/>
            </w:pPr>
            <w:r>
              <w:rPr>
                <w:b/>
                <w:color w:val="000000"/>
                <w:sz w:val="17"/>
              </w:rPr>
              <w:t>DIFERENCIACIJA IN VKLJUČEVANJE</w:t>
            </w:r>
          </w:p>
          <w:p w14:paraId="10E7BFA1"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25AF4D72" w14:textId="77777777" w:rsidR="008D43AB" w:rsidRDefault="00000000">
            <w:pPr>
              <w:spacing w:after="20" w:line="245" w:lineRule="auto"/>
            </w:pPr>
            <w:r>
              <w:rPr>
                <w:b/>
                <w:color w:val="000000"/>
                <w:sz w:val="17"/>
              </w:rPr>
              <w:t>SPREMLJANJE</w:t>
            </w:r>
          </w:p>
          <w:p w14:paraId="513ACC9B"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57C82701"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A59F20D" w14:textId="77777777">
              <w:trPr>
                <w:jc w:val="center"/>
              </w:trPr>
              <w:tc>
                <w:tcPr>
                  <w:tcW w:w="7087" w:type="dxa"/>
                  <w:shd w:val="clear" w:color="auto" w:fill="C6E7F3"/>
                  <w:tcMar>
                    <w:top w:w="45" w:type="dxa"/>
                    <w:left w:w="70" w:type="dxa"/>
                    <w:bottom w:w="45" w:type="dxa"/>
                    <w:right w:w="70" w:type="dxa"/>
                  </w:tcMar>
                </w:tcPr>
                <w:p w14:paraId="348D4341" w14:textId="77777777" w:rsidR="008D43AB" w:rsidRDefault="00000000">
                  <w:pPr>
                    <w:keepNext/>
                  </w:pPr>
                  <w:r>
                    <w:rPr>
                      <w:b/>
                      <w:color w:val="000000"/>
                      <w:sz w:val="17"/>
                    </w:rPr>
                    <w:t>GLAVNI DEL – POSLUŠANJE, IZVAJANJE, GIBANJE IN USTVARJANJE (1 šolska ura)</w:t>
                  </w:r>
                </w:p>
              </w:tc>
            </w:tr>
          </w:tbl>
          <w:p w14:paraId="57A7A39B" w14:textId="77777777" w:rsidR="008D43AB" w:rsidRDefault="008D43AB">
            <w:pPr>
              <w:spacing w:line="20" w:lineRule="exact"/>
            </w:pPr>
          </w:p>
          <w:p w14:paraId="553C44B4" w14:textId="77777777" w:rsidR="008D43AB" w:rsidRDefault="00000000">
            <w:pPr>
              <w:keepNext/>
              <w:spacing w:before="24" w:after="8" w:line="245" w:lineRule="auto"/>
            </w:pPr>
            <w:r>
              <w:rPr>
                <w:b/>
                <w:color w:val="000000"/>
                <w:sz w:val="16"/>
              </w:rPr>
              <w:t>1. URA – Zvočni Zemljevid – Ustvarim in nastopim</w:t>
            </w:r>
          </w:p>
          <w:p w14:paraId="04248D9A"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zvočni zemljevid«; usmerja izbiro, zapis, vajo in menjavo vlog. Zaključek: 10' – Organizira nastop in odziv poslušalcev po kriterijih; posname kratek dokaz, če so soglasja urejena.</w:t>
            </w:r>
          </w:p>
          <w:p w14:paraId="0959091E"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7BF71E8"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74D6F53A" w14:textId="77777777">
              <w:trPr>
                <w:jc w:val="center"/>
              </w:trPr>
              <w:tc>
                <w:tcPr>
                  <w:tcW w:w="7087" w:type="dxa"/>
                  <w:shd w:val="clear" w:color="auto" w:fill="EDC9EA"/>
                  <w:tcMar>
                    <w:top w:w="45" w:type="dxa"/>
                    <w:left w:w="70" w:type="dxa"/>
                    <w:bottom w:w="45" w:type="dxa"/>
                    <w:right w:w="70" w:type="dxa"/>
                  </w:tcMar>
                </w:tcPr>
                <w:p w14:paraId="468198FD" w14:textId="77777777" w:rsidR="008D43AB" w:rsidRDefault="00000000">
                  <w:pPr>
                    <w:keepNext/>
                  </w:pPr>
                  <w:r>
                    <w:rPr>
                      <w:b/>
                      <w:color w:val="000000"/>
                      <w:sz w:val="17"/>
                    </w:rPr>
                    <w:t>ORGANIZACIJA POSTAJ IN PREHODOV</w:t>
                  </w:r>
                </w:p>
              </w:tc>
            </w:tr>
          </w:tbl>
          <w:p w14:paraId="758AB1AC" w14:textId="77777777" w:rsidR="008D43AB" w:rsidRDefault="008D43AB"/>
          <w:p w14:paraId="64CEFA36"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7361C4A7" w14:textId="77777777" w:rsidR="008D43AB" w:rsidRDefault="00000000">
            <w:pPr>
              <w:spacing w:before="9" w:after="9" w:line="245" w:lineRule="auto"/>
            </w:pPr>
            <w:r>
              <w:rPr>
                <w:color w:val="000000"/>
                <w:sz w:val="15"/>
              </w:rPr>
              <w:t>Postaja 2: Gibalno-pripovedna: osebo, dogodek ali okolje ponazorim z gibanjem in izberem ustrezen zvok.</w:t>
            </w:r>
          </w:p>
          <w:p w14:paraId="08C22F1C"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1C960324"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420337DF"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10833DE8" w14:textId="77777777" w:rsidR="008D43AB" w:rsidRDefault="008D43AB"/>
          <w:p w14:paraId="15EAA33C" w14:textId="77777777" w:rsidR="008D43AB" w:rsidRDefault="00000000">
            <w:pPr>
              <w:spacing w:after="6" w:line="245" w:lineRule="auto"/>
            </w:pPr>
            <w:r>
              <w:rPr>
                <w:b/>
                <w:color w:val="000000"/>
                <w:sz w:val="15"/>
              </w:rPr>
              <w:t>1. URA – Zvočni Zemljevid – Ustvarim in nastopim</w:t>
            </w:r>
          </w:p>
          <w:p w14:paraId="6584DFE1"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358DA596" w14:textId="77777777" w:rsidR="008D43AB" w:rsidRDefault="00000000">
            <w:pPr>
              <w:spacing w:after="20" w:line="245" w:lineRule="auto"/>
            </w:pPr>
            <w:r>
              <w:rPr>
                <w:color w:val="D95BC6"/>
                <w:sz w:val="14"/>
              </w:rPr>
              <w:t>Dokaz: slikovni zvočni zapis, skupinska izvedba/posnetek in vrstniška opisna povratna informacija.</w:t>
            </w:r>
          </w:p>
          <w:p w14:paraId="16164615" w14:textId="77777777" w:rsidR="008D43AB" w:rsidRDefault="00000000">
            <w:pPr>
              <w:spacing w:before="40" w:after="20" w:line="245" w:lineRule="auto"/>
            </w:pPr>
            <w:r>
              <w:rPr>
                <w:b/>
                <w:color w:val="D95BC6"/>
                <w:sz w:val="16"/>
              </w:rPr>
              <w:t>MOJ KROG POSTAJ</w:t>
            </w:r>
          </w:p>
          <w:p w14:paraId="6F8B5E41" w14:textId="77777777" w:rsidR="008D43AB" w:rsidRDefault="00000000">
            <w:pPr>
              <w:spacing w:after="11" w:line="245" w:lineRule="auto"/>
            </w:pPr>
            <w:r>
              <w:rPr>
                <w:color w:val="000000"/>
                <w:sz w:val="14"/>
              </w:rPr>
              <w:t>1. Raziskovalna: varno preizkusim material, predmet, glas ali zvočilo ter primerjam zvočni.</w:t>
            </w:r>
          </w:p>
          <w:p w14:paraId="50ABE085" w14:textId="77777777" w:rsidR="008D43AB" w:rsidRDefault="00000000">
            <w:pPr>
              <w:spacing w:after="11" w:line="245" w:lineRule="auto"/>
            </w:pPr>
            <w:r>
              <w:rPr>
                <w:color w:val="000000"/>
                <w:sz w:val="14"/>
              </w:rPr>
              <w:t>2. Gibalno-pripovedna: osebo, dogodek ali okolje ponazorim z gibanjem in izberem ustrezen zvok.</w:t>
            </w:r>
          </w:p>
          <w:p w14:paraId="6CD1205C" w14:textId="77777777" w:rsidR="008D43AB" w:rsidRDefault="00000000">
            <w:pPr>
              <w:spacing w:after="11" w:line="245" w:lineRule="auto"/>
            </w:pPr>
            <w:r>
              <w:rPr>
                <w:color w:val="000000"/>
                <w:sz w:val="14"/>
              </w:rPr>
              <w:t>3. Slikovno-zapisna: iz simbolov sestavim motiv ali zaporedje in določim začetek.</w:t>
            </w:r>
          </w:p>
          <w:p w14:paraId="2DD365A8" w14:textId="77777777" w:rsidR="008D43AB" w:rsidRDefault="00000000">
            <w:pPr>
              <w:spacing w:after="11" w:line="245" w:lineRule="auto"/>
            </w:pPr>
            <w:r>
              <w:rPr>
                <w:color w:val="000000"/>
                <w:sz w:val="14"/>
              </w:rPr>
              <w:t>4. Izvajalska: prevzamem vlogo izvajalca ali dirigenta, izvedem rešitev in jo izboljšam po.</w:t>
            </w:r>
          </w:p>
          <w:p w14:paraId="21EF97CE"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7F9F6F08" w14:textId="77777777" w:rsidR="008D43AB" w:rsidRDefault="00000000">
            <w:pPr>
              <w:spacing w:after="20" w:line="245" w:lineRule="auto"/>
            </w:pPr>
            <w:r>
              <w:rPr>
                <w:b/>
                <w:color w:val="D95BC6"/>
                <w:sz w:val="17"/>
              </w:rPr>
              <w:t>DOKAZ O UČENJU</w:t>
            </w:r>
          </w:p>
          <w:p w14:paraId="227384C3"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67EF2B3"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B43CFF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31806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9173B1E" w14:textId="77777777" w:rsidR="008D43AB" w:rsidRDefault="00000000">
            <w:pPr>
              <w:jc w:val="center"/>
            </w:pPr>
            <w:r>
              <w:rPr>
                <w:b/>
                <w:color w:val="000000"/>
                <w:sz w:val="20"/>
              </w:rPr>
              <w:t>UČNE DEJAVNOSTI, METODE IN FORMATIVNO SPREMLJANJE</w:t>
            </w:r>
          </w:p>
        </w:tc>
      </w:tr>
      <w:tr w:rsidR="008D43AB" w14:paraId="3F43F597" w14:textId="77777777">
        <w:trPr>
          <w:tblHeader/>
          <w:jc w:val="center"/>
        </w:trPr>
        <w:tc>
          <w:tcPr>
            <w:tcW w:w="4422" w:type="dxa"/>
            <w:vMerge/>
            <w:tcMar>
              <w:top w:w="70" w:type="dxa"/>
              <w:left w:w="90" w:type="dxa"/>
              <w:bottom w:w="70" w:type="dxa"/>
              <w:right w:w="90" w:type="dxa"/>
            </w:tcMar>
            <w:vAlign w:val="center"/>
          </w:tcPr>
          <w:p w14:paraId="038EA11C" w14:textId="77777777" w:rsidR="008D43AB" w:rsidRDefault="008D43AB"/>
        </w:tc>
        <w:tc>
          <w:tcPr>
            <w:tcW w:w="7087" w:type="dxa"/>
            <w:shd w:val="clear" w:color="auto" w:fill="FFFFFF"/>
            <w:tcMar>
              <w:top w:w="70" w:type="dxa"/>
              <w:left w:w="90" w:type="dxa"/>
              <w:bottom w:w="70" w:type="dxa"/>
              <w:right w:w="90" w:type="dxa"/>
            </w:tcMar>
            <w:vAlign w:val="center"/>
          </w:tcPr>
          <w:p w14:paraId="11C7693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A1D4099" w14:textId="77777777" w:rsidR="008D43AB" w:rsidRDefault="00000000">
            <w:pPr>
              <w:jc w:val="center"/>
            </w:pPr>
            <w:r>
              <w:rPr>
                <w:b/>
                <w:color w:val="000000"/>
              </w:rPr>
              <w:t>UČENEC</w:t>
            </w:r>
          </w:p>
        </w:tc>
      </w:tr>
      <w:tr w:rsidR="008D43AB" w14:paraId="55F1AAD1" w14:textId="77777777">
        <w:trPr>
          <w:jc w:val="center"/>
        </w:trPr>
        <w:tc>
          <w:tcPr>
            <w:tcW w:w="4422" w:type="dxa"/>
            <w:tcMar>
              <w:top w:w="70" w:type="dxa"/>
              <w:left w:w="90" w:type="dxa"/>
              <w:bottom w:w="70" w:type="dxa"/>
              <w:right w:w="90" w:type="dxa"/>
            </w:tcMar>
          </w:tcPr>
          <w:p w14:paraId="2D316AB0" w14:textId="77777777" w:rsidR="008D43AB" w:rsidRDefault="008D43AB"/>
          <w:p w14:paraId="5BD6AAB1" w14:textId="77777777" w:rsidR="008D43AB" w:rsidRDefault="00000000">
            <w:pPr>
              <w:spacing w:after="40" w:line="245" w:lineRule="auto"/>
            </w:pPr>
            <w:r>
              <w:rPr>
                <w:b/>
                <w:color w:val="000000"/>
              </w:rPr>
              <w:t>FORMATIVNO SPREMLJANJE</w:t>
            </w:r>
          </w:p>
          <w:p w14:paraId="555F3073" w14:textId="77777777" w:rsidR="008D43AB" w:rsidRDefault="00000000">
            <w:pPr>
              <w:pStyle w:val="Oznaenseznam"/>
              <w:spacing w:after="16"/>
            </w:pPr>
            <w:r>
              <w:rPr>
                <w:color w:val="000000"/>
                <w:sz w:val="16"/>
              </w:rPr>
              <w:t>predznanje: zvočna napoved, izbira kartice, gib, ritmični oziroma pevski poskus ali začetni simbol</w:t>
            </w:r>
          </w:p>
          <w:p w14:paraId="3FD2980D" w14:textId="77777777" w:rsidR="008D43AB" w:rsidRDefault="00000000">
            <w:pPr>
              <w:pStyle w:val="Oznaenseznam"/>
              <w:spacing w:after="16"/>
            </w:pPr>
            <w:r>
              <w:rPr>
                <w:color w:val="000000"/>
                <w:sz w:val="16"/>
              </w:rPr>
              <w:t>nameni in merila: kratka poved, slikovni znak, model izvedbe ter vidna pravila varne glasnosti</w:t>
            </w:r>
          </w:p>
          <w:p w14:paraId="0D1FF042"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1D50DD09" w14:textId="77777777" w:rsidR="008D43AB" w:rsidRDefault="00000000">
            <w:pPr>
              <w:pStyle w:val="Oznaenseznam"/>
              <w:spacing w:after="16"/>
            </w:pPr>
            <w:r>
              <w:rPr>
                <w:color w:val="000000"/>
                <w:sz w:val="16"/>
              </w:rPr>
              <w:t>povratna informacija: opis slišane strategije, povezava z enim merilom in izvedljiv naslednji korak</w:t>
            </w:r>
          </w:p>
          <w:p w14:paraId="423C5991" w14:textId="77777777" w:rsidR="008D43AB" w:rsidRDefault="00000000">
            <w:pPr>
              <w:pStyle w:val="Oznaenseznam"/>
              <w:spacing w:after="16"/>
            </w:pPr>
            <w:r>
              <w:rPr>
                <w:color w:val="000000"/>
                <w:sz w:val="16"/>
              </w:rPr>
              <w:t>samovrednotenje: barvni zvočni semafor, lestvica samostojnosti, izbran dokaz in ponovna izvedba</w:t>
            </w:r>
          </w:p>
          <w:p w14:paraId="2044EB77" w14:textId="77777777" w:rsidR="008D43AB" w:rsidRDefault="00000000">
            <w:pPr>
              <w:spacing w:before="40" w:after="20" w:line="245" w:lineRule="auto"/>
            </w:pPr>
            <w:r>
              <w:rPr>
                <w:b/>
                <w:color w:val="000000"/>
                <w:sz w:val="17"/>
              </w:rPr>
              <w:t>VARNOST IN VAROVANJE SLUHA</w:t>
            </w:r>
          </w:p>
          <w:p w14:paraId="0F09FB44"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0CF91AAD" w14:textId="77777777" w:rsidR="008D43AB" w:rsidRDefault="00000000">
            <w:pPr>
              <w:spacing w:after="20" w:line="245" w:lineRule="auto"/>
            </w:pPr>
            <w:r>
              <w:rPr>
                <w:b/>
                <w:color w:val="000000"/>
                <w:sz w:val="17"/>
              </w:rPr>
              <w:t>EVIDENCA PO IZVEDBI</w:t>
            </w:r>
          </w:p>
          <w:p w14:paraId="4B811073"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3160EF0F" w14:textId="77777777" w:rsidR="008D43AB" w:rsidRDefault="00000000">
            <w:pPr>
              <w:spacing w:before="40" w:after="20" w:line="245" w:lineRule="auto"/>
            </w:pPr>
            <w:r>
              <w:rPr>
                <w:b/>
                <w:color w:val="000000"/>
                <w:sz w:val="17"/>
              </w:rPr>
              <w:t>RAVEN DOSEGANJA</w:t>
            </w:r>
          </w:p>
          <w:p w14:paraId="6EBFDFC6"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51F89A27"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2BF370F" w14:textId="77777777">
              <w:trPr>
                <w:jc w:val="center"/>
              </w:trPr>
              <w:tc>
                <w:tcPr>
                  <w:tcW w:w="7087" w:type="dxa"/>
                  <w:shd w:val="clear" w:color="auto" w:fill="EDC9EA"/>
                  <w:tcMar>
                    <w:top w:w="45" w:type="dxa"/>
                    <w:left w:w="70" w:type="dxa"/>
                    <w:bottom w:w="45" w:type="dxa"/>
                    <w:right w:w="70" w:type="dxa"/>
                  </w:tcMar>
                </w:tcPr>
                <w:p w14:paraId="493EA14F" w14:textId="77777777" w:rsidR="008D43AB" w:rsidRDefault="00000000">
                  <w:pPr>
                    <w:keepNext/>
                  </w:pPr>
                  <w:r>
                    <w:rPr>
                      <w:b/>
                      <w:color w:val="000000"/>
                    </w:rPr>
                    <w:t>VPRAŠANJA V PODPORO GLASBENEMU UČENJU</w:t>
                  </w:r>
                </w:p>
              </w:tc>
            </w:tr>
          </w:tbl>
          <w:p w14:paraId="7CAFE860" w14:textId="77777777" w:rsidR="008D43AB" w:rsidRDefault="008D43AB">
            <w:pPr>
              <w:spacing w:line="20" w:lineRule="exact"/>
            </w:pPr>
          </w:p>
          <w:p w14:paraId="0372B859" w14:textId="77777777" w:rsidR="008D43AB" w:rsidRDefault="00000000">
            <w:pPr>
              <w:pStyle w:val="Oznaenseznam"/>
              <w:spacing w:after="16"/>
            </w:pPr>
            <w:r>
              <w:rPr>
                <w:color w:val="000000"/>
                <w:sz w:val="16"/>
              </w:rPr>
              <w:t>Kaj si v glasbi slišal/-a, začutil/-a ali pokazal/-a z gibanjem?</w:t>
            </w:r>
          </w:p>
          <w:p w14:paraId="6316D01F" w14:textId="77777777" w:rsidR="008D43AB" w:rsidRDefault="00000000">
            <w:pPr>
              <w:pStyle w:val="Oznaenseznam"/>
              <w:spacing w:after="16"/>
            </w:pPr>
            <w:r>
              <w:rPr>
                <w:color w:val="000000"/>
                <w:sz w:val="16"/>
              </w:rPr>
              <w:t>Po katerem zvočnem znaku, lastnosti ali vzorcu si prepoznal/-a rešitev?</w:t>
            </w:r>
          </w:p>
          <w:p w14:paraId="7D3B3263" w14:textId="77777777" w:rsidR="008D43AB" w:rsidRDefault="00000000">
            <w:pPr>
              <w:pStyle w:val="Oznaenseznam"/>
              <w:spacing w:after="16"/>
            </w:pPr>
            <w:r>
              <w:rPr>
                <w:color w:val="000000"/>
                <w:sz w:val="16"/>
              </w:rPr>
              <w:t>Kako veš, da je bil pulz, začetek, konec, glasnost ali skupinska izvedba skladna z merilom?</w:t>
            </w:r>
          </w:p>
          <w:p w14:paraId="63090D34" w14:textId="77777777" w:rsidR="008D43AB" w:rsidRDefault="00000000">
            <w:pPr>
              <w:pStyle w:val="Oznaenseznam"/>
              <w:spacing w:after="16"/>
            </w:pPr>
            <w:r>
              <w:rPr>
                <w:color w:val="000000"/>
                <w:sz w:val="16"/>
              </w:rPr>
              <w:t>Zakaj si za motiv, osebo, dogodek ali okolje izbral/-a prav ta glas, predmet ali glasbilo?</w:t>
            </w:r>
          </w:p>
          <w:p w14:paraId="6D4C6CDD"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2111C19D" w14:textId="77777777">
              <w:trPr>
                <w:jc w:val="center"/>
              </w:trPr>
              <w:tc>
                <w:tcPr>
                  <w:tcW w:w="7087" w:type="dxa"/>
                  <w:shd w:val="clear" w:color="auto" w:fill="C6E7F3"/>
                  <w:tcMar>
                    <w:top w:w="45" w:type="dxa"/>
                    <w:left w:w="70" w:type="dxa"/>
                    <w:bottom w:w="45" w:type="dxa"/>
                    <w:right w:w="70" w:type="dxa"/>
                  </w:tcMar>
                </w:tcPr>
                <w:p w14:paraId="27F9467C" w14:textId="77777777" w:rsidR="008D43AB" w:rsidRDefault="00000000">
                  <w:pPr>
                    <w:keepNext/>
                  </w:pPr>
                  <w:r>
                    <w:rPr>
                      <w:b/>
                      <w:color w:val="000000"/>
                    </w:rPr>
                    <w:t>ZAKLJUČNI DEL – NASTOP, POSLUŠALSKI ODZIV IN REFLEKSIJA (8–12 min)</w:t>
                  </w:r>
                </w:p>
              </w:tc>
            </w:tr>
          </w:tbl>
          <w:p w14:paraId="413D7136" w14:textId="77777777" w:rsidR="008D43AB" w:rsidRDefault="008D43AB">
            <w:pPr>
              <w:spacing w:line="20" w:lineRule="exact"/>
            </w:pPr>
          </w:p>
          <w:p w14:paraId="6D2D01E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38F6BEB5" w14:textId="77777777">
              <w:trPr>
                <w:jc w:val="center"/>
              </w:trPr>
              <w:tc>
                <w:tcPr>
                  <w:tcW w:w="7087" w:type="dxa"/>
                  <w:shd w:val="clear" w:color="auto" w:fill="EDC9EA"/>
                  <w:tcMar>
                    <w:top w:w="45" w:type="dxa"/>
                    <w:left w:w="70" w:type="dxa"/>
                    <w:bottom w:w="45" w:type="dxa"/>
                    <w:right w:w="70" w:type="dxa"/>
                  </w:tcMar>
                </w:tcPr>
                <w:p w14:paraId="72AEDA39" w14:textId="77777777" w:rsidR="008D43AB" w:rsidRDefault="00000000">
                  <w:pPr>
                    <w:keepNext/>
                  </w:pPr>
                  <w:r>
                    <w:rPr>
                      <w:b/>
                      <w:color w:val="000000"/>
                    </w:rPr>
                    <w:t>SAMOVREDNOTENJE</w:t>
                  </w:r>
                </w:p>
              </w:tc>
            </w:tr>
          </w:tbl>
          <w:p w14:paraId="6CFF0549" w14:textId="77777777" w:rsidR="008D43AB" w:rsidRDefault="008D43AB">
            <w:pPr>
              <w:spacing w:line="20" w:lineRule="exact"/>
            </w:pPr>
          </w:p>
          <w:p w14:paraId="0E7AB211"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73CC88B8" w14:textId="77777777">
              <w:trPr>
                <w:jc w:val="center"/>
              </w:trPr>
              <w:tc>
                <w:tcPr>
                  <w:tcW w:w="7087" w:type="dxa"/>
                  <w:shd w:val="clear" w:color="auto" w:fill="EDC9EA"/>
                  <w:tcMar>
                    <w:top w:w="45" w:type="dxa"/>
                    <w:left w:w="70" w:type="dxa"/>
                    <w:bottom w:w="45" w:type="dxa"/>
                    <w:right w:w="70" w:type="dxa"/>
                  </w:tcMar>
                </w:tcPr>
                <w:p w14:paraId="140DE310" w14:textId="77777777" w:rsidR="008D43AB" w:rsidRDefault="00000000">
                  <w:pPr>
                    <w:keepNext/>
                  </w:pPr>
                  <w:r>
                    <w:rPr>
                      <w:b/>
                      <w:color w:val="000000"/>
                    </w:rPr>
                    <w:t>VRSTNIŠKO VREDNOTENJE</w:t>
                  </w:r>
                </w:p>
              </w:tc>
            </w:tr>
          </w:tbl>
          <w:p w14:paraId="08A5E59F" w14:textId="77777777" w:rsidR="008D43AB" w:rsidRDefault="008D43AB">
            <w:pPr>
              <w:spacing w:line="20" w:lineRule="exact"/>
            </w:pPr>
          </w:p>
          <w:p w14:paraId="5F66B217"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677552BB" w14:textId="77777777">
              <w:trPr>
                <w:jc w:val="center"/>
              </w:trPr>
              <w:tc>
                <w:tcPr>
                  <w:tcW w:w="7087" w:type="dxa"/>
                  <w:shd w:val="clear" w:color="auto" w:fill="EDC9EA"/>
                  <w:tcMar>
                    <w:top w:w="45" w:type="dxa"/>
                    <w:left w:w="70" w:type="dxa"/>
                    <w:bottom w:w="45" w:type="dxa"/>
                    <w:right w:w="70" w:type="dxa"/>
                  </w:tcMar>
                </w:tcPr>
                <w:p w14:paraId="01CB1871" w14:textId="77777777" w:rsidR="008D43AB" w:rsidRDefault="00000000">
                  <w:pPr>
                    <w:keepNext/>
                  </w:pPr>
                  <w:r>
                    <w:rPr>
                      <w:b/>
                      <w:color w:val="000000"/>
                    </w:rPr>
                    <w:t>SKUPNI POVZETEK</w:t>
                  </w:r>
                </w:p>
              </w:tc>
            </w:tr>
          </w:tbl>
          <w:p w14:paraId="1AF3CC2B" w14:textId="77777777" w:rsidR="008D43AB" w:rsidRDefault="008D43AB"/>
          <w:p w14:paraId="15EC5E3F" w14:textId="77777777" w:rsidR="008D43AB" w:rsidRDefault="00000000">
            <w:pPr>
              <w:spacing w:before="20" w:after="40" w:line="245" w:lineRule="auto"/>
            </w:pPr>
            <w:r>
              <w:rPr>
                <w:b/>
                <w:color w:val="000000"/>
                <w:sz w:val="16"/>
              </w:rPr>
              <w:t>opazujem zvoke kraja; uporabim slikovne simbole; izvedem zvočno pot. Izbrani dokaz pojasnim in po povratni informaciji izboljšam.</w:t>
            </w:r>
          </w:p>
        </w:tc>
        <w:tc>
          <w:tcPr>
            <w:tcW w:w="2551" w:type="dxa"/>
            <w:tcMar>
              <w:top w:w="70" w:type="dxa"/>
              <w:left w:w="90" w:type="dxa"/>
              <w:bottom w:w="70" w:type="dxa"/>
              <w:right w:w="90" w:type="dxa"/>
            </w:tcMar>
          </w:tcPr>
          <w:p w14:paraId="27E85B73" w14:textId="77777777" w:rsidR="008D43AB" w:rsidRDefault="008D43AB"/>
          <w:p w14:paraId="180905F9" w14:textId="77777777" w:rsidR="008D43AB" w:rsidRDefault="00000000">
            <w:pPr>
              <w:spacing w:after="80" w:line="245" w:lineRule="auto"/>
            </w:pPr>
            <w:r>
              <w:rPr>
                <w:color w:val="000000"/>
                <w:sz w:val="16"/>
              </w:rPr>
              <w:t>Odgovarja na podporna vprašanja in se sklicuje na slišano, izvedeno, ustvarjeno ali zapisano.</w:t>
            </w:r>
          </w:p>
          <w:p w14:paraId="2D36E7F7" w14:textId="77777777" w:rsidR="008D43AB" w:rsidRDefault="00000000">
            <w:pPr>
              <w:spacing w:after="80" w:line="245" w:lineRule="auto"/>
            </w:pPr>
            <w:r>
              <w:rPr>
                <w:color w:val="000000"/>
                <w:sz w:val="16"/>
              </w:rPr>
              <w:t>Predstavi izbrani dokaz ter pove, katero merilo z njim pokaže.</w:t>
            </w:r>
          </w:p>
          <w:p w14:paraId="2E6DC5A6" w14:textId="77777777" w:rsidR="008D43AB" w:rsidRDefault="00000000">
            <w:pPr>
              <w:spacing w:after="80" w:line="245" w:lineRule="auto"/>
            </w:pPr>
            <w:r>
              <w:rPr>
                <w:color w:val="000000"/>
                <w:sz w:val="16"/>
              </w:rPr>
              <w:t>Posluša vrstnika, opiše eno slišano moč in poda prijazen predlog za izboljšavo.</w:t>
            </w:r>
          </w:p>
          <w:p w14:paraId="44443FC1" w14:textId="77777777" w:rsidR="008D43AB" w:rsidRDefault="00000000">
            <w:pPr>
              <w:spacing w:after="80" w:line="245" w:lineRule="auto"/>
            </w:pPr>
            <w:r>
              <w:rPr>
                <w:color w:val="000000"/>
                <w:sz w:val="16"/>
              </w:rPr>
              <w:t>Po povratni informaciji izvedbo, gib, ritem, zvočno izbiro ali slikovni zapis ponovi in izboljša.</w:t>
            </w:r>
          </w:p>
          <w:p w14:paraId="094EAFC6" w14:textId="77777777" w:rsidR="008D43AB" w:rsidRDefault="00000000">
            <w:pPr>
              <w:spacing w:after="100" w:line="245" w:lineRule="auto"/>
            </w:pPr>
            <w:r>
              <w:rPr>
                <w:color w:val="000000"/>
                <w:sz w:val="16"/>
              </w:rPr>
              <w:t>Izbere raven samostojnosti ter določi majhen in izvedljiv naslednji glasbeni korak.</w:t>
            </w:r>
          </w:p>
          <w:p w14:paraId="2AB9FE8C" w14:textId="77777777" w:rsidR="008D43AB" w:rsidRDefault="00000000">
            <w:pPr>
              <w:spacing w:after="20" w:line="245" w:lineRule="auto"/>
            </w:pPr>
            <w:r>
              <w:rPr>
                <w:b/>
                <w:color w:val="D95BC6"/>
                <w:sz w:val="17"/>
              </w:rPr>
              <w:t>DOKAZ O UČENJU</w:t>
            </w:r>
          </w:p>
          <w:p w14:paraId="3C66FC81"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3332F87B"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74EC1620" w14:textId="77777777">
        <w:trPr>
          <w:cantSplit/>
          <w:jc w:val="center"/>
        </w:trPr>
        <w:tc>
          <w:tcPr>
            <w:tcW w:w="14060" w:type="dxa"/>
            <w:gridSpan w:val="6"/>
            <w:tcMar>
              <w:top w:w="70" w:type="dxa"/>
              <w:left w:w="90" w:type="dxa"/>
              <w:bottom w:w="70" w:type="dxa"/>
              <w:right w:w="90" w:type="dxa"/>
            </w:tcMar>
            <w:vAlign w:val="center"/>
          </w:tcPr>
          <w:p w14:paraId="45735762" w14:textId="77777777" w:rsidR="008D43AB" w:rsidRDefault="00000000">
            <w:pPr>
              <w:jc w:val="center"/>
            </w:pPr>
            <w:r>
              <w:rPr>
                <w:b/>
                <w:color w:val="000000"/>
                <w:sz w:val="24"/>
              </w:rPr>
              <w:lastRenderedPageBreak/>
              <w:t>UČNA PRIPRAVA 34/39</w:t>
            </w:r>
          </w:p>
        </w:tc>
      </w:tr>
      <w:tr w:rsidR="008D43AB" w14:paraId="580B921B" w14:textId="77777777">
        <w:trPr>
          <w:jc w:val="center"/>
        </w:trPr>
        <w:tc>
          <w:tcPr>
            <w:tcW w:w="2665" w:type="dxa"/>
            <w:tcMar>
              <w:top w:w="70" w:type="dxa"/>
              <w:left w:w="90" w:type="dxa"/>
              <w:bottom w:w="70" w:type="dxa"/>
              <w:right w:w="90" w:type="dxa"/>
            </w:tcMar>
            <w:vAlign w:val="center"/>
          </w:tcPr>
          <w:p w14:paraId="2019CD6D"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8EA958F"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7A7842F2"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2AD405D" w14:textId="77777777" w:rsidR="008D43AB" w:rsidRDefault="00000000">
            <w:r>
              <w:rPr>
                <w:b/>
                <w:color w:val="000000"/>
                <w:sz w:val="16"/>
              </w:rPr>
              <w:t xml:space="preserve">NAČRTOVANI TERMIN: </w:t>
            </w:r>
            <w:r>
              <w:rPr>
                <w:color w:val="000000"/>
                <w:sz w:val="16"/>
              </w:rPr>
              <w:t>34. teden • 17.–21. 5. 2027</w:t>
            </w:r>
          </w:p>
        </w:tc>
        <w:tc>
          <w:tcPr>
            <w:tcW w:w="2268" w:type="dxa"/>
            <w:tcMar>
              <w:top w:w="70" w:type="dxa"/>
              <w:left w:w="90" w:type="dxa"/>
              <w:bottom w:w="70" w:type="dxa"/>
              <w:right w:w="90" w:type="dxa"/>
            </w:tcMar>
            <w:vAlign w:val="center"/>
          </w:tcPr>
          <w:p w14:paraId="7B8B12C3"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15BC119" w14:textId="77777777" w:rsidR="008D43AB" w:rsidRDefault="00000000">
            <w:r>
              <w:rPr>
                <w:b/>
                <w:color w:val="000000"/>
                <w:sz w:val="16"/>
              </w:rPr>
              <w:t xml:space="preserve">ŠTEVILO UR: </w:t>
            </w:r>
            <w:r>
              <w:rPr>
                <w:color w:val="000000"/>
                <w:sz w:val="16"/>
              </w:rPr>
              <w:t>2</w:t>
            </w:r>
          </w:p>
        </w:tc>
      </w:tr>
      <w:tr w:rsidR="008D43AB" w14:paraId="0BEFE770" w14:textId="77777777">
        <w:trPr>
          <w:jc w:val="center"/>
        </w:trPr>
        <w:tc>
          <w:tcPr>
            <w:tcW w:w="14061" w:type="dxa"/>
            <w:gridSpan w:val="6"/>
            <w:tcMar>
              <w:top w:w="70" w:type="dxa"/>
              <w:left w:w="90" w:type="dxa"/>
              <w:bottom w:w="70" w:type="dxa"/>
              <w:right w:w="90" w:type="dxa"/>
            </w:tcMar>
            <w:vAlign w:val="center"/>
          </w:tcPr>
          <w:p w14:paraId="4EF0EE39" w14:textId="77777777" w:rsidR="008D43AB" w:rsidRDefault="00000000">
            <w:r>
              <w:rPr>
                <w:b/>
                <w:color w:val="000000"/>
                <w:sz w:val="17"/>
              </w:rPr>
              <w:t xml:space="preserve">TIP UČNE URE: </w:t>
            </w:r>
            <w:r>
              <w:rPr>
                <w:color w:val="000000"/>
                <w:sz w:val="17"/>
              </w:rPr>
              <w:t>priprava, individualno opisno ocenjevanje z izvedbenim oziroma poslušalskim dokazom, analiza in ponovno učenje</w:t>
            </w:r>
          </w:p>
        </w:tc>
      </w:tr>
      <w:tr w:rsidR="008D43AB" w14:paraId="5D43C335" w14:textId="77777777">
        <w:trPr>
          <w:cantSplit/>
          <w:jc w:val="center"/>
        </w:trPr>
        <w:tc>
          <w:tcPr>
            <w:tcW w:w="14060" w:type="dxa"/>
            <w:gridSpan w:val="6"/>
            <w:tcMar>
              <w:top w:w="70" w:type="dxa"/>
              <w:left w:w="90" w:type="dxa"/>
              <w:bottom w:w="70" w:type="dxa"/>
              <w:right w:w="90" w:type="dxa"/>
            </w:tcMar>
            <w:vAlign w:val="center"/>
          </w:tcPr>
          <w:p w14:paraId="0D8E684A" w14:textId="77777777" w:rsidR="008D43AB" w:rsidRDefault="008D43AB"/>
          <w:p w14:paraId="2B43A5FE" w14:textId="77777777" w:rsidR="008D43AB" w:rsidRDefault="00000000">
            <w:pPr>
              <w:spacing w:line="245" w:lineRule="auto"/>
            </w:pPr>
            <w:r>
              <w:rPr>
                <w:b/>
                <w:color w:val="000000"/>
                <w:sz w:val="16"/>
              </w:rPr>
              <w:t xml:space="preserve">UČNI SKLOP: </w:t>
            </w:r>
            <w:r>
              <w:rPr>
                <w:color w:val="000000"/>
                <w:sz w:val="16"/>
              </w:rPr>
              <w:t>POKRAJINA, PROSTOR IN TRAJNOSTNA SKUPNOST</w:t>
            </w:r>
          </w:p>
        </w:tc>
      </w:tr>
      <w:tr w:rsidR="008D43AB" w14:paraId="047E3A7D" w14:textId="77777777">
        <w:trPr>
          <w:cantSplit/>
          <w:jc w:val="center"/>
        </w:trPr>
        <w:tc>
          <w:tcPr>
            <w:tcW w:w="14060" w:type="dxa"/>
            <w:gridSpan w:val="6"/>
            <w:tcMar>
              <w:top w:w="70" w:type="dxa"/>
              <w:left w:w="90" w:type="dxa"/>
              <w:bottom w:w="70" w:type="dxa"/>
              <w:right w:w="90" w:type="dxa"/>
            </w:tcMar>
            <w:vAlign w:val="center"/>
          </w:tcPr>
          <w:p w14:paraId="0BA4C277" w14:textId="77777777" w:rsidR="008D43AB" w:rsidRDefault="008D43AB"/>
          <w:p w14:paraId="4AC50C85" w14:textId="77777777" w:rsidR="008D43AB" w:rsidRDefault="00000000">
            <w:pPr>
              <w:spacing w:line="245" w:lineRule="auto"/>
            </w:pPr>
            <w:r>
              <w:rPr>
                <w:b/>
                <w:color w:val="000000"/>
                <w:sz w:val="16"/>
              </w:rPr>
              <w:t xml:space="preserve">UČNA TEMA: </w:t>
            </w:r>
            <w:r>
              <w:rPr>
                <w:color w:val="000000"/>
                <w:sz w:val="16"/>
              </w:rPr>
              <w:t>GLASBA OKOLJA</w:t>
            </w:r>
          </w:p>
        </w:tc>
      </w:tr>
      <w:tr w:rsidR="008D43AB" w14:paraId="7CB08CE1" w14:textId="77777777">
        <w:trPr>
          <w:cantSplit/>
          <w:jc w:val="center"/>
        </w:trPr>
        <w:tc>
          <w:tcPr>
            <w:tcW w:w="14060" w:type="dxa"/>
            <w:gridSpan w:val="6"/>
            <w:tcMar>
              <w:top w:w="70" w:type="dxa"/>
              <w:left w:w="90" w:type="dxa"/>
              <w:bottom w:w="70" w:type="dxa"/>
              <w:right w:w="90" w:type="dxa"/>
            </w:tcMar>
            <w:vAlign w:val="center"/>
          </w:tcPr>
          <w:p w14:paraId="79967DA9" w14:textId="77777777" w:rsidR="008D43AB" w:rsidRDefault="008D43AB"/>
          <w:p w14:paraId="1D5FBBB3" w14:textId="77777777" w:rsidR="008D43AB" w:rsidRDefault="00000000">
            <w:pPr>
              <w:spacing w:line="245" w:lineRule="auto"/>
            </w:pPr>
            <w:r>
              <w:rPr>
                <w:b/>
                <w:color w:val="000000"/>
                <w:sz w:val="16"/>
              </w:rPr>
              <w:t xml:space="preserve">KNJIŽEVNO / MOTIVNO IZHODIŠČE: </w:t>
            </w:r>
            <w:r>
              <w:rPr>
                <w:color w:val="000000"/>
                <w:sz w:val="16"/>
              </w:rPr>
              <w:t>»Dinozavri?!« – Lila Prap • preteklost, pokrajina, živa bitja in raziskovalna vprašanja</w:t>
            </w:r>
          </w:p>
        </w:tc>
      </w:tr>
      <w:tr w:rsidR="008D43AB" w14:paraId="0BC6CE21" w14:textId="77777777">
        <w:trPr>
          <w:cantSplit/>
          <w:jc w:val="center"/>
        </w:trPr>
        <w:tc>
          <w:tcPr>
            <w:tcW w:w="14060" w:type="dxa"/>
            <w:gridSpan w:val="6"/>
            <w:tcMar>
              <w:top w:w="70" w:type="dxa"/>
              <w:left w:w="90" w:type="dxa"/>
              <w:bottom w:w="70" w:type="dxa"/>
              <w:right w:w="90" w:type="dxa"/>
            </w:tcMar>
            <w:vAlign w:val="center"/>
          </w:tcPr>
          <w:p w14:paraId="1C197F30" w14:textId="77777777" w:rsidR="008D43AB" w:rsidRDefault="008D43AB"/>
          <w:p w14:paraId="19311A33" w14:textId="77777777" w:rsidR="008D43AB" w:rsidRDefault="00000000">
            <w:pPr>
              <w:spacing w:line="245" w:lineRule="auto"/>
            </w:pPr>
            <w:r>
              <w:rPr>
                <w:b/>
                <w:color w:val="000000"/>
                <w:sz w:val="16"/>
              </w:rPr>
              <w:t xml:space="preserve">GLASBENO IZHODIŠČE / REPERTOAR: </w:t>
            </w:r>
            <w:r>
              <w:rPr>
                <w:color w:val="000000"/>
                <w:sz w:val="16"/>
              </w:rPr>
              <w:t>izbrani odlomki glasbil in izvajalskih zasedb; slikovne kartice</w:t>
            </w:r>
          </w:p>
        </w:tc>
      </w:tr>
      <w:tr w:rsidR="008D43AB" w14:paraId="1F1830C6" w14:textId="77777777">
        <w:trPr>
          <w:cantSplit/>
          <w:jc w:val="center"/>
        </w:trPr>
        <w:tc>
          <w:tcPr>
            <w:tcW w:w="14060" w:type="dxa"/>
            <w:gridSpan w:val="6"/>
            <w:tcMar>
              <w:top w:w="70" w:type="dxa"/>
              <w:left w:w="90" w:type="dxa"/>
              <w:bottom w:w="70" w:type="dxa"/>
              <w:right w:w="90" w:type="dxa"/>
            </w:tcMar>
            <w:vAlign w:val="center"/>
          </w:tcPr>
          <w:p w14:paraId="64DE72EC" w14:textId="77777777" w:rsidR="008D43AB" w:rsidRDefault="008D43AB"/>
          <w:p w14:paraId="44EBA4A5" w14:textId="77777777" w:rsidR="008D43AB" w:rsidRDefault="00000000">
            <w:pPr>
              <w:spacing w:line="245" w:lineRule="auto"/>
            </w:pPr>
            <w:r>
              <w:rPr>
                <w:b/>
                <w:color w:val="000000"/>
                <w:sz w:val="16"/>
              </w:rPr>
              <w:t xml:space="preserve">UČNE ENOTE: </w:t>
            </w:r>
            <w:r>
              <w:rPr>
                <w:color w:val="000000"/>
                <w:sz w:val="16"/>
              </w:rPr>
              <w:t>1. ura – Glasba Okolja – Poslušam in izvajam • 2. ura – Glasba okolja – Individualni poslušalsko-prepoznavni dokaz</w:t>
            </w:r>
          </w:p>
        </w:tc>
      </w:tr>
      <w:tr w:rsidR="008D43AB" w14:paraId="0657DAEB" w14:textId="77777777">
        <w:trPr>
          <w:cantSplit/>
          <w:jc w:val="center"/>
        </w:trPr>
        <w:tc>
          <w:tcPr>
            <w:tcW w:w="14060" w:type="dxa"/>
            <w:gridSpan w:val="6"/>
            <w:tcMar>
              <w:top w:w="70" w:type="dxa"/>
              <w:left w:w="90" w:type="dxa"/>
              <w:bottom w:w="70" w:type="dxa"/>
              <w:right w:w="90" w:type="dxa"/>
            </w:tcMar>
            <w:vAlign w:val="center"/>
          </w:tcPr>
          <w:p w14:paraId="7E13E5CE" w14:textId="77777777" w:rsidR="008D43AB" w:rsidRDefault="008D43AB"/>
          <w:p w14:paraId="5C6413C9"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156FCD98" w14:textId="77777777">
        <w:trPr>
          <w:cantSplit/>
          <w:jc w:val="center"/>
        </w:trPr>
        <w:tc>
          <w:tcPr>
            <w:tcW w:w="14060" w:type="dxa"/>
            <w:gridSpan w:val="6"/>
            <w:tcMar>
              <w:top w:w="70" w:type="dxa"/>
              <w:left w:w="90" w:type="dxa"/>
              <w:bottom w:w="70" w:type="dxa"/>
              <w:right w:w="90" w:type="dxa"/>
            </w:tcMar>
            <w:vAlign w:val="center"/>
          </w:tcPr>
          <w:p w14:paraId="73761520" w14:textId="77777777" w:rsidR="008D43AB" w:rsidRDefault="008D43AB"/>
          <w:p w14:paraId="14156FD4"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15896AD1" w14:textId="77777777">
        <w:trPr>
          <w:cantSplit/>
          <w:jc w:val="center"/>
        </w:trPr>
        <w:tc>
          <w:tcPr>
            <w:tcW w:w="14060" w:type="dxa"/>
            <w:gridSpan w:val="6"/>
            <w:tcMar>
              <w:top w:w="70" w:type="dxa"/>
              <w:left w:w="90" w:type="dxa"/>
              <w:bottom w:w="70" w:type="dxa"/>
              <w:right w:w="90" w:type="dxa"/>
            </w:tcMar>
            <w:vAlign w:val="center"/>
          </w:tcPr>
          <w:p w14:paraId="7D2EEED2" w14:textId="77777777" w:rsidR="008D43AB" w:rsidRDefault="008D43AB"/>
          <w:p w14:paraId="0C8CEDBF"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331B9C14" w14:textId="77777777">
        <w:trPr>
          <w:cantSplit/>
          <w:jc w:val="center"/>
        </w:trPr>
        <w:tc>
          <w:tcPr>
            <w:tcW w:w="14060" w:type="dxa"/>
            <w:gridSpan w:val="6"/>
            <w:tcMar>
              <w:top w:w="70" w:type="dxa"/>
              <w:left w:w="90" w:type="dxa"/>
              <w:bottom w:w="70" w:type="dxa"/>
              <w:right w:w="90" w:type="dxa"/>
            </w:tcMar>
            <w:vAlign w:val="center"/>
          </w:tcPr>
          <w:p w14:paraId="53D390C4" w14:textId="77777777" w:rsidR="008D43AB" w:rsidRDefault="008D43AB"/>
          <w:p w14:paraId="76659BEC" w14:textId="77777777" w:rsidR="008D43AB" w:rsidRDefault="00000000">
            <w:pPr>
              <w:spacing w:line="245" w:lineRule="auto"/>
            </w:pPr>
            <w:r>
              <w:rPr>
                <w:b/>
                <w:color w:val="000000"/>
                <w:sz w:val="16"/>
              </w:rPr>
              <w:t xml:space="preserve">MEDPREDMETNE POVEZAVE: </w:t>
            </w:r>
            <w:r>
              <w:rPr>
                <w:color w:val="000000"/>
                <w:sz w:val="16"/>
              </w:rPr>
              <w:t>SPO – preteklost, pokrajina, živa bitja in raziskovalna vprašanja; SLJ – poslušanje, ritmični govor in opis doživetja; ŠPO – pulz, tempo, gibalni odziv in prostorska orientacija; LUM – simbol, barva, linija in zvočni zapis</w:t>
            </w:r>
          </w:p>
        </w:tc>
      </w:tr>
      <w:tr w:rsidR="008D43AB" w14:paraId="351D7273" w14:textId="77777777">
        <w:trPr>
          <w:cantSplit/>
          <w:jc w:val="center"/>
        </w:trPr>
        <w:tc>
          <w:tcPr>
            <w:tcW w:w="14060" w:type="dxa"/>
            <w:gridSpan w:val="6"/>
            <w:tcMar>
              <w:top w:w="70" w:type="dxa"/>
              <w:left w:w="90" w:type="dxa"/>
              <w:bottom w:w="70" w:type="dxa"/>
              <w:right w:w="90" w:type="dxa"/>
            </w:tcMar>
            <w:vAlign w:val="center"/>
          </w:tcPr>
          <w:p w14:paraId="453F821C" w14:textId="77777777" w:rsidR="008D43AB" w:rsidRDefault="008D43AB"/>
          <w:p w14:paraId="306F33A8"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22498EBF" w14:textId="77777777">
        <w:trPr>
          <w:cantSplit/>
          <w:jc w:val="center"/>
        </w:trPr>
        <w:tc>
          <w:tcPr>
            <w:tcW w:w="14060" w:type="dxa"/>
            <w:gridSpan w:val="6"/>
            <w:tcMar>
              <w:top w:w="70" w:type="dxa"/>
              <w:left w:w="90" w:type="dxa"/>
              <w:bottom w:w="70" w:type="dxa"/>
              <w:right w:w="90" w:type="dxa"/>
            </w:tcMar>
            <w:vAlign w:val="center"/>
          </w:tcPr>
          <w:p w14:paraId="45BC6504" w14:textId="77777777" w:rsidR="008D43AB" w:rsidRDefault="008D43AB"/>
          <w:p w14:paraId="677C2FFB"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502B5A7E" w14:textId="77777777">
        <w:trPr>
          <w:cantSplit/>
          <w:jc w:val="center"/>
        </w:trPr>
        <w:tc>
          <w:tcPr>
            <w:tcW w:w="14060" w:type="dxa"/>
            <w:gridSpan w:val="6"/>
            <w:tcMar>
              <w:top w:w="70" w:type="dxa"/>
              <w:left w:w="90" w:type="dxa"/>
              <w:bottom w:w="70" w:type="dxa"/>
              <w:right w:w="90" w:type="dxa"/>
            </w:tcMar>
            <w:vAlign w:val="center"/>
          </w:tcPr>
          <w:p w14:paraId="7AF5F1B3" w14:textId="77777777" w:rsidR="008D43AB" w:rsidRDefault="008D43AB"/>
          <w:p w14:paraId="484668B2" w14:textId="77777777" w:rsidR="008D43AB" w:rsidRDefault="00000000">
            <w:pPr>
              <w:spacing w:line="245" w:lineRule="auto"/>
            </w:pPr>
            <w:r>
              <w:rPr>
                <w:b/>
                <w:color w:val="000000"/>
                <w:sz w:val="16"/>
              </w:rPr>
              <w:t xml:space="preserve">OCENJEVANJE / DAN DEJAVNOSTI: </w:t>
            </w:r>
            <w:r>
              <w:rPr>
                <w:color w:val="000000"/>
                <w:sz w:val="16"/>
              </w:rPr>
              <w:t>OCENJEVANJE 3 – DRUGE OBLIKE: poslušalsko prepoznavanje glasbil in izvajalcev s slikovnimi karticami, praktični prikaz glasbenih lastnosti ter ustni odziv</w:t>
            </w:r>
          </w:p>
        </w:tc>
      </w:tr>
      <w:tr w:rsidR="008D43AB" w14:paraId="0C5FAC91" w14:textId="77777777">
        <w:trPr>
          <w:cantSplit/>
          <w:jc w:val="center"/>
        </w:trPr>
        <w:tc>
          <w:tcPr>
            <w:tcW w:w="14060" w:type="dxa"/>
            <w:gridSpan w:val="6"/>
            <w:tcMar>
              <w:top w:w="70" w:type="dxa"/>
              <w:left w:w="90" w:type="dxa"/>
              <w:bottom w:w="70" w:type="dxa"/>
              <w:right w:w="90" w:type="dxa"/>
            </w:tcMar>
            <w:vAlign w:val="center"/>
          </w:tcPr>
          <w:p w14:paraId="2A3B67D8" w14:textId="77777777" w:rsidR="008D43AB" w:rsidRDefault="008D43AB"/>
          <w:p w14:paraId="440B9BAA"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4D6BE80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E0380B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FB22F7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1D39B8F" w14:textId="77777777" w:rsidR="008D43AB" w:rsidRDefault="00000000">
            <w:pPr>
              <w:jc w:val="center"/>
            </w:pPr>
            <w:r>
              <w:rPr>
                <w:b/>
                <w:color w:val="000000"/>
                <w:sz w:val="20"/>
              </w:rPr>
              <w:t>UČNE DEJAVNOSTI, METODE IN FORMATIVNO SPREMLJANJE</w:t>
            </w:r>
          </w:p>
        </w:tc>
      </w:tr>
      <w:tr w:rsidR="008D43AB" w14:paraId="1DD581D6" w14:textId="77777777">
        <w:trPr>
          <w:tblHeader/>
          <w:jc w:val="center"/>
        </w:trPr>
        <w:tc>
          <w:tcPr>
            <w:tcW w:w="4422" w:type="dxa"/>
            <w:vMerge/>
            <w:tcMar>
              <w:top w:w="70" w:type="dxa"/>
              <w:left w:w="90" w:type="dxa"/>
              <w:bottom w:w="70" w:type="dxa"/>
              <w:right w:w="90" w:type="dxa"/>
            </w:tcMar>
            <w:vAlign w:val="center"/>
          </w:tcPr>
          <w:p w14:paraId="076C9B36" w14:textId="77777777" w:rsidR="008D43AB" w:rsidRDefault="008D43AB"/>
        </w:tc>
        <w:tc>
          <w:tcPr>
            <w:tcW w:w="7087" w:type="dxa"/>
            <w:shd w:val="clear" w:color="auto" w:fill="FFFFFF"/>
            <w:tcMar>
              <w:top w:w="70" w:type="dxa"/>
              <w:left w:w="90" w:type="dxa"/>
              <w:bottom w:w="70" w:type="dxa"/>
              <w:right w:w="90" w:type="dxa"/>
            </w:tcMar>
            <w:vAlign w:val="center"/>
          </w:tcPr>
          <w:p w14:paraId="6C8B0DBA"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D9A91BB" w14:textId="77777777" w:rsidR="008D43AB" w:rsidRDefault="00000000">
            <w:pPr>
              <w:jc w:val="center"/>
            </w:pPr>
            <w:r>
              <w:rPr>
                <w:b/>
                <w:color w:val="000000"/>
              </w:rPr>
              <w:t>UČENEC</w:t>
            </w:r>
          </w:p>
        </w:tc>
      </w:tr>
      <w:tr w:rsidR="008D43AB" w14:paraId="07397751" w14:textId="77777777">
        <w:trPr>
          <w:jc w:val="center"/>
        </w:trPr>
        <w:tc>
          <w:tcPr>
            <w:tcW w:w="4422" w:type="dxa"/>
            <w:tcMar>
              <w:top w:w="70" w:type="dxa"/>
              <w:left w:w="90" w:type="dxa"/>
              <w:bottom w:w="70" w:type="dxa"/>
              <w:right w:w="90" w:type="dxa"/>
            </w:tcMar>
          </w:tcPr>
          <w:p w14:paraId="22E2AC7C" w14:textId="77777777" w:rsidR="008D43AB" w:rsidRDefault="008D43AB"/>
          <w:p w14:paraId="6CFFDE4C" w14:textId="77777777" w:rsidR="008D43AB" w:rsidRDefault="00000000">
            <w:pPr>
              <w:spacing w:after="60" w:line="245" w:lineRule="auto"/>
            </w:pPr>
            <w:r>
              <w:rPr>
                <w:b/>
                <w:color w:val="000000"/>
              </w:rPr>
              <w:t>UČNI CILJI</w:t>
            </w:r>
          </w:p>
          <w:p w14:paraId="2EFFEDDD" w14:textId="77777777" w:rsidR="008D43AB" w:rsidRDefault="00000000">
            <w:pPr>
              <w:spacing w:after="20" w:line="245" w:lineRule="auto"/>
            </w:pPr>
            <w:r>
              <w:rPr>
                <w:b/>
                <w:color w:val="000000"/>
                <w:sz w:val="17"/>
              </w:rPr>
              <w:t>SPLOŠNI</w:t>
            </w:r>
          </w:p>
          <w:p w14:paraId="2B5512A0"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79B847B5" w14:textId="77777777" w:rsidR="008D43AB" w:rsidRDefault="00000000">
            <w:pPr>
              <w:pStyle w:val="Oznaenseznam"/>
              <w:spacing w:after="16"/>
            </w:pPr>
            <w:r>
              <w:rPr>
                <w:color w:val="000000"/>
                <w:sz w:val="16"/>
              </w:rPr>
              <w:t>poje, ritmično govori ter uporablja telo, glasbila in predmete kot zvočne vire</w:t>
            </w:r>
          </w:p>
          <w:p w14:paraId="2DA3E4D0" w14:textId="77777777" w:rsidR="008D43AB" w:rsidRDefault="00000000">
            <w:pPr>
              <w:pStyle w:val="Oznaenseznam"/>
              <w:spacing w:after="16"/>
            </w:pPr>
            <w:r>
              <w:rPr>
                <w:color w:val="000000"/>
                <w:sz w:val="16"/>
              </w:rPr>
              <w:t>razlikuje izbrane lastnosti zvoka in glasbe ter varuje sluh in odgovorno uporablja glasbila</w:t>
            </w:r>
          </w:p>
          <w:p w14:paraId="038DD55C"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733EDD12" w14:textId="77777777" w:rsidR="008D43AB" w:rsidRDefault="00000000">
            <w:pPr>
              <w:spacing w:before="40" w:after="20" w:line="245" w:lineRule="auto"/>
            </w:pPr>
            <w:r>
              <w:rPr>
                <w:b/>
                <w:color w:val="000000"/>
                <w:sz w:val="17"/>
              </w:rPr>
              <w:t>OPERATIVNI</w:t>
            </w:r>
          </w:p>
          <w:p w14:paraId="4DB3F3A6" w14:textId="77777777" w:rsidR="008D43AB" w:rsidRDefault="00000000">
            <w:pPr>
              <w:pStyle w:val="Oznaenseznam"/>
              <w:spacing w:after="16"/>
            </w:pPr>
            <w:r>
              <w:rPr>
                <w:color w:val="000000"/>
                <w:sz w:val="16"/>
              </w:rPr>
              <w:t>posluša izbrane zvrsti</w:t>
            </w:r>
          </w:p>
          <w:p w14:paraId="0B9707BE" w14:textId="77777777" w:rsidR="008D43AB" w:rsidRDefault="00000000">
            <w:pPr>
              <w:pStyle w:val="Oznaenseznam"/>
              <w:spacing w:after="16"/>
            </w:pPr>
            <w:r>
              <w:rPr>
                <w:color w:val="000000"/>
                <w:sz w:val="16"/>
              </w:rPr>
              <w:t>razlikuje izvajalca in glasbilo na osnovni ravni</w:t>
            </w:r>
          </w:p>
          <w:p w14:paraId="3C10AEBC" w14:textId="77777777" w:rsidR="008D43AB" w:rsidRDefault="00000000">
            <w:pPr>
              <w:pStyle w:val="Oznaenseznam"/>
              <w:spacing w:after="16"/>
            </w:pPr>
            <w:r>
              <w:rPr>
                <w:color w:val="000000"/>
                <w:sz w:val="16"/>
              </w:rPr>
              <w:t>izrazi doživetje</w:t>
            </w:r>
          </w:p>
          <w:p w14:paraId="670C2A4D" w14:textId="77777777" w:rsidR="008D43AB" w:rsidRDefault="00000000">
            <w:pPr>
              <w:spacing w:before="40" w:after="20" w:line="245" w:lineRule="auto"/>
            </w:pPr>
            <w:r>
              <w:rPr>
                <w:b/>
                <w:color w:val="000000"/>
                <w:sz w:val="17"/>
              </w:rPr>
              <w:t>PRIČAKOVANI DOSEŽKI / MINIMALNI POUDARKI</w:t>
            </w:r>
          </w:p>
          <w:p w14:paraId="58BFBB2A" w14:textId="77777777" w:rsidR="008D43AB" w:rsidRDefault="00000000">
            <w:pPr>
              <w:pStyle w:val="Oznaenseznam"/>
              <w:spacing w:after="16"/>
            </w:pPr>
            <w:r>
              <w:rPr>
                <w:color w:val="000000"/>
                <w:sz w:val="15"/>
              </w:rPr>
              <w:t>samostojno oziroma z dogovorjeno oporo posluša izbrane zvrsti</w:t>
            </w:r>
          </w:p>
          <w:p w14:paraId="4E7C2960" w14:textId="77777777" w:rsidR="008D43AB" w:rsidRDefault="00000000">
            <w:pPr>
              <w:pStyle w:val="Oznaenseznam"/>
              <w:spacing w:after="16"/>
            </w:pPr>
            <w:r>
              <w:rPr>
                <w:color w:val="000000"/>
                <w:sz w:val="15"/>
              </w:rPr>
              <w:t>samostojno oziroma z dogovorjeno oporo razlikuje izvajalca in glasbilo na osnovni ravni</w:t>
            </w:r>
          </w:p>
          <w:p w14:paraId="0C4C3007" w14:textId="77777777" w:rsidR="008D43AB" w:rsidRDefault="00000000">
            <w:pPr>
              <w:pStyle w:val="Oznaenseznam"/>
              <w:spacing w:after="16"/>
            </w:pPr>
            <w:r>
              <w:rPr>
                <w:color w:val="000000"/>
                <w:sz w:val="15"/>
              </w:rPr>
              <w:t>samostojno oziroma z dogovorjeno oporo izrazi doživetje</w:t>
            </w:r>
          </w:p>
        </w:tc>
        <w:tc>
          <w:tcPr>
            <w:tcW w:w="7087" w:type="dxa"/>
            <w:tcMar>
              <w:top w:w="70" w:type="dxa"/>
              <w:left w:w="90" w:type="dxa"/>
              <w:bottom w:w="70" w:type="dxa"/>
              <w:right w:w="90" w:type="dxa"/>
            </w:tcMar>
          </w:tcPr>
          <w:p w14:paraId="61DB427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1C5B2E7" w14:textId="77777777">
              <w:trPr>
                <w:jc w:val="center"/>
              </w:trPr>
              <w:tc>
                <w:tcPr>
                  <w:tcW w:w="7087" w:type="dxa"/>
                  <w:shd w:val="clear" w:color="auto" w:fill="C6E7F3"/>
                  <w:tcMar>
                    <w:top w:w="45" w:type="dxa"/>
                    <w:left w:w="70" w:type="dxa"/>
                    <w:bottom w:w="45" w:type="dxa"/>
                    <w:right w:w="70" w:type="dxa"/>
                  </w:tcMar>
                </w:tcPr>
                <w:p w14:paraId="339121AD" w14:textId="77777777" w:rsidR="008D43AB" w:rsidRDefault="00000000">
                  <w:pPr>
                    <w:keepNext/>
                  </w:pPr>
                  <w:r>
                    <w:rPr>
                      <w:b/>
                      <w:color w:val="000000"/>
                    </w:rPr>
                    <w:t>UVODNI DEL – zvočna motivacija, aktivacija predznanja in namen učenja (8–12 min)</w:t>
                  </w:r>
                </w:p>
              </w:tc>
            </w:tr>
          </w:tbl>
          <w:p w14:paraId="786D2593" w14:textId="77777777" w:rsidR="008D43AB" w:rsidRDefault="008D43AB">
            <w:pPr>
              <w:spacing w:line="20" w:lineRule="exact"/>
            </w:pPr>
          </w:p>
          <w:p w14:paraId="0E477A8E" w14:textId="77777777" w:rsidR="008D43AB" w:rsidRDefault="00000000">
            <w:pPr>
              <w:spacing w:before="40" w:after="60" w:line="245" w:lineRule="auto"/>
            </w:pPr>
            <w:r>
              <w:rPr>
                <w:color w:val="000000"/>
                <w:sz w:val="16"/>
              </w:rPr>
              <w:t>Učenci ob motivu »Dinozavri?!« – Lila Prap vstopijo v temo preteklost, pokrajina, živa bitja in raziskovalna vprašanja. Najprej v tišini poslušajo kratek zvočni odlomek ali učiteljičino izvedbo (izbrani odlomki glasbil in izvajalskih zasedb; slikovne kartice), nato s kretnjo, gibanjem, glasom, kartico ali kratko razlago pokažejo prvi odziv in napoved. Pred individualnim dokazom obnovijo javna merila in dovoljene opore; po izvedbi določijo naslednji korak.</w:t>
            </w:r>
          </w:p>
          <w:tbl>
            <w:tblPr>
              <w:tblStyle w:val="Tabelamrea"/>
              <w:tblW w:w="0" w:type="auto"/>
              <w:jc w:val="center"/>
              <w:tblLayout w:type="fixed"/>
              <w:tblLook w:val="04A0" w:firstRow="1" w:lastRow="0" w:firstColumn="1" w:lastColumn="0" w:noHBand="0" w:noVBand="1"/>
            </w:tblPr>
            <w:tblGrid>
              <w:gridCol w:w="7087"/>
            </w:tblGrid>
            <w:tr w:rsidR="008D43AB" w14:paraId="05CB4E9B" w14:textId="77777777">
              <w:trPr>
                <w:jc w:val="center"/>
              </w:trPr>
              <w:tc>
                <w:tcPr>
                  <w:tcW w:w="7087" w:type="dxa"/>
                  <w:shd w:val="clear" w:color="auto" w:fill="EDC9EA"/>
                  <w:tcMar>
                    <w:top w:w="45" w:type="dxa"/>
                    <w:left w:w="70" w:type="dxa"/>
                    <w:bottom w:w="45" w:type="dxa"/>
                    <w:right w:w="70" w:type="dxa"/>
                  </w:tcMar>
                </w:tcPr>
                <w:p w14:paraId="673560B1" w14:textId="77777777" w:rsidR="008D43AB" w:rsidRDefault="00000000">
                  <w:pPr>
                    <w:keepNext/>
                  </w:pPr>
                  <w:r>
                    <w:rPr>
                      <w:b/>
                      <w:color w:val="000000"/>
                    </w:rPr>
                    <w:t>NAMENI UČENJA</w:t>
                  </w:r>
                </w:p>
              </w:tc>
            </w:tr>
          </w:tbl>
          <w:p w14:paraId="63933DCA" w14:textId="77777777" w:rsidR="008D43AB" w:rsidRDefault="008D43AB">
            <w:pPr>
              <w:spacing w:line="20" w:lineRule="exact"/>
            </w:pPr>
          </w:p>
          <w:p w14:paraId="22B6520A"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47761370" w14:textId="77777777" w:rsidR="008D43AB" w:rsidRDefault="00000000">
            <w:pPr>
              <w:pStyle w:val="Oznaenseznam"/>
              <w:spacing w:after="16"/>
            </w:pPr>
            <w:r>
              <w:rPr>
                <w:color w:val="000000"/>
                <w:sz w:val="16"/>
              </w:rPr>
              <w:t>poslušam izbrane zvrsti</w:t>
            </w:r>
          </w:p>
          <w:p w14:paraId="17D4864F" w14:textId="77777777" w:rsidR="008D43AB" w:rsidRDefault="00000000">
            <w:pPr>
              <w:pStyle w:val="Oznaenseznam"/>
              <w:spacing w:after="16"/>
            </w:pPr>
            <w:r>
              <w:rPr>
                <w:color w:val="000000"/>
                <w:sz w:val="16"/>
              </w:rPr>
              <w:t>razlikujem izvajalca in glasbilo na osnovni ravni</w:t>
            </w:r>
          </w:p>
          <w:p w14:paraId="4F313746" w14:textId="77777777" w:rsidR="008D43AB" w:rsidRDefault="00000000">
            <w:pPr>
              <w:pStyle w:val="Oznaenseznam"/>
              <w:spacing w:after="16"/>
            </w:pPr>
            <w:r>
              <w:rPr>
                <w:color w:val="000000"/>
                <w:sz w:val="16"/>
              </w:rPr>
              <w:t>izrazim doživetje</w:t>
            </w:r>
          </w:p>
          <w:tbl>
            <w:tblPr>
              <w:tblStyle w:val="Tabelamrea"/>
              <w:tblW w:w="0" w:type="auto"/>
              <w:jc w:val="center"/>
              <w:tblLayout w:type="fixed"/>
              <w:tblLook w:val="04A0" w:firstRow="1" w:lastRow="0" w:firstColumn="1" w:lastColumn="0" w:noHBand="0" w:noVBand="1"/>
            </w:tblPr>
            <w:tblGrid>
              <w:gridCol w:w="7087"/>
            </w:tblGrid>
            <w:tr w:rsidR="008D43AB" w14:paraId="7938EA84" w14:textId="77777777">
              <w:trPr>
                <w:jc w:val="center"/>
              </w:trPr>
              <w:tc>
                <w:tcPr>
                  <w:tcW w:w="7087" w:type="dxa"/>
                  <w:shd w:val="clear" w:color="auto" w:fill="EDC9EA"/>
                  <w:tcMar>
                    <w:top w:w="45" w:type="dxa"/>
                    <w:left w:w="70" w:type="dxa"/>
                    <w:bottom w:w="45" w:type="dxa"/>
                    <w:right w:w="70" w:type="dxa"/>
                  </w:tcMar>
                </w:tcPr>
                <w:p w14:paraId="2E226993" w14:textId="77777777" w:rsidR="008D43AB" w:rsidRDefault="00000000">
                  <w:pPr>
                    <w:keepNext/>
                  </w:pPr>
                  <w:r>
                    <w:rPr>
                      <w:b/>
                      <w:color w:val="000000"/>
                    </w:rPr>
                    <w:t>PREVERJANJE PREDZNANJA</w:t>
                  </w:r>
                </w:p>
              </w:tc>
            </w:tr>
          </w:tbl>
          <w:p w14:paraId="1789BA0C" w14:textId="77777777" w:rsidR="008D43AB" w:rsidRDefault="008D43AB">
            <w:pPr>
              <w:spacing w:line="20" w:lineRule="exact"/>
            </w:pPr>
          </w:p>
          <w:p w14:paraId="19B32E03" w14:textId="77777777" w:rsidR="008D43AB" w:rsidRDefault="00000000">
            <w:pPr>
              <w:pStyle w:val="Oznaenseznam"/>
              <w:spacing w:after="16"/>
            </w:pPr>
            <w:r>
              <w:rPr>
                <w:color w:val="000000"/>
                <w:sz w:val="16"/>
              </w:rPr>
              <w:t>Kaj mi zvok, naslov, slika ali motiv pove o temi preteklost, pokrajina, živa bitja in raziskovalna vprašanja?</w:t>
            </w:r>
          </w:p>
          <w:p w14:paraId="09F8DFCB" w14:textId="77777777" w:rsidR="008D43AB" w:rsidRDefault="00000000">
            <w:pPr>
              <w:pStyle w:val="Oznaenseznam"/>
              <w:spacing w:after="16"/>
            </w:pPr>
            <w:r>
              <w:rPr>
                <w:color w:val="000000"/>
                <w:sz w:val="16"/>
              </w:rPr>
              <w:t>Kako lahko s poslušanjem, glasom, telesom, glasbilom ali simbolom pokažem, kaj že znam pri temi »GLASBA OKOLJA«?</w:t>
            </w:r>
          </w:p>
          <w:p w14:paraId="2BAE12CA"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19AF4B27" w14:textId="77777777">
              <w:trPr>
                <w:jc w:val="center"/>
              </w:trPr>
              <w:tc>
                <w:tcPr>
                  <w:tcW w:w="7087" w:type="dxa"/>
                  <w:shd w:val="clear" w:color="auto" w:fill="EDC9EA"/>
                  <w:tcMar>
                    <w:top w:w="45" w:type="dxa"/>
                    <w:left w:w="70" w:type="dxa"/>
                    <w:bottom w:w="45" w:type="dxa"/>
                    <w:right w:w="70" w:type="dxa"/>
                  </w:tcMar>
                </w:tcPr>
                <w:p w14:paraId="50139105" w14:textId="77777777" w:rsidR="008D43AB" w:rsidRDefault="00000000">
                  <w:pPr>
                    <w:keepNext/>
                  </w:pPr>
                  <w:r>
                    <w:rPr>
                      <w:b/>
                      <w:color w:val="000000"/>
                    </w:rPr>
                    <w:t>KRITERIJI USPEŠNOSTI</w:t>
                  </w:r>
                </w:p>
              </w:tc>
            </w:tr>
          </w:tbl>
          <w:p w14:paraId="74E2E4F1" w14:textId="77777777" w:rsidR="008D43AB" w:rsidRDefault="008D43AB"/>
          <w:p w14:paraId="3F75E038" w14:textId="77777777" w:rsidR="008D43AB" w:rsidRDefault="00000000">
            <w:pPr>
              <w:spacing w:before="20" w:after="20" w:line="245" w:lineRule="auto"/>
            </w:pPr>
            <w:r>
              <w:rPr>
                <w:b/>
                <w:color w:val="000000"/>
                <w:sz w:val="16"/>
              </w:rPr>
              <w:t>Uspešen/-na bom, ko:</w:t>
            </w:r>
          </w:p>
          <w:p w14:paraId="2827A920" w14:textId="77777777" w:rsidR="008D43AB" w:rsidRDefault="00000000">
            <w:pPr>
              <w:pStyle w:val="Oznaenseznam"/>
              <w:spacing w:after="16"/>
            </w:pPr>
            <w:r>
              <w:rPr>
                <w:color w:val="000000"/>
                <w:sz w:val="16"/>
              </w:rPr>
              <w:t>poslušam izbrane zvrsti</w:t>
            </w:r>
          </w:p>
          <w:p w14:paraId="148FEFDE" w14:textId="77777777" w:rsidR="008D43AB" w:rsidRDefault="00000000">
            <w:pPr>
              <w:pStyle w:val="Oznaenseznam"/>
              <w:spacing w:after="16"/>
            </w:pPr>
            <w:r>
              <w:rPr>
                <w:color w:val="000000"/>
                <w:sz w:val="16"/>
              </w:rPr>
              <w:t>razlikujem izvajalca in glasbilo na osnovni ravni</w:t>
            </w:r>
          </w:p>
          <w:p w14:paraId="70F1D6CF" w14:textId="77777777" w:rsidR="008D43AB" w:rsidRDefault="00000000">
            <w:pPr>
              <w:pStyle w:val="Oznaenseznam"/>
              <w:spacing w:after="16"/>
            </w:pPr>
            <w:r>
              <w:rPr>
                <w:color w:val="000000"/>
                <w:sz w:val="16"/>
              </w:rPr>
              <w:t>izrazim doživetje</w:t>
            </w:r>
          </w:p>
          <w:p w14:paraId="08CAC820" w14:textId="77777777" w:rsidR="008D43AB" w:rsidRDefault="00000000">
            <w:pPr>
              <w:pStyle w:val="Oznaenseznam"/>
              <w:spacing w:after="16"/>
            </w:pPr>
            <w:r>
              <w:rPr>
                <w:color w:val="000000"/>
                <w:sz w:val="16"/>
              </w:rPr>
              <w:t>upoštevam dogovorjeni začetek, konec, znak za tišino in varno glasnost</w:t>
            </w:r>
          </w:p>
          <w:p w14:paraId="666C3017"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5F7DD299" w14:textId="77777777" w:rsidR="008D43AB" w:rsidRDefault="008D43AB"/>
          <w:p w14:paraId="7905152A"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5309E770" w14:textId="77777777" w:rsidR="008D43AB" w:rsidRDefault="00000000">
            <w:pPr>
              <w:spacing w:after="80" w:line="245" w:lineRule="auto"/>
            </w:pPr>
            <w:r>
              <w:rPr>
                <w:color w:val="000000"/>
                <w:sz w:val="16"/>
              </w:rPr>
              <w:t>Pove ali pokaže, kaj že zna in katero glasbeno strategijo bi uporabil.</w:t>
            </w:r>
          </w:p>
          <w:p w14:paraId="3E00A534" w14:textId="77777777" w:rsidR="008D43AB" w:rsidRDefault="00000000">
            <w:pPr>
              <w:spacing w:after="100" w:line="245" w:lineRule="auto"/>
            </w:pPr>
            <w:r>
              <w:rPr>
                <w:color w:val="000000"/>
                <w:sz w:val="16"/>
              </w:rPr>
              <w:t>Sodeluje pri razumevanju namenov, meril uspešnosti, varne glasnosti in načina dokazovanja.</w:t>
            </w:r>
          </w:p>
          <w:p w14:paraId="39CE9CD9" w14:textId="77777777" w:rsidR="008D43AB" w:rsidRDefault="00000000">
            <w:pPr>
              <w:spacing w:after="20" w:line="245" w:lineRule="auto"/>
            </w:pPr>
            <w:r>
              <w:rPr>
                <w:b/>
                <w:color w:val="D95BC6"/>
                <w:sz w:val="17"/>
              </w:rPr>
              <w:t>DOKAZ O UČENJU</w:t>
            </w:r>
          </w:p>
          <w:p w14:paraId="46640C52"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42A3038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581E62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CAB56D"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59EBB3D" w14:textId="77777777" w:rsidR="008D43AB" w:rsidRDefault="00000000">
            <w:pPr>
              <w:jc w:val="center"/>
            </w:pPr>
            <w:r>
              <w:rPr>
                <w:b/>
                <w:color w:val="000000"/>
                <w:sz w:val="20"/>
              </w:rPr>
              <w:t>UČNE DEJAVNOSTI, METODE IN FORMATIVNO SPREMLJANJE</w:t>
            </w:r>
          </w:p>
        </w:tc>
      </w:tr>
      <w:tr w:rsidR="008D43AB" w14:paraId="3F196B5E" w14:textId="77777777">
        <w:trPr>
          <w:tblHeader/>
          <w:jc w:val="center"/>
        </w:trPr>
        <w:tc>
          <w:tcPr>
            <w:tcW w:w="4422" w:type="dxa"/>
            <w:vMerge/>
            <w:tcMar>
              <w:top w:w="70" w:type="dxa"/>
              <w:left w:w="90" w:type="dxa"/>
              <w:bottom w:w="70" w:type="dxa"/>
              <w:right w:w="90" w:type="dxa"/>
            </w:tcMar>
            <w:vAlign w:val="center"/>
          </w:tcPr>
          <w:p w14:paraId="03686D73" w14:textId="77777777" w:rsidR="008D43AB" w:rsidRDefault="008D43AB"/>
        </w:tc>
        <w:tc>
          <w:tcPr>
            <w:tcW w:w="7087" w:type="dxa"/>
            <w:shd w:val="clear" w:color="auto" w:fill="FFFFFF"/>
            <w:tcMar>
              <w:top w:w="70" w:type="dxa"/>
              <w:left w:w="90" w:type="dxa"/>
              <w:bottom w:w="70" w:type="dxa"/>
              <w:right w:w="90" w:type="dxa"/>
            </w:tcMar>
            <w:vAlign w:val="center"/>
          </w:tcPr>
          <w:p w14:paraId="583B761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C2F5694" w14:textId="77777777" w:rsidR="008D43AB" w:rsidRDefault="00000000">
            <w:pPr>
              <w:jc w:val="center"/>
            </w:pPr>
            <w:r>
              <w:rPr>
                <w:b/>
                <w:color w:val="000000"/>
              </w:rPr>
              <w:t>UČENEC</w:t>
            </w:r>
          </w:p>
        </w:tc>
      </w:tr>
      <w:tr w:rsidR="008D43AB" w14:paraId="33796D05" w14:textId="77777777">
        <w:trPr>
          <w:jc w:val="center"/>
        </w:trPr>
        <w:tc>
          <w:tcPr>
            <w:tcW w:w="4422" w:type="dxa"/>
            <w:tcMar>
              <w:top w:w="70" w:type="dxa"/>
              <w:left w:w="90" w:type="dxa"/>
              <w:bottom w:w="70" w:type="dxa"/>
              <w:right w:w="90" w:type="dxa"/>
            </w:tcMar>
          </w:tcPr>
          <w:p w14:paraId="4D38DBE0" w14:textId="77777777" w:rsidR="008D43AB" w:rsidRDefault="008D43AB"/>
          <w:p w14:paraId="1957FB57" w14:textId="77777777" w:rsidR="008D43AB" w:rsidRDefault="00000000">
            <w:pPr>
              <w:spacing w:after="40" w:line="245" w:lineRule="auto"/>
            </w:pPr>
            <w:r>
              <w:rPr>
                <w:b/>
                <w:color w:val="000000"/>
              </w:rPr>
              <w:t>KLJUČNI GLASBENI POJMI</w:t>
            </w:r>
          </w:p>
          <w:p w14:paraId="5F51FFB6" w14:textId="77777777" w:rsidR="008D43AB" w:rsidRDefault="00000000">
            <w:pPr>
              <w:spacing w:after="60" w:line="245" w:lineRule="auto"/>
            </w:pPr>
            <w:r>
              <w:rPr>
                <w:color w:val="000000"/>
                <w:sz w:val="15"/>
              </w:rPr>
              <w:t>poslušanje, zvok, tišina, izvedba, glasbeni znak, dokaz, povratna informacija, zvočni vir, glasno–tiho, visoko–nizko, dolgo–kratko, naravno–umetno</w:t>
            </w:r>
          </w:p>
          <w:p w14:paraId="67CBD16A" w14:textId="77777777" w:rsidR="008D43AB" w:rsidRDefault="00000000">
            <w:pPr>
              <w:spacing w:after="20" w:line="245" w:lineRule="auto"/>
            </w:pPr>
            <w:r>
              <w:rPr>
                <w:b/>
                <w:color w:val="000000"/>
                <w:sz w:val="17"/>
              </w:rPr>
              <w:t>DOKAZI O UČENJU</w:t>
            </w:r>
          </w:p>
          <w:p w14:paraId="112DC9B8" w14:textId="77777777" w:rsidR="008D43AB" w:rsidRDefault="00000000">
            <w:pPr>
              <w:pStyle w:val="Oznaenseznam"/>
              <w:spacing w:after="9"/>
            </w:pPr>
            <w:r>
              <w:rPr>
                <w:color w:val="000000"/>
                <w:sz w:val="15"/>
              </w:rPr>
              <w:t>poslušalski gibalni odziv, ritmični/pevski odmev in učiteljev zapis o skupnem pulzu oziroma začetku/koncu.</w:t>
            </w:r>
          </w:p>
          <w:p w14:paraId="24A05523" w14:textId="77777777" w:rsidR="008D43AB" w:rsidRDefault="00000000">
            <w:pPr>
              <w:pStyle w:val="Oznaenseznam"/>
              <w:spacing w:after="9"/>
            </w:pPr>
            <w:r>
              <w:rPr>
                <w:color w:val="000000"/>
                <w:sz w:val="15"/>
              </w:rPr>
              <w:t>individualna povezava zvoka, slike, glasbila oziroma izvajalca, praktični prikaz in ustni odziv</w:t>
            </w:r>
          </w:p>
          <w:p w14:paraId="35EEE985" w14:textId="77777777" w:rsidR="008D43AB" w:rsidRDefault="00000000">
            <w:pPr>
              <w:spacing w:before="40" w:after="20" w:line="245" w:lineRule="auto"/>
            </w:pPr>
            <w:r>
              <w:rPr>
                <w:b/>
                <w:color w:val="000000"/>
                <w:sz w:val="17"/>
              </w:rPr>
              <w:t>GLASBENO DOŽIVETJE IN IZKUŠENJSKI POUK</w:t>
            </w:r>
          </w:p>
          <w:p w14:paraId="298169EF"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64C9CEC3" w14:textId="77777777" w:rsidR="008D43AB" w:rsidRDefault="00000000">
            <w:pPr>
              <w:spacing w:after="20" w:line="245" w:lineRule="auto"/>
            </w:pPr>
            <w:r>
              <w:rPr>
                <w:b/>
                <w:color w:val="000000"/>
                <w:sz w:val="17"/>
              </w:rPr>
              <w:t>POUČEVANJE V GIBANJU</w:t>
            </w:r>
          </w:p>
          <w:p w14:paraId="2D0DFFFC"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0D2224AA" w14:textId="77777777" w:rsidR="008D43AB" w:rsidRDefault="00000000">
            <w:pPr>
              <w:spacing w:after="20" w:line="245" w:lineRule="auto"/>
            </w:pPr>
            <w:r>
              <w:rPr>
                <w:b/>
                <w:color w:val="000000"/>
                <w:sz w:val="17"/>
              </w:rPr>
              <w:t>DELO PO POSTAJAH</w:t>
            </w:r>
          </w:p>
          <w:p w14:paraId="71E5577C"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065A2610" w14:textId="77777777" w:rsidR="008D43AB" w:rsidRDefault="00000000">
            <w:pPr>
              <w:spacing w:after="10" w:line="245" w:lineRule="auto"/>
            </w:pPr>
            <w:r>
              <w:rPr>
                <w:color w:val="000000"/>
                <w:sz w:val="15"/>
              </w:rPr>
              <w:t>1. Poslušalsko-ocenjevalna: individualno povežem glasbilo oziroma izvajalca s sliko in zvokom ter pojasnim enako in različno.</w:t>
            </w:r>
          </w:p>
          <w:p w14:paraId="4B72EA96" w14:textId="77777777" w:rsidR="008D43AB" w:rsidRDefault="00000000">
            <w:pPr>
              <w:spacing w:after="10" w:line="245" w:lineRule="auto"/>
            </w:pPr>
            <w:r>
              <w:rPr>
                <w:color w:val="000000"/>
                <w:sz w:val="15"/>
              </w:rPr>
              <w:t>2. Gibalna: z držo in gibom pokažem izbrano glasbeno lastnost ali način izvajanja.</w:t>
            </w:r>
          </w:p>
          <w:p w14:paraId="129E4DDE" w14:textId="77777777" w:rsidR="008D43AB" w:rsidRDefault="00000000">
            <w:pPr>
              <w:spacing w:after="10" w:line="245" w:lineRule="auto"/>
            </w:pPr>
            <w:r>
              <w:rPr>
                <w:color w:val="000000"/>
                <w:sz w:val="15"/>
              </w:rPr>
              <w:t>3. Izvajalska: na razpoložljivem glasbilu praktično pokažem glasno–tiho, hitro–počasi ali dolgo–kratko.</w:t>
            </w:r>
          </w:p>
          <w:p w14:paraId="5E1DFB2A" w14:textId="77777777" w:rsidR="008D43AB" w:rsidRDefault="00000000">
            <w:pPr>
              <w:spacing w:after="10" w:line="245" w:lineRule="auto"/>
            </w:pPr>
            <w:r>
              <w:rPr>
                <w:color w:val="000000"/>
                <w:sz w:val="15"/>
              </w:rPr>
              <w:t>4. Slikovno-zapisna: razvrstim kartice glasbil in izberem dokaz, ki najbolje pokaže moje razumevanje.</w:t>
            </w:r>
          </w:p>
          <w:p w14:paraId="3F3958F8" w14:textId="77777777" w:rsidR="008D43AB" w:rsidRDefault="00000000">
            <w:pPr>
              <w:spacing w:after="20" w:line="245" w:lineRule="auto"/>
            </w:pPr>
            <w:r>
              <w:rPr>
                <w:b/>
                <w:color w:val="000000"/>
                <w:sz w:val="17"/>
              </w:rPr>
              <w:t>DIFERENCIACIJA IN VKLJUČEVANJE</w:t>
            </w:r>
          </w:p>
          <w:p w14:paraId="1616EC5A"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0875EC66" w14:textId="77777777" w:rsidR="008D43AB" w:rsidRDefault="00000000">
            <w:pPr>
              <w:spacing w:after="20" w:line="245" w:lineRule="auto"/>
            </w:pPr>
            <w:r>
              <w:rPr>
                <w:b/>
                <w:color w:val="000000"/>
                <w:sz w:val="17"/>
              </w:rPr>
              <w:t>SPREMLJANJE</w:t>
            </w:r>
          </w:p>
          <w:p w14:paraId="2EFAC545"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56EB517"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A0258BA" w14:textId="77777777">
              <w:trPr>
                <w:jc w:val="center"/>
              </w:trPr>
              <w:tc>
                <w:tcPr>
                  <w:tcW w:w="7087" w:type="dxa"/>
                  <w:shd w:val="clear" w:color="auto" w:fill="C6E7F3"/>
                  <w:tcMar>
                    <w:top w:w="45" w:type="dxa"/>
                    <w:left w:w="70" w:type="dxa"/>
                    <w:bottom w:w="45" w:type="dxa"/>
                    <w:right w:w="70" w:type="dxa"/>
                  </w:tcMar>
                </w:tcPr>
                <w:p w14:paraId="63262911" w14:textId="77777777" w:rsidR="008D43AB" w:rsidRDefault="00000000">
                  <w:pPr>
                    <w:keepNext/>
                  </w:pPr>
                  <w:r>
                    <w:rPr>
                      <w:b/>
                      <w:color w:val="000000"/>
                      <w:sz w:val="17"/>
                    </w:rPr>
                    <w:t>GLAVNI DEL – POSLUŠANJE, IZVAJANJE, GIBANJE IN USTVARJANJE (2 šolski uri)</w:t>
                  </w:r>
                </w:p>
              </w:tc>
            </w:tr>
          </w:tbl>
          <w:p w14:paraId="5712B275" w14:textId="77777777" w:rsidR="008D43AB" w:rsidRDefault="008D43AB">
            <w:pPr>
              <w:spacing w:line="20" w:lineRule="exact"/>
            </w:pPr>
          </w:p>
          <w:p w14:paraId="03551903" w14:textId="77777777" w:rsidR="008D43AB" w:rsidRDefault="00000000">
            <w:pPr>
              <w:keepNext/>
              <w:spacing w:before="24" w:after="8" w:line="245" w:lineRule="auto"/>
            </w:pPr>
            <w:r>
              <w:rPr>
                <w:b/>
                <w:color w:val="000000"/>
                <w:sz w:val="16"/>
              </w:rPr>
              <w:t>1. URA – Glasba Okolja – Poslušam in izvajam</w:t>
            </w:r>
          </w:p>
          <w:p w14:paraId="72AD27C8"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»GLASBA OKOLJA«,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77DC1D7D"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526442AA"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6B5E5024" w14:textId="77777777" w:rsidR="008D43AB" w:rsidRDefault="00000000">
            <w:pPr>
              <w:keepNext/>
              <w:spacing w:before="24" w:after="8" w:line="245" w:lineRule="auto"/>
            </w:pPr>
            <w:r>
              <w:rPr>
                <w:b/>
                <w:color w:val="000000"/>
                <w:sz w:val="16"/>
              </w:rPr>
              <w:t>2. URA – Glasba okolja – Individualni poslušalsko-prepoznavni dokaz</w:t>
            </w:r>
          </w:p>
          <w:p w14:paraId="1C3573DC" w14:textId="77777777" w:rsidR="008D43AB" w:rsidRDefault="00000000">
            <w:pPr>
              <w:spacing w:after="11" w:line="245" w:lineRule="auto"/>
            </w:pPr>
            <w:r>
              <w:rPr>
                <w:b/>
                <w:color w:val="000000"/>
                <w:sz w:val="15"/>
              </w:rPr>
              <w:t xml:space="preserve">Dejavnost učiteljice: </w:t>
            </w:r>
            <w:r>
              <w:rPr>
                <w:color w:val="000000"/>
                <w:sz w:val="15"/>
              </w:rPr>
              <w:t>Na ocenjevalni postaji predvaja kratke odlomke oziroma zvoke glasbil, ponudi slikovne kartice ter zahteva praktični prikaz ene glasbene lastnosti. Zbere primerljiv individualni dokaz in opis doseganja meril; druge postaje omogočajo samostojno poslušanje in razvrščanje.</w:t>
            </w:r>
          </w:p>
          <w:p w14:paraId="49AA7F49" w14:textId="77777777" w:rsidR="008D43AB" w:rsidRDefault="00000000">
            <w:pPr>
              <w:spacing w:after="11" w:line="245" w:lineRule="auto"/>
            </w:pPr>
            <w:r>
              <w:rPr>
                <w:b/>
                <w:color w:val="000000"/>
                <w:sz w:val="15"/>
              </w:rPr>
              <w:t xml:space="preserve">Dejavnost učencev: </w:t>
            </w:r>
            <w:r>
              <w:rPr>
                <w:color w:val="000000"/>
                <w:sz w:val="15"/>
              </w:rPr>
              <w:t>Poveže glasbilo oziroma izvajalca s sliko in zvokom, z izbiro kartice ali praktičnim prikazom pokaže osnovno glasbeno lastnost ter ustno pojasni, kaj je enako in kaj različno.</w:t>
            </w:r>
          </w:p>
          <w:p w14:paraId="2CE1EE7C" w14:textId="77777777" w:rsidR="008D43AB" w:rsidRDefault="00000000">
            <w:pPr>
              <w:spacing w:after="24" w:line="245" w:lineRule="auto"/>
            </w:pPr>
            <w:r>
              <w:rPr>
                <w:i/>
                <w:color w:val="D95BC6"/>
                <w:sz w:val="15"/>
              </w:rPr>
              <w:t>Predvideni dokaz: individualna povezava zvoka, slike, glasbila oziroma izvajalca, praktični prikaz in ustni odziv.</w:t>
            </w:r>
          </w:p>
          <w:tbl>
            <w:tblPr>
              <w:tblStyle w:val="Tabelamrea"/>
              <w:tblW w:w="0" w:type="auto"/>
              <w:jc w:val="center"/>
              <w:tblLayout w:type="fixed"/>
              <w:tblLook w:val="04A0" w:firstRow="1" w:lastRow="0" w:firstColumn="1" w:lastColumn="0" w:noHBand="0" w:noVBand="1"/>
            </w:tblPr>
            <w:tblGrid>
              <w:gridCol w:w="7087"/>
            </w:tblGrid>
            <w:tr w:rsidR="008D43AB" w14:paraId="39390A78" w14:textId="77777777">
              <w:trPr>
                <w:jc w:val="center"/>
              </w:trPr>
              <w:tc>
                <w:tcPr>
                  <w:tcW w:w="7087" w:type="dxa"/>
                  <w:shd w:val="clear" w:color="auto" w:fill="EDC9EA"/>
                  <w:tcMar>
                    <w:top w:w="45" w:type="dxa"/>
                    <w:left w:w="70" w:type="dxa"/>
                    <w:bottom w:w="45" w:type="dxa"/>
                    <w:right w:w="70" w:type="dxa"/>
                  </w:tcMar>
                </w:tcPr>
                <w:p w14:paraId="7286D227" w14:textId="77777777" w:rsidR="008D43AB" w:rsidRDefault="00000000">
                  <w:pPr>
                    <w:keepNext/>
                  </w:pPr>
                  <w:r>
                    <w:rPr>
                      <w:b/>
                      <w:color w:val="000000"/>
                      <w:sz w:val="17"/>
                    </w:rPr>
                    <w:t>ORGANIZACIJA POSTAJ IN PREHODOV</w:t>
                  </w:r>
                </w:p>
              </w:tc>
            </w:tr>
          </w:tbl>
          <w:p w14:paraId="5C537170" w14:textId="77777777" w:rsidR="008D43AB" w:rsidRDefault="008D43AB"/>
          <w:p w14:paraId="0833B959" w14:textId="77777777" w:rsidR="008D43AB" w:rsidRDefault="00000000">
            <w:pPr>
              <w:spacing w:before="9" w:after="9" w:line="245" w:lineRule="auto"/>
            </w:pPr>
            <w:r>
              <w:rPr>
                <w:color w:val="000000"/>
                <w:sz w:val="15"/>
              </w:rPr>
              <w:t>Postaja 1: Poslušalsko-ocenjevalna: individualno povežem glasbilo oziroma izvajalca s sliko in zvokom ter pojasnim enako in različno.</w:t>
            </w:r>
          </w:p>
          <w:p w14:paraId="435A2EC6" w14:textId="77777777" w:rsidR="008D43AB" w:rsidRDefault="00000000">
            <w:pPr>
              <w:spacing w:before="9" w:after="9" w:line="245" w:lineRule="auto"/>
            </w:pPr>
            <w:r>
              <w:rPr>
                <w:color w:val="000000"/>
                <w:sz w:val="15"/>
              </w:rPr>
              <w:t>Postaja 2: Gibalna: z držo in gibom pokažem izbrano glasbeno lastnost ali način izvajanja.</w:t>
            </w:r>
          </w:p>
          <w:p w14:paraId="75C1388B" w14:textId="77777777" w:rsidR="008D43AB" w:rsidRDefault="00000000">
            <w:pPr>
              <w:spacing w:before="9" w:after="9" w:line="245" w:lineRule="auto"/>
            </w:pPr>
            <w:r>
              <w:rPr>
                <w:color w:val="000000"/>
                <w:sz w:val="15"/>
              </w:rPr>
              <w:t>Postaja 3: Izvajalska: na razpoložljivem glasbilu praktično pokažem glasno–tiho, hitro–počasi ali dolgo–kratko.</w:t>
            </w:r>
          </w:p>
          <w:p w14:paraId="10A32BCD" w14:textId="77777777" w:rsidR="008D43AB" w:rsidRDefault="00000000">
            <w:pPr>
              <w:spacing w:before="9" w:after="9" w:line="245" w:lineRule="auto"/>
            </w:pPr>
            <w:r>
              <w:rPr>
                <w:color w:val="000000"/>
                <w:sz w:val="15"/>
              </w:rPr>
              <w:t>Postaja 4: Slikovno-zapisna: razvrstim kartice glasbil in izberem dokaz, ki najbolje pokaže moje razumevanje.</w:t>
            </w:r>
          </w:p>
          <w:p w14:paraId="5ED42253"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0B35B59A" w14:textId="77777777" w:rsidR="008D43AB" w:rsidRDefault="008D43AB"/>
          <w:p w14:paraId="26849A8E" w14:textId="77777777" w:rsidR="008D43AB" w:rsidRDefault="00000000">
            <w:pPr>
              <w:spacing w:after="6" w:line="245" w:lineRule="auto"/>
            </w:pPr>
            <w:r>
              <w:rPr>
                <w:b/>
                <w:color w:val="000000"/>
                <w:sz w:val="15"/>
              </w:rPr>
              <w:t>1. URA – Glasba Okolja – Poslušam in izvajam</w:t>
            </w:r>
          </w:p>
          <w:p w14:paraId="482A099C"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0FBF7F37" w14:textId="77777777" w:rsidR="008D43AB" w:rsidRDefault="00000000">
            <w:pPr>
              <w:spacing w:after="20" w:line="245" w:lineRule="auto"/>
            </w:pPr>
            <w:r>
              <w:rPr>
                <w:color w:val="D95BC6"/>
                <w:sz w:val="14"/>
              </w:rPr>
              <w:t>Dokaz: poslušalski gibalni odziv, ritmični/pevski odmev in učiteljev zapis o skupnem pulzu oziroma.</w:t>
            </w:r>
          </w:p>
          <w:p w14:paraId="408016C7" w14:textId="77777777" w:rsidR="008D43AB" w:rsidRDefault="00000000">
            <w:pPr>
              <w:spacing w:after="6" w:line="245" w:lineRule="auto"/>
            </w:pPr>
            <w:r>
              <w:rPr>
                <w:b/>
                <w:color w:val="000000"/>
                <w:sz w:val="15"/>
              </w:rPr>
              <w:t>2. URA – Glasba okolja – Individualni poslušalsko-prepoznavni dokaz</w:t>
            </w:r>
          </w:p>
          <w:p w14:paraId="0CF6BA2C" w14:textId="77777777" w:rsidR="008D43AB" w:rsidRDefault="00000000">
            <w:pPr>
              <w:spacing w:after="9" w:line="245" w:lineRule="auto"/>
            </w:pPr>
            <w:r>
              <w:rPr>
                <w:color w:val="000000"/>
                <w:sz w:val="14"/>
              </w:rPr>
              <w:t>Poveže glasbilo oziroma izvajalca s sliko in zvokom, z izbiro kartice ali praktičnim prikazom pokaže osnovno glasbeno lastnost ter ustno pojasni.</w:t>
            </w:r>
          </w:p>
          <w:p w14:paraId="7050D058" w14:textId="77777777" w:rsidR="008D43AB" w:rsidRDefault="00000000">
            <w:pPr>
              <w:spacing w:after="20" w:line="245" w:lineRule="auto"/>
            </w:pPr>
            <w:r>
              <w:rPr>
                <w:color w:val="D95BC6"/>
                <w:sz w:val="14"/>
              </w:rPr>
              <w:t>Dokaz: individualna povezava zvoka, slike, glasbila oziroma izvajalca, praktični prikaz in ustni odziv</w:t>
            </w:r>
          </w:p>
          <w:p w14:paraId="6755C02B" w14:textId="77777777" w:rsidR="008D43AB" w:rsidRDefault="00000000">
            <w:pPr>
              <w:spacing w:before="40" w:after="20" w:line="245" w:lineRule="auto"/>
            </w:pPr>
            <w:r>
              <w:rPr>
                <w:b/>
                <w:color w:val="D95BC6"/>
                <w:sz w:val="16"/>
              </w:rPr>
              <w:t>MOJ KROG POSTAJ</w:t>
            </w:r>
          </w:p>
          <w:p w14:paraId="5FBA29BB" w14:textId="77777777" w:rsidR="008D43AB" w:rsidRDefault="00000000">
            <w:pPr>
              <w:spacing w:after="11" w:line="245" w:lineRule="auto"/>
            </w:pPr>
            <w:r>
              <w:rPr>
                <w:color w:val="000000"/>
                <w:sz w:val="14"/>
              </w:rPr>
              <w:t>1. Poslušalsko-ocenjevalna: individualno povežem glasbilo oziroma izvajalca s sliko in zvokom.</w:t>
            </w:r>
          </w:p>
          <w:p w14:paraId="03DFCB4C" w14:textId="77777777" w:rsidR="008D43AB" w:rsidRDefault="00000000">
            <w:pPr>
              <w:spacing w:after="11" w:line="245" w:lineRule="auto"/>
            </w:pPr>
            <w:r>
              <w:rPr>
                <w:color w:val="000000"/>
                <w:sz w:val="14"/>
              </w:rPr>
              <w:t>2. Gibalna: z držo in gibom pokažem izbrano glasbeno lastnost ali način izvajanja.</w:t>
            </w:r>
          </w:p>
          <w:p w14:paraId="3B86C65A" w14:textId="77777777" w:rsidR="008D43AB" w:rsidRDefault="00000000">
            <w:pPr>
              <w:spacing w:after="11" w:line="245" w:lineRule="auto"/>
            </w:pPr>
            <w:r>
              <w:rPr>
                <w:color w:val="000000"/>
                <w:sz w:val="14"/>
              </w:rPr>
              <w:t>3. Izvajalska: na razpoložljivem glasbilu praktično pokažem glasno–tiho.</w:t>
            </w:r>
          </w:p>
          <w:p w14:paraId="3C7436D3" w14:textId="77777777" w:rsidR="008D43AB" w:rsidRDefault="00000000">
            <w:pPr>
              <w:spacing w:after="11" w:line="245" w:lineRule="auto"/>
            </w:pPr>
            <w:r>
              <w:rPr>
                <w:color w:val="000000"/>
                <w:sz w:val="14"/>
              </w:rPr>
              <w:t>4. Slikovno-zapisna: razvrstim kartice glasbil in izberem dokaz.</w:t>
            </w:r>
          </w:p>
          <w:p w14:paraId="5168051B"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1E98CF74" w14:textId="77777777" w:rsidR="008D43AB" w:rsidRDefault="00000000">
            <w:pPr>
              <w:spacing w:after="20" w:line="245" w:lineRule="auto"/>
            </w:pPr>
            <w:r>
              <w:rPr>
                <w:b/>
                <w:color w:val="D95BC6"/>
                <w:sz w:val="17"/>
              </w:rPr>
              <w:t>DOKAZ O UČENJU</w:t>
            </w:r>
          </w:p>
          <w:p w14:paraId="675B452B"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54582FF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D36319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634AD5C"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DEB76B7" w14:textId="77777777" w:rsidR="008D43AB" w:rsidRDefault="00000000">
            <w:pPr>
              <w:jc w:val="center"/>
            </w:pPr>
            <w:r>
              <w:rPr>
                <w:b/>
                <w:color w:val="000000"/>
                <w:sz w:val="20"/>
              </w:rPr>
              <w:t>UČNE DEJAVNOSTI, METODE IN FORMATIVNO SPREMLJANJE</w:t>
            </w:r>
          </w:p>
        </w:tc>
      </w:tr>
      <w:tr w:rsidR="008D43AB" w14:paraId="2A9F9BB3" w14:textId="77777777">
        <w:trPr>
          <w:tblHeader/>
          <w:jc w:val="center"/>
        </w:trPr>
        <w:tc>
          <w:tcPr>
            <w:tcW w:w="4422" w:type="dxa"/>
            <w:vMerge/>
            <w:tcMar>
              <w:top w:w="70" w:type="dxa"/>
              <w:left w:w="90" w:type="dxa"/>
              <w:bottom w:w="70" w:type="dxa"/>
              <w:right w:w="90" w:type="dxa"/>
            </w:tcMar>
            <w:vAlign w:val="center"/>
          </w:tcPr>
          <w:p w14:paraId="7318F891" w14:textId="77777777" w:rsidR="008D43AB" w:rsidRDefault="008D43AB"/>
        </w:tc>
        <w:tc>
          <w:tcPr>
            <w:tcW w:w="7087" w:type="dxa"/>
            <w:shd w:val="clear" w:color="auto" w:fill="FFFFFF"/>
            <w:tcMar>
              <w:top w:w="70" w:type="dxa"/>
              <w:left w:w="90" w:type="dxa"/>
              <w:bottom w:w="70" w:type="dxa"/>
              <w:right w:w="90" w:type="dxa"/>
            </w:tcMar>
            <w:vAlign w:val="center"/>
          </w:tcPr>
          <w:p w14:paraId="2004D1E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3F5753D" w14:textId="77777777" w:rsidR="008D43AB" w:rsidRDefault="00000000">
            <w:pPr>
              <w:jc w:val="center"/>
            </w:pPr>
            <w:r>
              <w:rPr>
                <w:b/>
                <w:color w:val="000000"/>
              </w:rPr>
              <w:t>UČENEC</w:t>
            </w:r>
          </w:p>
        </w:tc>
      </w:tr>
      <w:tr w:rsidR="008D43AB" w14:paraId="54076700" w14:textId="77777777">
        <w:trPr>
          <w:jc w:val="center"/>
        </w:trPr>
        <w:tc>
          <w:tcPr>
            <w:tcW w:w="4422" w:type="dxa"/>
            <w:tcMar>
              <w:top w:w="70" w:type="dxa"/>
              <w:left w:w="90" w:type="dxa"/>
              <w:bottom w:w="70" w:type="dxa"/>
              <w:right w:w="90" w:type="dxa"/>
            </w:tcMar>
          </w:tcPr>
          <w:p w14:paraId="4824E34A" w14:textId="77777777" w:rsidR="008D43AB" w:rsidRDefault="008D43AB"/>
          <w:p w14:paraId="4A306FBD" w14:textId="77777777" w:rsidR="008D43AB" w:rsidRDefault="00000000">
            <w:pPr>
              <w:spacing w:after="40" w:line="245" w:lineRule="auto"/>
            </w:pPr>
            <w:r>
              <w:rPr>
                <w:b/>
                <w:color w:val="000000"/>
              </w:rPr>
              <w:t>FORMATIVNO SPREMLJANJE</w:t>
            </w:r>
          </w:p>
          <w:p w14:paraId="3F3B880B" w14:textId="77777777" w:rsidR="008D43AB" w:rsidRDefault="00000000">
            <w:pPr>
              <w:pStyle w:val="Oznaenseznam"/>
              <w:spacing w:after="16"/>
            </w:pPr>
            <w:r>
              <w:rPr>
                <w:color w:val="000000"/>
                <w:sz w:val="16"/>
              </w:rPr>
              <w:t>predznanje: zvočna napoved, izbira kartice, gib, ritmični oziroma pevski poskus ali začetni simbol</w:t>
            </w:r>
          </w:p>
          <w:p w14:paraId="69DED46D" w14:textId="77777777" w:rsidR="008D43AB" w:rsidRDefault="00000000">
            <w:pPr>
              <w:pStyle w:val="Oznaenseznam"/>
              <w:spacing w:after="16"/>
            </w:pPr>
            <w:r>
              <w:rPr>
                <w:color w:val="000000"/>
                <w:sz w:val="16"/>
              </w:rPr>
              <w:t>nameni in merila: kratka poved, slikovni znak, model izvedbe ter vidna pravila varne glasnosti</w:t>
            </w:r>
          </w:p>
          <w:p w14:paraId="24884FE9"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1C6E7038" w14:textId="77777777" w:rsidR="008D43AB" w:rsidRDefault="00000000">
            <w:pPr>
              <w:pStyle w:val="Oznaenseznam"/>
              <w:spacing w:after="16"/>
            </w:pPr>
            <w:r>
              <w:rPr>
                <w:color w:val="000000"/>
                <w:sz w:val="16"/>
              </w:rPr>
              <w:t>povratna informacija: opis slišane strategije, povezava z enim merilom in izvedljiv naslednji korak</w:t>
            </w:r>
          </w:p>
          <w:p w14:paraId="53D3CE43" w14:textId="77777777" w:rsidR="008D43AB" w:rsidRDefault="00000000">
            <w:pPr>
              <w:pStyle w:val="Oznaenseznam"/>
              <w:spacing w:after="16"/>
            </w:pPr>
            <w:r>
              <w:rPr>
                <w:color w:val="000000"/>
                <w:sz w:val="16"/>
              </w:rPr>
              <w:t>samovrednotenje: barvni zvočni semafor, lestvica samostojnosti, izbran dokaz in ponovna izvedba</w:t>
            </w:r>
          </w:p>
          <w:p w14:paraId="7F9CC9D6" w14:textId="77777777" w:rsidR="008D43AB" w:rsidRDefault="00000000">
            <w:pPr>
              <w:spacing w:before="40" w:after="20" w:line="245" w:lineRule="auto"/>
            </w:pPr>
            <w:r>
              <w:rPr>
                <w:b/>
                <w:color w:val="000000"/>
                <w:sz w:val="17"/>
              </w:rPr>
              <w:t>VARNOST IN VAROVANJE SLUHA</w:t>
            </w:r>
          </w:p>
          <w:p w14:paraId="3CF80D5B"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13252438" w14:textId="77777777" w:rsidR="008D43AB" w:rsidRDefault="00000000">
            <w:pPr>
              <w:spacing w:after="20" w:line="245" w:lineRule="auto"/>
            </w:pPr>
            <w:r>
              <w:rPr>
                <w:b/>
                <w:color w:val="000000"/>
                <w:sz w:val="17"/>
              </w:rPr>
              <w:t>EVIDENCA PO IZVEDBI</w:t>
            </w:r>
          </w:p>
          <w:p w14:paraId="12EB28C0"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62870E43" w14:textId="77777777" w:rsidR="008D43AB" w:rsidRDefault="00000000">
            <w:pPr>
              <w:spacing w:before="40" w:after="20" w:line="245" w:lineRule="auto"/>
            </w:pPr>
            <w:r>
              <w:rPr>
                <w:b/>
                <w:color w:val="000000"/>
                <w:sz w:val="17"/>
              </w:rPr>
              <w:t>RAVEN DOSEGANJA</w:t>
            </w:r>
          </w:p>
          <w:p w14:paraId="723B093D"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5DDE4E6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79FE721" w14:textId="77777777">
              <w:trPr>
                <w:jc w:val="center"/>
              </w:trPr>
              <w:tc>
                <w:tcPr>
                  <w:tcW w:w="7087" w:type="dxa"/>
                  <w:shd w:val="clear" w:color="auto" w:fill="EDC9EA"/>
                  <w:tcMar>
                    <w:top w:w="45" w:type="dxa"/>
                    <w:left w:w="70" w:type="dxa"/>
                    <w:bottom w:w="45" w:type="dxa"/>
                    <w:right w:w="70" w:type="dxa"/>
                  </w:tcMar>
                </w:tcPr>
                <w:p w14:paraId="34721517" w14:textId="77777777" w:rsidR="008D43AB" w:rsidRDefault="00000000">
                  <w:pPr>
                    <w:keepNext/>
                  </w:pPr>
                  <w:r>
                    <w:rPr>
                      <w:b/>
                      <w:color w:val="000000"/>
                    </w:rPr>
                    <w:t>VPRAŠANJA V PODPORO GLASBENEMU UČENJU</w:t>
                  </w:r>
                </w:p>
              </w:tc>
            </w:tr>
          </w:tbl>
          <w:p w14:paraId="6C72934F" w14:textId="77777777" w:rsidR="008D43AB" w:rsidRDefault="008D43AB">
            <w:pPr>
              <w:spacing w:line="20" w:lineRule="exact"/>
            </w:pPr>
          </w:p>
          <w:p w14:paraId="028A31FE" w14:textId="77777777" w:rsidR="008D43AB" w:rsidRDefault="00000000">
            <w:pPr>
              <w:pStyle w:val="Oznaenseznam"/>
              <w:spacing w:after="16"/>
            </w:pPr>
            <w:r>
              <w:rPr>
                <w:color w:val="000000"/>
                <w:sz w:val="16"/>
              </w:rPr>
              <w:t>Kaj si v glasbi slišal/-a, začutil/-a ali pokazal/-a z gibanjem?</w:t>
            </w:r>
          </w:p>
          <w:p w14:paraId="0AAC8D28" w14:textId="77777777" w:rsidR="008D43AB" w:rsidRDefault="00000000">
            <w:pPr>
              <w:pStyle w:val="Oznaenseznam"/>
              <w:spacing w:after="16"/>
            </w:pPr>
            <w:r>
              <w:rPr>
                <w:color w:val="000000"/>
                <w:sz w:val="16"/>
              </w:rPr>
              <w:t>Po katerem zvočnem znaku, lastnosti ali vzorcu si prepoznal/-a rešitev?</w:t>
            </w:r>
          </w:p>
          <w:p w14:paraId="18AFEDA2" w14:textId="77777777" w:rsidR="008D43AB" w:rsidRDefault="00000000">
            <w:pPr>
              <w:pStyle w:val="Oznaenseznam"/>
              <w:spacing w:after="16"/>
            </w:pPr>
            <w:r>
              <w:rPr>
                <w:color w:val="000000"/>
                <w:sz w:val="16"/>
              </w:rPr>
              <w:t>Kako veš, da je bil pulz, začetek, konec, glasnost ali skupinska izvedba skladna z merilom?</w:t>
            </w:r>
          </w:p>
          <w:p w14:paraId="303C2FDE" w14:textId="77777777" w:rsidR="008D43AB" w:rsidRDefault="00000000">
            <w:pPr>
              <w:pStyle w:val="Oznaenseznam"/>
              <w:spacing w:after="16"/>
            </w:pPr>
            <w:r>
              <w:rPr>
                <w:color w:val="000000"/>
                <w:sz w:val="16"/>
              </w:rPr>
              <w:t>Zakaj si za motiv, osebo, dogodek ali okolje izbral/-a prav ta glas, predmet ali glasbilo?</w:t>
            </w:r>
          </w:p>
          <w:p w14:paraId="100521F1"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3AA1DCB5" w14:textId="77777777">
              <w:trPr>
                <w:jc w:val="center"/>
              </w:trPr>
              <w:tc>
                <w:tcPr>
                  <w:tcW w:w="7087" w:type="dxa"/>
                  <w:shd w:val="clear" w:color="auto" w:fill="C6E7F3"/>
                  <w:tcMar>
                    <w:top w:w="45" w:type="dxa"/>
                    <w:left w:w="70" w:type="dxa"/>
                    <w:bottom w:w="45" w:type="dxa"/>
                    <w:right w:w="70" w:type="dxa"/>
                  </w:tcMar>
                </w:tcPr>
                <w:p w14:paraId="2FF3E4EB" w14:textId="77777777" w:rsidR="008D43AB" w:rsidRDefault="00000000">
                  <w:pPr>
                    <w:keepNext/>
                  </w:pPr>
                  <w:r>
                    <w:rPr>
                      <w:b/>
                      <w:color w:val="000000"/>
                    </w:rPr>
                    <w:t>ZAKLJUČNI DEL – NASTOP, POSLUŠALSKI ODZIV IN REFLEKSIJA (8–12 min)</w:t>
                  </w:r>
                </w:p>
              </w:tc>
            </w:tr>
          </w:tbl>
          <w:p w14:paraId="6E9CD8F7" w14:textId="77777777" w:rsidR="008D43AB" w:rsidRDefault="008D43AB">
            <w:pPr>
              <w:spacing w:line="20" w:lineRule="exact"/>
            </w:pPr>
          </w:p>
          <w:p w14:paraId="123C6FB9"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3A4CE259" w14:textId="77777777">
              <w:trPr>
                <w:jc w:val="center"/>
              </w:trPr>
              <w:tc>
                <w:tcPr>
                  <w:tcW w:w="7087" w:type="dxa"/>
                  <w:shd w:val="clear" w:color="auto" w:fill="EDC9EA"/>
                  <w:tcMar>
                    <w:top w:w="45" w:type="dxa"/>
                    <w:left w:w="70" w:type="dxa"/>
                    <w:bottom w:w="45" w:type="dxa"/>
                    <w:right w:w="70" w:type="dxa"/>
                  </w:tcMar>
                </w:tcPr>
                <w:p w14:paraId="3396C694" w14:textId="77777777" w:rsidR="008D43AB" w:rsidRDefault="00000000">
                  <w:pPr>
                    <w:keepNext/>
                  </w:pPr>
                  <w:r>
                    <w:rPr>
                      <w:b/>
                      <w:color w:val="000000"/>
                    </w:rPr>
                    <w:t>SAMOVREDNOTENJE</w:t>
                  </w:r>
                </w:p>
              </w:tc>
            </w:tr>
          </w:tbl>
          <w:p w14:paraId="32944E38" w14:textId="77777777" w:rsidR="008D43AB" w:rsidRDefault="008D43AB">
            <w:pPr>
              <w:spacing w:line="20" w:lineRule="exact"/>
            </w:pPr>
          </w:p>
          <w:p w14:paraId="7E8984AB"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1161F97D" w14:textId="77777777">
              <w:trPr>
                <w:jc w:val="center"/>
              </w:trPr>
              <w:tc>
                <w:tcPr>
                  <w:tcW w:w="7087" w:type="dxa"/>
                  <w:shd w:val="clear" w:color="auto" w:fill="EDC9EA"/>
                  <w:tcMar>
                    <w:top w:w="45" w:type="dxa"/>
                    <w:left w:w="70" w:type="dxa"/>
                    <w:bottom w:w="45" w:type="dxa"/>
                    <w:right w:w="70" w:type="dxa"/>
                  </w:tcMar>
                </w:tcPr>
                <w:p w14:paraId="7CB39B83" w14:textId="77777777" w:rsidR="008D43AB" w:rsidRDefault="00000000">
                  <w:pPr>
                    <w:keepNext/>
                  </w:pPr>
                  <w:r>
                    <w:rPr>
                      <w:b/>
                      <w:color w:val="000000"/>
                    </w:rPr>
                    <w:t>VRSTNIŠKO VREDNOTENJE</w:t>
                  </w:r>
                </w:p>
              </w:tc>
            </w:tr>
          </w:tbl>
          <w:p w14:paraId="76ACDE7D" w14:textId="77777777" w:rsidR="008D43AB" w:rsidRDefault="008D43AB">
            <w:pPr>
              <w:spacing w:line="20" w:lineRule="exact"/>
            </w:pPr>
          </w:p>
          <w:p w14:paraId="60E05672"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443F382D" w14:textId="77777777">
              <w:trPr>
                <w:jc w:val="center"/>
              </w:trPr>
              <w:tc>
                <w:tcPr>
                  <w:tcW w:w="7087" w:type="dxa"/>
                  <w:shd w:val="clear" w:color="auto" w:fill="EDC9EA"/>
                  <w:tcMar>
                    <w:top w:w="45" w:type="dxa"/>
                    <w:left w:w="70" w:type="dxa"/>
                    <w:bottom w:w="45" w:type="dxa"/>
                    <w:right w:w="70" w:type="dxa"/>
                  </w:tcMar>
                </w:tcPr>
                <w:p w14:paraId="19614921" w14:textId="77777777" w:rsidR="008D43AB" w:rsidRDefault="00000000">
                  <w:pPr>
                    <w:keepNext/>
                  </w:pPr>
                  <w:r>
                    <w:rPr>
                      <w:b/>
                      <w:color w:val="000000"/>
                    </w:rPr>
                    <w:t>SKUPNI POVZETEK</w:t>
                  </w:r>
                </w:p>
              </w:tc>
            </w:tr>
          </w:tbl>
          <w:p w14:paraId="485AF13C" w14:textId="77777777" w:rsidR="008D43AB" w:rsidRDefault="008D43AB">
            <w:pPr>
              <w:spacing w:line="20" w:lineRule="exact"/>
            </w:pPr>
          </w:p>
          <w:p w14:paraId="63E5714C" w14:textId="77777777" w:rsidR="008D43AB" w:rsidRDefault="00000000">
            <w:pPr>
              <w:spacing w:before="20" w:after="40" w:line="245" w:lineRule="auto"/>
            </w:pPr>
            <w:r>
              <w:rPr>
                <w:b/>
                <w:color w:val="000000"/>
                <w:sz w:val="16"/>
              </w:rPr>
              <w:t>poslušam izbrane zvrsti; razlikujem izvajalca in glasbilo na osnovni ravni; izrazim doživetje. Izbrani dokaz pojasnim in po povratni informaciji izboljšam.</w:t>
            </w:r>
          </w:p>
          <w:tbl>
            <w:tblPr>
              <w:tblStyle w:val="Tabelamrea"/>
              <w:tblW w:w="0" w:type="auto"/>
              <w:jc w:val="center"/>
              <w:tblLayout w:type="fixed"/>
              <w:tblLook w:val="04A0" w:firstRow="1" w:lastRow="0" w:firstColumn="1" w:lastColumn="0" w:noHBand="0" w:noVBand="1"/>
            </w:tblPr>
            <w:tblGrid>
              <w:gridCol w:w="7087"/>
            </w:tblGrid>
            <w:tr w:rsidR="008D43AB" w14:paraId="3155CF61" w14:textId="77777777">
              <w:trPr>
                <w:jc w:val="center"/>
              </w:trPr>
              <w:tc>
                <w:tcPr>
                  <w:tcW w:w="7087" w:type="dxa"/>
                  <w:shd w:val="clear" w:color="auto" w:fill="EDC9EA"/>
                  <w:tcMar>
                    <w:top w:w="45" w:type="dxa"/>
                    <w:left w:w="70" w:type="dxa"/>
                    <w:bottom w:w="45" w:type="dxa"/>
                    <w:right w:w="70" w:type="dxa"/>
                  </w:tcMar>
                </w:tcPr>
                <w:p w14:paraId="74385D07" w14:textId="77777777" w:rsidR="008D43AB" w:rsidRDefault="00000000">
                  <w:pPr>
                    <w:keepNext/>
                  </w:pPr>
                  <w:r>
                    <w:rPr>
                      <w:b/>
                      <w:color w:val="000000"/>
                    </w:rPr>
                    <w:t>OPISNO OCENJEVANJE</w:t>
                  </w:r>
                </w:p>
              </w:tc>
            </w:tr>
          </w:tbl>
          <w:p w14:paraId="44017D34" w14:textId="77777777" w:rsidR="008D43AB" w:rsidRDefault="008D43AB"/>
          <w:p w14:paraId="082CF9E1" w14:textId="77777777" w:rsidR="008D43AB" w:rsidRDefault="00000000">
            <w:pPr>
              <w:spacing w:before="20" w:after="30" w:line="245" w:lineRule="auto"/>
            </w:pPr>
            <w:r>
              <w:rPr>
                <w:color w:val="000000"/>
                <w:sz w:val="15"/>
              </w:rPr>
              <w:t>OCENJEVANJE 3 – DRUGE OBLIKE: poslušalsko prepoznavanje glasbil in izvajalcev s slikovnimi karticami, praktični prikaz glasbenih lastnosti ter ustni odziv. Dokaz se zbere individualno, opora se zabeleži, opis doseganja pa vsebuje opaženo zmožnost, konkreten dokaz in naslednji korak. Rezultat se ne izraža s številčno oceno.</w:t>
            </w:r>
          </w:p>
        </w:tc>
        <w:tc>
          <w:tcPr>
            <w:tcW w:w="2551" w:type="dxa"/>
            <w:tcMar>
              <w:top w:w="70" w:type="dxa"/>
              <w:left w:w="90" w:type="dxa"/>
              <w:bottom w:w="70" w:type="dxa"/>
              <w:right w:w="90" w:type="dxa"/>
            </w:tcMar>
          </w:tcPr>
          <w:p w14:paraId="407AD2E1" w14:textId="77777777" w:rsidR="008D43AB" w:rsidRDefault="008D43AB"/>
          <w:p w14:paraId="42F8C6AC" w14:textId="77777777" w:rsidR="008D43AB" w:rsidRDefault="00000000">
            <w:pPr>
              <w:spacing w:after="80" w:line="245" w:lineRule="auto"/>
            </w:pPr>
            <w:r>
              <w:rPr>
                <w:color w:val="000000"/>
                <w:sz w:val="16"/>
              </w:rPr>
              <w:t>Odgovarja na podporna vprašanja in se sklicuje na slišano, izvedeno, ustvarjeno ali zapisano.</w:t>
            </w:r>
          </w:p>
          <w:p w14:paraId="5CEA9285" w14:textId="77777777" w:rsidR="008D43AB" w:rsidRDefault="00000000">
            <w:pPr>
              <w:spacing w:after="80" w:line="245" w:lineRule="auto"/>
            </w:pPr>
            <w:r>
              <w:rPr>
                <w:color w:val="000000"/>
                <w:sz w:val="16"/>
              </w:rPr>
              <w:t>Predstavi izbrani dokaz ter pove, katero merilo z njim pokaže.</w:t>
            </w:r>
          </w:p>
          <w:p w14:paraId="2E03D095" w14:textId="77777777" w:rsidR="008D43AB" w:rsidRDefault="00000000">
            <w:pPr>
              <w:spacing w:after="80" w:line="245" w:lineRule="auto"/>
            </w:pPr>
            <w:r>
              <w:rPr>
                <w:color w:val="000000"/>
                <w:sz w:val="16"/>
              </w:rPr>
              <w:t>Posluša vrstnika, opiše eno slišano moč in poda prijazen predlog za izboljšavo.</w:t>
            </w:r>
          </w:p>
          <w:p w14:paraId="6365BCEB" w14:textId="77777777" w:rsidR="008D43AB" w:rsidRDefault="00000000">
            <w:pPr>
              <w:spacing w:after="80" w:line="245" w:lineRule="auto"/>
            </w:pPr>
            <w:r>
              <w:rPr>
                <w:color w:val="000000"/>
                <w:sz w:val="16"/>
              </w:rPr>
              <w:t>Po povratni informaciji izvedbo, gib, ritem, zvočno izbiro ali slikovni zapis ponovi in izboljša.</w:t>
            </w:r>
          </w:p>
          <w:p w14:paraId="510D6693" w14:textId="77777777" w:rsidR="008D43AB" w:rsidRDefault="00000000">
            <w:pPr>
              <w:spacing w:after="100" w:line="245" w:lineRule="auto"/>
            </w:pPr>
            <w:r>
              <w:rPr>
                <w:color w:val="000000"/>
                <w:sz w:val="16"/>
              </w:rPr>
              <w:t>Izbere raven samostojnosti ter določi majhen in izvedljiv naslednji glasbeni korak.</w:t>
            </w:r>
          </w:p>
          <w:p w14:paraId="0A250220" w14:textId="77777777" w:rsidR="008D43AB" w:rsidRDefault="00000000">
            <w:pPr>
              <w:spacing w:after="20" w:line="245" w:lineRule="auto"/>
            </w:pPr>
            <w:r>
              <w:rPr>
                <w:b/>
                <w:color w:val="D95BC6"/>
                <w:sz w:val="17"/>
              </w:rPr>
              <w:t>DOKAZ O UČENJU</w:t>
            </w:r>
          </w:p>
          <w:p w14:paraId="48CF4E9B"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3B074AE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000CD5D5" w14:textId="77777777">
        <w:trPr>
          <w:cantSplit/>
          <w:jc w:val="center"/>
        </w:trPr>
        <w:tc>
          <w:tcPr>
            <w:tcW w:w="14060" w:type="dxa"/>
            <w:gridSpan w:val="6"/>
            <w:tcMar>
              <w:top w:w="70" w:type="dxa"/>
              <w:left w:w="90" w:type="dxa"/>
              <w:bottom w:w="70" w:type="dxa"/>
              <w:right w:w="90" w:type="dxa"/>
            </w:tcMar>
            <w:vAlign w:val="center"/>
          </w:tcPr>
          <w:p w14:paraId="21D1934E" w14:textId="77777777" w:rsidR="008D43AB" w:rsidRDefault="00000000">
            <w:pPr>
              <w:jc w:val="center"/>
            </w:pPr>
            <w:r>
              <w:rPr>
                <w:b/>
                <w:color w:val="000000"/>
                <w:sz w:val="24"/>
              </w:rPr>
              <w:lastRenderedPageBreak/>
              <w:t>UČNA PRIPRAVA 35/39</w:t>
            </w:r>
          </w:p>
        </w:tc>
      </w:tr>
      <w:tr w:rsidR="008D43AB" w14:paraId="7C0304B0" w14:textId="77777777">
        <w:trPr>
          <w:jc w:val="center"/>
        </w:trPr>
        <w:tc>
          <w:tcPr>
            <w:tcW w:w="2665" w:type="dxa"/>
            <w:tcMar>
              <w:top w:w="70" w:type="dxa"/>
              <w:left w:w="90" w:type="dxa"/>
              <w:bottom w:w="70" w:type="dxa"/>
              <w:right w:w="90" w:type="dxa"/>
            </w:tcMar>
            <w:vAlign w:val="center"/>
          </w:tcPr>
          <w:p w14:paraId="0773EC3A"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53A281E"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2321CD21"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2C71E2E" w14:textId="77777777" w:rsidR="008D43AB" w:rsidRDefault="00000000">
            <w:r>
              <w:rPr>
                <w:b/>
                <w:color w:val="000000"/>
                <w:sz w:val="16"/>
              </w:rPr>
              <w:t xml:space="preserve">NAČRTOVANI TERMIN: </w:t>
            </w:r>
            <w:r>
              <w:rPr>
                <w:color w:val="000000"/>
                <w:sz w:val="16"/>
              </w:rPr>
              <w:t>35. teden • 24.–28. 5. 2027</w:t>
            </w:r>
          </w:p>
        </w:tc>
        <w:tc>
          <w:tcPr>
            <w:tcW w:w="2268" w:type="dxa"/>
            <w:tcMar>
              <w:top w:w="70" w:type="dxa"/>
              <w:left w:w="90" w:type="dxa"/>
              <w:bottom w:w="70" w:type="dxa"/>
              <w:right w:w="90" w:type="dxa"/>
            </w:tcMar>
            <w:vAlign w:val="center"/>
          </w:tcPr>
          <w:p w14:paraId="0BDDC55F"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5E98E40" w14:textId="77777777" w:rsidR="008D43AB" w:rsidRDefault="00000000">
            <w:r>
              <w:rPr>
                <w:b/>
                <w:color w:val="000000"/>
                <w:sz w:val="16"/>
              </w:rPr>
              <w:t xml:space="preserve">ŠTEVILO UR: </w:t>
            </w:r>
            <w:r>
              <w:rPr>
                <w:color w:val="000000"/>
                <w:sz w:val="16"/>
              </w:rPr>
              <w:t>2</w:t>
            </w:r>
          </w:p>
        </w:tc>
      </w:tr>
      <w:tr w:rsidR="008D43AB" w14:paraId="64CCDC94" w14:textId="77777777">
        <w:trPr>
          <w:jc w:val="center"/>
        </w:trPr>
        <w:tc>
          <w:tcPr>
            <w:tcW w:w="14061" w:type="dxa"/>
            <w:gridSpan w:val="6"/>
            <w:tcMar>
              <w:top w:w="70" w:type="dxa"/>
              <w:left w:w="90" w:type="dxa"/>
              <w:bottom w:w="70" w:type="dxa"/>
              <w:right w:w="90" w:type="dxa"/>
            </w:tcMar>
            <w:vAlign w:val="center"/>
          </w:tcPr>
          <w:p w14:paraId="1AD7D32B"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7D0ACB3" w14:textId="77777777">
        <w:trPr>
          <w:cantSplit/>
          <w:jc w:val="center"/>
        </w:trPr>
        <w:tc>
          <w:tcPr>
            <w:tcW w:w="14060" w:type="dxa"/>
            <w:gridSpan w:val="6"/>
            <w:tcMar>
              <w:top w:w="70" w:type="dxa"/>
              <w:left w:w="90" w:type="dxa"/>
              <w:bottom w:w="70" w:type="dxa"/>
              <w:right w:w="90" w:type="dxa"/>
            </w:tcMar>
            <w:vAlign w:val="center"/>
          </w:tcPr>
          <w:p w14:paraId="2237104E" w14:textId="77777777" w:rsidR="008D43AB" w:rsidRDefault="008D43AB"/>
          <w:p w14:paraId="35794173" w14:textId="77777777" w:rsidR="008D43AB" w:rsidRDefault="00000000">
            <w:pPr>
              <w:spacing w:line="245" w:lineRule="auto"/>
            </w:pPr>
            <w:r>
              <w:rPr>
                <w:b/>
                <w:color w:val="000000"/>
                <w:sz w:val="16"/>
              </w:rPr>
              <w:t xml:space="preserve">UČNI SKLOP: </w:t>
            </w:r>
            <w:r>
              <w:rPr>
                <w:color w:val="000000"/>
                <w:sz w:val="16"/>
              </w:rPr>
              <w:t>POKRAJINA, PROSTOR IN TRAJNOSTNA SKUPNOST</w:t>
            </w:r>
          </w:p>
        </w:tc>
      </w:tr>
      <w:tr w:rsidR="008D43AB" w14:paraId="247968D2" w14:textId="77777777">
        <w:trPr>
          <w:cantSplit/>
          <w:jc w:val="center"/>
        </w:trPr>
        <w:tc>
          <w:tcPr>
            <w:tcW w:w="14060" w:type="dxa"/>
            <w:gridSpan w:val="6"/>
            <w:tcMar>
              <w:top w:w="70" w:type="dxa"/>
              <w:left w:w="90" w:type="dxa"/>
              <w:bottom w:w="70" w:type="dxa"/>
              <w:right w:w="90" w:type="dxa"/>
            </w:tcMar>
            <w:vAlign w:val="center"/>
          </w:tcPr>
          <w:p w14:paraId="6B7E1349" w14:textId="77777777" w:rsidR="008D43AB" w:rsidRDefault="008D43AB"/>
          <w:p w14:paraId="5EB6C391" w14:textId="77777777" w:rsidR="008D43AB" w:rsidRDefault="00000000">
            <w:pPr>
              <w:spacing w:line="245" w:lineRule="auto"/>
            </w:pPr>
            <w:r>
              <w:rPr>
                <w:b/>
                <w:color w:val="000000"/>
                <w:sz w:val="16"/>
              </w:rPr>
              <w:t xml:space="preserve">UČNA TEMA: </w:t>
            </w:r>
            <w:r>
              <w:rPr>
                <w:color w:val="000000"/>
                <w:sz w:val="16"/>
              </w:rPr>
              <w:t>RAZREDNI KONCERT</w:t>
            </w:r>
          </w:p>
        </w:tc>
      </w:tr>
      <w:tr w:rsidR="008D43AB" w14:paraId="3F9C2DE1" w14:textId="77777777">
        <w:trPr>
          <w:cantSplit/>
          <w:jc w:val="center"/>
        </w:trPr>
        <w:tc>
          <w:tcPr>
            <w:tcW w:w="14060" w:type="dxa"/>
            <w:gridSpan w:val="6"/>
            <w:tcMar>
              <w:top w:w="70" w:type="dxa"/>
              <w:left w:w="90" w:type="dxa"/>
              <w:bottom w:w="70" w:type="dxa"/>
              <w:right w:w="90" w:type="dxa"/>
            </w:tcMar>
            <w:vAlign w:val="center"/>
          </w:tcPr>
          <w:p w14:paraId="60B6FD47" w14:textId="77777777" w:rsidR="008D43AB" w:rsidRDefault="008D43AB"/>
          <w:p w14:paraId="671F8773" w14:textId="77777777" w:rsidR="008D43AB" w:rsidRDefault="00000000">
            <w:pPr>
              <w:spacing w:line="245" w:lineRule="auto"/>
            </w:pPr>
            <w:r>
              <w:rPr>
                <w:b/>
                <w:color w:val="000000"/>
                <w:sz w:val="16"/>
              </w:rPr>
              <w:t xml:space="preserve">KNJIŽEVNO / MOTIVNO IZHODIŠČE: </w:t>
            </w:r>
            <w:r>
              <w:rPr>
                <w:color w:val="000000"/>
                <w:sz w:val="16"/>
              </w:rPr>
              <w:t>»Juri Muri v Afriki« – Tone Pavček • NADALJEVANJE • odgovorna mobilnost, potovanje in predstavitev kraja</w:t>
            </w:r>
          </w:p>
        </w:tc>
      </w:tr>
      <w:tr w:rsidR="008D43AB" w14:paraId="1FB2C294" w14:textId="77777777">
        <w:trPr>
          <w:cantSplit/>
          <w:jc w:val="center"/>
        </w:trPr>
        <w:tc>
          <w:tcPr>
            <w:tcW w:w="14060" w:type="dxa"/>
            <w:gridSpan w:val="6"/>
            <w:tcMar>
              <w:top w:w="70" w:type="dxa"/>
              <w:left w:w="90" w:type="dxa"/>
              <w:bottom w:w="70" w:type="dxa"/>
              <w:right w:w="90" w:type="dxa"/>
            </w:tcMar>
            <w:vAlign w:val="center"/>
          </w:tcPr>
          <w:p w14:paraId="6598E82D" w14:textId="77777777" w:rsidR="008D43AB" w:rsidRDefault="008D43AB"/>
          <w:p w14:paraId="36100594" w14:textId="77777777" w:rsidR="008D43AB" w:rsidRDefault="00000000">
            <w:pPr>
              <w:spacing w:line="245" w:lineRule="auto"/>
            </w:pPr>
            <w:r>
              <w:rPr>
                <w:b/>
                <w:color w:val="000000"/>
                <w:sz w:val="16"/>
              </w:rPr>
              <w:t xml:space="preserve">GLASBENO IZHODIŠČE / REPERTOAR: </w:t>
            </w:r>
            <w:r>
              <w:rPr>
                <w:color w:val="000000"/>
                <w:sz w:val="16"/>
              </w:rPr>
              <w:t>potovalna pesem ali instrumentalna spremljava; razredni koncert</w:t>
            </w:r>
          </w:p>
        </w:tc>
      </w:tr>
      <w:tr w:rsidR="008D43AB" w14:paraId="30017304" w14:textId="77777777">
        <w:trPr>
          <w:cantSplit/>
          <w:jc w:val="center"/>
        </w:trPr>
        <w:tc>
          <w:tcPr>
            <w:tcW w:w="14060" w:type="dxa"/>
            <w:gridSpan w:val="6"/>
            <w:tcMar>
              <w:top w:w="70" w:type="dxa"/>
              <w:left w:w="90" w:type="dxa"/>
              <w:bottom w:w="70" w:type="dxa"/>
              <w:right w:w="90" w:type="dxa"/>
            </w:tcMar>
            <w:vAlign w:val="center"/>
          </w:tcPr>
          <w:p w14:paraId="27DF6A01" w14:textId="77777777" w:rsidR="008D43AB" w:rsidRDefault="008D43AB"/>
          <w:p w14:paraId="40F271B8" w14:textId="77777777" w:rsidR="008D43AB" w:rsidRDefault="00000000">
            <w:pPr>
              <w:spacing w:line="245" w:lineRule="auto"/>
            </w:pPr>
            <w:r>
              <w:rPr>
                <w:b/>
                <w:color w:val="000000"/>
                <w:sz w:val="16"/>
              </w:rPr>
              <w:t xml:space="preserve">UČNE ENOTE: </w:t>
            </w:r>
            <w:r>
              <w:rPr>
                <w:color w:val="000000"/>
                <w:sz w:val="16"/>
              </w:rPr>
              <w:t>1. ura – Razredni Koncert – Poslušam in izvajam • 2. ura – Razredni Koncert – Ustvarim in nastopim</w:t>
            </w:r>
          </w:p>
        </w:tc>
      </w:tr>
      <w:tr w:rsidR="008D43AB" w14:paraId="46FA71F9" w14:textId="77777777">
        <w:trPr>
          <w:cantSplit/>
          <w:jc w:val="center"/>
        </w:trPr>
        <w:tc>
          <w:tcPr>
            <w:tcW w:w="14060" w:type="dxa"/>
            <w:gridSpan w:val="6"/>
            <w:tcMar>
              <w:top w:w="70" w:type="dxa"/>
              <w:left w:w="90" w:type="dxa"/>
              <w:bottom w:w="70" w:type="dxa"/>
              <w:right w:w="90" w:type="dxa"/>
            </w:tcMar>
            <w:vAlign w:val="center"/>
          </w:tcPr>
          <w:p w14:paraId="42A62BC2" w14:textId="77777777" w:rsidR="008D43AB" w:rsidRDefault="008D43AB"/>
          <w:p w14:paraId="7BE97A01"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5ED0B67A" w14:textId="77777777">
        <w:trPr>
          <w:cantSplit/>
          <w:jc w:val="center"/>
        </w:trPr>
        <w:tc>
          <w:tcPr>
            <w:tcW w:w="14060" w:type="dxa"/>
            <w:gridSpan w:val="6"/>
            <w:tcMar>
              <w:top w:w="70" w:type="dxa"/>
              <w:left w:w="90" w:type="dxa"/>
              <w:bottom w:w="70" w:type="dxa"/>
              <w:right w:w="90" w:type="dxa"/>
            </w:tcMar>
            <w:vAlign w:val="center"/>
          </w:tcPr>
          <w:p w14:paraId="10F32FCE" w14:textId="77777777" w:rsidR="008D43AB" w:rsidRDefault="008D43AB"/>
          <w:p w14:paraId="5C7DBD36"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44D7D3B8" w14:textId="77777777">
        <w:trPr>
          <w:cantSplit/>
          <w:jc w:val="center"/>
        </w:trPr>
        <w:tc>
          <w:tcPr>
            <w:tcW w:w="14060" w:type="dxa"/>
            <w:gridSpan w:val="6"/>
            <w:tcMar>
              <w:top w:w="70" w:type="dxa"/>
              <w:left w:w="90" w:type="dxa"/>
              <w:bottom w:w="70" w:type="dxa"/>
              <w:right w:w="90" w:type="dxa"/>
            </w:tcMar>
            <w:vAlign w:val="center"/>
          </w:tcPr>
          <w:p w14:paraId="07F55BD0" w14:textId="77777777" w:rsidR="008D43AB" w:rsidRDefault="008D43AB"/>
          <w:p w14:paraId="6ACFE6D8"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1357BB39" w14:textId="77777777">
        <w:trPr>
          <w:cantSplit/>
          <w:jc w:val="center"/>
        </w:trPr>
        <w:tc>
          <w:tcPr>
            <w:tcW w:w="14060" w:type="dxa"/>
            <w:gridSpan w:val="6"/>
            <w:tcMar>
              <w:top w:w="70" w:type="dxa"/>
              <w:left w:w="90" w:type="dxa"/>
              <w:bottom w:w="70" w:type="dxa"/>
              <w:right w:w="90" w:type="dxa"/>
            </w:tcMar>
            <w:vAlign w:val="center"/>
          </w:tcPr>
          <w:p w14:paraId="26E21F60" w14:textId="77777777" w:rsidR="008D43AB" w:rsidRDefault="008D43AB"/>
          <w:p w14:paraId="4BDA5E12" w14:textId="77777777" w:rsidR="008D43AB" w:rsidRDefault="00000000">
            <w:pPr>
              <w:spacing w:line="245" w:lineRule="auto"/>
            </w:pPr>
            <w:r>
              <w:rPr>
                <w:b/>
                <w:color w:val="000000"/>
                <w:sz w:val="16"/>
              </w:rPr>
              <w:t xml:space="preserve">MEDPREDMETNE POVEZAVE: </w:t>
            </w:r>
            <w:r>
              <w:rPr>
                <w:color w:val="000000"/>
                <w:sz w:val="16"/>
              </w:rPr>
              <w:t>SPO – odgovorna mobilnost, potovanje in predstavitev kraja; SLJ – poslušanje, ritmični govor in opis doživetja; ŠPO – pulz, tempo, gibalni odziv in prostorska orientacija; LUM – simbol, barva, linija in zvočni zapis</w:t>
            </w:r>
          </w:p>
        </w:tc>
      </w:tr>
      <w:tr w:rsidR="008D43AB" w14:paraId="515F776C" w14:textId="77777777">
        <w:trPr>
          <w:cantSplit/>
          <w:jc w:val="center"/>
        </w:trPr>
        <w:tc>
          <w:tcPr>
            <w:tcW w:w="14060" w:type="dxa"/>
            <w:gridSpan w:val="6"/>
            <w:tcMar>
              <w:top w:w="70" w:type="dxa"/>
              <w:left w:w="90" w:type="dxa"/>
              <w:bottom w:w="70" w:type="dxa"/>
              <w:right w:w="90" w:type="dxa"/>
            </w:tcMar>
            <w:vAlign w:val="center"/>
          </w:tcPr>
          <w:p w14:paraId="27B635A7" w14:textId="77777777" w:rsidR="008D43AB" w:rsidRDefault="008D43AB"/>
          <w:p w14:paraId="14350723"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0447D5F3" w14:textId="77777777">
        <w:trPr>
          <w:cantSplit/>
          <w:jc w:val="center"/>
        </w:trPr>
        <w:tc>
          <w:tcPr>
            <w:tcW w:w="14060" w:type="dxa"/>
            <w:gridSpan w:val="6"/>
            <w:tcMar>
              <w:top w:w="70" w:type="dxa"/>
              <w:left w:w="90" w:type="dxa"/>
              <w:bottom w:w="70" w:type="dxa"/>
              <w:right w:w="90" w:type="dxa"/>
            </w:tcMar>
            <w:vAlign w:val="center"/>
          </w:tcPr>
          <w:p w14:paraId="56753C6E" w14:textId="77777777" w:rsidR="008D43AB" w:rsidRDefault="008D43AB"/>
          <w:p w14:paraId="6A9C2BC3"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45154623" w14:textId="77777777">
        <w:trPr>
          <w:cantSplit/>
          <w:jc w:val="center"/>
        </w:trPr>
        <w:tc>
          <w:tcPr>
            <w:tcW w:w="14060" w:type="dxa"/>
            <w:gridSpan w:val="6"/>
            <w:tcMar>
              <w:top w:w="70" w:type="dxa"/>
              <w:left w:w="90" w:type="dxa"/>
              <w:bottom w:w="70" w:type="dxa"/>
              <w:right w:w="90" w:type="dxa"/>
            </w:tcMar>
            <w:vAlign w:val="center"/>
          </w:tcPr>
          <w:p w14:paraId="52E7734A" w14:textId="77777777" w:rsidR="008D43AB" w:rsidRDefault="008D43AB"/>
          <w:p w14:paraId="143EB793"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01D20D00" w14:textId="77777777">
        <w:trPr>
          <w:cantSplit/>
          <w:jc w:val="center"/>
        </w:trPr>
        <w:tc>
          <w:tcPr>
            <w:tcW w:w="14060" w:type="dxa"/>
            <w:gridSpan w:val="6"/>
            <w:tcMar>
              <w:top w:w="70" w:type="dxa"/>
              <w:left w:w="90" w:type="dxa"/>
              <w:bottom w:w="70" w:type="dxa"/>
              <w:right w:w="90" w:type="dxa"/>
            </w:tcMar>
            <w:vAlign w:val="center"/>
          </w:tcPr>
          <w:p w14:paraId="5C308E58" w14:textId="77777777" w:rsidR="008D43AB" w:rsidRDefault="008D43AB"/>
          <w:p w14:paraId="4DD1B9CF"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7249617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D8A147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42CC902"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52813BD" w14:textId="77777777" w:rsidR="008D43AB" w:rsidRDefault="00000000">
            <w:pPr>
              <w:jc w:val="center"/>
            </w:pPr>
            <w:r>
              <w:rPr>
                <w:b/>
                <w:color w:val="000000"/>
                <w:sz w:val="20"/>
              </w:rPr>
              <w:t>UČNE DEJAVNOSTI, METODE IN FORMATIVNO SPREMLJANJE</w:t>
            </w:r>
          </w:p>
        </w:tc>
      </w:tr>
      <w:tr w:rsidR="008D43AB" w14:paraId="6211A9FE" w14:textId="77777777">
        <w:trPr>
          <w:tblHeader/>
          <w:jc w:val="center"/>
        </w:trPr>
        <w:tc>
          <w:tcPr>
            <w:tcW w:w="4422" w:type="dxa"/>
            <w:vMerge/>
            <w:tcMar>
              <w:top w:w="70" w:type="dxa"/>
              <w:left w:w="90" w:type="dxa"/>
              <w:bottom w:w="70" w:type="dxa"/>
              <w:right w:w="90" w:type="dxa"/>
            </w:tcMar>
            <w:vAlign w:val="center"/>
          </w:tcPr>
          <w:p w14:paraId="2540457E" w14:textId="77777777" w:rsidR="008D43AB" w:rsidRDefault="008D43AB"/>
        </w:tc>
        <w:tc>
          <w:tcPr>
            <w:tcW w:w="7087" w:type="dxa"/>
            <w:shd w:val="clear" w:color="auto" w:fill="FFFFFF"/>
            <w:tcMar>
              <w:top w:w="70" w:type="dxa"/>
              <w:left w:w="90" w:type="dxa"/>
              <w:bottom w:w="70" w:type="dxa"/>
              <w:right w:w="90" w:type="dxa"/>
            </w:tcMar>
            <w:vAlign w:val="center"/>
          </w:tcPr>
          <w:p w14:paraId="2DB6BCF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7BAFBC" w14:textId="77777777" w:rsidR="008D43AB" w:rsidRDefault="00000000">
            <w:pPr>
              <w:jc w:val="center"/>
            </w:pPr>
            <w:r>
              <w:rPr>
                <w:b/>
                <w:color w:val="000000"/>
              </w:rPr>
              <w:t>UČENEC</w:t>
            </w:r>
          </w:p>
        </w:tc>
      </w:tr>
      <w:tr w:rsidR="008D43AB" w14:paraId="23039950" w14:textId="77777777">
        <w:trPr>
          <w:jc w:val="center"/>
        </w:trPr>
        <w:tc>
          <w:tcPr>
            <w:tcW w:w="4422" w:type="dxa"/>
            <w:tcMar>
              <w:top w:w="70" w:type="dxa"/>
              <w:left w:w="90" w:type="dxa"/>
              <w:bottom w:w="70" w:type="dxa"/>
              <w:right w:w="90" w:type="dxa"/>
            </w:tcMar>
          </w:tcPr>
          <w:p w14:paraId="5AB36849" w14:textId="77777777" w:rsidR="008D43AB" w:rsidRDefault="008D43AB"/>
          <w:p w14:paraId="2FB4B1C1" w14:textId="77777777" w:rsidR="008D43AB" w:rsidRDefault="00000000">
            <w:pPr>
              <w:spacing w:after="60" w:line="245" w:lineRule="auto"/>
            </w:pPr>
            <w:r>
              <w:rPr>
                <w:b/>
                <w:color w:val="000000"/>
              </w:rPr>
              <w:t>UČNI CILJI</w:t>
            </w:r>
          </w:p>
          <w:p w14:paraId="42140EE8" w14:textId="77777777" w:rsidR="008D43AB" w:rsidRDefault="00000000">
            <w:pPr>
              <w:spacing w:after="20" w:line="245" w:lineRule="auto"/>
            </w:pPr>
            <w:r>
              <w:rPr>
                <w:b/>
                <w:color w:val="000000"/>
                <w:sz w:val="17"/>
              </w:rPr>
              <w:t>SPLOŠNI</w:t>
            </w:r>
          </w:p>
          <w:p w14:paraId="168CB34D"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EC73C5C" w14:textId="77777777" w:rsidR="008D43AB" w:rsidRDefault="00000000">
            <w:pPr>
              <w:pStyle w:val="Oznaenseznam"/>
              <w:spacing w:after="16"/>
            </w:pPr>
            <w:r>
              <w:rPr>
                <w:color w:val="000000"/>
                <w:sz w:val="16"/>
              </w:rPr>
              <w:t>poje, ritmično govori ter uporablja telo, glasbila in predmete kot zvočne vire</w:t>
            </w:r>
          </w:p>
          <w:p w14:paraId="2C634F6B" w14:textId="77777777" w:rsidR="008D43AB" w:rsidRDefault="00000000">
            <w:pPr>
              <w:pStyle w:val="Oznaenseznam"/>
              <w:spacing w:after="16"/>
            </w:pPr>
            <w:r>
              <w:rPr>
                <w:color w:val="000000"/>
                <w:sz w:val="16"/>
              </w:rPr>
              <w:t>razlikuje izbrane lastnosti zvoka in glasbe ter varuje sluh in odgovorno uporablja glasbila</w:t>
            </w:r>
          </w:p>
          <w:p w14:paraId="78EA85F9"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582293F2" w14:textId="77777777" w:rsidR="008D43AB" w:rsidRDefault="00000000">
            <w:pPr>
              <w:spacing w:before="40" w:after="20" w:line="245" w:lineRule="auto"/>
            </w:pPr>
            <w:r>
              <w:rPr>
                <w:b/>
                <w:color w:val="000000"/>
                <w:sz w:val="17"/>
              </w:rPr>
              <w:t>OPERATIVNI</w:t>
            </w:r>
          </w:p>
          <w:p w14:paraId="419299BC" w14:textId="77777777" w:rsidR="008D43AB" w:rsidRDefault="00000000">
            <w:pPr>
              <w:pStyle w:val="Oznaenseznam"/>
              <w:spacing w:after="16"/>
            </w:pPr>
            <w:r>
              <w:rPr>
                <w:color w:val="000000"/>
                <w:sz w:val="16"/>
              </w:rPr>
              <w:t>izvede pesem ali instrumentalno spremljavo</w:t>
            </w:r>
          </w:p>
          <w:p w14:paraId="30208D93" w14:textId="77777777" w:rsidR="008D43AB" w:rsidRDefault="00000000">
            <w:pPr>
              <w:pStyle w:val="Oznaenseznam"/>
              <w:spacing w:after="16"/>
            </w:pPr>
            <w:r>
              <w:rPr>
                <w:color w:val="000000"/>
                <w:sz w:val="16"/>
              </w:rPr>
              <w:t>upošteva dogovor</w:t>
            </w:r>
          </w:p>
          <w:p w14:paraId="6BE416CB" w14:textId="77777777" w:rsidR="008D43AB" w:rsidRDefault="00000000">
            <w:pPr>
              <w:pStyle w:val="Oznaenseznam"/>
              <w:spacing w:after="16"/>
            </w:pPr>
            <w:r>
              <w:rPr>
                <w:color w:val="000000"/>
                <w:sz w:val="16"/>
              </w:rPr>
              <w:t>vrednoti skupno izvedbo</w:t>
            </w:r>
          </w:p>
          <w:p w14:paraId="284B5425" w14:textId="77777777" w:rsidR="008D43AB" w:rsidRDefault="00000000">
            <w:pPr>
              <w:spacing w:before="40" w:after="20" w:line="245" w:lineRule="auto"/>
            </w:pPr>
            <w:r>
              <w:rPr>
                <w:b/>
                <w:color w:val="000000"/>
                <w:sz w:val="17"/>
              </w:rPr>
              <w:t>PRIČAKOVANI DOSEŽKI / MINIMALNI POUDARKI</w:t>
            </w:r>
          </w:p>
          <w:p w14:paraId="6CE7E695" w14:textId="77777777" w:rsidR="008D43AB" w:rsidRDefault="00000000">
            <w:pPr>
              <w:pStyle w:val="Oznaenseznam"/>
              <w:spacing w:after="16"/>
            </w:pPr>
            <w:r>
              <w:rPr>
                <w:color w:val="000000"/>
                <w:sz w:val="15"/>
              </w:rPr>
              <w:t>samostojno oziroma z dogovorjeno oporo izvede pesem ali instrumentalno spremljavo</w:t>
            </w:r>
          </w:p>
          <w:p w14:paraId="1785C57D" w14:textId="77777777" w:rsidR="008D43AB" w:rsidRDefault="00000000">
            <w:pPr>
              <w:pStyle w:val="Oznaenseznam"/>
              <w:spacing w:after="16"/>
            </w:pPr>
            <w:r>
              <w:rPr>
                <w:color w:val="000000"/>
                <w:sz w:val="15"/>
              </w:rPr>
              <w:t>samostojno oziroma z dogovorjeno oporo upošteva dogovor</w:t>
            </w:r>
          </w:p>
          <w:p w14:paraId="01F5FA7F" w14:textId="77777777" w:rsidR="008D43AB" w:rsidRDefault="00000000">
            <w:pPr>
              <w:pStyle w:val="Oznaenseznam"/>
              <w:spacing w:after="16"/>
            </w:pPr>
            <w:r>
              <w:rPr>
                <w:color w:val="000000"/>
                <w:sz w:val="15"/>
              </w:rPr>
              <w:t>samostojno oziroma z dogovorjeno oporo vrednoti skupno izvedbo</w:t>
            </w:r>
          </w:p>
        </w:tc>
        <w:tc>
          <w:tcPr>
            <w:tcW w:w="7087" w:type="dxa"/>
            <w:tcMar>
              <w:top w:w="70" w:type="dxa"/>
              <w:left w:w="90" w:type="dxa"/>
              <w:bottom w:w="70" w:type="dxa"/>
              <w:right w:w="90" w:type="dxa"/>
            </w:tcMar>
          </w:tcPr>
          <w:p w14:paraId="54978272"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E871B70" w14:textId="77777777">
              <w:trPr>
                <w:jc w:val="center"/>
              </w:trPr>
              <w:tc>
                <w:tcPr>
                  <w:tcW w:w="7087" w:type="dxa"/>
                  <w:shd w:val="clear" w:color="auto" w:fill="C6E7F3"/>
                  <w:tcMar>
                    <w:top w:w="45" w:type="dxa"/>
                    <w:left w:w="70" w:type="dxa"/>
                    <w:bottom w:w="45" w:type="dxa"/>
                    <w:right w:w="70" w:type="dxa"/>
                  </w:tcMar>
                </w:tcPr>
                <w:p w14:paraId="537444FA" w14:textId="77777777" w:rsidR="008D43AB" w:rsidRDefault="00000000">
                  <w:pPr>
                    <w:keepNext/>
                  </w:pPr>
                  <w:r>
                    <w:rPr>
                      <w:b/>
                      <w:color w:val="000000"/>
                    </w:rPr>
                    <w:t>UVODNI DEL – zvočna motivacija, aktivacija predznanja in namen učenja (8–12 min)</w:t>
                  </w:r>
                </w:p>
              </w:tc>
            </w:tr>
          </w:tbl>
          <w:p w14:paraId="103471C1" w14:textId="77777777" w:rsidR="008D43AB" w:rsidRDefault="008D43AB">
            <w:pPr>
              <w:spacing w:line="20" w:lineRule="exact"/>
            </w:pPr>
          </w:p>
          <w:p w14:paraId="46FCB954" w14:textId="77777777" w:rsidR="008D43AB" w:rsidRDefault="00000000">
            <w:pPr>
              <w:spacing w:before="40" w:after="60" w:line="245" w:lineRule="auto"/>
            </w:pPr>
            <w:r>
              <w:rPr>
                <w:color w:val="000000"/>
                <w:sz w:val="16"/>
              </w:rPr>
              <w:t>Učenci ob motivu »Juri Muri v Afriki« – Tone Pavček • NADALJEVANJE vstopijo v temo odgovorna mobilnost, potovanje in predstavitev kraja. Najprej v tišini poslušajo kratek zvočni odlomek ali učiteljičino izvedbo (potovalna pesem ali instrumentalna spremljava; razredni koncert),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100EDBD9" w14:textId="77777777">
              <w:trPr>
                <w:jc w:val="center"/>
              </w:trPr>
              <w:tc>
                <w:tcPr>
                  <w:tcW w:w="7087" w:type="dxa"/>
                  <w:shd w:val="clear" w:color="auto" w:fill="EDC9EA"/>
                  <w:tcMar>
                    <w:top w:w="45" w:type="dxa"/>
                    <w:left w:w="70" w:type="dxa"/>
                    <w:bottom w:w="45" w:type="dxa"/>
                    <w:right w:w="70" w:type="dxa"/>
                  </w:tcMar>
                </w:tcPr>
                <w:p w14:paraId="685E988A" w14:textId="77777777" w:rsidR="008D43AB" w:rsidRDefault="00000000">
                  <w:pPr>
                    <w:keepNext/>
                  </w:pPr>
                  <w:r>
                    <w:rPr>
                      <w:b/>
                      <w:color w:val="000000"/>
                    </w:rPr>
                    <w:t>NAMENI UČENJA</w:t>
                  </w:r>
                </w:p>
              </w:tc>
            </w:tr>
          </w:tbl>
          <w:p w14:paraId="2514D506" w14:textId="77777777" w:rsidR="008D43AB" w:rsidRDefault="008D43AB">
            <w:pPr>
              <w:spacing w:line="20" w:lineRule="exact"/>
            </w:pPr>
          </w:p>
          <w:p w14:paraId="2B3CFBB5"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5D910EE4" w14:textId="77777777" w:rsidR="008D43AB" w:rsidRDefault="00000000">
            <w:pPr>
              <w:pStyle w:val="Oznaenseznam"/>
              <w:spacing w:after="16"/>
            </w:pPr>
            <w:r>
              <w:rPr>
                <w:color w:val="000000"/>
                <w:sz w:val="16"/>
              </w:rPr>
              <w:t>izvedem pesem ali instrumentalno spremljavo</w:t>
            </w:r>
          </w:p>
          <w:p w14:paraId="20F52D40" w14:textId="77777777" w:rsidR="008D43AB" w:rsidRDefault="00000000">
            <w:pPr>
              <w:pStyle w:val="Oznaenseznam"/>
              <w:spacing w:after="16"/>
            </w:pPr>
            <w:r>
              <w:rPr>
                <w:color w:val="000000"/>
                <w:sz w:val="16"/>
              </w:rPr>
              <w:t>upoštevam dogovor</w:t>
            </w:r>
          </w:p>
          <w:p w14:paraId="78D5C3B8" w14:textId="77777777" w:rsidR="008D43AB" w:rsidRDefault="00000000">
            <w:pPr>
              <w:pStyle w:val="Oznaenseznam"/>
              <w:spacing w:after="16"/>
            </w:pPr>
            <w:r>
              <w:rPr>
                <w:color w:val="000000"/>
                <w:sz w:val="16"/>
              </w:rPr>
              <w:t>vrednotim skupno izvedbo</w:t>
            </w:r>
          </w:p>
          <w:tbl>
            <w:tblPr>
              <w:tblStyle w:val="Tabelamrea"/>
              <w:tblW w:w="0" w:type="auto"/>
              <w:jc w:val="center"/>
              <w:tblLayout w:type="fixed"/>
              <w:tblLook w:val="04A0" w:firstRow="1" w:lastRow="0" w:firstColumn="1" w:lastColumn="0" w:noHBand="0" w:noVBand="1"/>
            </w:tblPr>
            <w:tblGrid>
              <w:gridCol w:w="7087"/>
            </w:tblGrid>
            <w:tr w:rsidR="008D43AB" w14:paraId="28AB0B4D" w14:textId="77777777">
              <w:trPr>
                <w:jc w:val="center"/>
              </w:trPr>
              <w:tc>
                <w:tcPr>
                  <w:tcW w:w="7087" w:type="dxa"/>
                  <w:shd w:val="clear" w:color="auto" w:fill="EDC9EA"/>
                  <w:tcMar>
                    <w:top w:w="45" w:type="dxa"/>
                    <w:left w:w="70" w:type="dxa"/>
                    <w:bottom w:w="45" w:type="dxa"/>
                    <w:right w:w="70" w:type="dxa"/>
                  </w:tcMar>
                </w:tcPr>
                <w:p w14:paraId="3BC25105" w14:textId="77777777" w:rsidR="008D43AB" w:rsidRDefault="00000000">
                  <w:pPr>
                    <w:keepNext/>
                  </w:pPr>
                  <w:r>
                    <w:rPr>
                      <w:b/>
                      <w:color w:val="000000"/>
                    </w:rPr>
                    <w:t>PREVERJANJE PREDZNANJA</w:t>
                  </w:r>
                </w:p>
              </w:tc>
            </w:tr>
          </w:tbl>
          <w:p w14:paraId="44DD64AF" w14:textId="77777777" w:rsidR="008D43AB" w:rsidRDefault="008D43AB">
            <w:pPr>
              <w:spacing w:line="20" w:lineRule="exact"/>
            </w:pPr>
          </w:p>
          <w:p w14:paraId="7C6C73FF" w14:textId="77777777" w:rsidR="008D43AB" w:rsidRDefault="00000000">
            <w:pPr>
              <w:pStyle w:val="Oznaenseznam"/>
              <w:spacing w:after="16"/>
            </w:pPr>
            <w:r>
              <w:rPr>
                <w:color w:val="000000"/>
                <w:sz w:val="16"/>
              </w:rPr>
              <w:t>Kaj mi zvok, naslov, slika ali motiv pove o temi odgovorna mobilnost, potovanje in predstavitev kraja?</w:t>
            </w:r>
          </w:p>
          <w:p w14:paraId="67AB0973" w14:textId="77777777" w:rsidR="008D43AB" w:rsidRDefault="00000000">
            <w:pPr>
              <w:pStyle w:val="Oznaenseznam"/>
              <w:spacing w:after="16"/>
            </w:pPr>
            <w:r>
              <w:rPr>
                <w:color w:val="000000"/>
                <w:sz w:val="16"/>
              </w:rPr>
              <w:t>Kako lahko s poslušanjem, glasom, telesom, glasbilom ali simbolom pokažem, kaj že znam pri temi »RAZREDNI KONCERT«?</w:t>
            </w:r>
          </w:p>
          <w:p w14:paraId="27967EE2"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1ACA8C03" w14:textId="77777777">
              <w:trPr>
                <w:jc w:val="center"/>
              </w:trPr>
              <w:tc>
                <w:tcPr>
                  <w:tcW w:w="7087" w:type="dxa"/>
                  <w:shd w:val="clear" w:color="auto" w:fill="EDC9EA"/>
                  <w:tcMar>
                    <w:top w:w="45" w:type="dxa"/>
                    <w:left w:w="70" w:type="dxa"/>
                    <w:bottom w:w="45" w:type="dxa"/>
                    <w:right w:w="70" w:type="dxa"/>
                  </w:tcMar>
                </w:tcPr>
                <w:p w14:paraId="538E727A" w14:textId="77777777" w:rsidR="008D43AB" w:rsidRDefault="00000000">
                  <w:pPr>
                    <w:keepNext/>
                  </w:pPr>
                  <w:r>
                    <w:rPr>
                      <w:b/>
                      <w:color w:val="000000"/>
                    </w:rPr>
                    <w:t>KRITERIJI USPEŠNOSTI</w:t>
                  </w:r>
                </w:p>
              </w:tc>
            </w:tr>
          </w:tbl>
          <w:p w14:paraId="676A12D3" w14:textId="77777777" w:rsidR="008D43AB" w:rsidRDefault="008D43AB"/>
          <w:p w14:paraId="6B610A48" w14:textId="77777777" w:rsidR="008D43AB" w:rsidRDefault="00000000">
            <w:pPr>
              <w:spacing w:before="20" w:after="20" w:line="245" w:lineRule="auto"/>
            </w:pPr>
            <w:r>
              <w:rPr>
                <w:b/>
                <w:color w:val="000000"/>
                <w:sz w:val="16"/>
              </w:rPr>
              <w:t>Uspešen/-na bom, ko:</w:t>
            </w:r>
          </w:p>
          <w:p w14:paraId="04D46000" w14:textId="77777777" w:rsidR="008D43AB" w:rsidRDefault="00000000">
            <w:pPr>
              <w:pStyle w:val="Oznaenseznam"/>
              <w:spacing w:after="16"/>
            </w:pPr>
            <w:r>
              <w:rPr>
                <w:color w:val="000000"/>
                <w:sz w:val="16"/>
              </w:rPr>
              <w:t>izvedem pesem ali instrumentalno spremljavo</w:t>
            </w:r>
          </w:p>
          <w:p w14:paraId="62738C95" w14:textId="77777777" w:rsidR="008D43AB" w:rsidRDefault="00000000">
            <w:pPr>
              <w:pStyle w:val="Oznaenseznam"/>
              <w:spacing w:after="16"/>
            </w:pPr>
            <w:r>
              <w:rPr>
                <w:color w:val="000000"/>
                <w:sz w:val="16"/>
              </w:rPr>
              <w:t>upoštevam dogovor</w:t>
            </w:r>
          </w:p>
          <w:p w14:paraId="05E50CE5" w14:textId="77777777" w:rsidR="008D43AB" w:rsidRDefault="00000000">
            <w:pPr>
              <w:pStyle w:val="Oznaenseznam"/>
              <w:spacing w:after="16"/>
            </w:pPr>
            <w:r>
              <w:rPr>
                <w:color w:val="000000"/>
                <w:sz w:val="16"/>
              </w:rPr>
              <w:t>vrednotim skupno izvedbo</w:t>
            </w:r>
          </w:p>
          <w:p w14:paraId="3F2C5BB9" w14:textId="77777777" w:rsidR="008D43AB" w:rsidRDefault="00000000">
            <w:pPr>
              <w:pStyle w:val="Oznaenseznam"/>
              <w:spacing w:after="16"/>
            </w:pPr>
            <w:r>
              <w:rPr>
                <w:color w:val="000000"/>
                <w:sz w:val="16"/>
              </w:rPr>
              <w:t>upoštevam dogovorjeni začetek, konec, znak za tišino in varno glasnost</w:t>
            </w:r>
          </w:p>
          <w:p w14:paraId="23C79A55"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3B78655A" w14:textId="77777777" w:rsidR="008D43AB" w:rsidRDefault="008D43AB"/>
          <w:p w14:paraId="14D5098F"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4BDC80F3" w14:textId="77777777" w:rsidR="008D43AB" w:rsidRDefault="00000000">
            <w:pPr>
              <w:spacing w:after="80" w:line="245" w:lineRule="auto"/>
            </w:pPr>
            <w:r>
              <w:rPr>
                <w:color w:val="000000"/>
                <w:sz w:val="16"/>
              </w:rPr>
              <w:t>Pove ali pokaže, kaj že zna in katero glasbeno strategijo bi uporabil.</w:t>
            </w:r>
          </w:p>
          <w:p w14:paraId="654BC77C" w14:textId="77777777" w:rsidR="008D43AB" w:rsidRDefault="00000000">
            <w:pPr>
              <w:spacing w:after="100" w:line="245" w:lineRule="auto"/>
            </w:pPr>
            <w:r>
              <w:rPr>
                <w:color w:val="000000"/>
                <w:sz w:val="16"/>
              </w:rPr>
              <w:t>Sodeluje pri razumevanju namenov, meril uspešnosti, varne glasnosti in načina dokazovanja.</w:t>
            </w:r>
          </w:p>
          <w:p w14:paraId="2730DEC1" w14:textId="77777777" w:rsidR="008D43AB" w:rsidRDefault="00000000">
            <w:pPr>
              <w:spacing w:after="20" w:line="245" w:lineRule="auto"/>
            </w:pPr>
            <w:r>
              <w:rPr>
                <w:b/>
                <w:color w:val="D95BC6"/>
                <w:sz w:val="17"/>
              </w:rPr>
              <w:t>DOKAZ O UČENJU</w:t>
            </w:r>
          </w:p>
          <w:p w14:paraId="18DE4B83"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5C1D58CB"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196DEB8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E44F91"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DCD5621" w14:textId="77777777" w:rsidR="008D43AB" w:rsidRDefault="00000000">
            <w:pPr>
              <w:jc w:val="center"/>
            </w:pPr>
            <w:r>
              <w:rPr>
                <w:b/>
                <w:color w:val="000000"/>
                <w:sz w:val="20"/>
              </w:rPr>
              <w:t>UČNE DEJAVNOSTI, METODE IN FORMATIVNO SPREMLJANJE</w:t>
            </w:r>
          </w:p>
        </w:tc>
      </w:tr>
      <w:tr w:rsidR="008D43AB" w14:paraId="37CABFB4" w14:textId="77777777">
        <w:trPr>
          <w:tblHeader/>
          <w:jc w:val="center"/>
        </w:trPr>
        <w:tc>
          <w:tcPr>
            <w:tcW w:w="4422" w:type="dxa"/>
            <w:vMerge/>
            <w:tcMar>
              <w:top w:w="70" w:type="dxa"/>
              <w:left w:w="90" w:type="dxa"/>
              <w:bottom w:w="70" w:type="dxa"/>
              <w:right w:w="90" w:type="dxa"/>
            </w:tcMar>
            <w:vAlign w:val="center"/>
          </w:tcPr>
          <w:p w14:paraId="28F28FF0" w14:textId="77777777" w:rsidR="008D43AB" w:rsidRDefault="008D43AB"/>
        </w:tc>
        <w:tc>
          <w:tcPr>
            <w:tcW w:w="7087" w:type="dxa"/>
            <w:shd w:val="clear" w:color="auto" w:fill="FFFFFF"/>
            <w:tcMar>
              <w:top w:w="70" w:type="dxa"/>
              <w:left w:w="90" w:type="dxa"/>
              <w:bottom w:w="70" w:type="dxa"/>
              <w:right w:w="90" w:type="dxa"/>
            </w:tcMar>
            <w:vAlign w:val="center"/>
          </w:tcPr>
          <w:p w14:paraId="7C88AC7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24E7AD3" w14:textId="77777777" w:rsidR="008D43AB" w:rsidRDefault="00000000">
            <w:pPr>
              <w:jc w:val="center"/>
            </w:pPr>
            <w:r>
              <w:rPr>
                <w:b/>
                <w:color w:val="000000"/>
              </w:rPr>
              <w:t>UČENEC</w:t>
            </w:r>
          </w:p>
        </w:tc>
      </w:tr>
      <w:tr w:rsidR="008D43AB" w14:paraId="1D8AD239" w14:textId="77777777">
        <w:trPr>
          <w:jc w:val="center"/>
        </w:trPr>
        <w:tc>
          <w:tcPr>
            <w:tcW w:w="4422" w:type="dxa"/>
            <w:tcMar>
              <w:top w:w="70" w:type="dxa"/>
              <w:left w:w="90" w:type="dxa"/>
              <w:bottom w:w="70" w:type="dxa"/>
              <w:right w:w="90" w:type="dxa"/>
            </w:tcMar>
          </w:tcPr>
          <w:p w14:paraId="78292811" w14:textId="77777777" w:rsidR="008D43AB" w:rsidRDefault="008D43AB"/>
          <w:p w14:paraId="5DF2FF8C" w14:textId="77777777" w:rsidR="008D43AB" w:rsidRDefault="00000000">
            <w:pPr>
              <w:spacing w:after="40" w:line="245" w:lineRule="auto"/>
            </w:pPr>
            <w:r>
              <w:rPr>
                <w:b/>
                <w:color w:val="000000"/>
              </w:rPr>
              <w:t>KLJUČNI GLASBENI POJMI</w:t>
            </w:r>
          </w:p>
          <w:p w14:paraId="4E4282F0" w14:textId="77777777" w:rsidR="008D43AB" w:rsidRDefault="00000000">
            <w:pPr>
              <w:spacing w:after="60" w:line="245" w:lineRule="auto"/>
            </w:pPr>
            <w:r>
              <w:rPr>
                <w:color w:val="000000"/>
                <w:sz w:val="15"/>
              </w:rPr>
              <w:t>poslušanje, zvok, tišina, izvedba, glasbeni znak, dokaz, povratna informacija, pesem, melodija, glas, dih, skupinsko petje, kultura nastopanja</w:t>
            </w:r>
          </w:p>
          <w:p w14:paraId="68A60C4C" w14:textId="77777777" w:rsidR="008D43AB" w:rsidRDefault="00000000">
            <w:pPr>
              <w:spacing w:after="20" w:line="245" w:lineRule="auto"/>
            </w:pPr>
            <w:r>
              <w:rPr>
                <w:b/>
                <w:color w:val="000000"/>
                <w:sz w:val="17"/>
              </w:rPr>
              <w:t>DOKAZI O UČENJU</w:t>
            </w:r>
          </w:p>
          <w:p w14:paraId="4532BB04" w14:textId="77777777" w:rsidR="008D43AB" w:rsidRDefault="00000000">
            <w:pPr>
              <w:pStyle w:val="Oznaenseznam"/>
              <w:spacing w:after="9"/>
            </w:pPr>
            <w:r>
              <w:rPr>
                <w:color w:val="000000"/>
                <w:sz w:val="15"/>
              </w:rPr>
              <w:t>poslušalski gibalni odziv, ritmični/pevski odmev in učiteljev zapis o skupnem pulzu oziroma začetku/koncu.</w:t>
            </w:r>
          </w:p>
          <w:p w14:paraId="463D6883" w14:textId="77777777" w:rsidR="008D43AB" w:rsidRDefault="00000000">
            <w:pPr>
              <w:pStyle w:val="Oznaenseznam"/>
              <w:spacing w:after="9"/>
            </w:pPr>
            <w:r>
              <w:rPr>
                <w:color w:val="000000"/>
                <w:sz w:val="15"/>
              </w:rPr>
              <w:t>slikovni zvočni zapis, skupinska izvedba/posnetek in vrstniška opisna povratna informacija.</w:t>
            </w:r>
          </w:p>
          <w:p w14:paraId="3CDF3E2F" w14:textId="77777777" w:rsidR="008D43AB" w:rsidRDefault="00000000">
            <w:pPr>
              <w:spacing w:before="40" w:after="20" w:line="245" w:lineRule="auto"/>
            </w:pPr>
            <w:r>
              <w:rPr>
                <w:b/>
                <w:color w:val="000000"/>
                <w:sz w:val="17"/>
              </w:rPr>
              <w:t>GLASBENO DOŽIVETJE IN IZKUŠENJSKI POUK</w:t>
            </w:r>
          </w:p>
          <w:p w14:paraId="5B616DAF"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43B9BFE5" w14:textId="77777777" w:rsidR="008D43AB" w:rsidRDefault="00000000">
            <w:pPr>
              <w:spacing w:after="20" w:line="245" w:lineRule="auto"/>
            </w:pPr>
            <w:r>
              <w:rPr>
                <w:b/>
                <w:color w:val="000000"/>
                <w:sz w:val="17"/>
              </w:rPr>
              <w:t>POUČEVANJE V GIBANJU</w:t>
            </w:r>
          </w:p>
          <w:p w14:paraId="48038E8E"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4B80B9AC" w14:textId="77777777" w:rsidR="008D43AB" w:rsidRDefault="00000000">
            <w:pPr>
              <w:spacing w:after="20" w:line="245" w:lineRule="auto"/>
            </w:pPr>
            <w:r>
              <w:rPr>
                <w:b/>
                <w:color w:val="000000"/>
                <w:sz w:val="17"/>
              </w:rPr>
              <w:t>DELO PO POSTAJAH</w:t>
            </w:r>
          </w:p>
          <w:p w14:paraId="245FDE64"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0CE3732E" w14:textId="77777777" w:rsidR="008D43AB" w:rsidRDefault="00000000">
            <w:pPr>
              <w:spacing w:after="10" w:line="245" w:lineRule="auto"/>
            </w:pPr>
            <w:r>
              <w:rPr>
                <w:color w:val="000000"/>
                <w:sz w:val="15"/>
              </w:rPr>
              <w:t>1. Glas in dih: drža, tih vdih, pevski odmev in jasen začetek ter konec.</w:t>
            </w:r>
          </w:p>
          <w:p w14:paraId="0CC65ED1" w14:textId="77777777" w:rsidR="008D43AB" w:rsidRDefault="00000000">
            <w:pPr>
              <w:spacing w:after="10" w:line="245" w:lineRule="auto"/>
            </w:pPr>
            <w:r>
              <w:rPr>
                <w:color w:val="000000"/>
                <w:sz w:val="15"/>
              </w:rPr>
              <w:t>2. Beseda in ritem: besedilo ritmično izrekam, razčlenim na zloge in povežem s telesnimi glasbili.</w:t>
            </w:r>
          </w:p>
          <w:p w14:paraId="313026C2" w14:textId="77777777" w:rsidR="008D43AB" w:rsidRDefault="00000000">
            <w:pPr>
              <w:spacing w:after="10" w:line="245" w:lineRule="auto"/>
            </w:pPr>
            <w:r>
              <w:rPr>
                <w:color w:val="000000"/>
                <w:sz w:val="15"/>
              </w:rPr>
              <w:t>3. Gibalno-pevska: melodijo ali značaj pesmi pokažem z gibanjem, rajalno igro ali preprosto koreografijo.</w:t>
            </w:r>
          </w:p>
          <w:p w14:paraId="1F4BA81C" w14:textId="77777777" w:rsidR="008D43AB" w:rsidRDefault="00000000">
            <w:pPr>
              <w:spacing w:after="10" w:line="245" w:lineRule="auto"/>
            </w:pPr>
            <w:r>
              <w:rPr>
                <w:color w:val="000000"/>
                <w:sz w:val="15"/>
              </w:rPr>
              <w:t>4. Spremljava in nastop: izberem zvočilo, vadim skupinsko izvedbo, nastopim in podam opisni odziv.</w:t>
            </w:r>
          </w:p>
          <w:p w14:paraId="347D0686" w14:textId="77777777" w:rsidR="008D43AB" w:rsidRDefault="00000000">
            <w:pPr>
              <w:spacing w:after="20" w:line="245" w:lineRule="auto"/>
            </w:pPr>
            <w:r>
              <w:rPr>
                <w:b/>
                <w:color w:val="000000"/>
                <w:sz w:val="17"/>
              </w:rPr>
              <w:t>DIFERENCIACIJA IN VKLJUČEVANJE</w:t>
            </w:r>
          </w:p>
          <w:p w14:paraId="3B70200A"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578A05E9" w14:textId="77777777" w:rsidR="008D43AB" w:rsidRDefault="00000000">
            <w:pPr>
              <w:spacing w:after="20" w:line="245" w:lineRule="auto"/>
            </w:pPr>
            <w:r>
              <w:rPr>
                <w:b/>
                <w:color w:val="000000"/>
                <w:sz w:val="17"/>
              </w:rPr>
              <w:t>SPREMLJANJE</w:t>
            </w:r>
          </w:p>
          <w:p w14:paraId="65119329"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E476BBA"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B4450E3" w14:textId="77777777">
              <w:trPr>
                <w:jc w:val="center"/>
              </w:trPr>
              <w:tc>
                <w:tcPr>
                  <w:tcW w:w="7087" w:type="dxa"/>
                  <w:shd w:val="clear" w:color="auto" w:fill="C6E7F3"/>
                  <w:tcMar>
                    <w:top w:w="45" w:type="dxa"/>
                    <w:left w:w="70" w:type="dxa"/>
                    <w:bottom w:w="45" w:type="dxa"/>
                    <w:right w:w="70" w:type="dxa"/>
                  </w:tcMar>
                </w:tcPr>
                <w:p w14:paraId="44FCA49F" w14:textId="77777777" w:rsidR="008D43AB" w:rsidRDefault="00000000">
                  <w:pPr>
                    <w:keepNext/>
                  </w:pPr>
                  <w:r>
                    <w:rPr>
                      <w:b/>
                      <w:color w:val="000000"/>
                      <w:sz w:val="17"/>
                    </w:rPr>
                    <w:t>GLAVNI DEL – POSLUŠANJE, IZVAJANJE, GIBANJE IN USTVARJANJE (2 šolski uri)</w:t>
                  </w:r>
                </w:p>
              </w:tc>
            </w:tr>
          </w:tbl>
          <w:p w14:paraId="76DFE83B" w14:textId="77777777" w:rsidR="008D43AB" w:rsidRDefault="008D43AB">
            <w:pPr>
              <w:spacing w:line="20" w:lineRule="exact"/>
            </w:pPr>
          </w:p>
          <w:p w14:paraId="06DD227D" w14:textId="77777777" w:rsidR="008D43AB" w:rsidRDefault="00000000">
            <w:pPr>
              <w:keepNext/>
              <w:spacing w:before="24" w:after="8" w:line="245" w:lineRule="auto"/>
            </w:pPr>
            <w:r>
              <w:rPr>
                <w:b/>
                <w:color w:val="000000"/>
                <w:sz w:val="16"/>
              </w:rPr>
              <w:t>1. URA – Razredni Koncert – Poslušam in izvajam</w:t>
            </w:r>
          </w:p>
          <w:p w14:paraId="6C80BD0B"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»RAZREDNI KONCERT«,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21E15293"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5C298361"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3FA1FFFF" w14:textId="77777777" w:rsidR="008D43AB" w:rsidRDefault="00000000">
            <w:pPr>
              <w:keepNext/>
              <w:spacing w:before="24" w:after="8" w:line="245" w:lineRule="auto"/>
            </w:pPr>
            <w:r>
              <w:rPr>
                <w:b/>
                <w:color w:val="000000"/>
                <w:sz w:val="16"/>
              </w:rPr>
              <w:t>2. URA – Razredni Koncert – Ustvarim in nastopim</w:t>
            </w:r>
          </w:p>
          <w:p w14:paraId="44E6B8B9"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razredni koncert«; usmerja izbiro, zapis, vajo in menjavo vlog. Zaključek: 10' – Organizira nastop in odziv poslušalcev po kriterijih; posname kratek dokaz, če so soglasja urejena.</w:t>
            </w:r>
          </w:p>
          <w:p w14:paraId="624957F0"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2BF7E03"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1F1DCF22" w14:textId="77777777">
              <w:trPr>
                <w:jc w:val="center"/>
              </w:trPr>
              <w:tc>
                <w:tcPr>
                  <w:tcW w:w="7087" w:type="dxa"/>
                  <w:shd w:val="clear" w:color="auto" w:fill="EDC9EA"/>
                  <w:tcMar>
                    <w:top w:w="45" w:type="dxa"/>
                    <w:left w:w="70" w:type="dxa"/>
                    <w:bottom w:w="45" w:type="dxa"/>
                    <w:right w:w="70" w:type="dxa"/>
                  </w:tcMar>
                </w:tcPr>
                <w:p w14:paraId="7751FB2C" w14:textId="77777777" w:rsidR="008D43AB" w:rsidRDefault="00000000">
                  <w:pPr>
                    <w:keepNext/>
                  </w:pPr>
                  <w:r>
                    <w:rPr>
                      <w:b/>
                      <w:color w:val="000000"/>
                      <w:sz w:val="17"/>
                    </w:rPr>
                    <w:t>ORGANIZACIJA POSTAJ IN PREHODOV</w:t>
                  </w:r>
                </w:p>
              </w:tc>
            </w:tr>
          </w:tbl>
          <w:p w14:paraId="55A0007A" w14:textId="77777777" w:rsidR="008D43AB" w:rsidRDefault="008D43AB"/>
          <w:p w14:paraId="763F19D7" w14:textId="77777777" w:rsidR="008D43AB" w:rsidRDefault="00000000">
            <w:pPr>
              <w:spacing w:before="9" w:after="9" w:line="245" w:lineRule="auto"/>
            </w:pPr>
            <w:r>
              <w:rPr>
                <w:color w:val="000000"/>
                <w:sz w:val="15"/>
              </w:rPr>
              <w:t>Postaja 1: Glas in dih: drža, tih vdih, pevski odmev in jasen začetek ter konec.</w:t>
            </w:r>
          </w:p>
          <w:p w14:paraId="6DCF3EEB" w14:textId="77777777" w:rsidR="008D43AB" w:rsidRDefault="00000000">
            <w:pPr>
              <w:spacing w:before="9" w:after="9" w:line="245" w:lineRule="auto"/>
            </w:pPr>
            <w:r>
              <w:rPr>
                <w:color w:val="000000"/>
                <w:sz w:val="15"/>
              </w:rPr>
              <w:t>Postaja 2: Beseda in ritem: besedilo ritmično izrekam, razčlenim na zloge in povežem s telesnimi glasbili.</w:t>
            </w:r>
          </w:p>
          <w:p w14:paraId="42ADBA47" w14:textId="77777777" w:rsidR="008D43AB" w:rsidRDefault="00000000">
            <w:pPr>
              <w:spacing w:before="9" w:after="9" w:line="245" w:lineRule="auto"/>
            </w:pPr>
            <w:r>
              <w:rPr>
                <w:color w:val="000000"/>
                <w:sz w:val="15"/>
              </w:rPr>
              <w:t>Postaja 3: Gibalno-pevska: melodijo ali značaj pesmi pokažem z gibanjem, rajalno igro ali preprosto koreografijo.</w:t>
            </w:r>
          </w:p>
          <w:p w14:paraId="1DD007D8" w14:textId="77777777" w:rsidR="008D43AB" w:rsidRDefault="00000000">
            <w:pPr>
              <w:spacing w:before="9" w:after="9" w:line="245" w:lineRule="auto"/>
            </w:pPr>
            <w:r>
              <w:rPr>
                <w:color w:val="000000"/>
                <w:sz w:val="15"/>
              </w:rPr>
              <w:t>Postaja 4: Spremljava in nastop: izberem zvočilo, vadim skupinsko izvedbo, nastopim in podam opisni odziv.</w:t>
            </w:r>
          </w:p>
          <w:p w14:paraId="50C998F9"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60FE6870" w14:textId="77777777" w:rsidR="008D43AB" w:rsidRDefault="008D43AB"/>
          <w:p w14:paraId="1AF984AE" w14:textId="77777777" w:rsidR="008D43AB" w:rsidRDefault="00000000">
            <w:pPr>
              <w:spacing w:after="6" w:line="245" w:lineRule="auto"/>
            </w:pPr>
            <w:r>
              <w:rPr>
                <w:b/>
                <w:color w:val="000000"/>
                <w:sz w:val="15"/>
              </w:rPr>
              <w:t>1. URA – Razredni Koncert – Poslušam in izvajam</w:t>
            </w:r>
          </w:p>
          <w:p w14:paraId="7163C194"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1B0637B7" w14:textId="77777777" w:rsidR="008D43AB" w:rsidRDefault="00000000">
            <w:pPr>
              <w:spacing w:after="20" w:line="245" w:lineRule="auto"/>
            </w:pPr>
            <w:r>
              <w:rPr>
                <w:color w:val="D95BC6"/>
                <w:sz w:val="14"/>
              </w:rPr>
              <w:t>Dokaz: poslušalski gibalni odziv, ritmični/pevski odmev in učiteljev zapis o skupnem pulzu oziroma.</w:t>
            </w:r>
          </w:p>
          <w:p w14:paraId="58941F27" w14:textId="77777777" w:rsidR="008D43AB" w:rsidRDefault="00000000">
            <w:pPr>
              <w:spacing w:after="6" w:line="245" w:lineRule="auto"/>
            </w:pPr>
            <w:r>
              <w:rPr>
                <w:b/>
                <w:color w:val="000000"/>
                <w:sz w:val="15"/>
              </w:rPr>
              <w:t>2. URA – Razredni Koncert – Ustvarim in nastopim</w:t>
            </w:r>
          </w:p>
          <w:p w14:paraId="457BF36F"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3F36C21D" w14:textId="77777777" w:rsidR="008D43AB" w:rsidRDefault="00000000">
            <w:pPr>
              <w:spacing w:after="20" w:line="245" w:lineRule="auto"/>
            </w:pPr>
            <w:r>
              <w:rPr>
                <w:color w:val="D95BC6"/>
                <w:sz w:val="14"/>
              </w:rPr>
              <w:t>Dokaz: slikovni zvočni zapis, skupinska izvedba/posnetek in vrstniška opisna povratna informacija.</w:t>
            </w:r>
          </w:p>
          <w:p w14:paraId="32C1B5BE" w14:textId="77777777" w:rsidR="008D43AB" w:rsidRDefault="00000000">
            <w:pPr>
              <w:spacing w:before="40" w:after="20" w:line="245" w:lineRule="auto"/>
            </w:pPr>
            <w:r>
              <w:rPr>
                <w:b/>
                <w:color w:val="D95BC6"/>
                <w:sz w:val="16"/>
              </w:rPr>
              <w:t>MOJ KROG POSTAJ</w:t>
            </w:r>
          </w:p>
          <w:p w14:paraId="4C660061" w14:textId="77777777" w:rsidR="008D43AB" w:rsidRDefault="00000000">
            <w:pPr>
              <w:spacing w:after="11" w:line="245" w:lineRule="auto"/>
            </w:pPr>
            <w:r>
              <w:rPr>
                <w:color w:val="000000"/>
                <w:sz w:val="14"/>
              </w:rPr>
              <w:t>1. Glas in dih: drža, tih vdih, pevski odmev in jasen začetek ter konec.</w:t>
            </w:r>
          </w:p>
          <w:p w14:paraId="00297896" w14:textId="77777777" w:rsidR="008D43AB" w:rsidRDefault="00000000">
            <w:pPr>
              <w:spacing w:after="11" w:line="245" w:lineRule="auto"/>
            </w:pPr>
            <w:r>
              <w:rPr>
                <w:color w:val="000000"/>
                <w:sz w:val="14"/>
              </w:rPr>
              <w:t>2. Beseda in ritem: besedilo ritmično izrekam, razčlenim na zloge in povežem s telesnimi.</w:t>
            </w:r>
          </w:p>
          <w:p w14:paraId="5203C2D2" w14:textId="77777777" w:rsidR="008D43AB" w:rsidRDefault="00000000">
            <w:pPr>
              <w:spacing w:after="11" w:line="245" w:lineRule="auto"/>
            </w:pPr>
            <w:r>
              <w:rPr>
                <w:color w:val="000000"/>
                <w:sz w:val="14"/>
              </w:rPr>
              <w:t>3. Gibalno-pevska: melodijo ali značaj pesmi pokažem z gibanjem.</w:t>
            </w:r>
          </w:p>
          <w:p w14:paraId="7555D232" w14:textId="77777777" w:rsidR="008D43AB" w:rsidRDefault="00000000">
            <w:pPr>
              <w:spacing w:after="11" w:line="245" w:lineRule="auto"/>
            </w:pPr>
            <w:r>
              <w:rPr>
                <w:color w:val="000000"/>
                <w:sz w:val="14"/>
              </w:rPr>
              <w:t>4. Spremljava in nastop: izberem zvočilo, vadim skupinsko izvedbo.</w:t>
            </w:r>
          </w:p>
          <w:p w14:paraId="786DC391"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25F4982D" w14:textId="77777777" w:rsidR="008D43AB" w:rsidRDefault="00000000">
            <w:pPr>
              <w:spacing w:after="20" w:line="245" w:lineRule="auto"/>
            </w:pPr>
            <w:r>
              <w:rPr>
                <w:b/>
                <w:color w:val="D95BC6"/>
                <w:sz w:val="17"/>
              </w:rPr>
              <w:t>DOKAZ O UČENJU</w:t>
            </w:r>
          </w:p>
          <w:p w14:paraId="337EAB9F"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71AF97EA"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856672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863E99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C0509D1" w14:textId="77777777" w:rsidR="008D43AB" w:rsidRDefault="00000000">
            <w:pPr>
              <w:jc w:val="center"/>
            </w:pPr>
            <w:r>
              <w:rPr>
                <w:b/>
                <w:color w:val="000000"/>
                <w:sz w:val="20"/>
              </w:rPr>
              <w:t>UČNE DEJAVNOSTI, METODE IN FORMATIVNO SPREMLJANJE</w:t>
            </w:r>
          </w:p>
        </w:tc>
      </w:tr>
      <w:tr w:rsidR="008D43AB" w14:paraId="10598B7C" w14:textId="77777777">
        <w:trPr>
          <w:tblHeader/>
          <w:jc w:val="center"/>
        </w:trPr>
        <w:tc>
          <w:tcPr>
            <w:tcW w:w="4422" w:type="dxa"/>
            <w:vMerge/>
            <w:tcMar>
              <w:top w:w="70" w:type="dxa"/>
              <w:left w:w="90" w:type="dxa"/>
              <w:bottom w:w="70" w:type="dxa"/>
              <w:right w:w="90" w:type="dxa"/>
            </w:tcMar>
            <w:vAlign w:val="center"/>
          </w:tcPr>
          <w:p w14:paraId="05C0F16F" w14:textId="77777777" w:rsidR="008D43AB" w:rsidRDefault="008D43AB"/>
        </w:tc>
        <w:tc>
          <w:tcPr>
            <w:tcW w:w="7087" w:type="dxa"/>
            <w:shd w:val="clear" w:color="auto" w:fill="FFFFFF"/>
            <w:tcMar>
              <w:top w:w="70" w:type="dxa"/>
              <w:left w:w="90" w:type="dxa"/>
              <w:bottom w:w="70" w:type="dxa"/>
              <w:right w:w="90" w:type="dxa"/>
            </w:tcMar>
            <w:vAlign w:val="center"/>
          </w:tcPr>
          <w:p w14:paraId="55FAD8C2"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5A757A" w14:textId="77777777" w:rsidR="008D43AB" w:rsidRDefault="00000000">
            <w:pPr>
              <w:jc w:val="center"/>
            </w:pPr>
            <w:r>
              <w:rPr>
                <w:b/>
                <w:color w:val="000000"/>
              </w:rPr>
              <w:t>UČENEC</w:t>
            </w:r>
          </w:p>
        </w:tc>
      </w:tr>
      <w:tr w:rsidR="008D43AB" w14:paraId="7C5C8BA0" w14:textId="77777777">
        <w:trPr>
          <w:jc w:val="center"/>
        </w:trPr>
        <w:tc>
          <w:tcPr>
            <w:tcW w:w="4422" w:type="dxa"/>
            <w:tcMar>
              <w:top w:w="70" w:type="dxa"/>
              <w:left w:w="90" w:type="dxa"/>
              <w:bottom w:w="70" w:type="dxa"/>
              <w:right w:w="90" w:type="dxa"/>
            </w:tcMar>
          </w:tcPr>
          <w:p w14:paraId="5648D66F" w14:textId="77777777" w:rsidR="008D43AB" w:rsidRDefault="008D43AB"/>
          <w:p w14:paraId="4357379E" w14:textId="77777777" w:rsidR="008D43AB" w:rsidRDefault="00000000">
            <w:pPr>
              <w:spacing w:after="40" w:line="245" w:lineRule="auto"/>
            </w:pPr>
            <w:r>
              <w:rPr>
                <w:b/>
                <w:color w:val="000000"/>
              </w:rPr>
              <w:t>FORMATIVNO SPREMLJANJE</w:t>
            </w:r>
          </w:p>
          <w:p w14:paraId="03FD7355" w14:textId="77777777" w:rsidR="008D43AB" w:rsidRDefault="00000000">
            <w:pPr>
              <w:pStyle w:val="Oznaenseznam"/>
              <w:spacing w:after="16"/>
            </w:pPr>
            <w:r>
              <w:rPr>
                <w:color w:val="000000"/>
                <w:sz w:val="16"/>
              </w:rPr>
              <w:t>predznanje: zvočna napoved, izbira kartice, gib, ritmični oziroma pevski poskus ali začetni simbol</w:t>
            </w:r>
          </w:p>
          <w:p w14:paraId="2D3E2992" w14:textId="77777777" w:rsidR="008D43AB" w:rsidRDefault="00000000">
            <w:pPr>
              <w:pStyle w:val="Oznaenseznam"/>
              <w:spacing w:after="16"/>
            </w:pPr>
            <w:r>
              <w:rPr>
                <w:color w:val="000000"/>
                <w:sz w:val="16"/>
              </w:rPr>
              <w:t>nameni in merila: kratka poved, slikovni znak, model izvedbe ter vidna pravila varne glasnosti</w:t>
            </w:r>
          </w:p>
          <w:p w14:paraId="44CD8787"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1BD51672" w14:textId="77777777" w:rsidR="008D43AB" w:rsidRDefault="00000000">
            <w:pPr>
              <w:pStyle w:val="Oznaenseznam"/>
              <w:spacing w:after="16"/>
            </w:pPr>
            <w:r>
              <w:rPr>
                <w:color w:val="000000"/>
                <w:sz w:val="16"/>
              </w:rPr>
              <w:t>povratna informacija: opis slišane strategije, povezava z enim merilom in izvedljiv naslednji korak</w:t>
            </w:r>
          </w:p>
          <w:p w14:paraId="58CAC311" w14:textId="77777777" w:rsidR="008D43AB" w:rsidRDefault="00000000">
            <w:pPr>
              <w:pStyle w:val="Oznaenseznam"/>
              <w:spacing w:after="16"/>
            </w:pPr>
            <w:r>
              <w:rPr>
                <w:color w:val="000000"/>
                <w:sz w:val="16"/>
              </w:rPr>
              <w:t>samovrednotenje: barvni zvočni semafor, lestvica samostojnosti, izbran dokaz in ponovna izvedba</w:t>
            </w:r>
          </w:p>
          <w:p w14:paraId="75AA5118" w14:textId="77777777" w:rsidR="008D43AB" w:rsidRDefault="00000000">
            <w:pPr>
              <w:spacing w:before="40" w:after="20" w:line="245" w:lineRule="auto"/>
            </w:pPr>
            <w:r>
              <w:rPr>
                <w:b/>
                <w:color w:val="000000"/>
                <w:sz w:val="17"/>
              </w:rPr>
              <w:t>VARNOST IN VAROVANJE SLUHA</w:t>
            </w:r>
          </w:p>
          <w:p w14:paraId="21F5F178"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733D43DC" w14:textId="77777777" w:rsidR="008D43AB" w:rsidRDefault="00000000">
            <w:pPr>
              <w:spacing w:after="20" w:line="245" w:lineRule="auto"/>
            </w:pPr>
            <w:r>
              <w:rPr>
                <w:b/>
                <w:color w:val="000000"/>
                <w:sz w:val="17"/>
              </w:rPr>
              <w:t>EVIDENCA PO IZVEDBI</w:t>
            </w:r>
          </w:p>
          <w:p w14:paraId="106142C4"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7E4B05C8" w14:textId="77777777" w:rsidR="008D43AB" w:rsidRDefault="00000000">
            <w:pPr>
              <w:spacing w:before="40" w:after="20" w:line="245" w:lineRule="auto"/>
            </w:pPr>
            <w:r>
              <w:rPr>
                <w:b/>
                <w:color w:val="000000"/>
                <w:sz w:val="17"/>
              </w:rPr>
              <w:t>RAVEN DOSEGANJA</w:t>
            </w:r>
          </w:p>
          <w:p w14:paraId="1F29CCC8"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21A1E9B4"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5331897" w14:textId="77777777">
              <w:trPr>
                <w:jc w:val="center"/>
              </w:trPr>
              <w:tc>
                <w:tcPr>
                  <w:tcW w:w="7087" w:type="dxa"/>
                  <w:shd w:val="clear" w:color="auto" w:fill="EDC9EA"/>
                  <w:tcMar>
                    <w:top w:w="45" w:type="dxa"/>
                    <w:left w:w="70" w:type="dxa"/>
                    <w:bottom w:w="45" w:type="dxa"/>
                    <w:right w:w="70" w:type="dxa"/>
                  </w:tcMar>
                </w:tcPr>
                <w:p w14:paraId="5B8F5816" w14:textId="77777777" w:rsidR="008D43AB" w:rsidRDefault="00000000">
                  <w:pPr>
                    <w:keepNext/>
                  </w:pPr>
                  <w:r>
                    <w:rPr>
                      <w:b/>
                      <w:color w:val="000000"/>
                    </w:rPr>
                    <w:t>VPRAŠANJA V PODPORO GLASBENEMU UČENJU</w:t>
                  </w:r>
                </w:p>
              </w:tc>
            </w:tr>
          </w:tbl>
          <w:p w14:paraId="34430F1B" w14:textId="77777777" w:rsidR="008D43AB" w:rsidRDefault="008D43AB">
            <w:pPr>
              <w:spacing w:line="20" w:lineRule="exact"/>
            </w:pPr>
          </w:p>
          <w:p w14:paraId="0BA745C5" w14:textId="77777777" w:rsidR="008D43AB" w:rsidRDefault="00000000">
            <w:pPr>
              <w:pStyle w:val="Oznaenseznam"/>
              <w:spacing w:after="16"/>
            </w:pPr>
            <w:r>
              <w:rPr>
                <w:color w:val="000000"/>
                <w:sz w:val="16"/>
              </w:rPr>
              <w:t>Kaj si v glasbi slišal/-a, začutil/-a ali pokazal/-a z gibanjem?</w:t>
            </w:r>
          </w:p>
          <w:p w14:paraId="2B2C4A91" w14:textId="77777777" w:rsidR="008D43AB" w:rsidRDefault="00000000">
            <w:pPr>
              <w:pStyle w:val="Oznaenseznam"/>
              <w:spacing w:after="16"/>
            </w:pPr>
            <w:r>
              <w:rPr>
                <w:color w:val="000000"/>
                <w:sz w:val="16"/>
              </w:rPr>
              <w:t>Po katerem zvočnem znaku, lastnosti ali vzorcu si prepoznal/-a rešitev?</w:t>
            </w:r>
          </w:p>
          <w:p w14:paraId="5D3578C3" w14:textId="77777777" w:rsidR="008D43AB" w:rsidRDefault="00000000">
            <w:pPr>
              <w:pStyle w:val="Oznaenseznam"/>
              <w:spacing w:after="16"/>
            </w:pPr>
            <w:r>
              <w:rPr>
                <w:color w:val="000000"/>
                <w:sz w:val="16"/>
              </w:rPr>
              <w:t>Kako veš, da je bil pulz, začetek, konec, glasnost ali skupinska izvedba skladna z merilom?</w:t>
            </w:r>
          </w:p>
          <w:p w14:paraId="6766B3BE" w14:textId="77777777" w:rsidR="008D43AB" w:rsidRDefault="00000000">
            <w:pPr>
              <w:pStyle w:val="Oznaenseznam"/>
              <w:spacing w:after="16"/>
            </w:pPr>
            <w:r>
              <w:rPr>
                <w:color w:val="000000"/>
                <w:sz w:val="16"/>
              </w:rPr>
              <w:t>Zakaj si za motiv, osebo, dogodek ali okolje izbral/-a prav ta glas, predmet ali glasbilo?</w:t>
            </w:r>
          </w:p>
          <w:p w14:paraId="6A0A773B"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75026988" w14:textId="77777777">
              <w:trPr>
                <w:jc w:val="center"/>
              </w:trPr>
              <w:tc>
                <w:tcPr>
                  <w:tcW w:w="7087" w:type="dxa"/>
                  <w:shd w:val="clear" w:color="auto" w:fill="C6E7F3"/>
                  <w:tcMar>
                    <w:top w:w="45" w:type="dxa"/>
                    <w:left w:w="70" w:type="dxa"/>
                    <w:bottom w:w="45" w:type="dxa"/>
                    <w:right w:w="70" w:type="dxa"/>
                  </w:tcMar>
                </w:tcPr>
                <w:p w14:paraId="2E8D1243" w14:textId="77777777" w:rsidR="008D43AB" w:rsidRDefault="00000000">
                  <w:pPr>
                    <w:keepNext/>
                  </w:pPr>
                  <w:r>
                    <w:rPr>
                      <w:b/>
                      <w:color w:val="000000"/>
                    </w:rPr>
                    <w:t>ZAKLJUČNI DEL – NASTOP, POSLUŠALSKI ODZIV IN REFLEKSIJA (8–12 min)</w:t>
                  </w:r>
                </w:p>
              </w:tc>
            </w:tr>
          </w:tbl>
          <w:p w14:paraId="78977466" w14:textId="77777777" w:rsidR="008D43AB" w:rsidRDefault="008D43AB">
            <w:pPr>
              <w:spacing w:line="20" w:lineRule="exact"/>
            </w:pPr>
          </w:p>
          <w:p w14:paraId="65595FC5"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33737B3F" w14:textId="77777777">
              <w:trPr>
                <w:jc w:val="center"/>
              </w:trPr>
              <w:tc>
                <w:tcPr>
                  <w:tcW w:w="7087" w:type="dxa"/>
                  <w:shd w:val="clear" w:color="auto" w:fill="EDC9EA"/>
                  <w:tcMar>
                    <w:top w:w="45" w:type="dxa"/>
                    <w:left w:w="70" w:type="dxa"/>
                    <w:bottom w:w="45" w:type="dxa"/>
                    <w:right w:w="70" w:type="dxa"/>
                  </w:tcMar>
                </w:tcPr>
                <w:p w14:paraId="30BBE601" w14:textId="77777777" w:rsidR="008D43AB" w:rsidRDefault="00000000">
                  <w:pPr>
                    <w:keepNext/>
                  </w:pPr>
                  <w:r>
                    <w:rPr>
                      <w:b/>
                      <w:color w:val="000000"/>
                    </w:rPr>
                    <w:t>SAMOVREDNOTENJE</w:t>
                  </w:r>
                </w:p>
              </w:tc>
            </w:tr>
          </w:tbl>
          <w:p w14:paraId="704BF347" w14:textId="77777777" w:rsidR="008D43AB" w:rsidRDefault="008D43AB">
            <w:pPr>
              <w:spacing w:line="20" w:lineRule="exact"/>
            </w:pPr>
          </w:p>
          <w:p w14:paraId="2CC0F15E"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536D7ACB" w14:textId="77777777">
              <w:trPr>
                <w:jc w:val="center"/>
              </w:trPr>
              <w:tc>
                <w:tcPr>
                  <w:tcW w:w="7087" w:type="dxa"/>
                  <w:shd w:val="clear" w:color="auto" w:fill="EDC9EA"/>
                  <w:tcMar>
                    <w:top w:w="45" w:type="dxa"/>
                    <w:left w:w="70" w:type="dxa"/>
                    <w:bottom w:w="45" w:type="dxa"/>
                    <w:right w:w="70" w:type="dxa"/>
                  </w:tcMar>
                </w:tcPr>
                <w:p w14:paraId="00F85F52" w14:textId="77777777" w:rsidR="008D43AB" w:rsidRDefault="00000000">
                  <w:pPr>
                    <w:keepNext/>
                  </w:pPr>
                  <w:r>
                    <w:rPr>
                      <w:b/>
                      <w:color w:val="000000"/>
                    </w:rPr>
                    <w:t>VRSTNIŠKO VREDNOTENJE</w:t>
                  </w:r>
                </w:p>
              </w:tc>
            </w:tr>
          </w:tbl>
          <w:p w14:paraId="2A0CABD2" w14:textId="77777777" w:rsidR="008D43AB" w:rsidRDefault="008D43AB">
            <w:pPr>
              <w:spacing w:line="20" w:lineRule="exact"/>
            </w:pPr>
          </w:p>
          <w:p w14:paraId="43284FB6"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5A0D418C" w14:textId="77777777">
              <w:trPr>
                <w:jc w:val="center"/>
              </w:trPr>
              <w:tc>
                <w:tcPr>
                  <w:tcW w:w="7087" w:type="dxa"/>
                  <w:shd w:val="clear" w:color="auto" w:fill="EDC9EA"/>
                  <w:tcMar>
                    <w:top w:w="45" w:type="dxa"/>
                    <w:left w:w="70" w:type="dxa"/>
                    <w:bottom w:w="45" w:type="dxa"/>
                    <w:right w:w="70" w:type="dxa"/>
                  </w:tcMar>
                </w:tcPr>
                <w:p w14:paraId="7C86CA56" w14:textId="77777777" w:rsidR="008D43AB" w:rsidRDefault="00000000">
                  <w:pPr>
                    <w:keepNext/>
                  </w:pPr>
                  <w:r>
                    <w:rPr>
                      <w:b/>
                      <w:color w:val="000000"/>
                    </w:rPr>
                    <w:t>SKUPNI POVZETEK</w:t>
                  </w:r>
                </w:p>
              </w:tc>
            </w:tr>
          </w:tbl>
          <w:p w14:paraId="49987EE3" w14:textId="77777777" w:rsidR="008D43AB" w:rsidRDefault="008D43AB"/>
          <w:p w14:paraId="7A489AEF" w14:textId="77777777" w:rsidR="008D43AB" w:rsidRDefault="00000000">
            <w:pPr>
              <w:spacing w:before="20" w:after="40" w:line="245" w:lineRule="auto"/>
            </w:pPr>
            <w:r>
              <w:rPr>
                <w:b/>
                <w:color w:val="000000"/>
                <w:sz w:val="16"/>
              </w:rPr>
              <w:t>izvedem pesem ali instrumentalno spremljavo; upoštevam dogovor; vrednotim skupno izvedbo. Izbrani dokaz pojasnim in po povratni informaciji izboljšam.</w:t>
            </w:r>
          </w:p>
        </w:tc>
        <w:tc>
          <w:tcPr>
            <w:tcW w:w="2551" w:type="dxa"/>
            <w:tcMar>
              <w:top w:w="70" w:type="dxa"/>
              <w:left w:w="90" w:type="dxa"/>
              <w:bottom w:w="70" w:type="dxa"/>
              <w:right w:w="90" w:type="dxa"/>
            </w:tcMar>
          </w:tcPr>
          <w:p w14:paraId="4E6CC62C" w14:textId="77777777" w:rsidR="008D43AB" w:rsidRDefault="008D43AB"/>
          <w:p w14:paraId="3DFB6FDC" w14:textId="77777777" w:rsidR="008D43AB" w:rsidRDefault="00000000">
            <w:pPr>
              <w:spacing w:after="80" w:line="245" w:lineRule="auto"/>
            </w:pPr>
            <w:r>
              <w:rPr>
                <w:color w:val="000000"/>
                <w:sz w:val="16"/>
              </w:rPr>
              <w:t>Odgovarja na podporna vprašanja in se sklicuje na slišano, izvedeno, ustvarjeno ali zapisano.</w:t>
            </w:r>
          </w:p>
          <w:p w14:paraId="71FF17A5" w14:textId="77777777" w:rsidR="008D43AB" w:rsidRDefault="00000000">
            <w:pPr>
              <w:spacing w:after="80" w:line="245" w:lineRule="auto"/>
            </w:pPr>
            <w:r>
              <w:rPr>
                <w:color w:val="000000"/>
                <w:sz w:val="16"/>
              </w:rPr>
              <w:t>Predstavi izbrani dokaz ter pove, katero merilo z njim pokaže.</w:t>
            </w:r>
          </w:p>
          <w:p w14:paraId="623B1524" w14:textId="77777777" w:rsidR="008D43AB" w:rsidRDefault="00000000">
            <w:pPr>
              <w:spacing w:after="80" w:line="245" w:lineRule="auto"/>
            </w:pPr>
            <w:r>
              <w:rPr>
                <w:color w:val="000000"/>
                <w:sz w:val="16"/>
              </w:rPr>
              <w:t>Posluša vrstnika, opiše eno slišano moč in poda prijazen predlog za izboljšavo.</w:t>
            </w:r>
          </w:p>
          <w:p w14:paraId="0FA6FE31" w14:textId="77777777" w:rsidR="008D43AB" w:rsidRDefault="00000000">
            <w:pPr>
              <w:spacing w:after="80" w:line="245" w:lineRule="auto"/>
            </w:pPr>
            <w:r>
              <w:rPr>
                <w:color w:val="000000"/>
                <w:sz w:val="16"/>
              </w:rPr>
              <w:t>Po povratni informaciji izvedbo, gib, ritem, zvočno izbiro ali slikovni zapis ponovi in izboljša.</w:t>
            </w:r>
          </w:p>
          <w:p w14:paraId="147257CC" w14:textId="77777777" w:rsidR="008D43AB" w:rsidRDefault="00000000">
            <w:pPr>
              <w:spacing w:after="100" w:line="245" w:lineRule="auto"/>
            </w:pPr>
            <w:r>
              <w:rPr>
                <w:color w:val="000000"/>
                <w:sz w:val="16"/>
              </w:rPr>
              <w:t>Izbere raven samostojnosti ter določi majhen in izvedljiv naslednji glasbeni korak.</w:t>
            </w:r>
          </w:p>
          <w:p w14:paraId="019EF738" w14:textId="77777777" w:rsidR="008D43AB" w:rsidRDefault="00000000">
            <w:pPr>
              <w:spacing w:after="20" w:line="245" w:lineRule="auto"/>
            </w:pPr>
            <w:r>
              <w:rPr>
                <w:b/>
                <w:color w:val="D95BC6"/>
                <w:sz w:val="17"/>
              </w:rPr>
              <w:t>DOKAZ O UČENJU</w:t>
            </w:r>
          </w:p>
          <w:p w14:paraId="4A7EC51B"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0565773C"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170F1EC3" w14:textId="77777777">
        <w:trPr>
          <w:cantSplit/>
          <w:jc w:val="center"/>
        </w:trPr>
        <w:tc>
          <w:tcPr>
            <w:tcW w:w="14060" w:type="dxa"/>
            <w:gridSpan w:val="6"/>
            <w:tcMar>
              <w:top w:w="70" w:type="dxa"/>
              <w:left w:w="90" w:type="dxa"/>
              <w:bottom w:w="70" w:type="dxa"/>
              <w:right w:w="90" w:type="dxa"/>
            </w:tcMar>
            <w:vAlign w:val="center"/>
          </w:tcPr>
          <w:p w14:paraId="209BE0E3" w14:textId="77777777" w:rsidR="008D43AB" w:rsidRDefault="00000000">
            <w:pPr>
              <w:jc w:val="center"/>
            </w:pPr>
            <w:r>
              <w:rPr>
                <w:b/>
                <w:color w:val="000000"/>
                <w:sz w:val="24"/>
              </w:rPr>
              <w:lastRenderedPageBreak/>
              <w:t>UČNA PRIPRAVA 36/39</w:t>
            </w:r>
          </w:p>
        </w:tc>
      </w:tr>
      <w:tr w:rsidR="008D43AB" w14:paraId="26A5DB20" w14:textId="77777777">
        <w:trPr>
          <w:jc w:val="center"/>
        </w:trPr>
        <w:tc>
          <w:tcPr>
            <w:tcW w:w="2665" w:type="dxa"/>
            <w:tcMar>
              <w:top w:w="70" w:type="dxa"/>
              <w:left w:w="90" w:type="dxa"/>
              <w:bottom w:w="70" w:type="dxa"/>
              <w:right w:w="90" w:type="dxa"/>
            </w:tcMar>
            <w:vAlign w:val="center"/>
          </w:tcPr>
          <w:p w14:paraId="3A1BDE74"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A31EA25"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47F07DC2"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0156007" w14:textId="77777777" w:rsidR="008D43AB" w:rsidRDefault="00000000">
            <w:r>
              <w:rPr>
                <w:b/>
                <w:color w:val="000000"/>
                <w:sz w:val="16"/>
              </w:rPr>
              <w:t xml:space="preserve">NAČRTOVANI TERMIN: </w:t>
            </w:r>
            <w:r>
              <w:rPr>
                <w:color w:val="000000"/>
                <w:sz w:val="16"/>
              </w:rPr>
              <w:t>36. teden • 31. 5.–4. 6. 2027</w:t>
            </w:r>
          </w:p>
        </w:tc>
        <w:tc>
          <w:tcPr>
            <w:tcW w:w="2268" w:type="dxa"/>
            <w:tcMar>
              <w:top w:w="70" w:type="dxa"/>
              <w:left w:w="90" w:type="dxa"/>
              <w:bottom w:w="70" w:type="dxa"/>
              <w:right w:w="90" w:type="dxa"/>
            </w:tcMar>
            <w:vAlign w:val="center"/>
          </w:tcPr>
          <w:p w14:paraId="7F11E39A"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C557CE9" w14:textId="77777777" w:rsidR="008D43AB" w:rsidRDefault="00000000">
            <w:r>
              <w:rPr>
                <w:b/>
                <w:color w:val="000000"/>
                <w:sz w:val="16"/>
              </w:rPr>
              <w:t xml:space="preserve">ŠTEVILO UR: </w:t>
            </w:r>
            <w:r>
              <w:rPr>
                <w:color w:val="000000"/>
                <w:sz w:val="16"/>
              </w:rPr>
              <w:t>2</w:t>
            </w:r>
          </w:p>
        </w:tc>
      </w:tr>
      <w:tr w:rsidR="008D43AB" w14:paraId="3C866694" w14:textId="77777777">
        <w:trPr>
          <w:jc w:val="center"/>
        </w:trPr>
        <w:tc>
          <w:tcPr>
            <w:tcW w:w="14061" w:type="dxa"/>
            <w:gridSpan w:val="6"/>
            <w:tcMar>
              <w:top w:w="70" w:type="dxa"/>
              <w:left w:w="90" w:type="dxa"/>
              <w:bottom w:w="70" w:type="dxa"/>
              <w:right w:w="90" w:type="dxa"/>
            </w:tcMar>
            <w:vAlign w:val="center"/>
          </w:tcPr>
          <w:p w14:paraId="43D4246E"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499AFBE3" w14:textId="77777777">
        <w:trPr>
          <w:cantSplit/>
          <w:jc w:val="center"/>
        </w:trPr>
        <w:tc>
          <w:tcPr>
            <w:tcW w:w="14060" w:type="dxa"/>
            <w:gridSpan w:val="6"/>
            <w:tcMar>
              <w:top w:w="70" w:type="dxa"/>
              <w:left w:w="90" w:type="dxa"/>
              <w:bottom w:w="70" w:type="dxa"/>
              <w:right w:w="90" w:type="dxa"/>
            </w:tcMar>
            <w:vAlign w:val="center"/>
          </w:tcPr>
          <w:p w14:paraId="0B1A14B6" w14:textId="77777777" w:rsidR="008D43AB" w:rsidRDefault="008D43AB"/>
          <w:p w14:paraId="02992E89" w14:textId="77777777" w:rsidR="008D43AB" w:rsidRDefault="00000000">
            <w:pPr>
              <w:spacing w:line="245" w:lineRule="auto"/>
            </w:pPr>
            <w:r>
              <w:rPr>
                <w:b/>
                <w:color w:val="000000"/>
                <w:sz w:val="16"/>
              </w:rPr>
              <w:t xml:space="preserve">UČNI SKLOP: </w:t>
            </w:r>
            <w:r>
              <w:rPr>
                <w:color w:val="000000"/>
                <w:sz w:val="16"/>
              </w:rPr>
              <w:t>POLETJE, SKUPNOST IN ZAKLJUČEK</w:t>
            </w:r>
          </w:p>
        </w:tc>
      </w:tr>
      <w:tr w:rsidR="008D43AB" w14:paraId="75611EEB" w14:textId="77777777">
        <w:trPr>
          <w:cantSplit/>
          <w:jc w:val="center"/>
        </w:trPr>
        <w:tc>
          <w:tcPr>
            <w:tcW w:w="14060" w:type="dxa"/>
            <w:gridSpan w:val="6"/>
            <w:tcMar>
              <w:top w:w="70" w:type="dxa"/>
              <w:left w:w="90" w:type="dxa"/>
              <w:bottom w:w="70" w:type="dxa"/>
              <w:right w:w="90" w:type="dxa"/>
            </w:tcMar>
            <w:vAlign w:val="center"/>
          </w:tcPr>
          <w:p w14:paraId="59BDFD32" w14:textId="77777777" w:rsidR="008D43AB" w:rsidRDefault="008D43AB"/>
          <w:p w14:paraId="68A74DD0" w14:textId="77777777" w:rsidR="008D43AB" w:rsidRDefault="00000000">
            <w:pPr>
              <w:spacing w:line="245" w:lineRule="auto"/>
            </w:pPr>
            <w:r>
              <w:rPr>
                <w:b/>
                <w:color w:val="000000"/>
                <w:sz w:val="16"/>
              </w:rPr>
              <w:t xml:space="preserve">UČNA TEMA: </w:t>
            </w:r>
            <w:r>
              <w:rPr>
                <w:color w:val="000000"/>
                <w:sz w:val="16"/>
              </w:rPr>
              <w:t>POLETJE V GLASBI</w:t>
            </w:r>
          </w:p>
        </w:tc>
      </w:tr>
      <w:tr w:rsidR="008D43AB" w14:paraId="0217A39E" w14:textId="77777777">
        <w:trPr>
          <w:cantSplit/>
          <w:jc w:val="center"/>
        </w:trPr>
        <w:tc>
          <w:tcPr>
            <w:tcW w:w="14060" w:type="dxa"/>
            <w:gridSpan w:val="6"/>
            <w:tcMar>
              <w:top w:w="70" w:type="dxa"/>
              <w:left w:w="90" w:type="dxa"/>
              <w:bottom w:w="70" w:type="dxa"/>
              <w:right w:w="90" w:type="dxa"/>
            </w:tcMar>
            <w:vAlign w:val="center"/>
          </w:tcPr>
          <w:p w14:paraId="29EC0EF7" w14:textId="77777777" w:rsidR="008D43AB" w:rsidRDefault="008D43AB"/>
          <w:p w14:paraId="6006DB4B" w14:textId="77777777" w:rsidR="008D43AB" w:rsidRDefault="00000000">
            <w:pPr>
              <w:spacing w:line="245" w:lineRule="auto"/>
            </w:pPr>
            <w:r>
              <w:rPr>
                <w:b/>
                <w:color w:val="000000"/>
                <w:sz w:val="16"/>
              </w:rPr>
              <w:t xml:space="preserve">KNJIŽEVNO / MOTIVNO IZHODIŠČE: </w:t>
            </w:r>
            <w:r>
              <w:rPr>
                <w:color w:val="000000"/>
                <w:sz w:val="16"/>
              </w:rPr>
              <w:t>»Sonček boža tačice« – Srečko Kosovel • NADALJEVANJE • poletje, sonce, varnost in doživljanje narave</w:t>
            </w:r>
          </w:p>
        </w:tc>
      </w:tr>
      <w:tr w:rsidR="008D43AB" w14:paraId="59B06A57" w14:textId="77777777">
        <w:trPr>
          <w:cantSplit/>
          <w:jc w:val="center"/>
        </w:trPr>
        <w:tc>
          <w:tcPr>
            <w:tcW w:w="14060" w:type="dxa"/>
            <w:gridSpan w:val="6"/>
            <w:tcMar>
              <w:top w:w="70" w:type="dxa"/>
              <w:left w:w="90" w:type="dxa"/>
              <w:bottom w:w="70" w:type="dxa"/>
              <w:right w:w="90" w:type="dxa"/>
            </w:tcMar>
            <w:vAlign w:val="center"/>
          </w:tcPr>
          <w:p w14:paraId="5FEC8FEE" w14:textId="77777777" w:rsidR="008D43AB" w:rsidRDefault="008D43AB"/>
          <w:p w14:paraId="115A8BC3" w14:textId="77777777" w:rsidR="008D43AB" w:rsidRDefault="00000000">
            <w:pPr>
              <w:spacing w:line="245" w:lineRule="auto"/>
            </w:pPr>
            <w:r>
              <w:rPr>
                <w:b/>
                <w:color w:val="000000"/>
                <w:sz w:val="16"/>
              </w:rPr>
              <w:t xml:space="preserve">GLASBENO IZHODIŠČE / REPERTOAR: </w:t>
            </w:r>
            <w:r>
              <w:rPr>
                <w:color w:val="000000"/>
                <w:sz w:val="16"/>
              </w:rPr>
              <w:t>poletna zvočna slika; izbrana skladba in gibalni odziv</w:t>
            </w:r>
          </w:p>
        </w:tc>
      </w:tr>
      <w:tr w:rsidR="008D43AB" w14:paraId="7F59898B" w14:textId="77777777">
        <w:trPr>
          <w:cantSplit/>
          <w:jc w:val="center"/>
        </w:trPr>
        <w:tc>
          <w:tcPr>
            <w:tcW w:w="14060" w:type="dxa"/>
            <w:gridSpan w:val="6"/>
            <w:tcMar>
              <w:top w:w="70" w:type="dxa"/>
              <w:left w:w="90" w:type="dxa"/>
              <w:bottom w:w="70" w:type="dxa"/>
              <w:right w:w="90" w:type="dxa"/>
            </w:tcMar>
            <w:vAlign w:val="center"/>
          </w:tcPr>
          <w:p w14:paraId="5FEC75C7" w14:textId="77777777" w:rsidR="008D43AB" w:rsidRDefault="008D43AB"/>
          <w:p w14:paraId="0D6F3BE5" w14:textId="77777777" w:rsidR="008D43AB" w:rsidRDefault="00000000">
            <w:pPr>
              <w:spacing w:line="245" w:lineRule="auto"/>
            </w:pPr>
            <w:r>
              <w:rPr>
                <w:b/>
                <w:color w:val="000000"/>
                <w:sz w:val="16"/>
              </w:rPr>
              <w:t xml:space="preserve">UČNE ENOTE: </w:t>
            </w:r>
            <w:r>
              <w:rPr>
                <w:color w:val="000000"/>
                <w:sz w:val="16"/>
              </w:rPr>
              <w:t>1. ura – Poletje V Glasbi – Poslušam in izvajam • 2. ura – Poletje V Glasbi – Ustvarim in nastopim</w:t>
            </w:r>
          </w:p>
        </w:tc>
      </w:tr>
      <w:tr w:rsidR="008D43AB" w14:paraId="524C50E3" w14:textId="77777777">
        <w:trPr>
          <w:cantSplit/>
          <w:jc w:val="center"/>
        </w:trPr>
        <w:tc>
          <w:tcPr>
            <w:tcW w:w="14060" w:type="dxa"/>
            <w:gridSpan w:val="6"/>
            <w:tcMar>
              <w:top w:w="70" w:type="dxa"/>
              <w:left w:w="90" w:type="dxa"/>
              <w:bottom w:w="70" w:type="dxa"/>
              <w:right w:w="90" w:type="dxa"/>
            </w:tcMar>
            <w:vAlign w:val="center"/>
          </w:tcPr>
          <w:p w14:paraId="28FE9308" w14:textId="77777777" w:rsidR="008D43AB" w:rsidRDefault="008D43AB"/>
          <w:p w14:paraId="495B655C"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164E1FCA" w14:textId="77777777">
        <w:trPr>
          <w:cantSplit/>
          <w:jc w:val="center"/>
        </w:trPr>
        <w:tc>
          <w:tcPr>
            <w:tcW w:w="14060" w:type="dxa"/>
            <w:gridSpan w:val="6"/>
            <w:tcMar>
              <w:top w:w="70" w:type="dxa"/>
              <w:left w:w="90" w:type="dxa"/>
              <w:bottom w:w="70" w:type="dxa"/>
              <w:right w:w="90" w:type="dxa"/>
            </w:tcMar>
            <w:vAlign w:val="center"/>
          </w:tcPr>
          <w:p w14:paraId="54C805D5" w14:textId="77777777" w:rsidR="008D43AB" w:rsidRDefault="008D43AB"/>
          <w:p w14:paraId="18948F67"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41E6EBD7" w14:textId="77777777">
        <w:trPr>
          <w:cantSplit/>
          <w:jc w:val="center"/>
        </w:trPr>
        <w:tc>
          <w:tcPr>
            <w:tcW w:w="14060" w:type="dxa"/>
            <w:gridSpan w:val="6"/>
            <w:tcMar>
              <w:top w:w="70" w:type="dxa"/>
              <w:left w:w="90" w:type="dxa"/>
              <w:bottom w:w="70" w:type="dxa"/>
              <w:right w:w="90" w:type="dxa"/>
            </w:tcMar>
            <w:vAlign w:val="center"/>
          </w:tcPr>
          <w:p w14:paraId="4E2632CB" w14:textId="77777777" w:rsidR="008D43AB" w:rsidRDefault="008D43AB"/>
          <w:p w14:paraId="2A77683E"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1DE95000" w14:textId="77777777">
        <w:trPr>
          <w:cantSplit/>
          <w:jc w:val="center"/>
        </w:trPr>
        <w:tc>
          <w:tcPr>
            <w:tcW w:w="14060" w:type="dxa"/>
            <w:gridSpan w:val="6"/>
            <w:tcMar>
              <w:top w:w="70" w:type="dxa"/>
              <w:left w:w="90" w:type="dxa"/>
              <w:bottom w:w="70" w:type="dxa"/>
              <w:right w:w="90" w:type="dxa"/>
            </w:tcMar>
            <w:vAlign w:val="center"/>
          </w:tcPr>
          <w:p w14:paraId="52F25E5D" w14:textId="77777777" w:rsidR="008D43AB" w:rsidRDefault="008D43AB"/>
          <w:p w14:paraId="371AE5A9" w14:textId="77777777" w:rsidR="008D43AB" w:rsidRDefault="00000000">
            <w:pPr>
              <w:spacing w:line="245" w:lineRule="auto"/>
            </w:pPr>
            <w:r>
              <w:rPr>
                <w:b/>
                <w:color w:val="000000"/>
                <w:sz w:val="16"/>
              </w:rPr>
              <w:t xml:space="preserve">MEDPREDMETNE POVEZAVE: </w:t>
            </w:r>
            <w:r>
              <w:rPr>
                <w:color w:val="000000"/>
                <w:sz w:val="16"/>
              </w:rPr>
              <w:t>SPO – poletje, sonce, varnost in doživljanje narave; SLJ – poslušanje, ritmični govor in opis doživetja; ŠPO – pulz, tempo, gibalni odziv in prostorska orientacija; LUM – simbol, barva, linija in zvočni zapis</w:t>
            </w:r>
          </w:p>
        </w:tc>
      </w:tr>
      <w:tr w:rsidR="008D43AB" w14:paraId="462B6C3F" w14:textId="77777777">
        <w:trPr>
          <w:cantSplit/>
          <w:jc w:val="center"/>
        </w:trPr>
        <w:tc>
          <w:tcPr>
            <w:tcW w:w="14060" w:type="dxa"/>
            <w:gridSpan w:val="6"/>
            <w:tcMar>
              <w:top w:w="70" w:type="dxa"/>
              <w:left w:w="90" w:type="dxa"/>
              <w:bottom w:w="70" w:type="dxa"/>
              <w:right w:w="90" w:type="dxa"/>
            </w:tcMar>
            <w:vAlign w:val="center"/>
          </w:tcPr>
          <w:p w14:paraId="1AAECE0B" w14:textId="77777777" w:rsidR="008D43AB" w:rsidRDefault="008D43AB"/>
          <w:p w14:paraId="3F233EC2"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1FF35EC3" w14:textId="77777777">
        <w:trPr>
          <w:cantSplit/>
          <w:jc w:val="center"/>
        </w:trPr>
        <w:tc>
          <w:tcPr>
            <w:tcW w:w="14060" w:type="dxa"/>
            <w:gridSpan w:val="6"/>
            <w:tcMar>
              <w:top w:w="70" w:type="dxa"/>
              <w:left w:w="90" w:type="dxa"/>
              <w:bottom w:w="70" w:type="dxa"/>
              <w:right w:w="90" w:type="dxa"/>
            </w:tcMar>
            <w:vAlign w:val="center"/>
          </w:tcPr>
          <w:p w14:paraId="0AE48994" w14:textId="77777777" w:rsidR="008D43AB" w:rsidRDefault="008D43AB"/>
          <w:p w14:paraId="7C7E9A53"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3FBD9F89" w14:textId="77777777">
        <w:trPr>
          <w:cantSplit/>
          <w:jc w:val="center"/>
        </w:trPr>
        <w:tc>
          <w:tcPr>
            <w:tcW w:w="14060" w:type="dxa"/>
            <w:gridSpan w:val="6"/>
            <w:tcMar>
              <w:top w:w="70" w:type="dxa"/>
              <w:left w:w="90" w:type="dxa"/>
              <w:bottom w:w="70" w:type="dxa"/>
              <w:right w:w="90" w:type="dxa"/>
            </w:tcMar>
            <w:vAlign w:val="center"/>
          </w:tcPr>
          <w:p w14:paraId="56871503" w14:textId="77777777" w:rsidR="008D43AB" w:rsidRDefault="008D43AB"/>
          <w:p w14:paraId="173DFA72"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5C4ACEA0" w14:textId="77777777">
        <w:trPr>
          <w:cantSplit/>
          <w:jc w:val="center"/>
        </w:trPr>
        <w:tc>
          <w:tcPr>
            <w:tcW w:w="14060" w:type="dxa"/>
            <w:gridSpan w:val="6"/>
            <w:tcMar>
              <w:top w:w="70" w:type="dxa"/>
              <w:left w:w="90" w:type="dxa"/>
              <w:bottom w:w="70" w:type="dxa"/>
              <w:right w:w="90" w:type="dxa"/>
            </w:tcMar>
            <w:vAlign w:val="center"/>
          </w:tcPr>
          <w:p w14:paraId="689E267B" w14:textId="77777777" w:rsidR="008D43AB" w:rsidRDefault="008D43AB"/>
          <w:p w14:paraId="1637231D"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3CE5A7B7"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3B161F5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15FFE48"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AAAF216" w14:textId="77777777" w:rsidR="008D43AB" w:rsidRDefault="00000000">
            <w:pPr>
              <w:jc w:val="center"/>
            </w:pPr>
            <w:r>
              <w:rPr>
                <w:b/>
                <w:color w:val="000000"/>
                <w:sz w:val="20"/>
              </w:rPr>
              <w:t>UČNE DEJAVNOSTI, METODE IN FORMATIVNO SPREMLJANJE</w:t>
            </w:r>
          </w:p>
        </w:tc>
      </w:tr>
      <w:tr w:rsidR="008D43AB" w14:paraId="76E413F9" w14:textId="77777777">
        <w:trPr>
          <w:tblHeader/>
          <w:jc w:val="center"/>
        </w:trPr>
        <w:tc>
          <w:tcPr>
            <w:tcW w:w="4422" w:type="dxa"/>
            <w:vMerge/>
            <w:tcMar>
              <w:top w:w="70" w:type="dxa"/>
              <w:left w:w="90" w:type="dxa"/>
              <w:bottom w:w="70" w:type="dxa"/>
              <w:right w:w="90" w:type="dxa"/>
            </w:tcMar>
            <w:vAlign w:val="center"/>
          </w:tcPr>
          <w:p w14:paraId="5ABD3547" w14:textId="77777777" w:rsidR="008D43AB" w:rsidRDefault="008D43AB"/>
        </w:tc>
        <w:tc>
          <w:tcPr>
            <w:tcW w:w="7087" w:type="dxa"/>
            <w:shd w:val="clear" w:color="auto" w:fill="FFFFFF"/>
            <w:tcMar>
              <w:top w:w="70" w:type="dxa"/>
              <w:left w:w="90" w:type="dxa"/>
              <w:bottom w:w="70" w:type="dxa"/>
              <w:right w:w="90" w:type="dxa"/>
            </w:tcMar>
            <w:vAlign w:val="center"/>
          </w:tcPr>
          <w:p w14:paraId="27B1DB7B"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D3DCCBB" w14:textId="77777777" w:rsidR="008D43AB" w:rsidRDefault="00000000">
            <w:pPr>
              <w:jc w:val="center"/>
            </w:pPr>
            <w:r>
              <w:rPr>
                <w:b/>
                <w:color w:val="000000"/>
              </w:rPr>
              <w:t>UČENEC</w:t>
            </w:r>
          </w:p>
        </w:tc>
      </w:tr>
      <w:tr w:rsidR="008D43AB" w14:paraId="5F5871F5" w14:textId="77777777">
        <w:trPr>
          <w:jc w:val="center"/>
        </w:trPr>
        <w:tc>
          <w:tcPr>
            <w:tcW w:w="4422" w:type="dxa"/>
            <w:tcMar>
              <w:top w:w="70" w:type="dxa"/>
              <w:left w:w="90" w:type="dxa"/>
              <w:bottom w:w="70" w:type="dxa"/>
              <w:right w:w="90" w:type="dxa"/>
            </w:tcMar>
          </w:tcPr>
          <w:p w14:paraId="26DF22FB" w14:textId="77777777" w:rsidR="008D43AB" w:rsidRDefault="008D43AB"/>
          <w:p w14:paraId="594DC3D6" w14:textId="77777777" w:rsidR="008D43AB" w:rsidRDefault="00000000">
            <w:pPr>
              <w:spacing w:after="60" w:line="245" w:lineRule="auto"/>
            </w:pPr>
            <w:r>
              <w:rPr>
                <w:b/>
                <w:color w:val="000000"/>
              </w:rPr>
              <w:t>UČNI CILJI</w:t>
            </w:r>
          </w:p>
          <w:p w14:paraId="175EBB9E" w14:textId="77777777" w:rsidR="008D43AB" w:rsidRDefault="00000000">
            <w:pPr>
              <w:spacing w:after="20" w:line="245" w:lineRule="auto"/>
            </w:pPr>
            <w:r>
              <w:rPr>
                <w:b/>
                <w:color w:val="000000"/>
                <w:sz w:val="17"/>
              </w:rPr>
              <w:t>SPLOŠNI</w:t>
            </w:r>
          </w:p>
          <w:p w14:paraId="28504BD4"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2B79DD08" w14:textId="77777777" w:rsidR="008D43AB" w:rsidRDefault="00000000">
            <w:pPr>
              <w:pStyle w:val="Oznaenseznam"/>
              <w:spacing w:after="16"/>
            </w:pPr>
            <w:r>
              <w:rPr>
                <w:color w:val="000000"/>
                <w:sz w:val="16"/>
              </w:rPr>
              <w:t>poje, ritmično govori ter uporablja telo, glasbila in predmete kot zvočne vire</w:t>
            </w:r>
          </w:p>
          <w:p w14:paraId="7D214DA6" w14:textId="77777777" w:rsidR="008D43AB" w:rsidRDefault="00000000">
            <w:pPr>
              <w:pStyle w:val="Oznaenseznam"/>
              <w:spacing w:after="16"/>
            </w:pPr>
            <w:r>
              <w:rPr>
                <w:color w:val="000000"/>
                <w:sz w:val="16"/>
              </w:rPr>
              <w:t>razlikuje izbrane lastnosti zvoka in glasbe ter varuje sluh in odgovorno uporablja glasbila</w:t>
            </w:r>
          </w:p>
          <w:p w14:paraId="01ACE008"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601B36CC" w14:textId="77777777" w:rsidR="008D43AB" w:rsidRDefault="00000000">
            <w:pPr>
              <w:spacing w:before="40" w:after="20" w:line="245" w:lineRule="auto"/>
            </w:pPr>
            <w:r>
              <w:rPr>
                <w:b/>
                <w:color w:val="000000"/>
                <w:sz w:val="17"/>
              </w:rPr>
              <w:t>OPERATIVNI</w:t>
            </w:r>
          </w:p>
          <w:p w14:paraId="0F120A2E" w14:textId="77777777" w:rsidR="008D43AB" w:rsidRDefault="00000000">
            <w:pPr>
              <w:pStyle w:val="Oznaenseznam"/>
              <w:spacing w:after="16"/>
            </w:pPr>
            <w:r>
              <w:rPr>
                <w:color w:val="000000"/>
                <w:sz w:val="16"/>
              </w:rPr>
              <w:t>posluša skladbo</w:t>
            </w:r>
          </w:p>
          <w:p w14:paraId="421D3790" w14:textId="77777777" w:rsidR="008D43AB" w:rsidRDefault="00000000">
            <w:pPr>
              <w:pStyle w:val="Oznaenseznam"/>
              <w:spacing w:after="16"/>
            </w:pPr>
            <w:r>
              <w:rPr>
                <w:color w:val="000000"/>
                <w:sz w:val="16"/>
              </w:rPr>
              <w:t>izrazi doživetje</w:t>
            </w:r>
          </w:p>
          <w:p w14:paraId="75E979A2" w14:textId="77777777" w:rsidR="008D43AB" w:rsidRDefault="00000000">
            <w:pPr>
              <w:pStyle w:val="Oznaenseznam"/>
              <w:spacing w:after="16"/>
            </w:pPr>
            <w:r>
              <w:rPr>
                <w:color w:val="000000"/>
                <w:sz w:val="16"/>
              </w:rPr>
              <w:t>ustvari spremljavo</w:t>
            </w:r>
          </w:p>
          <w:p w14:paraId="18EC3264" w14:textId="77777777" w:rsidR="008D43AB" w:rsidRDefault="00000000">
            <w:pPr>
              <w:spacing w:before="40" w:after="20" w:line="245" w:lineRule="auto"/>
            </w:pPr>
            <w:r>
              <w:rPr>
                <w:b/>
                <w:color w:val="000000"/>
                <w:sz w:val="17"/>
              </w:rPr>
              <w:t>PRIČAKOVANI DOSEŽKI / MINIMALNI POUDARKI</w:t>
            </w:r>
          </w:p>
          <w:p w14:paraId="3855E797" w14:textId="77777777" w:rsidR="008D43AB" w:rsidRDefault="00000000">
            <w:pPr>
              <w:pStyle w:val="Oznaenseznam"/>
              <w:spacing w:after="16"/>
            </w:pPr>
            <w:r>
              <w:rPr>
                <w:color w:val="000000"/>
                <w:sz w:val="15"/>
              </w:rPr>
              <w:t>samostojno oziroma z dogovorjeno oporo posluša skladbo</w:t>
            </w:r>
          </w:p>
          <w:p w14:paraId="52A26DB6" w14:textId="77777777" w:rsidR="008D43AB" w:rsidRDefault="00000000">
            <w:pPr>
              <w:pStyle w:val="Oznaenseznam"/>
              <w:spacing w:after="16"/>
            </w:pPr>
            <w:r>
              <w:rPr>
                <w:color w:val="000000"/>
                <w:sz w:val="15"/>
              </w:rPr>
              <w:t>samostojno oziroma z dogovorjeno oporo izrazi doživetje</w:t>
            </w:r>
          </w:p>
          <w:p w14:paraId="3C57C180" w14:textId="77777777" w:rsidR="008D43AB" w:rsidRDefault="00000000">
            <w:pPr>
              <w:pStyle w:val="Oznaenseznam"/>
              <w:spacing w:after="16"/>
            </w:pPr>
            <w:r>
              <w:rPr>
                <w:color w:val="000000"/>
                <w:sz w:val="15"/>
              </w:rPr>
              <w:t>samostojno oziroma z dogovorjeno oporo ustvari spremljavo</w:t>
            </w:r>
          </w:p>
        </w:tc>
        <w:tc>
          <w:tcPr>
            <w:tcW w:w="7087" w:type="dxa"/>
            <w:tcMar>
              <w:top w:w="70" w:type="dxa"/>
              <w:left w:w="90" w:type="dxa"/>
              <w:bottom w:w="70" w:type="dxa"/>
              <w:right w:w="90" w:type="dxa"/>
            </w:tcMar>
          </w:tcPr>
          <w:p w14:paraId="0DA711F0"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24DF77F" w14:textId="77777777">
              <w:trPr>
                <w:jc w:val="center"/>
              </w:trPr>
              <w:tc>
                <w:tcPr>
                  <w:tcW w:w="7087" w:type="dxa"/>
                  <w:shd w:val="clear" w:color="auto" w:fill="C6E7F3"/>
                  <w:tcMar>
                    <w:top w:w="45" w:type="dxa"/>
                    <w:left w:w="70" w:type="dxa"/>
                    <w:bottom w:w="45" w:type="dxa"/>
                    <w:right w:w="70" w:type="dxa"/>
                  </w:tcMar>
                </w:tcPr>
                <w:p w14:paraId="5D67CDC5" w14:textId="77777777" w:rsidR="008D43AB" w:rsidRDefault="00000000">
                  <w:pPr>
                    <w:keepNext/>
                  </w:pPr>
                  <w:r>
                    <w:rPr>
                      <w:b/>
                      <w:color w:val="000000"/>
                    </w:rPr>
                    <w:t>UVODNI DEL – zvočna motivacija, aktivacija predznanja in namen učenja (8–12 min)</w:t>
                  </w:r>
                </w:p>
              </w:tc>
            </w:tr>
          </w:tbl>
          <w:p w14:paraId="341CC9C9" w14:textId="77777777" w:rsidR="008D43AB" w:rsidRDefault="008D43AB">
            <w:pPr>
              <w:spacing w:line="20" w:lineRule="exact"/>
            </w:pPr>
          </w:p>
          <w:p w14:paraId="4F75E73B" w14:textId="77777777" w:rsidR="008D43AB" w:rsidRDefault="00000000">
            <w:pPr>
              <w:spacing w:before="40" w:after="60" w:line="245" w:lineRule="auto"/>
            </w:pPr>
            <w:r>
              <w:rPr>
                <w:color w:val="000000"/>
                <w:sz w:val="16"/>
              </w:rPr>
              <w:t>Učenci ob motivu »Sonček boža tačice« – Srečko Kosovel • NADALJEVANJE vstopijo v temo poletje, sonce, varnost in doživljanje narave. Najprej v tišini poslušajo kratek zvočni odlomek ali učiteljičino izvedbo (poletna zvočna slika; izbrana skladba in gibalni odziv),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71F75FA0" w14:textId="77777777">
              <w:trPr>
                <w:jc w:val="center"/>
              </w:trPr>
              <w:tc>
                <w:tcPr>
                  <w:tcW w:w="7087" w:type="dxa"/>
                  <w:shd w:val="clear" w:color="auto" w:fill="EDC9EA"/>
                  <w:tcMar>
                    <w:top w:w="45" w:type="dxa"/>
                    <w:left w:w="70" w:type="dxa"/>
                    <w:bottom w:w="45" w:type="dxa"/>
                    <w:right w:w="70" w:type="dxa"/>
                  </w:tcMar>
                </w:tcPr>
                <w:p w14:paraId="793499A6" w14:textId="77777777" w:rsidR="008D43AB" w:rsidRDefault="00000000">
                  <w:pPr>
                    <w:keepNext/>
                  </w:pPr>
                  <w:r>
                    <w:rPr>
                      <w:b/>
                      <w:color w:val="000000"/>
                    </w:rPr>
                    <w:t>NAMENI UČENJA</w:t>
                  </w:r>
                </w:p>
              </w:tc>
            </w:tr>
          </w:tbl>
          <w:p w14:paraId="3A1C73BD" w14:textId="77777777" w:rsidR="008D43AB" w:rsidRDefault="008D43AB">
            <w:pPr>
              <w:spacing w:line="20" w:lineRule="exact"/>
            </w:pPr>
          </w:p>
          <w:p w14:paraId="7090E1D0"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0133E5B2" w14:textId="77777777" w:rsidR="008D43AB" w:rsidRDefault="00000000">
            <w:pPr>
              <w:pStyle w:val="Oznaenseznam"/>
              <w:spacing w:after="16"/>
            </w:pPr>
            <w:r>
              <w:rPr>
                <w:color w:val="000000"/>
                <w:sz w:val="16"/>
              </w:rPr>
              <w:t>poslušam skladbo</w:t>
            </w:r>
          </w:p>
          <w:p w14:paraId="3EFF9E54" w14:textId="77777777" w:rsidR="008D43AB" w:rsidRDefault="00000000">
            <w:pPr>
              <w:pStyle w:val="Oznaenseznam"/>
              <w:spacing w:after="16"/>
            </w:pPr>
            <w:r>
              <w:rPr>
                <w:color w:val="000000"/>
                <w:sz w:val="16"/>
              </w:rPr>
              <w:t>izrazim doživetje</w:t>
            </w:r>
          </w:p>
          <w:p w14:paraId="6F69CCFD" w14:textId="77777777" w:rsidR="008D43AB" w:rsidRDefault="00000000">
            <w:pPr>
              <w:pStyle w:val="Oznaenseznam"/>
              <w:spacing w:after="16"/>
            </w:pPr>
            <w:r>
              <w:rPr>
                <w:color w:val="000000"/>
                <w:sz w:val="16"/>
              </w:rPr>
              <w:t>ustvarim spremljavo</w:t>
            </w:r>
          </w:p>
          <w:tbl>
            <w:tblPr>
              <w:tblStyle w:val="Tabelamrea"/>
              <w:tblW w:w="0" w:type="auto"/>
              <w:jc w:val="center"/>
              <w:tblLayout w:type="fixed"/>
              <w:tblLook w:val="04A0" w:firstRow="1" w:lastRow="0" w:firstColumn="1" w:lastColumn="0" w:noHBand="0" w:noVBand="1"/>
            </w:tblPr>
            <w:tblGrid>
              <w:gridCol w:w="7087"/>
            </w:tblGrid>
            <w:tr w:rsidR="008D43AB" w14:paraId="516A215A" w14:textId="77777777">
              <w:trPr>
                <w:jc w:val="center"/>
              </w:trPr>
              <w:tc>
                <w:tcPr>
                  <w:tcW w:w="7087" w:type="dxa"/>
                  <w:shd w:val="clear" w:color="auto" w:fill="EDC9EA"/>
                  <w:tcMar>
                    <w:top w:w="45" w:type="dxa"/>
                    <w:left w:w="70" w:type="dxa"/>
                    <w:bottom w:w="45" w:type="dxa"/>
                    <w:right w:w="70" w:type="dxa"/>
                  </w:tcMar>
                </w:tcPr>
                <w:p w14:paraId="48E9EE5C" w14:textId="77777777" w:rsidR="008D43AB" w:rsidRDefault="00000000">
                  <w:pPr>
                    <w:keepNext/>
                  </w:pPr>
                  <w:r>
                    <w:rPr>
                      <w:b/>
                      <w:color w:val="000000"/>
                    </w:rPr>
                    <w:t>PREVERJANJE PREDZNANJA</w:t>
                  </w:r>
                </w:p>
              </w:tc>
            </w:tr>
          </w:tbl>
          <w:p w14:paraId="6F8E630B" w14:textId="77777777" w:rsidR="008D43AB" w:rsidRDefault="008D43AB">
            <w:pPr>
              <w:spacing w:line="20" w:lineRule="exact"/>
            </w:pPr>
          </w:p>
          <w:p w14:paraId="447A85AC" w14:textId="77777777" w:rsidR="008D43AB" w:rsidRDefault="00000000">
            <w:pPr>
              <w:pStyle w:val="Oznaenseznam"/>
              <w:spacing w:after="16"/>
            </w:pPr>
            <w:r>
              <w:rPr>
                <w:color w:val="000000"/>
                <w:sz w:val="16"/>
              </w:rPr>
              <w:t>Kaj mi zvok, naslov, slika ali motiv pove o temi poletje, sonce, varnost in doživljanje narave?</w:t>
            </w:r>
          </w:p>
          <w:p w14:paraId="2B66E7E2" w14:textId="77777777" w:rsidR="008D43AB" w:rsidRDefault="00000000">
            <w:pPr>
              <w:pStyle w:val="Oznaenseznam"/>
              <w:spacing w:after="16"/>
            </w:pPr>
            <w:r>
              <w:rPr>
                <w:color w:val="000000"/>
                <w:sz w:val="16"/>
              </w:rPr>
              <w:t>Kako lahko s poslušanjem, glasom, telesom, glasbilom ali simbolom pokažem, kaj že znam pri temi »POLETJE V GLASBI«?</w:t>
            </w:r>
          </w:p>
          <w:p w14:paraId="25DA9F1F"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479250AC" w14:textId="77777777">
              <w:trPr>
                <w:jc w:val="center"/>
              </w:trPr>
              <w:tc>
                <w:tcPr>
                  <w:tcW w:w="7087" w:type="dxa"/>
                  <w:shd w:val="clear" w:color="auto" w:fill="EDC9EA"/>
                  <w:tcMar>
                    <w:top w:w="45" w:type="dxa"/>
                    <w:left w:w="70" w:type="dxa"/>
                    <w:bottom w:w="45" w:type="dxa"/>
                    <w:right w:w="70" w:type="dxa"/>
                  </w:tcMar>
                </w:tcPr>
                <w:p w14:paraId="4F172FD1" w14:textId="77777777" w:rsidR="008D43AB" w:rsidRDefault="00000000">
                  <w:pPr>
                    <w:keepNext/>
                  </w:pPr>
                  <w:r>
                    <w:rPr>
                      <w:b/>
                      <w:color w:val="000000"/>
                    </w:rPr>
                    <w:t>KRITERIJI USPEŠNOSTI</w:t>
                  </w:r>
                </w:p>
              </w:tc>
            </w:tr>
          </w:tbl>
          <w:p w14:paraId="532DB7F7" w14:textId="77777777" w:rsidR="008D43AB" w:rsidRDefault="008D43AB"/>
          <w:p w14:paraId="1BF764A3" w14:textId="77777777" w:rsidR="008D43AB" w:rsidRDefault="00000000">
            <w:pPr>
              <w:spacing w:before="20" w:after="20" w:line="245" w:lineRule="auto"/>
            </w:pPr>
            <w:r>
              <w:rPr>
                <w:b/>
                <w:color w:val="000000"/>
                <w:sz w:val="16"/>
              </w:rPr>
              <w:t>Uspešen/-na bom, ko:</w:t>
            </w:r>
          </w:p>
          <w:p w14:paraId="7CDC75E3" w14:textId="77777777" w:rsidR="008D43AB" w:rsidRDefault="00000000">
            <w:pPr>
              <w:pStyle w:val="Oznaenseznam"/>
              <w:spacing w:after="16"/>
            </w:pPr>
            <w:r>
              <w:rPr>
                <w:color w:val="000000"/>
                <w:sz w:val="16"/>
              </w:rPr>
              <w:t>poslušam skladbo</w:t>
            </w:r>
          </w:p>
          <w:p w14:paraId="30A379E8" w14:textId="77777777" w:rsidR="008D43AB" w:rsidRDefault="00000000">
            <w:pPr>
              <w:pStyle w:val="Oznaenseznam"/>
              <w:spacing w:after="16"/>
            </w:pPr>
            <w:r>
              <w:rPr>
                <w:color w:val="000000"/>
                <w:sz w:val="16"/>
              </w:rPr>
              <w:t>izrazim doživetje</w:t>
            </w:r>
          </w:p>
          <w:p w14:paraId="0A887740" w14:textId="77777777" w:rsidR="008D43AB" w:rsidRDefault="00000000">
            <w:pPr>
              <w:pStyle w:val="Oznaenseznam"/>
              <w:spacing w:after="16"/>
            </w:pPr>
            <w:r>
              <w:rPr>
                <w:color w:val="000000"/>
                <w:sz w:val="16"/>
              </w:rPr>
              <w:t>ustvarim spremljavo</w:t>
            </w:r>
          </w:p>
          <w:p w14:paraId="30538E0B" w14:textId="77777777" w:rsidR="008D43AB" w:rsidRDefault="00000000">
            <w:pPr>
              <w:pStyle w:val="Oznaenseznam"/>
              <w:spacing w:after="16"/>
            </w:pPr>
            <w:r>
              <w:rPr>
                <w:color w:val="000000"/>
                <w:sz w:val="16"/>
              </w:rPr>
              <w:t>upoštevam dogovorjeni začetek, konec, znak za tišino in varno glasnost</w:t>
            </w:r>
          </w:p>
          <w:p w14:paraId="107D13E4"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2970C7C7" w14:textId="77777777" w:rsidR="008D43AB" w:rsidRDefault="008D43AB"/>
          <w:p w14:paraId="66ACEEBD"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134FB383" w14:textId="77777777" w:rsidR="008D43AB" w:rsidRDefault="00000000">
            <w:pPr>
              <w:spacing w:after="80" w:line="245" w:lineRule="auto"/>
            </w:pPr>
            <w:r>
              <w:rPr>
                <w:color w:val="000000"/>
                <w:sz w:val="16"/>
              </w:rPr>
              <w:t>Pove ali pokaže, kaj že zna in katero glasbeno strategijo bi uporabil.</w:t>
            </w:r>
          </w:p>
          <w:p w14:paraId="73A65CD0" w14:textId="77777777" w:rsidR="008D43AB" w:rsidRDefault="00000000">
            <w:pPr>
              <w:spacing w:after="100" w:line="245" w:lineRule="auto"/>
            </w:pPr>
            <w:r>
              <w:rPr>
                <w:color w:val="000000"/>
                <w:sz w:val="16"/>
              </w:rPr>
              <w:t>Sodeluje pri razumevanju namenov, meril uspešnosti, varne glasnosti in načina dokazovanja.</w:t>
            </w:r>
          </w:p>
          <w:p w14:paraId="5043888E" w14:textId="77777777" w:rsidR="008D43AB" w:rsidRDefault="00000000">
            <w:pPr>
              <w:spacing w:after="20" w:line="245" w:lineRule="auto"/>
            </w:pPr>
            <w:r>
              <w:rPr>
                <w:b/>
                <w:color w:val="D95BC6"/>
                <w:sz w:val="17"/>
              </w:rPr>
              <w:t>DOKAZ O UČENJU</w:t>
            </w:r>
          </w:p>
          <w:p w14:paraId="49DA8621"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5F18B94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D1BBB0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8849CE"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1845773" w14:textId="77777777" w:rsidR="008D43AB" w:rsidRDefault="00000000">
            <w:pPr>
              <w:jc w:val="center"/>
            </w:pPr>
            <w:r>
              <w:rPr>
                <w:b/>
                <w:color w:val="000000"/>
                <w:sz w:val="20"/>
              </w:rPr>
              <w:t>UČNE DEJAVNOSTI, METODE IN FORMATIVNO SPREMLJANJE</w:t>
            </w:r>
          </w:p>
        </w:tc>
      </w:tr>
      <w:tr w:rsidR="008D43AB" w14:paraId="141401FC" w14:textId="77777777">
        <w:trPr>
          <w:tblHeader/>
          <w:jc w:val="center"/>
        </w:trPr>
        <w:tc>
          <w:tcPr>
            <w:tcW w:w="4422" w:type="dxa"/>
            <w:vMerge/>
            <w:tcMar>
              <w:top w:w="70" w:type="dxa"/>
              <w:left w:w="90" w:type="dxa"/>
              <w:bottom w:w="70" w:type="dxa"/>
              <w:right w:w="90" w:type="dxa"/>
            </w:tcMar>
            <w:vAlign w:val="center"/>
          </w:tcPr>
          <w:p w14:paraId="0BE2FD19" w14:textId="77777777" w:rsidR="008D43AB" w:rsidRDefault="008D43AB"/>
        </w:tc>
        <w:tc>
          <w:tcPr>
            <w:tcW w:w="7087" w:type="dxa"/>
            <w:shd w:val="clear" w:color="auto" w:fill="FFFFFF"/>
            <w:tcMar>
              <w:top w:w="70" w:type="dxa"/>
              <w:left w:w="90" w:type="dxa"/>
              <w:bottom w:w="70" w:type="dxa"/>
              <w:right w:w="90" w:type="dxa"/>
            </w:tcMar>
            <w:vAlign w:val="center"/>
          </w:tcPr>
          <w:p w14:paraId="1E145DBC"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E5CAAE0" w14:textId="77777777" w:rsidR="008D43AB" w:rsidRDefault="00000000">
            <w:pPr>
              <w:jc w:val="center"/>
            </w:pPr>
            <w:r>
              <w:rPr>
                <w:b/>
                <w:color w:val="000000"/>
              </w:rPr>
              <w:t>UČENEC</w:t>
            </w:r>
          </w:p>
        </w:tc>
      </w:tr>
      <w:tr w:rsidR="008D43AB" w14:paraId="2F80D8B3" w14:textId="77777777">
        <w:trPr>
          <w:jc w:val="center"/>
        </w:trPr>
        <w:tc>
          <w:tcPr>
            <w:tcW w:w="4422" w:type="dxa"/>
            <w:tcMar>
              <w:top w:w="70" w:type="dxa"/>
              <w:left w:w="90" w:type="dxa"/>
              <w:bottom w:w="70" w:type="dxa"/>
              <w:right w:w="90" w:type="dxa"/>
            </w:tcMar>
          </w:tcPr>
          <w:p w14:paraId="5E9CD346" w14:textId="77777777" w:rsidR="008D43AB" w:rsidRDefault="008D43AB"/>
          <w:p w14:paraId="4161FD25" w14:textId="77777777" w:rsidR="008D43AB" w:rsidRDefault="00000000">
            <w:pPr>
              <w:spacing w:after="40" w:line="245" w:lineRule="auto"/>
            </w:pPr>
            <w:r>
              <w:rPr>
                <w:b/>
                <w:color w:val="000000"/>
              </w:rPr>
              <w:t>KLJUČNI GLASBENI POJMI</w:t>
            </w:r>
          </w:p>
          <w:p w14:paraId="673950AD" w14:textId="77777777" w:rsidR="008D43AB" w:rsidRDefault="00000000">
            <w:pPr>
              <w:spacing w:after="60" w:line="245" w:lineRule="auto"/>
            </w:pPr>
            <w:r>
              <w:rPr>
                <w:color w:val="000000"/>
                <w:sz w:val="15"/>
              </w:rPr>
              <w:t>poslušanje, zvok, tišina, izvedba, glasbeni znak, dokaz, povratna informacija</w:t>
            </w:r>
          </w:p>
          <w:p w14:paraId="1CD8EDB1" w14:textId="77777777" w:rsidR="008D43AB" w:rsidRDefault="00000000">
            <w:pPr>
              <w:spacing w:after="20" w:line="245" w:lineRule="auto"/>
            </w:pPr>
            <w:r>
              <w:rPr>
                <w:b/>
                <w:color w:val="000000"/>
                <w:sz w:val="17"/>
              </w:rPr>
              <w:t>DOKAZI O UČENJU</w:t>
            </w:r>
          </w:p>
          <w:p w14:paraId="492367E8" w14:textId="77777777" w:rsidR="008D43AB" w:rsidRDefault="00000000">
            <w:pPr>
              <w:pStyle w:val="Oznaenseznam"/>
              <w:spacing w:after="9"/>
            </w:pPr>
            <w:r>
              <w:rPr>
                <w:color w:val="000000"/>
                <w:sz w:val="15"/>
              </w:rPr>
              <w:t>poslušalski gibalni odziv, ritmični/pevski odmev in učiteljev zapis o skupnem pulzu oziroma začetku/koncu.</w:t>
            </w:r>
          </w:p>
          <w:p w14:paraId="6E56097E" w14:textId="77777777" w:rsidR="008D43AB" w:rsidRDefault="00000000">
            <w:pPr>
              <w:pStyle w:val="Oznaenseznam"/>
              <w:spacing w:after="9"/>
            </w:pPr>
            <w:r>
              <w:rPr>
                <w:color w:val="000000"/>
                <w:sz w:val="15"/>
              </w:rPr>
              <w:t>slikovni zvočni zapis, skupinska izvedba/posnetek in vrstniška opisna povratna informacija.</w:t>
            </w:r>
          </w:p>
          <w:p w14:paraId="75B71B49" w14:textId="77777777" w:rsidR="008D43AB" w:rsidRDefault="00000000">
            <w:pPr>
              <w:spacing w:before="40" w:after="20" w:line="245" w:lineRule="auto"/>
            </w:pPr>
            <w:r>
              <w:rPr>
                <w:b/>
                <w:color w:val="000000"/>
                <w:sz w:val="17"/>
              </w:rPr>
              <w:t>GLASBENO DOŽIVETJE IN IZKUŠENJSKI POUK</w:t>
            </w:r>
          </w:p>
          <w:p w14:paraId="0C9EAABF"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3E09122A" w14:textId="77777777" w:rsidR="008D43AB" w:rsidRDefault="00000000">
            <w:pPr>
              <w:spacing w:after="20" w:line="245" w:lineRule="auto"/>
            </w:pPr>
            <w:r>
              <w:rPr>
                <w:b/>
                <w:color w:val="000000"/>
                <w:sz w:val="17"/>
              </w:rPr>
              <w:t>POUČEVANJE V GIBANJU</w:t>
            </w:r>
          </w:p>
          <w:p w14:paraId="7D0AB89C"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F593355" w14:textId="77777777" w:rsidR="008D43AB" w:rsidRDefault="00000000">
            <w:pPr>
              <w:spacing w:after="20" w:line="245" w:lineRule="auto"/>
            </w:pPr>
            <w:r>
              <w:rPr>
                <w:b/>
                <w:color w:val="000000"/>
                <w:sz w:val="17"/>
              </w:rPr>
              <w:t>DELO PO POSTAJAH</w:t>
            </w:r>
          </w:p>
          <w:p w14:paraId="3C1304B1"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40A7D8B6" w14:textId="77777777" w:rsidR="008D43AB" w:rsidRDefault="00000000">
            <w:pPr>
              <w:spacing w:after="10" w:line="245" w:lineRule="auto"/>
            </w:pPr>
            <w:r>
              <w:rPr>
                <w:color w:val="000000"/>
                <w:sz w:val="15"/>
              </w:rPr>
              <w:t>1. Aktivno poslušanje: prepoznam zvočni vir ali spremembo ter odziv pokažem s kartico, gibom ali besedo.</w:t>
            </w:r>
          </w:p>
          <w:p w14:paraId="023192DD" w14:textId="77777777" w:rsidR="008D43AB" w:rsidRDefault="00000000">
            <w:pPr>
              <w:spacing w:after="10" w:line="245" w:lineRule="auto"/>
            </w:pPr>
            <w:r>
              <w:rPr>
                <w:color w:val="000000"/>
                <w:sz w:val="15"/>
              </w:rPr>
              <w:t>2. Gibalna: glasbeno lastnost ponazorim s hojo, nivojem telesa, smerjo, hitrostjo in zamrznitvijo.</w:t>
            </w:r>
          </w:p>
          <w:p w14:paraId="42DBEC78" w14:textId="77777777" w:rsidR="008D43AB" w:rsidRDefault="00000000">
            <w:pPr>
              <w:spacing w:after="10" w:line="245" w:lineRule="auto"/>
            </w:pPr>
            <w:r>
              <w:rPr>
                <w:color w:val="000000"/>
                <w:sz w:val="15"/>
              </w:rPr>
              <w:t>3. Izvajalska: zvok posnemam z glasom, telesom ali glasbilom ter upoštevam začetek, konec in tišino.</w:t>
            </w:r>
          </w:p>
          <w:p w14:paraId="0A0B9CAE" w14:textId="77777777" w:rsidR="008D43AB" w:rsidRDefault="00000000">
            <w:pPr>
              <w:spacing w:after="10" w:line="245" w:lineRule="auto"/>
            </w:pPr>
            <w:r>
              <w:rPr>
                <w:color w:val="000000"/>
                <w:sz w:val="15"/>
              </w:rPr>
              <w:t>4. Likovno-zapisna: doživetje ali zvočno zaporedje prikažem s simboli, ga predstavim in izboljšam.</w:t>
            </w:r>
          </w:p>
          <w:p w14:paraId="7A866499" w14:textId="77777777" w:rsidR="008D43AB" w:rsidRDefault="00000000">
            <w:pPr>
              <w:spacing w:after="20" w:line="245" w:lineRule="auto"/>
            </w:pPr>
            <w:r>
              <w:rPr>
                <w:b/>
                <w:color w:val="000000"/>
                <w:sz w:val="17"/>
              </w:rPr>
              <w:t>DIFERENCIACIJA IN VKLJUČEVANJE</w:t>
            </w:r>
          </w:p>
          <w:p w14:paraId="10CE33ED"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51AAC5C4" w14:textId="77777777" w:rsidR="008D43AB" w:rsidRDefault="00000000">
            <w:pPr>
              <w:spacing w:after="20" w:line="245" w:lineRule="auto"/>
            </w:pPr>
            <w:r>
              <w:rPr>
                <w:b/>
                <w:color w:val="000000"/>
                <w:sz w:val="17"/>
              </w:rPr>
              <w:t>SPREMLJANJE</w:t>
            </w:r>
          </w:p>
          <w:p w14:paraId="1F71D2A9"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6CAB6ACB"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5F97CD22" w14:textId="77777777">
              <w:trPr>
                <w:jc w:val="center"/>
              </w:trPr>
              <w:tc>
                <w:tcPr>
                  <w:tcW w:w="7087" w:type="dxa"/>
                  <w:shd w:val="clear" w:color="auto" w:fill="C6E7F3"/>
                  <w:tcMar>
                    <w:top w:w="45" w:type="dxa"/>
                    <w:left w:w="70" w:type="dxa"/>
                    <w:bottom w:w="45" w:type="dxa"/>
                    <w:right w:w="70" w:type="dxa"/>
                  </w:tcMar>
                </w:tcPr>
                <w:p w14:paraId="072CDFF1" w14:textId="77777777" w:rsidR="008D43AB" w:rsidRDefault="00000000">
                  <w:pPr>
                    <w:keepNext/>
                  </w:pPr>
                  <w:r>
                    <w:rPr>
                      <w:b/>
                      <w:color w:val="000000"/>
                      <w:sz w:val="17"/>
                    </w:rPr>
                    <w:t>GLAVNI DEL – POSLUŠANJE, IZVAJANJE, GIBANJE IN USTVARJANJE (2 šolski uri)</w:t>
                  </w:r>
                </w:p>
              </w:tc>
            </w:tr>
          </w:tbl>
          <w:p w14:paraId="5DA56E1C" w14:textId="77777777" w:rsidR="008D43AB" w:rsidRDefault="008D43AB">
            <w:pPr>
              <w:spacing w:line="20" w:lineRule="exact"/>
            </w:pPr>
          </w:p>
          <w:p w14:paraId="2E7E236E" w14:textId="77777777" w:rsidR="008D43AB" w:rsidRDefault="00000000">
            <w:pPr>
              <w:keepNext/>
              <w:spacing w:before="24" w:after="8" w:line="245" w:lineRule="auto"/>
            </w:pPr>
            <w:r>
              <w:rPr>
                <w:b/>
                <w:color w:val="000000"/>
                <w:sz w:val="16"/>
              </w:rPr>
              <w:t>1. URA – Poletje V Glasbi – Poslušam in izvajam</w:t>
            </w:r>
          </w:p>
          <w:p w14:paraId="38220515"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»POLETJE V GLASBI«,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0C29D378"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BA25818"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5E1A5EB8" w14:textId="77777777" w:rsidR="008D43AB" w:rsidRDefault="00000000">
            <w:pPr>
              <w:keepNext/>
              <w:spacing w:before="24" w:after="8" w:line="245" w:lineRule="auto"/>
            </w:pPr>
            <w:r>
              <w:rPr>
                <w:b/>
                <w:color w:val="000000"/>
                <w:sz w:val="16"/>
              </w:rPr>
              <w:t>2. URA – Poletje V Glasbi – Ustvarim in nastopim</w:t>
            </w:r>
          </w:p>
          <w:p w14:paraId="34B0960E"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poletje v glasbi«; usmerja izbiro, zapis, vajo in menjavo vlog. Zaključek: 10' – Organizira nastop in odziv poslušalcev po kriterijih; posname kratek dokaz, če so soglasja urejena.</w:t>
            </w:r>
          </w:p>
          <w:p w14:paraId="75796F6C"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4EB4885B"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6F2C13EA" w14:textId="77777777">
              <w:trPr>
                <w:jc w:val="center"/>
              </w:trPr>
              <w:tc>
                <w:tcPr>
                  <w:tcW w:w="7087" w:type="dxa"/>
                  <w:shd w:val="clear" w:color="auto" w:fill="EDC9EA"/>
                  <w:tcMar>
                    <w:top w:w="45" w:type="dxa"/>
                    <w:left w:w="70" w:type="dxa"/>
                    <w:bottom w:w="45" w:type="dxa"/>
                    <w:right w:w="70" w:type="dxa"/>
                  </w:tcMar>
                </w:tcPr>
                <w:p w14:paraId="7EDFEA4A" w14:textId="77777777" w:rsidR="008D43AB" w:rsidRDefault="00000000">
                  <w:pPr>
                    <w:keepNext/>
                  </w:pPr>
                  <w:r>
                    <w:rPr>
                      <w:b/>
                      <w:color w:val="000000"/>
                      <w:sz w:val="17"/>
                    </w:rPr>
                    <w:t>ORGANIZACIJA POSTAJ IN PREHODOV</w:t>
                  </w:r>
                </w:p>
              </w:tc>
            </w:tr>
          </w:tbl>
          <w:p w14:paraId="0904DBBE" w14:textId="77777777" w:rsidR="008D43AB" w:rsidRDefault="008D43AB"/>
          <w:p w14:paraId="1A6EB283"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23C2FEB1"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0AB1A17F"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5B8D4CC4"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56C6EDEB"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28A22DBC" w14:textId="77777777" w:rsidR="008D43AB" w:rsidRDefault="008D43AB"/>
          <w:p w14:paraId="70C14535" w14:textId="77777777" w:rsidR="008D43AB" w:rsidRDefault="00000000">
            <w:pPr>
              <w:spacing w:after="6" w:line="245" w:lineRule="auto"/>
            </w:pPr>
            <w:r>
              <w:rPr>
                <w:b/>
                <w:color w:val="000000"/>
                <w:sz w:val="15"/>
              </w:rPr>
              <w:t>1. URA – Poletje V Glasbi – Poslušam in izvajam</w:t>
            </w:r>
          </w:p>
          <w:p w14:paraId="41890022"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3FD6F82F" w14:textId="77777777" w:rsidR="008D43AB" w:rsidRDefault="00000000">
            <w:pPr>
              <w:spacing w:after="20" w:line="245" w:lineRule="auto"/>
            </w:pPr>
            <w:r>
              <w:rPr>
                <w:color w:val="D95BC6"/>
                <w:sz w:val="14"/>
              </w:rPr>
              <w:t>Dokaz: poslušalski gibalni odziv, ritmični/pevski odmev in učiteljev zapis o skupnem pulzu oziroma.</w:t>
            </w:r>
          </w:p>
          <w:p w14:paraId="34FC0921" w14:textId="77777777" w:rsidR="008D43AB" w:rsidRDefault="00000000">
            <w:pPr>
              <w:spacing w:after="6" w:line="245" w:lineRule="auto"/>
            </w:pPr>
            <w:r>
              <w:rPr>
                <w:b/>
                <w:color w:val="000000"/>
                <w:sz w:val="15"/>
              </w:rPr>
              <w:t>2. URA – Poletje V Glasbi – Ustvarim in nastopim</w:t>
            </w:r>
          </w:p>
          <w:p w14:paraId="43F6F99A"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74D24EC7" w14:textId="77777777" w:rsidR="008D43AB" w:rsidRDefault="00000000">
            <w:pPr>
              <w:spacing w:after="20" w:line="245" w:lineRule="auto"/>
            </w:pPr>
            <w:r>
              <w:rPr>
                <w:color w:val="D95BC6"/>
                <w:sz w:val="14"/>
              </w:rPr>
              <w:t>Dokaz: slikovni zvočni zapis, skupinska izvedba/posnetek in vrstniška opisna povratna informacija.</w:t>
            </w:r>
          </w:p>
          <w:p w14:paraId="43250D39" w14:textId="77777777" w:rsidR="008D43AB" w:rsidRDefault="00000000">
            <w:pPr>
              <w:spacing w:before="40" w:after="20" w:line="245" w:lineRule="auto"/>
            </w:pPr>
            <w:r>
              <w:rPr>
                <w:b/>
                <w:color w:val="D95BC6"/>
                <w:sz w:val="16"/>
              </w:rPr>
              <w:t>MOJ KROG POSTAJ</w:t>
            </w:r>
          </w:p>
          <w:p w14:paraId="7F7910F4" w14:textId="77777777" w:rsidR="008D43AB" w:rsidRDefault="00000000">
            <w:pPr>
              <w:spacing w:after="11" w:line="245" w:lineRule="auto"/>
            </w:pPr>
            <w:r>
              <w:rPr>
                <w:color w:val="000000"/>
                <w:sz w:val="14"/>
              </w:rPr>
              <w:t>1. Aktivno poslušanje: prepoznam zvočni vir ali spremembo ter odziv pokažem s kartico.</w:t>
            </w:r>
          </w:p>
          <w:p w14:paraId="628C6B42" w14:textId="77777777" w:rsidR="008D43AB" w:rsidRDefault="00000000">
            <w:pPr>
              <w:spacing w:after="11" w:line="245" w:lineRule="auto"/>
            </w:pPr>
            <w:r>
              <w:rPr>
                <w:color w:val="000000"/>
                <w:sz w:val="14"/>
              </w:rPr>
              <w:t>2. Gibalna: glasbeno lastnost ponazorim s hojo, nivojem telesa, smerjo.</w:t>
            </w:r>
          </w:p>
          <w:p w14:paraId="3FFB9E51" w14:textId="77777777" w:rsidR="008D43AB" w:rsidRDefault="00000000">
            <w:pPr>
              <w:spacing w:after="11" w:line="245" w:lineRule="auto"/>
            </w:pPr>
            <w:r>
              <w:rPr>
                <w:color w:val="000000"/>
                <w:sz w:val="14"/>
              </w:rPr>
              <w:t>3. Izvajalska: zvok posnemam z glasom, telesom ali glasbilom ter upoštevam začetek.</w:t>
            </w:r>
          </w:p>
          <w:p w14:paraId="32F54D03" w14:textId="77777777" w:rsidR="008D43AB" w:rsidRDefault="00000000">
            <w:pPr>
              <w:spacing w:after="11" w:line="245" w:lineRule="auto"/>
            </w:pPr>
            <w:r>
              <w:rPr>
                <w:color w:val="000000"/>
                <w:sz w:val="14"/>
              </w:rPr>
              <w:t>4. Likovno-zapisna: doživetje ali zvočno zaporedje prikažem s simboli.</w:t>
            </w:r>
          </w:p>
          <w:p w14:paraId="07983FCA"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76D3D7BC" w14:textId="77777777" w:rsidR="008D43AB" w:rsidRDefault="00000000">
            <w:pPr>
              <w:spacing w:after="20" w:line="245" w:lineRule="auto"/>
            </w:pPr>
            <w:r>
              <w:rPr>
                <w:b/>
                <w:color w:val="D95BC6"/>
                <w:sz w:val="17"/>
              </w:rPr>
              <w:t>DOKAZ O UČENJU</w:t>
            </w:r>
          </w:p>
          <w:p w14:paraId="38083FB5"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7D060B9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07A0AF8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BF875E7"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5D0001A" w14:textId="77777777" w:rsidR="008D43AB" w:rsidRDefault="00000000">
            <w:pPr>
              <w:jc w:val="center"/>
            </w:pPr>
            <w:r>
              <w:rPr>
                <w:b/>
                <w:color w:val="000000"/>
                <w:sz w:val="20"/>
              </w:rPr>
              <w:t>UČNE DEJAVNOSTI, METODE IN FORMATIVNO SPREMLJANJE</w:t>
            </w:r>
          </w:p>
        </w:tc>
      </w:tr>
      <w:tr w:rsidR="008D43AB" w14:paraId="7D362CCE" w14:textId="77777777">
        <w:trPr>
          <w:tblHeader/>
          <w:jc w:val="center"/>
        </w:trPr>
        <w:tc>
          <w:tcPr>
            <w:tcW w:w="4422" w:type="dxa"/>
            <w:vMerge/>
            <w:tcMar>
              <w:top w:w="70" w:type="dxa"/>
              <w:left w:w="90" w:type="dxa"/>
              <w:bottom w:w="70" w:type="dxa"/>
              <w:right w:w="90" w:type="dxa"/>
            </w:tcMar>
            <w:vAlign w:val="center"/>
          </w:tcPr>
          <w:p w14:paraId="3A7B805A" w14:textId="77777777" w:rsidR="008D43AB" w:rsidRDefault="008D43AB"/>
        </w:tc>
        <w:tc>
          <w:tcPr>
            <w:tcW w:w="7087" w:type="dxa"/>
            <w:shd w:val="clear" w:color="auto" w:fill="FFFFFF"/>
            <w:tcMar>
              <w:top w:w="70" w:type="dxa"/>
              <w:left w:w="90" w:type="dxa"/>
              <w:bottom w:w="70" w:type="dxa"/>
              <w:right w:w="90" w:type="dxa"/>
            </w:tcMar>
            <w:vAlign w:val="center"/>
          </w:tcPr>
          <w:p w14:paraId="2EF7C527"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533571" w14:textId="77777777" w:rsidR="008D43AB" w:rsidRDefault="00000000">
            <w:pPr>
              <w:jc w:val="center"/>
            </w:pPr>
            <w:r>
              <w:rPr>
                <w:b/>
                <w:color w:val="000000"/>
              </w:rPr>
              <w:t>UČENEC</w:t>
            </w:r>
          </w:p>
        </w:tc>
      </w:tr>
      <w:tr w:rsidR="008D43AB" w14:paraId="12A70852" w14:textId="77777777">
        <w:trPr>
          <w:jc w:val="center"/>
        </w:trPr>
        <w:tc>
          <w:tcPr>
            <w:tcW w:w="4422" w:type="dxa"/>
            <w:tcMar>
              <w:top w:w="70" w:type="dxa"/>
              <w:left w:w="90" w:type="dxa"/>
              <w:bottom w:w="70" w:type="dxa"/>
              <w:right w:w="90" w:type="dxa"/>
            </w:tcMar>
          </w:tcPr>
          <w:p w14:paraId="2261C550" w14:textId="77777777" w:rsidR="008D43AB" w:rsidRDefault="008D43AB"/>
          <w:p w14:paraId="1BDB45E3" w14:textId="77777777" w:rsidR="008D43AB" w:rsidRDefault="00000000">
            <w:pPr>
              <w:spacing w:after="40" w:line="245" w:lineRule="auto"/>
            </w:pPr>
            <w:r>
              <w:rPr>
                <w:b/>
                <w:color w:val="000000"/>
              </w:rPr>
              <w:t>FORMATIVNO SPREMLJANJE</w:t>
            </w:r>
          </w:p>
          <w:p w14:paraId="4614D54E" w14:textId="77777777" w:rsidR="008D43AB" w:rsidRDefault="00000000">
            <w:pPr>
              <w:pStyle w:val="Oznaenseznam"/>
              <w:spacing w:after="16"/>
            </w:pPr>
            <w:r>
              <w:rPr>
                <w:color w:val="000000"/>
                <w:sz w:val="16"/>
              </w:rPr>
              <w:t>predznanje: zvočna napoved, izbira kartice, gib, ritmični oziroma pevski poskus ali začetni simbol</w:t>
            </w:r>
          </w:p>
          <w:p w14:paraId="2847E1E3" w14:textId="77777777" w:rsidR="008D43AB" w:rsidRDefault="00000000">
            <w:pPr>
              <w:pStyle w:val="Oznaenseznam"/>
              <w:spacing w:after="16"/>
            </w:pPr>
            <w:r>
              <w:rPr>
                <w:color w:val="000000"/>
                <w:sz w:val="16"/>
              </w:rPr>
              <w:t>nameni in merila: kratka poved, slikovni znak, model izvedbe ter vidna pravila varne glasnosti</w:t>
            </w:r>
          </w:p>
          <w:p w14:paraId="68B17F0E"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7C6421C3" w14:textId="77777777" w:rsidR="008D43AB" w:rsidRDefault="00000000">
            <w:pPr>
              <w:pStyle w:val="Oznaenseznam"/>
              <w:spacing w:after="16"/>
            </w:pPr>
            <w:r>
              <w:rPr>
                <w:color w:val="000000"/>
                <w:sz w:val="16"/>
              </w:rPr>
              <w:t>povratna informacija: opis slišane strategije, povezava z enim merilom in izvedljiv naslednji korak</w:t>
            </w:r>
          </w:p>
          <w:p w14:paraId="28702256" w14:textId="77777777" w:rsidR="008D43AB" w:rsidRDefault="00000000">
            <w:pPr>
              <w:pStyle w:val="Oznaenseznam"/>
              <w:spacing w:after="16"/>
            </w:pPr>
            <w:r>
              <w:rPr>
                <w:color w:val="000000"/>
                <w:sz w:val="16"/>
              </w:rPr>
              <w:t>samovrednotenje: barvni zvočni semafor, lestvica samostojnosti, izbran dokaz in ponovna izvedba</w:t>
            </w:r>
          </w:p>
          <w:p w14:paraId="70E217AE" w14:textId="77777777" w:rsidR="008D43AB" w:rsidRDefault="00000000">
            <w:pPr>
              <w:spacing w:before="40" w:after="20" w:line="245" w:lineRule="auto"/>
            </w:pPr>
            <w:r>
              <w:rPr>
                <w:b/>
                <w:color w:val="000000"/>
                <w:sz w:val="17"/>
              </w:rPr>
              <w:t>VARNOST IN VAROVANJE SLUHA</w:t>
            </w:r>
          </w:p>
          <w:p w14:paraId="2CB35145"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76417CA2" w14:textId="77777777" w:rsidR="008D43AB" w:rsidRDefault="00000000">
            <w:pPr>
              <w:spacing w:after="20" w:line="245" w:lineRule="auto"/>
            </w:pPr>
            <w:r>
              <w:rPr>
                <w:b/>
                <w:color w:val="000000"/>
                <w:sz w:val="17"/>
              </w:rPr>
              <w:t>EVIDENCA PO IZVEDBI</w:t>
            </w:r>
          </w:p>
          <w:p w14:paraId="49575860"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36E628BA" w14:textId="77777777" w:rsidR="008D43AB" w:rsidRDefault="00000000">
            <w:pPr>
              <w:spacing w:before="40" w:after="20" w:line="245" w:lineRule="auto"/>
            </w:pPr>
            <w:r>
              <w:rPr>
                <w:b/>
                <w:color w:val="000000"/>
                <w:sz w:val="17"/>
              </w:rPr>
              <w:t>RAVEN DOSEGANJA</w:t>
            </w:r>
          </w:p>
          <w:p w14:paraId="36B536D8"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105DD0D"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07545E11" w14:textId="77777777">
              <w:trPr>
                <w:jc w:val="center"/>
              </w:trPr>
              <w:tc>
                <w:tcPr>
                  <w:tcW w:w="7087" w:type="dxa"/>
                  <w:shd w:val="clear" w:color="auto" w:fill="EDC9EA"/>
                  <w:tcMar>
                    <w:top w:w="45" w:type="dxa"/>
                    <w:left w:w="70" w:type="dxa"/>
                    <w:bottom w:w="45" w:type="dxa"/>
                    <w:right w:w="70" w:type="dxa"/>
                  </w:tcMar>
                </w:tcPr>
                <w:p w14:paraId="38FE1ABC" w14:textId="77777777" w:rsidR="008D43AB" w:rsidRDefault="00000000">
                  <w:pPr>
                    <w:keepNext/>
                  </w:pPr>
                  <w:r>
                    <w:rPr>
                      <w:b/>
                      <w:color w:val="000000"/>
                    </w:rPr>
                    <w:t>VPRAŠANJA V PODPORO GLASBENEMU UČENJU</w:t>
                  </w:r>
                </w:p>
              </w:tc>
            </w:tr>
          </w:tbl>
          <w:p w14:paraId="4AA95564" w14:textId="77777777" w:rsidR="008D43AB" w:rsidRDefault="008D43AB">
            <w:pPr>
              <w:spacing w:line="20" w:lineRule="exact"/>
            </w:pPr>
          </w:p>
          <w:p w14:paraId="5D3DC567" w14:textId="77777777" w:rsidR="008D43AB" w:rsidRDefault="00000000">
            <w:pPr>
              <w:pStyle w:val="Oznaenseznam"/>
              <w:spacing w:after="16"/>
            </w:pPr>
            <w:r>
              <w:rPr>
                <w:color w:val="000000"/>
                <w:sz w:val="16"/>
              </w:rPr>
              <w:t>Kaj si v glasbi slišal/-a, začutil/-a ali pokazal/-a z gibanjem?</w:t>
            </w:r>
          </w:p>
          <w:p w14:paraId="25CAE5B9" w14:textId="77777777" w:rsidR="008D43AB" w:rsidRDefault="00000000">
            <w:pPr>
              <w:pStyle w:val="Oznaenseznam"/>
              <w:spacing w:after="16"/>
            </w:pPr>
            <w:r>
              <w:rPr>
                <w:color w:val="000000"/>
                <w:sz w:val="16"/>
              </w:rPr>
              <w:t>Po katerem zvočnem znaku, lastnosti ali vzorcu si prepoznal/-a rešitev?</w:t>
            </w:r>
          </w:p>
          <w:p w14:paraId="73DBB3DC" w14:textId="77777777" w:rsidR="008D43AB" w:rsidRDefault="00000000">
            <w:pPr>
              <w:pStyle w:val="Oznaenseznam"/>
              <w:spacing w:after="16"/>
            </w:pPr>
            <w:r>
              <w:rPr>
                <w:color w:val="000000"/>
                <w:sz w:val="16"/>
              </w:rPr>
              <w:t>Kako veš, da je bil pulz, začetek, konec, glasnost ali skupinska izvedba skladna z merilom?</w:t>
            </w:r>
          </w:p>
          <w:p w14:paraId="4E8FEDF7" w14:textId="77777777" w:rsidR="008D43AB" w:rsidRDefault="00000000">
            <w:pPr>
              <w:pStyle w:val="Oznaenseznam"/>
              <w:spacing w:after="16"/>
            </w:pPr>
            <w:r>
              <w:rPr>
                <w:color w:val="000000"/>
                <w:sz w:val="16"/>
              </w:rPr>
              <w:t>Zakaj si za motiv, osebo, dogodek ali okolje izbral/-a prav ta glas, predmet ali glasbilo?</w:t>
            </w:r>
          </w:p>
          <w:p w14:paraId="02A8FE11"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0EF74C94" w14:textId="77777777">
              <w:trPr>
                <w:jc w:val="center"/>
              </w:trPr>
              <w:tc>
                <w:tcPr>
                  <w:tcW w:w="7087" w:type="dxa"/>
                  <w:shd w:val="clear" w:color="auto" w:fill="C6E7F3"/>
                  <w:tcMar>
                    <w:top w:w="45" w:type="dxa"/>
                    <w:left w:w="70" w:type="dxa"/>
                    <w:bottom w:w="45" w:type="dxa"/>
                    <w:right w:w="70" w:type="dxa"/>
                  </w:tcMar>
                </w:tcPr>
                <w:p w14:paraId="282783C8" w14:textId="77777777" w:rsidR="008D43AB" w:rsidRDefault="00000000">
                  <w:pPr>
                    <w:keepNext/>
                  </w:pPr>
                  <w:r>
                    <w:rPr>
                      <w:b/>
                      <w:color w:val="000000"/>
                    </w:rPr>
                    <w:t>ZAKLJUČNI DEL – NASTOP, POSLUŠALSKI ODZIV IN REFLEKSIJA (8–12 min)</w:t>
                  </w:r>
                </w:p>
              </w:tc>
            </w:tr>
          </w:tbl>
          <w:p w14:paraId="404187BB" w14:textId="77777777" w:rsidR="008D43AB" w:rsidRDefault="008D43AB">
            <w:pPr>
              <w:spacing w:line="20" w:lineRule="exact"/>
            </w:pPr>
          </w:p>
          <w:p w14:paraId="2D00F317"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3122FA33" w14:textId="77777777">
              <w:trPr>
                <w:jc w:val="center"/>
              </w:trPr>
              <w:tc>
                <w:tcPr>
                  <w:tcW w:w="7087" w:type="dxa"/>
                  <w:shd w:val="clear" w:color="auto" w:fill="EDC9EA"/>
                  <w:tcMar>
                    <w:top w:w="45" w:type="dxa"/>
                    <w:left w:w="70" w:type="dxa"/>
                    <w:bottom w:w="45" w:type="dxa"/>
                    <w:right w:w="70" w:type="dxa"/>
                  </w:tcMar>
                </w:tcPr>
                <w:p w14:paraId="187A9140" w14:textId="77777777" w:rsidR="008D43AB" w:rsidRDefault="00000000">
                  <w:pPr>
                    <w:keepNext/>
                  </w:pPr>
                  <w:r>
                    <w:rPr>
                      <w:b/>
                      <w:color w:val="000000"/>
                    </w:rPr>
                    <w:t>SAMOVREDNOTENJE</w:t>
                  </w:r>
                </w:p>
              </w:tc>
            </w:tr>
          </w:tbl>
          <w:p w14:paraId="25E547FA" w14:textId="77777777" w:rsidR="008D43AB" w:rsidRDefault="008D43AB">
            <w:pPr>
              <w:spacing w:line="20" w:lineRule="exact"/>
            </w:pPr>
          </w:p>
          <w:p w14:paraId="6807064D"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6E8826B9" w14:textId="77777777">
              <w:trPr>
                <w:jc w:val="center"/>
              </w:trPr>
              <w:tc>
                <w:tcPr>
                  <w:tcW w:w="7087" w:type="dxa"/>
                  <w:shd w:val="clear" w:color="auto" w:fill="EDC9EA"/>
                  <w:tcMar>
                    <w:top w:w="45" w:type="dxa"/>
                    <w:left w:w="70" w:type="dxa"/>
                    <w:bottom w:w="45" w:type="dxa"/>
                    <w:right w:w="70" w:type="dxa"/>
                  </w:tcMar>
                </w:tcPr>
                <w:p w14:paraId="7089B8EC" w14:textId="77777777" w:rsidR="008D43AB" w:rsidRDefault="00000000">
                  <w:pPr>
                    <w:keepNext/>
                  </w:pPr>
                  <w:r>
                    <w:rPr>
                      <w:b/>
                      <w:color w:val="000000"/>
                    </w:rPr>
                    <w:t>VRSTNIŠKO VREDNOTENJE</w:t>
                  </w:r>
                </w:p>
              </w:tc>
            </w:tr>
          </w:tbl>
          <w:p w14:paraId="7842841C" w14:textId="77777777" w:rsidR="008D43AB" w:rsidRDefault="008D43AB">
            <w:pPr>
              <w:spacing w:line="20" w:lineRule="exact"/>
            </w:pPr>
          </w:p>
          <w:p w14:paraId="2AD31E95"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0DFA697E" w14:textId="77777777">
              <w:trPr>
                <w:jc w:val="center"/>
              </w:trPr>
              <w:tc>
                <w:tcPr>
                  <w:tcW w:w="7087" w:type="dxa"/>
                  <w:shd w:val="clear" w:color="auto" w:fill="EDC9EA"/>
                  <w:tcMar>
                    <w:top w:w="45" w:type="dxa"/>
                    <w:left w:w="70" w:type="dxa"/>
                    <w:bottom w:w="45" w:type="dxa"/>
                    <w:right w:w="70" w:type="dxa"/>
                  </w:tcMar>
                </w:tcPr>
                <w:p w14:paraId="00491013" w14:textId="77777777" w:rsidR="008D43AB" w:rsidRDefault="00000000">
                  <w:pPr>
                    <w:keepNext/>
                  </w:pPr>
                  <w:r>
                    <w:rPr>
                      <w:b/>
                      <w:color w:val="000000"/>
                    </w:rPr>
                    <w:t>SKUPNI POVZETEK</w:t>
                  </w:r>
                </w:p>
              </w:tc>
            </w:tr>
          </w:tbl>
          <w:p w14:paraId="5AADD047" w14:textId="77777777" w:rsidR="008D43AB" w:rsidRDefault="008D43AB"/>
          <w:p w14:paraId="591C2344" w14:textId="77777777" w:rsidR="008D43AB" w:rsidRDefault="00000000">
            <w:pPr>
              <w:spacing w:before="20" w:after="40" w:line="245" w:lineRule="auto"/>
            </w:pPr>
            <w:r>
              <w:rPr>
                <w:b/>
                <w:color w:val="000000"/>
                <w:sz w:val="16"/>
              </w:rPr>
              <w:t>poslušam skladbo; izrazim doživetje; ustvarim spremljavo. Izbrani dokaz pojasnim in po povratni informaciji izboljšam.</w:t>
            </w:r>
          </w:p>
        </w:tc>
        <w:tc>
          <w:tcPr>
            <w:tcW w:w="2551" w:type="dxa"/>
            <w:tcMar>
              <w:top w:w="70" w:type="dxa"/>
              <w:left w:w="90" w:type="dxa"/>
              <w:bottom w:w="70" w:type="dxa"/>
              <w:right w:w="90" w:type="dxa"/>
            </w:tcMar>
          </w:tcPr>
          <w:p w14:paraId="2781D433" w14:textId="77777777" w:rsidR="008D43AB" w:rsidRDefault="008D43AB"/>
          <w:p w14:paraId="3AB682F7" w14:textId="77777777" w:rsidR="008D43AB" w:rsidRDefault="00000000">
            <w:pPr>
              <w:spacing w:after="80" w:line="245" w:lineRule="auto"/>
            </w:pPr>
            <w:r>
              <w:rPr>
                <w:color w:val="000000"/>
                <w:sz w:val="16"/>
              </w:rPr>
              <w:t>Odgovarja na podporna vprašanja in se sklicuje na slišano, izvedeno, ustvarjeno ali zapisano.</w:t>
            </w:r>
          </w:p>
          <w:p w14:paraId="06CB20CA" w14:textId="77777777" w:rsidR="008D43AB" w:rsidRDefault="00000000">
            <w:pPr>
              <w:spacing w:after="80" w:line="245" w:lineRule="auto"/>
            </w:pPr>
            <w:r>
              <w:rPr>
                <w:color w:val="000000"/>
                <w:sz w:val="16"/>
              </w:rPr>
              <w:t>Predstavi izbrani dokaz ter pove, katero merilo z njim pokaže.</w:t>
            </w:r>
          </w:p>
          <w:p w14:paraId="39B59DCE" w14:textId="77777777" w:rsidR="008D43AB" w:rsidRDefault="00000000">
            <w:pPr>
              <w:spacing w:after="80" w:line="245" w:lineRule="auto"/>
            </w:pPr>
            <w:r>
              <w:rPr>
                <w:color w:val="000000"/>
                <w:sz w:val="16"/>
              </w:rPr>
              <w:t>Posluša vrstnika, opiše eno slišano moč in poda prijazen predlog za izboljšavo.</w:t>
            </w:r>
          </w:p>
          <w:p w14:paraId="0773B910" w14:textId="77777777" w:rsidR="008D43AB" w:rsidRDefault="00000000">
            <w:pPr>
              <w:spacing w:after="80" w:line="245" w:lineRule="auto"/>
            </w:pPr>
            <w:r>
              <w:rPr>
                <w:color w:val="000000"/>
                <w:sz w:val="16"/>
              </w:rPr>
              <w:t>Po povratni informaciji izvedbo, gib, ritem, zvočno izbiro ali slikovni zapis ponovi in izboljša.</w:t>
            </w:r>
          </w:p>
          <w:p w14:paraId="7D8F4A63" w14:textId="77777777" w:rsidR="008D43AB" w:rsidRDefault="00000000">
            <w:pPr>
              <w:spacing w:after="100" w:line="245" w:lineRule="auto"/>
            </w:pPr>
            <w:r>
              <w:rPr>
                <w:color w:val="000000"/>
                <w:sz w:val="16"/>
              </w:rPr>
              <w:t>Izbere raven samostojnosti ter določi majhen in izvedljiv naslednji glasbeni korak.</w:t>
            </w:r>
          </w:p>
          <w:p w14:paraId="7D25C547" w14:textId="77777777" w:rsidR="008D43AB" w:rsidRDefault="00000000">
            <w:pPr>
              <w:spacing w:after="20" w:line="245" w:lineRule="auto"/>
            </w:pPr>
            <w:r>
              <w:rPr>
                <w:b/>
                <w:color w:val="D95BC6"/>
                <w:sz w:val="17"/>
              </w:rPr>
              <w:t>DOKAZ O UČENJU</w:t>
            </w:r>
          </w:p>
          <w:p w14:paraId="2D0E24D0"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2CF6F394"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1336C462" w14:textId="77777777">
        <w:trPr>
          <w:cantSplit/>
          <w:jc w:val="center"/>
        </w:trPr>
        <w:tc>
          <w:tcPr>
            <w:tcW w:w="14060" w:type="dxa"/>
            <w:gridSpan w:val="6"/>
            <w:tcMar>
              <w:top w:w="70" w:type="dxa"/>
              <w:left w:w="90" w:type="dxa"/>
              <w:bottom w:w="70" w:type="dxa"/>
              <w:right w:w="90" w:type="dxa"/>
            </w:tcMar>
            <w:vAlign w:val="center"/>
          </w:tcPr>
          <w:p w14:paraId="18EB3AAD" w14:textId="77777777" w:rsidR="008D43AB" w:rsidRDefault="00000000">
            <w:pPr>
              <w:jc w:val="center"/>
            </w:pPr>
            <w:r>
              <w:rPr>
                <w:b/>
                <w:color w:val="000000"/>
                <w:sz w:val="24"/>
              </w:rPr>
              <w:lastRenderedPageBreak/>
              <w:t>UČNA PRIPRAVA 37/39</w:t>
            </w:r>
          </w:p>
        </w:tc>
      </w:tr>
      <w:tr w:rsidR="008D43AB" w14:paraId="6CB635AE" w14:textId="77777777">
        <w:trPr>
          <w:jc w:val="center"/>
        </w:trPr>
        <w:tc>
          <w:tcPr>
            <w:tcW w:w="2665" w:type="dxa"/>
            <w:tcMar>
              <w:top w:w="70" w:type="dxa"/>
              <w:left w:w="90" w:type="dxa"/>
              <w:bottom w:w="70" w:type="dxa"/>
              <w:right w:w="90" w:type="dxa"/>
            </w:tcMar>
            <w:vAlign w:val="center"/>
          </w:tcPr>
          <w:p w14:paraId="3718ACA8"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8A486B1"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6AD01016"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B060963" w14:textId="77777777" w:rsidR="008D43AB" w:rsidRDefault="00000000">
            <w:r>
              <w:rPr>
                <w:b/>
                <w:color w:val="000000"/>
                <w:sz w:val="16"/>
              </w:rPr>
              <w:t xml:space="preserve">NAČRTOVANI TERMIN: </w:t>
            </w:r>
            <w:r>
              <w:rPr>
                <w:color w:val="000000"/>
                <w:sz w:val="16"/>
              </w:rPr>
              <w:t>37. teden • 7.–11. 6. 2027</w:t>
            </w:r>
          </w:p>
        </w:tc>
        <w:tc>
          <w:tcPr>
            <w:tcW w:w="2268" w:type="dxa"/>
            <w:tcMar>
              <w:top w:w="70" w:type="dxa"/>
              <w:left w:w="90" w:type="dxa"/>
              <w:bottom w:w="70" w:type="dxa"/>
              <w:right w:w="90" w:type="dxa"/>
            </w:tcMar>
            <w:vAlign w:val="center"/>
          </w:tcPr>
          <w:p w14:paraId="41A2FC4C"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4B5C794" w14:textId="77777777" w:rsidR="008D43AB" w:rsidRDefault="00000000">
            <w:r>
              <w:rPr>
                <w:b/>
                <w:color w:val="000000"/>
                <w:sz w:val="16"/>
              </w:rPr>
              <w:t xml:space="preserve">ŠTEVILO UR: </w:t>
            </w:r>
            <w:r>
              <w:rPr>
                <w:color w:val="000000"/>
                <w:sz w:val="16"/>
              </w:rPr>
              <w:t>2</w:t>
            </w:r>
          </w:p>
        </w:tc>
      </w:tr>
      <w:tr w:rsidR="008D43AB" w14:paraId="2E712DC7" w14:textId="77777777">
        <w:trPr>
          <w:jc w:val="center"/>
        </w:trPr>
        <w:tc>
          <w:tcPr>
            <w:tcW w:w="14061" w:type="dxa"/>
            <w:gridSpan w:val="6"/>
            <w:tcMar>
              <w:top w:w="70" w:type="dxa"/>
              <w:left w:w="90" w:type="dxa"/>
              <w:bottom w:w="70" w:type="dxa"/>
              <w:right w:w="90" w:type="dxa"/>
            </w:tcMar>
            <w:vAlign w:val="center"/>
          </w:tcPr>
          <w:p w14:paraId="253647E7"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3CF9609D" w14:textId="77777777">
        <w:trPr>
          <w:cantSplit/>
          <w:jc w:val="center"/>
        </w:trPr>
        <w:tc>
          <w:tcPr>
            <w:tcW w:w="14060" w:type="dxa"/>
            <w:gridSpan w:val="6"/>
            <w:tcMar>
              <w:top w:w="70" w:type="dxa"/>
              <w:left w:w="90" w:type="dxa"/>
              <w:bottom w:w="70" w:type="dxa"/>
              <w:right w:w="90" w:type="dxa"/>
            </w:tcMar>
            <w:vAlign w:val="center"/>
          </w:tcPr>
          <w:p w14:paraId="46F6025C" w14:textId="77777777" w:rsidR="008D43AB" w:rsidRDefault="008D43AB"/>
          <w:p w14:paraId="66C55FCE" w14:textId="77777777" w:rsidR="008D43AB" w:rsidRDefault="00000000">
            <w:pPr>
              <w:spacing w:line="245" w:lineRule="auto"/>
            </w:pPr>
            <w:r>
              <w:rPr>
                <w:b/>
                <w:color w:val="000000"/>
                <w:sz w:val="16"/>
              </w:rPr>
              <w:t xml:space="preserve">UČNI SKLOP: </w:t>
            </w:r>
            <w:r>
              <w:rPr>
                <w:color w:val="000000"/>
                <w:sz w:val="16"/>
              </w:rPr>
              <w:t>POLETJE, SKUPNOST IN ZAKLJUČEK</w:t>
            </w:r>
          </w:p>
        </w:tc>
      </w:tr>
      <w:tr w:rsidR="008D43AB" w14:paraId="633801F1" w14:textId="77777777">
        <w:trPr>
          <w:cantSplit/>
          <w:jc w:val="center"/>
        </w:trPr>
        <w:tc>
          <w:tcPr>
            <w:tcW w:w="14060" w:type="dxa"/>
            <w:gridSpan w:val="6"/>
            <w:tcMar>
              <w:top w:w="70" w:type="dxa"/>
              <w:left w:w="90" w:type="dxa"/>
              <w:bottom w:w="70" w:type="dxa"/>
              <w:right w:w="90" w:type="dxa"/>
            </w:tcMar>
            <w:vAlign w:val="center"/>
          </w:tcPr>
          <w:p w14:paraId="45FC4DC3" w14:textId="77777777" w:rsidR="008D43AB" w:rsidRDefault="008D43AB"/>
          <w:p w14:paraId="7B400CCD" w14:textId="77777777" w:rsidR="008D43AB" w:rsidRDefault="00000000">
            <w:pPr>
              <w:spacing w:line="245" w:lineRule="auto"/>
            </w:pPr>
            <w:r>
              <w:rPr>
                <w:b/>
                <w:color w:val="000000"/>
                <w:sz w:val="16"/>
              </w:rPr>
              <w:t xml:space="preserve">UČNA TEMA: </w:t>
            </w:r>
            <w:r>
              <w:rPr>
                <w:color w:val="000000"/>
                <w:sz w:val="16"/>
              </w:rPr>
              <w:t>USTVARJAMO</w:t>
            </w:r>
          </w:p>
        </w:tc>
      </w:tr>
      <w:tr w:rsidR="008D43AB" w14:paraId="72C3E22D" w14:textId="77777777">
        <w:trPr>
          <w:cantSplit/>
          <w:jc w:val="center"/>
        </w:trPr>
        <w:tc>
          <w:tcPr>
            <w:tcW w:w="14060" w:type="dxa"/>
            <w:gridSpan w:val="6"/>
            <w:tcMar>
              <w:top w:w="70" w:type="dxa"/>
              <w:left w:w="90" w:type="dxa"/>
              <w:bottom w:w="70" w:type="dxa"/>
              <w:right w:w="90" w:type="dxa"/>
            </w:tcMar>
            <w:vAlign w:val="center"/>
          </w:tcPr>
          <w:p w14:paraId="76AF62EC" w14:textId="77777777" w:rsidR="008D43AB" w:rsidRDefault="008D43AB"/>
          <w:p w14:paraId="4172F8E9" w14:textId="77777777" w:rsidR="008D43AB" w:rsidRDefault="00000000">
            <w:pPr>
              <w:spacing w:line="245" w:lineRule="auto"/>
            </w:pPr>
            <w:r>
              <w:rPr>
                <w:b/>
                <w:color w:val="000000"/>
                <w:sz w:val="16"/>
              </w:rPr>
              <w:t xml:space="preserve">KNJIŽEVNO / MOTIVNO IZHODIŠČE: </w:t>
            </w:r>
            <w:r>
              <w:rPr>
                <w:color w:val="000000"/>
                <w:sz w:val="16"/>
              </w:rPr>
              <w:t>»Zakaj?« – Lila Prap • NADALJEVANJE • okoljska vprašanja, ponovna uporaba in ustvarjalne rešitve</w:t>
            </w:r>
          </w:p>
        </w:tc>
      </w:tr>
      <w:tr w:rsidR="008D43AB" w14:paraId="1D22F92D" w14:textId="77777777">
        <w:trPr>
          <w:cantSplit/>
          <w:jc w:val="center"/>
        </w:trPr>
        <w:tc>
          <w:tcPr>
            <w:tcW w:w="14060" w:type="dxa"/>
            <w:gridSpan w:val="6"/>
            <w:tcMar>
              <w:top w:w="70" w:type="dxa"/>
              <w:left w:w="90" w:type="dxa"/>
              <w:bottom w:w="70" w:type="dxa"/>
              <w:right w:w="90" w:type="dxa"/>
            </w:tcMar>
            <w:vAlign w:val="center"/>
          </w:tcPr>
          <w:p w14:paraId="5FC8C8E3" w14:textId="77777777" w:rsidR="008D43AB" w:rsidRDefault="008D43AB"/>
          <w:p w14:paraId="34CFA613" w14:textId="77777777" w:rsidR="008D43AB" w:rsidRDefault="00000000">
            <w:pPr>
              <w:spacing w:line="245" w:lineRule="auto"/>
            </w:pPr>
            <w:r>
              <w:rPr>
                <w:b/>
                <w:color w:val="000000"/>
                <w:sz w:val="16"/>
              </w:rPr>
              <w:t xml:space="preserve">GLASBENO IZHODIŠČE / REPERTOAR: </w:t>
            </w:r>
            <w:r>
              <w:rPr>
                <w:color w:val="000000"/>
                <w:sz w:val="16"/>
              </w:rPr>
              <w:t>zvočila iz ponovno uporabljenih predmetov; slikovni zapis</w:t>
            </w:r>
          </w:p>
        </w:tc>
      </w:tr>
      <w:tr w:rsidR="008D43AB" w14:paraId="77EF0AD4" w14:textId="77777777">
        <w:trPr>
          <w:cantSplit/>
          <w:jc w:val="center"/>
        </w:trPr>
        <w:tc>
          <w:tcPr>
            <w:tcW w:w="14060" w:type="dxa"/>
            <w:gridSpan w:val="6"/>
            <w:tcMar>
              <w:top w:w="70" w:type="dxa"/>
              <w:left w:w="90" w:type="dxa"/>
              <w:bottom w:w="70" w:type="dxa"/>
              <w:right w:w="90" w:type="dxa"/>
            </w:tcMar>
            <w:vAlign w:val="center"/>
          </w:tcPr>
          <w:p w14:paraId="61BDF7C1" w14:textId="77777777" w:rsidR="008D43AB" w:rsidRDefault="008D43AB"/>
          <w:p w14:paraId="4FD6A119" w14:textId="77777777" w:rsidR="008D43AB" w:rsidRDefault="00000000">
            <w:pPr>
              <w:spacing w:line="245" w:lineRule="auto"/>
            </w:pPr>
            <w:r>
              <w:rPr>
                <w:b/>
                <w:color w:val="000000"/>
                <w:sz w:val="16"/>
              </w:rPr>
              <w:t xml:space="preserve">UČNE ENOTE: </w:t>
            </w:r>
            <w:r>
              <w:rPr>
                <w:color w:val="000000"/>
                <w:sz w:val="16"/>
              </w:rPr>
              <w:t>1. ura – Ustvarjamo – Poslušam in izvajam • 2. ura – Ustvarjamo – Ustvarim in nastopim</w:t>
            </w:r>
          </w:p>
        </w:tc>
      </w:tr>
      <w:tr w:rsidR="008D43AB" w14:paraId="30646AF1" w14:textId="77777777">
        <w:trPr>
          <w:cantSplit/>
          <w:jc w:val="center"/>
        </w:trPr>
        <w:tc>
          <w:tcPr>
            <w:tcW w:w="14060" w:type="dxa"/>
            <w:gridSpan w:val="6"/>
            <w:tcMar>
              <w:top w:w="70" w:type="dxa"/>
              <w:left w:w="90" w:type="dxa"/>
              <w:bottom w:w="70" w:type="dxa"/>
              <w:right w:w="90" w:type="dxa"/>
            </w:tcMar>
            <w:vAlign w:val="center"/>
          </w:tcPr>
          <w:p w14:paraId="287F638C" w14:textId="77777777" w:rsidR="008D43AB" w:rsidRDefault="008D43AB"/>
          <w:p w14:paraId="3A1AC781"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7CDA842B" w14:textId="77777777">
        <w:trPr>
          <w:cantSplit/>
          <w:jc w:val="center"/>
        </w:trPr>
        <w:tc>
          <w:tcPr>
            <w:tcW w:w="14060" w:type="dxa"/>
            <w:gridSpan w:val="6"/>
            <w:tcMar>
              <w:top w:w="70" w:type="dxa"/>
              <w:left w:w="90" w:type="dxa"/>
              <w:bottom w:w="70" w:type="dxa"/>
              <w:right w:w="90" w:type="dxa"/>
            </w:tcMar>
            <w:vAlign w:val="center"/>
          </w:tcPr>
          <w:p w14:paraId="1767798B" w14:textId="77777777" w:rsidR="008D43AB" w:rsidRDefault="008D43AB"/>
          <w:p w14:paraId="77AE82BD"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6A5A9628" w14:textId="77777777">
        <w:trPr>
          <w:cantSplit/>
          <w:jc w:val="center"/>
        </w:trPr>
        <w:tc>
          <w:tcPr>
            <w:tcW w:w="14060" w:type="dxa"/>
            <w:gridSpan w:val="6"/>
            <w:tcMar>
              <w:top w:w="70" w:type="dxa"/>
              <w:left w:w="90" w:type="dxa"/>
              <w:bottom w:w="70" w:type="dxa"/>
              <w:right w:w="90" w:type="dxa"/>
            </w:tcMar>
            <w:vAlign w:val="center"/>
          </w:tcPr>
          <w:p w14:paraId="660D5B08" w14:textId="77777777" w:rsidR="008D43AB" w:rsidRDefault="008D43AB"/>
          <w:p w14:paraId="296A3406"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440F6230" w14:textId="77777777">
        <w:trPr>
          <w:cantSplit/>
          <w:jc w:val="center"/>
        </w:trPr>
        <w:tc>
          <w:tcPr>
            <w:tcW w:w="14060" w:type="dxa"/>
            <w:gridSpan w:val="6"/>
            <w:tcMar>
              <w:top w:w="70" w:type="dxa"/>
              <w:left w:w="90" w:type="dxa"/>
              <w:bottom w:w="70" w:type="dxa"/>
              <w:right w:w="90" w:type="dxa"/>
            </w:tcMar>
            <w:vAlign w:val="center"/>
          </w:tcPr>
          <w:p w14:paraId="303F5D6A" w14:textId="77777777" w:rsidR="008D43AB" w:rsidRDefault="008D43AB"/>
          <w:p w14:paraId="09EF8008" w14:textId="77777777" w:rsidR="008D43AB" w:rsidRDefault="00000000">
            <w:pPr>
              <w:spacing w:line="245" w:lineRule="auto"/>
            </w:pPr>
            <w:r>
              <w:rPr>
                <w:b/>
                <w:color w:val="000000"/>
                <w:sz w:val="16"/>
              </w:rPr>
              <w:t xml:space="preserve">MEDPREDMETNE POVEZAVE: </w:t>
            </w:r>
            <w:r>
              <w:rPr>
                <w:color w:val="000000"/>
                <w:sz w:val="16"/>
              </w:rPr>
              <w:t>SPO – okoljska vprašanja, ponovna uporaba in ustvarjalne rešitve; SLJ – poslušanje, ritmični govor in opis doživetja; ŠPO – pulz, tempo, gibalni odziv in prostorska orientacija; LUM – simbol, barva, linija in zvočni zapis</w:t>
            </w:r>
          </w:p>
        </w:tc>
      </w:tr>
      <w:tr w:rsidR="008D43AB" w14:paraId="748B4028" w14:textId="77777777">
        <w:trPr>
          <w:cantSplit/>
          <w:jc w:val="center"/>
        </w:trPr>
        <w:tc>
          <w:tcPr>
            <w:tcW w:w="14060" w:type="dxa"/>
            <w:gridSpan w:val="6"/>
            <w:tcMar>
              <w:top w:w="70" w:type="dxa"/>
              <w:left w:w="90" w:type="dxa"/>
              <w:bottom w:w="70" w:type="dxa"/>
              <w:right w:w="90" w:type="dxa"/>
            </w:tcMar>
            <w:vAlign w:val="center"/>
          </w:tcPr>
          <w:p w14:paraId="1D369685" w14:textId="77777777" w:rsidR="008D43AB" w:rsidRDefault="008D43AB"/>
          <w:p w14:paraId="52391FF1"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30E67F0A" w14:textId="77777777">
        <w:trPr>
          <w:cantSplit/>
          <w:jc w:val="center"/>
        </w:trPr>
        <w:tc>
          <w:tcPr>
            <w:tcW w:w="14060" w:type="dxa"/>
            <w:gridSpan w:val="6"/>
            <w:tcMar>
              <w:top w:w="70" w:type="dxa"/>
              <w:left w:w="90" w:type="dxa"/>
              <w:bottom w:w="70" w:type="dxa"/>
              <w:right w:w="90" w:type="dxa"/>
            </w:tcMar>
            <w:vAlign w:val="center"/>
          </w:tcPr>
          <w:p w14:paraId="1D29360B" w14:textId="77777777" w:rsidR="008D43AB" w:rsidRDefault="008D43AB"/>
          <w:p w14:paraId="510B130B"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3EAF9F46" w14:textId="77777777">
        <w:trPr>
          <w:cantSplit/>
          <w:jc w:val="center"/>
        </w:trPr>
        <w:tc>
          <w:tcPr>
            <w:tcW w:w="14060" w:type="dxa"/>
            <w:gridSpan w:val="6"/>
            <w:tcMar>
              <w:top w:w="70" w:type="dxa"/>
              <w:left w:w="90" w:type="dxa"/>
              <w:bottom w:w="70" w:type="dxa"/>
              <w:right w:w="90" w:type="dxa"/>
            </w:tcMar>
            <w:vAlign w:val="center"/>
          </w:tcPr>
          <w:p w14:paraId="15A467A5" w14:textId="77777777" w:rsidR="008D43AB" w:rsidRDefault="008D43AB"/>
          <w:p w14:paraId="5F28E394"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663D651B" w14:textId="77777777">
        <w:trPr>
          <w:cantSplit/>
          <w:jc w:val="center"/>
        </w:trPr>
        <w:tc>
          <w:tcPr>
            <w:tcW w:w="14060" w:type="dxa"/>
            <w:gridSpan w:val="6"/>
            <w:tcMar>
              <w:top w:w="70" w:type="dxa"/>
              <w:left w:w="90" w:type="dxa"/>
              <w:bottom w:w="70" w:type="dxa"/>
              <w:right w:w="90" w:type="dxa"/>
            </w:tcMar>
            <w:vAlign w:val="center"/>
          </w:tcPr>
          <w:p w14:paraId="727E1997" w14:textId="77777777" w:rsidR="008D43AB" w:rsidRDefault="008D43AB"/>
          <w:p w14:paraId="6AA8BBE6"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5C5CB4FE"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43ABF1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B985B9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EFEE8EE" w14:textId="77777777" w:rsidR="008D43AB" w:rsidRDefault="00000000">
            <w:pPr>
              <w:jc w:val="center"/>
            </w:pPr>
            <w:r>
              <w:rPr>
                <w:b/>
                <w:color w:val="000000"/>
                <w:sz w:val="20"/>
              </w:rPr>
              <w:t>UČNE DEJAVNOSTI, METODE IN FORMATIVNO SPREMLJANJE</w:t>
            </w:r>
          </w:p>
        </w:tc>
      </w:tr>
      <w:tr w:rsidR="008D43AB" w14:paraId="3616E37D" w14:textId="77777777">
        <w:trPr>
          <w:tblHeader/>
          <w:jc w:val="center"/>
        </w:trPr>
        <w:tc>
          <w:tcPr>
            <w:tcW w:w="4422" w:type="dxa"/>
            <w:vMerge/>
            <w:tcMar>
              <w:top w:w="70" w:type="dxa"/>
              <w:left w:w="90" w:type="dxa"/>
              <w:bottom w:w="70" w:type="dxa"/>
              <w:right w:w="90" w:type="dxa"/>
            </w:tcMar>
            <w:vAlign w:val="center"/>
          </w:tcPr>
          <w:p w14:paraId="7CC28E67" w14:textId="77777777" w:rsidR="008D43AB" w:rsidRDefault="008D43AB"/>
        </w:tc>
        <w:tc>
          <w:tcPr>
            <w:tcW w:w="7087" w:type="dxa"/>
            <w:shd w:val="clear" w:color="auto" w:fill="FFFFFF"/>
            <w:tcMar>
              <w:top w:w="70" w:type="dxa"/>
              <w:left w:w="90" w:type="dxa"/>
              <w:bottom w:w="70" w:type="dxa"/>
              <w:right w:w="90" w:type="dxa"/>
            </w:tcMar>
            <w:vAlign w:val="center"/>
          </w:tcPr>
          <w:p w14:paraId="4EDE019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5EF3D7E" w14:textId="77777777" w:rsidR="008D43AB" w:rsidRDefault="00000000">
            <w:pPr>
              <w:jc w:val="center"/>
            </w:pPr>
            <w:r>
              <w:rPr>
                <w:b/>
                <w:color w:val="000000"/>
              </w:rPr>
              <w:t>UČENEC</w:t>
            </w:r>
          </w:p>
        </w:tc>
      </w:tr>
      <w:tr w:rsidR="008D43AB" w14:paraId="5D74527E" w14:textId="77777777">
        <w:trPr>
          <w:jc w:val="center"/>
        </w:trPr>
        <w:tc>
          <w:tcPr>
            <w:tcW w:w="4422" w:type="dxa"/>
            <w:tcMar>
              <w:top w:w="70" w:type="dxa"/>
              <w:left w:w="90" w:type="dxa"/>
              <w:bottom w:w="70" w:type="dxa"/>
              <w:right w:w="90" w:type="dxa"/>
            </w:tcMar>
          </w:tcPr>
          <w:p w14:paraId="27220EA6" w14:textId="77777777" w:rsidR="008D43AB" w:rsidRDefault="008D43AB"/>
          <w:p w14:paraId="6098C0C8" w14:textId="77777777" w:rsidR="008D43AB" w:rsidRDefault="00000000">
            <w:pPr>
              <w:spacing w:after="60" w:line="245" w:lineRule="auto"/>
            </w:pPr>
            <w:r>
              <w:rPr>
                <w:b/>
                <w:color w:val="000000"/>
              </w:rPr>
              <w:t>UČNI CILJI</w:t>
            </w:r>
          </w:p>
          <w:p w14:paraId="5F28A7A0" w14:textId="77777777" w:rsidR="008D43AB" w:rsidRDefault="00000000">
            <w:pPr>
              <w:spacing w:after="20" w:line="245" w:lineRule="auto"/>
            </w:pPr>
            <w:r>
              <w:rPr>
                <w:b/>
                <w:color w:val="000000"/>
                <w:sz w:val="17"/>
              </w:rPr>
              <w:t>SPLOŠNI</w:t>
            </w:r>
          </w:p>
          <w:p w14:paraId="35B37F57"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4228FAC2" w14:textId="77777777" w:rsidR="008D43AB" w:rsidRDefault="00000000">
            <w:pPr>
              <w:pStyle w:val="Oznaenseznam"/>
              <w:spacing w:after="16"/>
            </w:pPr>
            <w:r>
              <w:rPr>
                <w:color w:val="000000"/>
                <w:sz w:val="16"/>
              </w:rPr>
              <w:t>poje, ritmično govori ter uporablja telo, glasbila in predmete kot zvočne vire</w:t>
            </w:r>
          </w:p>
          <w:p w14:paraId="3928A943" w14:textId="77777777" w:rsidR="008D43AB" w:rsidRDefault="00000000">
            <w:pPr>
              <w:pStyle w:val="Oznaenseznam"/>
              <w:spacing w:after="16"/>
            </w:pPr>
            <w:r>
              <w:rPr>
                <w:color w:val="000000"/>
                <w:sz w:val="16"/>
              </w:rPr>
              <w:t>razlikuje izbrane lastnosti zvoka in glasbe ter varuje sluh in odgovorno uporablja glasbila</w:t>
            </w:r>
          </w:p>
          <w:p w14:paraId="67F23F70"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53788C32" w14:textId="77777777" w:rsidR="008D43AB" w:rsidRDefault="00000000">
            <w:pPr>
              <w:spacing w:before="40" w:after="20" w:line="245" w:lineRule="auto"/>
            </w:pPr>
            <w:r>
              <w:rPr>
                <w:b/>
                <w:color w:val="000000"/>
                <w:sz w:val="17"/>
              </w:rPr>
              <w:t>OPERATIVNI</w:t>
            </w:r>
          </w:p>
          <w:p w14:paraId="52A73234" w14:textId="77777777" w:rsidR="008D43AB" w:rsidRDefault="00000000">
            <w:pPr>
              <w:pStyle w:val="Oznaenseznam"/>
              <w:spacing w:after="16"/>
            </w:pPr>
            <w:r>
              <w:rPr>
                <w:color w:val="000000"/>
                <w:sz w:val="16"/>
              </w:rPr>
              <w:t>izbere zvoke</w:t>
            </w:r>
          </w:p>
          <w:p w14:paraId="733DDF23" w14:textId="77777777" w:rsidR="008D43AB" w:rsidRDefault="00000000">
            <w:pPr>
              <w:pStyle w:val="Oznaenseznam"/>
              <w:spacing w:after="16"/>
            </w:pPr>
            <w:r>
              <w:rPr>
                <w:color w:val="000000"/>
                <w:sz w:val="16"/>
              </w:rPr>
              <w:t>zapiše zaporedje s simboli</w:t>
            </w:r>
          </w:p>
          <w:p w14:paraId="27A63149" w14:textId="77777777" w:rsidR="008D43AB" w:rsidRDefault="00000000">
            <w:pPr>
              <w:pStyle w:val="Oznaenseznam"/>
              <w:spacing w:after="16"/>
            </w:pPr>
            <w:r>
              <w:rPr>
                <w:color w:val="000000"/>
                <w:sz w:val="16"/>
              </w:rPr>
              <w:t>izvede v skupini</w:t>
            </w:r>
          </w:p>
          <w:p w14:paraId="2DBD82D4" w14:textId="77777777" w:rsidR="008D43AB" w:rsidRDefault="00000000">
            <w:pPr>
              <w:spacing w:before="40" w:after="20" w:line="245" w:lineRule="auto"/>
            </w:pPr>
            <w:r>
              <w:rPr>
                <w:b/>
                <w:color w:val="000000"/>
                <w:sz w:val="17"/>
              </w:rPr>
              <w:t>PRIČAKOVANI DOSEŽKI / MINIMALNI POUDARKI</w:t>
            </w:r>
          </w:p>
          <w:p w14:paraId="5A50D987" w14:textId="77777777" w:rsidR="008D43AB" w:rsidRDefault="00000000">
            <w:pPr>
              <w:pStyle w:val="Oznaenseznam"/>
              <w:spacing w:after="16"/>
            </w:pPr>
            <w:r>
              <w:rPr>
                <w:color w:val="000000"/>
                <w:sz w:val="15"/>
              </w:rPr>
              <w:t>samostojno oziroma z dogovorjeno oporo izbere zvoke</w:t>
            </w:r>
          </w:p>
          <w:p w14:paraId="6AB5FA10" w14:textId="77777777" w:rsidR="008D43AB" w:rsidRDefault="00000000">
            <w:pPr>
              <w:pStyle w:val="Oznaenseznam"/>
              <w:spacing w:after="16"/>
            </w:pPr>
            <w:r>
              <w:rPr>
                <w:color w:val="000000"/>
                <w:sz w:val="15"/>
              </w:rPr>
              <w:t>samostojno oziroma z dogovorjeno oporo zapiše zaporedje s simboli</w:t>
            </w:r>
          </w:p>
          <w:p w14:paraId="624738D6" w14:textId="77777777" w:rsidR="008D43AB" w:rsidRDefault="00000000">
            <w:pPr>
              <w:pStyle w:val="Oznaenseznam"/>
              <w:spacing w:after="16"/>
            </w:pPr>
            <w:r>
              <w:rPr>
                <w:color w:val="000000"/>
                <w:sz w:val="15"/>
              </w:rPr>
              <w:t>samostojno oziroma z dogovorjeno oporo izvede v skupini</w:t>
            </w:r>
          </w:p>
        </w:tc>
        <w:tc>
          <w:tcPr>
            <w:tcW w:w="7087" w:type="dxa"/>
            <w:tcMar>
              <w:top w:w="70" w:type="dxa"/>
              <w:left w:w="90" w:type="dxa"/>
              <w:bottom w:w="70" w:type="dxa"/>
              <w:right w:w="90" w:type="dxa"/>
            </w:tcMar>
          </w:tcPr>
          <w:p w14:paraId="615C61B3"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64E7E5E8" w14:textId="77777777">
              <w:trPr>
                <w:jc w:val="center"/>
              </w:trPr>
              <w:tc>
                <w:tcPr>
                  <w:tcW w:w="7087" w:type="dxa"/>
                  <w:shd w:val="clear" w:color="auto" w:fill="C6E7F3"/>
                  <w:tcMar>
                    <w:top w:w="45" w:type="dxa"/>
                    <w:left w:w="70" w:type="dxa"/>
                    <w:bottom w:w="45" w:type="dxa"/>
                    <w:right w:w="70" w:type="dxa"/>
                  </w:tcMar>
                </w:tcPr>
                <w:p w14:paraId="301D08D0" w14:textId="77777777" w:rsidR="008D43AB" w:rsidRDefault="00000000">
                  <w:pPr>
                    <w:keepNext/>
                  </w:pPr>
                  <w:r>
                    <w:rPr>
                      <w:b/>
                      <w:color w:val="000000"/>
                    </w:rPr>
                    <w:t>UVODNI DEL – zvočna motivacija, aktivacija predznanja in namen učenja (8–12 min)</w:t>
                  </w:r>
                </w:p>
              </w:tc>
            </w:tr>
          </w:tbl>
          <w:p w14:paraId="2F6BE706" w14:textId="77777777" w:rsidR="008D43AB" w:rsidRDefault="008D43AB">
            <w:pPr>
              <w:spacing w:line="20" w:lineRule="exact"/>
            </w:pPr>
          </w:p>
          <w:p w14:paraId="598AA0AD" w14:textId="77777777" w:rsidR="008D43AB" w:rsidRDefault="00000000">
            <w:pPr>
              <w:spacing w:before="40" w:after="60" w:line="245" w:lineRule="auto"/>
            </w:pPr>
            <w:r>
              <w:rPr>
                <w:color w:val="000000"/>
                <w:sz w:val="16"/>
              </w:rPr>
              <w:t>Učenci ob motivu »Zakaj?« – Lila Prap • NADALJEVANJE vstopijo v temo okoljska vprašanja, ponovna uporaba in ustvarjalne rešitve. Najprej v tišini poslušajo kratek zvočni odlomek ali učiteljičino izvedbo (zvočila iz ponovno uporabljenih predmetov; slikovni zapis),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43BD6FE3" w14:textId="77777777">
              <w:trPr>
                <w:jc w:val="center"/>
              </w:trPr>
              <w:tc>
                <w:tcPr>
                  <w:tcW w:w="7087" w:type="dxa"/>
                  <w:shd w:val="clear" w:color="auto" w:fill="EDC9EA"/>
                  <w:tcMar>
                    <w:top w:w="45" w:type="dxa"/>
                    <w:left w:w="70" w:type="dxa"/>
                    <w:bottom w:w="45" w:type="dxa"/>
                    <w:right w:w="70" w:type="dxa"/>
                  </w:tcMar>
                </w:tcPr>
                <w:p w14:paraId="36430256" w14:textId="77777777" w:rsidR="008D43AB" w:rsidRDefault="00000000">
                  <w:pPr>
                    <w:keepNext/>
                  </w:pPr>
                  <w:r>
                    <w:rPr>
                      <w:b/>
                      <w:color w:val="000000"/>
                    </w:rPr>
                    <w:t>NAMENI UČENJA</w:t>
                  </w:r>
                </w:p>
              </w:tc>
            </w:tr>
          </w:tbl>
          <w:p w14:paraId="557A3EB7" w14:textId="77777777" w:rsidR="008D43AB" w:rsidRDefault="008D43AB">
            <w:pPr>
              <w:spacing w:line="20" w:lineRule="exact"/>
            </w:pPr>
          </w:p>
          <w:p w14:paraId="4DC4D7DC"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1399E38C" w14:textId="77777777" w:rsidR="008D43AB" w:rsidRDefault="00000000">
            <w:pPr>
              <w:pStyle w:val="Oznaenseznam"/>
              <w:spacing w:after="16"/>
            </w:pPr>
            <w:r>
              <w:rPr>
                <w:color w:val="000000"/>
                <w:sz w:val="16"/>
              </w:rPr>
              <w:t>izberem zvoke</w:t>
            </w:r>
          </w:p>
          <w:p w14:paraId="11BB366C" w14:textId="77777777" w:rsidR="008D43AB" w:rsidRDefault="00000000">
            <w:pPr>
              <w:pStyle w:val="Oznaenseznam"/>
              <w:spacing w:after="16"/>
            </w:pPr>
            <w:r>
              <w:rPr>
                <w:color w:val="000000"/>
                <w:sz w:val="16"/>
              </w:rPr>
              <w:t>zapišem zaporedje s simboli</w:t>
            </w:r>
          </w:p>
          <w:p w14:paraId="5623886D" w14:textId="77777777" w:rsidR="008D43AB" w:rsidRDefault="00000000">
            <w:pPr>
              <w:pStyle w:val="Oznaenseznam"/>
              <w:spacing w:after="16"/>
            </w:pPr>
            <w:r>
              <w:rPr>
                <w:color w:val="000000"/>
                <w:sz w:val="16"/>
              </w:rPr>
              <w:t>izvedem v skupini</w:t>
            </w:r>
          </w:p>
          <w:tbl>
            <w:tblPr>
              <w:tblStyle w:val="Tabelamrea"/>
              <w:tblW w:w="0" w:type="auto"/>
              <w:jc w:val="center"/>
              <w:tblLayout w:type="fixed"/>
              <w:tblLook w:val="04A0" w:firstRow="1" w:lastRow="0" w:firstColumn="1" w:lastColumn="0" w:noHBand="0" w:noVBand="1"/>
            </w:tblPr>
            <w:tblGrid>
              <w:gridCol w:w="7087"/>
            </w:tblGrid>
            <w:tr w:rsidR="008D43AB" w14:paraId="21D99483" w14:textId="77777777">
              <w:trPr>
                <w:jc w:val="center"/>
              </w:trPr>
              <w:tc>
                <w:tcPr>
                  <w:tcW w:w="7087" w:type="dxa"/>
                  <w:shd w:val="clear" w:color="auto" w:fill="EDC9EA"/>
                  <w:tcMar>
                    <w:top w:w="45" w:type="dxa"/>
                    <w:left w:w="70" w:type="dxa"/>
                    <w:bottom w:w="45" w:type="dxa"/>
                    <w:right w:w="70" w:type="dxa"/>
                  </w:tcMar>
                </w:tcPr>
                <w:p w14:paraId="2C35AA78" w14:textId="77777777" w:rsidR="008D43AB" w:rsidRDefault="00000000">
                  <w:pPr>
                    <w:keepNext/>
                  </w:pPr>
                  <w:r>
                    <w:rPr>
                      <w:b/>
                      <w:color w:val="000000"/>
                    </w:rPr>
                    <w:t>PREVERJANJE PREDZNANJA</w:t>
                  </w:r>
                </w:p>
              </w:tc>
            </w:tr>
          </w:tbl>
          <w:p w14:paraId="3323340A" w14:textId="77777777" w:rsidR="008D43AB" w:rsidRDefault="008D43AB">
            <w:pPr>
              <w:spacing w:line="20" w:lineRule="exact"/>
            </w:pPr>
          </w:p>
          <w:p w14:paraId="6890444A" w14:textId="77777777" w:rsidR="008D43AB" w:rsidRDefault="00000000">
            <w:pPr>
              <w:pStyle w:val="Oznaenseznam"/>
              <w:spacing w:after="16"/>
            </w:pPr>
            <w:r>
              <w:rPr>
                <w:color w:val="000000"/>
                <w:sz w:val="16"/>
              </w:rPr>
              <w:t>Kaj mi zvok, naslov, slika ali motiv pove o temi okoljska vprašanja, ponovna uporaba in ustvarjalne rešitve?</w:t>
            </w:r>
          </w:p>
          <w:p w14:paraId="0198B0DD" w14:textId="77777777" w:rsidR="008D43AB" w:rsidRDefault="00000000">
            <w:pPr>
              <w:pStyle w:val="Oznaenseznam"/>
              <w:spacing w:after="16"/>
            </w:pPr>
            <w:r>
              <w:rPr>
                <w:color w:val="000000"/>
                <w:sz w:val="16"/>
              </w:rPr>
              <w:t>Kako lahko s poslušanjem, glasom, telesom, glasbilom ali simbolom pokažem, kaj že znam pri temi »USTVARJAMO«?</w:t>
            </w:r>
          </w:p>
          <w:p w14:paraId="59C5C9ED"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259EC787" w14:textId="77777777">
              <w:trPr>
                <w:jc w:val="center"/>
              </w:trPr>
              <w:tc>
                <w:tcPr>
                  <w:tcW w:w="7087" w:type="dxa"/>
                  <w:shd w:val="clear" w:color="auto" w:fill="EDC9EA"/>
                  <w:tcMar>
                    <w:top w:w="45" w:type="dxa"/>
                    <w:left w:w="70" w:type="dxa"/>
                    <w:bottom w:w="45" w:type="dxa"/>
                    <w:right w:w="70" w:type="dxa"/>
                  </w:tcMar>
                </w:tcPr>
                <w:p w14:paraId="13E0796B" w14:textId="77777777" w:rsidR="008D43AB" w:rsidRDefault="00000000">
                  <w:pPr>
                    <w:keepNext/>
                  </w:pPr>
                  <w:r>
                    <w:rPr>
                      <w:b/>
                      <w:color w:val="000000"/>
                    </w:rPr>
                    <w:t>KRITERIJI USPEŠNOSTI</w:t>
                  </w:r>
                </w:p>
              </w:tc>
            </w:tr>
          </w:tbl>
          <w:p w14:paraId="57594EB9" w14:textId="77777777" w:rsidR="008D43AB" w:rsidRDefault="008D43AB"/>
          <w:p w14:paraId="182DF064" w14:textId="77777777" w:rsidR="008D43AB" w:rsidRDefault="00000000">
            <w:pPr>
              <w:spacing w:before="20" w:after="20" w:line="245" w:lineRule="auto"/>
            </w:pPr>
            <w:r>
              <w:rPr>
                <w:b/>
                <w:color w:val="000000"/>
                <w:sz w:val="16"/>
              </w:rPr>
              <w:t>Uspešen/-na bom, ko:</w:t>
            </w:r>
          </w:p>
          <w:p w14:paraId="356BF65C" w14:textId="77777777" w:rsidR="008D43AB" w:rsidRDefault="00000000">
            <w:pPr>
              <w:pStyle w:val="Oznaenseznam"/>
              <w:spacing w:after="16"/>
            </w:pPr>
            <w:r>
              <w:rPr>
                <w:color w:val="000000"/>
                <w:sz w:val="16"/>
              </w:rPr>
              <w:t>izberem zvoke</w:t>
            </w:r>
          </w:p>
          <w:p w14:paraId="09D6EC96" w14:textId="77777777" w:rsidR="008D43AB" w:rsidRDefault="00000000">
            <w:pPr>
              <w:pStyle w:val="Oznaenseznam"/>
              <w:spacing w:after="16"/>
            </w:pPr>
            <w:r>
              <w:rPr>
                <w:color w:val="000000"/>
                <w:sz w:val="16"/>
              </w:rPr>
              <w:t>zapišem zaporedje s simboli</w:t>
            </w:r>
          </w:p>
          <w:p w14:paraId="153EDCB5" w14:textId="77777777" w:rsidR="008D43AB" w:rsidRDefault="00000000">
            <w:pPr>
              <w:pStyle w:val="Oznaenseznam"/>
              <w:spacing w:after="16"/>
            </w:pPr>
            <w:r>
              <w:rPr>
                <w:color w:val="000000"/>
                <w:sz w:val="16"/>
              </w:rPr>
              <w:t>izvedem v skupini</w:t>
            </w:r>
          </w:p>
          <w:p w14:paraId="27A5D7A8" w14:textId="77777777" w:rsidR="008D43AB" w:rsidRDefault="00000000">
            <w:pPr>
              <w:pStyle w:val="Oznaenseznam"/>
              <w:spacing w:after="16"/>
            </w:pPr>
            <w:r>
              <w:rPr>
                <w:color w:val="000000"/>
                <w:sz w:val="16"/>
              </w:rPr>
              <w:t>upoštevam dogovorjeni začetek, konec, znak za tišino in varno glasnost</w:t>
            </w:r>
          </w:p>
          <w:p w14:paraId="204F21F3"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16D6198F" w14:textId="77777777" w:rsidR="008D43AB" w:rsidRDefault="008D43AB"/>
          <w:p w14:paraId="2E9F31DB"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2C486D29" w14:textId="77777777" w:rsidR="008D43AB" w:rsidRDefault="00000000">
            <w:pPr>
              <w:spacing w:after="80" w:line="245" w:lineRule="auto"/>
            </w:pPr>
            <w:r>
              <w:rPr>
                <w:color w:val="000000"/>
                <w:sz w:val="16"/>
              </w:rPr>
              <w:t>Pove ali pokaže, kaj že zna in katero glasbeno strategijo bi uporabil.</w:t>
            </w:r>
          </w:p>
          <w:p w14:paraId="7190861F" w14:textId="77777777" w:rsidR="008D43AB" w:rsidRDefault="00000000">
            <w:pPr>
              <w:spacing w:after="100" w:line="245" w:lineRule="auto"/>
            </w:pPr>
            <w:r>
              <w:rPr>
                <w:color w:val="000000"/>
                <w:sz w:val="16"/>
              </w:rPr>
              <w:t>Sodeluje pri razumevanju namenov, meril uspešnosti, varne glasnosti in načina dokazovanja.</w:t>
            </w:r>
          </w:p>
          <w:p w14:paraId="5076575C" w14:textId="77777777" w:rsidR="008D43AB" w:rsidRDefault="00000000">
            <w:pPr>
              <w:spacing w:after="20" w:line="245" w:lineRule="auto"/>
            </w:pPr>
            <w:r>
              <w:rPr>
                <w:b/>
                <w:color w:val="D95BC6"/>
                <w:sz w:val="17"/>
              </w:rPr>
              <w:t>DOKAZ O UČENJU</w:t>
            </w:r>
          </w:p>
          <w:p w14:paraId="67024740"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528D895C"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4A229C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ADB633E"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D7B0CAD" w14:textId="77777777" w:rsidR="008D43AB" w:rsidRDefault="00000000">
            <w:pPr>
              <w:jc w:val="center"/>
            </w:pPr>
            <w:r>
              <w:rPr>
                <w:b/>
                <w:color w:val="000000"/>
                <w:sz w:val="20"/>
              </w:rPr>
              <w:t>UČNE DEJAVNOSTI, METODE IN FORMATIVNO SPREMLJANJE</w:t>
            </w:r>
          </w:p>
        </w:tc>
      </w:tr>
      <w:tr w:rsidR="008D43AB" w14:paraId="6EF5BC96" w14:textId="77777777">
        <w:trPr>
          <w:tblHeader/>
          <w:jc w:val="center"/>
        </w:trPr>
        <w:tc>
          <w:tcPr>
            <w:tcW w:w="4422" w:type="dxa"/>
            <w:vMerge/>
            <w:tcMar>
              <w:top w:w="70" w:type="dxa"/>
              <w:left w:w="90" w:type="dxa"/>
              <w:bottom w:w="70" w:type="dxa"/>
              <w:right w:w="90" w:type="dxa"/>
            </w:tcMar>
            <w:vAlign w:val="center"/>
          </w:tcPr>
          <w:p w14:paraId="7C2A9F78" w14:textId="77777777" w:rsidR="008D43AB" w:rsidRDefault="008D43AB"/>
        </w:tc>
        <w:tc>
          <w:tcPr>
            <w:tcW w:w="7087" w:type="dxa"/>
            <w:shd w:val="clear" w:color="auto" w:fill="FFFFFF"/>
            <w:tcMar>
              <w:top w:w="70" w:type="dxa"/>
              <w:left w:w="90" w:type="dxa"/>
              <w:bottom w:w="70" w:type="dxa"/>
              <w:right w:w="90" w:type="dxa"/>
            </w:tcMar>
            <w:vAlign w:val="center"/>
          </w:tcPr>
          <w:p w14:paraId="0A34C46B"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560003C" w14:textId="77777777" w:rsidR="008D43AB" w:rsidRDefault="00000000">
            <w:pPr>
              <w:jc w:val="center"/>
            </w:pPr>
            <w:r>
              <w:rPr>
                <w:b/>
                <w:color w:val="000000"/>
              </w:rPr>
              <w:t>UČENEC</w:t>
            </w:r>
          </w:p>
        </w:tc>
      </w:tr>
      <w:tr w:rsidR="008D43AB" w14:paraId="71C0A0D0" w14:textId="77777777">
        <w:trPr>
          <w:jc w:val="center"/>
        </w:trPr>
        <w:tc>
          <w:tcPr>
            <w:tcW w:w="4422" w:type="dxa"/>
            <w:tcMar>
              <w:top w:w="70" w:type="dxa"/>
              <w:left w:w="90" w:type="dxa"/>
              <w:bottom w:w="70" w:type="dxa"/>
              <w:right w:w="90" w:type="dxa"/>
            </w:tcMar>
          </w:tcPr>
          <w:p w14:paraId="6450A892" w14:textId="77777777" w:rsidR="008D43AB" w:rsidRDefault="008D43AB"/>
          <w:p w14:paraId="055FE067" w14:textId="77777777" w:rsidR="008D43AB" w:rsidRDefault="00000000">
            <w:pPr>
              <w:spacing w:after="40" w:line="245" w:lineRule="auto"/>
            </w:pPr>
            <w:r>
              <w:rPr>
                <w:b/>
                <w:color w:val="000000"/>
              </w:rPr>
              <w:t>KLJUČNI GLASBENI POJMI</w:t>
            </w:r>
          </w:p>
          <w:p w14:paraId="4A309075" w14:textId="77777777" w:rsidR="008D43AB" w:rsidRDefault="00000000">
            <w:pPr>
              <w:spacing w:after="60" w:line="245" w:lineRule="auto"/>
            </w:pPr>
            <w:r>
              <w:rPr>
                <w:color w:val="000000"/>
                <w:sz w:val="15"/>
              </w:rPr>
              <w:t>poslušanje, zvok, tišina, izvedba, glasbeni znak, dokaz, povratna informacija, zvočilo, glasbilo, motiv, zaporedje, slikovni zapis, dirigent, izvajalec</w:t>
            </w:r>
          </w:p>
          <w:p w14:paraId="4422A575" w14:textId="77777777" w:rsidR="008D43AB" w:rsidRDefault="00000000">
            <w:pPr>
              <w:spacing w:after="20" w:line="245" w:lineRule="auto"/>
            </w:pPr>
            <w:r>
              <w:rPr>
                <w:b/>
                <w:color w:val="000000"/>
                <w:sz w:val="17"/>
              </w:rPr>
              <w:t>DOKAZI O UČENJU</w:t>
            </w:r>
          </w:p>
          <w:p w14:paraId="003241E4" w14:textId="77777777" w:rsidR="008D43AB" w:rsidRDefault="00000000">
            <w:pPr>
              <w:pStyle w:val="Oznaenseznam"/>
              <w:spacing w:after="9"/>
            </w:pPr>
            <w:r>
              <w:rPr>
                <w:color w:val="000000"/>
                <w:sz w:val="15"/>
              </w:rPr>
              <w:t>poslušalski gibalni odziv, ritmični/pevski odmev in učiteljev zapis o skupnem pulzu oziroma začetku/koncu.</w:t>
            </w:r>
          </w:p>
          <w:p w14:paraId="231666C7" w14:textId="77777777" w:rsidR="008D43AB" w:rsidRDefault="00000000">
            <w:pPr>
              <w:pStyle w:val="Oznaenseznam"/>
              <w:spacing w:after="9"/>
            </w:pPr>
            <w:r>
              <w:rPr>
                <w:color w:val="000000"/>
                <w:sz w:val="15"/>
              </w:rPr>
              <w:t>slikovni zvočni zapis, skupinska izvedba/posnetek in vrstniška opisna povratna informacija.</w:t>
            </w:r>
          </w:p>
          <w:p w14:paraId="2D719472" w14:textId="77777777" w:rsidR="008D43AB" w:rsidRDefault="00000000">
            <w:pPr>
              <w:spacing w:before="40" w:after="20" w:line="245" w:lineRule="auto"/>
            </w:pPr>
            <w:r>
              <w:rPr>
                <w:b/>
                <w:color w:val="000000"/>
                <w:sz w:val="17"/>
              </w:rPr>
              <w:t>GLASBENO DOŽIVETJE IN IZKUŠENJSKI POUK</w:t>
            </w:r>
          </w:p>
          <w:p w14:paraId="7958AB75"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59B6A3BC" w14:textId="77777777" w:rsidR="008D43AB" w:rsidRDefault="00000000">
            <w:pPr>
              <w:spacing w:after="20" w:line="245" w:lineRule="auto"/>
            </w:pPr>
            <w:r>
              <w:rPr>
                <w:b/>
                <w:color w:val="000000"/>
                <w:sz w:val="17"/>
              </w:rPr>
              <w:t>POUČEVANJE V GIBANJU</w:t>
            </w:r>
          </w:p>
          <w:p w14:paraId="4EB4436E"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748BAE85" w14:textId="77777777" w:rsidR="008D43AB" w:rsidRDefault="00000000">
            <w:pPr>
              <w:spacing w:after="20" w:line="245" w:lineRule="auto"/>
            </w:pPr>
            <w:r>
              <w:rPr>
                <w:b/>
                <w:color w:val="000000"/>
                <w:sz w:val="17"/>
              </w:rPr>
              <w:t>DELO PO POSTAJAH</w:t>
            </w:r>
          </w:p>
          <w:p w14:paraId="2DB3232C"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4C591664" w14:textId="77777777" w:rsidR="008D43AB" w:rsidRDefault="00000000">
            <w:pPr>
              <w:spacing w:after="10" w:line="245" w:lineRule="auto"/>
            </w:pPr>
            <w:r>
              <w:rPr>
                <w:color w:val="000000"/>
                <w:sz w:val="15"/>
              </w:rPr>
              <w:t>1. Raziskovalna: varno preizkusim material, predmet, glas ali zvočilo ter primerjam zvočni učinek.</w:t>
            </w:r>
          </w:p>
          <w:p w14:paraId="10BCD824" w14:textId="77777777" w:rsidR="008D43AB" w:rsidRDefault="00000000">
            <w:pPr>
              <w:spacing w:after="10" w:line="245" w:lineRule="auto"/>
            </w:pPr>
            <w:r>
              <w:rPr>
                <w:color w:val="000000"/>
                <w:sz w:val="15"/>
              </w:rPr>
              <w:t>2. Gibalno-pripovedna: osebo, dogodek ali okolje ponazorim z gibanjem in izberem ustrezen zvok.</w:t>
            </w:r>
          </w:p>
          <w:p w14:paraId="37BCA071" w14:textId="77777777" w:rsidR="008D43AB" w:rsidRDefault="00000000">
            <w:pPr>
              <w:spacing w:after="10" w:line="245" w:lineRule="auto"/>
            </w:pPr>
            <w:r>
              <w:rPr>
                <w:color w:val="000000"/>
                <w:sz w:val="15"/>
              </w:rPr>
              <w:t>3. Slikovno-zapisna: iz simbolov sestavim motiv ali zaporedje in določim začetek, ponovitev ter konec.</w:t>
            </w:r>
          </w:p>
          <w:p w14:paraId="5A63CDD7" w14:textId="77777777" w:rsidR="008D43AB" w:rsidRDefault="00000000">
            <w:pPr>
              <w:spacing w:after="10" w:line="245" w:lineRule="auto"/>
            </w:pPr>
            <w:r>
              <w:rPr>
                <w:color w:val="000000"/>
                <w:sz w:val="15"/>
              </w:rPr>
              <w:t>4. Izvajalska: prevzamem vlogo izvajalca ali dirigenta, izvedem rešitev in jo izboljšam po odzivu poslušalcev.</w:t>
            </w:r>
          </w:p>
          <w:p w14:paraId="41DC9330" w14:textId="77777777" w:rsidR="008D43AB" w:rsidRDefault="00000000">
            <w:pPr>
              <w:spacing w:after="20" w:line="245" w:lineRule="auto"/>
            </w:pPr>
            <w:r>
              <w:rPr>
                <w:b/>
                <w:color w:val="000000"/>
                <w:sz w:val="17"/>
              </w:rPr>
              <w:t>DIFERENCIACIJA IN VKLJUČEVANJE</w:t>
            </w:r>
          </w:p>
          <w:p w14:paraId="4607695C"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2561CEDB" w14:textId="77777777" w:rsidR="008D43AB" w:rsidRDefault="00000000">
            <w:pPr>
              <w:spacing w:after="20" w:line="245" w:lineRule="auto"/>
            </w:pPr>
            <w:r>
              <w:rPr>
                <w:b/>
                <w:color w:val="000000"/>
                <w:sz w:val="17"/>
              </w:rPr>
              <w:t>SPREMLJANJE</w:t>
            </w:r>
          </w:p>
          <w:p w14:paraId="344978A2"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01A5A6DD"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5E5CADF" w14:textId="77777777">
              <w:trPr>
                <w:jc w:val="center"/>
              </w:trPr>
              <w:tc>
                <w:tcPr>
                  <w:tcW w:w="7087" w:type="dxa"/>
                  <w:shd w:val="clear" w:color="auto" w:fill="C6E7F3"/>
                  <w:tcMar>
                    <w:top w:w="45" w:type="dxa"/>
                    <w:left w:w="70" w:type="dxa"/>
                    <w:bottom w:w="45" w:type="dxa"/>
                    <w:right w:w="70" w:type="dxa"/>
                  </w:tcMar>
                </w:tcPr>
                <w:p w14:paraId="4AFF0EC0" w14:textId="77777777" w:rsidR="008D43AB" w:rsidRDefault="00000000">
                  <w:pPr>
                    <w:keepNext/>
                  </w:pPr>
                  <w:r>
                    <w:rPr>
                      <w:b/>
                      <w:color w:val="000000"/>
                      <w:sz w:val="17"/>
                    </w:rPr>
                    <w:t>GLAVNI DEL – POSLUŠANJE, IZVAJANJE, GIBANJE IN USTVARJANJE (2 šolski uri)</w:t>
                  </w:r>
                </w:p>
              </w:tc>
            </w:tr>
          </w:tbl>
          <w:p w14:paraId="4BA49A43" w14:textId="77777777" w:rsidR="008D43AB" w:rsidRDefault="008D43AB">
            <w:pPr>
              <w:spacing w:line="20" w:lineRule="exact"/>
            </w:pPr>
          </w:p>
          <w:p w14:paraId="04BEE099" w14:textId="77777777" w:rsidR="008D43AB" w:rsidRDefault="00000000">
            <w:pPr>
              <w:keepNext/>
              <w:spacing w:before="24" w:after="8" w:line="245" w:lineRule="auto"/>
            </w:pPr>
            <w:r>
              <w:rPr>
                <w:b/>
                <w:color w:val="000000"/>
                <w:sz w:val="16"/>
              </w:rPr>
              <w:t>1. URA – Ustvarjamo – Poslušam in izvajam</w:t>
            </w:r>
          </w:p>
          <w:p w14:paraId="29BB0268"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»USTVARJAMO«,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06582BCC"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7F94E6AE"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0E629C8C" w14:textId="77777777" w:rsidR="008D43AB" w:rsidRDefault="00000000">
            <w:pPr>
              <w:keepNext/>
              <w:spacing w:before="24" w:after="8" w:line="245" w:lineRule="auto"/>
            </w:pPr>
            <w:r>
              <w:rPr>
                <w:b/>
                <w:color w:val="000000"/>
                <w:sz w:val="16"/>
              </w:rPr>
              <w:t>2. URA – Ustvarjamo – Ustvarim in nastopim</w:t>
            </w:r>
          </w:p>
          <w:p w14:paraId="781C59BC"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ustvarjamo«; usmerja izbiro, zapis, vajo in menjavo vlog. Zaključek: 10' – Organizira nastop in odziv poslušalcev po kriterijih; posname kratek dokaz, če so soglasja urejena.</w:t>
            </w:r>
          </w:p>
          <w:p w14:paraId="72AB67F2"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34BFA96C"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451BA19C" w14:textId="77777777">
              <w:trPr>
                <w:jc w:val="center"/>
              </w:trPr>
              <w:tc>
                <w:tcPr>
                  <w:tcW w:w="7087" w:type="dxa"/>
                  <w:shd w:val="clear" w:color="auto" w:fill="EDC9EA"/>
                  <w:tcMar>
                    <w:top w:w="45" w:type="dxa"/>
                    <w:left w:w="70" w:type="dxa"/>
                    <w:bottom w:w="45" w:type="dxa"/>
                    <w:right w:w="70" w:type="dxa"/>
                  </w:tcMar>
                </w:tcPr>
                <w:p w14:paraId="37D36D7A" w14:textId="77777777" w:rsidR="008D43AB" w:rsidRDefault="00000000">
                  <w:pPr>
                    <w:keepNext/>
                  </w:pPr>
                  <w:r>
                    <w:rPr>
                      <w:b/>
                      <w:color w:val="000000"/>
                      <w:sz w:val="17"/>
                    </w:rPr>
                    <w:t>ORGANIZACIJA POSTAJ IN PREHODOV</w:t>
                  </w:r>
                </w:p>
              </w:tc>
            </w:tr>
          </w:tbl>
          <w:p w14:paraId="5013B1AA" w14:textId="77777777" w:rsidR="008D43AB" w:rsidRDefault="008D43AB"/>
          <w:p w14:paraId="1E93B85A" w14:textId="77777777" w:rsidR="008D43AB" w:rsidRDefault="00000000">
            <w:pPr>
              <w:spacing w:before="9" w:after="9" w:line="245" w:lineRule="auto"/>
            </w:pPr>
            <w:r>
              <w:rPr>
                <w:color w:val="000000"/>
                <w:sz w:val="15"/>
              </w:rPr>
              <w:t>Postaja 1: Raziskovalna: varno preizkusim material, predmet, glas ali zvočilo ter primerjam zvočni učinek.</w:t>
            </w:r>
          </w:p>
          <w:p w14:paraId="24141642" w14:textId="77777777" w:rsidR="008D43AB" w:rsidRDefault="00000000">
            <w:pPr>
              <w:spacing w:before="9" w:after="9" w:line="245" w:lineRule="auto"/>
            </w:pPr>
            <w:r>
              <w:rPr>
                <w:color w:val="000000"/>
                <w:sz w:val="15"/>
              </w:rPr>
              <w:t>Postaja 2: Gibalno-pripovedna: osebo, dogodek ali okolje ponazorim z gibanjem in izberem ustrezen zvok.</w:t>
            </w:r>
          </w:p>
          <w:p w14:paraId="31A6B958" w14:textId="77777777" w:rsidR="008D43AB" w:rsidRDefault="00000000">
            <w:pPr>
              <w:spacing w:before="9" w:after="9" w:line="245" w:lineRule="auto"/>
            </w:pPr>
            <w:r>
              <w:rPr>
                <w:color w:val="000000"/>
                <w:sz w:val="15"/>
              </w:rPr>
              <w:t>Postaja 3: Slikovno-zapisna: iz simbolov sestavim motiv ali zaporedje in določim začetek, ponovitev ter konec.</w:t>
            </w:r>
          </w:p>
          <w:p w14:paraId="642136DD" w14:textId="77777777" w:rsidR="008D43AB" w:rsidRDefault="00000000">
            <w:pPr>
              <w:spacing w:before="9" w:after="9" w:line="245" w:lineRule="auto"/>
            </w:pPr>
            <w:r>
              <w:rPr>
                <w:color w:val="000000"/>
                <w:sz w:val="15"/>
              </w:rPr>
              <w:t>Postaja 4: Izvajalska: prevzamem vlogo izvajalca ali dirigenta, izvedem rešitev in jo izboljšam po odzivu poslušalcev.</w:t>
            </w:r>
          </w:p>
          <w:p w14:paraId="6942AA94"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3D96D7FE" w14:textId="77777777" w:rsidR="008D43AB" w:rsidRDefault="008D43AB"/>
          <w:p w14:paraId="5EE8F826" w14:textId="77777777" w:rsidR="008D43AB" w:rsidRDefault="00000000">
            <w:pPr>
              <w:spacing w:after="6" w:line="245" w:lineRule="auto"/>
            </w:pPr>
            <w:r>
              <w:rPr>
                <w:b/>
                <w:color w:val="000000"/>
                <w:sz w:val="15"/>
              </w:rPr>
              <w:t>1. URA – Ustvarjamo – Poslušam in izvajam</w:t>
            </w:r>
          </w:p>
          <w:p w14:paraId="2A84B195"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3F9D6A8F" w14:textId="77777777" w:rsidR="008D43AB" w:rsidRDefault="00000000">
            <w:pPr>
              <w:spacing w:after="20" w:line="245" w:lineRule="auto"/>
            </w:pPr>
            <w:r>
              <w:rPr>
                <w:color w:val="D95BC6"/>
                <w:sz w:val="14"/>
              </w:rPr>
              <w:t>Dokaz: poslušalski gibalni odziv, ritmični/pevski odmev in učiteljev zapis o skupnem pulzu oziroma.</w:t>
            </w:r>
          </w:p>
          <w:p w14:paraId="150DCA17" w14:textId="77777777" w:rsidR="008D43AB" w:rsidRDefault="00000000">
            <w:pPr>
              <w:spacing w:after="6" w:line="245" w:lineRule="auto"/>
            </w:pPr>
            <w:r>
              <w:rPr>
                <w:b/>
                <w:color w:val="000000"/>
                <w:sz w:val="15"/>
              </w:rPr>
              <w:t>2. URA – Ustvarjamo – Ustvarim in nastopim</w:t>
            </w:r>
          </w:p>
          <w:p w14:paraId="4D0E9B89"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4471C60A" w14:textId="77777777" w:rsidR="008D43AB" w:rsidRDefault="00000000">
            <w:pPr>
              <w:spacing w:after="20" w:line="245" w:lineRule="auto"/>
            </w:pPr>
            <w:r>
              <w:rPr>
                <w:color w:val="D95BC6"/>
                <w:sz w:val="14"/>
              </w:rPr>
              <w:t>Dokaz: slikovni zvočni zapis, skupinska izvedba/posnetek in vrstniška opisna povratna informacija.</w:t>
            </w:r>
          </w:p>
          <w:p w14:paraId="5BC73D5B" w14:textId="77777777" w:rsidR="008D43AB" w:rsidRDefault="00000000">
            <w:pPr>
              <w:spacing w:before="40" w:after="20" w:line="245" w:lineRule="auto"/>
            </w:pPr>
            <w:r>
              <w:rPr>
                <w:b/>
                <w:color w:val="D95BC6"/>
                <w:sz w:val="16"/>
              </w:rPr>
              <w:t>MOJ KROG POSTAJ</w:t>
            </w:r>
          </w:p>
          <w:p w14:paraId="0589B017" w14:textId="77777777" w:rsidR="008D43AB" w:rsidRDefault="00000000">
            <w:pPr>
              <w:spacing w:after="11" w:line="245" w:lineRule="auto"/>
            </w:pPr>
            <w:r>
              <w:rPr>
                <w:color w:val="000000"/>
                <w:sz w:val="14"/>
              </w:rPr>
              <w:t>1. Raziskovalna: varno preizkusim material, predmet, glas ali zvočilo ter primerjam zvočni.</w:t>
            </w:r>
          </w:p>
          <w:p w14:paraId="0E3528A4" w14:textId="77777777" w:rsidR="008D43AB" w:rsidRDefault="00000000">
            <w:pPr>
              <w:spacing w:after="11" w:line="245" w:lineRule="auto"/>
            </w:pPr>
            <w:r>
              <w:rPr>
                <w:color w:val="000000"/>
                <w:sz w:val="14"/>
              </w:rPr>
              <w:t>2. Gibalno-pripovedna: osebo, dogodek ali okolje ponazorim z gibanjem in izberem ustrezen zvok.</w:t>
            </w:r>
          </w:p>
          <w:p w14:paraId="2864DD97" w14:textId="77777777" w:rsidR="008D43AB" w:rsidRDefault="00000000">
            <w:pPr>
              <w:spacing w:after="11" w:line="245" w:lineRule="auto"/>
            </w:pPr>
            <w:r>
              <w:rPr>
                <w:color w:val="000000"/>
                <w:sz w:val="14"/>
              </w:rPr>
              <w:t>3. Slikovno-zapisna: iz simbolov sestavim motiv ali zaporedje in določim začetek.</w:t>
            </w:r>
          </w:p>
          <w:p w14:paraId="4095C4AB" w14:textId="77777777" w:rsidR="008D43AB" w:rsidRDefault="00000000">
            <w:pPr>
              <w:spacing w:after="11" w:line="245" w:lineRule="auto"/>
            </w:pPr>
            <w:r>
              <w:rPr>
                <w:color w:val="000000"/>
                <w:sz w:val="14"/>
              </w:rPr>
              <w:t>4. Izvajalska: prevzamem vlogo izvajalca ali dirigenta, izvedem rešitev in jo izboljšam po.</w:t>
            </w:r>
          </w:p>
          <w:p w14:paraId="4CA6B3A7"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3246FE36" w14:textId="77777777" w:rsidR="008D43AB" w:rsidRDefault="00000000">
            <w:pPr>
              <w:spacing w:after="20" w:line="245" w:lineRule="auto"/>
            </w:pPr>
            <w:r>
              <w:rPr>
                <w:b/>
                <w:color w:val="D95BC6"/>
                <w:sz w:val="17"/>
              </w:rPr>
              <w:t>DOKAZ O UČENJU</w:t>
            </w:r>
          </w:p>
          <w:p w14:paraId="689330B6"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05E63E95"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2B391CC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FB86B5"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86BD0E2" w14:textId="77777777" w:rsidR="008D43AB" w:rsidRDefault="00000000">
            <w:pPr>
              <w:jc w:val="center"/>
            </w:pPr>
            <w:r>
              <w:rPr>
                <w:b/>
                <w:color w:val="000000"/>
                <w:sz w:val="20"/>
              </w:rPr>
              <w:t>UČNE DEJAVNOSTI, METODE IN FORMATIVNO SPREMLJANJE</w:t>
            </w:r>
          </w:p>
        </w:tc>
      </w:tr>
      <w:tr w:rsidR="008D43AB" w14:paraId="1AC56CEA" w14:textId="77777777">
        <w:trPr>
          <w:tblHeader/>
          <w:jc w:val="center"/>
        </w:trPr>
        <w:tc>
          <w:tcPr>
            <w:tcW w:w="4422" w:type="dxa"/>
            <w:vMerge/>
            <w:tcMar>
              <w:top w:w="70" w:type="dxa"/>
              <w:left w:w="90" w:type="dxa"/>
              <w:bottom w:w="70" w:type="dxa"/>
              <w:right w:w="90" w:type="dxa"/>
            </w:tcMar>
            <w:vAlign w:val="center"/>
          </w:tcPr>
          <w:p w14:paraId="491204B7" w14:textId="77777777" w:rsidR="008D43AB" w:rsidRDefault="008D43AB"/>
        </w:tc>
        <w:tc>
          <w:tcPr>
            <w:tcW w:w="7087" w:type="dxa"/>
            <w:shd w:val="clear" w:color="auto" w:fill="FFFFFF"/>
            <w:tcMar>
              <w:top w:w="70" w:type="dxa"/>
              <w:left w:w="90" w:type="dxa"/>
              <w:bottom w:w="70" w:type="dxa"/>
              <w:right w:w="90" w:type="dxa"/>
            </w:tcMar>
            <w:vAlign w:val="center"/>
          </w:tcPr>
          <w:p w14:paraId="534BB513"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6E7684" w14:textId="77777777" w:rsidR="008D43AB" w:rsidRDefault="00000000">
            <w:pPr>
              <w:jc w:val="center"/>
            </w:pPr>
            <w:r>
              <w:rPr>
                <w:b/>
                <w:color w:val="000000"/>
              </w:rPr>
              <w:t>UČENEC</w:t>
            </w:r>
          </w:p>
        </w:tc>
      </w:tr>
      <w:tr w:rsidR="008D43AB" w14:paraId="61DB86A3" w14:textId="77777777">
        <w:trPr>
          <w:jc w:val="center"/>
        </w:trPr>
        <w:tc>
          <w:tcPr>
            <w:tcW w:w="4422" w:type="dxa"/>
            <w:tcMar>
              <w:top w:w="70" w:type="dxa"/>
              <w:left w:w="90" w:type="dxa"/>
              <w:bottom w:w="70" w:type="dxa"/>
              <w:right w:w="90" w:type="dxa"/>
            </w:tcMar>
          </w:tcPr>
          <w:p w14:paraId="22F00103" w14:textId="77777777" w:rsidR="008D43AB" w:rsidRDefault="008D43AB"/>
          <w:p w14:paraId="6C6385D0" w14:textId="77777777" w:rsidR="008D43AB" w:rsidRDefault="00000000">
            <w:pPr>
              <w:spacing w:after="40" w:line="245" w:lineRule="auto"/>
            </w:pPr>
            <w:r>
              <w:rPr>
                <w:b/>
                <w:color w:val="000000"/>
              </w:rPr>
              <w:t>FORMATIVNO SPREMLJANJE</w:t>
            </w:r>
          </w:p>
          <w:p w14:paraId="41115F78" w14:textId="77777777" w:rsidR="008D43AB" w:rsidRDefault="00000000">
            <w:pPr>
              <w:pStyle w:val="Oznaenseznam"/>
              <w:spacing w:after="16"/>
            </w:pPr>
            <w:r>
              <w:rPr>
                <w:color w:val="000000"/>
                <w:sz w:val="16"/>
              </w:rPr>
              <w:t>predznanje: zvočna napoved, izbira kartice, gib, ritmični oziroma pevski poskus ali začetni simbol</w:t>
            </w:r>
          </w:p>
          <w:p w14:paraId="52884F71" w14:textId="77777777" w:rsidR="008D43AB" w:rsidRDefault="00000000">
            <w:pPr>
              <w:pStyle w:val="Oznaenseznam"/>
              <w:spacing w:after="16"/>
            </w:pPr>
            <w:r>
              <w:rPr>
                <w:color w:val="000000"/>
                <w:sz w:val="16"/>
              </w:rPr>
              <w:t>nameni in merila: kratka poved, slikovni znak, model izvedbe ter vidna pravila varne glasnosti</w:t>
            </w:r>
          </w:p>
          <w:p w14:paraId="525C7B84"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40FB4C26" w14:textId="77777777" w:rsidR="008D43AB" w:rsidRDefault="00000000">
            <w:pPr>
              <w:pStyle w:val="Oznaenseznam"/>
              <w:spacing w:after="16"/>
            </w:pPr>
            <w:r>
              <w:rPr>
                <w:color w:val="000000"/>
                <w:sz w:val="16"/>
              </w:rPr>
              <w:t>povratna informacija: opis slišane strategije, povezava z enim merilom in izvedljiv naslednji korak</w:t>
            </w:r>
          </w:p>
          <w:p w14:paraId="03A51571" w14:textId="77777777" w:rsidR="008D43AB" w:rsidRDefault="00000000">
            <w:pPr>
              <w:pStyle w:val="Oznaenseznam"/>
              <w:spacing w:after="16"/>
            </w:pPr>
            <w:r>
              <w:rPr>
                <w:color w:val="000000"/>
                <w:sz w:val="16"/>
              </w:rPr>
              <w:t>samovrednotenje: barvni zvočni semafor, lestvica samostojnosti, izbran dokaz in ponovna izvedba</w:t>
            </w:r>
          </w:p>
          <w:p w14:paraId="6F343609" w14:textId="77777777" w:rsidR="008D43AB" w:rsidRDefault="00000000">
            <w:pPr>
              <w:spacing w:before="40" w:after="20" w:line="245" w:lineRule="auto"/>
            </w:pPr>
            <w:r>
              <w:rPr>
                <w:b/>
                <w:color w:val="000000"/>
                <w:sz w:val="17"/>
              </w:rPr>
              <w:t>VARNOST IN VAROVANJE SLUHA</w:t>
            </w:r>
          </w:p>
          <w:p w14:paraId="4109FAFE"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36EEC8B4" w14:textId="77777777" w:rsidR="008D43AB" w:rsidRDefault="00000000">
            <w:pPr>
              <w:spacing w:after="20" w:line="245" w:lineRule="auto"/>
            </w:pPr>
            <w:r>
              <w:rPr>
                <w:b/>
                <w:color w:val="000000"/>
                <w:sz w:val="17"/>
              </w:rPr>
              <w:t>EVIDENCA PO IZVEDBI</w:t>
            </w:r>
          </w:p>
          <w:p w14:paraId="0196607C"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01002647" w14:textId="77777777" w:rsidR="008D43AB" w:rsidRDefault="00000000">
            <w:pPr>
              <w:spacing w:before="40" w:after="20" w:line="245" w:lineRule="auto"/>
            </w:pPr>
            <w:r>
              <w:rPr>
                <w:b/>
                <w:color w:val="000000"/>
                <w:sz w:val="17"/>
              </w:rPr>
              <w:t>RAVEN DOSEGANJA</w:t>
            </w:r>
          </w:p>
          <w:p w14:paraId="7DC9323B"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2A98EED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3A7186E2" w14:textId="77777777">
              <w:trPr>
                <w:jc w:val="center"/>
              </w:trPr>
              <w:tc>
                <w:tcPr>
                  <w:tcW w:w="7087" w:type="dxa"/>
                  <w:shd w:val="clear" w:color="auto" w:fill="EDC9EA"/>
                  <w:tcMar>
                    <w:top w:w="45" w:type="dxa"/>
                    <w:left w:w="70" w:type="dxa"/>
                    <w:bottom w:w="45" w:type="dxa"/>
                    <w:right w:w="70" w:type="dxa"/>
                  </w:tcMar>
                </w:tcPr>
                <w:p w14:paraId="48107551" w14:textId="77777777" w:rsidR="008D43AB" w:rsidRDefault="00000000">
                  <w:pPr>
                    <w:keepNext/>
                  </w:pPr>
                  <w:r>
                    <w:rPr>
                      <w:b/>
                      <w:color w:val="000000"/>
                    </w:rPr>
                    <w:t>VPRAŠANJA V PODPORO GLASBENEMU UČENJU</w:t>
                  </w:r>
                </w:p>
              </w:tc>
            </w:tr>
          </w:tbl>
          <w:p w14:paraId="30505981" w14:textId="77777777" w:rsidR="008D43AB" w:rsidRDefault="008D43AB">
            <w:pPr>
              <w:spacing w:line="20" w:lineRule="exact"/>
            </w:pPr>
          </w:p>
          <w:p w14:paraId="158675B2" w14:textId="77777777" w:rsidR="008D43AB" w:rsidRDefault="00000000">
            <w:pPr>
              <w:pStyle w:val="Oznaenseznam"/>
              <w:spacing w:after="16"/>
            </w:pPr>
            <w:r>
              <w:rPr>
                <w:color w:val="000000"/>
                <w:sz w:val="16"/>
              </w:rPr>
              <w:t>Kaj si v glasbi slišal/-a, začutil/-a ali pokazal/-a z gibanjem?</w:t>
            </w:r>
          </w:p>
          <w:p w14:paraId="625DDA3F" w14:textId="77777777" w:rsidR="008D43AB" w:rsidRDefault="00000000">
            <w:pPr>
              <w:pStyle w:val="Oznaenseznam"/>
              <w:spacing w:after="16"/>
            </w:pPr>
            <w:r>
              <w:rPr>
                <w:color w:val="000000"/>
                <w:sz w:val="16"/>
              </w:rPr>
              <w:t>Po katerem zvočnem znaku, lastnosti ali vzorcu si prepoznal/-a rešitev?</w:t>
            </w:r>
          </w:p>
          <w:p w14:paraId="458A7FA6" w14:textId="77777777" w:rsidR="008D43AB" w:rsidRDefault="00000000">
            <w:pPr>
              <w:pStyle w:val="Oznaenseznam"/>
              <w:spacing w:after="16"/>
            </w:pPr>
            <w:r>
              <w:rPr>
                <w:color w:val="000000"/>
                <w:sz w:val="16"/>
              </w:rPr>
              <w:t>Kako veš, da je bil pulz, začetek, konec, glasnost ali skupinska izvedba skladna z merilom?</w:t>
            </w:r>
          </w:p>
          <w:p w14:paraId="6D4FD832" w14:textId="77777777" w:rsidR="008D43AB" w:rsidRDefault="00000000">
            <w:pPr>
              <w:pStyle w:val="Oznaenseznam"/>
              <w:spacing w:after="16"/>
            </w:pPr>
            <w:r>
              <w:rPr>
                <w:color w:val="000000"/>
                <w:sz w:val="16"/>
              </w:rPr>
              <w:t>Zakaj si za motiv, osebo, dogodek ali okolje izbral/-a prav ta glas, predmet ali glasbilo?</w:t>
            </w:r>
          </w:p>
          <w:p w14:paraId="2B25EEA6"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0553C7F2" w14:textId="77777777">
              <w:trPr>
                <w:jc w:val="center"/>
              </w:trPr>
              <w:tc>
                <w:tcPr>
                  <w:tcW w:w="7087" w:type="dxa"/>
                  <w:shd w:val="clear" w:color="auto" w:fill="C6E7F3"/>
                  <w:tcMar>
                    <w:top w:w="45" w:type="dxa"/>
                    <w:left w:w="70" w:type="dxa"/>
                    <w:bottom w:w="45" w:type="dxa"/>
                    <w:right w:w="70" w:type="dxa"/>
                  </w:tcMar>
                </w:tcPr>
                <w:p w14:paraId="69413323" w14:textId="77777777" w:rsidR="008D43AB" w:rsidRDefault="00000000">
                  <w:pPr>
                    <w:keepNext/>
                  </w:pPr>
                  <w:r>
                    <w:rPr>
                      <w:b/>
                      <w:color w:val="000000"/>
                    </w:rPr>
                    <w:t>ZAKLJUČNI DEL – NASTOP, POSLUŠALSKI ODZIV IN REFLEKSIJA (8–12 min)</w:t>
                  </w:r>
                </w:p>
              </w:tc>
            </w:tr>
          </w:tbl>
          <w:p w14:paraId="7A2A368C" w14:textId="77777777" w:rsidR="008D43AB" w:rsidRDefault="008D43AB">
            <w:pPr>
              <w:spacing w:line="20" w:lineRule="exact"/>
            </w:pPr>
          </w:p>
          <w:p w14:paraId="407B9C6F"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1C312785" w14:textId="77777777">
              <w:trPr>
                <w:jc w:val="center"/>
              </w:trPr>
              <w:tc>
                <w:tcPr>
                  <w:tcW w:w="7087" w:type="dxa"/>
                  <w:shd w:val="clear" w:color="auto" w:fill="EDC9EA"/>
                  <w:tcMar>
                    <w:top w:w="45" w:type="dxa"/>
                    <w:left w:w="70" w:type="dxa"/>
                    <w:bottom w:w="45" w:type="dxa"/>
                    <w:right w:w="70" w:type="dxa"/>
                  </w:tcMar>
                </w:tcPr>
                <w:p w14:paraId="612D26AA" w14:textId="77777777" w:rsidR="008D43AB" w:rsidRDefault="00000000">
                  <w:pPr>
                    <w:keepNext/>
                  </w:pPr>
                  <w:r>
                    <w:rPr>
                      <w:b/>
                      <w:color w:val="000000"/>
                    </w:rPr>
                    <w:t>SAMOVREDNOTENJE</w:t>
                  </w:r>
                </w:p>
              </w:tc>
            </w:tr>
          </w:tbl>
          <w:p w14:paraId="24C5D20A" w14:textId="77777777" w:rsidR="008D43AB" w:rsidRDefault="008D43AB">
            <w:pPr>
              <w:spacing w:line="20" w:lineRule="exact"/>
            </w:pPr>
          </w:p>
          <w:p w14:paraId="5417905D"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4C37C1C2" w14:textId="77777777">
              <w:trPr>
                <w:jc w:val="center"/>
              </w:trPr>
              <w:tc>
                <w:tcPr>
                  <w:tcW w:w="7087" w:type="dxa"/>
                  <w:shd w:val="clear" w:color="auto" w:fill="EDC9EA"/>
                  <w:tcMar>
                    <w:top w:w="45" w:type="dxa"/>
                    <w:left w:w="70" w:type="dxa"/>
                    <w:bottom w:w="45" w:type="dxa"/>
                    <w:right w:w="70" w:type="dxa"/>
                  </w:tcMar>
                </w:tcPr>
                <w:p w14:paraId="270A2B9C" w14:textId="77777777" w:rsidR="008D43AB" w:rsidRDefault="00000000">
                  <w:pPr>
                    <w:keepNext/>
                  </w:pPr>
                  <w:r>
                    <w:rPr>
                      <w:b/>
                      <w:color w:val="000000"/>
                    </w:rPr>
                    <w:t>VRSTNIŠKO VREDNOTENJE</w:t>
                  </w:r>
                </w:p>
              </w:tc>
            </w:tr>
          </w:tbl>
          <w:p w14:paraId="12111143" w14:textId="77777777" w:rsidR="008D43AB" w:rsidRDefault="008D43AB">
            <w:pPr>
              <w:spacing w:line="20" w:lineRule="exact"/>
            </w:pPr>
          </w:p>
          <w:p w14:paraId="33CFEC64"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5725E7AD" w14:textId="77777777">
              <w:trPr>
                <w:jc w:val="center"/>
              </w:trPr>
              <w:tc>
                <w:tcPr>
                  <w:tcW w:w="7087" w:type="dxa"/>
                  <w:shd w:val="clear" w:color="auto" w:fill="EDC9EA"/>
                  <w:tcMar>
                    <w:top w:w="45" w:type="dxa"/>
                    <w:left w:w="70" w:type="dxa"/>
                    <w:bottom w:w="45" w:type="dxa"/>
                    <w:right w:w="70" w:type="dxa"/>
                  </w:tcMar>
                </w:tcPr>
                <w:p w14:paraId="4AAC82E2" w14:textId="77777777" w:rsidR="008D43AB" w:rsidRDefault="00000000">
                  <w:pPr>
                    <w:keepNext/>
                  </w:pPr>
                  <w:r>
                    <w:rPr>
                      <w:b/>
                      <w:color w:val="000000"/>
                    </w:rPr>
                    <w:t>SKUPNI POVZETEK</w:t>
                  </w:r>
                </w:p>
              </w:tc>
            </w:tr>
          </w:tbl>
          <w:p w14:paraId="6435ADF0" w14:textId="77777777" w:rsidR="008D43AB" w:rsidRDefault="008D43AB"/>
          <w:p w14:paraId="7A5EC513" w14:textId="77777777" w:rsidR="008D43AB" w:rsidRDefault="00000000">
            <w:pPr>
              <w:spacing w:before="20" w:after="40" w:line="245" w:lineRule="auto"/>
            </w:pPr>
            <w:r>
              <w:rPr>
                <w:b/>
                <w:color w:val="000000"/>
                <w:sz w:val="16"/>
              </w:rPr>
              <w:t>izberem zvoke; zapišem zaporedje s simboli; izvedem v skupini. Izbrani dokaz pojasnim in po povratni informaciji izboljšam.</w:t>
            </w:r>
          </w:p>
        </w:tc>
        <w:tc>
          <w:tcPr>
            <w:tcW w:w="2551" w:type="dxa"/>
            <w:tcMar>
              <w:top w:w="70" w:type="dxa"/>
              <w:left w:w="90" w:type="dxa"/>
              <w:bottom w:w="70" w:type="dxa"/>
              <w:right w:w="90" w:type="dxa"/>
            </w:tcMar>
          </w:tcPr>
          <w:p w14:paraId="20BB5188" w14:textId="77777777" w:rsidR="008D43AB" w:rsidRDefault="008D43AB"/>
          <w:p w14:paraId="4D3389F9" w14:textId="77777777" w:rsidR="008D43AB" w:rsidRDefault="00000000">
            <w:pPr>
              <w:spacing w:after="80" w:line="245" w:lineRule="auto"/>
            </w:pPr>
            <w:r>
              <w:rPr>
                <w:color w:val="000000"/>
                <w:sz w:val="16"/>
              </w:rPr>
              <w:t>Odgovarja na podporna vprašanja in se sklicuje na slišano, izvedeno, ustvarjeno ali zapisano.</w:t>
            </w:r>
          </w:p>
          <w:p w14:paraId="4D40FECE" w14:textId="77777777" w:rsidR="008D43AB" w:rsidRDefault="00000000">
            <w:pPr>
              <w:spacing w:after="80" w:line="245" w:lineRule="auto"/>
            </w:pPr>
            <w:r>
              <w:rPr>
                <w:color w:val="000000"/>
                <w:sz w:val="16"/>
              </w:rPr>
              <w:t>Predstavi izbrani dokaz ter pove, katero merilo z njim pokaže.</w:t>
            </w:r>
          </w:p>
          <w:p w14:paraId="517C0D83" w14:textId="77777777" w:rsidR="008D43AB" w:rsidRDefault="00000000">
            <w:pPr>
              <w:spacing w:after="80" w:line="245" w:lineRule="auto"/>
            </w:pPr>
            <w:r>
              <w:rPr>
                <w:color w:val="000000"/>
                <w:sz w:val="16"/>
              </w:rPr>
              <w:t>Posluša vrstnika, opiše eno slišano moč in poda prijazen predlog za izboljšavo.</w:t>
            </w:r>
          </w:p>
          <w:p w14:paraId="1F1F2AEA" w14:textId="77777777" w:rsidR="008D43AB" w:rsidRDefault="00000000">
            <w:pPr>
              <w:spacing w:after="80" w:line="245" w:lineRule="auto"/>
            </w:pPr>
            <w:r>
              <w:rPr>
                <w:color w:val="000000"/>
                <w:sz w:val="16"/>
              </w:rPr>
              <w:t>Po povratni informaciji izvedbo, gib, ritem, zvočno izbiro ali slikovni zapis ponovi in izboljša.</w:t>
            </w:r>
          </w:p>
          <w:p w14:paraId="09BE2210" w14:textId="77777777" w:rsidR="008D43AB" w:rsidRDefault="00000000">
            <w:pPr>
              <w:spacing w:after="100" w:line="245" w:lineRule="auto"/>
            </w:pPr>
            <w:r>
              <w:rPr>
                <w:color w:val="000000"/>
                <w:sz w:val="16"/>
              </w:rPr>
              <w:t>Izbere raven samostojnosti ter določi majhen in izvedljiv naslednji glasbeni korak.</w:t>
            </w:r>
          </w:p>
          <w:p w14:paraId="5E2D6520" w14:textId="77777777" w:rsidR="008D43AB" w:rsidRDefault="00000000">
            <w:pPr>
              <w:spacing w:after="20" w:line="245" w:lineRule="auto"/>
            </w:pPr>
            <w:r>
              <w:rPr>
                <w:b/>
                <w:color w:val="D95BC6"/>
                <w:sz w:val="17"/>
              </w:rPr>
              <w:t>DOKAZ O UČENJU</w:t>
            </w:r>
          </w:p>
          <w:p w14:paraId="0E8D6800"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3DC915B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20E6A333" w14:textId="77777777">
        <w:trPr>
          <w:cantSplit/>
          <w:jc w:val="center"/>
        </w:trPr>
        <w:tc>
          <w:tcPr>
            <w:tcW w:w="14060" w:type="dxa"/>
            <w:gridSpan w:val="6"/>
            <w:tcMar>
              <w:top w:w="70" w:type="dxa"/>
              <w:left w:w="90" w:type="dxa"/>
              <w:bottom w:w="70" w:type="dxa"/>
              <w:right w:w="90" w:type="dxa"/>
            </w:tcMar>
            <w:vAlign w:val="center"/>
          </w:tcPr>
          <w:p w14:paraId="6653335F" w14:textId="77777777" w:rsidR="008D43AB" w:rsidRDefault="00000000">
            <w:pPr>
              <w:jc w:val="center"/>
            </w:pPr>
            <w:r>
              <w:rPr>
                <w:b/>
                <w:color w:val="000000"/>
                <w:sz w:val="24"/>
              </w:rPr>
              <w:lastRenderedPageBreak/>
              <w:t>UČNA PRIPRAVA 38/39</w:t>
            </w:r>
          </w:p>
        </w:tc>
      </w:tr>
      <w:tr w:rsidR="008D43AB" w14:paraId="2D308BCB" w14:textId="77777777">
        <w:trPr>
          <w:jc w:val="center"/>
        </w:trPr>
        <w:tc>
          <w:tcPr>
            <w:tcW w:w="2665" w:type="dxa"/>
            <w:tcMar>
              <w:top w:w="70" w:type="dxa"/>
              <w:left w:w="90" w:type="dxa"/>
              <w:bottom w:w="70" w:type="dxa"/>
              <w:right w:w="90" w:type="dxa"/>
            </w:tcMar>
            <w:vAlign w:val="center"/>
          </w:tcPr>
          <w:p w14:paraId="4B0F8D48"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EABCE03"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100B0E2D"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32B99F6" w14:textId="77777777" w:rsidR="008D43AB" w:rsidRDefault="00000000">
            <w:r>
              <w:rPr>
                <w:b/>
                <w:color w:val="000000"/>
                <w:sz w:val="16"/>
              </w:rPr>
              <w:t xml:space="preserve">NAČRTOVANI TERMIN: </w:t>
            </w:r>
            <w:r>
              <w:rPr>
                <w:color w:val="000000"/>
                <w:sz w:val="16"/>
              </w:rPr>
              <w:t>38. teden • 14.–18. 6. 2027</w:t>
            </w:r>
          </w:p>
        </w:tc>
        <w:tc>
          <w:tcPr>
            <w:tcW w:w="2268" w:type="dxa"/>
            <w:tcMar>
              <w:top w:w="70" w:type="dxa"/>
              <w:left w:w="90" w:type="dxa"/>
              <w:bottom w:w="70" w:type="dxa"/>
              <w:right w:w="90" w:type="dxa"/>
            </w:tcMar>
            <w:vAlign w:val="center"/>
          </w:tcPr>
          <w:p w14:paraId="0ABE1C08"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A461215" w14:textId="77777777" w:rsidR="008D43AB" w:rsidRDefault="00000000">
            <w:r>
              <w:rPr>
                <w:b/>
                <w:color w:val="000000"/>
                <w:sz w:val="16"/>
              </w:rPr>
              <w:t xml:space="preserve">ŠTEVILO UR: </w:t>
            </w:r>
            <w:r>
              <w:rPr>
                <w:color w:val="000000"/>
                <w:sz w:val="16"/>
              </w:rPr>
              <w:t>2</w:t>
            </w:r>
          </w:p>
        </w:tc>
      </w:tr>
      <w:tr w:rsidR="008D43AB" w14:paraId="697CE6B3" w14:textId="77777777">
        <w:trPr>
          <w:jc w:val="center"/>
        </w:trPr>
        <w:tc>
          <w:tcPr>
            <w:tcW w:w="14061" w:type="dxa"/>
            <w:gridSpan w:val="6"/>
            <w:tcMar>
              <w:top w:w="70" w:type="dxa"/>
              <w:left w:w="90" w:type="dxa"/>
              <w:bottom w:w="70" w:type="dxa"/>
              <w:right w:w="90" w:type="dxa"/>
            </w:tcMar>
            <w:vAlign w:val="center"/>
          </w:tcPr>
          <w:p w14:paraId="3A6FAE42"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0431735A" w14:textId="77777777">
        <w:trPr>
          <w:cantSplit/>
          <w:jc w:val="center"/>
        </w:trPr>
        <w:tc>
          <w:tcPr>
            <w:tcW w:w="14060" w:type="dxa"/>
            <w:gridSpan w:val="6"/>
            <w:tcMar>
              <w:top w:w="70" w:type="dxa"/>
              <w:left w:w="90" w:type="dxa"/>
              <w:bottom w:w="70" w:type="dxa"/>
              <w:right w:w="90" w:type="dxa"/>
            </w:tcMar>
            <w:vAlign w:val="center"/>
          </w:tcPr>
          <w:p w14:paraId="77AB613A" w14:textId="77777777" w:rsidR="008D43AB" w:rsidRDefault="008D43AB"/>
          <w:p w14:paraId="04BDE61C" w14:textId="77777777" w:rsidR="008D43AB" w:rsidRDefault="00000000">
            <w:pPr>
              <w:spacing w:line="245" w:lineRule="auto"/>
            </w:pPr>
            <w:r>
              <w:rPr>
                <w:b/>
                <w:color w:val="000000"/>
                <w:sz w:val="16"/>
              </w:rPr>
              <w:t xml:space="preserve">UČNI SKLOP: </w:t>
            </w:r>
            <w:r>
              <w:rPr>
                <w:color w:val="000000"/>
                <w:sz w:val="16"/>
              </w:rPr>
              <w:t>POLETJE, SKUPNOST IN ZAKLJUČEK</w:t>
            </w:r>
          </w:p>
        </w:tc>
      </w:tr>
      <w:tr w:rsidR="008D43AB" w14:paraId="1A1EED1C" w14:textId="77777777">
        <w:trPr>
          <w:cantSplit/>
          <w:jc w:val="center"/>
        </w:trPr>
        <w:tc>
          <w:tcPr>
            <w:tcW w:w="14060" w:type="dxa"/>
            <w:gridSpan w:val="6"/>
            <w:tcMar>
              <w:top w:w="70" w:type="dxa"/>
              <w:left w:w="90" w:type="dxa"/>
              <w:bottom w:w="70" w:type="dxa"/>
              <w:right w:w="90" w:type="dxa"/>
            </w:tcMar>
            <w:vAlign w:val="center"/>
          </w:tcPr>
          <w:p w14:paraId="7822F97E" w14:textId="77777777" w:rsidR="008D43AB" w:rsidRDefault="008D43AB"/>
          <w:p w14:paraId="70CA40A5" w14:textId="77777777" w:rsidR="008D43AB" w:rsidRDefault="00000000">
            <w:pPr>
              <w:spacing w:line="245" w:lineRule="auto"/>
            </w:pPr>
            <w:r>
              <w:rPr>
                <w:b/>
                <w:color w:val="000000"/>
                <w:sz w:val="16"/>
              </w:rPr>
              <w:t xml:space="preserve">UČNA TEMA: </w:t>
            </w:r>
            <w:r>
              <w:rPr>
                <w:color w:val="000000"/>
                <w:sz w:val="16"/>
              </w:rPr>
              <w:t>MOJ GLASBENI NAPREDEK</w:t>
            </w:r>
          </w:p>
        </w:tc>
      </w:tr>
      <w:tr w:rsidR="008D43AB" w14:paraId="251BECEF" w14:textId="77777777">
        <w:trPr>
          <w:cantSplit/>
          <w:jc w:val="center"/>
        </w:trPr>
        <w:tc>
          <w:tcPr>
            <w:tcW w:w="14060" w:type="dxa"/>
            <w:gridSpan w:val="6"/>
            <w:tcMar>
              <w:top w:w="70" w:type="dxa"/>
              <w:left w:w="90" w:type="dxa"/>
              <w:bottom w:w="70" w:type="dxa"/>
              <w:right w:w="90" w:type="dxa"/>
            </w:tcMar>
            <w:vAlign w:val="center"/>
          </w:tcPr>
          <w:p w14:paraId="2F7B05B1" w14:textId="77777777" w:rsidR="008D43AB" w:rsidRDefault="008D43AB"/>
          <w:p w14:paraId="1D962BD3" w14:textId="77777777" w:rsidR="008D43AB" w:rsidRDefault="00000000">
            <w:pPr>
              <w:spacing w:line="245" w:lineRule="auto"/>
            </w:pPr>
            <w:r>
              <w:rPr>
                <w:b/>
                <w:color w:val="000000"/>
                <w:sz w:val="16"/>
              </w:rPr>
              <w:t xml:space="preserve">KNJIŽEVNO / MOTIVNO IZHODIŠČE: </w:t>
            </w:r>
            <w:r>
              <w:rPr>
                <w:color w:val="000000"/>
                <w:sz w:val="16"/>
              </w:rPr>
              <w:t>»Pedenjped« – Niko Grafenauer • NADALJEVANJE • osebni napredek, samovrednotenje in igrivost učenja</w:t>
            </w:r>
          </w:p>
        </w:tc>
      </w:tr>
      <w:tr w:rsidR="008D43AB" w14:paraId="759C2DE3" w14:textId="77777777">
        <w:trPr>
          <w:cantSplit/>
          <w:jc w:val="center"/>
        </w:trPr>
        <w:tc>
          <w:tcPr>
            <w:tcW w:w="14060" w:type="dxa"/>
            <w:gridSpan w:val="6"/>
            <w:tcMar>
              <w:top w:w="70" w:type="dxa"/>
              <w:left w:w="90" w:type="dxa"/>
              <w:bottom w:w="70" w:type="dxa"/>
              <w:right w:w="90" w:type="dxa"/>
            </w:tcMar>
            <w:vAlign w:val="center"/>
          </w:tcPr>
          <w:p w14:paraId="3B5D57E7" w14:textId="77777777" w:rsidR="008D43AB" w:rsidRDefault="008D43AB"/>
          <w:p w14:paraId="070212E9" w14:textId="77777777" w:rsidR="008D43AB" w:rsidRDefault="00000000">
            <w:pPr>
              <w:spacing w:line="245" w:lineRule="auto"/>
            </w:pPr>
            <w:r>
              <w:rPr>
                <w:b/>
                <w:color w:val="000000"/>
                <w:sz w:val="16"/>
              </w:rPr>
              <w:t xml:space="preserve">GLASBENO IZHODIŠČE / REPERTOAR: </w:t>
            </w:r>
            <w:r>
              <w:rPr>
                <w:color w:val="000000"/>
                <w:sz w:val="16"/>
              </w:rPr>
              <w:t>izbrana učenčeva pesem ali ritem; glasbeni portfolij</w:t>
            </w:r>
          </w:p>
        </w:tc>
      </w:tr>
      <w:tr w:rsidR="008D43AB" w14:paraId="25163BB1" w14:textId="77777777">
        <w:trPr>
          <w:cantSplit/>
          <w:jc w:val="center"/>
        </w:trPr>
        <w:tc>
          <w:tcPr>
            <w:tcW w:w="14060" w:type="dxa"/>
            <w:gridSpan w:val="6"/>
            <w:tcMar>
              <w:top w:w="70" w:type="dxa"/>
              <w:left w:w="90" w:type="dxa"/>
              <w:bottom w:w="70" w:type="dxa"/>
              <w:right w:w="90" w:type="dxa"/>
            </w:tcMar>
            <w:vAlign w:val="center"/>
          </w:tcPr>
          <w:p w14:paraId="039954FB" w14:textId="77777777" w:rsidR="008D43AB" w:rsidRDefault="008D43AB"/>
          <w:p w14:paraId="2C5DC9DF" w14:textId="77777777" w:rsidR="008D43AB" w:rsidRDefault="00000000">
            <w:pPr>
              <w:spacing w:line="245" w:lineRule="auto"/>
            </w:pPr>
            <w:r>
              <w:rPr>
                <w:b/>
                <w:color w:val="000000"/>
                <w:sz w:val="16"/>
              </w:rPr>
              <w:t xml:space="preserve">UČNE ENOTE: </w:t>
            </w:r>
            <w:r>
              <w:rPr>
                <w:color w:val="000000"/>
                <w:sz w:val="16"/>
              </w:rPr>
              <w:t>1. ura – Moj Glasbeni Napredek – Poslušam in izvajam • 2. ura – Moj glasbeni napredek – Portfolio in samovrednotenje</w:t>
            </w:r>
          </w:p>
        </w:tc>
      </w:tr>
      <w:tr w:rsidR="008D43AB" w14:paraId="20A5C68A" w14:textId="77777777">
        <w:trPr>
          <w:cantSplit/>
          <w:jc w:val="center"/>
        </w:trPr>
        <w:tc>
          <w:tcPr>
            <w:tcW w:w="14060" w:type="dxa"/>
            <w:gridSpan w:val="6"/>
            <w:tcMar>
              <w:top w:w="70" w:type="dxa"/>
              <w:left w:w="90" w:type="dxa"/>
              <w:bottom w:w="70" w:type="dxa"/>
              <w:right w:w="90" w:type="dxa"/>
            </w:tcMar>
            <w:vAlign w:val="center"/>
          </w:tcPr>
          <w:p w14:paraId="60FCBA4F" w14:textId="77777777" w:rsidR="008D43AB" w:rsidRDefault="008D43AB"/>
          <w:p w14:paraId="5A844DB4"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1EF18158" w14:textId="77777777">
        <w:trPr>
          <w:cantSplit/>
          <w:jc w:val="center"/>
        </w:trPr>
        <w:tc>
          <w:tcPr>
            <w:tcW w:w="14060" w:type="dxa"/>
            <w:gridSpan w:val="6"/>
            <w:tcMar>
              <w:top w:w="70" w:type="dxa"/>
              <w:left w:w="90" w:type="dxa"/>
              <w:bottom w:w="70" w:type="dxa"/>
              <w:right w:w="90" w:type="dxa"/>
            </w:tcMar>
            <w:vAlign w:val="center"/>
          </w:tcPr>
          <w:p w14:paraId="12BE4EF0" w14:textId="77777777" w:rsidR="008D43AB" w:rsidRDefault="008D43AB"/>
          <w:p w14:paraId="29E70682"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2671DE45" w14:textId="77777777">
        <w:trPr>
          <w:cantSplit/>
          <w:jc w:val="center"/>
        </w:trPr>
        <w:tc>
          <w:tcPr>
            <w:tcW w:w="14060" w:type="dxa"/>
            <w:gridSpan w:val="6"/>
            <w:tcMar>
              <w:top w:w="70" w:type="dxa"/>
              <w:left w:w="90" w:type="dxa"/>
              <w:bottom w:w="70" w:type="dxa"/>
              <w:right w:w="90" w:type="dxa"/>
            </w:tcMar>
            <w:vAlign w:val="center"/>
          </w:tcPr>
          <w:p w14:paraId="31FBD7D3" w14:textId="77777777" w:rsidR="008D43AB" w:rsidRDefault="008D43AB"/>
          <w:p w14:paraId="25937EBD"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00DE616F" w14:textId="77777777">
        <w:trPr>
          <w:cantSplit/>
          <w:jc w:val="center"/>
        </w:trPr>
        <w:tc>
          <w:tcPr>
            <w:tcW w:w="14060" w:type="dxa"/>
            <w:gridSpan w:val="6"/>
            <w:tcMar>
              <w:top w:w="70" w:type="dxa"/>
              <w:left w:w="90" w:type="dxa"/>
              <w:bottom w:w="70" w:type="dxa"/>
              <w:right w:w="90" w:type="dxa"/>
            </w:tcMar>
            <w:vAlign w:val="center"/>
          </w:tcPr>
          <w:p w14:paraId="7968CD16" w14:textId="77777777" w:rsidR="008D43AB" w:rsidRDefault="008D43AB"/>
          <w:p w14:paraId="4490C4E5" w14:textId="77777777" w:rsidR="008D43AB" w:rsidRDefault="00000000">
            <w:pPr>
              <w:spacing w:line="245" w:lineRule="auto"/>
            </w:pPr>
            <w:r>
              <w:rPr>
                <w:b/>
                <w:color w:val="000000"/>
                <w:sz w:val="16"/>
              </w:rPr>
              <w:t xml:space="preserve">MEDPREDMETNE POVEZAVE: </w:t>
            </w:r>
            <w:r>
              <w:rPr>
                <w:color w:val="000000"/>
                <w:sz w:val="16"/>
              </w:rPr>
              <w:t>SPO – osebni napredek, samovrednotenje in igrivost učenja; SLJ – poslušanje, ritmični govor in opis doživetja; ŠPO – pulz, tempo, gibalni odziv in prostorska orientacija; LUM – simbol, barva, linija in zvočni zapis</w:t>
            </w:r>
          </w:p>
        </w:tc>
      </w:tr>
      <w:tr w:rsidR="008D43AB" w14:paraId="31E568DC" w14:textId="77777777">
        <w:trPr>
          <w:cantSplit/>
          <w:jc w:val="center"/>
        </w:trPr>
        <w:tc>
          <w:tcPr>
            <w:tcW w:w="14060" w:type="dxa"/>
            <w:gridSpan w:val="6"/>
            <w:tcMar>
              <w:top w:w="70" w:type="dxa"/>
              <w:left w:w="90" w:type="dxa"/>
              <w:bottom w:w="70" w:type="dxa"/>
              <w:right w:w="90" w:type="dxa"/>
            </w:tcMar>
            <w:vAlign w:val="center"/>
          </w:tcPr>
          <w:p w14:paraId="6E4C8370" w14:textId="77777777" w:rsidR="008D43AB" w:rsidRDefault="008D43AB"/>
          <w:p w14:paraId="085B4EA9"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0FB56467" w14:textId="77777777">
        <w:trPr>
          <w:cantSplit/>
          <w:jc w:val="center"/>
        </w:trPr>
        <w:tc>
          <w:tcPr>
            <w:tcW w:w="14060" w:type="dxa"/>
            <w:gridSpan w:val="6"/>
            <w:tcMar>
              <w:top w:w="70" w:type="dxa"/>
              <w:left w:w="90" w:type="dxa"/>
              <w:bottom w:w="70" w:type="dxa"/>
              <w:right w:w="90" w:type="dxa"/>
            </w:tcMar>
            <w:vAlign w:val="center"/>
          </w:tcPr>
          <w:p w14:paraId="48F493FE" w14:textId="77777777" w:rsidR="008D43AB" w:rsidRDefault="008D43AB"/>
          <w:p w14:paraId="69DE4978"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478162BC" w14:textId="77777777">
        <w:trPr>
          <w:cantSplit/>
          <w:jc w:val="center"/>
        </w:trPr>
        <w:tc>
          <w:tcPr>
            <w:tcW w:w="14060" w:type="dxa"/>
            <w:gridSpan w:val="6"/>
            <w:tcMar>
              <w:top w:w="70" w:type="dxa"/>
              <w:left w:w="90" w:type="dxa"/>
              <w:bottom w:w="70" w:type="dxa"/>
              <w:right w:w="90" w:type="dxa"/>
            </w:tcMar>
            <w:vAlign w:val="center"/>
          </w:tcPr>
          <w:p w14:paraId="3CD974CC" w14:textId="77777777" w:rsidR="008D43AB" w:rsidRDefault="008D43AB"/>
          <w:p w14:paraId="7D62847B"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5DBC4B84" w14:textId="77777777">
        <w:trPr>
          <w:cantSplit/>
          <w:jc w:val="center"/>
        </w:trPr>
        <w:tc>
          <w:tcPr>
            <w:tcW w:w="14060" w:type="dxa"/>
            <w:gridSpan w:val="6"/>
            <w:tcMar>
              <w:top w:w="70" w:type="dxa"/>
              <w:left w:w="90" w:type="dxa"/>
              <w:bottom w:w="70" w:type="dxa"/>
              <w:right w:w="90" w:type="dxa"/>
            </w:tcMar>
            <w:vAlign w:val="center"/>
          </w:tcPr>
          <w:p w14:paraId="49B5B078" w14:textId="77777777" w:rsidR="008D43AB" w:rsidRDefault="008D43AB"/>
          <w:p w14:paraId="5A3FD431"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1BAA007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5686BD5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E186B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DF9E302" w14:textId="77777777" w:rsidR="008D43AB" w:rsidRDefault="00000000">
            <w:pPr>
              <w:jc w:val="center"/>
            </w:pPr>
            <w:r>
              <w:rPr>
                <w:b/>
                <w:color w:val="000000"/>
                <w:sz w:val="20"/>
              </w:rPr>
              <w:t>UČNE DEJAVNOSTI, METODE IN FORMATIVNO SPREMLJANJE</w:t>
            </w:r>
          </w:p>
        </w:tc>
      </w:tr>
      <w:tr w:rsidR="008D43AB" w14:paraId="7AA4FD87" w14:textId="77777777">
        <w:trPr>
          <w:tblHeader/>
          <w:jc w:val="center"/>
        </w:trPr>
        <w:tc>
          <w:tcPr>
            <w:tcW w:w="4422" w:type="dxa"/>
            <w:vMerge/>
            <w:tcMar>
              <w:top w:w="70" w:type="dxa"/>
              <w:left w:w="90" w:type="dxa"/>
              <w:bottom w:w="70" w:type="dxa"/>
              <w:right w:w="90" w:type="dxa"/>
            </w:tcMar>
            <w:vAlign w:val="center"/>
          </w:tcPr>
          <w:p w14:paraId="0A1A5E84" w14:textId="77777777" w:rsidR="008D43AB" w:rsidRDefault="008D43AB"/>
        </w:tc>
        <w:tc>
          <w:tcPr>
            <w:tcW w:w="7087" w:type="dxa"/>
            <w:shd w:val="clear" w:color="auto" w:fill="FFFFFF"/>
            <w:tcMar>
              <w:top w:w="70" w:type="dxa"/>
              <w:left w:w="90" w:type="dxa"/>
              <w:bottom w:w="70" w:type="dxa"/>
              <w:right w:w="90" w:type="dxa"/>
            </w:tcMar>
            <w:vAlign w:val="center"/>
          </w:tcPr>
          <w:p w14:paraId="30A8B25D"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CF6D68" w14:textId="77777777" w:rsidR="008D43AB" w:rsidRDefault="00000000">
            <w:pPr>
              <w:jc w:val="center"/>
            </w:pPr>
            <w:r>
              <w:rPr>
                <w:b/>
                <w:color w:val="000000"/>
              </w:rPr>
              <w:t>UČENEC</w:t>
            </w:r>
          </w:p>
        </w:tc>
      </w:tr>
      <w:tr w:rsidR="008D43AB" w14:paraId="098F9A5B" w14:textId="77777777">
        <w:trPr>
          <w:jc w:val="center"/>
        </w:trPr>
        <w:tc>
          <w:tcPr>
            <w:tcW w:w="4422" w:type="dxa"/>
            <w:tcMar>
              <w:top w:w="70" w:type="dxa"/>
              <w:left w:w="90" w:type="dxa"/>
              <w:bottom w:w="70" w:type="dxa"/>
              <w:right w:w="90" w:type="dxa"/>
            </w:tcMar>
          </w:tcPr>
          <w:p w14:paraId="269F2093" w14:textId="77777777" w:rsidR="008D43AB" w:rsidRDefault="008D43AB"/>
          <w:p w14:paraId="41B17D0C" w14:textId="77777777" w:rsidR="008D43AB" w:rsidRDefault="00000000">
            <w:pPr>
              <w:spacing w:after="60" w:line="245" w:lineRule="auto"/>
            </w:pPr>
            <w:r>
              <w:rPr>
                <w:b/>
                <w:color w:val="000000"/>
              </w:rPr>
              <w:t>UČNI CILJI</w:t>
            </w:r>
          </w:p>
          <w:p w14:paraId="51170070" w14:textId="77777777" w:rsidR="008D43AB" w:rsidRDefault="00000000">
            <w:pPr>
              <w:spacing w:after="20" w:line="245" w:lineRule="auto"/>
            </w:pPr>
            <w:r>
              <w:rPr>
                <w:b/>
                <w:color w:val="000000"/>
                <w:sz w:val="17"/>
              </w:rPr>
              <w:t>SPLOŠNI</w:t>
            </w:r>
          </w:p>
          <w:p w14:paraId="7A78A2AC"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0105A676" w14:textId="77777777" w:rsidR="008D43AB" w:rsidRDefault="00000000">
            <w:pPr>
              <w:pStyle w:val="Oznaenseznam"/>
              <w:spacing w:after="16"/>
            </w:pPr>
            <w:r>
              <w:rPr>
                <w:color w:val="000000"/>
                <w:sz w:val="16"/>
              </w:rPr>
              <w:t>poje, ritmično govori ter uporablja telo, glasbila in predmete kot zvočne vire</w:t>
            </w:r>
          </w:p>
          <w:p w14:paraId="50CFA7A7" w14:textId="77777777" w:rsidR="008D43AB" w:rsidRDefault="00000000">
            <w:pPr>
              <w:pStyle w:val="Oznaenseznam"/>
              <w:spacing w:after="16"/>
            </w:pPr>
            <w:r>
              <w:rPr>
                <w:color w:val="000000"/>
                <w:sz w:val="16"/>
              </w:rPr>
              <w:t>razlikuje izbrane lastnosti zvoka in glasbe ter varuje sluh in odgovorno uporablja glasbila</w:t>
            </w:r>
          </w:p>
          <w:p w14:paraId="495F80A5"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6FD70A1D" w14:textId="77777777" w:rsidR="008D43AB" w:rsidRDefault="00000000">
            <w:pPr>
              <w:spacing w:before="40" w:after="20" w:line="245" w:lineRule="auto"/>
            </w:pPr>
            <w:r>
              <w:rPr>
                <w:b/>
                <w:color w:val="000000"/>
                <w:sz w:val="17"/>
              </w:rPr>
              <w:t>OPERATIVNI</w:t>
            </w:r>
          </w:p>
          <w:p w14:paraId="27ABE203" w14:textId="77777777" w:rsidR="008D43AB" w:rsidRDefault="00000000">
            <w:pPr>
              <w:pStyle w:val="Oznaenseznam"/>
              <w:spacing w:after="16"/>
            </w:pPr>
            <w:r>
              <w:rPr>
                <w:color w:val="000000"/>
                <w:sz w:val="16"/>
              </w:rPr>
              <w:t>izvede izbrano pesem ali ritem</w:t>
            </w:r>
          </w:p>
          <w:p w14:paraId="080A6117" w14:textId="77777777" w:rsidR="008D43AB" w:rsidRDefault="00000000">
            <w:pPr>
              <w:pStyle w:val="Oznaenseznam"/>
              <w:spacing w:after="16"/>
            </w:pPr>
            <w:r>
              <w:rPr>
                <w:color w:val="000000"/>
                <w:sz w:val="16"/>
              </w:rPr>
              <w:t>uporabi glasbeni pojem</w:t>
            </w:r>
          </w:p>
          <w:p w14:paraId="113B5439" w14:textId="77777777" w:rsidR="008D43AB" w:rsidRDefault="00000000">
            <w:pPr>
              <w:pStyle w:val="Oznaenseznam"/>
              <w:spacing w:after="16"/>
            </w:pPr>
            <w:r>
              <w:rPr>
                <w:color w:val="000000"/>
                <w:sz w:val="16"/>
              </w:rPr>
              <w:t>samovrednoti izvedbo</w:t>
            </w:r>
          </w:p>
          <w:p w14:paraId="2C1AD045" w14:textId="77777777" w:rsidR="008D43AB" w:rsidRDefault="00000000">
            <w:pPr>
              <w:spacing w:before="40" w:after="20" w:line="245" w:lineRule="auto"/>
            </w:pPr>
            <w:r>
              <w:rPr>
                <w:b/>
                <w:color w:val="000000"/>
                <w:sz w:val="17"/>
              </w:rPr>
              <w:t>PRIČAKOVANI DOSEŽKI / MINIMALNI POUDARKI</w:t>
            </w:r>
          </w:p>
          <w:p w14:paraId="1BB4BE6F" w14:textId="77777777" w:rsidR="008D43AB" w:rsidRDefault="00000000">
            <w:pPr>
              <w:pStyle w:val="Oznaenseznam"/>
              <w:spacing w:after="16"/>
            </w:pPr>
            <w:r>
              <w:rPr>
                <w:color w:val="000000"/>
                <w:sz w:val="15"/>
              </w:rPr>
              <w:t>samostojno oziroma z dogovorjeno oporo izvede izbrano pesem ali ritem</w:t>
            </w:r>
          </w:p>
          <w:p w14:paraId="7FFA7A38" w14:textId="77777777" w:rsidR="008D43AB" w:rsidRDefault="00000000">
            <w:pPr>
              <w:pStyle w:val="Oznaenseznam"/>
              <w:spacing w:after="16"/>
            </w:pPr>
            <w:r>
              <w:rPr>
                <w:color w:val="000000"/>
                <w:sz w:val="15"/>
              </w:rPr>
              <w:t>samostojno oziroma z dogovorjeno oporo uporabi glasbeni pojem</w:t>
            </w:r>
          </w:p>
          <w:p w14:paraId="472FA4A3" w14:textId="77777777" w:rsidR="008D43AB" w:rsidRDefault="00000000">
            <w:pPr>
              <w:pStyle w:val="Oznaenseznam"/>
              <w:spacing w:after="16"/>
            </w:pPr>
            <w:r>
              <w:rPr>
                <w:color w:val="000000"/>
                <w:sz w:val="15"/>
              </w:rPr>
              <w:t>samostojno oziroma z dogovorjeno oporo samovrednoti izvedbo</w:t>
            </w:r>
          </w:p>
        </w:tc>
        <w:tc>
          <w:tcPr>
            <w:tcW w:w="7087" w:type="dxa"/>
            <w:tcMar>
              <w:top w:w="70" w:type="dxa"/>
              <w:left w:w="90" w:type="dxa"/>
              <w:bottom w:w="70" w:type="dxa"/>
              <w:right w:w="90" w:type="dxa"/>
            </w:tcMar>
          </w:tcPr>
          <w:p w14:paraId="09CBE972"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71DE4BDF" w14:textId="77777777">
              <w:trPr>
                <w:jc w:val="center"/>
              </w:trPr>
              <w:tc>
                <w:tcPr>
                  <w:tcW w:w="7087" w:type="dxa"/>
                  <w:shd w:val="clear" w:color="auto" w:fill="C6E7F3"/>
                  <w:tcMar>
                    <w:top w:w="45" w:type="dxa"/>
                    <w:left w:w="70" w:type="dxa"/>
                    <w:bottom w:w="45" w:type="dxa"/>
                    <w:right w:w="70" w:type="dxa"/>
                  </w:tcMar>
                </w:tcPr>
                <w:p w14:paraId="6EC760ED" w14:textId="77777777" w:rsidR="008D43AB" w:rsidRDefault="00000000">
                  <w:pPr>
                    <w:keepNext/>
                  </w:pPr>
                  <w:r>
                    <w:rPr>
                      <w:b/>
                      <w:color w:val="000000"/>
                    </w:rPr>
                    <w:t>UVODNI DEL – zvočna motivacija, aktivacija predznanja in namen učenja (8–12 min)</w:t>
                  </w:r>
                </w:p>
              </w:tc>
            </w:tr>
          </w:tbl>
          <w:p w14:paraId="781199E0" w14:textId="77777777" w:rsidR="008D43AB" w:rsidRDefault="008D43AB">
            <w:pPr>
              <w:spacing w:line="20" w:lineRule="exact"/>
            </w:pPr>
          </w:p>
          <w:p w14:paraId="56492DEB" w14:textId="77777777" w:rsidR="008D43AB" w:rsidRDefault="00000000">
            <w:pPr>
              <w:spacing w:before="40" w:after="60" w:line="245" w:lineRule="auto"/>
            </w:pPr>
            <w:r>
              <w:rPr>
                <w:color w:val="000000"/>
                <w:sz w:val="16"/>
              </w:rPr>
              <w:t>Učenci ob motivu »Pedenjped« – Niko Grafenauer • NADALJEVANJE vstopijo v temo osebni napredek, samovrednotenje in igrivost učenja. Najprej v tišini poslušajo kratek zvočni odlomek ali učiteljičino izvedbo (izbrana učenčeva pesem ali ritem; glasbeni portfolij),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7A22843B" w14:textId="77777777">
              <w:trPr>
                <w:jc w:val="center"/>
              </w:trPr>
              <w:tc>
                <w:tcPr>
                  <w:tcW w:w="7087" w:type="dxa"/>
                  <w:shd w:val="clear" w:color="auto" w:fill="EDC9EA"/>
                  <w:tcMar>
                    <w:top w:w="45" w:type="dxa"/>
                    <w:left w:w="70" w:type="dxa"/>
                    <w:bottom w:w="45" w:type="dxa"/>
                    <w:right w:w="70" w:type="dxa"/>
                  </w:tcMar>
                </w:tcPr>
                <w:p w14:paraId="507380D6" w14:textId="77777777" w:rsidR="008D43AB" w:rsidRDefault="00000000">
                  <w:pPr>
                    <w:keepNext/>
                  </w:pPr>
                  <w:r>
                    <w:rPr>
                      <w:b/>
                      <w:color w:val="000000"/>
                    </w:rPr>
                    <w:t>NAMENI UČENJA</w:t>
                  </w:r>
                </w:p>
              </w:tc>
            </w:tr>
          </w:tbl>
          <w:p w14:paraId="1937BA41" w14:textId="77777777" w:rsidR="008D43AB" w:rsidRDefault="008D43AB">
            <w:pPr>
              <w:spacing w:line="20" w:lineRule="exact"/>
            </w:pPr>
          </w:p>
          <w:p w14:paraId="09F11BF8"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01CAB018" w14:textId="77777777" w:rsidR="008D43AB" w:rsidRDefault="00000000">
            <w:pPr>
              <w:pStyle w:val="Oznaenseznam"/>
              <w:spacing w:after="16"/>
            </w:pPr>
            <w:r>
              <w:rPr>
                <w:color w:val="000000"/>
                <w:sz w:val="16"/>
              </w:rPr>
              <w:t>izvedem izbrano pesem ali ritem</w:t>
            </w:r>
          </w:p>
          <w:p w14:paraId="57D248A2" w14:textId="77777777" w:rsidR="008D43AB" w:rsidRDefault="00000000">
            <w:pPr>
              <w:pStyle w:val="Oznaenseznam"/>
              <w:spacing w:after="16"/>
            </w:pPr>
            <w:r>
              <w:rPr>
                <w:color w:val="000000"/>
                <w:sz w:val="16"/>
              </w:rPr>
              <w:t>uporabim glasbeni pojem</w:t>
            </w:r>
          </w:p>
          <w:p w14:paraId="3939465F" w14:textId="77777777" w:rsidR="008D43AB" w:rsidRDefault="00000000">
            <w:pPr>
              <w:pStyle w:val="Oznaenseznam"/>
              <w:spacing w:after="16"/>
            </w:pPr>
            <w:r>
              <w:rPr>
                <w:color w:val="000000"/>
                <w:sz w:val="16"/>
              </w:rPr>
              <w:t>samovrednotim izvedbo</w:t>
            </w:r>
          </w:p>
          <w:tbl>
            <w:tblPr>
              <w:tblStyle w:val="Tabelamrea"/>
              <w:tblW w:w="0" w:type="auto"/>
              <w:jc w:val="center"/>
              <w:tblLayout w:type="fixed"/>
              <w:tblLook w:val="04A0" w:firstRow="1" w:lastRow="0" w:firstColumn="1" w:lastColumn="0" w:noHBand="0" w:noVBand="1"/>
            </w:tblPr>
            <w:tblGrid>
              <w:gridCol w:w="7087"/>
            </w:tblGrid>
            <w:tr w:rsidR="008D43AB" w14:paraId="6873F288" w14:textId="77777777">
              <w:trPr>
                <w:jc w:val="center"/>
              </w:trPr>
              <w:tc>
                <w:tcPr>
                  <w:tcW w:w="7087" w:type="dxa"/>
                  <w:shd w:val="clear" w:color="auto" w:fill="EDC9EA"/>
                  <w:tcMar>
                    <w:top w:w="45" w:type="dxa"/>
                    <w:left w:w="70" w:type="dxa"/>
                    <w:bottom w:w="45" w:type="dxa"/>
                    <w:right w:w="70" w:type="dxa"/>
                  </w:tcMar>
                </w:tcPr>
                <w:p w14:paraId="654D7AFC" w14:textId="77777777" w:rsidR="008D43AB" w:rsidRDefault="00000000">
                  <w:pPr>
                    <w:keepNext/>
                  </w:pPr>
                  <w:r>
                    <w:rPr>
                      <w:b/>
                      <w:color w:val="000000"/>
                    </w:rPr>
                    <w:t>PREVERJANJE PREDZNANJA</w:t>
                  </w:r>
                </w:p>
              </w:tc>
            </w:tr>
          </w:tbl>
          <w:p w14:paraId="432C3535" w14:textId="77777777" w:rsidR="008D43AB" w:rsidRDefault="008D43AB">
            <w:pPr>
              <w:spacing w:line="20" w:lineRule="exact"/>
            </w:pPr>
          </w:p>
          <w:p w14:paraId="1201F804" w14:textId="77777777" w:rsidR="008D43AB" w:rsidRDefault="00000000">
            <w:pPr>
              <w:pStyle w:val="Oznaenseznam"/>
              <w:spacing w:after="16"/>
            </w:pPr>
            <w:r>
              <w:rPr>
                <w:color w:val="000000"/>
                <w:sz w:val="16"/>
              </w:rPr>
              <w:t>Kaj mi zvok, naslov, slika ali motiv pove o temi osebni napredek, samovrednotenje in igrivost učenja?</w:t>
            </w:r>
          </w:p>
          <w:p w14:paraId="7094690C" w14:textId="77777777" w:rsidR="008D43AB" w:rsidRDefault="00000000">
            <w:pPr>
              <w:pStyle w:val="Oznaenseznam"/>
              <w:spacing w:after="16"/>
            </w:pPr>
            <w:r>
              <w:rPr>
                <w:color w:val="000000"/>
                <w:sz w:val="16"/>
              </w:rPr>
              <w:t>Kako lahko s poslušanjem, glasom, telesom, glasbilom ali simbolom pokažem, kaj že znam pri temi »MOJ GLASBENI NAPREDEK«?</w:t>
            </w:r>
          </w:p>
          <w:p w14:paraId="088EE906"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057F3F46" w14:textId="77777777">
              <w:trPr>
                <w:jc w:val="center"/>
              </w:trPr>
              <w:tc>
                <w:tcPr>
                  <w:tcW w:w="7087" w:type="dxa"/>
                  <w:shd w:val="clear" w:color="auto" w:fill="EDC9EA"/>
                  <w:tcMar>
                    <w:top w:w="45" w:type="dxa"/>
                    <w:left w:w="70" w:type="dxa"/>
                    <w:bottom w:w="45" w:type="dxa"/>
                    <w:right w:w="70" w:type="dxa"/>
                  </w:tcMar>
                </w:tcPr>
                <w:p w14:paraId="6D8E41CD" w14:textId="77777777" w:rsidR="008D43AB" w:rsidRDefault="00000000">
                  <w:pPr>
                    <w:keepNext/>
                  </w:pPr>
                  <w:r>
                    <w:rPr>
                      <w:b/>
                      <w:color w:val="000000"/>
                    </w:rPr>
                    <w:t>KRITERIJI USPEŠNOSTI</w:t>
                  </w:r>
                </w:p>
              </w:tc>
            </w:tr>
          </w:tbl>
          <w:p w14:paraId="7DAB262F" w14:textId="77777777" w:rsidR="008D43AB" w:rsidRDefault="008D43AB"/>
          <w:p w14:paraId="29E4DD66" w14:textId="77777777" w:rsidR="008D43AB" w:rsidRDefault="00000000">
            <w:pPr>
              <w:spacing w:before="20" w:after="20" w:line="245" w:lineRule="auto"/>
            </w:pPr>
            <w:r>
              <w:rPr>
                <w:b/>
                <w:color w:val="000000"/>
                <w:sz w:val="16"/>
              </w:rPr>
              <w:t>Uspešen/-na bom, ko:</w:t>
            </w:r>
          </w:p>
          <w:p w14:paraId="4C0E6380" w14:textId="77777777" w:rsidR="008D43AB" w:rsidRDefault="00000000">
            <w:pPr>
              <w:pStyle w:val="Oznaenseznam"/>
              <w:spacing w:after="16"/>
            </w:pPr>
            <w:r>
              <w:rPr>
                <w:color w:val="000000"/>
                <w:sz w:val="16"/>
              </w:rPr>
              <w:t>izvedem izbrano pesem ali ritem</w:t>
            </w:r>
          </w:p>
          <w:p w14:paraId="5F0C1059" w14:textId="77777777" w:rsidR="008D43AB" w:rsidRDefault="00000000">
            <w:pPr>
              <w:pStyle w:val="Oznaenseznam"/>
              <w:spacing w:after="16"/>
            </w:pPr>
            <w:r>
              <w:rPr>
                <w:color w:val="000000"/>
                <w:sz w:val="16"/>
              </w:rPr>
              <w:t>uporabim glasbeni pojem</w:t>
            </w:r>
          </w:p>
          <w:p w14:paraId="6CDC00EB" w14:textId="77777777" w:rsidR="008D43AB" w:rsidRDefault="00000000">
            <w:pPr>
              <w:pStyle w:val="Oznaenseznam"/>
              <w:spacing w:after="16"/>
            </w:pPr>
            <w:r>
              <w:rPr>
                <w:color w:val="000000"/>
                <w:sz w:val="16"/>
              </w:rPr>
              <w:t>samovrednotim izvedbo</w:t>
            </w:r>
          </w:p>
          <w:p w14:paraId="4F1C285D" w14:textId="77777777" w:rsidR="008D43AB" w:rsidRDefault="00000000">
            <w:pPr>
              <w:pStyle w:val="Oznaenseznam"/>
              <w:spacing w:after="16"/>
            </w:pPr>
            <w:r>
              <w:rPr>
                <w:color w:val="000000"/>
                <w:sz w:val="16"/>
              </w:rPr>
              <w:t>upoštevam dogovorjeni začetek, konec, znak za tišino in varno glasnost</w:t>
            </w:r>
          </w:p>
          <w:p w14:paraId="06454E55"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2BDABE7D" w14:textId="77777777" w:rsidR="008D43AB" w:rsidRDefault="008D43AB"/>
          <w:p w14:paraId="01CA9050"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530F0ACD" w14:textId="77777777" w:rsidR="008D43AB" w:rsidRDefault="00000000">
            <w:pPr>
              <w:spacing w:after="80" w:line="245" w:lineRule="auto"/>
            </w:pPr>
            <w:r>
              <w:rPr>
                <w:color w:val="000000"/>
                <w:sz w:val="16"/>
              </w:rPr>
              <w:t>Pove ali pokaže, kaj že zna in katero glasbeno strategijo bi uporabil.</w:t>
            </w:r>
          </w:p>
          <w:p w14:paraId="031E4E18" w14:textId="77777777" w:rsidR="008D43AB" w:rsidRDefault="00000000">
            <w:pPr>
              <w:spacing w:after="100" w:line="245" w:lineRule="auto"/>
            </w:pPr>
            <w:r>
              <w:rPr>
                <w:color w:val="000000"/>
                <w:sz w:val="16"/>
              </w:rPr>
              <w:t>Sodeluje pri razumevanju namenov, meril uspešnosti, varne glasnosti in načina dokazovanja.</w:t>
            </w:r>
          </w:p>
          <w:p w14:paraId="3CA69D40" w14:textId="77777777" w:rsidR="008D43AB" w:rsidRDefault="00000000">
            <w:pPr>
              <w:spacing w:after="20" w:line="245" w:lineRule="auto"/>
            </w:pPr>
            <w:r>
              <w:rPr>
                <w:b/>
                <w:color w:val="D95BC6"/>
                <w:sz w:val="17"/>
              </w:rPr>
              <w:t>DOKAZ O UČENJU</w:t>
            </w:r>
          </w:p>
          <w:p w14:paraId="5EEB725F"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6521417D"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F643B3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7DA4D99"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DFC3B8" w14:textId="77777777" w:rsidR="008D43AB" w:rsidRDefault="00000000">
            <w:pPr>
              <w:jc w:val="center"/>
            </w:pPr>
            <w:r>
              <w:rPr>
                <w:b/>
                <w:color w:val="000000"/>
                <w:sz w:val="20"/>
              </w:rPr>
              <w:t>UČNE DEJAVNOSTI, METODE IN FORMATIVNO SPREMLJANJE</w:t>
            </w:r>
          </w:p>
        </w:tc>
      </w:tr>
      <w:tr w:rsidR="008D43AB" w14:paraId="10CBE8F3" w14:textId="77777777">
        <w:trPr>
          <w:tblHeader/>
          <w:jc w:val="center"/>
        </w:trPr>
        <w:tc>
          <w:tcPr>
            <w:tcW w:w="4422" w:type="dxa"/>
            <w:vMerge/>
            <w:tcMar>
              <w:top w:w="70" w:type="dxa"/>
              <w:left w:w="90" w:type="dxa"/>
              <w:bottom w:w="70" w:type="dxa"/>
              <w:right w:w="90" w:type="dxa"/>
            </w:tcMar>
            <w:vAlign w:val="center"/>
          </w:tcPr>
          <w:p w14:paraId="534090DC" w14:textId="77777777" w:rsidR="008D43AB" w:rsidRDefault="008D43AB"/>
        </w:tc>
        <w:tc>
          <w:tcPr>
            <w:tcW w:w="7087" w:type="dxa"/>
            <w:shd w:val="clear" w:color="auto" w:fill="FFFFFF"/>
            <w:tcMar>
              <w:top w:w="70" w:type="dxa"/>
              <w:left w:w="90" w:type="dxa"/>
              <w:bottom w:w="70" w:type="dxa"/>
              <w:right w:w="90" w:type="dxa"/>
            </w:tcMar>
            <w:vAlign w:val="center"/>
          </w:tcPr>
          <w:p w14:paraId="6F0226A1"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090DF1B" w14:textId="77777777" w:rsidR="008D43AB" w:rsidRDefault="00000000">
            <w:pPr>
              <w:jc w:val="center"/>
            </w:pPr>
            <w:r>
              <w:rPr>
                <w:b/>
                <w:color w:val="000000"/>
              </w:rPr>
              <w:t>UČENEC</w:t>
            </w:r>
          </w:p>
        </w:tc>
      </w:tr>
      <w:tr w:rsidR="008D43AB" w14:paraId="2954FC7E" w14:textId="77777777">
        <w:trPr>
          <w:jc w:val="center"/>
        </w:trPr>
        <w:tc>
          <w:tcPr>
            <w:tcW w:w="4422" w:type="dxa"/>
            <w:tcMar>
              <w:top w:w="70" w:type="dxa"/>
              <w:left w:w="90" w:type="dxa"/>
              <w:bottom w:w="70" w:type="dxa"/>
              <w:right w:w="90" w:type="dxa"/>
            </w:tcMar>
          </w:tcPr>
          <w:p w14:paraId="79B47975" w14:textId="77777777" w:rsidR="008D43AB" w:rsidRDefault="008D43AB"/>
          <w:p w14:paraId="1BA46CC6" w14:textId="77777777" w:rsidR="008D43AB" w:rsidRDefault="00000000">
            <w:pPr>
              <w:spacing w:after="40" w:line="245" w:lineRule="auto"/>
            </w:pPr>
            <w:r>
              <w:rPr>
                <w:b/>
                <w:color w:val="000000"/>
              </w:rPr>
              <w:t>KLJUČNI GLASBENI POJMI</w:t>
            </w:r>
          </w:p>
          <w:p w14:paraId="0DEDB7BB" w14:textId="77777777" w:rsidR="008D43AB" w:rsidRDefault="00000000">
            <w:pPr>
              <w:spacing w:after="60" w:line="245" w:lineRule="auto"/>
            </w:pPr>
            <w:r>
              <w:rPr>
                <w:color w:val="000000"/>
                <w:sz w:val="15"/>
              </w:rPr>
              <w:t>poslušanje, zvok, tišina, izvedba, glasbeni znak, dokaz, povratna informacija</w:t>
            </w:r>
          </w:p>
          <w:p w14:paraId="73AE4591" w14:textId="77777777" w:rsidR="008D43AB" w:rsidRDefault="00000000">
            <w:pPr>
              <w:spacing w:after="20" w:line="245" w:lineRule="auto"/>
            </w:pPr>
            <w:r>
              <w:rPr>
                <w:b/>
                <w:color w:val="000000"/>
                <w:sz w:val="17"/>
              </w:rPr>
              <w:t>DOKAZI O UČENJU</w:t>
            </w:r>
          </w:p>
          <w:p w14:paraId="7FAFB432" w14:textId="77777777" w:rsidR="008D43AB" w:rsidRDefault="00000000">
            <w:pPr>
              <w:pStyle w:val="Oznaenseznam"/>
              <w:spacing w:after="9"/>
            </w:pPr>
            <w:r>
              <w:rPr>
                <w:color w:val="000000"/>
                <w:sz w:val="15"/>
              </w:rPr>
              <w:t>poslušalski gibalni odziv, ritmični/pevski odmev in učiteljev zapis o skupnem pulzu oziroma začetku/koncu.</w:t>
            </w:r>
          </w:p>
          <w:p w14:paraId="12A0F15B" w14:textId="77777777" w:rsidR="008D43AB" w:rsidRDefault="00000000">
            <w:pPr>
              <w:pStyle w:val="Oznaenseznam"/>
              <w:spacing w:after="9"/>
            </w:pPr>
            <w:r>
              <w:rPr>
                <w:color w:val="000000"/>
                <w:sz w:val="15"/>
              </w:rPr>
              <w:t>izbrani dokaz iz glasbenega portfolija, primerjava napredka, izvedba in samovrednotenje</w:t>
            </w:r>
          </w:p>
          <w:p w14:paraId="4357E808" w14:textId="77777777" w:rsidR="008D43AB" w:rsidRDefault="00000000">
            <w:pPr>
              <w:spacing w:before="40" w:after="20" w:line="245" w:lineRule="auto"/>
            </w:pPr>
            <w:r>
              <w:rPr>
                <w:b/>
                <w:color w:val="000000"/>
                <w:sz w:val="17"/>
              </w:rPr>
              <w:t>GLASBENO DOŽIVETJE IN IZKUŠENJSKI POUK</w:t>
            </w:r>
          </w:p>
          <w:p w14:paraId="1E6D48AF"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618A29E1" w14:textId="77777777" w:rsidR="008D43AB" w:rsidRDefault="00000000">
            <w:pPr>
              <w:spacing w:after="20" w:line="245" w:lineRule="auto"/>
            </w:pPr>
            <w:r>
              <w:rPr>
                <w:b/>
                <w:color w:val="000000"/>
                <w:sz w:val="17"/>
              </w:rPr>
              <w:t>POUČEVANJE V GIBANJU</w:t>
            </w:r>
          </w:p>
          <w:p w14:paraId="0C758172"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12F3AAB0" w14:textId="77777777" w:rsidR="008D43AB" w:rsidRDefault="00000000">
            <w:pPr>
              <w:spacing w:after="20" w:line="245" w:lineRule="auto"/>
            </w:pPr>
            <w:r>
              <w:rPr>
                <w:b/>
                <w:color w:val="000000"/>
                <w:sz w:val="17"/>
              </w:rPr>
              <w:t>DELO PO POSTAJAH</w:t>
            </w:r>
          </w:p>
          <w:p w14:paraId="28E7E53A"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635199E4" w14:textId="77777777" w:rsidR="008D43AB" w:rsidRDefault="00000000">
            <w:pPr>
              <w:spacing w:after="10" w:line="245" w:lineRule="auto"/>
            </w:pPr>
            <w:r>
              <w:rPr>
                <w:color w:val="000000"/>
                <w:sz w:val="15"/>
              </w:rPr>
              <w:t>1. Aktivno poslušanje: prepoznam zvočni vir ali spremembo ter odziv pokažem s kartico, gibom ali besedo.</w:t>
            </w:r>
          </w:p>
          <w:p w14:paraId="4C89A608" w14:textId="77777777" w:rsidR="008D43AB" w:rsidRDefault="00000000">
            <w:pPr>
              <w:spacing w:after="10" w:line="245" w:lineRule="auto"/>
            </w:pPr>
            <w:r>
              <w:rPr>
                <w:color w:val="000000"/>
                <w:sz w:val="15"/>
              </w:rPr>
              <w:t>2. Gibalna: glasbeno lastnost ponazorim s hojo, nivojem telesa, smerjo, hitrostjo in zamrznitvijo.</w:t>
            </w:r>
          </w:p>
          <w:p w14:paraId="57B35174" w14:textId="77777777" w:rsidR="008D43AB" w:rsidRDefault="00000000">
            <w:pPr>
              <w:spacing w:after="10" w:line="245" w:lineRule="auto"/>
            </w:pPr>
            <w:r>
              <w:rPr>
                <w:color w:val="000000"/>
                <w:sz w:val="15"/>
              </w:rPr>
              <w:t>3. Izvajalska: zvok posnemam z glasom, telesom ali glasbilom ter upoštevam začetek, konec in tišino.</w:t>
            </w:r>
          </w:p>
          <w:p w14:paraId="1548B319" w14:textId="77777777" w:rsidR="008D43AB" w:rsidRDefault="00000000">
            <w:pPr>
              <w:spacing w:after="10" w:line="245" w:lineRule="auto"/>
            </w:pPr>
            <w:r>
              <w:rPr>
                <w:color w:val="000000"/>
                <w:sz w:val="15"/>
              </w:rPr>
              <w:t>4. Likovno-zapisna: doživetje ali zvočno zaporedje prikažem s simboli, ga predstavim in izboljšam.</w:t>
            </w:r>
          </w:p>
          <w:p w14:paraId="210B8566" w14:textId="77777777" w:rsidR="008D43AB" w:rsidRDefault="00000000">
            <w:pPr>
              <w:spacing w:after="20" w:line="245" w:lineRule="auto"/>
            </w:pPr>
            <w:r>
              <w:rPr>
                <w:b/>
                <w:color w:val="000000"/>
                <w:sz w:val="17"/>
              </w:rPr>
              <w:t>DIFERENCIACIJA IN VKLJUČEVANJE</w:t>
            </w:r>
          </w:p>
          <w:p w14:paraId="52096030"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4CBBEBE0" w14:textId="77777777" w:rsidR="008D43AB" w:rsidRDefault="00000000">
            <w:pPr>
              <w:spacing w:after="20" w:line="245" w:lineRule="auto"/>
            </w:pPr>
            <w:r>
              <w:rPr>
                <w:b/>
                <w:color w:val="000000"/>
                <w:sz w:val="17"/>
              </w:rPr>
              <w:t>SPREMLJANJE</w:t>
            </w:r>
          </w:p>
          <w:p w14:paraId="6054D36E"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314001BF"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ACFAF9D" w14:textId="77777777">
              <w:trPr>
                <w:jc w:val="center"/>
              </w:trPr>
              <w:tc>
                <w:tcPr>
                  <w:tcW w:w="7087" w:type="dxa"/>
                  <w:shd w:val="clear" w:color="auto" w:fill="C6E7F3"/>
                  <w:tcMar>
                    <w:top w:w="45" w:type="dxa"/>
                    <w:left w:w="70" w:type="dxa"/>
                    <w:bottom w:w="45" w:type="dxa"/>
                    <w:right w:w="70" w:type="dxa"/>
                  </w:tcMar>
                </w:tcPr>
                <w:p w14:paraId="7F8FCD9B" w14:textId="77777777" w:rsidR="008D43AB" w:rsidRDefault="00000000">
                  <w:pPr>
                    <w:keepNext/>
                  </w:pPr>
                  <w:r>
                    <w:rPr>
                      <w:b/>
                      <w:color w:val="000000"/>
                      <w:sz w:val="17"/>
                    </w:rPr>
                    <w:t>GLAVNI DEL – POSLUŠANJE, IZVAJANJE, GIBANJE IN USTVARJANJE (2 šolski uri)</w:t>
                  </w:r>
                </w:p>
              </w:tc>
            </w:tr>
          </w:tbl>
          <w:p w14:paraId="1C910110" w14:textId="77777777" w:rsidR="008D43AB" w:rsidRDefault="008D43AB">
            <w:pPr>
              <w:spacing w:line="20" w:lineRule="exact"/>
            </w:pPr>
          </w:p>
          <w:p w14:paraId="01E2934A" w14:textId="77777777" w:rsidR="008D43AB" w:rsidRDefault="00000000">
            <w:pPr>
              <w:keepNext/>
              <w:spacing w:before="24" w:after="8" w:line="245" w:lineRule="auto"/>
            </w:pPr>
            <w:r>
              <w:rPr>
                <w:b/>
                <w:color w:val="000000"/>
                <w:sz w:val="16"/>
              </w:rPr>
              <w:t>1. URA – Moj Glasbeni Napredek – Poslušam in izvajam</w:t>
            </w:r>
          </w:p>
          <w:p w14:paraId="6C393481" w14:textId="77777777" w:rsidR="008D43AB" w:rsidRDefault="00000000">
            <w:pPr>
              <w:spacing w:after="11" w:line="245" w:lineRule="auto"/>
            </w:pPr>
            <w:r>
              <w:rPr>
                <w:b/>
                <w:color w:val="000000"/>
                <w:sz w:val="15"/>
              </w:rPr>
              <w:t xml:space="preserve">Dejavnost učiteljice: </w:t>
            </w:r>
            <w:r>
              <w:rPr>
                <w:color w:val="000000"/>
                <w:sz w:val="15"/>
              </w:rPr>
              <w:t>Uvod: 5' – Ustvari zvočno uganko, povezano s temo »MOJ GLASBENI NAPREDEK«, in predstavi poslušalski namen. Osrednji del: 30' – Vodi aktivno poslušanje z gibanjem, odmev ritma/pesmi ter izvedbo z glasom, telesom ali glasbilom; izmenjuje zvok in tišino. Zaključek: 10' – Ponovi kratek individualni odmev in vpraša, kateri glasbeni znak je učencu pomagal.</w:t>
            </w:r>
          </w:p>
          <w:p w14:paraId="69A022AA" w14:textId="77777777" w:rsidR="008D43AB" w:rsidRDefault="00000000">
            <w:pPr>
              <w:spacing w:after="11" w:line="245" w:lineRule="auto"/>
            </w:pPr>
            <w:r>
              <w:rPr>
                <w:b/>
                <w:color w:val="000000"/>
                <w:sz w:val="15"/>
              </w:rPr>
              <w:t xml:space="preserve">Dejavnost učencev: </w:t>
            </w:r>
            <w:r>
              <w:rPr>
                <w:color w:val="000000"/>
                <w:sz w:val="15"/>
              </w:rPr>
              <w:t>Uvodno posluša ali preizkusi: Posluša z zaprtimi ali usmerjenimi očmi, pokaže vir/lastnost zvoka in svoje doživetje izrazi z gibanjem. Nato izvaja in ustvarja: Posnema, poje ali igra, drži skupni pulz, se pravočasno ustavi in posluša izvedbo druge skupine.</w:t>
            </w:r>
          </w:p>
          <w:p w14:paraId="3F5EB098" w14:textId="77777777" w:rsidR="008D43AB" w:rsidRDefault="00000000">
            <w:pPr>
              <w:spacing w:after="24" w:line="245" w:lineRule="auto"/>
            </w:pPr>
            <w:r>
              <w:rPr>
                <w:i/>
                <w:color w:val="D95BC6"/>
                <w:sz w:val="15"/>
              </w:rPr>
              <w:t>Predvideni dokaz: poslušalski gibalni odziv, ritmični/pevski odmev in učiteljev zapis o skupnem pulzu oziroma začetku/koncu..</w:t>
            </w:r>
          </w:p>
          <w:p w14:paraId="2EA99315" w14:textId="77777777" w:rsidR="008D43AB" w:rsidRDefault="00000000">
            <w:pPr>
              <w:keepNext/>
              <w:spacing w:before="24" w:after="8" w:line="245" w:lineRule="auto"/>
            </w:pPr>
            <w:r>
              <w:rPr>
                <w:b/>
                <w:color w:val="000000"/>
                <w:sz w:val="16"/>
              </w:rPr>
              <w:t>2. URA – Moj glasbeni napredek – Portfolio in samovrednotenje</w:t>
            </w:r>
          </w:p>
          <w:p w14:paraId="3A7C5AA1" w14:textId="77777777" w:rsidR="008D43AB" w:rsidRDefault="00000000">
            <w:pPr>
              <w:spacing w:after="11" w:line="245" w:lineRule="auto"/>
            </w:pPr>
            <w:r>
              <w:rPr>
                <w:b/>
                <w:color w:val="000000"/>
                <w:sz w:val="15"/>
              </w:rPr>
              <w:t xml:space="preserve">Dejavnost učiteljice: </w:t>
            </w:r>
            <w:r>
              <w:rPr>
                <w:color w:val="000000"/>
                <w:sz w:val="15"/>
              </w:rPr>
              <w:t>Organizira glasbeni portfolij in galerijo dokazov. Modelira primerjavo starejšega in novejšega posnetka, zapisa ali izvedbe, nato vodi učence k izbiri merila, opisu napredka in izvedljivemu naslednjemu koraku.</w:t>
            </w:r>
          </w:p>
          <w:p w14:paraId="4FADAFB3" w14:textId="77777777" w:rsidR="008D43AB" w:rsidRDefault="00000000">
            <w:pPr>
              <w:spacing w:after="11" w:line="245" w:lineRule="auto"/>
            </w:pPr>
            <w:r>
              <w:rPr>
                <w:b/>
                <w:color w:val="000000"/>
                <w:sz w:val="15"/>
              </w:rPr>
              <w:t xml:space="preserve">Dejavnost učencev: </w:t>
            </w:r>
            <w:r>
              <w:rPr>
                <w:color w:val="000000"/>
                <w:sz w:val="15"/>
              </w:rPr>
              <w:t>Izbere pesem, ritem, zvočni zapis ali posnetek, ga primerja s starejšim dokazom, izvede izbrani primer ter z glasbenim pojmom pojasni napredek in naslednji korak.</w:t>
            </w:r>
          </w:p>
          <w:p w14:paraId="553A3E5E" w14:textId="77777777" w:rsidR="008D43AB" w:rsidRDefault="00000000">
            <w:pPr>
              <w:spacing w:after="24" w:line="245" w:lineRule="auto"/>
            </w:pPr>
            <w:r>
              <w:rPr>
                <w:i/>
                <w:color w:val="D95BC6"/>
                <w:sz w:val="15"/>
              </w:rPr>
              <w:t>Predvideni dokaz: izbrani dokaz iz glasbenega portfolija, primerjava napredka, izvedba in samovrednotenje.</w:t>
            </w:r>
          </w:p>
          <w:tbl>
            <w:tblPr>
              <w:tblStyle w:val="Tabelamrea"/>
              <w:tblW w:w="0" w:type="auto"/>
              <w:jc w:val="center"/>
              <w:tblLayout w:type="fixed"/>
              <w:tblLook w:val="04A0" w:firstRow="1" w:lastRow="0" w:firstColumn="1" w:lastColumn="0" w:noHBand="0" w:noVBand="1"/>
            </w:tblPr>
            <w:tblGrid>
              <w:gridCol w:w="7087"/>
            </w:tblGrid>
            <w:tr w:rsidR="008D43AB" w14:paraId="20D9525E" w14:textId="77777777">
              <w:trPr>
                <w:jc w:val="center"/>
              </w:trPr>
              <w:tc>
                <w:tcPr>
                  <w:tcW w:w="7087" w:type="dxa"/>
                  <w:shd w:val="clear" w:color="auto" w:fill="EDC9EA"/>
                  <w:tcMar>
                    <w:top w:w="45" w:type="dxa"/>
                    <w:left w:w="70" w:type="dxa"/>
                    <w:bottom w:w="45" w:type="dxa"/>
                    <w:right w:w="70" w:type="dxa"/>
                  </w:tcMar>
                </w:tcPr>
                <w:p w14:paraId="36777BE8" w14:textId="77777777" w:rsidR="008D43AB" w:rsidRDefault="00000000">
                  <w:pPr>
                    <w:keepNext/>
                  </w:pPr>
                  <w:r>
                    <w:rPr>
                      <w:b/>
                      <w:color w:val="000000"/>
                      <w:sz w:val="17"/>
                    </w:rPr>
                    <w:t>ORGANIZACIJA POSTAJ IN PREHODOV</w:t>
                  </w:r>
                </w:p>
              </w:tc>
            </w:tr>
          </w:tbl>
          <w:p w14:paraId="4C39A6E1" w14:textId="77777777" w:rsidR="008D43AB" w:rsidRDefault="008D43AB"/>
          <w:p w14:paraId="5AC3F18F"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2A16E367"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4B1EA1D6"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71336A27"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5C7C4B15"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27595AA5" w14:textId="77777777" w:rsidR="008D43AB" w:rsidRDefault="008D43AB"/>
          <w:p w14:paraId="29F722A4" w14:textId="77777777" w:rsidR="008D43AB" w:rsidRDefault="00000000">
            <w:pPr>
              <w:spacing w:after="6" w:line="245" w:lineRule="auto"/>
            </w:pPr>
            <w:r>
              <w:rPr>
                <w:b/>
                <w:color w:val="000000"/>
                <w:sz w:val="15"/>
              </w:rPr>
              <w:t>1. URA – Moj Glasbeni Napredek – Poslušam in izvajam</w:t>
            </w:r>
          </w:p>
          <w:p w14:paraId="08F8B7FC" w14:textId="77777777" w:rsidR="008D43AB" w:rsidRDefault="00000000">
            <w:pPr>
              <w:spacing w:after="9" w:line="245" w:lineRule="auto"/>
            </w:pPr>
            <w:r>
              <w:rPr>
                <w:color w:val="000000"/>
                <w:sz w:val="14"/>
              </w:rPr>
              <w:t>Uvodno posluša ali preizkusi: Posluša z zaprtimi ali usmerjenimi očmi, pokaže vir/lastnost zvoka in svoje doživetje izrazi z gibanjem.</w:t>
            </w:r>
          </w:p>
          <w:p w14:paraId="48B7002F" w14:textId="77777777" w:rsidR="008D43AB" w:rsidRDefault="00000000">
            <w:pPr>
              <w:spacing w:after="20" w:line="245" w:lineRule="auto"/>
            </w:pPr>
            <w:r>
              <w:rPr>
                <w:color w:val="D95BC6"/>
                <w:sz w:val="14"/>
              </w:rPr>
              <w:t>Dokaz: poslušalski gibalni odziv, ritmični/pevski odmev in učiteljev zapis o skupnem pulzu oziroma.</w:t>
            </w:r>
          </w:p>
          <w:p w14:paraId="2F8EE969" w14:textId="77777777" w:rsidR="008D43AB" w:rsidRDefault="00000000">
            <w:pPr>
              <w:spacing w:after="6" w:line="245" w:lineRule="auto"/>
            </w:pPr>
            <w:r>
              <w:rPr>
                <w:b/>
                <w:color w:val="000000"/>
                <w:sz w:val="15"/>
              </w:rPr>
              <w:t>2. URA – Moj glasbeni napredek – Portfolio in samovrednotenje</w:t>
            </w:r>
          </w:p>
          <w:p w14:paraId="189D2EEC" w14:textId="77777777" w:rsidR="008D43AB" w:rsidRDefault="00000000">
            <w:pPr>
              <w:spacing w:after="9" w:line="245" w:lineRule="auto"/>
            </w:pPr>
            <w:r>
              <w:rPr>
                <w:color w:val="000000"/>
                <w:sz w:val="14"/>
              </w:rPr>
              <w:t>Izbere pesem, ritem, zvočni zapis ali posnetek, ga primerja s starejšim dokazom, izvede izbrani primer ter z glasbenim pojmom pojasni napredek in.</w:t>
            </w:r>
          </w:p>
          <w:p w14:paraId="611DDC0A" w14:textId="77777777" w:rsidR="008D43AB" w:rsidRDefault="00000000">
            <w:pPr>
              <w:spacing w:after="20" w:line="245" w:lineRule="auto"/>
            </w:pPr>
            <w:r>
              <w:rPr>
                <w:color w:val="D95BC6"/>
                <w:sz w:val="14"/>
              </w:rPr>
              <w:t>Dokaz: izbrani dokaz iz glasbenega portfolija, primerjava napredka, izvedba in samovrednotenje</w:t>
            </w:r>
          </w:p>
          <w:p w14:paraId="518F5056" w14:textId="77777777" w:rsidR="008D43AB" w:rsidRDefault="00000000">
            <w:pPr>
              <w:spacing w:before="40" w:after="20" w:line="245" w:lineRule="auto"/>
            </w:pPr>
            <w:r>
              <w:rPr>
                <w:b/>
                <w:color w:val="D95BC6"/>
                <w:sz w:val="16"/>
              </w:rPr>
              <w:t>MOJ KROG POSTAJ</w:t>
            </w:r>
          </w:p>
          <w:p w14:paraId="0209D1E1" w14:textId="77777777" w:rsidR="008D43AB" w:rsidRDefault="00000000">
            <w:pPr>
              <w:spacing w:after="11" w:line="245" w:lineRule="auto"/>
            </w:pPr>
            <w:r>
              <w:rPr>
                <w:color w:val="000000"/>
                <w:sz w:val="14"/>
              </w:rPr>
              <w:t>1. Aktivno poslušanje: prepoznam zvočni vir ali spremembo ter odziv pokažem s kartico.</w:t>
            </w:r>
          </w:p>
          <w:p w14:paraId="4DC56806" w14:textId="77777777" w:rsidR="008D43AB" w:rsidRDefault="00000000">
            <w:pPr>
              <w:spacing w:after="11" w:line="245" w:lineRule="auto"/>
            </w:pPr>
            <w:r>
              <w:rPr>
                <w:color w:val="000000"/>
                <w:sz w:val="14"/>
              </w:rPr>
              <w:t>2. Gibalna: glasbeno lastnost ponazorim s hojo, nivojem telesa, smerjo.</w:t>
            </w:r>
          </w:p>
          <w:p w14:paraId="29348C5E" w14:textId="77777777" w:rsidR="008D43AB" w:rsidRDefault="00000000">
            <w:pPr>
              <w:spacing w:after="11" w:line="245" w:lineRule="auto"/>
            </w:pPr>
            <w:r>
              <w:rPr>
                <w:color w:val="000000"/>
                <w:sz w:val="14"/>
              </w:rPr>
              <w:t>3. Izvajalska: zvok posnemam z glasom, telesom ali glasbilom ter upoštevam začetek.</w:t>
            </w:r>
          </w:p>
          <w:p w14:paraId="5FF9C8FD" w14:textId="77777777" w:rsidR="008D43AB" w:rsidRDefault="00000000">
            <w:pPr>
              <w:spacing w:after="11" w:line="245" w:lineRule="auto"/>
            </w:pPr>
            <w:r>
              <w:rPr>
                <w:color w:val="000000"/>
                <w:sz w:val="14"/>
              </w:rPr>
              <w:t>4. Likovno-zapisna: doživetje ali zvočno zaporedje prikažem s simboli.</w:t>
            </w:r>
          </w:p>
          <w:p w14:paraId="0CA07FC2"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0451F3E5" w14:textId="77777777" w:rsidR="008D43AB" w:rsidRDefault="00000000">
            <w:pPr>
              <w:spacing w:after="20" w:line="245" w:lineRule="auto"/>
            </w:pPr>
            <w:r>
              <w:rPr>
                <w:b/>
                <w:color w:val="D95BC6"/>
                <w:sz w:val="17"/>
              </w:rPr>
              <w:t>DOKAZ O UČENJU</w:t>
            </w:r>
          </w:p>
          <w:p w14:paraId="5706576E"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3C6725F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DB29EA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C287DC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86DF73D" w14:textId="77777777" w:rsidR="008D43AB" w:rsidRDefault="00000000">
            <w:pPr>
              <w:jc w:val="center"/>
            </w:pPr>
            <w:r>
              <w:rPr>
                <w:b/>
                <w:color w:val="000000"/>
                <w:sz w:val="20"/>
              </w:rPr>
              <w:t>UČNE DEJAVNOSTI, METODE IN FORMATIVNO SPREMLJANJE</w:t>
            </w:r>
          </w:p>
        </w:tc>
      </w:tr>
      <w:tr w:rsidR="008D43AB" w14:paraId="7A8435CF" w14:textId="77777777">
        <w:trPr>
          <w:tblHeader/>
          <w:jc w:val="center"/>
        </w:trPr>
        <w:tc>
          <w:tcPr>
            <w:tcW w:w="4422" w:type="dxa"/>
            <w:vMerge/>
            <w:tcMar>
              <w:top w:w="70" w:type="dxa"/>
              <w:left w:w="90" w:type="dxa"/>
              <w:bottom w:w="70" w:type="dxa"/>
              <w:right w:w="90" w:type="dxa"/>
            </w:tcMar>
            <w:vAlign w:val="center"/>
          </w:tcPr>
          <w:p w14:paraId="587C3432" w14:textId="77777777" w:rsidR="008D43AB" w:rsidRDefault="008D43AB"/>
        </w:tc>
        <w:tc>
          <w:tcPr>
            <w:tcW w:w="7087" w:type="dxa"/>
            <w:shd w:val="clear" w:color="auto" w:fill="FFFFFF"/>
            <w:tcMar>
              <w:top w:w="70" w:type="dxa"/>
              <w:left w:w="90" w:type="dxa"/>
              <w:bottom w:w="70" w:type="dxa"/>
              <w:right w:w="90" w:type="dxa"/>
            </w:tcMar>
            <w:vAlign w:val="center"/>
          </w:tcPr>
          <w:p w14:paraId="2FEB345D"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D449139" w14:textId="77777777" w:rsidR="008D43AB" w:rsidRDefault="00000000">
            <w:pPr>
              <w:jc w:val="center"/>
            </w:pPr>
            <w:r>
              <w:rPr>
                <w:b/>
                <w:color w:val="000000"/>
              </w:rPr>
              <w:t>UČENEC</w:t>
            </w:r>
          </w:p>
        </w:tc>
      </w:tr>
      <w:tr w:rsidR="008D43AB" w14:paraId="1418D55C" w14:textId="77777777">
        <w:trPr>
          <w:jc w:val="center"/>
        </w:trPr>
        <w:tc>
          <w:tcPr>
            <w:tcW w:w="4422" w:type="dxa"/>
            <w:tcMar>
              <w:top w:w="70" w:type="dxa"/>
              <w:left w:w="90" w:type="dxa"/>
              <w:bottom w:w="70" w:type="dxa"/>
              <w:right w:w="90" w:type="dxa"/>
            </w:tcMar>
          </w:tcPr>
          <w:p w14:paraId="3D113B03" w14:textId="77777777" w:rsidR="008D43AB" w:rsidRDefault="008D43AB"/>
          <w:p w14:paraId="5911C2D2" w14:textId="77777777" w:rsidR="008D43AB" w:rsidRDefault="00000000">
            <w:pPr>
              <w:spacing w:after="40" w:line="245" w:lineRule="auto"/>
            </w:pPr>
            <w:r>
              <w:rPr>
                <w:b/>
                <w:color w:val="000000"/>
              </w:rPr>
              <w:t>FORMATIVNO SPREMLJANJE</w:t>
            </w:r>
          </w:p>
          <w:p w14:paraId="196BDF3D" w14:textId="77777777" w:rsidR="008D43AB" w:rsidRDefault="00000000">
            <w:pPr>
              <w:pStyle w:val="Oznaenseznam"/>
              <w:spacing w:after="16"/>
            </w:pPr>
            <w:r>
              <w:rPr>
                <w:color w:val="000000"/>
                <w:sz w:val="16"/>
              </w:rPr>
              <w:t>predznanje: zvočna napoved, izbira kartice, gib, ritmični oziroma pevski poskus ali začetni simbol</w:t>
            </w:r>
          </w:p>
          <w:p w14:paraId="5A5FDEAE" w14:textId="77777777" w:rsidR="008D43AB" w:rsidRDefault="00000000">
            <w:pPr>
              <w:pStyle w:val="Oznaenseznam"/>
              <w:spacing w:after="16"/>
            </w:pPr>
            <w:r>
              <w:rPr>
                <w:color w:val="000000"/>
                <w:sz w:val="16"/>
              </w:rPr>
              <w:t>nameni in merila: kratka poved, slikovni znak, model izvedbe ter vidna pravila varne glasnosti</w:t>
            </w:r>
          </w:p>
          <w:p w14:paraId="2AEEA9E8"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0F8E3F4" w14:textId="77777777" w:rsidR="008D43AB" w:rsidRDefault="00000000">
            <w:pPr>
              <w:pStyle w:val="Oznaenseznam"/>
              <w:spacing w:after="16"/>
            </w:pPr>
            <w:r>
              <w:rPr>
                <w:color w:val="000000"/>
                <w:sz w:val="16"/>
              </w:rPr>
              <w:t>povratna informacija: opis slišane strategije, povezava z enim merilom in izvedljiv naslednji korak</w:t>
            </w:r>
          </w:p>
          <w:p w14:paraId="074DC3BD" w14:textId="77777777" w:rsidR="008D43AB" w:rsidRDefault="00000000">
            <w:pPr>
              <w:pStyle w:val="Oznaenseznam"/>
              <w:spacing w:after="16"/>
            </w:pPr>
            <w:r>
              <w:rPr>
                <w:color w:val="000000"/>
                <w:sz w:val="16"/>
              </w:rPr>
              <w:t>samovrednotenje: barvni zvočni semafor, lestvica samostojnosti, izbran dokaz in ponovna izvedba</w:t>
            </w:r>
          </w:p>
          <w:p w14:paraId="4D5AD0B3" w14:textId="77777777" w:rsidR="008D43AB" w:rsidRDefault="00000000">
            <w:pPr>
              <w:spacing w:before="40" w:after="20" w:line="245" w:lineRule="auto"/>
            </w:pPr>
            <w:r>
              <w:rPr>
                <w:b/>
                <w:color w:val="000000"/>
                <w:sz w:val="17"/>
              </w:rPr>
              <w:t>VARNOST IN VAROVANJE SLUHA</w:t>
            </w:r>
          </w:p>
          <w:p w14:paraId="30052EDB"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1E35A81" w14:textId="77777777" w:rsidR="008D43AB" w:rsidRDefault="00000000">
            <w:pPr>
              <w:spacing w:after="20" w:line="245" w:lineRule="auto"/>
            </w:pPr>
            <w:r>
              <w:rPr>
                <w:b/>
                <w:color w:val="000000"/>
                <w:sz w:val="17"/>
              </w:rPr>
              <w:t>EVIDENCA PO IZVEDBI</w:t>
            </w:r>
          </w:p>
          <w:p w14:paraId="1A13E3A1"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08104606" w14:textId="77777777" w:rsidR="008D43AB" w:rsidRDefault="00000000">
            <w:pPr>
              <w:spacing w:before="40" w:after="20" w:line="245" w:lineRule="auto"/>
            </w:pPr>
            <w:r>
              <w:rPr>
                <w:b/>
                <w:color w:val="000000"/>
                <w:sz w:val="17"/>
              </w:rPr>
              <w:t>RAVEN DOSEGANJA</w:t>
            </w:r>
          </w:p>
          <w:p w14:paraId="735AFFE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05197707"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10B63CDF" w14:textId="77777777">
              <w:trPr>
                <w:jc w:val="center"/>
              </w:trPr>
              <w:tc>
                <w:tcPr>
                  <w:tcW w:w="7087" w:type="dxa"/>
                  <w:shd w:val="clear" w:color="auto" w:fill="EDC9EA"/>
                  <w:tcMar>
                    <w:top w:w="45" w:type="dxa"/>
                    <w:left w:w="70" w:type="dxa"/>
                    <w:bottom w:w="45" w:type="dxa"/>
                    <w:right w:w="70" w:type="dxa"/>
                  </w:tcMar>
                </w:tcPr>
                <w:p w14:paraId="3CF7FD1E" w14:textId="77777777" w:rsidR="008D43AB" w:rsidRDefault="00000000">
                  <w:pPr>
                    <w:keepNext/>
                  </w:pPr>
                  <w:r>
                    <w:rPr>
                      <w:b/>
                      <w:color w:val="000000"/>
                    </w:rPr>
                    <w:t>VPRAŠANJA V PODPORO GLASBENEMU UČENJU</w:t>
                  </w:r>
                </w:p>
              </w:tc>
            </w:tr>
          </w:tbl>
          <w:p w14:paraId="3A49E9BD" w14:textId="77777777" w:rsidR="008D43AB" w:rsidRDefault="008D43AB">
            <w:pPr>
              <w:spacing w:line="20" w:lineRule="exact"/>
            </w:pPr>
          </w:p>
          <w:p w14:paraId="4098D060" w14:textId="77777777" w:rsidR="008D43AB" w:rsidRDefault="00000000">
            <w:pPr>
              <w:pStyle w:val="Oznaenseznam"/>
              <w:spacing w:after="16"/>
            </w:pPr>
            <w:r>
              <w:rPr>
                <w:color w:val="000000"/>
                <w:sz w:val="16"/>
              </w:rPr>
              <w:t>Kaj si v glasbi slišal/-a, začutil/-a ali pokazal/-a z gibanjem?</w:t>
            </w:r>
          </w:p>
          <w:p w14:paraId="417ECF1D" w14:textId="77777777" w:rsidR="008D43AB" w:rsidRDefault="00000000">
            <w:pPr>
              <w:pStyle w:val="Oznaenseznam"/>
              <w:spacing w:after="16"/>
            </w:pPr>
            <w:r>
              <w:rPr>
                <w:color w:val="000000"/>
                <w:sz w:val="16"/>
              </w:rPr>
              <w:t>Po katerem zvočnem znaku, lastnosti ali vzorcu si prepoznal/-a rešitev?</w:t>
            </w:r>
          </w:p>
          <w:p w14:paraId="38DC5604" w14:textId="77777777" w:rsidR="008D43AB" w:rsidRDefault="00000000">
            <w:pPr>
              <w:pStyle w:val="Oznaenseznam"/>
              <w:spacing w:after="16"/>
            </w:pPr>
            <w:r>
              <w:rPr>
                <w:color w:val="000000"/>
                <w:sz w:val="16"/>
              </w:rPr>
              <w:t>Kako veš, da je bil pulz, začetek, konec, glasnost ali skupinska izvedba skladna z merilom?</w:t>
            </w:r>
          </w:p>
          <w:p w14:paraId="77DCA00E" w14:textId="77777777" w:rsidR="008D43AB" w:rsidRDefault="00000000">
            <w:pPr>
              <w:pStyle w:val="Oznaenseznam"/>
              <w:spacing w:after="16"/>
            </w:pPr>
            <w:r>
              <w:rPr>
                <w:color w:val="000000"/>
                <w:sz w:val="16"/>
              </w:rPr>
              <w:t>Zakaj si za motiv, osebo, dogodek ali okolje izbral/-a prav ta glas, predmet ali glasbilo?</w:t>
            </w:r>
          </w:p>
          <w:p w14:paraId="65F539A9"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46403B6E" w14:textId="77777777">
              <w:trPr>
                <w:jc w:val="center"/>
              </w:trPr>
              <w:tc>
                <w:tcPr>
                  <w:tcW w:w="7087" w:type="dxa"/>
                  <w:shd w:val="clear" w:color="auto" w:fill="C6E7F3"/>
                  <w:tcMar>
                    <w:top w:w="45" w:type="dxa"/>
                    <w:left w:w="70" w:type="dxa"/>
                    <w:bottom w:w="45" w:type="dxa"/>
                    <w:right w:w="70" w:type="dxa"/>
                  </w:tcMar>
                </w:tcPr>
                <w:p w14:paraId="0BB1FCE9" w14:textId="77777777" w:rsidR="008D43AB" w:rsidRDefault="00000000">
                  <w:pPr>
                    <w:keepNext/>
                  </w:pPr>
                  <w:r>
                    <w:rPr>
                      <w:b/>
                      <w:color w:val="000000"/>
                    </w:rPr>
                    <w:t>ZAKLJUČNI DEL – NASTOP, POSLUŠALSKI ODZIV IN REFLEKSIJA (8–12 min)</w:t>
                  </w:r>
                </w:p>
              </w:tc>
            </w:tr>
          </w:tbl>
          <w:p w14:paraId="2934BB10" w14:textId="77777777" w:rsidR="008D43AB" w:rsidRDefault="008D43AB">
            <w:pPr>
              <w:spacing w:line="20" w:lineRule="exact"/>
            </w:pPr>
          </w:p>
          <w:p w14:paraId="66F90EF4"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022B8140" w14:textId="77777777">
              <w:trPr>
                <w:jc w:val="center"/>
              </w:trPr>
              <w:tc>
                <w:tcPr>
                  <w:tcW w:w="7087" w:type="dxa"/>
                  <w:shd w:val="clear" w:color="auto" w:fill="EDC9EA"/>
                  <w:tcMar>
                    <w:top w:w="45" w:type="dxa"/>
                    <w:left w:w="70" w:type="dxa"/>
                    <w:bottom w:w="45" w:type="dxa"/>
                    <w:right w:w="70" w:type="dxa"/>
                  </w:tcMar>
                </w:tcPr>
                <w:p w14:paraId="7BBFA50B" w14:textId="77777777" w:rsidR="008D43AB" w:rsidRDefault="00000000">
                  <w:pPr>
                    <w:keepNext/>
                  </w:pPr>
                  <w:r>
                    <w:rPr>
                      <w:b/>
                      <w:color w:val="000000"/>
                    </w:rPr>
                    <w:t>SAMOVREDNOTENJE</w:t>
                  </w:r>
                </w:p>
              </w:tc>
            </w:tr>
          </w:tbl>
          <w:p w14:paraId="5A0A173E" w14:textId="77777777" w:rsidR="008D43AB" w:rsidRDefault="008D43AB">
            <w:pPr>
              <w:spacing w:line="20" w:lineRule="exact"/>
            </w:pPr>
          </w:p>
          <w:p w14:paraId="502A78B2"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2B94DDEC" w14:textId="77777777">
              <w:trPr>
                <w:jc w:val="center"/>
              </w:trPr>
              <w:tc>
                <w:tcPr>
                  <w:tcW w:w="7087" w:type="dxa"/>
                  <w:shd w:val="clear" w:color="auto" w:fill="EDC9EA"/>
                  <w:tcMar>
                    <w:top w:w="45" w:type="dxa"/>
                    <w:left w:w="70" w:type="dxa"/>
                    <w:bottom w:w="45" w:type="dxa"/>
                    <w:right w:w="70" w:type="dxa"/>
                  </w:tcMar>
                </w:tcPr>
                <w:p w14:paraId="086526F9" w14:textId="77777777" w:rsidR="008D43AB" w:rsidRDefault="00000000">
                  <w:pPr>
                    <w:keepNext/>
                  </w:pPr>
                  <w:r>
                    <w:rPr>
                      <w:b/>
                      <w:color w:val="000000"/>
                    </w:rPr>
                    <w:t>VRSTNIŠKO VREDNOTENJE</w:t>
                  </w:r>
                </w:p>
              </w:tc>
            </w:tr>
          </w:tbl>
          <w:p w14:paraId="09127ACF" w14:textId="77777777" w:rsidR="008D43AB" w:rsidRDefault="008D43AB">
            <w:pPr>
              <w:spacing w:line="20" w:lineRule="exact"/>
            </w:pPr>
          </w:p>
          <w:p w14:paraId="24FE0309"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573176DB" w14:textId="77777777">
              <w:trPr>
                <w:jc w:val="center"/>
              </w:trPr>
              <w:tc>
                <w:tcPr>
                  <w:tcW w:w="7087" w:type="dxa"/>
                  <w:shd w:val="clear" w:color="auto" w:fill="EDC9EA"/>
                  <w:tcMar>
                    <w:top w:w="45" w:type="dxa"/>
                    <w:left w:w="70" w:type="dxa"/>
                    <w:bottom w:w="45" w:type="dxa"/>
                    <w:right w:w="70" w:type="dxa"/>
                  </w:tcMar>
                </w:tcPr>
                <w:p w14:paraId="3FC72DB6" w14:textId="77777777" w:rsidR="008D43AB" w:rsidRDefault="00000000">
                  <w:pPr>
                    <w:keepNext/>
                  </w:pPr>
                  <w:r>
                    <w:rPr>
                      <w:b/>
                      <w:color w:val="000000"/>
                    </w:rPr>
                    <w:t>SKUPNI POVZETEK</w:t>
                  </w:r>
                </w:p>
              </w:tc>
            </w:tr>
          </w:tbl>
          <w:p w14:paraId="1FA9A44D" w14:textId="77777777" w:rsidR="008D43AB" w:rsidRDefault="008D43AB"/>
          <w:p w14:paraId="4A10D14C" w14:textId="77777777" w:rsidR="008D43AB" w:rsidRDefault="00000000">
            <w:pPr>
              <w:spacing w:before="20" w:after="40" w:line="245" w:lineRule="auto"/>
            </w:pPr>
            <w:r>
              <w:rPr>
                <w:b/>
                <w:color w:val="000000"/>
                <w:sz w:val="16"/>
              </w:rPr>
              <w:t>izvedem izbrano pesem ali ritem; uporabim glasbeni pojem; samovrednotim izvedbo. Izbrani dokaz pojasnim in po povratni informaciji izboljšam.</w:t>
            </w:r>
          </w:p>
        </w:tc>
        <w:tc>
          <w:tcPr>
            <w:tcW w:w="2551" w:type="dxa"/>
            <w:tcMar>
              <w:top w:w="70" w:type="dxa"/>
              <w:left w:w="90" w:type="dxa"/>
              <w:bottom w:w="70" w:type="dxa"/>
              <w:right w:w="90" w:type="dxa"/>
            </w:tcMar>
          </w:tcPr>
          <w:p w14:paraId="023A3AB6" w14:textId="77777777" w:rsidR="008D43AB" w:rsidRDefault="008D43AB"/>
          <w:p w14:paraId="0EEB1364" w14:textId="77777777" w:rsidR="008D43AB" w:rsidRDefault="00000000">
            <w:pPr>
              <w:spacing w:after="80" w:line="245" w:lineRule="auto"/>
            </w:pPr>
            <w:r>
              <w:rPr>
                <w:color w:val="000000"/>
                <w:sz w:val="16"/>
              </w:rPr>
              <w:t>Odgovarja na podporna vprašanja in se sklicuje na slišano, izvedeno, ustvarjeno ali zapisano.</w:t>
            </w:r>
          </w:p>
          <w:p w14:paraId="6B538A71" w14:textId="77777777" w:rsidR="008D43AB" w:rsidRDefault="00000000">
            <w:pPr>
              <w:spacing w:after="80" w:line="245" w:lineRule="auto"/>
            </w:pPr>
            <w:r>
              <w:rPr>
                <w:color w:val="000000"/>
                <w:sz w:val="16"/>
              </w:rPr>
              <w:t>Predstavi izbrani dokaz ter pove, katero merilo z njim pokaže.</w:t>
            </w:r>
          </w:p>
          <w:p w14:paraId="7EF2FAD9" w14:textId="77777777" w:rsidR="008D43AB" w:rsidRDefault="00000000">
            <w:pPr>
              <w:spacing w:after="80" w:line="245" w:lineRule="auto"/>
            </w:pPr>
            <w:r>
              <w:rPr>
                <w:color w:val="000000"/>
                <w:sz w:val="16"/>
              </w:rPr>
              <w:t>Posluša vrstnika, opiše eno slišano moč in poda prijazen predlog za izboljšavo.</w:t>
            </w:r>
          </w:p>
          <w:p w14:paraId="4A8E42F4" w14:textId="77777777" w:rsidR="008D43AB" w:rsidRDefault="00000000">
            <w:pPr>
              <w:spacing w:after="80" w:line="245" w:lineRule="auto"/>
            </w:pPr>
            <w:r>
              <w:rPr>
                <w:color w:val="000000"/>
                <w:sz w:val="16"/>
              </w:rPr>
              <w:t>Po povratni informaciji izvedbo, gib, ritem, zvočno izbiro ali slikovni zapis ponovi in izboljša.</w:t>
            </w:r>
          </w:p>
          <w:p w14:paraId="4EAB68AD" w14:textId="77777777" w:rsidR="008D43AB" w:rsidRDefault="00000000">
            <w:pPr>
              <w:spacing w:after="100" w:line="245" w:lineRule="auto"/>
            </w:pPr>
            <w:r>
              <w:rPr>
                <w:color w:val="000000"/>
                <w:sz w:val="16"/>
              </w:rPr>
              <w:t>Izbere raven samostojnosti ter določi majhen in izvedljiv naslednji glasbeni korak.</w:t>
            </w:r>
          </w:p>
          <w:p w14:paraId="20DB8D1E" w14:textId="77777777" w:rsidR="008D43AB" w:rsidRDefault="00000000">
            <w:pPr>
              <w:spacing w:after="20" w:line="245" w:lineRule="auto"/>
            </w:pPr>
            <w:r>
              <w:rPr>
                <w:b/>
                <w:color w:val="D95BC6"/>
                <w:sz w:val="17"/>
              </w:rPr>
              <w:t>DOKAZ O UČENJU</w:t>
            </w:r>
          </w:p>
          <w:p w14:paraId="21C16A54"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17BDF0C8"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8D43AB" w14:paraId="40A4D0E8" w14:textId="77777777">
        <w:trPr>
          <w:cantSplit/>
          <w:jc w:val="center"/>
        </w:trPr>
        <w:tc>
          <w:tcPr>
            <w:tcW w:w="14060" w:type="dxa"/>
            <w:gridSpan w:val="6"/>
            <w:tcMar>
              <w:top w:w="70" w:type="dxa"/>
              <w:left w:w="90" w:type="dxa"/>
              <w:bottom w:w="70" w:type="dxa"/>
              <w:right w:w="90" w:type="dxa"/>
            </w:tcMar>
            <w:vAlign w:val="center"/>
          </w:tcPr>
          <w:p w14:paraId="6CCAF1A2" w14:textId="77777777" w:rsidR="008D43AB" w:rsidRDefault="00000000">
            <w:pPr>
              <w:jc w:val="center"/>
            </w:pPr>
            <w:r>
              <w:rPr>
                <w:b/>
                <w:color w:val="000000"/>
                <w:sz w:val="24"/>
              </w:rPr>
              <w:lastRenderedPageBreak/>
              <w:t>UČNA PRIPRAVA 39/39</w:t>
            </w:r>
          </w:p>
        </w:tc>
      </w:tr>
      <w:tr w:rsidR="008D43AB" w14:paraId="746B25CE" w14:textId="77777777">
        <w:trPr>
          <w:jc w:val="center"/>
        </w:trPr>
        <w:tc>
          <w:tcPr>
            <w:tcW w:w="2665" w:type="dxa"/>
            <w:tcMar>
              <w:top w:w="70" w:type="dxa"/>
              <w:left w:w="90" w:type="dxa"/>
              <w:bottom w:w="70" w:type="dxa"/>
              <w:right w:w="90" w:type="dxa"/>
            </w:tcMar>
            <w:vAlign w:val="center"/>
          </w:tcPr>
          <w:p w14:paraId="0DEF3445" w14:textId="77777777" w:rsidR="008D43AB"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CB4E255" w14:textId="77777777" w:rsidR="008D43AB" w:rsidRDefault="00000000">
            <w:r>
              <w:rPr>
                <w:b/>
                <w:color w:val="000000"/>
                <w:sz w:val="16"/>
              </w:rPr>
              <w:t xml:space="preserve">PREDMET: </w:t>
            </w:r>
            <w:r>
              <w:rPr>
                <w:color w:val="000000"/>
                <w:sz w:val="16"/>
              </w:rPr>
              <w:t>Glasbena umetnost</w:t>
            </w:r>
          </w:p>
        </w:tc>
        <w:tc>
          <w:tcPr>
            <w:tcW w:w="1701" w:type="dxa"/>
            <w:tcMar>
              <w:top w:w="70" w:type="dxa"/>
              <w:left w:w="90" w:type="dxa"/>
              <w:bottom w:w="70" w:type="dxa"/>
              <w:right w:w="90" w:type="dxa"/>
            </w:tcMar>
            <w:vAlign w:val="center"/>
          </w:tcPr>
          <w:p w14:paraId="325B9140" w14:textId="77777777" w:rsidR="008D43AB"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DE00AD4" w14:textId="77777777" w:rsidR="008D43AB" w:rsidRDefault="00000000">
            <w:r>
              <w:rPr>
                <w:b/>
                <w:color w:val="000000"/>
                <w:sz w:val="16"/>
              </w:rPr>
              <w:t xml:space="preserve">NAČRTOVANI TERMIN: </w:t>
            </w:r>
            <w:r>
              <w:rPr>
                <w:color w:val="000000"/>
                <w:sz w:val="16"/>
              </w:rPr>
              <w:t>39. teden • 21.–24. 6. 2027</w:t>
            </w:r>
          </w:p>
        </w:tc>
        <w:tc>
          <w:tcPr>
            <w:tcW w:w="2268" w:type="dxa"/>
            <w:tcMar>
              <w:top w:w="70" w:type="dxa"/>
              <w:left w:w="90" w:type="dxa"/>
              <w:bottom w:w="70" w:type="dxa"/>
              <w:right w:w="90" w:type="dxa"/>
            </w:tcMar>
            <w:vAlign w:val="center"/>
          </w:tcPr>
          <w:p w14:paraId="170C6B44" w14:textId="77777777" w:rsidR="008D43AB"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27BDA1B" w14:textId="77777777" w:rsidR="008D43AB" w:rsidRDefault="00000000">
            <w:r>
              <w:rPr>
                <w:b/>
                <w:color w:val="000000"/>
                <w:sz w:val="16"/>
              </w:rPr>
              <w:t xml:space="preserve">ŠTEVILO UR: </w:t>
            </w:r>
            <w:r>
              <w:rPr>
                <w:color w:val="000000"/>
                <w:sz w:val="16"/>
              </w:rPr>
              <w:t>1</w:t>
            </w:r>
          </w:p>
        </w:tc>
      </w:tr>
      <w:tr w:rsidR="008D43AB" w14:paraId="1B35D99F" w14:textId="77777777">
        <w:trPr>
          <w:jc w:val="center"/>
        </w:trPr>
        <w:tc>
          <w:tcPr>
            <w:tcW w:w="14061" w:type="dxa"/>
            <w:gridSpan w:val="6"/>
            <w:tcMar>
              <w:top w:w="70" w:type="dxa"/>
              <w:left w:w="90" w:type="dxa"/>
              <w:bottom w:w="70" w:type="dxa"/>
              <w:right w:w="90" w:type="dxa"/>
            </w:tcMar>
            <w:vAlign w:val="center"/>
          </w:tcPr>
          <w:p w14:paraId="4D965489" w14:textId="77777777" w:rsidR="008D43AB" w:rsidRDefault="00000000">
            <w:r>
              <w:rPr>
                <w:b/>
                <w:color w:val="000000"/>
                <w:sz w:val="17"/>
              </w:rPr>
              <w:t xml:space="preserve">TIP UČNE URE: </w:t>
            </w:r>
            <w:r>
              <w:rPr>
                <w:color w:val="000000"/>
                <w:sz w:val="17"/>
              </w:rPr>
              <w:t>doživljajski, poslušalski, izvajalski in ustvarjalni pouk z izkušenjskim učenjem ter formativnim spremljanjem</w:t>
            </w:r>
          </w:p>
        </w:tc>
      </w:tr>
      <w:tr w:rsidR="008D43AB" w14:paraId="797E7747" w14:textId="77777777">
        <w:trPr>
          <w:cantSplit/>
          <w:jc w:val="center"/>
        </w:trPr>
        <w:tc>
          <w:tcPr>
            <w:tcW w:w="14060" w:type="dxa"/>
            <w:gridSpan w:val="6"/>
            <w:tcMar>
              <w:top w:w="70" w:type="dxa"/>
              <w:left w:w="90" w:type="dxa"/>
              <w:bottom w:w="70" w:type="dxa"/>
              <w:right w:w="90" w:type="dxa"/>
            </w:tcMar>
            <w:vAlign w:val="center"/>
          </w:tcPr>
          <w:p w14:paraId="7BEA7808" w14:textId="77777777" w:rsidR="008D43AB" w:rsidRDefault="008D43AB"/>
          <w:p w14:paraId="6D0BD1DA" w14:textId="77777777" w:rsidR="008D43AB" w:rsidRDefault="00000000">
            <w:pPr>
              <w:spacing w:line="245" w:lineRule="auto"/>
            </w:pPr>
            <w:r>
              <w:rPr>
                <w:b/>
                <w:color w:val="000000"/>
                <w:sz w:val="16"/>
              </w:rPr>
              <w:t xml:space="preserve">UČNI SKLOP: </w:t>
            </w:r>
            <w:r>
              <w:rPr>
                <w:color w:val="000000"/>
                <w:sz w:val="16"/>
              </w:rPr>
              <w:t>POLETJE, SKUPNOST IN ZAKLJUČEK</w:t>
            </w:r>
          </w:p>
        </w:tc>
      </w:tr>
      <w:tr w:rsidR="008D43AB" w14:paraId="3D4EB5BB" w14:textId="77777777">
        <w:trPr>
          <w:cantSplit/>
          <w:jc w:val="center"/>
        </w:trPr>
        <w:tc>
          <w:tcPr>
            <w:tcW w:w="14060" w:type="dxa"/>
            <w:gridSpan w:val="6"/>
            <w:tcMar>
              <w:top w:w="70" w:type="dxa"/>
              <w:left w:w="90" w:type="dxa"/>
              <w:bottom w:w="70" w:type="dxa"/>
              <w:right w:w="90" w:type="dxa"/>
            </w:tcMar>
            <w:vAlign w:val="center"/>
          </w:tcPr>
          <w:p w14:paraId="03B2CBF8" w14:textId="77777777" w:rsidR="008D43AB" w:rsidRDefault="008D43AB"/>
          <w:p w14:paraId="7D478F3B" w14:textId="77777777" w:rsidR="008D43AB" w:rsidRDefault="00000000">
            <w:pPr>
              <w:spacing w:line="245" w:lineRule="auto"/>
            </w:pPr>
            <w:r>
              <w:rPr>
                <w:b/>
                <w:color w:val="000000"/>
                <w:sz w:val="16"/>
              </w:rPr>
              <w:t xml:space="preserve">UČNA TEMA: </w:t>
            </w:r>
            <w:r>
              <w:rPr>
                <w:color w:val="000000"/>
                <w:sz w:val="16"/>
              </w:rPr>
              <w:t>GLASBENI ZAKLJUČEK</w:t>
            </w:r>
          </w:p>
        </w:tc>
      </w:tr>
      <w:tr w:rsidR="008D43AB" w14:paraId="27342037" w14:textId="77777777">
        <w:trPr>
          <w:cantSplit/>
          <w:jc w:val="center"/>
        </w:trPr>
        <w:tc>
          <w:tcPr>
            <w:tcW w:w="14060" w:type="dxa"/>
            <w:gridSpan w:val="6"/>
            <w:tcMar>
              <w:top w:w="70" w:type="dxa"/>
              <w:left w:w="90" w:type="dxa"/>
              <w:bottom w:w="70" w:type="dxa"/>
              <w:right w:w="90" w:type="dxa"/>
            </w:tcMar>
            <w:vAlign w:val="center"/>
          </w:tcPr>
          <w:p w14:paraId="0F9EA4F9" w14:textId="77777777" w:rsidR="008D43AB" w:rsidRDefault="008D43AB"/>
          <w:p w14:paraId="542B965C" w14:textId="77777777" w:rsidR="008D43AB" w:rsidRDefault="00000000">
            <w:pPr>
              <w:spacing w:line="245" w:lineRule="auto"/>
            </w:pPr>
            <w:r>
              <w:rPr>
                <w:b/>
                <w:color w:val="000000"/>
                <w:sz w:val="16"/>
              </w:rPr>
              <w:t xml:space="preserve">KNJIŽEVNO / MOTIVNO IZHODIŠČE: </w:t>
            </w:r>
            <w:r>
              <w:rPr>
                <w:color w:val="000000"/>
                <w:sz w:val="16"/>
              </w:rPr>
              <w:t>»Moj prijatelj Piki Jakob« – Kajetan Kovič • NADALJEVANJE • prijateljstvo, hvaležnost, skupnost in varne počitnice</w:t>
            </w:r>
          </w:p>
        </w:tc>
      </w:tr>
      <w:tr w:rsidR="008D43AB" w14:paraId="343AD712" w14:textId="77777777">
        <w:trPr>
          <w:cantSplit/>
          <w:jc w:val="center"/>
        </w:trPr>
        <w:tc>
          <w:tcPr>
            <w:tcW w:w="14060" w:type="dxa"/>
            <w:gridSpan w:val="6"/>
            <w:tcMar>
              <w:top w:w="70" w:type="dxa"/>
              <w:left w:w="90" w:type="dxa"/>
              <w:bottom w:w="70" w:type="dxa"/>
              <w:right w:w="90" w:type="dxa"/>
            </w:tcMar>
            <w:vAlign w:val="center"/>
          </w:tcPr>
          <w:p w14:paraId="15C49AD3" w14:textId="77777777" w:rsidR="008D43AB" w:rsidRDefault="008D43AB"/>
          <w:p w14:paraId="32745703" w14:textId="77777777" w:rsidR="008D43AB" w:rsidRDefault="00000000">
            <w:pPr>
              <w:spacing w:line="245" w:lineRule="auto"/>
            </w:pPr>
            <w:r>
              <w:rPr>
                <w:b/>
                <w:color w:val="000000"/>
                <w:sz w:val="16"/>
              </w:rPr>
              <w:t xml:space="preserve">GLASBENO IZHODIŠČE / REPERTOAR: </w:t>
            </w:r>
            <w:r>
              <w:rPr>
                <w:color w:val="000000"/>
                <w:sz w:val="16"/>
              </w:rPr>
              <w:t>zaključni program; skupinska pevska, ritmična in gibalna izvedba</w:t>
            </w:r>
          </w:p>
        </w:tc>
      </w:tr>
      <w:tr w:rsidR="008D43AB" w14:paraId="4B9D35A0" w14:textId="77777777">
        <w:trPr>
          <w:cantSplit/>
          <w:jc w:val="center"/>
        </w:trPr>
        <w:tc>
          <w:tcPr>
            <w:tcW w:w="14060" w:type="dxa"/>
            <w:gridSpan w:val="6"/>
            <w:tcMar>
              <w:top w:w="70" w:type="dxa"/>
              <w:left w:w="90" w:type="dxa"/>
              <w:bottom w:w="70" w:type="dxa"/>
              <w:right w:w="90" w:type="dxa"/>
            </w:tcMar>
            <w:vAlign w:val="center"/>
          </w:tcPr>
          <w:p w14:paraId="5059A43B" w14:textId="77777777" w:rsidR="008D43AB" w:rsidRDefault="008D43AB"/>
          <w:p w14:paraId="19FE4B58" w14:textId="77777777" w:rsidR="008D43AB" w:rsidRDefault="00000000">
            <w:pPr>
              <w:spacing w:line="245" w:lineRule="auto"/>
            </w:pPr>
            <w:r>
              <w:rPr>
                <w:b/>
                <w:color w:val="000000"/>
                <w:sz w:val="16"/>
              </w:rPr>
              <w:t xml:space="preserve">UČNE ENOTE: </w:t>
            </w:r>
            <w:r>
              <w:rPr>
                <w:color w:val="000000"/>
                <w:sz w:val="16"/>
              </w:rPr>
              <w:t>1. ura – Glasbeni Zaključek – Ustvarim in nastopim</w:t>
            </w:r>
          </w:p>
        </w:tc>
      </w:tr>
      <w:tr w:rsidR="008D43AB" w14:paraId="1B6E2BBD" w14:textId="77777777">
        <w:trPr>
          <w:cantSplit/>
          <w:jc w:val="center"/>
        </w:trPr>
        <w:tc>
          <w:tcPr>
            <w:tcW w:w="14060" w:type="dxa"/>
            <w:gridSpan w:val="6"/>
            <w:tcMar>
              <w:top w:w="70" w:type="dxa"/>
              <w:left w:w="90" w:type="dxa"/>
              <w:bottom w:w="70" w:type="dxa"/>
              <w:right w:w="90" w:type="dxa"/>
            </w:tcMar>
            <w:vAlign w:val="center"/>
          </w:tcPr>
          <w:p w14:paraId="691F1FFA" w14:textId="77777777" w:rsidR="008D43AB" w:rsidRDefault="008D43AB"/>
          <w:p w14:paraId="6A1AA664" w14:textId="77777777" w:rsidR="008D43AB" w:rsidRDefault="00000000">
            <w:pPr>
              <w:spacing w:line="245" w:lineRule="auto"/>
            </w:pPr>
            <w:r>
              <w:rPr>
                <w:b/>
                <w:color w:val="000000"/>
                <w:sz w:val="16"/>
              </w:rPr>
              <w:t xml:space="preserve">UČNE METODE: </w:t>
            </w:r>
            <w:r>
              <w:rPr>
                <w:color w:val="000000"/>
                <w:sz w:val="16"/>
              </w:rPr>
              <w:t>doživeto in aktivno poslušanje; petje, ritmični govor, posnemanje in odmev; raziskovanje zvoka; igranje na lastna in mala glasbila; glasbeno ustvarjanje in slikovni zapis; izkušenjsko učenje; poučevanje v gibanju; delo po postajah; nastop in formativno spremljanje</w:t>
            </w:r>
          </w:p>
        </w:tc>
      </w:tr>
      <w:tr w:rsidR="008D43AB" w14:paraId="0C222D13" w14:textId="77777777">
        <w:trPr>
          <w:cantSplit/>
          <w:jc w:val="center"/>
        </w:trPr>
        <w:tc>
          <w:tcPr>
            <w:tcW w:w="14060" w:type="dxa"/>
            <w:gridSpan w:val="6"/>
            <w:tcMar>
              <w:top w:w="70" w:type="dxa"/>
              <w:left w:w="90" w:type="dxa"/>
              <w:bottom w:w="70" w:type="dxa"/>
              <w:right w:w="90" w:type="dxa"/>
            </w:tcMar>
            <w:vAlign w:val="center"/>
          </w:tcPr>
          <w:p w14:paraId="6C90AA3B" w14:textId="77777777" w:rsidR="008D43AB" w:rsidRDefault="008D43AB"/>
          <w:p w14:paraId="04DF7899" w14:textId="77777777" w:rsidR="008D43AB" w:rsidRDefault="00000000">
            <w:pPr>
              <w:spacing w:line="245" w:lineRule="auto"/>
            </w:pPr>
            <w:r>
              <w:rPr>
                <w:b/>
                <w:color w:val="000000"/>
                <w:sz w:val="16"/>
              </w:rPr>
              <w:t xml:space="preserve">UČNE OBLIKE: </w:t>
            </w:r>
            <w:r>
              <w:rPr>
                <w:color w:val="000000"/>
                <w:sz w:val="16"/>
              </w:rPr>
              <w:t>glasbeni krog, frontalno, individualno, delo v paru, skupinsko in postajno delo</w:t>
            </w:r>
          </w:p>
        </w:tc>
      </w:tr>
      <w:tr w:rsidR="008D43AB" w14:paraId="7B16F072" w14:textId="77777777">
        <w:trPr>
          <w:cantSplit/>
          <w:jc w:val="center"/>
        </w:trPr>
        <w:tc>
          <w:tcPr>
            <w:tcW w:w="14060" w:type="dxa"/>
            <w:gridSpan w:val="6"/>
            <w:tcMar>
              <w:top w:w="70" w:type="dxa"/>
              <w:left w:w="90" w:type="dxa"/>
              <w:bottom w:w="70" w:type="dxa"/>
              <w:right w:w="90" w:type="dxa"/>
            </w:tcMar>
            <w:vAlign w:val="center"/>
          </w:tcPr>
          <w:p w14:paraId="1627DAD1" w14:textId="77777777" w:rsidR="008D43AB" w:rsidRDefault="008D43AB"/>
          <w:p w14:paraId="12023E26" w14:textId="77777777" w:rsidR="008D43AB" w:rsidRDefault="00000000">
            <w:pPr>
              <w:spacing w:line="245" w:lineRule="auto"/>
            </w:pPr>
            <w:r>
              <w:rPr>
                <w:b/>
                <w:color w:val="000000"/>
                <w:sz w:val="16"/>
              </w:rPr>
              <w:t xml:space="preserve">DIDAKTIČNI POUDARKI: </w:t>
            </w:r>
            <w:r>
              <w:rPr>
                <w:color w:val="000000"/>
                <w:sz w:val="16"/>
              </w:rPr>
              <w:t>zvok učenec najprej zazna in telesno doživi, nato ga poimenuje, izvede, ustvari ali zapiše; glasbeni pojmi se gradijo iz konkretne izkušnje; gibanje je način poslušanja in izražanja; štiri postaje povezujejo poslušanje, ritem/gib, izvajanje in ustvarjalni dokaz; nameni, merila, povratna informacija, samovrednotenje in naslednji korak so vidni skozi ves proces</w:t>
            </w:r>
          </w:p>
        </w:tc>
      </w:tr>
      <w:tr w:rsidR="008D43AB" w14:paraId="555C91DE" w14:textId="77777777">
        <w:trPr>
          <w:cantSplit/>
          <w:jc w:val="center"/>
        </w:trPr>
        <w:tc>
          <w:tcPr>
            <w:tcW w:w="14060" w:type="dxa"/>
            <w:gridSpan w:val="6"/>
            <w:tcMar>
              <w:top w:w="70" w:type="dxa"/>
              <w:left w:w="90" w:type="dxa"/>
              <w:bottom w:w="70" w:type="dxa"/>
              <w:right w:w="90" w:type="dxa"/>
            </w:tcMar>
            <w:vAlign w:val="center"/>
          </w:tcPr>
          <w:p w14:paraId="3A1351E8" w14:textId="77777777" w:rsidR="008D43AB" w:rsidRDefault="008D43AB"/>
          <w:p w14:paraId="1239FAF0" w14:textId="77777777" w:rsidR="008D43AB" w:rsidRDefault="00000000">
            <w:pPr>
              <w:spacing w:line="245" w:lineRule="auto"/>
            </w:pPr>
            <w:r>
              <w:rPr>
                <w:b/>
                <w:color w:val="000000"/>
                <w:sz w:val="16"/>
              </w:rPr>
              <w:t xml:space="preserve">MEDPREDMETNE POVEZAVE: </w:t>
            </w:r>
            <w:r>
              <w:rPr>
                <w:color w:val="000000"/>
                <w:sz w:val="16"/>
              </w:rPr>
              <w:t>SPO – prijateljstvo, hvaležnost, skupnost in varne počitnice; SLJ – poslušanje, ritmični govor in opis doživetja; ŠPO – pulz, tempo, gibalni odziv in prostorska orientacija; LUM – simbol, barva, linija in zvočni zapis</w:t>
            </w:r>
          </w:p>
        </w:tc>
      </w:tr>
      <w:tr w:rsidR="008D43AB" w14:paraId="1FDB244E" w14:textId="77777777">
        <w:trPr>
          <w:cantSplit/>
          <w:jc w:val="center"/>
        </w:trPr>
        <w:tc>
          <w:tcPr>
            <w:tcW w:w="14060" w:type="dxa"/>
            <w:gridSpan w:val="6"/>
            <w:tcMar>
              <w:top w:w="70" w:type="dxa"/>
              <w:left w:w="90" w:type="dxa"/>
              <w:bottom w:w="70" w:type="dxa"/>
              <w:right w:w="90" w:type="dxa"/>
            </w:tcMar>
            <w:vAlign w:val="center"/>
          </w:tcPr>
          <w:p w14:paraId="5B54D2D4" w14:textId="77777777" w:rsidR="008D43AB" w:rsidRDefault="008D43AB"/>
          <w:p w14:paraId="6028FF68" w14:textId="77777777" w:rsidR="008D43AB" w:rsidRDefault="00000000">
            <w:pPr>
              <w:spacing w:line="245" w:lineRule="auto"/>
            </w:pPr>
            <w:r>
              <w:rPr>
                <w:b/>
                <w:color w:val="000000"/>
                <w:sz w:val="16"/>
              </w:rPr>
              <w:t xml:space="preserve">UČNA SREDSTVA IN PRIPOMOČKI: </w:t>
            </w:r>
            <w:r>
              <w:rPr>
                <w:color w:val="000000"/>
                <w:sz w:val="16"/>
              </w:rPr>
              <w:t>zvočni posnetek, lastna in mala ritmična glasbila, predmeti kot zvočni viri, slikovni simboli, ruta za gibanje; kartice namenov in meril, talne oznake postaj, mapa dokazov, mini tabla oziroma papir</w:t>
            </w:r>
          </w:p>
        </w:tc>
      </w:tr>
      <w:tr w:rsidR="008D43AB" w14:paraId="7367C08E" w14:textId="77777777">
        <w:trPr>
          <w:cantSplit/>
          <w:jc w:val="center"/>
        </w:trPr>
        <w:tc>
          <w:tcPr>
            <w:tcW w:w="14060" w:type="dxa"/>
            <w:gridSpan w:val="6"/>
            <w:tcMar>
              <w:top w:w="70" w:type="dxa"/>
              <w:left w:w="90" w:type="dxa"/>
              <w:bottom w:w="70" w:type="dxa"/>
              <w:right w:w="90" w:type="dxa"/>
            </w:tcMar>
            <w:vAlign w:val="center"/>
          </w:tcPr>
          <w:p w14:paraId="350C90EA" w14:textId="77777777" w:rsidR="008D43AB" w:rsidRDefault="008D43AB"/>
          <w:p w14:paraId="3E202CE9" w14:textId="77777777" w:rsidR="008D43AB" w:rsidRDefault="00000000">
            <w:pPr>
              <w:spacing w:line="245" w:lineRule="auto"/>
            </w:pPr>
            <w:r>
              <w:rPr>
                <w:b/>
                <w:color w:val="000000"/>
                <w:sz w:val="16"/>
              </w:rPr>
              <w:t xml:space="preserve">LITERATURA IN VIRI: </w:t>
            </w:r>
            <w:r>
              <w:rPr>
                <w:color w:val="000000"/>
                <w:sz w:val="16"/>
              </w:rPr>
              <w:t>Učni načrt za prvo vzgojno-izobraževalno obdobje (MVI in ZRSŠ, 2025), področje Glasbena umetnost; letna priprava 2026/27; navedeno književno in glasbeno izhodišče; učiteljičina zbirka zvočnih, slikovnih in instrumentalnih virov.</w:t>
            </w:r>
          </w:p>
        </w:tc>
      </w:tr>
      <w:tr w:rsidR="008D43AB" w14:paraId="1F180E2C" w14:textId="77777777">
        <w:trPr>
          <w:cantSplit/>
          <w:jc w:val="center"/>
        </w:trPr>
        <w:tc>
          <w:tcPr>
            <w:tcW w:w="14060" w:type="dxa"/>
            <w:gridSpan w:val="6"/>
            <w:tcMar>
              <w:top w:w="70" w:type="dxa"/>
              <w:left w:w="90" w:type="dxa"/>
              <w:bottom w:w="70" w:type="dxa"/>
              <w:right w:w="90" w:type="dxa"/>
            </w:tcMar>
            <w:vAlign w:val="center"/>
          </w:tcPr>
          <w:p w14:paraId="6E530696" w14:textId="77777777" w:rsidR="008D43AB" w:rsidRDefault="008D43AB"/>
          <w:p w14:paraId="0230A434" w14:textId="77777777" w:rsidR="008D43AB"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8D43AB" w14:paraId="1639F462" w14:textId="77777777">
        <w:trPr>
          <w:cantSplit/>
          <w:jc w:val="center"/>
        </w:trPr>
        <w:tc>
          <w:tcPr>
            <w:tcW w:w="14060" w:type="dxa"/>
            <w:gridSpan w:val="6"/>
            <w:tcMar>
              <w:top w:w="70" w:type="dxa"/>
              <w:left w:w="90" w:type="dxa"/>
              <w:bottom w:w="70" w:type="dxa"/>
              <w:right w:w="90" w:type="dxa"/>
            </w:tcMar>
            <w:vAlign w:val="center"/>
          </w:tcPr>
          <w:p w14:paraId="78E47910" w14:textId="77777777" w:rsidR="008D43AB" w:rsidRDefault="008D43AB"/>
          <w:p w14:paraId="70054BCD" w14:textId="77777777" w:rsidR="008D43AB" w:rsidRDefault="00000000">
            <w:pPr>
              <w:spacing w:line="245" w:lineRule="auto"/>
            </w:pPr>
            <w:r>
              <w:rPr>
                <w:b/>
                <w:color w:val="000000"/>
                <w:sz w:val="16"/>
              </w:rPr>
              <w:t xml:space="preserve">VARNOST IN VAROVANJE SLUHA: </w:t>
            </w: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tc>
      </w:tr>
    </w:tbl>
    <w:p w14:paraId="4860FF4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7C1569E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C2E6963"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B8DDAF3" w14:textId="77777777" w:rsidR="008D43AB" w:rsidRDefault="00000000">
            <w:pPr>
              <w:jc w:val="center"/>
            </w:pPr>
            <w:r>
              <w:rPr>
                <w:b/>
                <w:color w:val="000000"/>
                <w:sz w:val="20"/>
              </w:rPr>
              <w:t>UČNE DEJAVNOSTI, METODE IN FORMATIVNO SPREMLJANJE</w:t>
            </w:r>
          </w:p>
        </w:tc>
      </w:tr>
      <w:tr w:rsidR="008D43AB" w14:paraId="68FD17EF" w14:textId="77777777">
        <w:trPr>
          <w:tblHeader/>
          <w:jc w:val="center"/>
        </w:trPr>
        <w:tc>
          <w:tcPr>
            <w:tcW w:w="4422" w:type="dxa"/>
            <w:vMerge/>
            <w:tcMar>
              <w:top w:w="70" w:type="dxa"/>
              <w:left w:w="90" w:type="dxa"/>
              <w:bottom w:w="70" w:type="dxa"/>
              <w:right w:w="90" w:type="dxa"/>
            </w:tcMar>
            <w:vAlign w:val="center"/>
          </w:tcPr>
          <w:p w14:paraId="5C8CA3A6" w14:textId="77777777" w:rsidR="008D43AB" w:rsidRDefault="008D43AB"/>
        </w:tc>
        <w:tc>
          <w:tcPr>
            <w:tcW w:w="7087" w:type="dxa"/>
            <w:shd w:val="clear" w:color="auto" w:fill="FFFFFF"/>
            <w:tcMar>
              <w:top w:w="70" w:type="dxa"/>
              <w:left w:w="90" w:type="dxa"/>
              <w:bottom w:w="70" w:type="dxa"/>
              <w:right w:w="90" w:type="dxa"/>
            </w:tcMar>
            <w:vAlign w:val="center"/>
          </w:tcPr>
          <w:p w14:paraId="1A6F0454"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005C902" w14:textId="77777777" w:rsidR="008D43AB" w:rsidRDefault="00000000">
            <w:pPr>
              <w:jc w:val="center"/>
            </w:pPr>
            <w:r>
              <w:rPr>
                <w:b/>
                <w:color w:val="000000"/>
              </w:rPr>
              <w:t>UČENEC</w:t>
            </w:r>
          </w:p>
        </w:tc>
      </w:tr>
      <w:tr w:rsidR="008D43AB" w14:paraId="6236972D" w14:textId="77777777">
        <w:trPr>
          <w:jc w:val="center"/>
        </w:trPr>
        <w:tc>
          <w:tcPr>
            <w:tcW w:w="4422" w:type="dxa"/>
            <w:tcMar>
              <w:top w:w="70" w:type="dxa"/>
              <w:left w:w="90" w:type="dxa"/>
              <w:bottom w:w="70" w:type="dxa"/>
              <w:right w:w="90" w:type="dxa"/>
            </w:tcMar>
          </w:tcPr>
          <w:p w14:paraId="508C0D3B" w14:textId="77777777" w:rsidR="008D43AB" w:rsidRDefault="008D43AB"/>
          <w:p w14:paraId="27E46F5F" w14:textId="77777777" w:rsidR="008D43AB" w:rsidRDefault="00000000">
            <w:pPr>
              <w:spacing w:after="60" w:line="245" w:lineRule="auto"/>
            </w:pPr>
            <w:r>
              <w:rPr>
                <w:b/>
                <w:color w:val="000000"/>
              </w:rPr>
              <w:t>UČNI CILJI</w:t>
            </w:r>
          </w:p>
          <w:p w14:paraId="01914850" w14:textId="77777777" w:rsidR="008D43AB" w:rsidRDefault="00000000">
            <w:pPr>
              <w:spacing w:after="20" w:line="245" w:lineRule="auto"/>
            </w:pPr>
            <w:r>
              <w:rPr>
                <w:b/>
                <w:color w:val="000000"/>
                <w:sz w:val="17"/>
              </w:rPr>
              <w:t>SPLOŠNI</w:t>
            </w:r>
          </w:p>
          <w:p w14:paraId="3D8FCC66" w14:textId="77777777" w:rsidR="008D43AB" w:rsidRDefault="00000000">
            <w:pPr>
              <w:pStyle w:val="Oznaenseznam"/>
              <w:spacing w:after="16"/>
            </w:pPr>
            <w:r>
              <w:rPr>
                <w:color w:val="000000"/>
                <w:sz w:val="16"/>
              </w:rPr>
              <w:t>doživlja, posluša, izvaja in ustvarja glasbo ter glasbeno doživetje izraža z glasom, gibanjem, simbolom ali besedo</w:t>
            </w:r>
          </w:p>
          <w:p w14:paraId="50A14CC2" w14:textId="77777777" w:rsidR="008D43AB" w:rsidRDefault="00000000">
            <w:pPr>
              <w:pStyle w:val="Oznaenseznam"/>
              <w:spacing w:after="16"/>
            </w:pPr>
            <w:r>
              <w:rPr>
                <w:color w:val="000000"/>
                <w:sz w:val="16"/>
              </w:rPr>
              <w:t>poje, ritmično govori ter uporablja telo, glasbila in predmete kot zvočne vire</w:t>
            </w:r>
          </w:p>
          <w:p w14:paraId="570A7C67" w14:textId="77777777" w:rsidR="008D43AB" w:rsidRDefault="00000000">
            <w:pPr>
              <w:pStyle w:val="Oznaenseznam"/>
              <w:spacing w:after="16"/>
            </w:pPr>
            <w:r>
              <w:rPr>
                <w:color w:val="000000"/>
                <w:sz w:val="16"/>
              </w:rPr>
              <w:t>razlikuje izbrane lastnosti zvoka in glasbe ter varuje sluh in odgovorno uporablja glasbila</w:t>
            </w:r>
          </w:p>
          <w:p w14:paraId="485351A9" w14:textId="77777777" w:rsidR="008D43AB" w:rsidRDefault="00000000">
            <w:pPr>
              <w:pStyle w:val="Oznaenseznam"/>
              <w:spacing w:after="16"/>
            </w:pPr>
            <w:r>
              <w:rPr>
                <w:color w:val="000000"/>
                <w:sz w:val="16"/>
              </w:rPr>
              <w:t>sodeluje, posluša druge, nastopa in ob jasnih merilih uporabi opisno povratno informacijo ter samovrednotenje</w:t>
            </w:r>
          </w:p>
          <w:p w14:paraId="3F709CDB" w14:textId="77777777" w:rsidR="008D43AB" w:rsidRDefault="00000000">
            <w:pPr>
              <w:spacing w:before="40" w:after="20" w:line="245" w:lineRule="auto"/>
            </w:pPr>
            <w:r>
              <w:rPr>
                <w:b/>
                <w:color w:val="000000"/>
                <w:sz w:val="17"/>
              </w:rPr>
              <w:t>OPERATIVNI</w:t>
            </w:r>
          </w:p>
          <w:p w14:paraId="5E3E5CF1" w14:textId="77777777" w:rsidR="008D43AB" w:rsidRDefault="00000000">
            <w:pPr>
              <w:pStyle w:val="Oznaenseznam"/>
              <w:spacing w:after="16"/>
            </w:pPr>
            <w:r>
              <w:rPr>
                <w:color w:val="000000"/>
                <w:sz w:val="16"/>
              </w:rPr>
              <w:t>skupinsko izvede program</w:t>
            </w:r>
          </w:p>
          <w:p w14:paraId="19806C29" w14:textId="77777777" w:rsidR="008D43AB" w:rsidRDefault="00000000">
            <w:pPr>
              <w:pStyle w:val="Oznaenseznam"/>
              <w:spacing w:after="16"/>
            </w:pPr>
            <w:r>
              <w:rPr>
                <w:color w:val="000000"/>
                <w:sz w:val="16"/>
              </w:rPr>
              <w:t>upošteva kulturo nastopanja</w:t>
            </w:r>
          </w:p>
          <w:p w14:paraId="6EC215DE" w14:textId="77777777" w:rsidR="008D43AB" w:rsidRDefault="00000000">
            <w:pPr>
              <w:pStyle w:val="Oznaenseznam"/>
              <w:spacing w:after="16"/>
            </w:pPr>
            <w:r>
              <w:rPr>
                <w:color w:val="000000"/>
                <w:sz w:val="16"/>
              </w:rPr>
              <w:t>doživlja glasbo</w:t>
            </w:r>
          </w:p>
          <w:p w14:paraId="26CDCF99" w14:textId="77777777" w:rsidR="008D43AB" w:rsidRDefault="00000000">
            <w:pPr>
              <w:spacing w:before="40" w:after="20" w:line="245" w:lineRule="auto"/>
            </w:pPr>
            <w:r>
              <w:rPr>
                <w:b/>
                <w:color w:val="000000"/>
                <w:sz w:val="17"/>
              </w:rPr>
              <w:t>PRIČAKOVANI DOSEŽKI / MINIMALNI POUDARKI</w:t>
            </w:r>
          </w:p>
          <w:p w14:paraId="40A1F46D" w14:textId="77777777" w:rsidR="008D43AB" w:rsidRDefault="00000000">
            <w:pPr>
              <w:pStyle w:val="Oznaenseznam"/>
              <w:spacing w:after="16"/>
            </w:pPr>
            <w:r>
              <w:rPr>
                <w:color w:val="000000"/>
                <w:sz w:val="15"/>
              </w:rPr>
              <w:t>samostojno oziroma z dogovorjeno oporo skupinsko izvede program</w:t>
            </w:r>
          </w:p>
          <w:p w14:paraId="202ADD41" w14:textId="77777777" w:rsidR="008D43AB" w:rsidRDefault="00000000">
            <w:pPr>
              <w:pStyle w:val="Oznaenseznam"/>
              <w:spacing w:after="16"/>
            </w:pPr>
            <w:r>
              <w:rPr>
                <w:color w:val="000000"/>
                <w:sz w:val="15"/>
              </w:rPr>
              <w:t>samostojno oziroma z dogovorjeno oporo upošteva kulturo nastopanja</w:t>
            </w:r>
          </w:p>
          <w:p w14:paraId="2776D06B" w14:textId="77777777" w:rsidR="008D43AB" w:rsidRDefault="00000000">
            <w:pPr>
              <w:pStyle w:val="Oznaenseznam"/>
              <w:spacing w:after="16"/>
            </w:pPr>
            <w:r>
              <w:rPr>
                <w:color w:val="000000"/>
                <w:sz w:val="15"/>
              </w:rPr>
              <w:t>samostojno oziroma z dogovorjeno oporo doživlja glasbo</w:t>
            </w:r>
          </w:p>
        </w:tc>
        <w:tc>
          <w:tcPr>
            <w:tcW w:w="7087" w:type="dxa"/>
            <w:tcMar>
              <w:top w:w="70" w:type="dxa"/>
              <w:left w:w="90" w:type="dxa"/>
              <w:bottom w:w="70" w:type="dxa"/>
              <w:right w:w="90" w:type="dxa"/>
            </w:tcMar>
          </w:tcPr>
          <w:p w14:paraId="14266F7E"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28AB327A" w14:textId="77777777">
              <w:trPr>
                <w:jc w:val="center"/>
              </w:trPr>
              <w:tc>
                <w:tcPr>
                  <w:tcW w:w="7087" w:type="dxa"/>
                  <w:shd w:val="clear" w:color="auto" w:fill="C6E7F3"/>
                  <w:tcMar>
                    <w:top w:w="45" w:type="dxa"/>
                    <w:left w:w="70" w:type="dxa"/>
                    <w:bottom w:w="45" w:type="dxa"/>
                    <w:right w:w="70" w:type="dxa"/>
                  </w:tcMar>
                </w:tcPr>
                <w:p w14:paraId="218FE75A" w14:textId="77777777" w:rsidR="008D43AB" w:rsidRDefault="00000000">
                  <w:pPr>
                    <w:keepNext/>
                  </w:pPr>
                  <w:r>
                    <w:rPr>
                      <w:b/>
                      <w:color w:val="000000"/>
                    </w:rPr>
                    <w:t>UVODNI DEL – zvočna motivacija, aktivacija predznanja in namen učenja (8–12 min)</w:t>
                  </w:r>
                </w:p>
              </w:tc>
            </w:tr>
          </w:tbl>
          <w:p w14:paraId="4ABC306F" w14:textId="77777777" w:rsidR="008D43AB" w:rsidRDefault="008D43AB">
            <w:pPr>
              <w:spacing w:line="20" w:lineRule="exact"/>
            </w:pPr>
          </w:p>
          <w:p w14:paraId="309B026B" w14:textId="77777777" w:rsidR="008D43AB" w:rsidRDefault="00000000">
            <w:pPr>
              <w:spacing w:before="40" w:after="60" w:line="245" w:lineRule="auto"/>
            </w:pPr>
            <w:r>
              <w:rPr>
                <w:color w:val="000000"/>
                <w:sz w:val="16"/>
              </w:rPr>
              <w:t>Učenci ob motivu »Moj prijatelj Piki Jakob« – Kajetan Kovič • NADALJEVANJE vstopijo v temo prijateljstvo, hvaležnost, skupnost in varne počitnice. Najprej v tišini poslušajo kratek zvočni odlomek ali učiteljičino izvedbo (zaključni program; skupinska pevska, ritmična in gibalna izvedba), nato s kretnjo, gibanjem, glasom, kartico ali kratko razlago pokažejo prvi odziv in napoved.</w:t>
            </w:r>
          </w:p>
          <w:tbl>
            <w:tblPr>
              <w:tblStyle w:val="Tabelamrea"/>
              <w:tblW w:w="0" w:type="auto"/>
              <w:jc w:val="center"/>
              <w:tblLayout w:type="fixed"/>
              <w:tblLook w:val="04A0" w:firstRow="1" w:lastRow="0" w:firstColumn="1" w:lastColumn="0" w:noHBand="0" w:noVBand="1"/>
            </w:tblPr>
            <w:tblGrid>
              <w:gridCol w:w="7087"/>
            </w:tblGrid>
            <w:tr w:rsidR="008D43AB" w14:paraId="54D9D560" w14:textId="77777777">
              <w:trPr>
                <w:jc w:val="center"/>
              </w:trPr>
              <w:tc>
                <w:tcPr>
                  <w:tcW w:w="7087" w:type="dxa"/>
                  <w:shd w:val="clear" w:color="auto" w:fill="EDC9EA"/>
                  <w:tcMar>
                    <w:top w:w="45" w:type="dxa"/>
                    <w:left w:w="70" w:type="dxa"/>
                    <w:bottom w:w="45" w:type="dxa"/>
                    <w:right w:w="70" w:type="dxa"/>
                  </w:tcMar>
                </w:tcPr>
                <w:p w14:paraId="45B89285" w14:textId="77777777" w:rsidR="008D43AB" w:rsidRDefault="00000000">
                  <w:pPr>
                    <w:keepNext/>
                  </w:pPr>
                  <w:r>
                    <w:rPr>
                      <w:b/>
                      <w:color w:val="000000"/>
                    </w:rPr>
                    <w:t>NAMENI UČENJA</w:t>
                  </w:r>
                </w:p>
              </w:tc>
            </w:tr>
          </w:tbl>
          <w:p w14:paraId="43DBB4A4" w14:textId="77777777" w:rsidR="008D43AB" w:rsidRDefault="008D43AB">
            <w:pPr>
              <w:spacing w:line="20" w:lineRule="exact"/>
            </w:pPr>
          </w:p>
          <w:p w14:paraId="5EADDF94" w14:textId="77777777" w:rsidR="008D43AB" w:rsidRDefault="00000000">
            <w:pPr>
              <w:spacing w:before="20" w:after="20" w:line="245" w:lineRule="auto"/>
            </w:pPr>
            <w:r>
              <w:rPr>
                <w:color w:val="000000"/>
                <w:sz w:val="16"/>
              </w:rPr>
              <w:t>Učimo se zato, da bomo glasbo zbrano poslušali, njene lastnosti doživeli in prepoznali, se z glasom, telesom ali glasbilom usklajeno izrazili ter svojo izvedbo ali ustvarjalno rešitev izboljšali.</w:t>
            </w:r>
          </w:p>
          <w:p w14:paraId="4F670F1A" w14:textId="77777777" w:rsidR="008D43AB" w:rsidRDefault="00000000">
            <w:pPr>
              <w:pStyle w:val="Oznaenseznam"/>
              <w:spacing w:after="16"/>
            </w:pPr>
            <w:r>
              <w:rPr>
                <w:color w:val="000000"/>
                <w:sz w:val="16"/>
              </w:rPr>
              <w:t>skupinsko izvedem program</w:t>
            </w:r>
          </w:p>
          <w:p w14:paraId="3FBB2639" w14:textId="77777777" w:rsidR="008D43AB" w:rsidRDefault="00000000">
            <w:pPr>
              <w:pStyle w:val="Oznaenseznam"/>
              <w:spacing w:after="16"/>
            </w:pPr>
            <w:r>
              <w:rPr>
                <w:color w:val="000000"/>
                <w:sz w:val="16"/>
              </w:rPr>
              <w:t>upoštevam kulturo nastopanja</w:t>
            </w:r>
          </w:p>
          <w:p w14:paraId="09B62104" w14:textId="77777777" w:rsidR="008D43AB" w:rsidRDefault="00000000">
            <w:pPr>
              <w:pStyle w:val="Oznaenseznam"/>
              <w:spacing w:after="16"/>
            </w:pPr>
            <w:r>
              <w:rPr>
                <w:color w:val="000000"/>
                <w:sz w:val="16"/>
              </w:rPr>
              <w:t>doživljam glasbo</w:t>
            </w:r>
          </w:p>
          <w:tbl>
            <w:tblPr>
              <w:tblStyle w:val="Tabelamrea"/>
              <w:tblW w:w="0" w:type="auto"/>
              <w:jc w:val="center"/>
              <w:tblLayout w:type="fixed"/>
              <w:tblLook w:val="04A0" w:firstRow="1" w:lastRow="0" w:firstColumn="1" w:lastColumn="0" w:noHBand="0" w:noVBand="1"/>
            </w:tblPr>
            <w:tblGrid>
              <w:gridCol w:w="7087"/>
            </w:tblGrid>
            <w:tr w:rsidR="008D43AB" w14:paraId="1F4ACE62" w14:textId="77777777">
              <w:trPr>
                <w:jc w:val="center"/>
              </w:trPr>
              <w:tc>
                <w:tcPr>
                  <w:tcW w:w="7087" w:type="dxa"/>
                  <w:shd w:val="clear" w:color="auto" w:fill="EDC9EA"/>
                  <w:tcMar>
                    <w:top w:w="45" w:type="dxa"/>
                    <w:left w:w="70" w:type="dxa"/>
                    <w:bottom w:w="45" w:type="dxa"/>
                    <w:right w:w="70" w:type="dxa"/>
                  </w:tcMar>
                </w:tcPr>
                <w:p w14:paraId="2B1D54CC" w14:textId="77777777" w:rsidR="008D43AB" w:rsidRDefault="00000000">
                  <w:pPr>
                    <w:keepNext/>
                  </w:pPr>
                  <w:r>
                    <w:rPr>
                      <w:b/>
                      <w:color w:val="000000"/>
                    </w:rPr>
                    <w:t>PREVERJANJE PREDZNANJA</w:t>
                  </w:r>
                </w:p>
              </w:tc>
            </w:tr>
          </w:tbl>
          <w:p w14:paraId="13DC48E4" w14:textId="77777777" w:rsidR="008D43AB" w:rsidRDefault="008D43AB">
            <w:pPr>
              <w:spacing w:line="20" w:lineRule="exact"/>
            </w:pPr>
          </w:p>
          <w:p w14:paraId="04E50AA7" w14:textId="77777777" w:rsidR="008D43AB" w:rsidRDefault="00000000">
            <w:pPr>
              <w:pStyle w:val="Oznaenseznam"/>
              <w:spacing w:after="16"/>
            </w:pPr>
            <w:r>
              <w:rPr>
                <w:color w:val="000000"/>
                <w:sz w:val="16"/>
              </w:rPr>
              <w:t>Kaj mi zvok, naslov, slika ali motiv pove o temi prijateljstvo, hvaležnost, skupnost in varne počitnice?</w:t>
            </w:r>
          </w:p>
          <w:p w14:paraId="61D66881" w14:textId="77777777" w:rsidR="008D43AB" w:rsidRDefault="00000000">
            <w:pPr>
              <w:pStyle w:val="Oznaenseznam"/>
              <w:spacing w:after="16"/>
            </w:pPr>
            <w:r>
              <w:rPr>
                <w:color w:val="000000"/>
                <w:sz w:val="16"/>
              </w:rPr>
              <w:t>Kako lahko s poslušanjem, glasom, telesom, glasbilom ali simbolom pokažem, kaj že znam pri temi »GLASBENI ZAKLJUČEK«?</w:t>
            </w:r>
          </w:p>
          <w:p w14:paraId="797413C5" w14:textId="77777777" w:rsidR="008D43AB" w:rsidRDefault="00000000">
            <w:pPr>
              <w:spacing w:after="40" w:line="245" w:lineRule="auto"/>
            </w:pPr>
            <w:r>
              <w:rPr>
                <w:i/>
                <w:color w:val="000000"/>
                <w:sz w:val="15"/>
              </w:rPr>
              <w:t>Učiteljica sprejme zvočne, gibalne, slikovne in govorne odzive. Zapiše začetni dokaz brez vrednotenja, med uro pa se z učenci vrača k prvi napovedi in preverja spremembo razumevanja.</w:t>
            </w:r>
          </w:p>
          <w:tbl>
            <w:tblPr>
              <w:tblStyle w:val="Tabelamrea"/>
              <w:tblW w:w="0" w:type="auto"/>
              <w:jc w:val="center"/>
              <w:tblLayout w:type="fixed"/>
              <w:tblLook w:val="04A0" w:firstRow="1" w:lastRow="0" w:firstColumn="1" w:lastColumn="0" w:noHBand="0" w:noVBand="1"/>
            </w:tblPr>
            <w:tblGrid>
              <w:gridCol w:w="7087"/>
            </w:tblGrid>
            <w:tr w:rsidR="008D43AB" w14:paraId="0608A1EF" w14:textId="77777777">
              <w:trPr>
                <w:jc w:val="center"/>
              </w:trPr>
              <w:tc>
                <w:tcPr>
                  <w:tcW w:w="7087" w:type="dxa"/>
                  <w:shd w:val="clear" w:color="auto" w:fill="EDC9EA"/>
                  <w:tcMar>
                    <w:top w:w="45" w:type="dxa"/>
                    <w:left w:w="70" w:type="dxa"/>
                    <w:bottom w:w="45" w:type="dxa"/>
                    <w:right w:w="70" w:type="dxa"/>
                  </w:tcMar>
                </w:tcPr>
                <w:p w14:paraId="752776E2" w14:textId="77777777" w:rsidR="008D43AB" w:rsidRDefault="00000000">
                  <w:pPr>
                    <w:keepNext/>
                  </w:pPr>
                  <w:r>
                    <w:rPr>
                      <w:b/>
                      <w:color w:val="000000"/>
                    </w:rPr>
                    <w:t>KRITERIJI USPEŠNOSTI</w:t>
                  </w:r>
                </w:p>
              </w:tc>
            </w:tr>
          </w:tbl>
          <w:p w14:paraId="1438FB9C" w14:textId="77777777" w:rsidR="008D43AB" w:rsidRDefault="008D43AB"/>
          <w:p w14:paraId="69194279" w14:textId="77777777" w:rsidR="008D43AB" w:rsidRDefault="00000000">
            <w:pPr>
              <w:spacing w:before="20" w:after="20" w:line="245" w:lineRule="auto"/>
            </w:pPr>
            <w:r>
              <w:rPr>
                <w:b/>
                <w:color w:val="000000"/>
                <w:sz w:val="16"/>
              </w:rPr>
              <w:t>Uspešen/-na bom, ko:</w:t>
            </w:r>
          </w:p>
          <w:p w14:paraId="0917FBA5" w14:textId="77777777" w:rsidR="008D43AB" w:rsidRDefault="00000000">
            <w:pPr>
              <w:pStyle w:val="Oznaenseznam"/>
              <w:spacing w:after="16"/>
            </w:pPr>
            <w:r>
              <w:rPr>
                <w:color w:val="000000"/>
                <w:sz w:val="16"/>
              </w:rPr>
              <w:t>skupinsko izvedem program</w:t>
            </w:r>
          </w:p>
          <w:p w14:paraId="781D9AB1" w14:textId="77777777" w:rsidR="008D43AB" w:rsidRDefault="00000000">
            <w:pPr>
              <w:pStyle w:val="Oznaenseznam"/>
              <w:spacing w:after="16"/>
            </w:pPr>
            <w:r>
              <w:rPr>
                <w:color w:val="000000"/>
                <w:sz w:val="16"/>
              </w:rPr>
              <w:t>upoštevam kulturo nastopanja</w:t>
            </w:r>
          </w:p>
          <w:p w14:paraId="22C46985" w14:textId="77777777" w:rsidR="008D43AB" w:rsidRDefault="00000000">
            <w:pPr>
              <w:pStyle w:val="Oznaenseznam"/>
              <w:spacing w:after="16"/>
            </w:pPr>
            <w:r>
              <w:rPr>
                <w:color w:val="000000"/>
                <w:sz w:val="16"/>
              </w:rPr>
              <w:t>doživljam glasbo</w:t>
            </w:r>
          </w:p>
          <w:p w14:paraId="6410D879" w14:textId="77777777" w:rsidR="008D43AB" w:rsidRDefault="00000000">
            <w:pPr>
              <w:pStyle w:val="Oznaenseznam"/>
              <w:spacing w:after="16"/>
            </w:pPr>
            <w:r>
              <w:rPr>
                <w:color w:val="000000"/>
                <w:sz w:val="16"/>
              </w:rPr>
              <w:t>upoštevam dogovorjeni začetek, konec, znak za tišino in varno glasnost</w:t>
            </w:r>
          </w:p>
          <w:p w14:paraId="754D8CE5" w14:textId="77777777" w:rsidR="008D43AB" w:rsidRDefault="00000000">
            <w:pPr>
              <w:pStyle w:val="Oznaenseznam"/>
              <w:spacing w:after="16"/>
            </w:pPr>
            <w:r>
              <w:rPr>
                <w:color w:val="000000"/>
                <w:sz w:val="16"/>
              </w:rPr>
              <w:t>izberem ustrezen dokaz, ga povežem z merilom ter izvedbo po povratni informaciji izboljšam</w:t>
            </w:r>
          </w:p>
        </w:tc>
        <w:tc>
          <w:tcPr>
            <w:tcW w:w="2551" w:type="dxa"/>
            <w:tcMar>
              <w:top w:w="70" w:type="dxa"/>
              <w:left w:w="90" w:type="dxa"/>
              <w:bottom w:w="70" w:type="dxa"/>
              <w:right w:w="90" w:type="dxa"/>
            </w:tcMar>
          </w:tcPr>
          <w:p w14:paraId="3B231F75" w14:textId="77777777" w:rsidR="008D43AB" w:rsidRDefault="008D43AB"/>
          <w:p w14:paraId="4D7AA57E" w14:textId="77777777" w:rsidR="008D43AB" w:rsidRDefault="00000000">
            <w:pPr>
              <w:spacing w:after="80" w:line="245" w:lineRule="auto"/>
            </w:pPr>
            <w:r>
              <w:rPr>
                <w:color w:val="000000"/>
                <w:sz w:val="16"/>
              </w:rPr>
              <w:t>V tišini posluša oziroma opazuje glasbeno in motivno izhodišče ter prvi odziv pokaže z glasom, telesom, kartico, predmetom, risbo ali kratko razlago.</w:t>
            </w:r>
          </w:p>
          <w:p w14:paraId="752BB261" w14:textId="77777777" w:rsidR="008D43AB" w:rsidRDefault="00000000">
            <w:pPr>
              <w:spacing w:after="80" w:line="245" w:lineRule="auto"/>
            </w:pPr>
            <w:r>
              <w:rPr>
                <w:color w:val="000000"/>
                <w:sz w:val="16"/>
              </w:rPr>
              <w:t>Pove ali pokaže, kaj že zna in katero glasbeno strategijo bi uporabil.</w:t>
            </w:r>
          </w:p>
          <w:p w14:paraId="28672AC0" w14:textId="77777777" w:rsidR="008D43AB" w:rsidRDefault="00000000">
            <w:pPr>
              <w:spacing w:after="100" w:line="245" w:lineRule="auto"/>
            </w:pPr>
            <w:r>
              <w:rPr>
                <w:color w:val="000000"/>
                <w:sz w:val="16"/>
              </w:rPr>
              <w:t>Sodeluje pri razumevanju namenov, meril uspešnosti, varne glasnosti in načina dokazovanja.</w:t>
            </w:r>
          </w:p>
          <w:p w14:paraId="18DFD6CD" w14:textId="77777777" w:rsidR="008D43AB" w:rsidRDefault="00000000">
            <w:pPr>
              <w:spacing w:after="20" w:line="245" w:lineRule="auto"/>
            </w:pPr>
            <w:r>
              <w:rPr>
                <w:b/>
                <w:color w:val="D95BC6"/>
                <w:sz w:val="17"/>
              </w:rPr>
              <w:t>DOKAZ O UČENJU</w:t>
            </w:r>
          </w:p>
          <w:p w14:paraId="5E404226" w14:textId="77777777" w:rsidR="008D43AB" w:rsidRDefault="00000000">
            <w:pPr>
              <w:spacing w:after="30" w:line="245" w:lineRule="auto"/>
            </w:pPr>
            <w:r>
              <w:rPr>
                <w:color w:val="D95BC6"/>
                <w:sz w:val="16"/>
              </w:rPr>
              <w:t>začetni poslušalski ali gibalni odziv, prepoznan zvočni vir, ritmični oziroma pevski poskus, izbira kartice, zvočna napoved ali začetni simbolni zapis</w:t>
            </w:r>
          </w:p>
        </w:tc>
      </w:tr>
    </w:tbl>
    <w:p w14:paraId="63527E59"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4CC1A9E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EC616D6"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0670F45" w14:textId="77777777" w:rsidR="008D43AB" w:rsidRDefault="00000000">
            <w:pPr>
              <w:jc w:val="center"/>
            </w:pPr>
            <w:r>
              <w:rPr>
                <w:b/>
                <w:color w:val="000000"/>
                <w:sz w:val="20"/>
              </w:rPr>
              <w:t>UČNE DEJAVNOSTI, METODE IN FORMATIVNO SPREMLJANJE</w:t>
            </w:r>
          </w:p>
        </w:tc>
      </w:tr>
      <w:tr w:rsidR="008D43AB" w14:paraId="76A0C49F" w14:textId="77777777">
        <w:trPr>
          <w:tblHeader/>
          <w:jc w:val="center"/>
        </w:trPr>
        <w:tc>
          <w:tcPr>
            <w:tcW w:w="4422" w:type="dxa"/>
            <w:vMerge/>
            <w:tcMar>
              <w:top w:w="70" w:type="dxa"/>
              <w:left w:w="90" w:type="dxa"/>
              <w:bottom w:w="70" w:type="dxa"/>
              <w:right w:w="90" w:type="dxa"/>
            </w:tcMar>
            <w:vAlign w:val="center"/>
          </w:tcPr>
          <w:p w14:paraId="3C9FC29C" w14:textId="77777777" w:rsidR="008D43AB" w:rsidRDefault="008D43AB"/>
        </w:tc>
        <w:tc>
          <w:tcPr>
            <w:tcW w:w="7087" w:type="dxa"/>
            <w:shd w:val="clear" w:color="auto" w:fill="FFFFFF"/>
            <w:tcMar>
              <w:top w:w="70" w:type="dxa"/>
              <w:left w:w="90" w:type="dxa"/>
              <w:bottom w:w="70" w:type="dxa"/>
              <w:right w:w="90" w:type="dxa"/>
            </w:tcMar>
            <w:vAlign w:val="center"/>
          </w:tcPr>
          <w:p w14:paraId="57F99D48"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E13BF5B" w14:textId="77777777" w:rsidR="008D43AB" w:rsidRDefault="00000000">
            <w:pPr>
              <w:jc w:val="center"/>
            </w:pPr>
            <w:r>
              <w:rPr>
                <w:b/>
                <w:color w:val="000000"/>
              </w:rPr>
              <w:t>UČENEC</w:t>
            </w:r>
          </w:p>
        </w:tc>
      </w:tr>
      <w:tr w:rsidR="008D43AB" w14:paraId="7DB61AD9" w14:textId="77777777">
        <w:trPr>
          <w:jc w:val="center"/>
        </w:trPr>
        <w:tc>
          <w:tcPr>
            <w:tcW w:w="4422" w:type="dxa"/>
            <w:tcMar>
              <w:top w:w="70" w:type="dxa"/>
              <w:left w:w="90" w:type="dxa"/>
              <w:bottom w:w="70" w:type="dxa"/>
              <w:right w:w="90" w:type="dxa"/>
            </w:tcMar>
          </w:tcPr>
          <w:p w14:paraId="10A3FB4E" w14:textId="77777777" w:rsidR="008D43AB" w:rsidRDefault="008D43AB"/>
          <w:p w14:paraId="7DEC9668" w14:textId="77777777" w:rsidR="008D43AB" w:rsidRDefault="00000000">
            <w:pPr>
              <w:spacing w:after="40" w:line="245" w:lineRule="auto"/>
            </w:pPr>
            <w:r>
              <w:rPr>
                <w:b/>
                <w:color w:val="000000"/>
              </w:rPr>
              <w:t>KLJUČNI GLASBENI POJMI</w:t>
            </w:r>
          </w:p>
          <w:p w14:paraId="78530106" w14:textId="77777777" w:rsidR="008D43AB" w:rsidRDefault="00000000">
            <w:pPr>
              <w:spacing w:after="60" w:line="245" w:lineRule="auto"/>
            </w:pPr>
            <w:r>
              <w:rPr>
                <w:color w:val="000000"/>
                <w:sz w:val="15"/>
              </w:rPr>
              <w:t>poslušanje, zvok, tišina, izvedba, glasbeni znak, dokaz, povratna informacija</w:t>
            </w:r>
          </w:p>
          <w:p w14:paraId="235B3D17" w14:textId="77777777" w:rsidR="008D43AB" w:rsidRDefault="00000000">
            <w:pPr>
              <w:spacing w:after="20" w:line="245" w:lineRule="auto"/>
            </w:pPr>
            <w:r>
              <w:rPr>
                <w:b/>
                <w:color w:val="000000"/>
                <w:sz w:val="17"/>
              </w:rPr>
              <w:t>DOKAZI O UČENJU</w:t>
            </w:r>
          </w:p>
          <w:p w14:paraId="7E436335" w14:textId="77777777" w:rsidR="008D43AB" w:rsidRDefault="00000000">
            <w:pPr>
              <w:pStyle w:val="Oznaenseznam"/>
              <w:spacing w:after="9"/>
            </w:pPr>
            <w:r>
              <w:rPr>
                <w:color w:val="000000"/>
                <w:sz w:val="15"/>
              </w:rPr>
              <w:t>slikovni zvočni zapis, skupinska izvedba/posnetek in vrstniška opisna povratna informacija.</w:t>
            </w:r>
          </w:p>
          <w:p w14:paraId="7A41EFDF" w14:textId="77777777" w:rsidR="008D43AB" w:rsidRDefault="00000000">
            <w:pPr>
              <w:spacing w:before="40" w:after="20" w:line="245" w:lineRule="auto"/>
            </w:pPr>
            <w:r>
              <w:rPr>
                <w:b/>
                <w:color w:val="000000"/>
                <w:sz w:val="17"/>
              </w:rPr>
              <w:t>GLASBENO DOŽIVETJE IN IZKUŠENJSKI POUK</w:t>
            </w:r>
          </w:p>
          <w:p w14:paraId="4E9C3586" w14:textId="77777777" w:rsidR="008D43AB" w:rsidRDefault="00000000">
            <w:pPr>
              <w:spacing w:after="60" w:line="245" w:lineRule="auto"/>
            </w:pPr>
            <w:r>
              <w:rPr>
                <w:color w:val="000000"/>
                <w:sz w:val="15"/>
              </w:rPr>
              <w:t>Učenec zvok najprej neposredno zazna, primerja in preizkusi z glasom, telesom, resničnim predmetom ali glasbilom. Iz izkušnje oblikuje glasbeni pojem, sprejme izvajalsko oziroma ustvarjalno odločitev ter preveri njen učinek na poslušalca.</w:t>
            </w:r>
          </w:p>
          <w:p w14:paraId="59BE24BA" w14:textId="77777777" w:rsidR="008D43AB" w:rsidRDefault="00000000">
            <w:pPr>
              <w:spacing w:after="20" w:line="245" w:lineRule="auto"/>
            </w:pPr>
            <w:r>
              <w:rPr>
                <w:b/>
                <w:color w:val="000000"/>
                <w:sz w:val="17"/>
              </w:rPr>
              <w:t>POUČEVANJE V GIBANJU</w:t>
            </w:r>
          </w:p>
          <w:p w14:paraId="6E93E59C" w14:textId="77777777" w:rsidR="008D43AB" w:rsidRDefault="00000000">
            <w:pPr>
              <w:spacing w:after="60" w:line="245" w:lineRule="auto"/>
            </w:pPr>
            <w:r>
              <w:rPr>
                <w:color w:val="000000"/>
                <w:sz w:val="15"/>
              </w:rPr>
              <w:t>Pulz, ritem, tempo, glasnost, višino, trajanje ali značaj glasbe učenec ponazori s hojo, nivojem telesa, smerjo, zamrznitvijo, telesnimi glasbili, zvočno procesijo in gibalnim dirigiranjem. Prehodi med postajami potekajo ob kratkem zvočnem znaku.</w:t>
            </w:r>
          </w:p>
          <w:p w14:paraId="3ADC7D0B" w14:textId="77777777" w:rsidR="008D43AB" w:rsidRDefault="00000000">
            <w:pPr>
              <w:spacing w:after="20" w:line="245" w:lineRule="auto"/>
            </w:pPr>
            <w:r>
              <w:rPr>
                <w:b/>
                <w:color w:val="000000"/>
                <w:sz w:val="17"/>
              </w:rPr>
              <w:t>DELO PO POSTAJAH</w:t>
            </w:r>
          </w:p>
          <w:p w14:paraId="37B5F413" w14:textId="77777777" w:rsidR="008D43AB" w:rsidRDefault="00000000">
            <w:pPr>
              <w:spacing w:after="20" w:line="245" w:lineRule="auto"/>
            </w:pPr>
            <w:r>
              <w:rPr>
                <w:color w:val="000000"/>
                <w:sz w:val="15"/>
              </w:rPr>
              <w:t>Pri eni uri so postaje kratke, 5–6-minutne, z jasnim zvočnim prehodom; pri dveh urah skupine opravijo celoten krog in se v drugi uri vrnejo k ustvarjanju, nastopu ter izboljšavi.</w:t>
            </w:r>
          </w:p>
          <w:p w14:paraId="5A615804" w14:textId="77777777" w:rsidR="008D43AB" w:rsidRDefault="00000000">
            <w:pPr>
              <w:spacing w:after="10" w:line="245" w:lineRule="auto"/>
            </w:pPr>
            <w:r>
              <w:rPr>
                <w:color w:val="000000"/>
                <w:sz w:val="15"/>
              </w:rPr>
              <w:t>1. Aktivno poslušanje: prepoznam zvočni vir ali spremembo ter odziv pokažem s kartico, gibom ali besedo.</w:t>
            </w:r>
          </w:p>
          <w:p w14:paraId="637A667F" w14:textId="77777777" w:rsidR="008D43AB" w:rsidRDefault="00000000">
            <w:pPr>
              <w:spacing w:after="10" w:line="245" w:lineRule="auto"/>
            </w:pPr>
            <w:r>
              <w:rPr>
                <w:color w:val="000000"/>
                <w:sz w:val="15"/>
              </w:rPr>
              <w:t>2. Gibalna: glasbeno lastnost ponazorim s hojo, nivojem telesa, smerjo, hitrostjo in zamrznitvijo.</w:t>
            </w:r>
          </w:p>
          <w:p w14:paraId="69BAF631" w14:textId="77777777" w:rsidR="008D43AB" w:rsidRDefault="00000000">
            <w:pPr>
              <w:spacing w:after="10" w:line="245" w:lineRule="auto"/>
            </w:pPr>
            <w:r>
              <w:rPr>
                <w:color w:val="000000"/>
                <w:sz w:val="15"/>
              </w:rPr>
              <w:t>3. Izvajalska: zvok posnemam z glasom, telesom ali glasbilom ter upoštevam začetek, konec in tišino.</w:t>
            </w:r>
          </w:p>
          <w:p w14:paraId="4483B0C2" w14:textId="77777777" w:rsidR="008D43AB" w:rsidRDefault="00000000">
            <w:pPr>
              <w:spacing w:after="10" w:line="245" w:lineRule="auto"/>
            </w:pPr>
            <w:r>
              <w:rPr>
                <w:color w:val="000000"/>
                <w:sz w:val="15"/>
              </w:rPr>
              <w:t>4. Likovno-zapisna: doživetje ali zvočno zaporedje prikažem s simboli, ga predstavim in izboljšam.</w:t>
            </w:r>
          </w:p>
          <w:p w14:paraId="0B20DF17" w14:textId="77777777" w:rsidR="008D43AB" w:rsidRDefault="00000000">
            <w:pPr>
              <w:spacing w:after="20" w:line="245" w:lineRule="auto"/>
            </w:pPr>
            <w:r>
              <w:rPr>
                <w:b/>
                <w:color w:val="000000"/>
                <w:sz w:val="17"/>
              </w:rPr>
              <w:t>DIFERENCIACIJA IN VKLJUČEVANJE</w:t>
            </w:r>
          </w:p>
          <w:p w14:paraId="071B3C51" w14:textId="77777777" w:rsidR="008D43AB" w:rsidRDefault="00000000">
            <w:pPr>
              <w:spacing w:after="60" w:line="245" w:lineRule="auto"/>
            </w:pPr>
            <w:r>
              <w:rPr>
                <w:color w:val="000000"/>
                <w:sz w:val="15"/>
              </w:rPr>
              <w:t>Podpora: slikovni koraki, model izvedbe, manjši izbor zvočil, počasnejši tempo, ponovitev v odmevu in vrstniški opornik. Učenec lahko dokaz poda z glasom, gibanjem, prikazom, risbo, simbolom ali kratko razlago. Izziv: samostojna druga rešitev, daljši motiv, utemeljitev glasbene izbire, vodenje postaje ali dirigiranje. Napredek se primerja z učenčevim prejšnjim dokazom.</w:t>
            </w:r>
          </w:p>
          <w:p w14:paraId="3AE5A36D" w14:textId="77777777" w:rsidR="008D43AB" w:rsidRDefault="00000000">
            <w:pPr>
              <w:spacing w:after="20" w:line="245" w:lineRule="auto"/>
            </w:pPr>
            <w:r>
              <w:rPr>
                <w:b/>
                <w:color w:val="000000"/>
                <w:sz w:val="17"/>
              </w:rPr>
              <w:t>SPREMLJANJE</w:t>
            </w:r>
          </w:p>
          <w:p w14:paraId="16BB68B0" w14:textId="77777777" w:rsidR="008D43AB" w:rsidRDefault="00000000">
            <w:pPr>
              <w:spacing w:after="30" w:line="245" w:lineRule="auto"/>
            </w:pPr>
            <w:r>
              <w:rPr>
                <w:color w:val="000000"/>
                <w:sz w:val="15"/>
              </w:rPr>
              <w:t>Učiteljica sproti zapiše zbranost pri poslušanju, uporabo glasbenega pojma, ohranjanje pulza oziroma znaka, stopnjo samostojnosti, uporabljeno oporo, odziv na povratno informacijo in naslednji korak.</w:t>
            </w:r>
          </w:p>
        </w:tc>
        <w:tc>
          <w:tcPr>
            <w:tcW w:w="7087" w:type="dxa"/>
            <w:tcMar>
              <w:top w:w="70" w:type="dxa"/>
              <w:left w:w="90" w:type="dxa"/>
              <w:bottom w:w="70" w:type="dxa"/>
              <w:right w:w="90" w:type="dxa"/>
            </w:tcMar>
          </w:tcPr>
          <w:p w14:paraId="2EABE47B"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11F21DF" w14:textId="77777777">
              <w:trPr>
                <w:jc w:val="center"/>
              </w:trPr>
              <w:tc>
                <w:tcPr>
                  <w:tcW w:w="7087" w:type="dxa"/>
                  <w:shd w:val="clear" w:color="auto" w:fill="C6E7F3"/>
                  <w:tcMar>
                    <w:top w:w="45" w:type="dxa"/>
                    <w:left w:w="70" w:type="dxa"/>
                    <w:bottom w:w="45" w:type="dxa"/>
                    <w:right w:w="70" w:type="dxa"/>
                  </w:tcMar>
                </w:tcPr>
                <w:p w14:paraId="13691389" w14:textId="77777777" w:rsidR="008D43AB" w:rsidRDefault="00000000">
                  <w:pPr>
                    <w:keepNext/>
                  </w:pPr>
                  <w:r>
                    <w:rPr>
                      <w:b/>
                      <w:color w:val="000000"/>
                      <w:sz w:val="17"/>
                    </w:rPr>
                    <w:t>GLAVNI DEL – POSLUŠANJE, IZVAJANJE, GIBANJE IN USTVARJANJE (1 šolska ura)</w:t>
                  </w:r>
                </w:p>
              </w:tc>
            </w:tr>
          </w:tbl>
          <w:p w14:paraId="62633D34" w14:textId="77777777" w:rsidR="008D43AB" w:rsidRDefault="008D43AB">
            <w:pPr>
              <w:spacing w:line="20" w:lineRule="exact"/>
            </w:pPr>
          </w:p>
          <w:p w14:paraId="142FE1E3" w14:textId="77777777" w:rsidR="008D43AB" w:rsidRDefault="00000000">
            <w:pPr>
              <w:keepNext/>
              <w:spacing w:before="24" w:after="8" w:line="245" w:lineRule="auto"/>
            </w:pPr>
            <w:r>
              <w:rPr>
                <w:b/>
                <w:color w:val="000000"/>
                <w:sz w:val="16"/>
              </w:rPr>
              <w:t>1. URA – Glasbeni Zaključek – Ustvarim in nastopim</w:t>
            </w:r>
          </w:p>
          <w:p w14:paraId="0BF98DD2" w14:textId="77777777" w:rsidR="008D43AB" w:rsidRDefault="00000000">
            <w:pPr>
              <w:spacing w:after="11" w:line="245" w:lineRule="auto"/>
            </w:pPr>
            <w:r>
              <w:rPr>
                <w:b/>
                <w:color w:val="000000"/>
                <w:sz w:val="15"/>
              </w:rPr>
              <w:t xml:space="preserve">Dejavnost učiteljice: </w:t>
            </w:r>
            <w:r>
              <w:rPr>
                <w:color w:val="000000"/>
                <w:sz w:val="15"/>
              </w:rPr>
              <w:t>Uvod: 5' – Obnovi zvočne možnosti in pokaže slikovni zapis štirih dogodkov brez vnaprej določene rešitve. Osrednji del: 30' – Skupinam postavi ustvarjalni izziv »zvočno prikažite glasbeni zaključek«; usmerja izbiro, zapis, vajo in menjavo vlog. Zaključek: 10' – Organizira nastop in odziv poslušalcev po kriterijih; posname kratek dokaz, če so soglasja urejena.</w:t>
            </w:r>
          </w:p>
          <w:p w14:paraId="7FC26848" w14:textId="77777777" w:rsidR="008D43AB" w:rsidRDefault="00000000">
            <w:pPr>
              <w:spacing w:after="11" w:line="245" w:lineRule="auto"/>
            </w:pPr>
            <w:r>
              <w:rPr>
                <w:b/>
                <w:color w:val="000000"/>
                <w:sz w:val="15"/>
              </w:rPr>
              <w:t xml:space="preserve">Dejavnost učencev: </w:t>
            </w:r>
            <w:r>
              <w:rPr>
                <w:color w:val="000000"/>
                <w:sz w:val="15"/>
              </w:rPr>
              <w:t>Uvodno posluša ali preizkusi: Preizkuša zvoke, jih primerja in izbere primerne za želen učinek. Nato izvaja in ustvarja: V skupini oblikuje zaporedje, ga zapiše s simboli, vadi, dirigira ali izvaja in po potrebi izboljša. Ob koncu predstavi in vrednoti: Nastopi, posluša druge ter poda opisno povratno informacijo o enem slišanem kriteriju.</w:t>
            </w:r>
          </w:p>
          <w:p w14:paraId="60279ECC" w14:textId="77777777" w:rsidR="008D43AB" w:rsidRDefault="00000000">
            <w:pPr>
              <w:spacing w:after="24" w:line="245" w:lineRule="auto"/>
            </w:pPr>
            <w:r>
              <w:rPr>
                <w:i/>
                <w:color w:val="D95BC6"/>
                <w:sz w:val="15"/>
              </w:rPr>
              <w:t>Predvideni dokaz: slikovni zvočni zapis, skupinska izvedba/posnetek in vrstniška opisna povratna informacija..</w:t>
            </w:r>
          </w:p>
          <w:tbl>
            <w:tblPr>
              <w:tblStyle w:val="Tabelamrea"/>
              <w:tblW w:w="0" w:type="auto"/>
              <w:jc w:val="center"/>
              <w:tblLayout w:type="fixed"/>
              <w:tblLook w:val="04A0" w:firstRow="1" w:lastRow="0" w:firstColumn="1" w:lastColumn="0" w:noHBand="0" w:noVBand="1"/>
            </w:tblPr>
            <w:tblGrid>
              <w:gridCol w:w="7087"/>
            </w:tblGrid>
            <w:tr w:rsidR="008D43AB" w14:paraId="0C43ECD5" w14:textId="77777777">
              <w:trPr>
                <w:jc w:val="center"/>
              </w:trPr>
              <w:tc>
                <w:tcPr>
                  <w:tcW w:w="7087" w:type="dxa"/>
                  <w:shd w:val="clear" w:color="auto" w:fill="EDC9EA"/>
                  <w:tcMar>
                    <w:top w:w="45" w:type="dxa"/>
                    <w:left w:w="70" w:type="dxa"/>
                    <w:bottom w:w="45" w:type="dxa"/>
                    <w:right w:w="70" w:type="dxa"/>
                  </w:tcMar>
                </w:tcPr>
                <w:p w14:paraId="6B03CFB3" w14:textId="77777777" w:rsidR="008D43AB" w:rsidRDefault="00000000">
                  <w:pPr>
                    <w:keepNext/>
                  </w:pPr>
                  <w:r>
                    <w:rPr>
                      <w:b/>
                      <w:color w:val="000000"/>
                      <w:sz w:val="17"/>
                    </w:rPr>
                    <w:t>ORGANIZACIJA POSTAJ IN PREHODOV</w:t>
                  </w:r>
                </w:p>
              </w:tc>
            </w:tr>
          </w:tbl>
          <w:p w14:paraId="24E162F3" w14:textId="77777777" w:rsidR="008D43AB" w:rsidRDefault="008D43AB"/>
          <w:p w14:paraId="759DC743" w14:textId="77777777" w:rsidR="008D43AB" w:rsidRDefault="00000000">
            <w:pPr>
              <w:spacing w:before="9" w:after="9" w:line="245" w:lineRule="auto"/>
            </w:pPr>
            <w:r>
              <w:rPr>
                <w:color w:val="000000"/>
                <w:sz w:val="15"/>
              </w:rPr>
              <w:t>Postaja 1: Aktivno poslušanje: prepoznam zvočni vir ali spremembo ter odziv pokažem s kartico, gibom ali besedo.</w:t>
            </w:r>
          </w:p>
          <w:p w14:paraId="40F23E04" w14:textId="77777777" w:rsidR="008D43AB" w:rsidRDefault="00000000">
            <w:pPr>
              <w:spacing w:before="9" w:after="9" w:line="245" w:lineRule="auto"/>
            </w:pPr>
            <w:r>
              <w:rPr>
                <w:color w:val="000000"/>
                <w:sz w:val="15"/>
              </w:rPr>
              <w:t>Postaja 2: Gibalna: glasbeno lastnost ponazorim s hojo, nivojem telesa, smerjo, hitrostjo in zamrznitvijo.</w:t>
            </w:r>
          </w:p>
          <w:p w14:paraId="2841EFDA" w14:textId="77777777" w:rsidR="008D43AB" w:rsidRDefault="00000000">
            <w:pPr>
              <w:spacing w:before="9" w:after="9" w:line="245" w:lineRule="auto"/>
            </w:pPr>
            <w:r>
              <w:rPr>
                <w:color w:val="000000"/>
                <w:sz w:val="15"/>
              </w:rPr>
              <w:t>Postaja 3: Izvajalska: zvok posnemam z glasom, telesom ali glasbilom ter upoštevam začetek, konec in tišino.</w:t>
            </w:r>
          </w:p>
          <w:p w14:paraId="049B5438" w14:textId="77777777" w:rsidR="008D43AB" w:rsidRDefault="00000000">
            <w:pPr>
              <w:spacing w:before="9" w:after="9" w:line="245" w:lineRule="auto"/>
            </w:pPr>
            <w:r>
              <w:rPr>
                <w:color w:val="000000"/>
                <w:sz w:val="15"/>
              </w:rPr>
              <w:t>Postaja 4: Likovno-zapisna: doživetje ali zvočno zaporedje prikažem s simboli, ga predstavim in izboljšam.</w:t>
            </w:r>
          </w:p>
          <w:p w14:paraId="55FA8989" w14:textId="77777777" w:rsidR="008D43AB" w:rsidRDefault="00000000">
            <w:pPr>
              <w:spacing w:before="20" w:after="30" w:line="245" w:lineRule="auto"/>
            </w:pPr>
            <w:r>
              <w:rPr>
                <w:color w:val="000000"/>
                <w:sz w:val="14"/>
              </w:rPr>
              <w:t>Vloge krožijo: poslušalec, izvajalec, skrbnik zvočil, dirigent oziroma poročevalec. Zvočni znak pomeni konec, odlaganje zvočil, tišino, ogled smeri in varen prehod. Povratna informacija je kratka, vezana na eno merilo in takoj uporabljena pri ponovni izvedbi.</w:t>
            </w:r>
          </w:p>
        </w:tc>
        <w:tc>
          <w:tcPr>
            <w:tcW w:w="2551" w:type="dxa"/>
            <w:tcMar>
              <w:top w:w="70" w:type="dxa"/>
              <w:left w:w="90" w:type="dxa"/>
              <w:bottom w:w="70" w:type="dxa"/>
              <w:right w:w="90" w:type="dxa"/>
            </w:tcMar>
          </w:tcPr>
          <w:p w14:paraId="077B3885" w14:textId="77777777" w:rsidR="008D43AB" w:rsidRDefault="008D43AB"/>
          <w:p w14:paraId="1D340170" w14:textId="77777777" w:rsidR="008D43AB" w:rsidRDefault="00000000">
            <w:pPr>
              <w:spacing w:after="6" w:line="245" w:lineRule="auto"/>
            </w:pPr>
            <w:r>
              <w:rPr>
                <w:b/>
                <w:color w:val="000000"/>
                <w:sz w:val="15"/>
              </w:rPr>
              <w:t>1. URA – Glasbeni Zaključek – Ustvarim in nastopim</w:t>
            </w:r>
          </w:p>
          <w:p w14:paraId="6F27E539" w14:textId="77777777" w:rsidR="008D43AB" w:rsidRDefault="00000000">
            <w:pPr>
              <w:spacing w:after="9" w:line="245" w:lineRule="auto"/>
            </w:pPr>
            <w:r>
              <w:rPr>
                <w:color w:val="000000"/>
                <w:sz w:val="14"/>
              </w:rPr>
              <w:t>Uvodno posluša ali preizkusi: Preizkuša zvoke, jih primerja in izbere primerne za želen učinek. Nato izvaja in ustvarja: V skupini oblikuje zaporedje.</w:t>
            </w:r>
          </w:p>
          <w:p w14:paraId="6891BD1B" w14:textId="77777777" w:rsidR="008D43AB" w:rsidRDefault="00000000">
            <w:pPr>
              <w:spacing w:after="20" w:line="245" w:lineRule="auto"/>
            </w:pPr>
            <w:r>
              <w:rPr>
                <w:color w:val="D95BC6"/>
                <w:sz w:val="14"/>
              </w:rPr>
              <w:t>Dokaz: slikovni zvočni zapis, skupinska izvedba/posnetek in vrstniška opisna povratna informacija.</w:t>
            </w:r>
          </w:p>
          <w:p w14:paraId="3A10A953" w14:textId="77777777" w:rsidR="008D43AB" w:rsidRDefault="00000000">
            <w:pPr>
              <w:spacing w:before="40" w:after="20" w:line="245" w:lineRule="auto"/>
            </w:pPr>
            <w:r>
              <w:rPr>
                <w:b/>
                <w:color w:val="D95BC6"/>
                <w:sz w:val="16"/>
              </w:rPr>
              <w:t>MOJ KROG POSTAJ</w:t>
            </w:r>
          </w:p>
          <w:p w14:paraId="2C3C99F0" w14:textId="77777777" w:rsidR="008D43AB" w:rsidRDefault="00000000">
            <w:pPr>
              <w:spacing w:after="11" w:line="245" w:lineRule="auto"/>
            </w:pPr>
            <w:r>
              <w:rPr>
                <w:color w:val="000000"/>
                <w:sz w:val="14"/>
              </w:rPr>
              <w:t>1. Aktivno poslušanje: prepoznam zvočni vir ali spremembo ter odziv pokažem s kartico.</w:t>
            </w:r>
          </w:p>
          <w:p w14:paraId="2BEA5C4A" w14:textId="77777777" w:rsidR="008D43AB" w:rsidRDefault="00000000">
            <w:pPr>
              <w:spacing w:after="11" w:line="245" w:lineRule="auto"/>
            </w:pPr>
            <w:r>
              <w:rPr>
                <w:color w:val="000000"/>
                <w:sz w:val="14"/>
              </w:rPr>
              <w:t>2. Gibalna: glasbeno lastnost ponazorim s hojo, nivojem telesa, smerjo.</w:t>
            </w:r>
          </w:p>
          <w:p w14:paraId="58E33D07" w14:textId="77777777" w:rsidR="008D43AB" w:rsidRDefault="00000000">
            <w:pPr>
              <w:spacing w:after="11" w:line="245" w:lineRule="auto"/>
            </w:pPr>
            <w:r>
              <w:rPr>
                <w:color w:val="000000"/>
                <w:sz w:val="14"/>
              </w:rPr>
              <w:t>3. Izvajalska: zvok posnemam z glasom, telesom ali glasbilom ter upoštevam začetek.</w:t>
            </w:r>
          </w:p>
          <w:p w14:paraId="20A90D96" w14:textId="77777777" w:rsidR="008D43AB" w:rsidRDefault="00000000">
            <w:pPr>
              <w:spacing w:after="11" w:line="245" w:lineRule="auto"/>
            </w:pPr>
            <w:r>
              <w:rPr>
                <w:color w:val="000000"/>
                <w:sz w:val="14"/>
              </w:rPr>
              <w:t>4. Likovno-zapisna: doživetje ali zvočno zaporedje prikažem s simboli.</w:t>
            </w:r>
          </w:p>
          <w:p w14:paraId="107AF761" w14:textId="77777777" w:rsidR="008D43AB" w:rsidRDefault="00000000">
            <w:pPr>
              <w:spacing w:after="20" w:line="245" w:lineRule="auto"/>
            </w:pPr>
            <w:r>
              <w:rPr>
                <w:color w:val="000000"/>
                <w:sz w:val="14"/>
              </w:rPr>
              <w:t>Ob zvočnem znaku zaključim, varno odložim glasbilo, v tišini pogledam smer in z vlogo preidem na naslednjo postajo.</w:t>
            </w:r>
          </w:p>
          <w:p w14:paraId="58710D71" w14:textId="77777777" w:rsidR="008D43AB" w:rsidRDefault="00000000">
            <w:pPr>
              <w:spacing w:after="20" w:line="245" w:lineRule="auto"/>
            </w:pPr>
            <w:r>
              <w:rPr>
                <w:b/>
                <w:color w:val="D95BC6"/>
                <w:sz w:val="17"/>
              </w:rPr>
              <w:t>DOKAZ O UČENJU</w:t>
            </w:r>
          </w:p>
          <w:p w14:paraId="041D93A7" w14:textId="77777777" w:rsidR="008D43AB" w:rsidRDefault="00000000">
            <w:pPr>
              <w:spacing w:after="30" w:line="245" w:lineRule="auto"/>
            </w:pPr>
            <w:r>
              <w:rPr>
                <w:color w:val="D95BC6"/>
                <w:sz w:val="14"/>
              </w:rPr>
              <w:t>poslušalska odločitev, ritmični ali pevski odmev, gibalni odziv, instrumentalna izvedba, slikovni zvočni zapis, ustvarjalni motiv, nastop in odziv na povratno informacijo</w:t>
            </w:r>
          </w:p>
        </w:tc>
      </w:tr>
    </w:tbl>
    <w:p w14:paraId="4E30E4FA" w14:textId="77777777" w:rsidR="008D43AB"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8D43AB" w14:paraId="684169B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CD2542" w14:textId="77777777" w:rsidR="008D43AB"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D1B3809" w14:textId="77777777" w:rsidR="008D43AB" w:rsidRDefault="00000000">
            <w:pPr>
              <w:jc w:val="center"/>
            </w:pPr>
            <w:r>
              <w:rPr>
                <w:b/>
                <w:color w:val="000000"/>
                <w:sz w:val="20"/>
              </w:rPr>
              <w:t>UČNE DEJAVNOSTI, METODE IN FORMATIVNO SPREMLJANJE</w:t>
            </w:r>
          </w:p>
        </w:tc>
      </w:tr>
      <w:tr w:rsidR="008D43AB" w14:paraId="2217EDFD" w14:textId="77777777">
        <w:trPr>
          <w:tblHeader/>
          <w:jc w:val="center"/>
        </w:trPr>
        <w:tc>
          <w:tcPr>
            <w:tcW w:w="4422" w:type="dxa"/>
            <w:vMerge/>
            <w:tcMar>
              <w:top w:w="70" w:type="dxa"/>
              <w:left w:w="90" w:type="dxa"/>
              <w:bottom w:w="70" w:type="dxa"/>
              <w:right w:w="90" w:type="dxa"/>
            </w:tcMar>
            <w:vAlign w:val="center"/>
          </w:tcPr>
          <w:p w14:paraId="30807C86" w14:textId="77777777" w:rsidR="008D43AB" w:rsidRDefault="008D43AB"/>
        </w:tc>
        <w:tc>
          <w:tcPr>
            <w:tcW w:w="7087" w:type="dxa"/>
            <w:shd w:val="clear" w:color="auto" w:fill="FFFFFF"/>
            <w:tcMar>
              <w:top w:w="70" w:type="dxa"/>
              <w:left w:w="90" w:type="dxa"/>
              <w:bottom w:w="70" w:type="dxa"/>
              <w:right w:w="90" w:type="dxa"/>
            </w:tcMar>
            <w:vAlign w:val="center"/>
          </w:tcPr>
          <w:p w14:paraId="4C35F69F" w14:textId="77777777" w:rsidR="008D43AB"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D4318B6" w14:textId="77777777" w:rsidR="008D43AB" w:rsidRDefault="00000000">
            <w:pPr>
              <w:jc w:val="center"/>
            </w:pPr>
            <w:r>
              <w:rPr>
                <w:b/>
                <w:color w:val="000000"/>
              </w:rPr>
              <w:t>UČENEC</w:t>
            </w:r>
          </w:p>
        </w:tc>
      </w:tr>
      <w:tr w:rsidR="008D43AB" w14:paraId="51E2BB48" w14:textId="77777777">
        <w:trPr>
          <w:jc w:val="center"/>
        </w:trPr>
        <w:tc>
          <w:tcPr>
            <w:tcW w:w="4422" w:type="dxa"/>
            <w:tcMar>
              <w:top w:w="70" w:type="dxa"/>
              <w:left w:w="90" w:type="dxa"/>
              <w:bottom w:w="70" w:type="dxa"/>
              <w:right w:w="90" w:type="dxa"/>
            </w:tcMar>
          </w:tcPr>
          <w:p w14:paraId="0B11BDA8" w14:textId="77777777" w:rsidR="008D43AB" w:rsidRDefault="008D43AB"/>
          <w:p w14:paraId="42A59918" w14:textId="77777777" w:rsidR="008D43AB" w:rsidRDefault="00000000">
            <w:pPr>
              <w:spacing w:after="40" w:line="245" w:lineRule="auto"/>
            </w:pPr>
            <w:r>
              <w:rPr>
                <w:b/>
                <w:color w:val="000000"/>
              </w:rPr>
              <w:t>FORMATIVNO SPREMLJANJE</w:t>
            </w:r>
          </w:p>
          <w:p w14:paraId="65EEF6FF" w14:textId="77777777" w:rsidR="008D43AB" w:rsidRDefault="00000000">
            <w:pPr>
              <w:pStyle w:val="Oznaenseznam"/>
              <w:spacing w:after="16"/>
            </w:pPr>
            <w:r>
              <w:rPr>
                <w:color w:val="000000"/>
                <w:sz w:val="16"/>
              </w:rPr>
              <w:t>predznanje: zvočna napoved, izbira kartice, gib, ritmični oziroma pevski poskus ali začetni simbol</w:t>
            </w:r>
          </w:p>
          <w:p w14:paraId="1B868734" w14:textId="77777777" w:rsidR="008D43AB" w:rsidRDefault="00000000">
            <w:pPr>
              <w:pStyle w:val="Oznaenseznam"/>
              <w:spacing w:after="16"/>
            </w:pPr>
            <w:r>
              <w:rPr>
                <w:color w:val="000000"/>
                <w:sz w:val="16"/>
              </w:rPr>
              <w:t>nameni in merila: kratka poved, slikovni znak, model izvedbe ter vidna pravila varne glasnosti</w:t>
            </w:r>
          </w:p>
          <w:p w14:paraId="12FDA551" w14:textId="77777777" w:rsidR="008D43AB" w:rsidRDefault="00000000">
            <w:pPr>
              <w:pStyle w:val="Oznaenseznam"/>
              <w:spacing w:after="16"/>
            </w:pPr>
            <w:r>
              <w:rPr>
                <w:color w:val="000000"/>
                <w:sz w:val="16"/>
              </w:rPr>
              <w:t>dokazi med učenjem: poslušalska odločitev, ohranjanje pulza, gibalni odziv, izvedba, zapis, motiv ali razlaga</w:t>
            </w:r>
          </w:p>
          <w:p w14:paraId="27BBDC95" w14:textId="77777777" w:rsidR="008D43AB" w:rsidRDefault="00000000">
            <w:pPr>
              <w:pStyle w:val="Oznaenseznam"/>
              <w:spacing w:after="16"/>
            </w:pPr>
            <w:r>
              <w:rPr>
                <w:color w:val="000000"/>
                <w:sz w:val="16"/>
              </w:rPr>
              <w:t>povratna informacija: opis slišane strategije, povezava z enim merilom in izvedljiv naslednji korak</w:t>
            </w:r>
          </w:p>
          <w:p w14:paraId="6D0A16E5" w14:textId="77777777" w:rsidR="008D43AB" w:rsidRDefault="00000000">
            <w:pPr>
              <w:pStyle w:val="Oznaenseznam"/>
              <w:spacing w:after="16"/>
            </w:pPr>
            <w:r>
              <w:rPr>
                <w:color w:val="000000"/>
                <w:sz w:val="16"/>
              </w:rPr>
              <w:t>samovrednotenje: barvni zvočni semafor, lestvica samostojnosti, izbran dokaz in ponovna izvedba</w:t>
            </w:r>
          </w:p>
          <w:p w14:paraId="371D3612" w14:textId="77777777" w:rsidR="008D43AB" w:rsidRDefault="00000000">
            <w:pPr>
              <w:spacing w:before="40" w:after="20" w:line="245" w:lineRule="auto"/>
            </w:pPr>
            <w:r>
              <w:rPr>
                <w:b/>
                <w:color w:val="000000"/>
                <w:sz w:val="17"/>
              </w:rPr>
              <w:t>VARNOST IN VAROVANJE SLUHA</w:t>
            </w:r>
          </w:p>
          <w:p w14:paraId="76B01326" w14:textId="77777777" w:rsidR="008D43AB" w:rsidRDefault="00000000">
            <w:pPr>
              <w:spacing w:after="60" w:line="245" w:lineRule="auto"/>
            </w:pPr>
            <w:r>
              <w:rPr>
                <w:color w:val="000000"/>
                <w:sz w:val="16"/>
              </w:rPr>
              <w:t>Pred začetkom učiteljica preveri prostor, stabilnost in dostopnost zvočil. Učenci upoštevajo znak za tišino, primerno glasnost in razdaljo pri gibanju; glasbil ne približujejo ušesu, uporabljajo jih namensko ter jih po dejavnosti varno odložijo.</w:t>
            </w:r>
          </w:p>
          <w:p w14:paraId="5BDB8500" w14:textId="77777777" w:rsidR="008D43AB" w:rsidRDefault="00000000">
            <w:pPr>
              <w:spacing w:after="20" w:line="245" w:lineRule="auto"/>
            </w:pPr>
            <w:r>
              <w:rPr>
                <w:b/>
                <w:color w:val="000000"/>
                <w:sz w:val="17"/>
              </w:rPr>
              <w:t>EVIDENCA PO IZVEDBI</w:t>
            </w:r>
          </w:p>
          <w:p w14:paraId="0F8A35EF" w14:textId="77777777" w:rsidR="008D43AB"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poslušanju, ritmu, petju, igranju in ustvarjanju: ______________________________</w:t>
            </w:r>
          </w:p>
          <w:p w14:paraId="4443B8A3" w14:textId="77777777" w:rsidR="008D43AB" w:rsidRDefault="00000000">
            <w:pPr>
              <w:spacing w:before="40" w:after="20" w:line="245" w:lineRule="auto"/>
            </w:pPr>
            <w:r>
              <w:rPr>
                <w:b/>
                <w:color w:val="000000"/>
                <w:sz w:val="17"/>
              </w:rPr>
              <w:t>RAVEN DOSEGANJA</w:t>
            </w:r>
          </w:p>
          <w:p w14:paraId="750F227F" w14:textId="77777777" w:rsidR="008D43AB" w:rsidRDefault="00000000">
            <w:pPr>
              <w:spacing w:after="30" w:line="245" w:lineRule="auto"/>
            </w:pPr>
            <w:r>
              <w:rPr>
                <w:color w:val="000000"/>
                <w:sz w:val="15"/>
              </w:rPr>
              <w:t>DOSEGA – samostojno pokaže bistveni dokaz.  DELNO DOSEGA – cilj doseže ob občasni usmeritvi ali modelu.  ŠE NE DOSEGA – potrebuje ponovno ugotavljanje predznanja, prilagoditev in manjši opazljiv cilj.</w:t>
            </w:r>
          </w:p>
        </w:tc>
        <w:tc>
          <w:tcPr>
            <w:tcW w:w="7087" w:type="dxa"/>
            <w:tcMar>
              <w:top w:w="70" w:type="dxa"/>
              <w:left w:w="90" w:type="dxa"/>
              <w:bottom w:w="70" w:type="dxa"/>
              <w:right w:w="90" w:type="dxa"/>
            </w:tcMar>
          </w:tcPr>
          <w:p w14:paraId="60AB67CF" w14:textId="77777777" w:rsidR="008D43AB" w:rsidRDefault="008D43AB">
            <w:pPr>
              <w:spacing w:line="20" w:lineRule="exact"/>
            </w:pPr>
          </w:p>
          <w:tbl>
            <w:tblPr>
              <w:tblStyle w:val="Tabelamrea"/>
              <w:tblW w:w="0" w:type="auto"/>
              <w:jc w:val="center"/>
              <w:tblLayout w:type="fixed"/>
              <w:tblLook w:val="04A0" w:firstRow="1" w:lastRow="0" w:firstColumn="1" w:lastColumn="0" w:noHBand="0" w:noVBand="1"/>
            </w:tblPr>
            <w:tblGrid>
              <w:gridCol w:w="7087"/>
            </w:tblGrid>
            <w:tr w:rsidR="008D43AB" w14:paraId="47FC3033" w14:textId="77777777">
              <w:trPr>
                <w:jc w:val="center"/>
              </w:trPr>
              <w:tc>
                <w:tcPr>
                  <w:tcW w:w="7087" w:type="dxa"/>
                  <w:shd w:val="clear" w:color="auto" w:fill="EDC9EA"/>
                  <w:tcMar>
                    <w:top w:w="45" w:type="dxa"/>
                    <w:left w:w="70" w:type="dxa"/>
                    <w:bottom w:w="45" w:type="dxa"/>
                    <w:right w:w="70" w:type="dxa"/>
                  </w:tcMar>
                </w:tcPr>
                <w:p w14:paraId="2ABA4BD7" w14:textId="77777777" w:rsidR="008D43AB" w:rsidRDefault="00000000">
                  <w:pPr>
                    <w:keepNext/>
                  </w:pPr>
                  <w:r>
                    <w:rPr>
                      <w:b/>
                      <w:color w:val="000000"/>
                    </w:rPr>
                    <w:t>VPRAŠANJA V PODPORO GLASBENEMU UČENJU</w:t>
                  </w:r>
                </w:p>
              </w:tc>
            </w:tr>
          </w:tbl>
          <w:p w14:paraId="30D1FE1A" w14:textId="77777777" w:rsidR="008D43AB" w:rsidRDefault="008D43AB">
            <w:pPr>
              <w:spacing w:line="20" w:lineRule="exact"/>
            </w:pPr>
          </w:p>
          <w:p w14:paraId="030E02AA" w14:textId="77777777" w:rsidR="008D43AB" w:rsidRDefault="00000000">
            <w:pPr>
              <w:pStyle w:val="Oznaenseznam"/>
              <w:spacing w:after="16"/>
            </w:pPr>
            <w:r>
              <w:rPr>
                <w:color w:val="000000"/>
                <w:sz w:val="16"/>
              </w:rPr>
              <w:t>Kaj si v glasbi slišal/-a, začutil/-a ali pokazal/-a z gibanjem?</w:t>
            </w:r>
          </w:p>
          <w:p w14:paraId="4B88F7B8" w14:textId="77777777" w:rsidR="008D43AB" w:rsidRDefault="00000000">
            <w:pPr>
              <w:pStyle w:val="Oznaenseznam"/>
              <w:spacing w:after="16"/>
            </w:pPr>
            <w:r>
              <w:rPr>
                <w:color w:val="000000"/>
                <w:sz w:val="16"/>
              </w:rPr>
              <w:t>Po katerem zvočnem znaku, lastnosti ali vzorcu si prepoznal/-a rešitev?</w:t>
            </w:r>
          </w:p>
          <w:p w14:paraId="60941E05" w14:textId="77777777" w:rsidR="008D43AB" w:rsidRDefault="00000000">
            <w:pPr>
              <w:pStyle w:val="Oznaenseznam"/>
              <w:spacing w:after="16"/>
            </w:pPr>
            <w:r>
              <w:rPr>
                <w:color w:val="000000"/>
                <w:sz w:val="16"/>
              </w:rPr>
              <w:t>Kako veš, da je bil pulz, začetek, konec, glasnost ali skupinska izvedba skladna z merilom?</w:t>
            </w:r>
          </w:p>
          <w:p w14:paraId="2D507DEF" w14:textId="77777777" w:rsidR="008D43AB" w:rsidRDefault="00000000">
            <w:pPr>
              <w:pStyle w:val="Oznaenseznam"/>
              <w:spacing w:after="16"/>
            </w:pPr>
            <w:r>
              <w:rPr>
                <w:color w:val="000000"/>
                <w:sz w:val="16"/>
              </w:rPr>
              <w:t>Zakaj si za motiv, osebo, dogodek ali okolje izbral/-a prav ta glas, predmet ali glasbilo?</w:t>
            </w:r>
          </w:p>
          <w:p w14:paraId="03FC04AE" w14:textId="77777777" w:rsidR="008D43AB" w:rsidRDefault="00000000">
            <w:pPr>
              <w:pStyle w:val="Oznaenseznam"/>
              <w:spacing w:after="16"/>
            </w:pPr>
            <w:r>
              <w:rPr>
                <w:color w:val="000000"/>
                <w:sz w:val="16"/>
              </w:rPr>
              <w:t>Kaj boš ob ponovni izvedbi ohranil/-a in kaj bo tvoj naslednji korak?</w:t>
            </w:r>
          </w:p>
          <w:tbl>
            <w:tblPr>
              <w:tblStyle w:val="Tabelamrea"/>
              <w:tblW w:w="0" w:type="auto"/>
              <w:jc w:val="center"/>
              <w:tblLayout w:type="fixed"/>
              <w:tblLook w:val="04A0" w:firstRow="1" w:lastRow="0" w:firstColumn="1" w:lastColumn="0" w:noHBand="0" w:noVBand="1"/>
            </w:tblPr>
            <w:tblGrid>
              <w:gridCol w:w="7087"/>
            </w:tblGrid>
            <w:tr w:rsidR="008D43AB" w14:paraId="6817C537" w14:textId="77777777">
              <w:trPr>
                <w:jc w:val="center"/>
              </w:trPr>
              <w:tc>
                <w:tcPr>
                  <w:tcW w:w="7087" w:type="dxa"/>
                  <w:shd w:val="clear" w:color="auto" w:fill="C6E7F3"/>
                  <w:tcMar>
                    <w:top w:w="45" w:type="dxa"/>
                    <w:left w:w="70" w:type="dxa"/>
                    <w:bottom w:w="45" w:type="dxa"/>
                    <w:right w:w="70" w:type="dxa"/>
                  </w:tcMar>
                </w:tcPr>
                <w:p w14:paraId="764C4C4B" w14:textId="77777777" w:rsidR="008D43AB" w:rsidRDefault="00000000">
                  <w:pPr>
                    <w:keepNext/>
                  </w:pPr>
                  <w:r>
                    <w:rPr>
                      <w:b/>
                      <w:color w:val="000000"/>
                    </w:rPr>
                    <w:t>ZAKLJUČNI DEL – NASTOP, POSLUŠALSKI ODZIV IN REFLEKSIJA (8–12 min)</w:t>
                  </w:r>
                </w:p>
              </w:tc>
            </w:tr>
          </w:tbl>
          <w:p w14:paraId="72F5C570" w14:textId="77777777" w:rsidR="008D43AB" w:rsidRDefault="008D43AB">
            <w:pPr>
              <w:spacing w:line="20" w:lineRule="exact"/>
            </w:pPr>
          </w:p>
          <w:p w14:paraId="59A4608F" w14:textId="77777777" w:rsidR="008D43AB" w:rsidRDefault="00000000">
            <w:pPr>
              <w:spacing w:before="20" w:after="40" w:line="245" w:lineRule="auto"/>
            </w:pPr>
            <w:r>
              <w:rPr>
                <w:color w:val="000000"/>
                <w:sz w:val="16"/>
              </w:rPr>
              <w:t>Skupine ali posamezniki izvedejo kratek dogovorjeni dokaz. Poslušalci najprej opišejo, kaj so slišali, nato odziv povežejo z enim merilom. Učiteljica omogoči ponovitev, da učenec povratno informacijo takoj uporabi, ter shrani le namensko izbran dokaz.</w:t>
            </w:r>
          </w:p>
          <w:tbl>
            <w:tblPr>
              <w:tblStyle w:val="Tabelamrea"/>
              <w:tblW w:w="0" w:type="auto"/>
              <w:jc w:val="center"/>
              <w:tblLayout w:type="fixed"/>
              <w:tblLook w:val="04A0" w:firstRow="1" w:lastRow="0" w:firstColumn="1" w:lastColumn="0" w:noHBand="0" w:noVBand="1"/>
            </w:tblPr>
            <w:tblGrid>
              <w:gridCol w:w="7087"/>
            </w:tblGrid>
            <w:tr w:rsidR="008D43AB" w14:paraId="69D34528" w14:textId="77777777">
              <w:trPr>
                <w:jc w:val="center"/>
              </w:trPr>
              <w:tc>
                <w:tcPr>
                  <w:tcW w:w="7087" w:type="dxa"/>
                  <w:shd w:val="clear" w:color="auto" w:fill="EDC9EA"/>
                  <w:tcMar>
                    <w:top w:w="45" w:type="dxa"/>
                    <w:left w:w="70" w:type="dxa"/>
                    <w:bottom w:w="45" w:type="dxa"/>
                    <w:right w:w="70" w:type="dxa"/>
                  </w:tcMar>
                </w:tcPr>
                <w:p w14:paraId="121925FE" w14:textId="77777777" w:rsidR="008D43AB" w:rsidRDefault="00000000">
                  <w:pPr>
                    <w:keepNext/>
                  </w:pPr>
                  <w:r>
                    <w:rPr>
                      <w:b/>
                      <w:color w:val="000000"/>
                    </w:rPr>
                    <w:t>SAMOVREDNOTENJE</w:t>
                  </w:r>
                </w:p>
              </w:tc>
            </w:tr>
          </w:tbl>
          <w:p w14:paraId="6910FF19" w14:textId="77777777" w:rsidR="008D43AB" w:rsidRDefault="008D43AB">
            <w:pPr>
              <w:spacing w:line="20" w:lineRule="exact"/>
            </w:pPr>
          </w:p>
          <w:p w14:paraId="4C174DAE" w14:textId="77777777" w:rsidR="008D43AB" w:rsidRDefault="00000000">
            <w:pPr>
              <w:spacing w:before="20" w:after="40" w:line="245" w:lineRule="auto"/>
            </w:pPr>
            <w:r>
              <w:rPr>
                <w:color w:val="000000"/>
                <w:sz w:val="16"/>
              </w:rPr>
              <w:t>Učenec izbere glasbeni semafor: zeleno – merilo pokažem in pojasnim samostojno; rumeno – pokažem ob modelu ali znaku; modro – potrebujem novo skupno vajo. Nato izbere en dokaz in pove majhen naslednji korak.</w:t>
            </w:r>
          </w:p>
          <w:tbl>
            <w:tblPr>
              <w:tblStyle w:val="Tabelamrea"/>
              <w:tblW w:w="0" w:type="auto"/>
              <w:jc w:val="center"/>
              <w:tblLayout w:type="fixed"/>
              <w:tblLook w:val="04A0" w:firstRow="1" w:lastRow="0" w:firstColumn="1" w:lastColumn="0" w:noHBand="0" w:noVBand="1"/>
            </w:tblPr>
            <w:tblGrid>
              <w:gridCol w:w="7087"/>
            </w:tblGrid>
            <w:tr w:rsidR="008D43AB" w14:paraId="2393DD43" w14:textId="77777777">
              <w:trPr>
                <w:jc w:val="center"/>
              </w:trPr>
              <w:tc>
                <w:tcPr>
                  <w:tcW w:w="7087" w:type="dxa"/>
                  <w:shd w:val="clear" w:color="auto" w:fill="EDC9EA"/>
                  <w:tcMar>
                    <w:top w:w="45" w:type="dxa"/>
                    <w:left w:w="70" w:type="dxa"/>
                    <w:bottom w:w="45" w:type="dxa"/>
                    <w:right w:w="70" w:type="dxa"/>
                  </w:tcMar>
                </w:tcPr>
                <w:p w14:paraId="350BDFC2" w14:textId="77777777" w:rsidR="008D43AB" w:rsidRDefault="00000000">
                  <w:pPr>
                    <w:keepNext/>
                  </w:pPr>
                  <w:r>
                    <w:rPr>
                      <w:b/>
                      <w:color w:val="000000"/>
                    </w:rPr>
                    <w:t>VRSTNIŠKO VREDNOTENJE</w:t>
                  </w:r>
                </w:p>
              </w:tc>
            </w:tr>
          </w:tbl>
          <w:p w14:paraId="7A9C0743" w14:textId="77777777" w:rsidR="008D43AB" w:rsidRDefault="008D43AB">
            <w:pPr>
              <w:spacing w:line="20" w:lineRule="exact"/>
            </w:pPr>
          </w:p>
          <w:p w14:paraId="4ECF90D2" w14:textId="77777777" w:rsidR="008D43AB" w:rsidRDefault="00000000">
            <w:pPr>
              <w:spacing w:before="20" w:after="40" w:line="245" w:lineRule="auto"/>
            </w:pPr>
            <w:r>
              <w:rPr>
                <w:color w:val="000000"/>
                <w:sz w:val="16"/>
              </w:rPr>
              <w:t>V paru ali krogu: »Slišal/-a oziroma videl/-a sem, da ...« in »Izvedba bo še jasnejša, če ...«. Odziv se nanaša na pulz, začetek, konec, glasbeno lastnost, usklajenost, zvočno izbiro ali zapis; ne na osebnost in ne na primerjanje učencev.</w:t>
            </w:r>
          </w:p>
          <w:tbl>
            <w:tblPr>
              <w:tblStyle w:val="Tabelamrea"/>
              <w:tblW w:w="0" w:type="auto"/>
              <w:jc w:val="center"/>
              <w:tblLayout w:type="fixed"/>
              <w:tblLook w:val="04A0" w:firstRow="1" w:lastRow="0" w:firstColumn="1" w:lastColumn="0" w:noHBand="0" w:noVBand="1"/>
            </w:tblPr>
            <w:tblGrid>
              <w:gridCol w:w="7087"/>
            </w:tblGrid>
            <w:tr w:rsidR="008D43AB" w14:paraId="1E9986E7" w14:textId="77777777">
              <w:trPr>
                <w:jc w:val="center"/>
              </w:trPr>
              <w:tc>
                <w:tcPr>
                  <w:tcW w:w="7087" w:type="dxa"/>
                  <w:shd w:val="clear" w:color="auto" w:fill="EDC9EA"/>
                  <w:tcMar>
                    <w:top w:w="45" w:type="dxa"/>
                    <w:left w:w="70" w:type="dxa"/>
                    <w:bottom w:w="45" w:type="dxa"/>
                    <w:right w:w="70" w:type="dxa"/>
                  </w:tcMar>
                </w:tcPr>
                <w:p w14:paraId="0BF3AF52" w14:textId="77777777" w:rsidR="008D43AB" w:rsidRDefault="00000000">
                  <w:pPr>
                    <w:keepNext/>
                  </w:pPr>
                  <w:r>
                    <w:rPr>
                      <w:b/>
                      <w:color w:val="000000"/>
                    </w:rPr>
                    <w:t>SKUPNI POVZETEK</w:t>
                  </w:r>
                </w:p>
              </w:tc>
            </w:tr>
          </w:tbl>
          <w:p w14:paraId="02D9028B" w14:textId="77777777" w:rsidR="008D43AB" w:rsidRDefault="008D43AB"/>
          <w:p w14:paraId="5A4351EE" w14:textId="77777777" w:rsidR="008D43AB" w:rsidRDefault="00000000">
            <w:pPr>
              <w:spacing w:before="20" w:after="40" w:line="245" w:lineRule="auto"/>
            </w:pPr>
            <w:r>
              <w:rPr>
                <w:b/>
                <w:color w:val="000000"/>
                <w:sz w:val="16"/>
              </w:rPr>
              <w:t>skupinsko izvedem program; upoštevam kulturo nastopanja; doživljam glasbo. Izbrani dokaz pojasnim in po povratni informaciji izboljšam.</w:t>
            </w:r>
          </w:p>
        </w:tc>
        <w:tc>
          <w:tcPr>
            <w:tcW w:w="2551" w:type="dxa"/>
            <w:tcMar>
              <w:top w:w="70" w:type="dxa"/>
              <w:left w:w="90" w:type="dxa"/>
              <w:bottom w:w="70" w:type="dxa"/>
              <w:right w:w="90" w:type="dxa"/>
            </w:tcMar>
          </w:tcPr>
          <w:p w14:paraId="63AB0395" w14:textId="77777777" w:rsidR="008D43AB" w:rsidRDefault="008D43AB"/>
          <w:p w14:paraId="32B56018" w14:textId="77777777" w:rsidR="008D43AB" w:rsidRDefault="00000000">
            <w:pPr>
              <w:spacing w:after="80" w:line="245" w:lineRule="auto"/>
            </w:pPr>
            <w:r>
              <w:rPr>
                <w:color w:val="000000"/>
                <w:sz w:val="16"/>
              </w:rPr>
              <w:t>Odgovarja na podporna vprašanja in se sklicuje na slišano, izvedeno, ustvarjeno ali zapisano.</w:t>
            </w:r>
          </w:p>
          <w:p w14:paraId="733440F2" w14:textId="77777777" w:rsidR="008D43AB" w:rsidRDefault="00000000">
            <w:pPr>
              <w:spacing w:after="80" w:line="245" w:lineRule="auto"/>
            </w:pPr>
            <w:r>
              <w:rPr>
                <w:color w:val="000000"/>
                <w:sz w:val="16"/>
              </w:rPr>
              <w:t>Predstavi izbrani dokaz ter pove, katero merilo z njim pokaže.</w:t>
            </w:r>
          </w:p>
          <w:p w14:paraId="36AC8803" w14:textId="77777777" w:rsidR="008D43AB" w:rsidRDefault="00000000">
            <w:pPr>
              <w:spacing w:after="80" w:line="245" w:lineRule="auto"/>
            </w:pPr>
            <w:r>
              <w:rPr>
                <w:color w:val="000000"/>
                <w:sz w:val="16"/>
              </w:rPr>
              <w:t>Posluša vrstnika, opiše eno slišano moč in poda prijazen predlog za izboljšavo.</w:t>
            </w:r>
          </w:p>
          <w:p w14:paraId="13EABDEC" w14:textId="77777777" w:rsidR="008D43AB" w:rsidRDefault="00000000">
            <w:pPr>
              <w:spacing w:after="80" w:line="245" w:lineRule="auto"/>
            </w:pPr>
            <w:r>
              <w:rPr>
                <w:color w:val="000000"/>
                <w:sz w:val="16"/>
              </w:rPr>
              <w:t>Po povratni informaciji izvedbo, gib, ritem, zvočno izbiro ali slikovni zapis ponovi in izboljša.</w:t>
            </w:r>
          </w:p>
          <w:p w14:paraId="2F84D09D" w14:textId="77777777" w:rsidR="008D43AB" w:rsidRDefault="00000000">
            <w:pPr>
              <w:spacing w:after="100" w:line="245" w:lineRule="auto"/>
            </w:pPr>
            <w:r>
              <w:rPr>
                <w:color w:val="000000"/>
                <w:sz w:val="16"/>
              </w:rPr>
              <w:t>Izbere raven samostojnosti ter določi majhen in izvedljiv naslednji glasbeni korak.</w:t>
            </w:r>
          </w:p>
          <w:p w14:paraId="1543F4A0" w14:textId="77777777" w:rsidR="008D43AB" w:rsidRDefault="00000000">
            <w:pPr>
              <w:spacing w:after="20" w:line="245" w:lineRule="auto"/>
            </w:pPr>
            <w:r>
              <w:rPr>
                <w:b/>
                <w:color w:val="D95BC6"/>
                <w:sz w:val="17"/>
              </w:rPr>
              <w:t>DOKAZ O UČENJU</w:t>
            </w:r>
          </w:p>
          <w:p w14:paraId="6B0C4C94" w14:textId="77777777" w:rsidR="008D43AB" w:rsidRDefault="00000000">
            <w:pPr>
              <w:spacing w:after="30" w:line="245" w:lineRule="auto"/>
            </w:pPr>
            <w:r>
              <w:rPr>
                <w:color w:val="D95BC6"/>
                <w:sz w:val="15"/>
              </w:rPr>
              <w:t>poslušalski, gibalni, pevski, ritmični ali instrumentalni odziv; slikovni zvočni zapis; ustvarjalni motiv; nastop; samovrednotenje in izboljšava po povratni informaciji</w:t>
            </w:r>
          </w:p>
        </w:tc>
      </w:tr>
    </w:tbl>
    <w:p w14:paraId="02379A31" w14:textId="77777777" w:rsidR="005F7018" w:rsidRDefault="005F7018"/>
    <w:sectPr w:rsidR="005F7018" w:rsidSect="00034616">
      <w:pgSz w:w="16838" w:h="11906" w:orient="landscape"/>
      <w:pgMar w:top="709" w:right="1389" w:bottom="709" w:left="138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A0594" w14:textId="77777777" w:rsidR="005F7018" w:rsidRDefault="005F7018">
      <w:r>
        <w:separator/>
      </w:r>
    </w:p>
  </w:endnote>
  <w:endnote w:type="continuationSeparator" w:id="0">
    <w:p w14:paraId="12F1DF0F" w14:textId="77777777" w:rsidR="005F7018" w:rsidRDefault="005F7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72A5A" w14:textId="77777777" w:rsidR="005F7018" w:rsidRDefault="005F7018">
      <w:r>
        <w:separator/>
      </w:r>
    </w:p>
  </w:footnote>
  <w:footnote w:type="continuationSeparator" w:id="0">
    <w:p w14:paraId="24B665C4" w14:textId="77777777" w:rsidR="005F7018" w:rsidRDefault="005F70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11098099">
    <w:abstractNumId w:val="8"/>
  </w:num>
  <w:num w:numId="2" w16cid:durableId="528689543">
    <w:abstractNumId w:val="6"/>
  </w:num>
  <w:num w:numId="3" w16cid:durableId="1750543349">
    <w:abstractNumId w:val="5"/>
  </w:num>
  <w:num w:numId="4" w16cid:durableId="466628217">
    <w:abstractNumId w:val="4"/>
  </w:num>
  <w:num w:numId="5" w16cid:durableId="349337983">
    <w:abstractNumId w:val="7"/>
  </w:num>
  <w:num w:numId="6" w16cid:durableId="1649242857">
    <w:abstractNumId w:val="3"/>
  </w:num>
  <w:num w:numId="7" w16cid:durableId="1226599111">
    <w:abstractNumId w:val="2"/>
  </w:num>
  <w:num w:numId="8" w16cid:durableId="1382904443">
    <w:abstractNumId w:val="1"/>
  </w:num>
  <w:num w:numId="9" w16cid:durableId="61671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F7018"/>
    <w:rsid w:val="007D61E1"/>
    <w:rsid w:val="008D43AB"/>
    <w:rsid w:val="009501A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AE497"/>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0" w:line="240" w:lineRule="auto"/>
    </w:pPr>
    <w:rPr>
      <w:rFonts w:ascii="Arial" w:hAnsi="Arial"/>
      <w:sz w:val="18"/>
    </w:rPr>
  </w:style>
  <w:style w:type="paragraph" w:styleId="Naslov1">
    <w:name w:val="heading 1"/>
    <w:basedOn w:val="Navaden"/>
    <w:next w:val="Navaden"/>
    <w:link w:val="Naslov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rPr>
      <w:sz w:val="17"/>
    </w:rPr>
  </w:style>
  <w:style w:type="paragraph" w:styleId="Oznaenseznam2">
    <w:name w:val="List Bullet 2"/>
    <w:basedOn w:val="Navaden"/>
    <w:uiPriority w:val="99"/>
    <w:unhideWhenUsed/>
    <w:rsid w:val="00326F90"/>
    <w:pPr>
      <w:numPr>
        <w:numId w:val="2"/>
      </w:numPr>
      <w:contextualSpacing/>
    </w:pPr>
    <w:rPr>
      <w:sz w:val="17"/>
    </w:r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156</Pages>
  <Words>83083</Words>
  <Characters>473579</Characters>
  <Application>Microsoft Office Word</Application>
  <DocSecurity>0</DocSecurity>
  <Lines>3946</Lines>
  <Paragraphs>1111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Dnevne učne priprave – Glasbena umetnost, 1. razred, 2026/2027</dc:title>
  <dc:subject>39 priprav, ki skupaj pokrivajo 70 ur</dc:subject>
  <dc:creator>Narrayani Premal</dc:creator>
  <cp:keywords>Glasbena umetnost, 1. razred, poslušanje, petje, ritem, glasbila, ustvarjanje, izkušenjski pouk, poučevanje v gibanju, delo po postajah, formativno spremljanje, opisno ocenjevanje, dnevne priprave</cp:keywords>
  <dc:description>generated by python-docx</dc:description>
  <cp:lastModifiedBy>Narrayani Premal</cp:lastModifiedBy>
  <cp:revision>2</cp:revision>
  <dcterms:created xsi:type="dcterms:W3CDTF">2013-12-23T23:15:00Z</dcterms:created>
  <dcterms:modified xsi:type="dcterms:W3CDTF">2026-08-17T07:12:00Z</dcterms:modified>
  <cp:category/>
</cp:coreProperties>
</file>